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20" w:line="300" w:lineRule="auto"/>
        <w:jc w:val="center"/>
      </w:pPr>
      <w:r>
        <w:rPr>
          <w:rFonts w:ascii="黑体" w:hAnsi="黑体" w:eastAsia="黑体"/>
          <w:b/>
          <w:sz w:val="30"/>
        </w:rPr>
        <w:t>人教版一年级数学上册</w:t>
      </w:r>
    </w:p>
    <w:p>
      <w:pPr>
        <w:spacing w:after="80" w:line="300" w:lineRule="auto"/>
        <w:jc w:val="center"/>
      </w:pPr>
      <w:r>
        <w:rPr>
          <w:rFonts w:ascii="黑体" w:hAnsi="黑体" w:eastAsia="黑体"/>
          <w:b/>
          <w:sz w:val="26"/>
        </w:rPr>
        <w:t>第1单元 5以内数的认识和加、减法　规范教案</w:t>
      </w:r>
    </w:p>
    <w:p>
      <w:pPr>
        <w:spacing w:after="160" w:line="300" w:lineRule="auto"/>
        <w:jc w:val="center"/>
      </w:pPr>
      <w:r>
        <w:rPr>
          <w:rFonts w:ascii="楷体" w:hAnsi="楷体" w:eastAsia="楷体"/>
          <w:b w:val="0"/>
          <w:color w:val="606060"/>
          <w:sz w:val="18"/>
        </w:rPr>
        <w:t>依据《温州市小学数学教学常规（2025年版）》附件2（单元教学备课参考格式）、附件3（课时教学备课参考格式）编制</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2381"/>
            <w:shd w:val="clear" w:fill="E8EEF7"/>
          </w:tcPr>
          <w:p>
            <w:pPr>
              <w:spacing w:after="20" w:line="276" w:lineRule="auto"/>
              <w:jc w:val="center"/>
            </w:pPr>
            <w:r/>
            <w:r>
              <w:rPr>
                <w:rFonts w:ascii="黑体" w:hAnsi="黑体" w:eastAsia="黑体"/>
                <w:b/>
                <w:sz w:val="18"/>
              </w:rPr>
              <w:t>项目</w:t>
            </w:r>
          </w:p>
        </w:tc>
        <w:tc>
          <w:tcPr>
            <w:tcW w:type="dxa" w:w="7030"/>
            <w:shd w:val="clear" w:fill="E8EEF7"/>
          </w:tcPr>
          <w:p>
            <w:pPr>
              <w:spacing w:after="20" w:line="276" w:lineRule="auto"/>
              <w:jc w:val="center"/>
            </w:pPr>
            <w:r/>
            <w:r>
              <w:rPr>
                <w:rFonts w:ascii="黑体" w:hAnsi="黑体" w:eastAsia="黑体"/>
                <w:b/>
                <w:sz w:val="18"/>
              </w:rPr>
              <w:t>内容</w:t>
            </w:r>
          </w:p>
        </w:tc>
      </w:tr>
      <w:tr>
        <w:tc>
          <w:tcPr>
            <w:tcW w:type="dxa" w:w="2381"/>
          </w:tcPr>
          <w:p>
            <w:pPr>
              <w:spacing w:after="20" w:line="276" w:lineRule="auto"/>
            </w:pPr>
            <w:r/>
            <w:r>
              <w:rPr>
                <w:rFonts w:ascii="宋体" w:hAnsi="宋体" w:eastAsia="宋体"/>
                <w:b/>
                <w:sz w:val="20"/>
              </w:rPr>
              <w:t>单元内容</w:t>
            </w:r>
          </w:p>
        </w:tc>
        <w:tc>
          <w:tcPr>
            <w:tcW w:type="dxa" w:w="7030"/>
          </w:tcPr>
          <w:p>
            <w:pPr>
              <w:spacing w:after="20" w:line="276" w:lineRule="auto"/>
            </w:pPr>
            <w:r/>
            <w:r>
              <w:rPr>
                <w:rFonts w:ascii="宋体" w:hAnsi="宋体" w:eastAsia="宋体"/>
                <w:b w:val="0"/>
                <w:sz w:val="20"/>
              </w:rPr>
              <w:t>第1单元 5以内数的认识和加、减法</w:t>
            </w:r>
          </w:p>
        </w:tc>
      </w:tr>
      <w:tr>
        <w:tc>
          <w:tcPr>
            <w:tcW w:type="dxa" w:w="2381"/>
          </w:tcPr>
          <w:p>
            <w:pPr>
              <w:spacing w:after="20" w:line="276" w:lineRule="auto"/>
            </w:pPr>
            <w:r/>
            <w:r>
              <w:rPr>
                <w:rFonts w:ascii="宋体" w:hAnsi="宋体" w:eastAsia="宋体"/>
                <w:b/>
                <w:sz w:val="20"/>
              </w:rPr>
              <w:t>所属领域</w:t>
            </w:r>
          </w:p>
        </w:tc>
        <w:tc>
          <w:tcPr>
            <w:tcW w:type="dxa" w:w="7030"/>
          </w:tcPr>
          <w:p>
            <w:pPr>
              <w:spacing w:after="20" w:line="276" w:lineRule="auto"/>
            </w:pPr>
            <w:r/>
            <w:r>
              <w:rPr>
                <w:rFonts w:ascii="宋体" w:hAnsi="宋体" w:eastAsia="宋体"/>
                <w:b w:val="0"/>
                <w:sz w:val="20"/>
              </w:rPr>
              <w:t>数与代数</w:t>
            </w:r>
          </w:p>
        </w:tc>
      </w:tr>
      <w:tr>
        <w:tc>
          <w:tcPr>
            <w:tcW w:type="dxa" w:w="2381"/>
          </w:tcPr>
          <w:p>
            <w:pPr>
              <w:spacing w:after="20" w:line="276" w:lineRule="auto"/>
            </w:pPr>
            <w:r/>
            <w:r>
              <w:rPr>
                <w:rFonts w:ascii="宋体" w:hAnsi="宋体" w:eastAsia="宋体"/>
                <w:b/>
                <w:sz w:val="20"/>
              </w:rPr>
              <w:t>教材版本</w:t>
            </w:r>
          </w:p>
        </w:tc>
        <w:tc>
          <w:tcPr>
            <w:tcW w:type="dxa" w:w="7030"/>
          </w:tcPr>
          <w:p>
            <w:pPr>
              <w:spacing w:after="20" w:line="276" w:lineRule="auto"/>
            </w:pPr>
            <w:r/>
            <w:r>
              <w:rPr>
                <w:rFonts w:ascii="宋体" w:hAnsi="宋体" w:eastAsia="宋体"/>
                <w:b w:val="0"/>
                <w:sz w:val="20"/>
              </w:rPr>
              <w:t>人民教育出版社（人教版）小学数学教科书</w:t>
            </w:r>
          </w:p>
        </w:tc>
      </w:tr>
      <w:tr>
        <w:tc>
          <w:tcPr>
            <w:tcW w:type="dxa" w:w="2381"/>
          </w:tcPr>
          <w:p>
            <w:pPr>
              <w:spacing w:after="20" w:line="276" w:lineRule="auto"/>
            </w:pPr>
            <w:r/>
            <w:r>
              <w:rPr>
                <w:rFonts w:ascii="宋体" w:hAnsi="宋体" w:eastAsia="宋体"/>
                <w:b/>
                <w:sz w:val="20"/>
              </w:rPr>
              <w:t>课时数</w:t>
            </w:r>
          </w:p>
        </w:tc>
        <w:tc>
          <w:tcPr>
            <w:tcW w:type="dxa" w:w="7030"/>
          </w:tcPr>
          <w:p>
            <w:pPr>
              <w:spacing w:after="20" w:line="276" w:lineRule="auto"/>
            </w:pPr>
            <w:r/>
            <w:r>
              <w:rPr>
                <w:rFonts w:ascii="宋体" w:hAnsi="宋体" w:eastAsia="宋体"/>
                <w:b w:val="0"/>
                <w:sz w:val="20"/>
              </w:rPr>
              <w:t>11 课时</w:t>
            </w:r>
          </w:p>
        </w:tc>
      </w:tr>
      <w:tr>
        <w:tc>
          <w:tcPr>
            <w:tcW w:type="dxa" w:w="2381"/>
          </w:tcPr>
          <w:p>
            <w:pPr>
              <w:spacing w:after="20" w:line="276" w:lineRule="auto"/>
            </w:pPr>
            <w:r/>
            <w:r>
              <w:rPr>
                <w:rFonts w:ascii="宋体" w:hAnsi="宋体" w:eastAsia="宋体"/>
                <w:b/>
                <w:sz w:val="20"/>
              </w:rPr>
              <w:t>课型结构</w:t>
            </w:r>
          </w:p>
        </w:tc>
        <w:tc>
          <w:tcPr>
            <w:tcW w:type="dxa" w:w="7030"/>
          </w:tcPr>
          <w:p>
            <w:pPr>
              <w:spacing w:after="20" w:line="276" w:lineRule="auto"/>
            </w:pPr>
            <w:r/>
            <w:r>
              <w:rPr>
                <w:rFonts w:ascii="宋体" w:hAnsi="宋体" w:eastAsia="宋体"/>
                <w:b w:val="0"/>
                <w:sz w:val="20"/>
              </w:rPr>
              <w:t>单元开启课、活动探索课、自主整理课</w:t>
            </w:r>
          </w:p>
        </w:tc>
      </w:tr>
    </w:tbl>
    <w:p>
      <w:pPr>
        <w:spacing w:after="40"/>
      </w:pPr>
    </w:p>
    <w:p>
      <w:pPr>
        <w:spacing w:after="80" w:line="300" w:lineRule="auto"/>
      </w:pPr>
      <w:r>
        <w:rPr>
          <w:rFonts w:ascii="黑体" w:hAnsi="黑体" w:eastAsia="黑体"/>
          <w:b/>
          <w:sz w:val="24"/>
        </w:rPr>
        <w:t>一、单元整体解读</w:t>
      </w:r>
    </w:p>
    <w:p>
      <w:pPr>
        <w:spacing w:after="20" w:line="300" w:lineRule="auto"/>
      </w:pPr>
      <w:r>
        <w:rPr>
          <w:rFonts w:ascii="黑体" w:hAnsi="黑体" w:eastAsia="黑体"/>
          <w:b/>
          <w:sz w:val="21"/>
        </w:rPr>
        <w:t>（一）教材分析</w:t>
      </w:r>
    </w:p>
    <w:p>
      <w:pPr>
        <w:spacing w:after="80" w:line="300" w:lineRule="auto"/>
        <w:ind w:firstLine="400"/>
      </w:pPr>
      <w:r>
        <w:rPr>
          <w:rFonts w:ascii="宋体" w:hAnsi="宋体" w:eastAsia="宋体"/>
          <w:b w:val="0"/>
          <w:sz w:val="20"/>
        </w:rPr>
        <w:t>本单元内容主要由两部分组成：一部分是5以内各数的认识，另一部分是5以内数的加法和减法。本单元内容是数概念中最基础的内容之一，是小学生学习数学的开始。在此阶段，要让学生初步经历从日常生活中的数量抽象出数的过程，初步尝试选择恰当的方法进行5以内数的口算，了解数学的用处，体验学习数学的乐趣，从而为今后的学习奠定基础。</w:t>
      </w:r>
    </w:p>
    <w:p>
      <w:pPr>
        <w:spacing w:after="80" w:line="300" w:lineRule="auto"/>
        <w:ind w:firstLine="400"/>
      </w:pPr>
      <w:r>
        <w:rPr>
          <w:rFonts w:ascii="宋体" w:hAnsi="宋体" w:eastAsia="宋体"/>
          <w:b w:val="0"/>
          <w:sz w:val="20"/>
        </w:rPr>
        <w:t>教科书将1～5各数的认识相对集中编排，将认数与加、减法的计算穿插进行，加强了数概念教学，帮助学生从各个方面对数概念进行认识。在认识了1～5各数的基础上，借助计数器感知相邻两个数的关系，通过摆小正方体的过程从整体上把握1～5各数的顺序，同时，适当地渗透了集合、一一对应、统计等思想，发展学生初步的数感、符号意识、运算能力和模型意识。</w:t>
      </w:r>
    </w:p>
    <w:p>
      <w:pPr>
        <w:spacing w:after="80" w:line="300" w:lineRule="auto"/>
        <w:ind w:firstLine="400"/>
      </w:pPr>
      <w:r>
        <w:rPr>
          <w:rFonts w:ascii="宋体" w:hAnsi="宋体" w:eastAsia="宋体"/>
          <w:b w:val="0"/>
          <w:sz w:val="20"/>
        </w:rPr>
        <w:t>教科书通过多种方式将数与形、式和图适当联系起来。在加、减法的初步认识中，教科书借助各种媒介，强调加、减法的含义和算法的多样化，允许学生用自己喜欢的算法进行计算。</w:t>
      </w:r>
    </w:p>
    <w:p>
      <w:pPr>
        <w:spacing w:after="20" w:line="300" w:lineRule="auto"/>
      </w:pPr>
      <w:r>
        <w:rPr>
          <w:rFonts w:ascii="黑体" w:hAnsi="黑体" w:eastAsia="黑体"/>
          <w:b/>
          <w:sz w:val="21"/>
        </w:rPr>
        <w:t>（二）学情分析</w:t>
      </w:r>
    </w:p>
    <w:p>
      <w:pPr>
        <w:spacing w:after="80" w:line="300" w:lineRule="auto"/>
        <w:ind w:firstLine="400"/>
      </w:pPr>
      <w:r>
        <w:rPr>
          <w:rFonts w:ascii="宋体" w:hAnsi="宋体" w:eastAsia="宋体"/>
          <w:b w:val="0"/>
          <w:sz w:val="20"/>
        </w:rPr>
        <w:t>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20" w:line="300" w:lineRule="auto"/>
      </w:pPr>
      <w:r>
        <w:rPr>
          <w:rFonts w:ascii="黑体" w:hAnsi="黑体" w:eastAsia="黑体"/>
          <w:b/>
          <w:sz w:val="21"/>
        </w:rPr>
        <w:t>（三）单元教学目标</w:t>
      </w:r>
    </w:p>
    <w:p>
      <w:pPr>
        <w:spacing w:after="20" w:line="300" w:lineRule="auto"/>
      </w:pPr>
      <w:r>
        <w:rPr>
          <w:rFonts w:ascii="黑体" w:hAnsi="黑体" w:eastAsia="黑体"/>
          <w:b/>
          <w:sz w:val="20"/>
        </w:rPr>
        <w:t>单元课时目标：</w:t>
      </w:r>
    </w:p>
    <w:p>
      <w:pPr>
        <w:spacing w:after="20" w:line="300" w:lineRule="auto"/>
        <w:ind w:firstLine="400"/>
      </w:pPr>
      <w:r>
        <w:rPr>
          <w:rFonts w:ascii="宋体" w:hAnsi="宋体" w:eastAsia="宋体"/>
          <w:b w:val="0"/>
          <w:sz w:val="20"/>
        </w:rPr>
        <w:t>第1课时：经历从生活情境中抽象出1～5各数的过程，初步感知1～5各数的基数含义，知道同一个数可以表示不同类物体的个数，知道1～5的数序，并会认、读、写这5个数。</w:t>
      </w:r>
    </w:p>
    <w:p>
      <w:pPr>
        <w:spacing w:after="20" w:line="300" w:lineRule="auto"/>
        <w:ind w:firstLine="400"/>
      </w:pPr>
      <w:r>
        <w:rPr>
          <w:rFonts w:ascii="宋体" w:hAnsi="宋体" w:eastAsia="宋体"/>
          <w:b w:val="0"/>
          <w:sz w:val="20"/>
        </w:rPr>
        <w:t>第2课时：通过操作、演示，知道加法的含义，认识加号并能正确读出加法算式，能根据情境图列出加法算式并计算出结果。</w:t>
      </w:r>
    </w:p>
    <w:p>
      <w:pPr>
        <w:spacing w:after="20" w:line="300" w:lineRule="auto"/>
        <w:ind w:firstLine="400"/>
      </w:pPr>
      <w:r>
        <w:rPr>
          <w:rFonts w:ascii="宋体" w:hAnsi="宋体" w:eastAsia="宋体"/>
          <w:b w:val="0"/>
          <w:sz w:val="20"/>
        </w:rPr>
        <w:t>第3课时：引导学生学会观察情境图，能联系具体情境写出加法算式。</w:t>
      </w:r>
    </w:p>
    <w:p>
      <w:pPr>
        <w:spacing w:after="20" w:line="300" w:lineRule="auto"/>
        <w:ind w:firstLine="400"/>
      </w:pPr>
      <w:r>
        <w:rPr>
          <w:rFonts w:ascii="宋体" w:hAnsi="宋体" w:eastAsia="宋体"/>
          <w:b w:val="0"/>
          <w:sz w:val="20"/>
        </w:rPr>
        <w:t>第4课时：认识符号“＝”“＞”“＜”，知道这些符号的含义，会用符号来描述1～5中两个数之间的大小关系。</w:t>
      </w:r>
    </w:p>
    <w:p>
      <w:pPr>
        <w:spacing w:after="20" w:line="300" w:lineRule="auto"/>
        <w:ind w:firstLine="400"/>
      </w:pPr>
      <w:r>
        <w:rPr>
          <w:rFonts w:ascii="宋体" w:hAnsi="宋体" w:eastAsia="宋体"/>
          <w:b w:val="0"/>
          <w:sz w:val="20"/>
        </w:rPr>
        <w:t>第5课时：初步理解减法的含义，理解“从一个数里去掉一部分，求另一部分是多少”用减法计算，认识减号，会读、写减法算式。</w:t>
      </w:r>
    </w:p>
    <w:p>
      <w:pPr>
        <w:spacing w:after="20" w:line="300" w:lineRule="auto"/>
        <w:ind w:firstLine="400"/>
      </w:pPr>
      <w:r>
        <w:rPr>
          <w:rFonts w:ascii="宋体" w:hAnsi="宋体" w:eastAsia="宋体"/>
          <w:b w:val="0"/>
          <w:sz w:val="20"/>
        </w:rPr>
        <w:t>第6课时：初步理解基数、序数的含义，能正确区分几和第几。</w:t>
      </w:r>
    </w:p>
    <w:p>
      <w:pPr>
        <w:spacing w:after="20" w:line="300" w:lineRule="auto"/>
        <w:ind w:firstLine="400"/>
      </w:pPr>
      <w:r>
        <w:rPr>
          <w:rFonts w:ascii="宋体" w:hAnsi="宋体" w:eastAsia="宋体"/>
          <w:b w:val="0"/>
          <w:sz w:val="20"/>
        </w:rPr>
        <w:t>第7课时：引导学生学会观察情境图，能联系具体情境写出减法算式。</w:t>
      </w:r>
    </w:p>
    <w:p>
      <w:pPr>
        <w:spacing w:after="20" w:line="300" w:lineRule="auto"/>
        <w:ind w:firstLine="400"/>
      </w:pPr>
      <w:r>
        <w:rPr>
          <w:rFonts w:ascii="宋体" w:hAnsi="宋体" w:eastAsia="宋体"/>
          <w:b w:val="0"/>
          <w:sz w:val="20"/>
        </w:rPr>
        <w:t>第8课时：通过把物体分成两堆的探究活动，探索并掌握2～5各数的分与合，加深对2～5各数的理解。</w:t>
      </w:r>
    </w:p>
    <w:p>
      <w:pPr>
        <w:spacing w:after="20" w:line="300" w:lineRule="auto"/>
        <w:ind w:firstLine="400"/>
      </w:pPr>
      <w:r>
        <w:rPr>
          <w:rFonts w:ascii="宋体" w:hAnsi="宋体" w:eastAsia="宋体"/>
          <w:b w:val="0"/>
          <w:sz w:val="20"/>
        </w:rPr>
        <w:t>第9课时：知道“0”的含义，会读、写数字“0”，初步学会计算有关“0”的加、减法。</w:t>
      </w:r>
    </w:p>
    <w:p>
      <w:pPr>
        <w:spacing w:after="20" w:line="300" w:lineRule="auto"/>
        <w:ind w:firstLine="400"/>
      </w:pPr>
      <w:r>
        <w:rPr>
          <w:rFonts w:ascii="宋体" w:hAnsi="宋体" w:eastAsia="宋体"/>
          <w:b w:val="0"/>
          <w:sz w:val="20"/>
        </w:rPr>
        <w:t>第10课时：引导学生对5以内数的认识和加、减法的意义进行整理和复习，会口头交流本单元的学习内容和学习经验。</w:t>
      </w:r>
    </w:p>
    <w:p>
      <w:pPr>
        <w:spacing w:after="20" w:line="300" w:lineRule="auto"/>
        <w:ind w:firstLine="400"/>
      </w:pPr>
      <w:r>
        <w:rPr>
          <w:rFonts w:ascii="宋体" w:hAnsi="宋体" w:eastAsia="宋体"/>
          <w:b w:val="0"/>
          <w:sz w:val="20"/>
        </w:rPr>
        <w:t>第11课时：经历整理5以内数的加、减法算式表的过程，通过观察初步发现表中的规律，提高口算5以内数的加、减法的能力。</w:t>
      </w:r>
    </w:p>
    <w:p>
      <w:pPr>
        <w:spacing w:after="20" w:line="300" w:lineRule="auto"/>
      </w:pPr>
      <w:r>
        <w:rPr>
          <w:rFonts w:ascii="黑体" w:hAnsi="黑体" w:eastAsia="黑体"/>
          <w:b/>
          <w:sz w:val="21"/>
        </w:rPr>
        <w:t>（四）单元教学建议</w:t>
      </w:r>
    </w:p>
    <w:p>
      <w:pPr>
        <w:spacing w:after="20" w:line="300" w:lineRule="auto"/>
      </w:pPr>
      <w:r>
        <w:rPr>
          <w:rFonts w:ascii="宋体" w:hAnsi="宋体" w:eastAsia="宋体"/>
          <w:b w:val="0"/>
          <w:sz w:val="20"/>
        </w:rPr>
        <w:t>● 把写数字作为教学重点，并注意培养学生良好的书写习惯。在教学写数字时，可以让学生认真观察教科书中的书写范例，养成认真仔细、一丝不苟的良好习惯。</w:t>
      </w:r>
    </w:p>
    <w:p>
      <w:pPr>
        <w:spacing w:after="20" w:line="300" w:lineRule="auto"/>
      </w:pPr>
      <w:r>
        <w:rPr>
          <w:rFonts w:ascii="宋体" w:hAnsi="宋体" w:eastAsia="宋体"/>
          <w:b w:val="0"/>
          <w:sz w:val="20"/>
        </w:rPr>
        <w:t>● 分与合既是数概念的重要方面，也是计算的重要基础。在教学时，不能仅仅让学生会背、会唱读，而是要借助直观操作帮助学生理解、建立表象，便于学生深入记忆。</w:t>
      </w:r>
    </w:p>
    <w:p>
      <w:pPr>
        <w:spacing w:after="20" w:line="300" w:lineRule="auto"/>
      </w:pPr>
      <w:r>
        <w:rPr>
          <w:rFonts w:ascii="宋体" w:hAnsi="宋体" w:eastAsia="宋体"/>
          <w:b w:val="0"/>
          <w:sz w:val="20"/>
        </w:rPr>
        <w:t>● 在加、减法含义的教学中，教师可以尽可能地采用实物情境图、直观图等帮助学生理解加、减法的含义。要注意在观察和动手操作的基础上，对学生进行“看图说一说算式所表示的意思”“怎样做同样多”等训练，帮助学生加深对加、减法含义的理解。</w:t>
      </w:r>
    </w:p>
    <w:p>
      <w:pPr>
        <w:spacing w:after="20" w:line="300" w:lineRule="auto"/>
      </w:pPr>
      <w:r>
        <w:rPr>
          <w:rFonts w:ascii="宋体" w:hAnsi="宋体" w:eastAsia="宋体"/>
          <w:b w:val="0"/>
          <w:sz w:val="20"/>
        </w:rPr>
        <w:t>● 充分发挥每一道练习题的价值，把解题的过程变成培养学生数学能力的过程。</w:t>
      </w:r>
    </w:p>
    <w:p>
      <w:pPr>
        <w:spacing w:after="20" w:line="300" w:lineRule="auto"/>
      </w:pPr>
      <w:r>
        <w:rPr>
          <w:rFonts w:ascii="宋体" w:hAnsi="宋体" w:eastAsia="宋体"/>
          <w:b w:val="0"/>
          <w:sz w:val="20"/>
        </w:rPr>
        <w:t>数感：能在生活情境中正确地数出物体的个数，并用1～5各数表示；知道每一个数既能表示物体的个数又能表示事物的顺序，能区分“几”和“第几”；能有序写出数的分与合。</w:t>
      </w:r>
    </w:p>
    <w:p>
      <w:pPr>
        <w:spacing w:after="20" w:line="300" w:lineRule="auto"/>
      </w:pPr>
      <w:r>
        <w:rPr>
          <w:rFonts w:ascii="宋体" w:hAnsi="宋体" w:eastAsia="宋体"/>
          <w:b w:val="0"/>
          <w:sz w:val="20"/>
        </w:rPr>
        <w:t>符号意识：能正确读、写5以内各数，使用关系符号“＝”“＞”“＜”比较它们的大小，知道运算符号的含义。</w:t>
      </w:r>
    </w:p>
    <w:p>
      <w:pPr>
        <w:spacing w:after="20" w:line="300" w:lineRule="auto"/>
      </w:pPr>
      <w:r>
        <w:rPr>
          <w:rFonts w:ascii="宋体" w:hAnsi="宋体" w:eastAsia="宋体"/>
          <w:b w:val="0"/>
          <w:sz w:val="20"/>
        </w:rPr>
        <w:t>运算能力和模型意识：能根据具体情境或示意图正确列出加法或减法算式并求出结果，初步理解加、减法的含义；能通过从头开始数、接着数、倒着数、数的分与合等正确口算出5以内数的加、减法的结果；感悟数的认识与5以内数的加、减法算式表中的排列规律。</w:t>
      </w:r>
    </w:p>
    <w:p>
      <w:pPr>
        <w:spacing w:after="20" w:line="300" w:lineRule="auto"/>
      </w:pPr>
      <w:r>
        <w:rPr>
          <w:rFonts w:ascii="黑体" w:hAnsi="黑体" w:eastAsia="黑体"/>
          <w:b/>
          <w:sz w:val="21"/>
        </w:rPr>
        <w:t>（五）单元课时规划</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020"/>
            <w:shd w:val="clear" w:fill="E8EEF7"/>
          </w:tcPr>
          <w:p>
            <w:pPr>
              <w:spacing w:after="20" w:line="276" w:lineRule="auto"/>
              <w:jc w:val="center"/>
            </w:pPr>
            <w:r/>
            <w:r>
              <w:rPr>
                <w:rFonts w:ascii="黑体" w:hAnsi="黑体" w:eastAsia="黑体"/>
                <w:b/>
                <w:sz w:val="18"/>
              </w:rPr>
              <w:t>课时安排</w:t>
            </w:r>
          </w:p>
        </w:tc>
        <w:tc>
          <w:tcPr>
            <w:tcW w:type="dxa" w:w="3061"/>
            <w:shd w:val="clear" w:fill="E8EEF7"/>
          </w:tcPr>
          <w:p>
            <w:pPr>
              <w:spacing w:after="20" w:line="276" w:lineRule="auto"/>
              <w:jc w:val="center"/>
            </w:pPr>
            <w:r/>
            <w:r>
              <w:rPr>
                <w:rFonts w:ascii="黑体" w:hAnsi="黑体" w:eastAsia="黑体"/>
                <w:b/>
                <w:sz w:val="18"/>
              </w:rPr>
              <w:t>课题</w:t>
            </w:r>
          </w:p>
        </w:tc>
        <w:tc>
          <w:tcPr>
            <w:tcW w:type="dxa" w:w="1814"/>
            <w:shd w:val="clear" w:fill="E8EEF7"/>
          </w:tcPr>
          <w:p>
            <w:pPr>
              <w:spacing w:after="20" w:line="276" w:lineRule="auto"/>
              <w:jc w:val="center"/>
            </w:pPr>
            <w:r/>
            <w:r>
              <w:rPr>
                <w:rFonts w:ascii="黑体" w:hAnsi="黑体" w:eastAsia="黑体"/>
                <w:b/>
                <w:sz w:val="18"/>
              </w:rPr>
              <w:t>课型</w:t>
            </w:r>
          </w:p>
        </w:tc>
        <w:tc>
          <w:tcPr>
            <w:tcW w:type="dxa" w:w="3515"/>
            <w:shd w:val="clear" w:fill="E8EEF7"/>
          </w:tcPr>
          <w:p>
            <w:pPr>
              <w:spacing w:after="20" w:line="276" w:lineRule="auto"/>
              <w:jc w:val="center"/>
            </w:pPr>
            <w:r/>
            <w:r>
              <w:rPr>
                <w:rFonts w:ascii="黑体" w:hAnsi="黑体" w:eastAsia="黑体"/>
                <w:b/>
                <w:sz w:val="18"/>
              </w:rPr>
              <w:t>核心任务</w:t>
            </w:r>
          </w:p>
        </w:tc>
      </w:tr>
      <w:tr>
        <w:tc>
          <w:tcPr>
            <w:tcW w:type="dxa" w:w="1020"/>
          </w:tcPr>
          <w:p>
            <w:pPr>
              <w:spacing w:after="20" w:line="276" w:lineRule="auto"/>
            </w:pPr>
            <w:r/>
            <w:r>
              <w:rPr>
                <w:rFonts w:ascii="宋体" w:hAnsi="宋体" w:eastAsia="宋体"/>
                <w:b w:val="0"/>
                <w:sz w:val="18"/>
              </w:rPr>
              <w:t>第1课时</w:t>
            </w:r>
          </w:p>
        </w:tc>
        <w:tc>
          <w:tcPr>
            <w:tcW w:type="dxa" w:w="3061"/>
          </w:tcPr>
          <w:p>
            <w:pPr>
              <w:spacing w:after="20" w:line="276" w:lineRule="auto"/>
            </w:pPr>
            <w:r/>
            <w:r>
              <w:rPr>
                <w:rFonts w:ascii="宋体" w:hAnsi="宋体" w:eastAsia="宋体"/>
                <w:b w:val="0"/>
                <w:sz w:val="18"/>
              </w:rPr>
              <w:t>1～5的认识</w:t>
            </w:r>
          </w:p>
        </w:tc>
        <w:tc>
          <w:tcPr>
            <w:tcW w:type="dxa" w:w="1814"/>
          </w:tcPr>
          <w:p>
            <w:pPr>
              <w:spacing w:after="20" w:line="276" w:lineRule="auto"/>
            </w:pPr>
            <w:r/>
            <w:r>
              <w:rPr>
                <w:rFonts w:ascii="宋体" w:hAnsi="宋体" w:eastAsia="宋体"/>
                <w:b w:val="0"/>
                <w:sz w:val="18"/>
              </w:rPr>
              <w:t>单元开启课</w:t>
            </w:r>
          </w:p>
        </w:tc>
        <w:tc>
          <w:tcPr>
            <w:tcW w:type="dxa" w:w="3515"/>
          </w:tcPr>
          <w:p>
            <w:pPr>
              <w:spacing w:after="20" w:line="276" w:lineRule="auto"/>
            </w:pPr>
            <w:r/>
            <w:r>
              <w:rPr>
                <w:rFonts w:ascii="宋体" w:hAnsi="宋体" w:eastAsia="宋体"/>
                <w:b w:val="0"/>
                <w:sz w:val="18"/>
              </w:rPr>
              <w:t>经历从生活情境中抽象出1～5各数的过程，初步感知1～5各数的基数含义，知道同一个数可以表示不同类物体的个数，知道1～5的数序，并会认、读、写这5个数。</w:t>
            </w:r>
          </w:p>
        </w:tc>
      </w:tr>
      <w:tr>
        <w:tc>
          <w:tcPr>
            <w:tcW w:type="dxa" w:w="1020"/>
          </w:tcPr>
          <w:p>
            <w:pPr>
              <w:spacing w:after="20" w:line="276" w:lineRule="auto"/>
            </w:pPr>
            <w:r/>
            <w:r>
              <w:rPr>
                <w:rFonts w:ascii="宋体" w:hAnsi="宋体" w:eastAsia="宋体"/>
                <w:b w:val="0"/>
                <w:sz w:val="18"/>
              </w:rPr>
              <w:t>第2课时</w:t>
            </w:r>
          </w:p>
        </w:tc>
        <w:tc>
          <w:tcPr>
            <w:tcW w:type="dxa" w:w="3061"/>
          </w:tcPr>
          <w:p>
            <w:pPr>
              <w:spacing w:after="20" w:line="276" w:lineRule="auto"/>
            </w:pPr>
            <w:r/>
            <w:r>
              <w:rPr>
                <w:rFonts w:ascii="宋体" w:hAnsi="宋体" w:eastAsia="宋体"/>
                <w:b w:val="0"/>
                <w:sz w:val="18"/>
              </w:rPr>
              <w:t>加法(1)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通过操作、演示，知道加法的含义，认识加号并能正确读出加法算式，能根据情境图列出加法算式并计算出结果。</w:t>
            </w:r>
          </w:p>
        </w:tc>
      </w:tr>
      <w:tr>
        <w:tc>
          <w:tcPr>
            <w:tcW w:type="dxa" w:w="1020"/>
          </w:tcPr>
          <w:p>
            <w:pPr>
              <w:spacing w:after="20" w:line="276" w:lineRule="auto"/>
            </w:pPr>
            <w:r/>
            <w:r>
              <w:rPr>
                <w:rFonts w:ascii="宋体" w:hAnsi="宋体" w:eastAsia="宋体"/>
                <w:b w:val="0"/>
                <w:sz w:val="18"/>
              </w:rPr>
              <w:t>第3课时</w:t>
            </w:r>
          </w:p>
        </w:tc>
        <w:tc>
          <w:tcPr>
            <w:tcW w:type="dxa" w:w="3061"/>
          </w:tcPr>
          <w:p>
            <w:pPr>
              <w:spacing w:after="20" w:line="276" w:lineRule="auto"/>
            </w:pPr>
            <w:r/>
            <w:r>
              <w:rPr>
                <w:rFonts w:ascii="宋体" w:hAnsi="宋体" w:eastAsia="宋体"/>
                <w:b w:val="0"/>
                <w:sz w:val="18"/>
              </w:rPr>
              <w:t>加法(2)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引导学生学会观察情境图，能联系具体情境写出加法算式。</w:t>
            </w:r>
          </w:p>
        </w:tc>
      </w:tr>
      <w:tr>
        <w:tc>
          <w:tcPr>
            <w:tcW w:type="dxa" w:w="1020"/>
          </w:tcPr>
          <w:p>
            <w:pPr>
              <w:spacing w:after="20" w:line="276" w:lineRule="auto"/>
            </w:pPr>
            <w:r/>
            <w:r>
              <w:rPr>
                <w:rFonts w:ascii="宋体" w:hAnsi="宋体" w:eastAsia="宋体"/>
                <w:b w:val="0"/>
                <w:sz w:val="18"/>
              </w:rPr>
              <w:t>第4课时</w:t>
            </w:r>
          </w:p>
        </w:tc>
        <w:tc>
          <w:tcPr>
            <w:tcW w:type="dxa" w:w="3061"/>
          </w:tcPr>
          <w:p>
            <w:pPr>
              <w:spacing w:after="20" w:line="276" w:lineRule="auto"/>
            </w:pPr>
            <w:r/>
            <w:r>
              <w:rPr>
                <w:rFonts w:ascii="宋体" w:hAnsi="宋体" w:eastAsia="宋体"/>
                <w:b w:val="0"/>
                <w:sz w:val="18"/>
              </w:rPr>
              <w:t>比大小</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认识符号“＝”“＞”“＜”，知道这些符号的含义，会用符号来描述1～5中两个数之间的大小关系。</w:t>
            </w:r>
          </w:p>
        </w:tc>
      </w:tr>
      <w:tr>
        <w:tc>
          <w:tcPr>
            <w:tcW w:type="dxa" w:w="1020"/>
          </w:tcPr>
          <w:p>
            <w:pPr>
              <w:spacing w:after="20" w:line="276" w:lineRule="auto"/>
            </w:pPr>
            <w:r/>
            <w:r>
              <w:rPr>
                <w:rFonts w:ascii="宋体" w:hAnsi="宋体" w:eastAsia="宋体"/>
                <w:b w:val="0"/>
                <w:sz w:val="18"/>
              </w:rPr>
              <w:t>第5课时</w:t>
            </w:r>
          </w:p>
        </w:tc>
        <w:tc>
          <w:tcPr>
            <w:tcW w:type="dxa" w:w="3061"/>
          </w:tcPr>
          <w:p>
            <w:pPr>
              <w:spacing w:after="20" w:line="276" w:lineRule="auto"/>
            </w:pPr>
            <w:r/>
            <w:r>
              <w:rPr>
                <w:rFonts w:ascii="宋体" w:hAnsi="宋体" w:eastAsia="宋体"/>
                <w:b w:val="0"/>
                <w:sz w:val="18"/>
              </w:rPr>
              <w:t>减法(1)</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初步理解减法的含义，理解“从一个数里去掉一部分，求另一部分是多少”用减法计算，认识减号，会读、写减法算式。</w:t>
            </w:r>
          </w:p>
        </w:tc>
      </w:tr>
      <w:tr>
        <w:tc>
          <w:tcPr>
            <w:tcW w:type="dxa" w:w="1020"/>
          </w:tcPr>
          <w:p>
            <w:pPr>
              <w:spacing w:after="20" w:line="276" w:lineRule="auto"/>
            </w:pPr>
            <w:r/>
            <w:r>
              <w:rPr>
                <w:rFonts w:ascii="宋体" w:hAnsi="宋体" w:eastAsia="宋体"/>
                <w:b w:val="0"/>
                <w:sz w:val="18"/>
              </w:rPr>
              <w:t>第6课时</w:t>
            </w:r>
          </w:p>
        </w:tc>
        <w:tc>
          <w:tcPr>
            <w:tcW w:type="dxa" w:w="3061"/>
          </w:tcPr>
          <w:p>
            <w:pPr>
              <w:spacing w:after="20" w:line="276" w:lineRule="auto"/>
            </w:pPr>
            <w:r/>
            <w:r>
              <w:rPr>
                <w:rFonts w:ascii="宋体" w:hAnsi="宋体" w:eastAsia="宋体"/>
                <w:b w:val="0"/>
                <w:sz w:val="18"/>
              </w:rPr>
              <w:t>第几</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初步理解基数、序数的含义，能正确区分几和第几。</w:t>
            </w:r>
          </w:p>
        </w:tc>
      </w:tr>
      <w:tr>
        <w:tc>
          <w:tcPr>
            <w:tcW w:type="dxa" w:w="1020"/>
          </w:tcPr>
          <w:p>
            <w:pPr>
              <w:spacing w:after="20" w:line="276" w:lineRule="auto"/>
            </w:pPr>
            <w:r/>
            <w:r>
              <w:rPr>
                <w:rFonts w:ascii="宋体" w:hAnsi="宋体" w:eastAsia="宋体"/>
                <w:b w:val="0"/>
                <w:sz w:val="18"/>
              </w:rPr>
              <w:t>第7课时</w:t>
            </w:r>
          </w:p>
        </w:tc>
        <w:tc>
          <w:tcPr>
            <w:tcW w:type="dxa" w:w="3061"/>
          </w:tcPr>
          <w:p>
            <w:pPr>
              <w:spacing w:after="20" w:line="276" w:lineRule="auto"/>
            </w:pPr>
            <w:r/>
            <w:r>
              <w:rPr>
                <w:rFonts w:ascii="宋体" w:hAnsi="宋体" w:eastAsia="宋体"/>
                <w:b w:val="0"/>
                <w:sz w:val="18"/>
              </w:rPr>
              <w:t>减法(2)</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引导学生学会观察情境图，能联系具体情境写出减法算式。</w:t>
            </w:r>
          </w:p>
        </w:tc>
      </w:tr>
      <w:tr>
        <w:tc>
          <w:tcPr>
            <w:tcW w:type="dxa" w:w="1020"/>
          </w:tcPr>
          <w:p>
            <w:pPr>
              <w:spacing w:after="20" w:line="276" w:lineRule="auto"/>
            </w:pPr>
            <w:r/>
            <w:r>
              <w:rPr>
                <w:rFonts w:ascii="宋体" w:hAnsi="宋体" w:eastAsia="宋体"/>
                <w:b w:val="0"/>
                <w:sz w:val="18"/>
              </w:rPr>
              <w:t>第8课时</w:t>
            </w:r>
          </w:p>
        </w:tc>
        <w:tc>
          <w:tcPr>
            <w:tcW w:type="dxa" w:w="3061"/>
          </w:tcPr>
          <w:p>
            <w:pPr>
              <w:spacing w:after="20" w:line="276" w:lineRule="auto"/>
            </w:pPr>
            <w:r/>
            <w:r>
              <w:rPr>
                <w:rFonts w:ascii="宋体" w:hAnsi="宋体" w:eastAsia="宋体"/>
                <w:b w:val="0"/>
                <w:sz w:val="18"/>
              </w:rPr>
              <w:t>分与合</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通过把物体分成两堆的探究活动，探索并掌握2～5各数的分与合，加深对2～5各数的理解。</w:t>
            </w:r>
          </w:p>
        </w:tc>
      </w:tr>
      <w:tr>
        <w:tc>
          <w:tcPr>
            <w:tcW w:type="dxa" w:w="1020"/>
          </w:tcPr>
          <w:p>
            <w:pPr>
              <w:spacing w:after="20" w:line="276" w:lineRule="auto"/>
            </w:pPr>
            <w:r/>
            <w:r>
              <w:rPr>
                <w:rFonts w:ascii="宋体" w:hAnsi="宋体" w:eastAsia="宋体"/>
                <w:b w:val="0"/>
                <w:sz w:val="18"/>
              </w:rPr>
              <w:t>第9课时</w:t>
            </w:r>
          </w:p>
        </w:tc>
        <w:tc>
          <w:tcPr>
            <w:tcW w:type="dxa" w:w="3061"/>
          </w:tcPr>
          <w:p>
            <w:pPr>
              <w:spacing w:after="20" w:line="276" w:lineRule="auto"/>
            </w:pPr>
            <w:r/>
            <w:r>
              <w:rPr>
                <w:rFonts w:ascii="宋体" w:hAnsi="宋体" w:eastAsia="宋体"/>
                <w:b w:val="0"/>
                <w:sz w:val="18"/>
              </w:rPr>
              <w:t>0的认识和加、减法</w:t>
            </w:r>
          </w:p>
        </w:tc>
        <w:tc>
          <w:tcPr>
            <w:tcW w:type="dxa" w:w="1814"/>
          </w:tcPr>
          <w:p>
            <w:pPr>
              <w:spacing w:after="20" w:line="276" w:lineRule="auto"/>
            </w:pPr>
            <w:r/>
            <w:r>
              <w:rPr>
                <w:rFonts w:ascii="宋体" w:hAnsi="宋体" w:eastAsia="宋体"/>
                <w:b w:val="0"/>
                <w:sz w:val="18"/>
              </w:rPr>
              <w:t>活动探索课</w:t>
            </w:r>
          </w:p>
        </w:tc>
        <w:tc>
          <w:tcPr>
            <w:tcW w:type="dxa" w:w="3515"/>
          </w:tcPr>
          <w:p>
            <w:pPr>
              <w:spacing w:after="20" w:line="276" w:lineRule="auto"/>
            </w:pPr>
            <w:r/>
            <w:r>
              <w:rPr>
                <w:rFonts w:ascii="宋体" w:hAnsi="宋体" w:eastAsia="宋体"/>
                <w:b w:val="0"/>
                <w:sz w:val="18"/>
              </w:rPr>
              <w:t>知道“0”的含义，会读、写数字“0”，初步学会计算有关“0”的加、减法。</w:t>
            </w:r>
          </w:p>
        </w:tc>
      </w:tr>
      <w:tr>
        <w:tc>
          <w:tcPr>
            <w:tcW w:type="dxa" w:w="1020"/>
          </w:tcPr>
          <w:p>
            <w:pPr>
              <w:spacing w:after="20" w:line="276" w:lineRule="auto"/>
            </w:pPr>
            <w:r/>
            <w:r>
              <w:rPr>
                <w:rFonts w:ascii="宋体" w:hAnsi="宋体" w:eastAsia="宋体"/>
                <w:b w:val="0"/>
                <w:sz w:val="18"/>
              </w:rPr>
              <w:t>第10课时</w:t>
            </w:r>
          </w:p>
        </w:tc>
        <w:tc>
          <w:tcPr>
            <w:tcW w:type="dxa" w:w="3061"/>
          </w:tcPr>
          <w:p>
            <w:pPr>
              <w:spacing w:after="20" w:line="276" w:lineRule="auto"/>
            </w:pPr>
            <w:r/>
            <w:r>
              <w:rPr>
                <w:rFonts w:ascii="宋体" w:hAnsi="宋体" w:eastAsia="宋体"/>
                <w:b w:val="0"/>
                <w:sz w:val="18"/>
              </w:rPr>
              <w:t>整理和复习(1)</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引导学生对5以内数的认识和加、减法的意义进行整理和复习，会口头交流本单元的学习内容和学习经验。</w:t>
            </w:r>
          </w:p>
        </w:tc>
      </w:tr>
      <w:tr>
        <w:tc>
          <w:tcPr>
            <w:tcW w:type="dxa" w:w="1020"/>
          </w:tcPr>
          <w:p>
            <w:pPr>
              <w:spacing w:after="20" w:line="276" w:lineRule="auto"/>
            </w:pPr>
            <w:r/>
            <w:r>
              <w:rPr>
                <w:rFonts w:ascii="宋体" w:hAnsi="宋体" w:eastAsia="宋体"/>
                <w:b w:val="0"/>
                <w:sz w:val="18"/>
              </w:rPr>
              <w:t>第11课时</w:t>
            </w:r>
          </w:p>
        </w:tc>
        <w:tc>
          <w:tcPr>
            <w:tcW w:type="dxa" w:w="3061"/>
          </w:tcPr>
          <w:p>
            <w:pPr>
              <w:spacing w:after="20" w:line="276" w:lineRule="auto"/>
            </w:pPr>
            <w:r/>
            <w:r>
              <w:rPr>
                <w:rFonts w:ascii="宋体" w:hAnsi="宋体" w:eastAsia="宋体"/>
                <w:b w:val="0"/>
                <w:sz w:val="18"/>
              </w:rPr>
              <w:t>整理和复习(2)</w:t>
            </w:r>
          </w:p>
        </w:tc>
        <w:tc>
          <w:tcPr>
            <w:tcW w:type="dxa" w:w="1814"/>
          </w:tcPr>
          <w:p>
            <w:pPr>
              <w:spacing w:after="20" w:line="276" w:lineRule="auto"/>
            </w:pPr>
            <w:r/>
            <w:r>
              <w:rPr>
                <w:rFonts w:ascii="宋体" w:hAnsi="宋体" w:eastAsia="宋体"/>
                <w:b w:val="0"/>
                <w:sz w:val="18"/>
              </w:rPr>
              <w:t>自主整理课</w:t>
            </w:r>
          </w:p>
        </w:tc>
        <w:tc>
          <w:tcPr>
            <w:tcW w:type="dxa" w:w="3515"/>
          </w:tcPr>
          <w:p>
            <w:pPr>
              <w:spacing w:after="20" w:line="276" w:lineRule="auto"/>
            </w:pPr>
            <w:r/>
            <w:r>
              <w:rPr>
                <w:rFonts w:ascii="宋体" w:hAnsi="宋体" w:eastAsia="宋体"/>
                <w:b w:val="0"/>
                <w:sz w:val="18"/>
              </w:rPr>
              <w:t>经历整理5以内数的加、减法算式表的过程，通过观察初步发现表中的规律，提高口算5以内数的加、减法的能力。</w:t>
            </w:r>
          </w:p>
        </w:tc>
      </w:tr>
    </w:tbl>
    <w:p>
      <w:pPr>
        <w:spacing w:after="40" w:line="300" w:lineRule="auto"/>
      </w:pPr>
      <w:r>
        <w:rPr>
          <w:rFonts w:ascii="楷体" w:hAnsi="楷体" w:eastAsia="楷体"/>
          <w:b w:val="0"/>
          <w:color w:val="606060"/>
          <w:sz w:val="18"/>
        </w:rPr>
        <w:t>注：课型依据温州市上课常规"单元开启课、活动探索课、专题练习课、自主整理课、主题拓展课"分类。</w:t>
      </w:r>
    </w:p>
    <w:p>
      <w:r>
        <w:br w:type="page"/>
      </w:r>
    </w:p>
    <w:p>
      <w:pPr>
        <w:spacing w:after="80" w:line="300" w:lineRule="auto"/>
      </w:pPr>
      <w:r>
        <w:rPr>
          <w:rFonts w:ascii="黑体" w:hAnsi="黑体" w:eastAsia="黑体"/>
          <w:b/>
          <w:sz w:val="24"/>
        </w:rPr>
        <w:t>二、课时教学方案（第1课时）</w:t>
      </w:r>
    </w:p>
    <w:p>
      <w:pPr>
        <w:spacing w:after="80" w:line="300" w:lineRule="auto"/>
      </w:pPr>
      <w:r>
        <w:rPr>
          <w:rFonts w:ascii="黑体" w:hAnsi="黑体" w:eastAsia="黑体"/>
          <w:b/>
          <w:sz w:val="24"/>
        </w:rPr>
        <w:t>第1课时　1～5的认识</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第1课时　1～5的认识</w:t>
            </w:r>
          </w:p>
        </w:tc>
        <w:tc>
          <w:tcPr>
            <w:tcW w:type="dxa" w:w="6009"/>
          </w:tcPr>
          <w:p>
            <w:pPr>
              <w:spacing w:after="20" w:line="276" w:lineRule="auto"/>
            </w:pPr>
            <w:r/>
            <w:r>
              <w:rPr>
                <w:rFonts w:ascii="宋体" w:hAnsi="宋体" w:eastAsia="宋体"/>
                <w:b w:val="0"/>
                <w:sz w:val="20"/>
              </w:rPr>
              <w:t>第1单元 5以内数的认识和加、减法（～5的认识）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教学内容：教科书P12～15，完成教科书P16“做一做”。</w:t>
      </w:r>
    </w:p>
    <w:p>
      <w:pPr>
        <w:spacing w:after="80" w:line="300" w:lineRule="auto"/>
        <w:ind w:firstLine="400"/>
      </w:pPr>
      <w:r>
        <w:rPr>
          <w:rFonts w:ascii="宋体" w:hAnsi="宋体" w:eastAsia="宋体"/>
          <w:b w:val="0"/>
          <w:sz w:val="20"/>
        </w:rPr>
        <w:t>设计思路：本节课的知识点比较多，虽然很多学生会数1～5，但是对其基数内涵并不清楚，难以建立数量概念。因此教学时，应充分借助具体的实物，让学生一一点数，通过点数感知数的多少，再借助点子图、拨珠子进一步感知这些数之间的内在联系，发展初步的数感。</w:t>
      </w:r>
    </w:p>
    <w:p>
      <w:pPr>
        <w:spacing w:after="80" w:line="300" w:lineRule="auto"/>
        <w:ind w:firstLine="400"/>
      </w:pPr>
      <w:r>
        <w:rPr>
          <w:rFonts w:ascii="宋体" w:hAnsi="宋体" w:eastAsia="宋体"/>
          <w:b w:val="0"/>
          <w:sz w:val="20"/>
        </w:rPr>
        <w:t>教学准备：课件、数字卡片、点子图卡片、计数器。</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（1）经历从生活情境中抽象出1～5各数的过程，初步感知1～5各数的基数含义，知道同一个数可以表示不同类物体的个数，知道1～5的数序，并会认、读、写这5个数。</w:t>
      </w:r>
    </w:p>
    <w:p>
      <w:pPr>
        <w:spacing w:after="20" w:line="300" w:lineRule="auto"/>
        <w:ind w:firstLine="400"/>
      </w:pPr>
      <w:r>
        <w:rPr>
          <w:rFonts w:ascii="宋体" w:hAnsi="宋体" w:eastAsia="宋体"/>
          <w:b w:val="0"/>
          <w:sz w:val="20"/>
        </w:rPr>
        <w:t>（2）借助计数器、点子图卡片等学习用具，感知后一个数是在前一个数的基础上增加1得到的，初步建立数感。</w:t>
      </w:r>
    </w:p>
    <w:p>
      <w:pPr>
        <w:spacing w:after="20" w:line="300" w:lineRule="auto"/>
        <w:ind w:firstLine="400"/>
      </w:pPr>
      <w:r>
        <w:rPr>
          <w:rFonts w:ascii="宋体" w:hAnsi="宋体" w:eastAsia="宋体"/>
          <w:b w:val="0"/>
          <w:sz w:val="20"/>
        </w:rPr>
        <w:t>（3）培养学生认真观察、积极动手的能力。</w:t>
      </w:r>
    </w:p>
    <w:p>
      <w:pPr>
        <w:spacing w:after="20" w:line="300" w:lineRule="auto"/>
      </w:pPr>
      <w:r>
        <w:rPr>
          <w:rFonts w:ascii="宋体" w:hAnsi="宋体" w:eastAsia="宋体"/>
          <w:b w:val="0"/>
          <w:sz w:val="20"/>
        </w:rPr>
        <w:t>教学重点：掌握1～5各数的基数含义。</w:t>
      </w:r>
    </w:p>
    <w:p>
      <w:pPr>
        <w:spacing w:after="20" w:line="300" w:lineRule="auto"/>
      </w:pPr>
      <w:r>
        <w:rPr>
          <w:rFonts w:ascii="宋体" w:hAnsi="宋体" w:eastAsia="宋体"/>
          <w:b w:val="0"/>
          <w:sz w:val="20"/>
        </w:rPr>
        <w:t>教学难点：1～5各数的写法，初步培养数感。</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创设情境，引入新课</w:t>
            </w:r>
          </w:p>
        </w:tc>
        <w:tc>
          <w:tcPr>
            <w:tcW w:type="dxa" w:w="1814"/>
          </w:tcPr>
          <w:p>
            <w:pPr>
              <w:spacing w:after="20" w:line="276" w:lineRule="auto"/>
            </w:pPr>
            <w:r/>
            <w:r>
              <w:rPr>
                <w:rFonts w:ascii="宋体" w:hAnsi="宋体" w:eastAsia="宋体"/>
                <w:b w:val="0"/>
                <w:sz w:val="18"/>
              </w:rPr>
              <w:t>课件、教科书P12～13、情境图、数字卡片、点子图卡片</w:t>
            </w:r>
          </w:p>
        </w:tc>
        <w:tc>
          <w:tcPr>
            <w:tcW w:type="dxa" w:w="3402"/>
          </w:tcPr>
          <w:p>
            <w:pPr>
              <w:spacing w:after="20" w:line="276" w:lineRule="auto"/>
            </w:pPr>
            <w:r/>
            <w:r>
              <w:rPr>
                <w:rFonts w:ascii="宋体" w:hAnsi="宋体" w:eastAsia="宋体"/>
                <w:b w:val="0"/>
                <w:sz w:val="18"/>
              </w:rPr>
              <w:t>你们看，这个院子里热闹极了！仔细观察，从图中你都看到了什么？；这么多方法，哪种方法最简单呢？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认、读1～5各数</w:t>
            </w:r>
          </w:p>
        </w:tc>
        <w:tc>
          <w:tcPr>
            <w:tcW w:type="dxa" w:w="1814"/>
          </w:tcPr>
          <w:p>
            <w:pPr>
              <w:spacing w:after="20" w:line="276" w:lineRule="auto"/>
            </w:pPr>
            <w:r/>
            <w:r>
              <w:rPr>
                <w:rFonts w:ascii="宋体" w:hAnsi="宋体" w:eastAsia="宋体"/>
                <w:b w:val="0"/>
                <w:sz w:val="18"/>
              </w:rPr>
              <w:t>点子图卡片、数字卡片、图片、课件、计数器</w:t>
            </w:r>
          </w:p>
        </w:tc>
        <w:tc>
          <w:tcPr>
            <w:tcW w:type="dxa" w:w="3402"/>
          </w:tcPr>
          <w:p>
            <w:pPr>
              <w:spacing w:after="20" w:line="276" w:lineRule="auto"/>
            </w:pPr>
            <w:r/>
            <w:r>
              <w:rPr>
                <w:rFonts w:ascii="宋体" w:hAnsi="宋体" w:eastAsia="宋体"/>
                <w:b w:val="0"/>
                <w:sz w:val="18"/>
              </w:rPr>
              <w:t>数一数，图中有几只鹅？；2只鹅要涂几个○表示呢？</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联系实际，体会1～5的基数意义</w:t>
            </w:r>
          </w:p>
        </w:tc>
        <w:tc>
          <w:tcPr>
            <w:tcW w:type="dxa" w:w="1814"/>
          </w:tcPr>
          <w:p>
            <w:pPr>
              <w:spacing w:after="20" w:line="276" w:lineRule="auto"/>
            </w:pPr>
            <w:r/>
            <w:r>
              <w:rPr>
                <w:rFonts w:ascii="宋体" w:hAnsi="宋体" w:eastAsia="宋体"/>
                <w:b w:val="0"/>
                <w:sz w:val="18"/>
              </w:rPr>
              <w:t>点子图卡片、课件、数字卡片、计数器</w:t>
            </w:r>
          </w:p>
        </w:tc>
        <w:tc>
          <w:tcPr>
            <w:tcW w:type="dxa" w:w="3402"/>
          </w:tcPr>
          <w:p>
            <w:pPr>
              <w:spacing w:after="20" w:line="276" w:lineRule="auto"/>
            </w:pPr>
            <w:r/>
            <w:r>
              <w:rPr>
                <w:rFonts w:ascii="宋体" w:hAnsi="宋体" w:eastAsia="宋体"/>
                <w:b w:val="0"/>
                <w:sz w:val="18"/>
              </w:rPr>
              <w:t>让我们加大难度，找一找生活中哪些事物的数量可以用“2”“3”“4”“5”来表示？</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感知数的顺序</w:t>
            </w:r>
          </w:p>
        </w:tc>
        <w:tc>
          <w:tcPr>
            <w:tcW w:type="dxa" w:w="1814"/>
          </w:tcPr>
          <w:p>
            <w:pPr>
              <w:spacing w:after="20" w:line="276" w:lineRule="auto"/>
            </w:pPr>
            <w:r/>
            <w:r>
              <w:rPr>
                <w:rFonts w:ascii="宋体" w:hAnsi="宋体" w:eastAsia="宋体"/>
                <w:b w:val="0"/>
                <w:sz w:val="18"/>
              </w:rPr>
              <w:t>课件、计数器、点子图卡片、数字卡片</w:t>
            </w:r>
          </w:p>
        </w:tc>
        <w:tc>
          <w:tcPr>
            <w:tcW w:type="dxa" w:w="3402"/>
          </w:tcPr>
          <w:p>
            <w:pPr>
              <w:spacing w:after="20" w:line="276" w:lineRule="auto"/>
            </w:pPr>
            <w:r/>
            <w:r>
              <w:rPr>
                <w:rFonts w:ascii="宋体" w:hAnsi="宋体" w:eastAsia="宋体"/>
                <w:b w:val="0"/>
                <w:sz w:val="18"/>
              </w:rPr>
              <w:t>计数器上拨了几颗珠子？用数字几来表示？；这儿有一些点子图卡片，你能给它们排排队吗？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教学1～5的写法</w:t>
            </w:r>
          </w:p>
        </w:tc>
        <w:tc>
          <w:tcPr>
            <w:tcW w:type="dxa" w:w="1814"/>
          </w:tcPr>
          <w:p>
            <w:pPr>
              <w:spacing w:after="20" w:line="276" w:lineRule="auto"/>
            </w:pPr>
            <w:r/>
            <w:r>
              <w:rPr>
                <w:rFonts w:ascii="宋体" w:hAnsi="宋体" w:eastAsia="宋体"/>
                <w:b w:val="0"/>
                <w:sz w:val="18"/>
              </w:rPr>
              <w:t>课件、视频、教科书、数字卡片、点子图卡片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应用练习</w:t>
            </w:r>
          </w:p>
        </w:tc>
        <w:tc>
          <w:tcPr>
            <w:tcW w:type="dxa" w:w="1814"/>
          </w:tcPr>
          <w:p>
            <w:pPr>
              <w:spacing w:after="20" w:line="276" w:lineRule="auto"/>
            </w:pPr>
            <w:r/>
            <w:r>
              <w:rPr>
                <w:rFonts w:ascii="宋体" w:hAnsi="宋体" w:eastAsia="宋体"/>
                <w:b w:val="0"/>
                <w:sz w:val="18"/>
              </w:rPr>
              <w:t>教科书、课件、数字卡片、点子图卡片、计数器</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课件、数字卡片、点子图卡片、计数器</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创设情境，引入新课</w:t>
            </w:r>
          </w:p>
        </w:tc>
        <w:tc>
          <w:tcPr>
            <w:tcW w:type="dxa" w:w="3061"/>
          </w:tcPr>
          <w:p>
            <w:pPr>
              <w:spacing w:after="20" w:line="276" w:lineRule="auto"/>
            </w:pPr>
            <w:r/>
            <w:r>
              <w:rPr>
                <w:rFonts w:ascii="宋体" w:hAnsi="宋体" w:eastAsia="宋体"/>
                <w:b w:val="0"/>
                <w:sz w:val="18"/>
              </w:rPr>
              <w:t>课件出示教科书P12～13情境图。</w:t>
            </w:r>
          </w:p>
          <w:p>
            <w:pPr>
              <w:spacing w:after="20" w:line="276" w:lineRule="auto"/>
            </w:pPr>
            <w:r>
              <w:rPr>
                <w:rFonts w:ascii="宋体" w:hAnsi="宋体" w:eastAsia="宋体"/>
                <w:b w:val="0"/>
                <w:sz w:val="18"/>
              </w:rPr>
              <w:t>师：你们看，这个院子里热闹极了！仔细观察，从图中你都看到了什么？和你的同桌说一说。</w:t>
            </w:r>
          </w:p>
          <w:p>
            <w:pPr>
              <w:spacing w:after="20" w:line="276" w:lineRule="auto"/>
            </w:pPr>
            <w:r>
              <w:rPr>
                <w:rFonts w:ascii="宋体" w:hAnsi="宋体" w:eastAsia="宋体"/>
                <w:b w:val="0"/>
                <w:sz w:val="18"/>
              </w:rPr>
              <w:t>师：同学们说了这么多，老师都记不住了。想一想，怎样把观察到的结果记录下来呢？</w:t>
            </w:r>
          </w:p>
          <w:p>
            <w:pPr>
              <w:spacing w:after="20" w:line="276" w:lineRule="auto"/>
            </w:pPr>
            <w:r>
              <w:rPr>
                <w:rFonts w:ascii="宋体" w:hAnsi="宋体" w:eastAsia="宋体"/>
                <w:b w:val="0"/>
                <w:sz w:val="18"/>
              </w:rPr>
              <w:t>师：这么多方法，哪种方法最简单呢？(直接写数)今天这节课我们就来认识1～5各数。(板书课题：1～5的认识)</w:t>
            </w:r>
          </w:p>
        </w:tc>
        <w:tc>
          <w:tcPr>
            <w:tcW w:type="dxa" w:w="3061"/>
          </w:tcPr>
          <w:p>
            <w:pPr>
              <w:spacing w:after="20" w:line="276" w:lineRule="auto"/>
            </w:pPr>
            <w:r/>
            <w:r>
              <w:rPr>
                <w:rFonts w:ascii="宋体" w:hAnsi="宋体" w:eastAsia="宋体"/>
                <w:b w:val="0"/>
                <w:sz w:val="18"/>
              </w:rPr>
              <w:t>学生可能会说：图中有房子、树、人、小狗、椅子、玉米、南瓜、鹅、鸭子、向日葵、萝卜、大雁等。有的学生可能说出物体的具体数量，有的学生可能汇报的信息是凌乱且不全面的。</w:t>
            </w:r>
          </w:p>
          <w:p>
            <w:pPr>
              <w:spacing w:after="20" w:line="276" w:lineRule="auto"/>
            </w:pPr>
            <w:r>
              <w:rPr>
                <w:rFonts w:ascii="宋体" w:hAnsi="宋体" w:eastAsia="宋体"/>
                <w:b w:val="0"/>
                <w:sz w:val="18"/>
              </w:rPr>
              <w:t>学生会想到画下来、用点子图表示出来、直接写数等方法。</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创设情境激活学生已有经验，自然引出本课学习内容，激发学习兴趣，核心问题："你们看，这个院子里热闹极了！仔细观察，从图中你都看到了什么？"</w:t>
            </w:r>
          </w:p>
        </w:tc>
      </w:tr>
      <w:tr>
        <w:tc>
          <w:tcPr>
            <w:tcW w:type="dxa" w:w="1474"/>
          </w:tcPr>
          <w:p>
            <w:pPr>
              <w:spacing w:after="20" w:line="276" w:lineRule="auto"/>
            </w:pPr>
            <w:r>
              <w:rPr>
                <w:b/>
              </w:rPr>
            </w:r>
            <w:r>
              <w:rPr>
                <w:rFonts w:ascii="宋体" w:hAnsi="宋体" w:eastAsia="宋体"/>
                <w:b/>
                <w:sz w:val="18"/>
              </w:rPr>
              <w:t>认、读1～5各数</w:t>
            </w:r>
          </w:p>
        </w:tc>
        <w:tc>
          <w:tcPr>
            <w:tcW w:type="dxa" w:w="3061"/>
          </w:tcPr>
          <w:p>
            <w:pPr>
              <w:spacing w:after="20" w:line="276" w:lineRule="auto"/>
            </w:pPr>
            <w:r/>
            <w:r>
              <w:rPr>
                <w:rFonts w:ascii="宋体" w:hAnsi="宋体" w:eastAsia="宋体"/>
                <w:b w:val="0"/>
                <w:sz w:val="18"/>
              </w:rPr>
              <w:t>1.认识“1”。</w:t>
            </w:r>
          </w:p>
          <w:p>
            <w:pPr>
              <w:spacing w:after="20" w:line="276" w:lineRule="auto"/>
            </w:pPr>
            <w:r>
              <w:rPr>
                <w:rFonts w:ascii="宋体" w:hAnsi="宋体" w:eastAsia="宋体"/>
                <w:b w:val="0"/>
                <w:sz w:val="18"/>
              </w:rPr>
              <w:t>师：我们先来数一数房子和小狗的数量分别是多少。</w:t>
            </w:r>
          </w:p>
          <w:p>
            <w:pPr>
              <w:spacing w:after="20" w:line="276" w:lineRule="auto"/>
            </w:pPr>
            <w:r>
              <w:rPr>
                <w:rFonts w:ascii="宋体" w:hAnsi="宋体" w:eastAsia="宋体"/>
                <w:b w:val="0"/>
                <w:sz w:val="18"/>
              </w:rPr>
              <w:t>教师配合学生的回答在点子图卡片上涂一个○，并出示数字卡片“1”，贴在黑板上，让学生读一读。</w:t>
            </w:r>
          </w:p>
          <w:p>
            <w:pPr>
              <w:spacing w:after="20" w:line="276" w:lineRule="auto"/>
            </w:pPr>
            <w:r>
              <w:rPr>
                <w:rFonts w:ascii="宋体" w:hAnsi="宋体" w:eastAsia="宋体"/>
                <w:b w:val="0"/>
                <w:sz w:val="18"/>
              </w:rPr>
              <w:t>师：大家找数量只有“1”的事物找得都很快，当找到对应的1个事物，就在点子图卡片中涂上一个○，表示“1”。同学们在图中还能找到数量是“1”的事物吗？继续找一找吧。</w:t>
            </w:r>
          </w:p>
          <w:p>
            <w:pPr>
              <w:spacing w:after="20" w:line="276" w:lineRule="auto"/>
            </w:pPr>
            <w:r>
              <w:rPr>
                <w:rFonts w:ascii="宋体" w:hAnsi="宋体" w:eastAsia="宋体"/>
                <w:b w:val="0"/>
                <w:sz w:val="18"/>
              </w:rPr>
              <w:t>2．认识“2”。</w:t>
            </w:r>
          </w:p>
          <w:p>
            <w:pPr>
              <w:spacing w:after="20" w:line="276" w:lineRule="auto"/>
            </w:pPr>
            <w:r>
              <w:rPr>
                <w:rFonts w:ascii="宋体" w:hAnsi="宋体" w:eastAsia="宋体"/>
                <w:b w:val="0"/>
                <w:sz w:val="18"/>
              </w:rPr>
              <w:t>师：数一数，图中有几只鹅？</w:t>
            </w:r>
          </w:p>
          <w:p>
            <w:pPr>
              <w:spacing w:after="20" w:line="276" w:lineRule="auto"/>
            </w:pPr>
            <w:r>
              <w:rPr>
                <w:rFonts w:ascii="宋体" w:hAnsi="宋体" w:eastAsia="宋体"/>
                <w:b w:val="0"/>
                <w:sz w:val="18"/>
              </w:rPr>
              <w:t>教师配合学生的回答出示数字卡片“2”，贴在黑板上，让学生读一读。</w:t>
            </w:r>
          </w:p>
          <w:p>
            <w:pPr>
              <w:spacing w:after="20" w:line="276" w:lineRule="auto"/>
            </w:pPr>
            <w:r>
              <w:rPr>
                <w:rFonts w:ascii="宋体" w:hAnsi="宋体" w:eastAsia="宋体"/>
                <w:b w:val="0"/>
                <w:sz w:val="18"/>
              </w:rPr>
              <w:t>师：2只鹅要涂几个○表示呢？请大家在点子图卡片上涂一涂。</w:t>
            </w:r>
          </w:p>
          <w:p>
            <w:pPr>
              <w:spacing w:after="20" w:line="276" w:lineRule="auto"/>
            </w:pPr>
            <w:r>
              <w:rPr>
                <w:rFonts w:ascii="宋体" w:hAnsi="宋体" w:eastAsia="宋体"/>
                <w:b w:val="0"/>
                <w:sz w:val="18"/>
              </w:rPr>
              <w:t>指名学生到黑板上来涂。</w:t>
            </w:r>
          </w:p>
          <w:p>
            <w:pPr>
              <w:spacing w:after="20" w:line="276" w:lineRule="auto"/>
            </w:pPr>
            <w:r>
              <w:rPr>
                <w:rFonts w:ascii="宋体" w:hAnsi="宋体" w:eastAsia="宋体"/>
                <w:b w:val="0"/>
                <w:sz w:val="18"/>
              </w:rPr>
              <w:t>师：2只鹅可以用2个○表示，图中还有哪些物体的数量也可以用2个○表示？</w:t>
            </w:r>
          </w:p>
          <w:p>
            <w:pPr>
              <w:spacing w:after="20" w:line="276" w:lineRule="auto"/>
            </w:pPr>
            <w:r>
              <w:rPr>
                <w:rFonts w:ascii="宋体" w:hAnsi="宋体" w:eastAsia="宋体"/>
                <w:b w:val="0"/>
                <w:sz w:val="18"/>
              </w:rPr>
              <w:t>师：椅子、秋千的数量都是2，都可以用数字“2”来表示。请同学们在自己的身上找一找，哪些地方藏着“2”呢？</w:t>
            </w:r>
          </w:p>
          <w:p>
            <w:pPr>
              <w:spacing w:after="20" w:line="276" w:lineRule="auto"/>
            </w:pPr>
            <w:r>
              <w:rPr>
                <w:rFonts w:ascii="宋体" w:hAnsi="宋体" w:eastAsia="宋体"/>
                <w:b w:val="0"/>
                <w:sz w:val="18"/>
              </w:rPr>
              <w:t>3．认识“3”“4”“5”。</w:t>
            </w:r>
          </w:p>
          <w:p>
            <w:pPr>
              <w:spacing w:after="20" w:line="276" w:lineRule="auto"/>
            </w:pPr>
            <w:r>
              <w:rPr>
                <w:rFonts w:ascii="宋体" w:hAnsi="宋体" w:eastAsia="宋体"/>
                <w:b w:val="0"/>
                <w:sz w:val="18"/>
              </w:rPr>
              <w:t>师：图中还剩下什么物体我们没有数过？它们的数量又是多少呢？选择一种物体数一数，看它有几个，并在点子图卡片上涂一涂，再想一想该用数字几来表示。</w:t>
            </w:r>
          </w:p>
          <w:p>
            <w:pPr>
              <w:spacing w:after="20" w:line="276" w:lineRule="auto"/>
            </w:pPr>
            <w:r>
              <w:rPr>
                <w:rFonts w:ascii="宋体" w:hAnsi="宋体" w:eastAsia="宋体"/>
                <w:b w:val="0"/>
                <w:sz w:val="18"/>
              </w:rPr>
              <w:t>教师根据学生的交流情况适时在黑板上贴数字卡片“3”“4”“5”。</w:t>
            </w:r>
          </w:p>
        </w:tc>
        <w:tc>
          <w:tcPr>
            <w:tcW w:type="dxa" w:w="3061"/>
          </w:tcPr>
          <w:p>
            <w:pPr>
              <w:spacing w:after="20" w:line="276" w:lineRule="auto"/>
            </w:pPr>
            <w:r/>
            <w:r>
              <w:rPr>
                <w:rFonts w:ascii="宋体" w:hAnsi="宋体" w:eastAsia="宋体"/>
                <w:b w:val="0"/>
                <w:sz w:val="18"/>
              </w:rPr>
              <w:t>学生回答：房子只有1座，小狗只有1只。</w:t>
            </w:r>
          </w:p>
          <w:p>
            <w:pPr>
              <w:spacing w:after="20" w:line="276" w:lineRule="auto"/>
            </w:pPr>
            <w:r>
              <w:rPr>
                <w:rFonts w:ascii="宋体" w:hAnsi="宋体" w:eastAsia="宋体"/>
                <w:b w:val="0"/>
                <w:sz w:val="18"/>
              </w:rPr>
              <w:t>学生观察图片，可以发现还有1口水缸，1张石桌，1棵苹果树……</w:t>
            </w:r>
          </w:p>
          <w:p>
            <w:pPr>
              <w:spacing w:after="20" w:line="276" w:lineRule="auto"/>
            </w:pPr>
            <w:r>
              <w:rPr>
                <w:rFonts w:ascii="宋体" w:hAnsi="宋体" w:eastAsia="宋体"/>
                <w:b w:val="0"/>
                <w:sz w:val="18"/>
              </w:rPr>
              <w:t>学生回答椅子、秋千的数量都是2，都可以用2个○表示。</w:t>
            </w:r>
          </w:p>
          <w:p>
            <w:pPr>
              <w:spacing w:after="20" w:line="276" w:lineRule="auto"/>
            </w:pPr>
            <w:r>
              <w:rPr>
                <w:rFonts w:ascii="宋体" w:hAnsi="宋体" w:eastAsia="宋体"/>
                <w:b w:val="0"/>
                <w:sz w:val="18"/>
              </w:rPr>
              <w:t>学生很容易找到身体中的“2”，比如2只眼睛、2条胳膊、2条腿等。</w:t>
            </w:r>
          </w:p>
          <w:p>
            <w:pPr>
              <w:spacing w:after="20" w:line="276" w:lineRule="auto"/>
            </w:pPr>
            <w:r>
              <w:rPr>
                <w:rFonts w:ascii="宋体" w:hAnsi="宋体" w:eastAsia="宋体"/>
                <w:b w:val="0"/>
                <w:sz w:val="18"/>
              </w:rPr>
              <w:t>学生活动，全班交流，教师指导学生一一点数，要按照一定的顺序数。</w:t>
            </w:r>
          </w:p>
          <w:p>
            <w:pPr>
              <w:spacing w:after="20" w:line="276" w:lineRule="auto"/>
            </w:pPr>
            <w:r>
              <w:rPr>
                <w:rFonts w:ascii="宋体" w:hAnsi="宋体" w:eastAsia="宋体"/>
                <w:b w:val="0"/>
                <w:sz w:val="18"/>
              </w:rPr>
              <w:t>预设1：3只大雁，可以用3个○来表示，或用数字“3”来表示。3个萝卜也可以用数字“3”来表示。</w:t>
            </w:r>
          </w:p>
          <w:p>
            <w:pPr>
              <w:spacing w:after="20" w:line="276" w:lineRule="auto"/>
            </w:pPr>
            <w:r>
              <w:rPr>
                <w:rFonts w:ascii="宋体" w:hAnsi="宋体" w:eastAsia="宋体"/>
                <w:b w:val="0"/>
                <w:sz w:val="18"/>
              </w:rPr>
              <w:t>预设2：4棵向日葵，可以用4个○来表示，或用数字“4”来表示。4个南瓜、4个苹果也可以用数字“4”来表示。</w:t>
            </w:r>
          </w:p>
          <w:p>
            <w:pPr>
              <w:spacing w:after="20" w:line="276" w:lineRule="auto"/>
            </w:pPr>
            <w:r>
              <w:rPr>
                <w:rFonts w:ascii="宋体" w:hAnsi="宋体" w:eastAsia="宋体"/>
                <w:b w:val="0"/>
                <w:sz w:val="18"/>
              </w:rPr>
              <w:t>预设3：5只鸭子，可以用5个○来表示，或用数字“5”来表示。5个玉米也可以用数字“5”来表示。</w:t>
            </w:r>
          </w:p>
        </w:tc>
        <w:tc>
          <w:tcPr>
            <w:tcW w:type="dxa" w:w="1814"/>
          </w:tcPr>
          <w:p>
            <w:pPr>
              <w:spacing w:after="20" w:line="276" w:lineRule="auto"/>
            </w:pPr>
            <w:r/>
            <w:r>
              <w:rPr>
                <w:rFonts w:ascii="宋体" w:hAnsi="宋体" w:eastAsia="宋体"/>
                <w:b w:val="0"/>
                <w:sz w:val="18"/>
              </w:rPr>
              <w:t>围绕环节目标组织学习活动，引导学生主动参与、积极思考，核心问题："数一数，图中有几只鹅？"</w:t>
            </w:r>
          </w:p>
        </w:tc>
      </w:tr>
      <w:tr>
        <w:tc>
          <w:tcPr>
            <w:tcW w:type="dxa" w:w="1474"/>
          </w:tcPr>
          <w:p>
            <w:pPr>
              <w:spacing w:after="20" w:line="276" w:lineRule="auto"/>
            </w:pPr>
            <w:r>
              <w:rPr>
                <w:b/>
              </w:rPr>
            </w:r>
            <w:r>
              <w:rPr>
                <w:rFonts w:ascii="宋体" w:hAnsi="宋体" w:eastAsia="宋体"/>
                <w:b/>
                <w:sz w:val="18"/>
              </w:rPr>
              <w:t>联系实际，体会1～5的基数意义</w:t>
            </w:r>
          </w:p>
        </w:tc>
        <w:tc>
          <w:tcPr>
            <w:tcW w:type="dxa" w:w="3061"/>
          </w:tcPr>
          <w:p>
            <w:pPr>
              <w:spacing w:after="20" w:line="276" w:lineRule="auto"/>
            </w:pPr>
            <w:r/>
            <w:r>
              <w:rPr>
                <w:rFonts w:ascii="宋体" w:hAnsi="宋体" w:eastAsia="宋体"/>
                <w:b w:val="0"/>
                <w:sz w:val="18"/>
              </w:rPr>
              <w:t>1.找找生活中的1。</w:t>
            </w:r>
          </w:p>
          <w:p>
            <w:pPr>
              <w:spacing w:after="20" w:line="276" w:lineRule="auto"/>
            </w:pPr>
            <w:r>
              <w:rPr>
                <w:rFonts w:ascii="宋体" w:hAnsi="宋体" w:eastAsia="宋体"/>
                <w:b w:val="0"/>
                <w:sz w:val="18"/>
              </w:rPr>
              <w:t>师：我还能用“1”表示我们生活中事物的数量，例如，1块黑板、1个讲桌等等。同学们尝试一下用“1”表示生活中事物的数量吧，根据你们的发现在点子图卡片上涂一涂。</w:t>
            </w:r>
          </w:p>
          <w:p>
            <w:pPr>
              <w:spacing w:after="20" w:line="276" w:lineRule="auto"/>
            </w:pPr>
            <w:r>
              <w:rPr>
                <w:rFonts w:ascii="宋体" w:hAnsi="宋体" w:eastAsia="宋体"/>
                <w:b w:val="0"/>
                <w:sz w:val="18"/>
              </w:rPr>
              <w:t>2．找找生活中的2、3、4、5。</w:t>
            </w:r>
          </w:p>
          <w:p>
            <w:pPr>
              <w:spacing w:after="20" w:line="276" w:lineRule="auto"/>
            </w:pPr>
            <w:r>
              <w:rPr>
                <w:rFonts w:ascii="宋体" w:hAnsi="宋体" w:eastAsia="宋体"/>
                <w:b w:val="0"/>
                <w:sz w:val="18"/>
              </w:rPr>
              <w:t>师：让我们加大难度，找一找生活中哪些事物的数量可以用“2”“3”“4”“5”来表示？可以边找边涂圆点，这样不容易遗漏。</w:t>
            </w:r>
          </w:p>
          <w:p>
            <w:pPr>
              <w:spacing w:after="20" w:line="276" w:lineRule="auto"/>
            </w:pPr>
            <w:r>
              <w:rPr>
                <w:rFonts w:ascii="宋体" w:hAnsi="宋体" w:eastAsia="宋体"/>
                <w:b w:val="0"/>
                <w:sz w:val="18"/>
              </w:rPr>
              <w:t>大部分学生利用一一对应的方法找出了可以用“2”“3”“4”“5”表示的事物。</w:t>
            </w:r>
          </w:p>
        </w:tc>
        <w:tc>
          <w:tcPr>
            <w:tcW w:type="dxa" w:w="3061"/>
          </w:tcPr>
          <w:p>
            <w:pPr>
              <w:spacing w:after="20" w:line="276" w:lineRule="auto"/>
            </w:pPr>
            <w:r/>
            <w:r>
              <w:rPr>
                <w:rFonts w:ascii="宋体" w:hAnsi="宋体" w:eastAsia="宋体"/>
                <w:b w:val="0"/>
                <w:sz w:val="18"/>
              </w:rPr>
              <w:t>学生可以利用自己课桌面上的物品来描述，例如，数学书的数量是1、笔盒的数量是1等。</w:t>
            </w:r>
          </w:p>
        </w:tc>
        <w:tc>
          <w:tcPr>
            <w:tcW w:type="dxa" w:w="1814"/>
          </w:tcPr>
          <w:p>
            <w:pPr>
              <w:spacing w:after="20" w:line="276" w:lineRule="auto"/>
            </w:pPr>
            <w:r/>
            <w:r>
              <w:rPr>
                <w:rFonts w:ascii="宋体" w:hAnsi="宋体" w:eastAsia="宋体"/>
                <w:b w:val="0"/>
                <w:sz w:val="18"/>
              </w:rPr>
              <w:t>围绕环节目标组织学习活动，引导学生主动参与、积极思考，核心问题："让我们加大难度，找一找生活中哪些事物的数量可以用“2”“3”“4”“5”来表示？"</w:t>
            </w:r>
          </w:p>
        </w:tc>
      </w:tr>
      <w:tr>
        <w:tc>
          <w:tcPr>
            <w:tcW w:type="dxa" w:w="1474"/>
          </w:tcPr>
          <w:p>
            <w:pPr>
              <w:spacing w:after="20" w:line="276" w:lineRule="auto"/>
            </w:pPr>
            <w:r>
              <w:rPr>
                <w:b/>
              </w:rPr>
            </w:r>
            <w:r>
              <w:rPr>
                <w:rFonts w:ascii="宋体" w:hAnsi="宋体" w:eastAsia="宋体"/>
                <w:b/>
                <w:sz w:val="18"/>
              </w:rPr>
              <w:t>感知数的顺序</w:t>
            </w:r>
          </w:p>
        </w:tc>
        <w:tc>
          <w:tcPr>
            <w:tcW w:type="dxa" w:w="3061"/>
          </w:tcPr>
          <w:p>
            <w:pPr>
              <w:spacing w:after="20" w:line="276" w:lineRule="auto"/>
            </w:pPr>
            <w:r/>
            <w:r>
              <w:rPr>
                <w:rFonts w:ascii="宋体" w:hAnsi="宋体" w:eastAsia="宋体"/>
                <w:b w:val="0"/>
                <w:sz w:val="18"/>
              </w:rPr>
              <w:t>1.逐步感知1～5的顺序。</w:t>
            </w:r>
          </w:p>
          <w:p>
            <w:pPr>
              <w:spacing w:after="20" w:line="276" w:lineRule="auto"/>
            </w:pPr>
            <w:r>
              <w:rPr>
                <w:rFonts w:ascii="宋体" w:hAnsi="宋体" w:eastAsia="宋体"/>
                <w:b w:val="0"/>
                <w:sz w:val="18"/>
              </w:rPr>
              <w:t>课件出示计数器，计数器上有1颗珠子。</w:t>
            </w:r>
          </w:p>
          <w:p>
            <w:pPr>
              <w:spacing w:after="20" w:line="276" w:lineRule="auto"/>
            </w:pPr>
            <w:r>
              <w:rPr>
                <w:rFonts w:ascii="宋体" w:hAnsi="宋体" w:eastAsia="宋体"/>
                <w:b w:val="0"/>
                <w:sz w:val="18"/>
              </w:rPr>
              <w:t>师：计数器上拨了几颗珠子？用数字几来表示？</w:t>
            </w:r>
          </w:p>
          <w:p>
            <w:pPr>
              <w:spacing w:after="20" w:line="276" w:lineRule="auto"/>
            </w:pPr>
            <w:r>
              <w:rPr>
                <w:rFonts w:ascii="宋体" w:hAnsi="宋体" w:eastAsia="宋体"/>
                <w:b w:val="0"/>
                <w:sz w:val="18"/>
              </w:rPr>
              <w:t>课件继续演示，依次增加一颗珠子，让学生说出现在有几颗珠子，用几表示。</w:t>
            </w:r>
          </w:p>
          <w:p>
            <w:pPr>
              <w:spacing w:after="20" w:line="276" w:lineRule="auto"/>
            </w:pPr>
            <w:r>
              <w:rPr>
                <w:rFonts w:ascii="宋体" w:hAnsi="宋体" w:eastAsia="宋体"/>
                <w:b w:val="0"/>
                <w:sz w:val="18"/>
              </w:rPr>
              <w:t>2．给点子图卡片排序。</w:t>
            </w:r>
          </w:p>
          <w:p>
            <w:pPr>
              <w:spacing w:after="20" w:line="276" w:lineRule="auto"/>
            </w:pPr>
            <w:r>
              <w:rPr>
                <w:rFonts w:ascii="宋体" w:hAnsi="宋体" w:eastAsia="宋体"/>
                <w:b w:val="0"/>
                <w:sz w:val="18"/>
              </w:rPr>
              <w:t>课件出示点子图。</w:t>
            </w:r>
          </w:p>
          <w:p>
            <w:pPr>
              <w:spacing w:after="20" w:line="276" w:lineRule="auto"/>
            </w:pPr>
            <w:r>
              <w:rPr>
                <w:rFonts w:ascii="宋体" w:hAnsi="宋体" w:eastAsia="宋体"/>
                <w:b w:val="0"/>
                <w:sz w:val="18"/>
              </w:rPr>
              <w:t>师：这儿有一些点子图卡片，你能给它们排排队吗？</w:t>
            </w:r>
          </w:p>
          <w:p>
            <w:pPr>
              <w:spacing w:after="20" w:line="276" w:lineRule="auto"/>
            </w:pPr>
            <w:r>
              <w:rPr>
                <w:rFonts w:ascii="宋体" w:hAnsi="宋体" w:eastAsia="宋体"/>
                <w:b w:val="0"/>
                <w:sz w:val="18"/>
              </w:rPr>
              <w:t>请两名同学上讲台摆。</w:t>
            </w:r>
          </w:p>
          <w:p>
            <w:pPr>
              <w:spacing w:after="20" w:line="276" w:lineRule="auto"/>
            </w:pPr>
            <w:r>
              <w:rPr>
                <w:rFonts w:ascii="宋体" w:hAnsi="宋体" w:eastAsia="宋体"/>
                <w:b w:val="0"/>
                <w:sz w:val="18"/>
              </w:rPr>
              <w:t>大部分学生会按照之前学习的数的顺序从小到大排，也可能有学生会从大到小排。</w:t>
            </w:r>
          </w:p>
          <w:p>
            <w:pPr>
              <w:spacing w:after="20" w:line="276" w:lineRule="auto"/>
            </w:pPr>
            <w:r>
              <w:rPr>
                <w:rFonts w:ascii="宋体" w:hAnsi="宋体" w:eastAsia="宋体"/>
                <w:b w:val="0"/>
                <w:sz w:val="18"/>
              </w:rPr>
              <w:t>3．给数字卡片排序。</w:t>
            </w:r>
          </w:p>
          <w:p>
            <w:pPr>
              <w:spacing w:after="20" w:line="276" w:lineRule="auto"/>
            </w:pPr>
            <w:r>
              <w:rPr>
                <w:rFonts w:ascii="宋体" w:hAnsi="宋体" w:eastAsia="宋体"/>
                <w:b w:val="0"/>
                <w:sz w:val="18"/>
              </w:rPr>
              <w:t>课件出示卡片，同桌间交流后排序。</w:t>
            </w:r>
          </w:p>
        </w:tc>
        <w:tc>
          <w:tcPr>
            <w:tcW w:type="dxa" w:w="3061"/>
          </w:tcPr>
          <w:p>
            <w:pPr>
              <w:spacing w:after="20" w:line="276" w:lineRule="auto"/>
            </w:pPr>
            <w:r/>
            <w:r>
              <w:rPr>
                <w:rFonts w:ascii="宋体" w:hAnsi="宋体" w:eastAsia="宋体"/>
                <w:b w:val="0"/>
                <w:sz w:val="18"/>
              </w:rPr>
              <w:t>学生会依次说出有1、2、3、4、5颗珠子，分别用1、2、3、4、5来表示。</w:t>
            </w:r>
          </w:p>
          <w:p>
            <w:pPr>
              <w:spacing w:after="20" w:line="276" w:lineRule="auto"/>
            </w:pPr>
            <w:r>
              <w:rPr>
                <w:rFonts w:ascii="宋体" w:hAnsi="宋体" w:eastAsia="宋体"/>
                <w:b w:val="0"/>
                <w:sz w:val="18"/>
              </w:rPr>
              <w:t>学生能很顺利地给这5个数排序。(教师追问：1的后面一个数是几？5的前面一个数是几？3在谁的前面又在谁的后面？引导学生观察并回答。)</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设计递进式探究活动，引导学生在动手实践与合作交流中经历知识形成过程，突破本课重难点，核心问题："计数器上拨了几颗珠子？用数字几来表示？"</w:t>
            </w:r>
          </w:p>
        </w:tc>
      </w:tr>
      <w:tr>
        <w:tc>
          <w:tcPr>
            <w:tcW w:type="dxa" w:w="1474"/>
          </w:tcPr>
          <w:p>
            <w:pPr>
              <w:spacing w:after="20" w:line="276" w:lineRule="auto"/>
            </w:pPr>
            <w:r>
              <w:rPr>
                <w:b/>
              </w:rPr>
            </w:r>
            <w:r>
              <w:rPr>
                <w:rFonts w:ascii="宋体" w:hAnsi="宋体" w:eastAsia="宋体"/>
                <w:b/>
                <w:sz w:val="18"/>
              </w:rPr>
              <w:t>教学1～5的写法</w:t>
            </w:r>
          </w:p>
        </w:tc>
        <w:tc>
          <w:tcPr>
            <w:tcW w:type="dxa" w:w="3061"/>
          </w:tcPr>
          <w:p>
            <w:pPr>
              <w:spacing w:after="20" w:line="276" w:lineRule="auto"/>
            </w:pPr>
            <w:r/>
            <w:r>
              <w:rPr>
                <w:rFonts w:ascii="宋体" w:hAnsi="宋体" w:eastAsia="宋体"/>
                <w:b w:val="0"/>
                <w:sz w:val="18"/>
              </w:rPr>
              <w:t>师：现在我们对1～5这几个数都比较熟悉了，首先观察一下这5个数分别像什么。(课件出示)</w:t>
            </w:r>
          </w:p>
          <w:p>
            <w:pPr>
              <w:spacing w:after="20" w:line="276" w:lineRule="auto"/>
            </w:pPr>
            <w:r>
              <w:rPr>
                <w:rFonts w:ascii="宋体" w:hAnsi="宋体" w:eastAsia="宋体"/>
                <w:b w:val="0"/>
                <w:sz w:val="18"/>
              </w:rPr>
              <w:t>“1”像铅笔细又长，“2”像小鸭水上游，“3”像耳朵听声音，“4”像小旗迎风飘，“5”像秤钩称东西。</w:t>
            </w:r>
          </w:p>
          <w:p>
            <w:pPr>
              <w:spacing w:after="20" w:line="276" w:lineRule="auto"/>
            </w:pPr>
            <w:r>
              <w:rPr>
                <w:rFonts w:ascii="宋体" w:hAnsi="宋体" w:eastAsia="宋体"/>
                <w:b w:val="0"/>
                <w:sz w:val="18"/>
              </w:rPr>
              <w:t>师：我们再一起来看看怎么写这些数。(播放1～5的书写视频)</w:t>
            </w:r>
          </w:p>
          <w:p>
            <w:pPr>
              <w:spacing w:after="20" w:line="276" w:lineRule="auto"/>
            </w:pPr>
            <w:r>
              <w:rPr>
                <w:rFonts w:ascii="宋体" w:hAnsi="宋体" w:eastAsia="宋体"/>
                <w:b w:val="0"/>
                <w:sz w:val="18"/>
              </w:rPr>
              <w:t>教师在黑板上进行书写示范，一边写一边讲解，强调写满格。</w:t>
            </w:r>
          </w:p>
        </w:tc>
        <w:tc>
          <w:tcPr>
            <w:tcW w:type="dxa" w:w="3061"/>
          </w:tcPr>
          <w:p>
            <w:pPr>
              <w:spacing w:after="20" w:line="276" w:lineRule="auto"/>
            </w:pPr>
            <w:r/>
            <w:r>
              <w:rPr>
                <w:rFonts w:ascii="宋体" w:hAnsi="宋体" w:eastAsia="宋体"/>
                <w:b w:val="0"/>
                <w:sz w:val="18"/>
              </w:rPr>
              <w:t>学生在教科书上的写字格中描写，教师巡视，实时指导。</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应用练习</w:t>
            </w:r>
          </w:p>
        </w:tc>
        <w:tc>
          <w:tcPr>
            <w:tcW w:type="dxa" w:w="3061"/>
          </w:tcPr>
          <w:p>
            <w:pPr>
              <w:spacing w:after="20" w:line="276" w:lineRule="auto"/>
            </w:pPr>
            <w:r/>
            <w:r>
              <w:rPr>
                <w:rFonts w:ascii="宋体" w:hAnsi="宋体" w:eastAsia="宋体"/>
                <w:b w:val="0"/>
                <w:sz w:val="18"/>
              </w:rPr>
              <w:t>完成教科书P16“做一做”第1～4题。</w:t>
            </w:r>
          </w:p>
        </w:tc>
        <w:tc>
          <w:tcPr>
            <w:tcW w:type="dxa" w:w="3061"/>
          </w:tcPr>
          <w:p>
            <w:pPr>
              <w:spacing w:after="20" w:line="276" w:lineRule="auto"/>
            </w:pPr>
            <w:r/>
            <w:r>
              <w:rPr>
                <w:rFonts w:ascii="宋体" w:hAnsi="宋体" w:eastAsia="宋体"/>
                <w:b w:val="0"/>
                <w:sz w:val="18"/>
              </w:rPr>
              <w:t>学生自主完成后，全班分享，教师引导学生逐题进行评价。</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教科书P12～15，完成教科书P16“做一做”。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课的重点是带领学生从生活情境中抽象出数，理解数的意义。例如涂圆圈的个数，将现实生活中的数进行初步抽象，使学生认识到不管什么物体，只要数量是1，都可以涂1个圆圈来表示，这样直观、形象的教学方法能使学生更容易理解基数的含义。虽然学生对1～5各数在学前就有所了解，但上课时发现，他们很难做到有序、整体全面地观察以及完整地表达，需要教师有效引导。另外课后还要让学生加强数字的书写练习。</w:t>
      </w:r>
    </w:p>
    <w:p>
      <w:r>
        <w:br w:type="page"/>
      </w:r>
    </w:p>
    <w:p>
      <w:pPr>
        <w:spacing w:after="80" w:line="300" w:lineRule="auto"/>
      </w:pPr>
      <w:r>
        <w:rPr>
          <w:rFonts w:ascii="黑体" w:hAnsi="黑体" w:eastAsia="黑体"/>
          <w:b/>
          <w:sz w:val="24"/>
        </w:rPr>
        <w:t>二、课时教学方案（第2课时）</w:t>
      </w:r>
    </w:p>
    <w:p>
      <w:pPr>
        <w:spacing w:after="80" w:line="300" w:lineRule="auto"/>
      </w:pPr>
      <w:r>
        <w:rPr>
          <w:rFonts w:ascii="黑体" w:hAnsi="黑体" w:eastAsia="黑体"/>
          <w:b/>
          <w:sz w:val="24"/>
        </w:rPr>
        <w:t>第2课时　加法(1)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第2课时　加法(1)</w:t>
            </w:r>
          </w:p>
        </w:tc>
        <w:tc>
          <w:tcPr>
            <w:tcW w:type="dxa" w:w="6009"/>
          </w:tcPr>
          <w:p>
            <w:pPr>
              <w:spacing w:after="20" w:line="276" w:lineRule="auto"/>
            </w:pPr>
            <w:r/>
            <w:r>
              <w:rPr>
                <w:rFonts w:ascii="宋体" w:hAnsi="宋体" w:eastAsia="宋体"/>
                <w:b w:val="0"/>
                <w:sz w:val="20"/>
              </w:rPr>
              <w:t>第1单元 5以内数的认识和加、减法（～5的加、减法）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教学内容：教科书P24例1和“试一试”，完成教科书P25“做一做”第1题。</w:t>
      </w:r>
    </w:p>
    <w:p>
      <w:pPr>
        <w:spacing w:after="80" w:line="300" w:lineRule="auto"/>
        <w:ind w:firstLine="400"/>
      </w:pPr>
      <w:r>
        <w:rPr>
          <w:rFonts w:ascii="宋体" w:hAnsi="宋体" w:eastAsia="宋体"/>
          <w:b w:val="0"/>
          <w:sz w:val="20"/>
        </w:rPr>
        <w:t>设计思路：本节课是学生第一次接触运算，虽然前面学习了比较大小，但是在这里是运算后建立等量关系，所以也是学生第一次通过运算表示数量关系，都是后面学习的重要基础。所以本节课让学生通过说图意、摆学具、写算式、讲故事等等丰富的体验活动，让学生在动口、动手、动脑中充分地感知“合并在一起”用加法计算，理解加法的含义。</w:t>
      </w:r>
    </w:p>
    <w:p>
      <w:pPr>
        <w:spacing w:after="80" w:line="300" w:lineRule="auto"/>
        <w:ind w:firstLine="400"/>
      </w:pPr>
      <w:r>
        <w:rPr>
          <w:rFonts w:ascii="宋体" w:hAnsi="宋体" w:eastAsia="宋体"/>
          <w:b w:val="0"/>
          <w:sz w:val="20"/>
        </w:rPr>
        <w:t>教学准备：课件、圆片。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（1）通过操作、演示，知道加法的含义，认识加号并能正确读出加法算式，能根据情境图列出加法算式并计算出结果。</w:t>
      </w:r>
    </w:p>
    <w:p>
      <w:pPr>
        <w:spacing w:after="20" w:line="300" w:lineRule="auto"/>
        <w:ind w:firstLine="400"/>
      </w:pPr>
      <w:r>
        <w:rPr>
          <w:rFonts w:ascii="宋体" w:hAnsi="宋体" w:eastAsia="宋体"/>
          <w:b w:val="0"/>
          <w:sz w:val="20"/>
        </w:rPr>
        <w:t>（2）引导学生结合情境图正确说出加法算式的意义。</w:t>
      </w:r>
    </w:p>
    <w:p>
      <w:pPr>
        <w:spacing w:after="20" w:line="300" w:lineRule="auto"/>
        <w:ind w:firstLine="400"/>
      </w:pPr>
      <w:r>
        <w:rPr>
          <w:rFonts w:ascii="宋体" w:hAnsi="宋体" w:eastAsia="宋体"/>
          <w:b w:val="0"/>
          <w:sz w:val="20"/>
        </w:rPr>
        <w:t>（3）初步体会生活中有许多问题要用加法来解决，体会数学知识与生活的联系，发展初步的模型意识。</w:t>
      </w:r>
    </w:p>
    <w:p>
      <w:pPr>
        <w:spacing w:after="20" w:line="300" w:lineRule="auto"/>
      </w:pPr>
      <w:r>
        <w:rPr>
          <w:rFonts w:ascii="宋体" w:hAnsi="宋体" w:eastAsia="宋体"/>
          <w:b w:val="0"/>
          <w:sz w:val="20"/>
        </w:rPr>
        <w:t>教学重点：结合现实情境理解加法的含义。</w:t>
      </w:r>
    </w:p>
    <w:p>
      <w:pPr>
        <w:spacing w:after="20" w:line="300" w:lineRule="auto"/>
      </w:pPr>
      <w:r>
        <w:rPr>
          <w:rFonts w:ascii="宋体" w:hAnsi="宋体" w:eastAsia="宋体"/>
          <w:b w:val="0"/>
          <w:sz w:val="20"/>
        </w:rPr>
        <w:t>教学难点：能正确观察情境图，口述题意，列出加法算式。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创设熟悉的情境，理解合并</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初步感知加法的含义</w:t>
            </w:r>
          </w:p>
        </w:tc>
        <w:tc>
          <w:tcPr>
            <w:tcW w:type="dxa" w:w="1814"/>
          </w:tcPr>
          <w:p>
            <w:pPr>
              <w:spacing w:after="20" w:line="276" w:lineRule="auto"/>
            </w:pPr>
            <w:r/>
            <w:r>
              <w:rPr>
                <w:rFonts w:ascii="宋体" w:hAnsi="宋体" w:eastAsia="宋体"/>
                <w:b w:val="0"/>
                <w:sz w:val="18"/>
              </w:rPr>
              <w:t>课件、教科书、情境图、圆片</w:t>
            </w:r>
          </w:p>
        </w:tc>
        <w:tc>
          <w:tcPr>
            <w:tcW w:type="dxa" w:w="3402"/>
          </w:tcPr>
          <w:p>
            <w:pPr>
              <w:spacing w:after="20" w:line="276" w:lineRule="auto"/>
            </w:pPr>
            <w:r/>
            <w:r>
              <w:rPr>
                <w:rFonts w:ascii="宋体" w:hAnsi="宋体" w:eastAsia="宋体"/>
                <w:b w:val="0"/>
                <w:sz w:val="18"/>
              </w:rPr>
              <w:t>你能用摆圆片的方法来表示刚才小女孩的合并过程吗？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学习加法算式</w:t>
            </w:r>
          </w:p>
        </w:tc>
        <w:tc>
          <w:tcPr>
            <w:tcW w:type="dxa" w:w="1814"/>
          </w:tcPr>
          <w:p>
            <w:pPr>
              <w:spacing w:after="20" w:line="276" w:lineRule="auto"/>
            </w:pPr>
            <w:r/>
            <w:r>
              <w:rPr>
                <w:rFonts w:ascii="宋体" w:hAnsi="宋体" w:eastAsia="宋体"/>
                <w:b w:val="0"/>
                <w:sz w:val="18"/>
              </w:rPr>
              <w:t>课件、教科书、情境图、圆片</w:t>
            </w:r>
          </w:p>
        </w:tc>
        <w:tc>
          <w:tcPr>
            <w:tcW w:type="dxa" w:w="3402"/>
          </w:tcPr>
          <w:p>
            <w:pPr>
              <w:spacing w:after="20" w:line="276" w:lineRule="auto"/>
            </w:pPr>
            <w:r/>
            <w:r>
              <w:rPr>
                <w:rFonts w:ascii="宋体" w:hAnsi="宋体" w:eastAsia="宋体"/>
                <w:b w:val="0"/>
                <w:sz w:val="18"/>
              </w:rPr>
              <w:t>算式中的3表示什么？1表示什么？“＋”表示什么意思？合并起来是多少呢？；“＝”是等号，这个算式表示什么？</w:t>
            </w:r>
          </w:p>
        </w:tc>
        <w:tc>
          <w:tcPr>
            <w:tcW w:type="dxa" w:w="1361"/>
          </w:tcPr>
          <w:p>
            <w:pPr>
              <w:spacing w:after="20" w:line="276" w:lineRule="auto"/>
            </w:pPr>
            <w:r/>
            <w:r>
              <w:rPr>
                <w:rFonts w:ascii="宋体" w:hAnsi="宋体" w:eastAsia="宋体"/>
                <w:b w:val="0"/>
                <w:sz w:val="18"/>
              </w:rPr>
              <w:t>25分钟</w:t>
            </w:r>
          </w:p>
        </w:tc>
      </w:tr>
      <w:tr>
        <w:tc>
          <w:tcPr>
            <w:tcW w:type="dxa" w:w="2835"/>
          </w:tcPr>
          <w:p>
            <w:pPr>
              <w:spacing w:after="20" w:line="276" w:lineRule="auto"/>
            </w:pPr>
            <w:r/>
            <w:r>
              <w:rPr>
                <w:rFonts w:ascii="宋体" w:hAnsi="宋体" w:eastAsia="宋体"/>
                <w:b w:val="0"/>
                <w:sz w:val="18"/>
              </w:rPr>
              <w:t>巩固练习，实践应用</w:t>
            </w:r>
          </w:p>
        </w:tc>
        <w:tc>
          <w:tcPr>
            <w:tcW w:type="dxa" w:w="1814"/>
          </w:tcPr>
          <w:p>
            <w:pPr>
              <w:spacing w:after="20" w:line="276" w:lineRule="auto"/>
            </w:pPr>
            <w:r/>
            <w:r>
              <w:rPr>
                <w:rFonts w:ascii="宋体" w:hAnsi="宋体" w:eastAsia="宋体"/>
                <w:b w:val="0"/>
                <w:sz w:val="18"/>
              </w:rPr>
              <w:t>教科书、课件、圆片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通过今天的学习，你们知道了什么？还想提出什么数学问题吗？</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创设熟悉的情境，理解合并</w:t>
            </w:r>
          </w:p>
        </w:tc>
        <w:tc>
          <w:tcPr>
            <w:tcW w:type="dxa" w:w="3061"/>
          </w:tcPr>
          <w:p>
            <w:pPr>
              <w:spacing w:after="20" w:line="276" w:lineRule="auto"/>
            </w:pPr>
            <w:r/>
            <w:r>
              <w:rPr>
                <w:rFonts w:ascii="宋体" w:hAnsi="宋体" w:eastAsia="宋体"/>
                <w:b w:val="0"/>
                <w:sz w:val="18"/>
              </w:rPr>
              <w:t>教师左手拿起2支粉笔，右手拿起1支粉笔，然后合在一起。</w:t>
            </w:r>
          </w:p>
          <w:p>
            <w:pPr>
              <w:spacing w:after="20" w:line="276" w:lineRule="auto"/>
            </w:pPr>
            <w:r>
              <w:rPr>
                <w:rFonts w:ascii="宋体" w:hAnsi="宋体" w:eastAsia="宋体"/>
                <w:b w:val="0"/>
                <w:sz w:val="18"/>
              </w:rPr>
              <w:t>师：把你看到的跟大家说一说。</w:t>
            </w:r>
          </w:p>
          <w:p>
            <w:pPr>
              <w:spacing w:after="20" w:line="276" w:lineRule="auto"/>
            </w:pPr>
            <w:r>
              <w:rPr>
                <w:rFonts w:ascii="宋体" w:hAnsi="宋体" w:eastAsia="宋体"/>
                <w:b w:val="0"/>
                <w:sz w:val="18"/>
              </w:rPr>
              <w:t>一只手里有2支粉笔，另一只手里有1支粉笔，合起来一共有3支粉笔。</w:t>
            </w:r>
          </w:p>
          <w:p>
            <w:pPr>
              <w:spacing w:after="20" w:line="276" w:lineRule="auto"/>
            </w:pPr>
            <w:r>
              <w:rPr>
                <w:rFonts w:ascii="宋体" w:hAnsi="宋体" w:eastAsia="宋体"/>
                <w:b w:val="0"/>
                <w:sz w:val="18"/>
              </w:rPr>
              <w:t>师：今天我们就来探究有关“合并”的知识。</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w:t>
            </w:r>
          </w:p>
        </w:tc>
      </w:tr>
      <w:tr>
        <w:tc>
          <w:tcPr>
            <w:tcW w:type="dxa" w:w="1474"/>
          </w:tcPr>
          <w:p>
            <w:pPr>
              <w:spacing w:after="20" w:line="276" w:lineRule="auto"/>
            </w:pPr>
            <w:r>
              <w:rPr>
                <w:b/>
              </w:rPr>
            </w:r>
            <w:r>
              <w:rPr>
                <w:rFonts w:ascii="宋体" w:hAnsi="宋体" w:eastAsia="宋体"/>
                <w:b/>
                <w:sz w:val="18"/>
              </w:rPr>
              <w:t>初步感知加法的含义</w:t>
            </w:r>
          </w:p>
        </w:tc>
        <w:tc>
          <w:tcPr>
            <w:tcW w:type="dxa" w:w="3061"/>
          </w:tcPr>
          <w:p>
            <w:pPr>
              <w:spacing w:after="20" w:line="276" w:lineRule="auto"/>
            </w:pPr>
            <w:r/>
            <w:r>
              <w:rPr>
                <w:rFonts w:ascii="宋体" w:hAnsi="宋体" w:eastAsia="宋体"/>
                <w:b w:val="0"/>
                <w:sz w:val="18"/>
              </w:rPr>
              <w:t>1.课件出示教科书P24例1情境图。</w:t>
            </w:r>
          </w:p>
          <w:p>
            <w:pPr>
              <w:spacing w:after="20" w:line="276" w:lineRule="auto"/>
            </w:pPr>
            <w:r>
              <w:rPr>
                <w:rFonts w:ascii="宋体" w:hAnsi="宋体" w:eastAsia="宋体"/>
                <w:b w:val="0"/>
                <w:sz w:val="18"/>
              </w:rPr>
              <w:t>师：仔细观察，说一说你从图中知道了哪些信息。</w:t>
            </w:r>
          </w:p>
          <w:p>
            <w:pPr>
              <w:spacing w:after="20" w:line="276" w:lineRule="auto"/>
            </w:pPr>
            <w:r>
              <w:rPr>
                <w:rFonts w:ascii="宋体" w:hAnsi="宋体" w:eastAsia="宋体"/>
                <w:b w:val="0"/>
                <w:sz w:val="18"/>
              </w:rPr>
              <w:t>2．在操作中理解合并。</w:t>
            </w:r>
          </w:p>
          <w:p>
            <w:pPr>
              <w:spacing w:after="20" w:line="276" w:lineRule="auto"/>
            </w:pPr>
            <w:r>
              <w:rPr>
                <w:rFonts w:ascii="宋体" w:hAnsi="宋体" w:eastAsia="宋体"/>
                <w:b w:val="0"/>
                <w:sz w:val="18"/>
              </w:rPr>
              <w:t>师：你能用摆圆片的方法来表示刚才小女孩的合并过程吗？</w:t>
            </w:r>
          </w:p>
          <w:p>
            <w:pPr>
              <w:spacing w:after="20" w:line="276" w:lineRule="auto"/>
            </w:pPr>
            <w:r>
              <w:rPr>
                <w:rFonts w:ascii="宋体" w:hAnsi="宋体" w:eastAsia="宋体"/>
                <w:b w:val="0"/>
                <w:sz w:val="18"/>
              </w:rPr>
              <w:t>师：我们把女孩右手的3个橙气球和左手的1个蓝气球合并在一起。(教师边说边在黑板上分别贴3个圆片和1个圆片，再用手动态演示将它们合并在一起)</w:t>
            </w:r>
          </w:p>
        </w:tc>
        <w:tc>
          <w:tcPr>
            <w:tcW w:type="dxa" w:w="3061"/>
          </w:tcPr>
          <w:p>
            <w:pPr>
              <w:spacing w:after="20" w:line="276" w:lineRule="auto"/>
            </w:pPr>
            <w:r/>
            <w:r>
              <w:rPr>
                <w:rFonts w:ascii="宋体" w:hAnsi="宋体" w:eastAsia="宋体"/>
                <w:b w:val="0"/>
                <w:sz w:val="18"/>
              </w:rPr>
              <w:t>同桌之间互相说一说，再全班交流。</w:t>
            </w:r>
          </w:p>
          <w:p>
            <w:pPr>
              <w:spacing w:after="20" w:line="276" w:lineRule="auto"/>
            </w:pPr>
            <w:r>
              <w:rPr>
                <w:rFonts w:ascii="宋体" w:hAnsi="宋体" w:eastAsia="宋体"/>
                <w:b w:val="0"/>
                <w:sz w:val="18"/>
              </w:rPr>
              <w:t>学生结合课前活动，可能会说出：女孩右手有3个橙气球，左手有1个蓝气球，把这些气球合起来一共是4个气球。</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设计递进式探究活动，引导学生在动手实践与合作交流中经历知识形成过程，突破本课重难点，核心问题："你能用摆圆片的方法来表示刚才小女孩的合并过程吗？"</w:t>
            </w:r>
          </w:p>
        </w:tc>
      </w:tr>
      <w:tr>
        <w:tc>
          <w:tcPr>
            <w:tcW w:type="dxa" w:w="1474"/>
          </w:tcPr>
          <w:p>
            <w:pPr>
              <w:spacing w:after="20" w:line="276" w:lineRule="auto"/>
            </w:pPr>
            <w:r>
              <w:rPr>
                <w:b/>
              </w:rPr>
            </w:r>
            <w:r>
              <w:rPr>
                <w:rFonts w:ascii="宋体" w:hAnsi="宋体" w:eastAsia="宋体"/>
                <w:b/>
                <w:sz w:val="18"/>
              </w:rPr>
              <w:t>学习加法算式</w:t>
            </w:r>
          </w:p>
        </w:tc>
        <w:tc>
          <w:tcPr>
            <w:tcW w:type="dxa" w:w="3061"/>
          </w:tcPr>
          <w:p>
            <w:pPr>
              <w:spacing w:after="20" w:line="276" w:lineRule="auto"/>
            </w:pPr>
            <w:r/>
            <w:r>
              <w:rPr>
                <w:rFonts w:ascii="宋体" w:hAnsi="宋体" w:eastAsia="宋体"/>
                <w:b w:val="0"/>
                <w:sz w:val="18"/>
              </w:rPr>
              <w:t>(一)学习加法算式</w:t>
            </w:r>
          </w:p>
          <w:p>
            <w:pPr>
              <w:spacing w:after="20" w:line="276" w:lineRule="auto"/>
            </w:pPr>
            <w:r>
              <w:rPr>
                <w:rFonts w:ascii="宋体" w:hAnsi="宋体" w:eastAsia="宋体"/>
                <w:b w:val="0"/>
                <w:sz w:val="18"/>
              </w:rPr>
              <w:t>1．抽象数据，认识加号。</w:t>
            </w:r>
          </w:p>
          <w:p>
            <w:pPr>
              <w:spacing w:after="20" w:line="276" w:lineRule="auto"/>
            </w:pPr>
            <w:r>
              <w:rPr>
                <w:rFonts w:ascii="宋体" w:hAnsi="宋体" w:eastAsia="宋体"/>
                <w:b w:val="0"/>
                <w:sz w:val="18"/>
              </w:rPr>
              <w:t>师：3个橙气球用数字3来表示，1个蓝气球用数字1来表示。(板书：3　1)</w:t>
            </w:r>
          </w:p>
          <w:p>
            <w:pPr>
              <w:spacing w:after="20" w:line="276" w:lineRule="auto"/>
            </w:pPr>
            <w:r>
              <w:rPr>
                <w:rFonts w:ascii="宋体" w:hAnsi="宋体" w:eastAsia="宋体"/>
                <w:b w:val="0"/>
                <w:sz w:val="18"/>
              </w:rPr>
              <w:t>师：把3和1合并起来，求一共是多少，在数学上我们用一个简洁的符号“＋”来表示。(教师在3和1之间板书“＋”)“＋”的名字叫“加号”，它代表了一种计算方法——加法。把两部分合并起来，求一共是多少，就要用加法计算。今天我们就一起来认识加法。[板书课题：加法(1)]</w:t>
            </w:r>
          </w:p>
          <w:p>
            <w:pPr>
              <w:spacing w:after="20" w:line="276" w:lineRule="auto"/>
            </w:pPr>
            <w:r>
              <w:rPr>
                <w:rFonts w:ascii="宋体" w:hAnsi="宋体" w:eastAsia="宋体"/>
                <w:b w:val="0"/>
                <w:sz w:val="18"/>
              </w:rPr>
              <w:t>2．理解加法算式的含义。</w:t>
            </w:r>
          </w:p>
          <w:p>
            <w:pPr>
              <w:spacing w:after="20" w:line="276" w:lineRule="auto"/>
            </w:pPr>
            <w:r>
              <w:rPr>
                <w:rFonts w:ascii="宋体" w:hAnsi="宋体" w:eastAsia="宋体"/>
                <w:b w:val="0"/>
                <w:sz w:val="18"/>
              </w:rPr>
              <w:t>师：算式中的3表示什么？1表示什么？“＋”表示什么意思？合并起来是多少呢？</w:t>
            </w:r>
          </w:p>
          <w:p>
            <w:pPr>
              <w:spacing w:after="20" w:line="276" w:lineRule="auto"/>
            </w:pPr>
            <w:r>
              <w:rPr>
                <w:rFonts w:ascii="宋体" w:hAnsi="宋体" w:eastAsia="宋体"/>
                <w:b w:val="0"/>
                <w:sz w:val="18"/>
              </w:rPr>
              <w:t>3表示3个橙气球，1表示1个蓝气球，“＋”表示把橙气球和蓝气球合并起来，一共是4个气球。</w:t>
            </w:r>
          </w:p>
          <w:p>
            <w:pPr>
              <w:spacing w:after="20" w:line="276" w:lineRule="auto"/>
            </w:pPr>
            <w:r>
              <w:rPr>
                <w:rFonts w:ascii="宋体" w:hAnsi="宋体" w:eastAsia="宋体"/>
                <w:b w:val="0"/>
                <w:sz w:val="18"/>
              </w:rPr>
              <w:t>在学生回答的基础上，教师板书“＝4”。</w:t>
            </w:r>
          </w:p>
          <w:p>
            <w:pPr>
              <w:spacing w:after="20" w:line="276" w:lineRule="auto"/>
            </w:pPr>
            <w:r>
              <w:rPr>
                <w:rFonts w:ascii="宋体" w:hAnsi="宋体" w:eastAsia="宋体"/>
                <w:b w:val="0"/>
                <w:sz w:val="18"/>
              </w:rPr>
              <w:t>师：“＝”是等号，这个算式表示什么？</w:t>
            </w:r>
          </w:p>
          <w:p>
            <w:pPr>
              <w:spacing w:after="20" w:line="276" w:lineRule="auto"/>
            </w:pPr>
            <w:r>
              <w:rPr>
                <w:rFonts w:ascii="宋体" w:hAnsi="宋体" w:eastAsia="宋体"/>
                <w:b w:val="0"/>
                <w:sz w:val="18"/>
              </w:rPr>
              <w:t>引导学生说出3＋1＝4表示把3和1合并起来是4。</w:t>
            </w:r>
          </w:p>
          <w:p>
            <w:pPr>
              <w:spacing w:after="20" w:line="276" w:lineRule="auto"/>
            </w:pPr>
            <w:r>
              <w:rPr>
                <w:rFonts w:ascii="宋体" w:hAnsi="宋体" w:eastAsia="宋体"/>
                <w:b w:val="0"/>
                <w:sz w:val="18"/>
              </w:rPr>
              <w:t>3．读加法算式。</w:t>
            </w:r>
          </w:p>
          <w:p>
            <w:pPr>
              <w:spacing w:after="20" w:line="276" w:lineRule="auto"/>
            </w:pPr>
            <w:r>
              <w:rPr>
                <w:rFonts w:ascii="宋体" w:hAnsi="宋体" w:eastAsia="宋体"/>
                <w:b w:val="0"/>
                <w:sz w:val="18"/>
              </w:rPr>
              <w:t>师示范读：3加1等于4。</w:t>
            </w:r>
          </w:p>
          <w:p>
            <w:pPr>
              <w:spacing w:after="20" w:line="276" w:lineRule="auto"/>
            </w:pPr>
            <w:r>
              <w:rPr>
                <w:rFonts w:ascii="宋体" w:hAnsi="宋体" w:eastAsia="宋体"/>
                <w:b w:val="0"/>
                <w:sz w:val="18"/>
              </w:rPr>
              <w:t>指名读，学生齐读。(板书：读作：3加1等于4。)</w:t>
            </w:r>
          </w:p>
          <w:p>
            <w:pPr>
              <w:spacing w:after="20" w:line="276" w:lineRule="auto"/>
            </w:pPr>
            <w:r>
              <w:rPr>
                <w:rFonts w:ascii="宋体" w:hAnsi="宋体" w:eastAsia="宋体"/>
                <w:b w:val="0"/>
                <w:sz w:val="18"/>
              </w:rPr>
              <w:t>4．根据“3＋1＝4”讲故事，加深对算式的理解。</w:t>
            </w:r>
          </w:p>
          <w:p>
            <w:pPr>
              <w:spacing w:after="20" w:line="276" w:lineRule="auto"/>
            </w:pPr>
            <w:r>
              <w:rPr>
                <w:rFonts w:ascii="宋体" w:hAnsi="宋体" w:eastAsia="宋体"/>
                <w:b w:val="0"/>
                <w:sz w:val="18"/>
              </w:rPr>
              <w:t>师：你能讲一个故事，能运用3＋1＝4解决吗？</w:t>
            </w:r>
          </w:p>
          <w:p>
            <w:pPr>
              <w:spacing w:after="20" w:line="276" w:lineRule="auto"/>
            </w:pPr>
            <w:r>
              <w:rPr>
                <w:rFonts w:ascii="宋体" w:hAnsi="宋体" w:eastAsia="宋体"/>
                <w:b w:val="0"/>
                <w:sz w:val="18"/>
              </w:rPr>
              <w:t>教师注意引导学生完整地表达，把意思说清楚。</w:t>
            </w:r>
          </w:p>
          <w:p>
            <w:pPr>
              <w:spacing w:after="20" w:line="276" w:lineRule="auto"/>
            </w:pPr>
            <w:r>
              <w:rPr>
                <w:rFonts w:ascii="宋体" w:hAnsi="宋体" w:eastAsia="宋体"/>
                <w:b w:val="0"/>
                <w:sz w:val="18"/>
              </w:rPr>
              <w:t>师：把3个橙气球和1个蓝气球合起来，求一共有几个气球；把3只蝴蝶和1只蝴蝶合起来，求一共有几只蝴蝶；把3本书和1本书合起来，求一共有几本书……都可以用加法计算，算式都是3＋1＝4。</w:t>
            </w:r>
          </w:p>
          <w:p>
            <w:pPr>
              <w:spacing w:after="20" w:line="276" w:lineRule="auto"/>
            </w:pPr>
            <w:r>
              <w:rPr>
                <w:rFonts w:ascii="宋体" w:hAnsi="宋体" w:eastAsia="宋体"/>
                <w:b w:val="0"/>
                <w:sz w:val="18"/>
              </w:rPr>
              <w:t>(二)理解等号表示数量关系</w:t>
            </w:r>
          </w:p>
          <w:p>
            <w:pPr>
              <w:spacing w:after="20" w:line="276" w:lineRule="auto"/>
            </w:pPr>
            <w:r>
              <w:rPr>
                <w:rFonts w:ascii="宋体" w:hAnsi="宋体" w:eastAsia="宋体"/>
                <w:b w:val="0"/>
                <w:sz w:val="18"/>
              </w:rPr>
              <w:t>1．课件出示教科书P24“试一试”情境图。</w:t>
            </w:r>
          </w:p>
          <w:p>
            <w:pPr>
              <w:spacing w:after="20" w:line="276" w:lineRule="auto"/>
            </w:pPr>
            <w:r>
              <w:rPr>
                <w:rFonts w:ascii="宋体" w:hAnsi="宋体" w:eastAsia="宋体"/>
                <w:b w:val="0"/>
                <w:sz w:val="18"/>
              </w:rPr>
              <w:t>师：你们可以从图中知道哪些信息？</w:t>
            </w:r>
          </w:p>
          <w:p>
            <w:pPr>
              <w:spacing w:after="20" w:line="276" w:lineRule="auto"/>
            </w:pPr>
            <w:r>
              <w:rPr>
                <w:rFonts w:ascii="宋体" w:hAnsi="宋体" w:eastAsia="宋体"/>
                <w:b w:val="0"/>
                <w:sz w:val="18"/>
              </w:rPr>
              <w:t>果果有3个桃，花花有4个桃；果果比花花少1个桃；花花比果果多1个桃。</w:t>
            </w:r>
          </w:p>
          <w:p>
            <w:pPr>
              <w:spacing w:after="20" w:line="276" w:lineRule="auto"/>
            </w:pPr>
            <w:r>
              <w:rPr>
                <w:rFonts w:ascii="宋体" w:hAnsi="宋体" w:eastAsia="宋体"/>
                <w:b w:val="0"/>
                <w:sz w:val="18"/>
              </w:rPr>
              <w:t>师：可以怎样表示3比4少？</w:t>
            </w:r>
          </w:p>
          <w:p>
            <w:pPr>
              <w:spacing w:after="20" w:line="276" w:lineRule="auto"/>
            </w:pPr>
            <w:r>
              <w:rPr>
                <w:rFonts w:ascii="宋体" w:hAnsi="宋体" w:eastAsia="宋体"/>
                <w:b w:val="0"/>
                <w:sz w:val="18"/>
              </w:rPr>
              <w:t>3＜4或4＞3。</w:t>
            </w:r>
          </w:p>
          <w:p>
            <w:pPr>
              <w:spacing w:after="20" w:line="276" w:lineRule="auto"/>
            </w:pPr>
            <w:r>
              <w:rPr>
                <w:rFonts w:ascii="宋体" w:hAnsi="宋体" w:eastAsia="宋体"/>
                <w:b w:val="0"/>
                <w:sz w:val="18"/>
              </w:rPr>
              <w:t>2．提出问题，加深理解。</w:t>
            </w:r>
          </w:p>
          <w:p>
            <w:pPr>
              <w:spacing w:after="20" w:line="276" w:lineRule="auto"/>
            </w:pPr>
            <w:r>
              <w:rPr>
                <w:rFonts w:ascii="宋体" w:hAnsi="宋体" w:eastAsia="宋体"/>
                <w:b w:val="0"/>
                <w:sz w:val="18"/>
              </w:rPr>
              <w:t>师：果果怎么做，就可以使自己的桃和花花的同样多？</w:t>
            </w:r>
          </w:p>
          <w:p>
            <w:pPr>
              <w:spacing w:after="20" w:line="276" w:lineRule="auto"/>
            </w:pPr>
            <w:r>
              <w:rPr>
                <w:rFonts w:ascii="宋体" w:hAnsi="宋体" w:eastAsia="宋体"/>
                <w:b w:val="0"/>
                <w:sz w:val="18"/>
              </w:rPr>
              <w:t>师：果果的这个做法可以用加法算式表示吗？(可以)应该用什么算式来表示呢？(3＋1＝4)这个算式表示什么含义呢？</w:t>
            </w:r>
          </w:p>
          <w:p>
            <w:pPr>
              <w:spacing w:after="20" w:line="276" w:lineRule="auto"/>
            </w:pPr>
            <w:r>
              <w:rPr>
                <w:rFonts w:ascii="宋体" w:hAnsi="宋体" w:eastAsia="宋体"/>
                <w:b w:val="0"/>
                <w:sz w:val="18"/>
              </w:rPr>
              <w:t>果果原来有3个桃，后来又摘了1个桃，合起来有4个桃。</w:t>
            </w:r>
          </w:p>
          <w:p>
            <w:pPr>
              <w:spacing w:after="20" w:line="276" w:lineRule="auto"/>
            </w:pPr>
            <w:r>
              <w:rPr>
                <w:rFonts w:ascii="宋体" w:hAnsi="宋体" w:eastAsia="宋体"/>
                <w:b w:val="0"/>
                <w:sz w:val="18"/>
              </w:rPr>
              <w:t>师：为什么用“＝”呢？</w:t>
            </w:r>
          </w:p>
          <w:p>
            <w:pPr>
              <w:spacing w:after="20" w:line="276" w:lineRule="auto"/>
            </w:pPr>
            <w:r>
              <w:rPr>
                <w:rFonts w:ascii="宋体" w:hAnsi="宋体" w:eastAsia="宋体"/>
                <w:b w:val="0"/>
                <w:sz w:val="18"/>
              </w:rPr>
              <w:t>小结：等号表示左、右两边的数量同样多，也就是相等。</w:t>
            </w:r>
          </w:p>
        </w:tc>
        <w:tc>
          <w:tcPr>
            <w:tcW w:type="dxa" w:w="3061"/>
          </w:tcPr>
          <w:p>
            <w:pPr>
              <w:spacing w:after="20" w:line="276" w:lineRule="auto"/>
            </w:pPr>
            <w:r/>
            <w:r>
              <w:rPr>
                <w:rFonts w:ascii="宋体" w:hAnsi="宋体" w:eastAsia="宋体"/>
                <w:b w:val="0"/>
                <w:sz w:val="18"/>
              </w:rPr>
              <w:t>同桌之间互相说一说，再全班交流。</w:t>
            </w:r>
          </w:p>
          <w:p>
            <w:pPr>
              <w:spacing w:after="20" w:line="276" w:lineRule="auto"/>
            </w:pPr>
            <w:r>
              <w:rPr>
                <w:rFonts w:ascii="宋体" w:hAnsi="宋体" w:eastAsia="宋体"/>
                <w:b w:val="0"/>
                <w:sz w:val="18"/>
              </w:rPr>
              <w:t>预设1：花丛中有3只蝴蝶，又飞来了1只蝴蝶，合起来是4只蝴蝶。</w:t>
            </w:r>
          </w:p>
          <w:p>
            <w:pPr>
              <w:spacing w:after="20" w:line="276" w:lineRule="auto"/>
            </w:pPr>
            <w:r>
              <w:rPr>
                <w:rFonts w:ascii="宋体" w:hAnsi="宋体" w:eastAsia="宋体"/>
                <w:b w:val="0"/>
                <w:sz w:val="18"/>
              </w:rPr>
              <w:t>预设2：把3本书和1本书合起来是4本书。</w:t>
            </w:r>
          </w:p>
          <w:p>
            <w:pPr>
              <w:spacing w:after="20" w:line="276" w:lineRule="auto"/>
            </w:pPr>
            <w:r>
              <w:rPr>
                <w:rFonts w:ascii="宋体" w:hAnsi="宋体" w:eastAsia="宋体"/>
                <w:b w:val="0"/>
                <w:sz w:val="18"/>
              </w:rPr>
              <w:t>同桌之间相互说一说，再全班交流。</w:t>
            </w:r>
          </w:p>
          <w:p>
            <w:pPr>
              <w:spacing w:after="20" w:line="276" w:lineRule="auto"/>
            </w:pPr>
            <w:r>
              <w:rPr>
                <w:rFonts w:ascii="宋体" w:hAnsi="宋体" w:eastAsia="宋体"/>
                <w:b w:val="0"/>
                <w:sz w:val="18"/>
              </w:rPr>
              <w:t>预设1：果果再增加1个桃。</w:t>
            </w:r>
          </w:p>
          <w:p>
            <w:pPr>
              <w:spacing w:after="20" w:line="276" w:lineRule="auto"/>
            </w:pPr>
            <w:r>
              <w:rPr>
                <w:rFonts w:ascii="宋体" w:hAnsi="宋体" w:eastAsia="宋体"/>
                <w:b w:val="0"/>
                <w:sz w:val="18"/>
              </w:rPr>
              <w:t>预设2：果果再摘1个桃。</w:t>
            </w:r>
          </w:p>
        </w:tc>
        <w:tc>
          <w:tcPr>
            <w:tcW w:type="dxa" w:w="1814"/>
          </w:tcPr>
          <w:p>
            <w:pPr>
              <w:spacing w:after="20" w:line="276" w:lineRule="auto"/>
            </w:pPr>
            <w:r/>
            <w:r>
              <w:rPr>
                <w:rFonts w:ascii="宋体" w:hAnsi="宋体" w:eastAsia="宋体"/>
                <w:b w:val="0"/>
                <w:sz w:val="18"/>
              </w:rPr>
              <w:t>围绕环节目标组织学习活动，引导学生主动参与、积极思考，核心问题："算式中的3表示什么？1表示什么？“＋”表示什么意思？合并起来是多少呢？"</w:t>
            </w:r>
          </w:p>
        </w:tc>
      </w:tr>
      <w:tr>
        <w:tc>
          <w:tcPr>
            <w:tcW w:type="dxa" w:w="1474"/>
          </w:tcPr>
          <w:p>
            <w:pPr>
              <w:spacing w:after="20" w:line="276" w:lineRule="auto"/>
            </w:pPr>
            <w:r>
              <w:rPr>
                <w:b/>
              </w:rPr>
            </w:r>
            <w:r>
              <w:rPr>
                <w:rFonts w:ascii="宋体" w:hAnsi="宋体" w:eastAsia="宋体"/>
                <w:b/>
                <w:sz w:val="18"/>
              </w:rPr>
              <w:t>巩固练习，实践应用</w:t>
            </w:r>
          </w:p>
        </w:tc>
        <w:tc>
          <w:tcPr>
            <w:tcW w:type="dxa" w:w="3061"/>
          </w:tcPr>
          <w:p>
            <w:pPr>
              <w:spacing w:after="20" w:line="276" w:lineRule="auto"/>
            </w:pPr>
            <w:r/>
            <w:r>
              <w:rPr>
                <w:rFonts w:ascii="宋体" w:hAnsi="宋体" w:eastAsia="宋体"/>
                <w:b w:val="0"/>
                <w:sz w:val="18"/>
              </w:rPr>
              <w:t>完成教科书P25“做一做”第1题。</w:t>
            </w:r>
          </w:p>
        </w:tc>
        <w:tc>
          <w:tcPr>
            <w:tcW w:type="dxa" w:w="3061"/>
          </w:tcPr>
          <w:p>
            <w:pPr>
              <w:spacing w:after="20" w:line="276" w:lineRule="auto"/>
            </w:pPr>
            <w:r/>
            <w:r>
              <w:rPr>
                <w:rFonts w:ascii="宋体" w:hAnsi="宋体" w:eastAsia="宋体"/>
                <w:b w:val="0"/>
                <w:sz w:val="18"/>
              </w:rPr>
              <w:t>同桌之间互相说一说，再全班交流。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师：通过今天的学习，你们知道了什么？还想提出什么数学问题吗？</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引导学生回顾梳理本课所学，完善认知结构，提升归纳与反思能力，核心问题："通过今天的学习，你们知道了什么？还想提出什么数学问题吗？"</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加法(1)</w:t>
      </w:r>
    </w:p>
    <w:p>
      <w:pPr>
        <w:spacing w:after="40" w:line="300" w:lineRule="auto"/>
      </w:pPr>
      <w:r>
        <w:rPr>
          <w:rFonts w:ascii="宋体" w:hAnsi="宋体" w:eastAsia="宋体"/>
          <w:b w:val="0"/>
          <w:sz w:val="20"/>
        </w:rPr>
        <w:t>读作：3加1等于4。</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教科书P24例1和“试一试”，完成教科书P25“做一做”第1题。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中应注重让学生说出加法算式中各数表示的意义，这个过程能巩固学生对加法算式含义的理解和运用。同时利用“怎样做才能使两边个数同样多”的情境，使学生理解同一个加法算式所表示的不同意思以及加法算式在实际情况中的运用，理解等号表示数量关系。</w:t>
      </w:r>
    </w:p>
    <w:p>
      <w:r>
        <w:br w:type="page"/>
      </w:r>
    </w:p>
    <w:p>
      <w:pPr>
        <w:spacing w:after="80" w:line="300" w:lineRule="auto"/>
      </w:pPr>
      <w:r>
        <w:rPr>
          <w:rFonts w:ascii="黑体" w:hAnsi="黑体" w:eastAsia="黑体"/>
          <w:b/>
          <w:sz w:val="24"/>
        </w:rPr>
        <w:t>二、课时教学方案（第3课时）</w:t>
      </w:r>
    </w:p>
    <w:p>
      <w:pPr>
        <w:spacing w:after="80" w:line="300" w:lineRule="auto"/>
      </w:pPr>
      <w:r>
        <w:rPr>
          <w:rFonts w:ascii="黑体" w:hAnsi="黑体" w:eastAsia="黑体"/>
          <w:b/>
          <w:sz w:val="24"/>
        </w:rPr>
        <w:t>第3课时　加法(2)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第3课时　加法(2)</w:t>
            </w:r>
          </w:p>
        </w:tc>
        <w:tc>
          <w:tcPr>
            <w:tcW w:type="dxa" w:w="6009"/>
          </w:tcPr>
          <w:p>
            <w:pPr>
              <w:spacing w:after="20" w:line="276" w:lineRule="auto"/>
            </w:pPr>
            <w:r/>
            <w:r>
              <w:rPr>
                <w:rFonts w:ascii="宋体" w:hAnsi="宋体" w:eastAsia="宋体"/>
                <w:b w:val="0"/>
                <w:sz w:val="20"/>
              </w:rPr>
              <w:t>第1单元 5以内数的认识和加、减法（～5的加、减法）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教学内容：教科书P25例2，完成教科书P25“做一做”第2、3题。</w:t>
      </w:r>
    </w:p>
    <w:p>
      <w:pPr>
        <w:spacing w:after="80" w:line="300" w:lineRule="auto"/>
        <w:ind w:firstLine="400"/>
      </w:pPr>
      <w:r>
        <w:rPr>
          <w:rFonts w:ascii="宋体" w:hAnsi="宋体" w:eastAsia="宋体"/>
          <w:b w:val="0"/>
          <w:sz w:val="20"/>
        </w:rPr>
        <w:t>设计思路：学生是第一次接触加法计算的方法，由于不同的学生在经验和思维特点上存在差异，对不同计算方法的接受程度也各不相同。在本节课的计算中，教师充分运用情境图，引导学生结合具体的情境图理解加法算式的意义，在此基础上，充分尊重学生的个性思维特点，鼓励学生用自己喜欢的方法计算，并引导学生在交流分享中认真倾听，交流思考过程，自主感受不同的计算方法，理解自己喜欢的计算方法。</w:t>
      </w:r>
    </w:p>
    <w:p>
      <w:pPr>
        <w:spacing w:after="80" w:line="300" w:lineRule="auto"/>
        <w:ind w:firstLine="400"/>
      </w:pPr>
      <w:r>
        <w:rPr>
          <w:rFonts w:ascii="宋体" w:hAnsi="宋体" w:eastAsia="宋体"/>
          <w:b w:val="0"/>
          <w:sz w:val="20"/>
        </w:rPr>
        <w:t>教学准备：课件、小棒、圆片。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（1）引导学生学会观察情境图，能联系具体情境写出加法算式。</w:t>
      </w:r>
    </w:p>
    <w:p>
      <w:pPr>
        <w:spacing w:after="20" w:line="300" w:lineRule="auto"/>
        <w:ind w:firstLine="400"/>
      </w:pPr>
      <w:r>
        <w:rPr>
          <w:rFonts w:ascii="宋体" w:hAnsi="宋体" w:eastAsia="宋体"/>
          <w:b w:val="0"/>
          <w:sz w:val="20"/>
        </w:rPr>
        <w:t>（2）能用自己喜欢的方法正确计算1～5的加法。</w:t>
      </w:r>
    </w:p>
    <w:p>
      <w:pPr>
        <w:spacing w:after="20" w:line="300" w:lineRule="auto"/>
        <w:ind w:firstLine="400"/>
      </w:pPr>
      <w:r>
        <w:rPr>
          <w:rFonts w:ascii="宋体" w:hAnsi="宋体" w:eastAsia="宋体"/>
          <w:b w:val="0"/>
          <w:sz w:val="20"/>
        </w:rPr>
        <w:t>（3）结合具体情境，初步渗透加法交换律。</w:t>
      </w:r>
    </w:p>
    <w:p>
      <w:pPr>
        <w:spacing w:after="20" w:line="300" w:lineRule="auto"/>
        <w:ind w:firstLine="400"/>
      </w:pPr>
      <w:r>
        <w:rPr>
          <w:rFonts w:ascii="宋体" w:hAnsi="宋体" w:eastAsia="宋体"/>
          <w:b w:val="0"/>
          <w:sz w:val="20"/>
        </w:rPr>
        <w:t>（4）培养学生初步的数学交流意识，能解释自己的思考过程和计算方法。</w:t>
      </w:r>
    </w:p>
    <w:p>
      <w:pPr>
        <w:spacing w:after="20" w:line="300" w:lineRule="auto"/>
      </w:pPr>
      <w:r>
        <w:rPr>
          <w:rFonts w:ascii="宋体" w:hAnsi="宋体" w:eastAsia="宋体"/>
          <w:b w:val="0"/>
          <w:sz w:val="20"/>
        </w:rPr>
        <w:t>教学重点：进一步理解加法的含义，会正确计算1～5的加法。</w:t>
      </w:r>
    </w:p>
    <w:p>
      <w:pPr>
        <w:spacing w:after="20" w:line="300" w:lineRule="auto"/>
      </w:pPr>
      <w:r>
        <w:rPr>
          <w:rFonts w:ascii="宋体" w:hAnsi="宋体" w:eastAsia="宋体"/>
          <w:b w:val="0"/>
          <w:sz w:val="20"/>
        </w:rPr>
        <w:t>教学难点：会表述自己的思考过程和想法。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复习数的组成</w:t>
            </w:r>
          </w:p>
        </w:tc>
        <w:tc>
          <w:tcPr>
            <w:tcW w:type="dxa" w:w="1814"/>
          </w:tcPr>
          <w:p>
            <w:pPr>
              <w:spacing w:after="20" w:line="276" w:lineRule="auto"/>
            </w:pPr>
            <w:r/>
            <w:r>
              <w:rPr>
                <w:rFonts w:ascii="宋体" w:hAnsi="宋体" w:eastAsia="宋体"/>
                <w:b w:val="0"/>
                <w:sz w:val="18"/>
              </w:rPr>
              <w:t>小棒、圆片、课件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学习1～5的加法计算</w:t>
            </w:r>
          </w:p>
        </w:tc>
        <w:tc>
          <w:tcPr>
            <w:tcW w:type="dxa" w:w="1814"/>
          </w:tcPr>
          <w:p>
            <w:pPr>
              <w:spacing w:after="20" w:line="276" w:lineRule="auto"/>
            </w:pPr>
            <w:r/>
            <w:r>
              <w:rPr>
                <w:rFonts w:ascii="宋体" w:hAnsi="宋体" w:eastAsia="宋体"/>
                <w:b w:val="0"/>
                <w:sz w:val="18"/>
              </w:rPr>
              <w:t>课件、教科书、情境图、小棒、圆片</w:t>
            </w:r>
          </w:p>
        </w:tc>
        <w:tc>
          <w:tcPr>
            <w:tcW w:type="dxa" w:w="3402"/>
          </w:tcPr>
          <w:p>
            <w:pPr>
              <w:spacing w:after="20" w:line="276" w:lineRule="auto"/>
            </w:pPr>
            <w:r/>
            <w:r>
              <w:rPr>
                <w:rFonts w:ascii="宋体" w:hAnsi="宋体" w:eastAsia="宋体"/>
                <w:b w:val="0"/>
                <w:sz w:val="18"/>
              </w:rPr>
              <w:t>要求一共有多少只松鼠，该怎样算？；为什么用加法计算？</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教科书、课件、小棒、圆片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课件、小棒、圆片</w:t>
            </w:r>
          </w:p>
        </w:tc>
        <w:tc>
          <w:tcPr>
            <w:tcW w:type="dxa" w:w="3402"/>
          </w:tcPr>
          <w:p>
            <w:pPr>
              <w:spacing w:after="20" w:line="276" w:lineRule="auto"/>
            </w:pPr>
            <w:r/>
            <w:r>
              <w:rPr>
                <w:rFonts w:ascii="宋体" w:hAnsi="宋体" w:eastAsia="宋体"/>
                <w:b w:val="0"/>
                <w:sz w:val="18"/>
              </w:rPr>
              <w:t>说一说这节课你们有什么收获？</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复习数的组成</w:t>
            </w:r>
          </w:p>
        </w:tc>
        <w:tc>
          <w:tcPr>
            <w:tcW w:type="dxa" w:w="3061"/>
          </w:tcPr>
          <w:p>
            <w:pPr>
              <w:spacing w:after="20" w:line="276" w:lineRule="auto"/>
            </w:pPr>
            <w:r/>
            <w:r>
              <w:rPr>
                <w:rFonts w:ascii="宋体" w:hAnsi="宋体" w:eastAsia="宋体"/>
                <w:b w:val="0"/>
                <w:sz w:val="18"/>
              </w:rPr>
              <w:t>师：请你拿出3根小棒，把它分成两堆，再拿出5个圆片，也分成两堆，同桌之间互相说一说3和5的组成。</w:t>
            </w:r>
          </w:p>
          <w:p>
            <w:pPr>
              <w:spacing w:after="20" w:line="276" w:lineRule="auto"/>
            </w:pPr>
            <w:r>
              <w:rPr>
                <w:rFonts w:ascii="宋体" w:hAnsi="宋体" w:eastAsia="宋体"/>
                <w:b w:val="0"/>
                <w:sz w:val="18"/>
              </w:rPr>
              <w:t>师：上节课我们学习了加法，知道了把两个数合并在一起，要用加法计算。今天这节课我们来学习1～5的加法计算。[板书课题：加法(2)]</w:t>
            </w:r>
          </w:p>
        </w:tc>
        <w:tc>
          <w:tcPr>
            <w:tcW w:type="dxa" w:w="3061"/>
          </w:tcPr>
          <w:p>
            <w:pPr>
              <w:spacing w:after="20" w:line="276" w:lineRule="auto"/>
            </w:pPr>
            <w:r/>
            <w:r>
              <w:rPr>
                <w:rFonts w:ascii="宋体" w:hAnsi="宋体" w:eastAsia="宋体"/>
                <w:b w:val="0"/>
                <w:sz w:val="18"/>
              </w:rPr>
              <w:t>学生一边摆一边说。</w:t>
            </w:r>
          </w:p>
        </w:tc>
        <w:tc>
          <w:tcPr>
            <w:tcW w:type="dxa" w:w="1814"/>
          </w:tcPr>
          <w:p>
            <w:pPr>
              <w:spacing w:after="20" w:line="276" w:lineRule="auto"/>
            </w:pPr>
            <w:r/>
            <w:r>
              <w:rPr>
                <w:rFonts w:ascii="宋体" w:hAnsi="宋体" w:eastAsia="宋体"/>
                <w:b w:val="0"/>
                <w:sz w:val="18"/>
              </w:rPr>
              <w:t>围绕环节目标组织学习活动，引导学生主动参与、积极思考。</w:t>
            </w:r>
          </w:p>
        </w:tc>
      </w:tr>
      <w:tr>
        <w:tc>
          <w:tcPr>
            <w:tcW w:type="dxa" w:w="1474"/>
          </w:tcPr>
          <w:p>
            <w:pPr>
              <w:spacing w:after="20" w:line="276" w:lineRule="auto"/>
            </w:pPr>
            <w:r>
              <w:rPr>
                <w:b/>
              </w:rPr>
            </w:r>
            <w:r>
              <w:rPr>
                <w:rFonts w:ascii="宋体" w:hAnsi="宋体" w:eastAsia="宋体"/>
                <w:b/>
                <w:sz w:val="18"/>
              </w:rPr>
              <w:t>学习1～5的加法计算</w:t>
            </w:r>
          </w:p>
        </w:tc>
        <w:tc>
          <w:tcPr>
            <w:tcW w:type="dxa" w:w="3061"/>
          </w:tcPr>
          <w:p>
            <w:pPr>
              <w:spacing w:after="20" w:line="276" w:lineRule="auto"/>
            </w:pPr>
            <w:r/>
            <w:r>
              <w:rPr>
                <w:rFonts w:ascii="宋体" w:hAnsi="宋体" w:eastAsia="宋体"/>
                <w:b w:val="0"/>
                <w:sz w:val="18"/>
              </w:rPr>
              <w:t>1.课件出示教科书P25例2情境图。</w:t>
            </w:r>
          </w:p>
          <w:p>
            <w:pPr>
              <w:spacing w:after="20" w:line="276" w:lineRule="auto"/>
            </w:pPr>
            <w:r>
              <w:rPr>
                <w:rFonts w:ascii="宋体" w:hAnsi="宋体" w:eastAsia="宋体"/>
                <w:b w:val="0"/>
                <w:sz w:val="18"/>
              </w:rPr>
              <w:t>师：仔细观察，说一说你从图中知道了哪些信息。</w:t>
            </w:r>
          </w:p>
          <w:p>
            <w:pPr>
              <w:spacing w:after="20" w:line="276" w:lineRule="auto"/>
            </w:pPr>
            <w:r>
              <w:rPr>
                <w:rFonts w:ascii="宋体" w:hAnsi="宋体" w:eastAsia="宋体"/>
                <w:b w:val="0"/>
                <w:sz w:val="18"/>
              </w:rPr>
              <w:t>树上有3只松鼠，又跑来了2只。</w:t>
            </w:r>
          </w:p>
          <w:p>
            <w:pPr>
              <w:spacing w:after="20" w:line="276" w:lineRule="auto"/>
            </w:pPr>
            <w:r>
              <w:rPr>
                <w:rFonts w:ascii="宋体" w:hAnsi="宋体" w:eastAsia="宋体"/>
                <w:b w:val="0"/>
                <w:sz w:val="18"/>
              </w:rPr>
              <w:t>师：要求一共有多少只松鼠，该怎样算？</w:t>
            </w:r>
          </w:p>
          <w:p>
            <w:pPr>
              <w:spacing w:after="20" w:line="276" w:lineRule="auto"/>
            </w:pPr>
            <w:r>
              <w:rPr>
                <w:rFonts w:ascii="宋体" w:hAnsi="宋体" w:eastAsia="宋体"/>
                <w:b w:val="0"/>
                <w:sz w:val="18"/>
              </w:rPr>
              <w:t>师：为什么用加法计算？</w:t>
            </w:r>
          </w:p>
          <w:p>
            <w:pPr>
              <w:spacing w:after="20" w:line="276" w:lineRule="auto"/>
            </w:pPr>
            <w:r>
              <w:rPr>
                <w:rFonts w:ascii="宋体" w:hAnsi="宋体" w:eastAsia="宋体"/>
                <w:b w:val="0"/>
                <w:sz w:val="18"/>
              </w:rPr>
              <w:t>2．理解算法的多样化。</w:t>
            </w:r>
          </w:p>
          <w:p>
            <w:pPr>
              <w:spacing w:after="20" w:line="276" w:lineRule="auto"/>
            </w:pPr>
            <w:r>
              <w:rPr>
                <w:rFonts w:ascii="宋体" w:hAnsi="宋体" w:eastAsia="宋体"/>
                <w:b w:val="0"/>
                <w:sz w:val="18"/>
              </w:rPr>
              <w:t>师：(手指着3＋2＝5这个算式)得数5是怎样算出来的？</w:t>
            </w:r>
          </w:p>
          <w:p>
            <w:pPr>
              <w:spacing w:after="20" w:line="276" w:lineRule="auto"/>
            </w:pPr>
            <w:r>
              <w:rPr>
                <w:rFonts w:ascii="宋体" w:hAnsi="宋体" w:eastAsia="宋体"/>
                <w:b w:val="0"/>
                <w:sz w:val="18"/>
              </w:rPr>
              <w:t>师：你喜欢哪种方法？和同桌说一说吧。</w:t>
            </w:r>
          </w:p>
          <w:p>
            <w:pPr>
              <w:spacing w:after="20" w:line="276" w:lineRule="auto"/>
            </w:pPr>
            <w:r>
              <w:rPr>
                <w:rFonts w:ascii="宋体" w:hAnsi="宋体" w:eastAsia="宋体"/>
                <w:b w:val="0"/>
                <w:sz w:val="18"/>
              </w:rPr>
              <w:t>3．提炼算法。</w:t>
            </w:r>
          </w:p>
          <w:p>
            <w:pPr>
              <w:spacing w:after="20" w:line="276" w:lineRule="auto"/>
            </w:pPr>
            <w:r>
              <w:rPr>
                <w:rFonts w:ascii="宋体" w:hAnsi="宋体" w:eastAsia="宋体"/>
                <w:b w:val="0"/>
                <w:sz w:val="18"/>
              </w:rPr>
              <w:t>教师引导学生提炼1～5的加法的计算方法：①点数法；②接着数，就是在一个加数的基础上接着往后面数；③利用数的组成进行计算。(板书“点数”“接着数”“数的组成”)</w:t>
            </w:r>
          </w:p>
        </w:tc>
        <w:tc>
          <w:tcPr>
            <w:tcW w:type="dxa" w:w="3061"/>
          </w:tcPr>
          <w:p>
            <w:pPr>
              <w:spacing w:after="20" w:line="276" w:lineRule="auto"/>
            </w:pPr>
            <w:r/>
            <w:r>
              <w:rPr>
                <w:rFonts w:ascii="宋体" w:hAnsi="宋体" w:eastAsia="宋体"/>
                <w:b w:val="0"/>
                <w:sz w:val="18"/>
              </w:rPr>
              <w:t>同桌之间互相说一说，再全班交流。</w:t>
            </w:r>
          </w:p>
          <w:p>
            <w:pPr>
              <w:spacing w:after="20" w:line="276" w:lineRule="auto"/>
            </w:pPr>
            <w:r>
              <w:rPr>
                <w:rFonts w:ascii="宋体" w:hAnsi="宋体" w:eastAsia="宋体"/>
                <w:b w:val="0"/>
                <w:sz w:val="18"/>
              </w:rPr>
              <w:t>学生可能会说：3＋2＝5。(教师根据学生回答板书“3＋2＝5”，并追问算式中的“3”“2”“5”各表示什么意思。)</w:t>
            </w:r>
          </w:p>
          <w:p>
            <w:pPr>
              <w:spacing w:after="20" w:line="276" w:lineRule="auto"/>
            </w:pPr>
            <w:r>
              <w:rPr>
                <w:rFonts w:ascii="宋体" w:hAnsi="宋体" w:eastAsia="宋体"/>
                <w:b w:val="0"/>
                <w:sz w:val="18"/>
              </w:rPr>
              <w:t>学生独立思考后和同桌说一说自己的算法。教师巡视了解学生的不同算法，然后组织全班交流。</w:t>
            </w:r>
          </w:p>
          <w:p>
            <w:pPr>
              <w:spacing w:after="20" w:line="276" w:lineRule="auto"/>
            </w:pPr>
            <w:r>
              <w:rPr>
                <w:rFonts w:ascii="宋体" w:hAnsi="宋体" w:eastAsia="宋体"/>
                <w:b w:val="0"/>
                <w:sz w:val="18"/>
              </w:rPr>
              <w:t>预设1：用点数法得出结果，1、2、3、4、5。</w:t>
            </w:r>
          </w:p>
          <w:p>
            <w:pPr>
              <w:spacing w:after="20" w:line="276" w:lineRule="auto"/>
            </w:pPr>
            <w:r>
              <w:rPr>
                <w:rFonts w:ascii="宋体" w:hAnsi="宋体" w:eastAsia="宋体"/>
                <w:b w:val="0"/>
                <w:sz w:val="18"/>
              </w:rPr>
              <w:t>预设2：从3后面接着数，4、5，一共5只。</w:t>
            </w:r>
          </w:p>
          <w:p>
            <w:pPr>
              <w:spacing w:after="20" w:line="276" w:lineRule="auto"/>
            </w:pPr>
            <w:r>
              <w:rPr>
                <w:rFonts w:ascii="宋体" w:hAnsi="宋体" w:eastAsia="宋体"/>
                <w:b w:val="0"/>
                <w:sz w:val="18"/>
              </w:rPr>
              <w:t>预设3：因为3和2组成5，所以3＋2＝5。</w:t>
            </w:r>
          </w:p>
        </w:tc>
        <w:tc>
          <w:tcPr>
            <w:tcW w:type="dxa" w:w="1814"/>
          </w:tcPr>
          <w:p>
            <w:pPr>
              <w:spacing w:after="20" w:line="276" w:lineRule="auto"/>
            </w:pPr>
            <w:r/>
            <w:r>
              <w:rPr>
                <w:rFonts w:ascii="宋体" w:hAnsi="宋体" w:eastAsia="宋体"/>
                <w:b w:val="0"/>
                <w:sz w:val="18"/>
              </w:rPr>
              <w:t>围绕环节目标组织学习活动，引导学生主动参与、积极思考，核心问题："要求一共有多少只松鼠，该怎样算？"</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完成教科书P25“做一做”第2、3题。</w:t>
            </w:r>
          </w:p>
          <w:p>
            <w:pPr>
              <w:spacing w:after="20" w:line="276" w:lineRule="auto"/>
            </w:pPr>
            <w:r>
              <w:rPr>
                <w:rFonts w:ascii="宋体" w:hAnsi="宋体" w:eastAsia="宋体"/>
                <w:b w:val="0"/>
                <w:sz w:val="18"/>
              </w:rPr>
              <w:t>师：请你摆一摆、填一填、算一算。</w:t>
            </w:r>
          </w:p>
        </w:tc>
        <w:tc>
          <w:tcPr>
            <w:tcW w:type="dxa" w:w="3061"/>
          </w:tcPr>
          <w:p>
            <w:pPr>
              <w:spacing w:after="20" w:line="276" w:lineRule="auto"/>
            </w:pPr>
            <w:r/>
            <w:r>
              <w:rPr>
                <w:rFonts w:ascii="宋体" w:hAnsi="宋体" w:eastAsia="宋体"/>
                <w:b w:val="0"/>
                <w:sz w:val="18"/>
              </w:rPr>
              <w:t>学生独立思考后汇报，引导学生完整的说出算式表达的意思及计算方法。</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师：说一说这节课你们有什么收获？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引导学生回顾梳理本课所学，完善认知结构，提升归纳与反思能力，核心问题："说一说这节课你们有什么收获？"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加法(2)</w:t>
      </w:r>
    </w:p>
    <w:p>
      <w:pPr>
        <w:spacing w:after="40" w:line="300" w:lineRule="auto"/>
      </w:pPr>
      <w:r>
        <w:rPr>
          <w:rFonts w:ascii="宋体" w:hAnsi="宋体" w:eastAsia="宋体"/>
          <w:b w:val="0"/>
          <w:sz w:val="20"/>
        </w:rPr>
        <w:t>3＋2＝5</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教科书P25例2，完成教科书P25“做一做”第2、3题。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不同算法是不同思维发展水平的体现，让学生知道同一个算式有多种方法可以解决，学生可以自主选择喜欢的方法进行计算。在教学中，可以优化算法，但不必强求一致，随着教学的进行可以慢慢引导学生根据数的组成进行计算。</w:t>
      </w:r>
    </w:p>
    <w:p>
      <w:r>
        <w:br w:type="page"/>
      </w:r>
    </w:p>
    <w:p>
      <w:pPr>
        <w:spacing w:after="80" w:line="300" w:lineRule="auto"/>
      </w:pPr>
      <w:r>
        <w:rPr>
          <w:rFonts w:ascii="黑体" w:hAnsi="黑体" w:eastAsia="黑体"/>
          <w:b/>
          <w:sz w:val="24"/>
        </w:rPr>
        <w:t>二、课时教学方案（第4课时）</w:t>
      </w:r>
    </w:p>
    <w:p>
      <w:pPr>
        <w:spacing w:after="80" w:line="300" w:lineRule="auto"/>
      </w:pPr>
      <w:r>
        <w:rPr>
          <w:rFonts w:ascii="黑体" w:hAnsi="黑体" w:eastAsia="黑体"/>
          <w:b/>
          <w:sz w:val="24"/>
        </w:rPr>
        <w:t>第4课时　比大小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第4课时　比大小</w:t>
            </w:r>
          </w:p>
        </w:tc>
        <w:tc>
          <w:tcPr>
            <w:tcW w:type="dxa" w:w="6009"/>
          </w:tcPr>
          <w:p>
            <w:pPr>
              <w:spacing w:after="20" w:line="276" w:lineRule="auto"/>
            </w:pPr>
            <w:r/>
            <w:r>
              <w:rPr>
                <w:rFonts w:ascii="宋体" w:hAnsi="宋体" w:eastAsia="宋体"/>
                <w:b w:val="0"/>
                <w:sz w:val="20"/>
              </w:rPr>
              <w:t>第1单元 5以内数的认识和加、减法（～5的认识）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教学内容：教科书P17，完成教科书P17～18“做一做”。</w:t>
      </w:r>
    </w:p>
    <w:p>
      <w:pPr>
        <w:spacing w:after="80" w:line="300" w:lineRule="auto"/>
        <w:ind w:firstLine="400"/>
      </w:pPr>
      <w:r>
        <w:rPr>
          <w:rFonts w:ascii="宋体" w:hAnsi="宋体" w:eastAsia="宋体"/>
          <w:b w:val="0"/>
          <w:sz w:val="20"/>
        </w:rPr>
        <w:t>设计思路：学生在日常生活中，知道物体数量的多少，现在由数量的多少抽象出数的大小，对于学生来说，有一定的难度，特别是“＞”“＜”这两个符号，学生很容易混淆。因此本节课的设计充分利用学生已有的知识经验，尊重学生的思维特征，让学生操作感知，直观比较，建立比较大小的概念，将大小比较与符号表达紧密联系起来，培养学生的符号意识和量感。</w:t>
      </w:r>
    </w:p>
    <w:p>
      <w:pPr>
        <w:spacing w:after="80" w:line="300" w:lineRule="auto"/>
        <w:ind w:firstLine="400"/>
      </w:pPr>
      <w:r>
        <w:rPr>
          <w:rFonts w:ascii="宋体" w:hAnsi="宋体" w:eastAsia="宋体"/>
          <w:b w:val="0"/>
          <w:sz w:val="20"/>
        </w:rPr>
        <w:t>教学准备：课件，9张猴子的、3张桃的、2张香蕉的和4张梨的图片。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（1）认识符号“＝”“＞”“＜”，知道这些符号的含义，会用符号来描述1～5中两个数之间的大小关系。</w:t>
      </w:r>
    </w:p>
    <w:p>
      <w:pPr>
        <w:spacing w:after="20" w:line="300" w:lineRule="auto"/>
        <w:ind w:firstLine="400"/>
      </w:pPr>
      <w:r>
        <w:rPr>
          <w:rFonts w:ascii="宋体" w:hAnsi="宋体" w:eastAsia="宋体"/>
          <w:b w:val="0"/>
          <w:sz w:val="20"/>
        </w:rPr>
        <w:t>（2）在用具体事物比较数量的多少到用符号表示数的大小关系的过程中，体会由具体到抽象的过程，感受一一对应的思想，发展初步观察、比较和概括的能力，培养符号意识。</w:t>
      </w:r>
    </w:p>
    <w:p>
      <w:pPr>
        <w:spacing w:after="20" w:line="300" w:lineRule="auto"/>
        <w:ind w:firstLine="400"/>
      </w:pPr>
      <w:r>
        <w:rPr>
          <w:rFonts w:ascii="宋体" w:hAnsi="宋体" w:eastAsia="宋体"/>
          <w:b w:val="0"/>
          <w:sz w:val="20"/>
        </w:rPr>
        <w:t>（3）培养学习的兴趣，养成规范书写、积极表达的学习习惯。</w:t>
      </w:r>
    </w:p>
    <w:p>
      <w:pPr>
        <w:spacing w:after="20" w:line="300" w:lineRule="auto"/>
      </w:pPr>
      <w:r>
        <w:rPr>
          <w:rFonts w:ascii="宋体" w:hAnsi="宋体" w:eastAsia="宋体"/>
          <w:b w:val="0"/>
          <w:sz w:val="20"/>
        </w:rPr>
        <w:t>教学重点：认识符号“＝”“＞”“＜”，会用符号来描述1～5中两个数之间的大小关系。</w:t>
      </w:r>
    </w:p>
    <w:p>
      <w:pPr>
        <w:spacing w:after="20" w:line="300" w:lineRule="auto"/>
      </w:pPr>
      <w:r>
        <w:rPr>
          <w:rFonts w:ascii="宋体" w:hAnsi="宋体" w:eastAsia="宋体"/>
          <w:b w:val="0"/>
          <w:sz w:val="20"/>
        </w:rPr>
        <w:t>教学难点：理解符号“＝”“＞”“＜”的含义，会区分“＞”“＜”。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w:t>
            </w:r>
          </w:p>
        </w:tc>
        <w:tc>
          <w:tcPr>
            <w:tcW w:type="dxa" w:w="1814"/>
          </w:tcPr>
          <w:p>
            <w:pPr>
              <w:spacing w:after="20" w:line="276" w:lineRule="auto"/>
            </w:pPr>
            <w:r/>
            <w:r>
              <w:rPr>
                <w:rFonts w:ascii="宋体" w:hAnsi="宋体" w:eastAsia="宋体"/>
                <w:b w:val="0"/>
                <w:sz w:val="18"/>
              </w:rPr>
              <w:t>课件、教科书、情境图、图片</w:t>
            </w:r>
          </w:p>
        </w:tc>
        <w:tc>
          <w:tcPr>
            <w:tcW w:type="dxa" w:w="3402"/>
          </w:tcPr>
          <w:p>
            <w:pPr>
              <w:spacing w:after="20" w:line="276" w:lineRule="auto"/>
            </w:pPr>
            <w:r/>
            <w:r>
              <w:rPr>
                <w:rFonts w:ascii="宋体" w:hAnsi="宋体" w:eastAsia="宋体"/>
                <w:b w:val="0"/>
                <w:sz w:val="18"/>
              </w:rPr>
              <w:t>小猴子们到野外聚餐，仔细观察，图中都有些什么？；图中有几只猴子？几个桃？几根香蕉？几个梨？</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设疑探究，学习新知</w:t>
            </w:r>
          </w:p>
        </w:tc>
        <w:tc>
          <w:tcPr>
            <w:tcW w:type="dxa" w:w="1814"/>
          </w:tcPr>
          <w:p>
            <w:pPr>
              <w:spacing w:after="20" w:line="276" w:lineRule="auto"/>
            </w:pPr>
            <w:r/>
            <w:r>
              <w:rPr>
                <w:rFonts w:ascii="宋体" w:hAnsi="宋体" w:eastAsia="宋体"/>
                <w:b w:val="0"/>
                <w:sz w:val="18"/>
              </w:rPr>
              <w:t>教科书、小棒、图片、课件</w:t>
            </w:r>
          </w:p>
        </w:tc>
        <w:tc>
          <w:tcPr>
            <w:tcW w:type="dxa" w:w="3402"/>
          </w:tcPr>
          <w:p>
            <w:pPr>
              <w:spacing w:after="20" w:line="276" w:lineRule="auto"/>
            </w:pPr>
            <w:r/>
            <w:r>
              <w:rPr>
                <w:rFonts w:ascii="宋体" w:hAnsi="宋体" w:eastAsia="宋体"/>
                <w:b w:val="0"/>
                <w:sz w:val="18"/>
              </w:rPr>
              <w:t>1只猴子吃1个桃，桃够分吗？你是怎么想的？；大家看，左边的3只猴子可以用数字几来表示？右边的桃呢？</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巩固应用</w:t>
            </w:r>
          </w:p>
        </w:tc>
        <w:tc>
          <w:tcPr>
            <w:tcW w:type="dxa" w:w="1814"/>
          </w:tcPr>
          <w:p>
            <w:pPr>
              <w:spacing w:after="20" w:line="276" w:lineRule="auto"/>
            </w:pPr>
            <w:r/>
            <w:r>
              <w:rPr>
                <w:rFonts w:ascii="宋体" w:hAnsi="宋体" w:eastAsia="宋体"/>
                <w:b w:val="0"/>
                <w:sz w:val="18"/>
              </w:rPr>
              <w:t>教科书P17～18、教科书、课件、图片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今天我们学习了比较数的大小，认识了哪些新的符号？你们能说说这些符号的意思吗？怎样区分大于号和小于号呢？</w:t>
            </w:r>
          </w:p>
        </w:tc>
        <w:tc>
          <w:tcPr>
            <w:tcW w:type="dxa" w:w="1361"/>
          </w:tcPr>
          <w:p>
            <w:pPr>
              <w:spacing w:after="20" w:line="276" w:lineRule="auto"/>
            </w:pPr>
            <w:r/>
            <w:r>
              <w:rPr>
                <w:rFonts w:ascii="宋体" w:hAnsi="宋体" w:eastAsia="宋体"/>
                <w:b w:val="0"/>
                <w:sz w:val="18"/>
              </w:rPr>
              <w:t>4分钟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w:t>
            </w:r>
          </w:p>
        </w:tc>
        <w:tc>
          <w:tcPr>
            <w:tcW w:type="dxa" w:w="3061"/>
          </w:tcPr>
          <w:p>
            <w:pPr>
              <w:spacing w:after="20" w:line="276" w:lineRule="auto"/>
            </w:pPr>
            <w:r/>
            <w:r>
              <w:rPr>
                <w:rFonts w:ascii="宋体" w:hAnsi="宋体" w:eastAsia="宋体"/>
                <w:b w:val="0"/>
                <w:sz w:val="18"/>
              </w:rPr>
              <w:t>课件出示教科书P17情境图。</w:t>
            </w:r>
          </w:p>
          <w:p>
            <w:pPr>
              <w:spacing w:after="20" w:line="276" w:lineRule="auto"/>
            </w:pPr>
            <w:r>
              <w:rPr>
                <w:rFonts w:ascii="宋体" w:hAnsi="宋体" w:eastAsia="宋体"/>
                <w:b w:val="0"/>
                <w:sz w:val="18"/>
              </w:rPr>
              <w:t>师：小猴子们到野外聚餐，仔细观察，图中都有些什么？</w:t>
            </w:r>
          </w:p>
          <w:p>
            <w:pPr>
              <w:spacing w:after="20" w:line="276" w:lineRule="auto"/>
            </w:pPr>
            <w:r>
              <w:rPr>
                <w:rFonts w:ascii="宋体" w:hAnsi="宋体" w:eastAsia="宋体"/>
                <w:b w:val="0"/>
                <w:sz w:val="18"/>
              </w:rPr>
              <w:t>师：图中有几只猴子？几个桃？几根香蕉？几个梨？请大家数一数、写一写。</w:t>
            </w:r>
          </w:p>
          <w:p>
            <w:pPr>
              <w:spacing w:after="20" w:line="276" w:lineRule="auto"/>
            </w:pPr>
            <w:r>
              <w:rPr>
                <w:rFonts w:ascii="宋体" w:hAnsi="宋体" w:eastAsia="宋体"/>
                <w:b w:val="0"/>
                <w:sz w:val="18"/>
              </w:rPr>
              <w:t>图中有3只猴子，3个桃，2根香蕉，4个梨。</w:t>
            </w:r>
          </w:p>
          <w:p>
            <w:pPr>
              <w:spacing w:after="20" w:line="276" w:lineRule="auto"/>
            </w:pPr>
            <w:r>
              <w:rPr>
                <w:rFonts w:ascii="宋体" w:hAnsi="宋体" w:eastAsia="宋体"/>
                <w:b w:val="0"/>
                <w:sz w:val="18"/>
              </w:rPr>
              <w:t>师：想一想，每只猴子吃1个桃、1根香蕉、1个梨，这些水果够分吗？</w:t>
            </w:r>
          </w:p>
          <w:p>
            <w:pPr>
              <w:spacing w:after="20" w:line="276" w:lineRule="auto"/>
            </w:pPr>
            <w:r>
              <w:rPr>
                <w:rFonts w:ascii="宋体" w:hAnsi="宋体" w:eastAsia="宋体"/>
                <w:b w:val="0"/>
                <w:sz w:val="18"/>
              </w:rPr>
              <w:t>引导学生说出要想知道这些水果够不够分，就是要把猴子的只数与每种水果的数量进行比较。</w:t>
            </w:r>
          </w:p>
          <w:p>
            <w:pPr>
              <w:spacing w:after="20" w:line="276" w:lineRule="auto"/>
            </w:pPr>
            <w:r>
              <w:rPr>
                <w:rFonts w:ascii="宋体" w:hAnsi="宋体" w:eastAsia="宋体"/>
                <w:b w:val="0"/>
                <w:sz w:val="18"/>
              </w:rPr>
              <w:t>师：今天这节课我们来学习比大小。(板书课题：比大小)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创设情境激活学生已有经验，自然引出本课学习内容，激发学习兴趣，核心问题："小猴子们到野外聚餐，仔细观察，图中都有些什么？"</w:t>
            </w:r>
          </w:p>
        </w:tc>
      </w:tr>
      <w:tr>
        <w:tc>
          <w:tcPr>
            <w:tcW w:type="dxa" w:w="1474"/>
          </w:tcPr>
          <w:p>
            <w:pPr>
              <w:spacing w:after="20" w:line="276" w:lineRule="auto"/>
            </w:pPr>
            <w:r>
              <w:rPr>
                <w:b/>
              </w:rPr>
            </w:r>
            <w:r>
              <w:rPr>
                <w:rFonts w:ascii="宋体" w:hAnsi="宋体" w:eastAsia="宋体"/>
                <w:b/>
                <w:sz w:val="18"/>
              </w:rPr>
              <w:t>设疑探究，学习新知</w:t>
            </w:r>
          </w:p>
        </w:tc>
        <w:tc>
          <w:tcPr>
            <w:tcW w:type="dxa" w:w="3061"/>
          </w:tcPr>
          <w:p>
            <w:pPr>
              <w:spacing w:after="20" w:line="276" w:lineRule="auto"/>
            </w:pPr>
            <w:r/>
            <w:r>
              <w:rPr>
                <w:rFonts w:ascii="宋体" w:hAnsi="宋体" w:eastAsia="宋体"/>
                <w:b w:val="0"/>
                <w:sz w:val="18"/>
              </w:rPr>
              <w:t>1.学习“＝”。</w:t>
            </w:r>
          </w:p>
          <w:p>
            <w:pPr>
              <w:spacing w:after="20" w:line="276" w:lineRule="auto"/>
            </w:pPr>
            <w:r>
              <w:rPr>
                <w:rFonts w:ascii="宋体" w:hAnsi="宋体" w:eastAsia="宋体"/>
                <w:b w:val="0"/>
                <w:sz w:val="18"/>
              </w:rPr>
              <w:t>师：1只猴子吃1个桃，桃够分吗？你是怎么想的？</w:t>
            </w:r>
          </w:p>
          <w:p>
            <w:pPr>
              <w:spacing w:after="20" w:line="276" w:lineRule="auto"/>
            </w:pPr>
            <w:r>
              <w:rPr>
                <w:rFonts w:ascii="宋体" w:hAnsi="宋体" w:eastAsia="宋体"/>
                <w:b w:val="0"/>
                <w:sz w:val="18"/>
              </w:rPr>
              <w:t>师：请你摆一摆、排一排，让别人一眼就能看出猴子的数量与桃同样多。</w:t>
            </w:r>
          </w:p>
          <w:p>
            <w:pPr>
              <w:spacing w:after="20" w:line="276" w:lineRule="auto"/>
            </w:pPr>
            <w:r>
              <w:rPr>
                <w:rFonts w:ascii="宋体" w:hAnsi="宋体" w:eastAsia="宋体"/>
                <w:b w:val="0"/>
                <w:sz w:val="18"/>
              </w:rPr>
              <w:t>师：大家看，左边的3只猴子可以用数字几来表示？右边的桃呢？(根据学生的回答在左边写“3”，右边也写“3”)猴子的只数与桃的个数有什么关系？(同样多)对，3和3同样多，我们可以用什么符号来表示同样多呢？</w:t>
            </w:r>
          </w:p>
          <w:p>
            <w:pPr>
              <w:spacing w:after="20" w:line="276" w:lineRule="auto"/>
            </w:pPr>
            <w:r>
              <w:rPr>
                <w:rFonts w:ascii="宋体" w:hAnsi="宋体" w:eastAsia="宋体"/>
                <w:b w:val="0"/>
                <w:sz w:val="18"/>
              </w:rPr>
              <w:t>师：“＝”是等号，它读作“等于”，等号是两条一样长的线，表示这两个数相等。</w:t>
            </w:r>
          </w:p>
          <w:p>
            <w:pPr>
              <w:spacing w:after="20" w:line="276" w:lineRule="auto"/>
            </w:pPr>
            <w:r>
              <w:rPr>
                <w:rFonts w:ascii="宋体" w:hAnsi="宋体" w:eastAsia="宋体"/>
                <w:b w:val="0"/>
                <w:sz w:val="18"/>
              </w:rPr>
              <w:t>带领学生读一读：3等于3。(板书：等号　读作：3等于3)</w:t>
            </w:r>
          </w:p>
          <w:p>
            <w:pPr>
              <w:spacing w:after="20" w:line="276" w:lineRule="auto"/>
            </w:pPr>
            <w:r>
              <w:rPr>
                <w:rFonts w:ascii="宋体" w:hAnsi="宋体" w:eastAsia="宋体"/>
                <w:b w:val="0"/>
                <w:sz w:val="18"/>
              </w:rPr>
              <w:t>教师利用展示台在教科书P17的写字格里示范书写“＝”，学生仿写。</w:t>
            </w:r>
          </w:p>
          <w:p>
            <w:pPr>
              <w:spacing w:after="20" w:line="276" w:lineRule="auto"/>
            </w:pPr>
            <w:r>
              <w:rPr>
                <w:rFonts w:ascii="宋体" w:hAnsi="宋体" w:eastAsia="宋体"/>
                <w:b w:val="0"/>
                <w:sz w:val="18"/>
              </w:rPr>
              <w:t>师：仔细观察，等号两边的数有什么特点？</w:t>
            </w:r>
          </w:p>
          <w:p>
            <w:pPr>
              <w:spacing w:after="20" w:line="276" w:lineRule="auto"/>
            </w:pPr>
            <w:r>
              <w:rPr>
                <w:rFonts w:ascii="宋体" w:hAnsi="宋体" w:eastAsia="宋体"/>
                <w:b w:val="0"/>
                <w:sz w:val="18"/>
              </w:rPr>
              <w:t>等号两边的数相等，等号两边是两个相等的数。</w:t>
            </w:r>
          </w:p>
          <w:p>
            <w:pPr>
              <w:spacing w:after="20" w:line="276" w:lineRule="auto"/>
            </w:pPr>
            <w:r>
              <w:rPr>
                <w:rFonts w:ascii="宋体" w:hAnsi="宋体" w:eastAsia="宋体"/>
                <w:b w:val="0"/>
                <w:sz w:val="18"/>
              </w:rPr>
              <w:t>2．学习“＞”。</w:t>
            </w:r>
          </w:p>
          <w:p>
            <w:pPr>
              <w:spacing w:after="20" w:line="276" w:lineRule="auto"/>
            </w:pPr>
            <w:r>
              <w:rPr>
                <w:rFonts w:ascii="宋体" w:hAnsi="宋体" w:eastAsia="宋体"/>
                <w:b w:val="0"/>
                <w:sz w:val="18"/>
              </w:rPr>
              <w:t>师：每只猴子分1根香蕉，够吗？你能想办法用一个式子表示吗？自己动手摆一摆。</w:t>
            </w:r>
          </w:p>
          <w:p>
            <w:pPr>
              <w:spacing w:after="20" w:line="276" w:lineRule="auto"/>
            </w:pPr>
            <w:r>
              <w:rPr>
                <w:rFonts w:ascii="宋体" w:hAnsi="宋体" w:eastAsia="宋体"/>
                <w:b w:val="0"/>
                <w:sz w:val="18"/>
              </w:rPr>
              <w:t>教师引导学生明确：因为猴子比香蕉多，3比2大，可以用“3大于2”来表示。(板书：3＞2)</w:t>
            </w:r>
          </w:p>
          <w:p>
            <w:pPr>
              <w:spacing w:after="20" w:line="276" w:lineRule="auto"/>
            </w:pPr>
            <w:r>
              <w:rPr>
                <w:rFonts w:ascii="宋体" w:hAnsi="宋体" w:eastAsia="宋体"/>
                <w:b w:val="0"/>
                <w:sz w:val="18"/>
              </w:rPr>
              <w:t>师：“＞”是大于号，它读作“大于”，跟着我读一读：3大于2。(板书：大于号　3大于2)</w:t>
            </w:r>
          </w:p>
          <w:p>
            <w:pPr>
              <w:spacing w:after="20" w:line="276" w:lineRule="auto"/>
            </w:pPr>
            <w:r>
              <w:rPr>
                <w:rFonts w:ascii="宋体" w:hAnsi="宋体" w:eastAsia="宋体"/>
                <w:b w:val="0"/>
                <w:sz w:val="18"/>
              </w:rPr>
              <w:t>师：请你观察，大于号有什么特点？有什么好方法记住它呢？</w:t>
            </w:r>
          </w:p>
          <w:p>
            <w:pPr>
              <w:spacing w:after="20" w:line="276" w:lineRule="auto"/>
            </w:pPr>
            <w:r>
              <w:rPr>
                <w:rFonts w:ascii="宋体" w:hAnsi="宋体" w:eastAsia="宋体"/>
                <w:b w:val="0"/>
                <w:sz w:val="18"/>
              </w:rPr>
              <w:t>大于号的左边开口大，右边尖尖的；大于号的左边是较大的数，右边是较小的数；大于号的开口对着较大的数，尖尖对着较小的数。</w:t>
            </w:r>
          </w:p>
          <w:p>
            <w:pPr>
              <w:spacing w:after="20" w:line="276" w:lineRule="auto"/>
            </w:pPr>
            <w:r>
              <w:rPr>
                <w:rFonts w:ascii="宋体" w:hAnsi="宋体" w:eastAsia="宋体"/>
                <w:b w:val="0"/>
                <w:sz w:val="18"/>
              </w:rPr>
              <w:t>教师利用展示台在教科书P17的写字格里示范书写“＞”，学生模仿。</w:t>
            </w:r>
          </w:p>
          <w:p>
            <w:pPr>
              <w:spacing w:after="20" w:line="276" w:lineRule="auto"/>
            </w:pPr>
            <w:r>
              <w:rPr>
                <w:rFonts w:ascii="宋体" w:hAnsi="宋体" w:eastAsia="宋体"/>
                <w:b w:val="0"/>
                <w:sz w:val="18"/>
              </w:rPr>
              <w:t>3．学习“＜”。</w:t>
            </w:r>
          </w:p>
          <w:p>
            <w:pPr>
              <w:spacing w:after="20" w:line="276" w:lineRule="auto"/>
            </w:pPr>
            <w:r>
              <w:rPr>
                <w:rFonts w:ascii="宋体" w:hAnsi="宋体" w:eastAsia="宋体"/>
                <w:b w:val="0"/>
                <w:sz w:val="18"/>
              </w:rPr>
              <w:t>师：每只猴子分1个梨，够吗？你能想办法用一个式子表示吗？</w:t>
            </w:r>
          </w:p>
          <w:p>
            <w:pPr>
              <w:spacing w:after="20" w:line="276" w:lineRule="auto"/>
            </w:pPr>
            <w:r>
              <w:rPr>
                <w:rFonts w:ascii="宋体" w:hAnsi="宋体" w:eastAsia="宋体"/>
                <w:b w:val="0"/>
                <w:sz w:val="18"/>
              </w:rPr>
              <w:t>先让学生摆一摆，用自己的语言交流，再引导学生学习“3＜4”。</w:t>
            </w:r>
          </w:p>
          <w:p>
            <w:pPr>
              <w:spacing w:after="20" w:line="276" w:lineRule="auto"/>
            </w:pPr>
            <w:r>
              <w:rPr>
                <w:rFonts w:ascii="宋体" w:hAnsi="宋体" w:eastAsia="宋体"/>
                <w:b w:val="0"/>
                <w:sz w:val="18"/>
              </w:rPr>
              <w:t>如果学生可以说出“4＞3”的式子，让学生说说式子表示的意义，教师补充；如果学生说不出，教师说明4比3大，反过来说明3比4小，我们还可以用“3小于4”来表示3比4小。(板书：3＜4)</w:t>
            </w:r>
          </w:p>
          <w:p>
            <w:pPr>
              <w:spacing w:after="20" w:line="276" w:lineRule="auto"/>
            </w:pPr>
            <w:r>
              <w:rPr>
                <w:rFonts w:ascii="宋体" w:hAnsi="宋体" w:eastAsia="宋体"/>
                <w:b w:val="0"/>
                <w:sz w:val="18"/>
              </w:rPr>
              <w:t>师：“＜”是小于号，读作“小于”，跟着我读一读：3小于4。(板书：小于号　3小于4)</w:t>
            </w:r>
          </w:p>
          <w:p>
            <w:pPr>
              <w:spacing w:after="20" w:line="276" w:lineRule="auto"/>
            </w:pPr>
            <w:r>
              <w:rPr>
                <w:rFonts w:ascii="宋体" w:hAnsi="宋体" w:eastAsia="宋体"/>
                <w:b w:val="0"/>
                <w:sz w:val="18"/>
              </w:rPr>
              <w:t>师：仔细观察，小于号有什么特点？小于号两边的数又有什么特点？</w:t>
            </w:r>
          </w:p>
          <w:p>
            <w:pPr>
              <w:spacing w:after="20" w:line="276" w:lineRule="auto"/>
            </w:pPr>
            <w:r>
              <w:rPr>
                <w:rFonts w:ascii="宋体" w:hAnsi="宋体" w:eastAsia="宋体"/>
                <w:b w:val="0"/>
                <w:sz w:val="18"/>
              </w:rPr>
              <w:t>小于号的左边尖尖的，右边开口大；小于号的左边是较小的数，右边是较大的数；小于号的开口对着较大的数，尖尖对着较小的数。</w:t>
            </w:r>
          </w:p>
          <w:p>
            <w:pPr>
              <w:spacing w:after="20" w:line="276" w:lineRule="auto"/>
            </w:pPr>
            <w:r>
              <w:rPr>
                <w:rFonts w:ascii="宋体" w:hAnsi="宋体" w:eastAsia="宋体"/>
                <w:b w:val="0"/>
                <w:sz w:val="18"/>
              </w:rPr>
              <w:t>教师利用展示台在教科书P17的写字格里示范书写“＜”，学生模仿。</w:t>
            </w:r>
          </w:p>
          <w:p>
            <w:pPr>
              <w:spacing w:after="20" w:line="276" w:lineRule="auto"/>
            </w:pPr>
            <w:r>
              <w:rPr>
                <w:rFonts w:ascii="宋体" w:hAnsi="宋体" w:eastAsia="宋体"/>
                <w:b w:val="0"/>
                <w:sz w:val="18"/>
              </w:rPr>
              <w:t>4．区分“＞”和“＜”。</w:t>
            </w:r>
          </w:p>
          <w:p>
            <w:pPr>
              <w:spacing w:after="20" w:line="276" w:lineRule="auto"/>
            </w:pPr>
            <w:r>
              <w:rPr>
                <w:rFonts w:ascii="宋体" w:hAnsi="宋体" w:eastAsia="宋体"/>
                <w:b w:val="0"/>
                <w:sz w:val="18"/>
              </w:rPr>
              <w:t>(1)区分两种符号。</w:t>
            </w:r>
          </w:p>
          <w:p>
            <w:pPr>
              <w:spacing w:after="20" w:line="276" w:lineRule="auto"/>
            </w:pPr>
            <w:r>
              <w:rPr>
                <w:rFonts w:ascii="宋体" w:hAnsi="宋体" w:eastAsia="宋体"/>
                <w:b w:val="0"/>
                <w:sz w:val="18"/>
              </w:rPr>
              <w:t>指导学生用手势表示不同的符号，教师说名称，学生用手势表示，或者教师说名称，学生用小棒摆出“＞”和“＜”。</w:t>
            </w:r>
          </w:p>
          <w:p>
            <w:pPr>
              <w:spacing w:after="20" w:line="276" w:lineRule="auto"/>
            </w:pPr>
            <w:r>
              <w:rPr>
                <w:rFonts w:ascii="宋体" w:hAnsi="宋体" w:eastAsia="宋体"/>
                <w:b w:val="0"/>
                <w:sz w:val="18"/>
              </w:rPr>
              <w:t>师：“＞”和“＜”很相似，它们有什么相同点和不同点呢？你有什么好方法能区分它们吗？</w:t>
            </w:r>
          </w:p>
          <w:p>
            <w:pPr>
              <w:spacing w:after="20" w:line="276" w:lineRule="auto"/>
            </w:pPr>
            <w:r>
              <w:rPr>
                <w:rFonts w:ascii="宋体" w:hAnsi="宋体" w:eastAsia="宋体"/>
                <w:b w:val="0"/>
                <w:sz w:val="18"/>
              </w:rPr>
              <w:t>(2)利用儿歌记忆符号。</w:t>
            </w:r>
          </w:p>
          <w:p>
            <w:pPr>
              <w:spacing w:after="20" w:line="276" w:lineRule="auto"/>
            </w:pPr>
            <w:r>
              <w:rPr>
                <w:rFonts w:ascii="宋体" w:hAnsi="宋体" w:eastAsia="宋体"/>
                <w:b w:val="0"/>
                <w:sz w:val="18"/>
              </w:rPr>
              <w:t>师：请你观察前面学过的三个式子，小组讨论，看有什么发现。</w:t>
            </w:r>
          </w:p>
          <w:p>
            <w:pPr>
              <w:spacing w:after="20" w:line="276" w:lineRule="auto"/>
            </w:pPr>
            <w:r>
              <w:rPr>
                <w:rFonts w:ascii="宋体" w:hAnsi="宋体" w:eastAsia="宋体"/>
                <w:b w:val="0"/>
                <w:sz w:val="18"/>
              </w:rPr>
              <w:t>大数在前用大于，小数在前用小于，相同数间用等于；大大的口朝大数，尖尖的角朝小数。</w:t>
            </w:r>
          </w:p>
        </w:tc>
        <w:tc>
          <w:tcPr>
            <w:tcW w:type="dxa" w:w="3061"/>
          </w:tcPr>
          <w:p>
            <w:pPr>
              <w:spacing w:after="20" w:line="276" w:lineRule="auto"/>
            </w:pPr>
            <w:r/>
            <w:r>
              <w:rPr>
                <w:rFonts w:ascii="宋体" w:hAnsi="宋体" w:eastAsia="宋体"/>
                <w:b w:val="0"/>
                <w:sz w:val="18"/>
              </w:rPr>
              <w:t>学生可能会说：用数数的方法来比较。猴子有3只，桃有3个，猴子和桃的数量同样多，所以桃够分。</w:t>
            </w:r>
          </w:p>
          <w:p>
            <w:pPr>
              <w:spacing w:after="20" w:line="276" w:lineRule="auto"/>
            </w:pPr>
            <w:r>
              <w:rPr>
                <w:rFonts w:ascii="宋体" w:hAnsi="宋体" w:eastAsia="宋体"/>
                <w:b w:val="0"/>
                <w:sz w:val="18"/>
              </w:rPr>
              <w:t>学生操作，让一名学生在黑板上摆猴子与桃的图片。</w:t>
            </w:r>
          </w:p>
          <w:p>
            <w:pPr>
              <w:spacing w:after="20" w:line="276" w:lineRule="auto"/>
            </w:pPr>
            <w:r>
              <w:rPr>
                <w:rFonts w:ascii="宋体" w:hAnsi="宋体" w:eastAsia="宋体"/>
                <w:b w:val="0"/>
                <w:sz w:val="18"/>
              </w:rPr>
              <w:t>学生可能回答：3＝3。(板书“＝”)</w:t>
            </w:r>
          </w:p>
          <w:p>
            <w:pPr>
              <w:spacing w:after="20" w:line="276" w:lineRule="auto"/>
            </w:pPr>
            <w:r>
              <w:rPr>
                <w:rFonts w:ascii="宋体" w:hAnsi="宋体" w:eastAsia="宋体"/>
                <w:b w:val="0"/>
                <w:sz w:val="18"/>
              </w:rPr>
              <w:t>学生操作，让一名学生在黑板上摆猴子与香蕉的图片。</w:t>
            </w:r>
          </w:p>
          <w:p>
            <w:pPr>
              <w:spacing w:after="20" w:line="276" w:lineRule="auto"/>
            </w:pPr>
            <w:r>
              <w:rPr>
                <w:rFonts w:ascii="宋体" w:hAnsi="宋体" w:eastAsia="宋体"/>
                <w:b w:val="0"/>
                <w:sz w:val="18"/>
              </w:rPr>
              <w:t>预设1：不够，因为3只猴子比2根香蕉多，所以2根香蕉比3只猴子少。</w:t>
            </w:r>
          </w:p>
          <w:p>
            <w:pPr>
              <w:spacing w:after="20" w:line="276" w:lineRule="auto"/>
            </w:pPr>
            <w:r>
              <w:rPr>
                <w:rFonts w:ascii="宋体" w:hAnsi="宋体" w:eastAsia="宋体"/>
                <w:b w:val="0"/>
                <w:sz w:val="18"/>
              </w:rPr>
              <w:t>预设2：因为猴子比香蕉多，所以不够分，3比2大，可以用3＞2来表示。</w:t>
            </w:r>
          </w:p>
          <w:p>
            <w:pPr>
              <w:spacing w:after="20" w:line="276" w:lineRule="auto"/>
            </w:pPr>
            <w:r>
              <w:rPr>
                <w:rFonts w:ascii="宋体" w:hAnsi="宋体" w:eastAsia="宋体"/>
                <w:b w:val="0"/>
                <w:sz w:val="18"/>
              </w:rPr>
              <w:t>预设3：因为香蕉比猴子少，所以不够分，2比3小。</w:t>
            </w:r>
          </w:p>
          <w:p>
            <w:pPr>
              <w:spacing w:after="20" w:line="276" w:lineRule="auto"/>
            </w:pPr>
            <w:r>
              <w:rPr>
                <w:rFonts w:ascii="宋体" w:hAnsi="宋体" w:eastAsia="宋体"/>
                <w:b w:val="0"/>
                <w:sz w:val="18"/>
              </w:rPr>
              <w:t>学生回答后，课件出示儿歌帮助学生记忆。</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设计递进式探究活动，引导学生在动手实践与合作交流中经历知识形成过程，突破本课重难点，核心问题："1只猴子吃1个桃，桃够分吗？你是怎么想的？"</w:t>
            </w:r>
          </w:p>
        </w:tc>
      </w:tr>
      <w:tr>
        <w:tc>
          <w:tcPr>
            <w:tcW w:type="dxa" w:w="1474"/>
          </w:tcPr>
          <w:p>
            <w:pPr>
              <w:spacing w:after="20" w:line="276" w:lineRule="auto"/>
            </w:pPr>
            <w:r>
              <w:rPr>
                <w:b/>
              </w:rPr>
            </w:r>
            <w:r>
              <w:rPr>
                <w:rFonts w:ascii="宋体" w:hAnsi="宋体" w:eastAsia="宋体"/>
                <w:b/>
                <w:sz w:val="18"/>
              </w:rPr>
              <w:t>巩固应用</w:t>
            </w:r>
          </w:p>
        </w:tc>
        <w:tc>
          <w:tcPr>
            <w:tcW w:type="dxa" w:w="3061"/>
          </w:tcPr>
          <w:p>
            <w:pPr>
              <w:spacing w:after="20" w:line="276" w:lineRule="auto"/>
            </w:pPr>
            <w:r/>
            <w:r>
              <w:rPr>
                <w:rFonts w:ascii="宋体" w:hAnsi="宋体" w:eastAsia="宋体"/>
                <w:b w:val="0"/>
                <w:sz w:val="18"/>
              </w:rPr>
              <w:t>完成教科书P17～18“做一做”第1～5题。</w:t>
            </w:r>
          </w:p>
          <w:p>
            <w:pPr>
              <w:spacing w:after="20" w:line="276" w:lineRule="auto"/>
            </w:pPr>
            <w:r>
              <w:rPr>
                <w:rFonts w:ascii="宋体" w:hAnsi="宋体" w:eastAsia="宋体"/>
                <w:b w:val="0"/>
                <w:sz w:val="18"/>
              </w:rPr>
              <w:t>先组织全班交流，引导学生理解题意，再让学生独立解答，在教科书上完成。当学生完成后组织全班交流，进行评价引导。</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师：今天我们学习了比较数的大小，认识了哪些新的符号？你们能说说这些符号的意思吗？怎样区分大于号和小于号呢？</w:t>
            </w:r>
          </w:p>
        </w:tc>
        <w:tc>
          <w:tcPr>
            <w:tcW w:type="dxa" w:w="3061"/>
          </w:tcPr>
          <w:p>
            <w:pPr>
              <w:spacing w:after="20" w:line="276" w:lineRule="auto"/>
            </w:pPr>
            <w:r/>
            <w:r>
              <w:rPr>
                <w:rFonts w:ascii="宋体" w:hAnsi="宋体" w:eastAsia="宋体"/>
                <w:b w:val="0"/>
                <w:sz w:val="18"/>
              </w:rPr>
              <w:t>学生可能回答：“＞”“＜”和“＝”。相同数比大小用等号；不同数比大小，用大于号或小于号。大于号开口向左，小于号开口向右。</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引导学生回顾梳理本课所学，完善认知结构，提升归纳与反思能力，核心问题："今天我们学习了比较数的大小，认识了哪些新的符号？你们能说说这些符号的意思吗？怎样区分大于号和小于号呢？"</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比大小</w:t>
      </w:r>
    </w:p>
    <w:p>
      <w:pPr>
        <w:spacing w:after="40" w:line="300" w:lineRule="auto"/>
      </w:pPr>
      <w:r>
        <w:rPr>
          <w:rFonts w:ascii="宋体" w:hAnsi="宋体" w:eastAsia="宋体"/>
          <w:b w:val="0"/>
          <w:sz w:val="20"/>
        </w:rPr>
        <w:t>读作：3等于3　　　　 3大于2　　　　　3小于4</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教科书P17，完成教科书P17～18“做一做”。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的教学，教师没有停留在知识表面，而是注重挖掘蕴含在知识深处的思想方法。让学生对简单知识背后的思想方法有所思考、有所感悟，从而对学生的后续学习产生积极影响。教学中发现有的学生在说的时候知道谁大谁小，但写“＞”和“＜”的时候却写错了，这需要有一个慢慢熟练的过程。</w:t>
      </w:r>
    </w:p>
    <w:p>
      <w:r>
        <w:br w:type="page"/>
      </w:r>
    </w:p>
    <w:p>
      <w:pPr>
        <w:spacing w:after="80" w:line="300" w:lineRule="auto"/>
      </w:pPr>
      <w:r>
        <w:rPr>
          <w:rFonts w:ascii="黑体" w:hAnsi="黑体" w:eastAsia="黑体"/>
          <w:b/>
          <w:sz w:val="24"/>
        </w:rPr>
        <w:t>二、课时教学方案（第5课时）</w:t>
      </w:r>
    </w:p>
    <w:p>
      <w:pPr>
        <w:spacing w:after="80" w:line="300" w:lineRule="auto"/>
      </w:pPr>
      <w:r>
        <w:rPr>
          <w:rFonts w:ascii="黑体" w:hAnsi="黑体" w:eastAsia="黑体"/>
          <w:b/>
          <w:sz w:val="24"/>
        </w:rPr>
        <w:t>第5课时　减法(1)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第5课时　减法(1)</w:t>
            </w:r>
          </w:p>
        </w:tc>
        <w:tc>
          <w:tcPr>
            <w:tcW w:type="dxa" w:w="6009"/>
          </w:tcPr>
          <w:p>
            <w:pPr>
              <w:spacing w:after="20" w:line="276" w:lineRule="auto"/>
            </w:pPr>
            <w:r/>
            <w:r>
              <w:rPr>
                <w:rFonts w:ascii="宋体" w:hAnsi="宋体" w:eastAsia="宋体"/>
                <w:b w:val="0"/>
                <w:sz w:val="20"/>
              </w:rPr>
              <w:t>第1单元 5以内数的认识和加、减法（～5的加、减法）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教学内容：教科书P26例3和“试一试”，完成教科书P27“做一做”第1题。</w:t>
      </w:r>
    </w:p>
    <w:p>
      <w:pPr>
        <w:spacing w:after="80" w:line="300" w:lineRule="auto"/>
        <w:ind w:firstLine="400"/>
      </w:pPr>
      <w:r>
        <w:rPr>
          <w:rFonts w:ascii="宋体" w:hAnsi="宋体" w:eastAsia="宋体"/>
          <w:b w:val="0"/>
          <w:sz w:val="20"/>
        </w:rPr>
        <w:t>设计思路：学生对减法含义的理解难于对加法含义的理解。本节课教学设计充分体现尊重学生的认知规律，让学生经历“直观——形象——抽象”三个思维层次。设计不同层次的动手操作、交流汇报、动态演示等活动来体会“去掉”的含义，更好地体现部分与整体的关系，帮助学生理解减法的含义。</w:t>
      </w:r>
    </w:p>
    <w:p>
      <w:pPr>
        <w:spacing w:after="80" w:line="300" w:lineRule="auto"/>
        <w:ind w:firstLine="400"/>
      </w:pPr>
      <w:r>
        <w:rPr>
          <w:rFonts w:ascii="宋体" w:hAnsi="宋体" w:eastAsia="宋体"/>
          <w:b w:val="0"/>
          <w:sz w:val="20"/>
        </w:rPr>
        <w:t>教学准备：课件、圆片。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（1）初步理解减法的含义，理解“从一个数里去掉一部分，求另一部分是多少”用减法计算，认识减号，会读、写减法算式。</w:t>
      </w:r>
    </w:p>
    <w:p>
      <w:pPr>
        <w:spacing w:after="20" w:line="300" w:lineRule="auto"/>
        <w:ind w:firstLine="400"/>
      </w:pPr>
      <w:r>
        <w:rPr>
          <w:rFonts w:ascii="宋体" w:hAnsi="宋体" w:eastAsia="宋体"/>
          <w:b w:val="0"/>
          <w:sz w:val="20"/>
        </w:rPr>
        <w:t>（2）能根据具体情境列出减法算式并计算出结果，能结合具体情境说出减法算式的含义。</w:t>
      </w:r>
    </w:p>
    <w:p>
      <w:pPr>
        <w:spacing w:after="20" w:line="300" w:lineRule="auto"/>
        <w:ind w:firstLine="400"/>
      </w:pPr>
      <w:r>
        <w:rPr>
          <w:rFonts w:ascii="宋体" w:hAnsi="宋体" w:eastAsia="宋体"/>
          <w:b w:val="0"/>
          <w:sz w:val="20"/>
        </w:rPr>
        <w:t>（3）初步体会到生活中有许多问题要用减法来解决，感受数学与生活的联系。</w:t>
      </w:r>
    </w:p>
    <w:p>
      <w:pPr>
        <w:spacing w:after="20" w:line="300" w:lineRule="auto"/>
      </w:pPr>
      <w:r>
        <w:rPr>
          <w:rFonts w:ascii="宋体" w:hAnsi="宋体" w:eastAsia="宋体"/>
          <w:b w:val="0"/>
          <w:sz w:val="20"/>
        </w:rPr>
        <w:t>教学重点：结合具体情境理解减法的含义。</w:t>
      </w:r>
    </w:p>
    <w:p>
      <w:pPr>
        <w:spacing w:after="20" w:line="300" w:lineRule="auto"/>
      </w:pPr>
      <w:r>
        <w:rPr>
          <w:rFonts w:ascii="宋体" w:hAnsi="宋体" w:eastAsia="宋体"/>
          <w:b w:val="0"/>
          <w:sz w:val="20"/>
        </w:rPr>
        <w:t>教学难点：能根据具体的情境图正确地列出减法算式。</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出示例题情境图，导入新课，理解“去掉”</w:t>
            </w:r>
          </w:p>
        </w:tc>
        <w:tc>
          <w:tcPr>
            <w:tcW w:type="dxa" w:w="1814"/>
          </w:tcPr>
          <w:p>
            <w:pPr>
              <w:spacing w:after="20" w:line="276" w:lineRule="auto"/>
            </w:pPr>
            <w:r/>
            <w:r>
              <w:rPr>
                <w:rFonts w:ascii="宋体" w:hAnsi="宋体" w:eastAsia="宋体"/>
                <w:b w:val="0"/>
                <w:sz w:val="18"/>
              </w:rPr>
              <w:t>课件、教科书、情境图、圆片</w:t>
            </w:r>
          </w:p>
        </w:tc>
        <w:tc>
          <w:tcPr>
            <w:tcW w:type="dxa" w:w="3402"/>
          </w:tcPr>
          <w:p>
            <w:pPr>
              <w:spacing w:after="20" w:line="276" w:lineRule="auto"/>
            </w:pPr>
            <w:r/>
            <w:r>
              <w:rPr>
                <w:rFonts w:ascii="宋体" w:hAnsi="宋体" w:eastAsia="宋体"/>
                <w:b w:val="0"/>
                <w:sz w:val="18"/>
              </w:rPr>
              <w:t>对，不能用加法计算。那到底用什么方法呢？</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观察思考，探究新知</w:t>
            </w:r>
          </w:p>
        </w:tc>
        <w:tc>
          <w:tcPr>
            <w:tcW w:type="dxa" w:w="1814"/>
          </w:tcPr>
          <w:p>
            <w:pPr>
              <w:spacing w:after="20" w:line="276" w:lineRule="auto"/>
            </w:pPr>
            <w:r/>
            <w:r>
              <w:rPr>
                <w:rFonts w:ascii="宋体" w:hAnsi="宋体" w:eastAsia="宋体"/>
                <w:b w:val="0"/>
                <w:sz w:val="18"/>
              </w:rPr>
              <w:t>圆片、课件</w:t>
            </w:r>
          </w:p>
        </w:tc>
        <w:tc>
          <w:tcPr>
            <w:tcW w:type="dxa" w:w="3402"/>
          </w:tcPr>
          <w:p>
            <w:pPr>
              <w:spacing w:after="20" w:line="276" w:lineRule="auto"/>
            </w:pPr>
            <w:r/>
            <w:r>
              <w:rPr>
                <w:rFonts w:ascii="宋体" w:hAnsi="宋体" w:eastAsia="宋体"/>
                <w:b w:val="0"/>
                <w:sz w:val="18"/>
              </w:rPr>
              <w:t>怎样知道还剩3个气球呢？你能用自己喜欢的方式表示出来吗？；请你观察这两种方法，有什么相同的地方？</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学习减法算式</w:t>
            </w:r>
          </w:p>
        </w:tc>
        <w:tc>
          <w:tcPr>
            <w:tcW w:type="dxa" w:w="1814"/>
          </w:tcPr>
          <w:p>
            <w:pPr>
              <w:spacing w:after="20" w:line="276" w:lineRule="auto"/>
            </w:pPr>
            <w:r/>
            <w:r>
              <w:rPr>
                <w:rFonts w:ascii="宋体" w:hAnsi="宋体" w:eastAsia="宋体"/>
                <w:b w:val="0"/>
                <w:sz w:val="18"/>
              </w:rPr>
              <w:t>课件、教科书、情境图、圆片</w:t>
            </w:r>
          </w:p>
        </w:tc>
        <w:tc>
          <w:tcPr>
            <w:tcW w:type="dxa" w:w="3402"/>
          </w:tcPr>
          <w:p>
            <w:pPr>
              <w:spacing w:after="20" w:line="276" w:lineRule="auto"/>
            </w:pPr>
            <w:r/>
            <w:r>
              <w:rPr>
                <w:rFonts w:ascii="宋体" w:hAnsi="宋体" w:eastAsia="宋体"/>
                <w:b w:val="0"/>
                <w:sz w:val="18"/>
              </w:rPr>
              <w:t>你知道这道题的减法算式怎样写吗？；算式中4表示什么？1表示什么？“－”表示什么意思？3又表示什么？</w:t>
            </w:r>
          </w:p>
        </w:tc>
        <w:tc>
          <w:tcPr>
            <w:tcW w:type="dxa" w:w="1361"/>
          </w:tcPr>
          <w:p>
            <w:pPr>
              <w:spacing w:after="20" w:line="276" w:lineRule="auto"/>
            </w:pPr>
            <w:r/>
            <w:r>
              <w:rPr>
                <w:rFonts w:ascii="宋体" w:hAnsi="宋体" w:eastAsia="宋体"/>
                <w:b w:val="0"/>
                <w:sz w:val="18"/>
              </w:rPr>
              <w:t>21分钟</w:t>
            </w:r>
          </w:p>
        </w:tc>
      </w:tr>
      <w:tr>
        <w:tc>
          <w:tcPr>
            <w:tcW w:type="dxa" w:w="2835"/>
          </w:tcPr>
          <w:p>
            <w:pPr>
              <w:spacing w:after="20" w:line="276" w:lineRule="auto"/>
            </w:pPr>
            <w:r/>
            <w:r>
              <w:rPr>
                <w:rFonts w:ascii="宋体" w:hAnsi="宋体" w:eastAsia="宋体"/>
                <w:b w:val="0"/>
                <w:sz w:val="18"/>
              </w:rPr>
              <w:t>巩固练习，实践应用</w:t>
            </w:r>
          </w:p>
        </w:tc>
        <w:tc>
          <w:tcPr>
            <w:tcW w:type="dxa" w:w="1814"/>
          </w:tcPr>
          <w:p>
            <w:pPr>
              <w:spacing w:after="20" w:line="276" w:lineRule="auto"/>
            </w:pPr>
            <w:r/>
            <w:r>
              <w:rPr>
                <w:rFonts w:ascii="宋体" w:hAnsi="宋体" w:eastAsia="宋体"/>
                <w:b w:val="0"/>
                <w:sz w:val="18"/>
              </w:rPr>
              <w:t>教科书、课件、圆片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课件、圆片</w:t>
            </w:r>
          </w:p>
        </w:tc>
        <w:tc>
          <w:tcPr>
            <w:tcW w:type="dxa" w:w="3402"/>
          </w:tcPr>
          <w:p>
            <w:pPr>
              <w:spacing w:after="20" w:line="276" w:lineRule="auto"/>
            </w:pPr>
            <w:r/>
            <w:r>
              <w:rPr>
                <w:rFonts w:ascii="宋体" w:hAnsi="宋体" w:eastAsia="宋体"/>
                <w:b w:val="0"/>
                <w:sz w:val="18"/>
              </w:rPr>
              <w:t>通过今天的学习，你们知道了什么？</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出示例题情境图，导入新课，理解“去掉”</w:t>
            </w:r>
          </w:p>
        </w:tc>
        <w:tc>
          <w:tcPr>
            <w:tcW w:type="dxa" w:w="3061"/>
          </w:tcPr>
          <w:p>
            <w:pPr>
              <w:spacing w:after="20" w:line="276" w:lineRule="auto"/>
            </w:pPr>
            <w:r/>
            <w:r>
              <w:rPr>
                <w:rFonts w:ascii="宋体" w:hAnsi="宋体" w:eastAsia="宋体"/>
                <w:b w:val="0"/>
                <w:sz w:val="18"/>
              </w:rPr>
              <w:t>课件出示教科书P26例3情境图。</w:t>
            </w:r>
          </w:p>
          <w:p>
            <w:pPr>
              <w:spacing w:after="20" w:line="276" w:lineRule="auto"/>
            </w:pPr>
            <w:r>
              <w:rPr>
                <w:rFonts w:ascii="宋体" w:hAnsi="宋体" w:eastAsia="宋体"/>
                <w:b w:val="0"/>
                <w:sz w:val="18"/>
              </w:rPr>
              <w:t>师：仔细观察，把你看到的跟大家说一说。</w:t>
            </w:r>
          </w:p>
          <w:p>
            <w:pPr>
              <w:spacing w:after="20" w:line="276" w:lineRule="auto"/>
            </w:pPr>
            <w:r>
              <w:rPr>
                <w:rFonts w:ascii="宋体" w:hAnsi="宋体" w:eastAsia="宋体"/>
                <w:b w:val="0"/>
                <w:sz w:val="18"/>
              </w:rPr>
              <w:t>小男孩手里原来拿了4个气球，飞走了1个，还剩3个气球。</w:t>
            </w:r>
          </w:p>
          <w:p>
            <w:pPr>
              <w:spacing w:after="20" w:line="276" w:lineRule="auto"/>
            </w:pPr>
            <w:r>
              <w:rPr>
                <w:rFonts w:ascii="宋体" w:hAnsi="宋体" w:eastAsia="宋体"/>
                <w:b w:val="0"/>
                <w:sz w:val="18"/>
              </w:rPr>
              <w:t>师追问：还能用加法来计算吗？</w:t>
            </w:r>
          </w:p>
          <w:p>
            <w:pPr>
              <w:spacing w:after="20" w:line="276" w:lineRule="auto"/>
            </w:pPr>
            <w:r>
              <w:rPr>
                <w:rFonts w:ascii="宋体" w:hAnsi="宋体" w:eastAsia="宋体"/>
                <w:b w:val="0"/>
                <w:sz w:val="18"/>
              </w:rPr>
              <w:t>师：对，不能用加法计算。那到底用什么方法呢？今天我们就一起来探究。</w:t>
            </w:r>
          </w:p>
        </w:tc>
        <w:tc>
          <w:tcPr>
            <w:tcW w:type="dxa" w:w="3061"/>
          </w:tcPr>
          <w:p>
            <w:pPr>
              <w:spacing w:after="20" w:line="276" w:lineRule="auto"/>
            </w:pPr>
            <w:r/>
            <w:r>
              <w:rPr>
                <w:rFonts w:ascii="宋体" w:hAnsi="宋体" w:eastAsia="宋体"/>
                <w:b w:val="0"/>
                <w:sz w:val="18"/>
              </w:rPr>
              <w:t>学生可能会说：原来有4个气球，飞走了1个气球，不是把两部分合并起来，不能用加法计算。引导学生理解“飞走”就是“去掉”的意思。</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创设情境激活学生已有经验，自然引出本课学习内容，激发学习兴趣，核心问题："对，不能用加法计算。那到底用什么方法呢？"</w:t>
            </w:r>
          </w:p>
        </w:tc>
      </w:tr>
      <w:tr>
        <w:tc>
          <w:tcPr>
            <w:tcW w:type="dxa" w:w="1474"/>
          </w:tcPr>
          <w:p>
            <w:pPr>
              <w:spacing w:after="20" w:line="276" w:lineRule="auto"/>
            </w:pPr>
            <w:r>
              <w:rPr>
                <w:b/>
              </w:rPr>
            </w:r>
            <w:r>
              <w:rPr>
                <w:rFonts w:ascii="宋体" w:hAnsi="宋体" w:eastAsia="宋体"/>
                <w:b/>
                <w:sz w:val="18"/>
              </w:rPr>
              <w:t>观察思考，探究新知</w:t>
            </w:r>
          </w:p>
        </w:tc>
        <w:tc>
          <w:tcPr>
            <w:tcW w:type="dxa" w:w="3061"/>
          </w:tcPr>
          <w:p>
            <w:pPr>
              <w:spacing w:after="20" w:line="276" w:lineRule="auto"/>
            </w:pPr>
            <w:r/>
            <w:r>
              <w:rPr>
                <w:rFonts w:ascii="宋体" w:hAnsi="宋体" w:eastAsia="宋体"/>
                <w:b w:val="0"/>
                <w:sz w:val="18"/>
              </w:rPr>
              <w:t>1.自主操作。</w:t>
            </w:r>
          </w:p>
          <w:p>
            <w:pPr>
              <w:spacing w:after="20" w:line="276" w:lineRule="auto"/>
            </w:pPr>
            <w:r>
              <w:rPr>
                <w:rFonts w:ascii="宋体" w:hAnsi="宋体" w:eastAsia="宋体"/>
                <w:b w:val="0"/>
                <w:sz w:val="18"/>
              </w:rPr>
              <w:t>师：怎样知道还剩3个气球呢？你能用自己喜欢的方式表示出来吗？</w:t>
            </w:r>
          </w:p>
          <w:p>
            <w:pPr>
              <w:spacing w:after="20" w:line="276" w:lineRule="auto"/>
            </w:pPr>
            <w:r>
              <w:rPr>
                <w:rFonts w:ascii="宋体" w:hAnsi="宋体" w:eastAsia="宋体"/>
                <w:b w:val="0"/>
                <w:sz w:val="18"/>
              </w:rPr>
              <w:t>(教师引导学生说出自己的想法，让学生解释“画掉”是什么意思，理解“画掉”就是飞走了1个气球，也可以说“去掉”了1个。)</w:t>
            </w:r>
          </w:p>
          <w:p>
            <w:pPr>
              <w:spacing w:after="20" w:line="276" w:lineRule="auto"/>
            </w:pPr>
            <w:r>
              <w:rPr>
                <w:rFonts w:ascii="宋体" w:hAnsi="宋体" w:eastAsia="宋体"/>
                <w:b w:val="0"/>
                <w:sz w:val="18"/>
              </w:rPr>
              <w:t>师：请你观察这两种方法，有什么相同的地方？</w:t>
            </w:r>
          </w:p>
          <w:p>
            <w:pPr>
              <w:spacing w:after="20" w:line="276" w:lineRule="auto"/>
            </w:pPr>
            <w:r>
              <w:rPr>
                <w:rFonts w:ascii="宋体" w:hAnsi="宋体" w:eastAsia="宋体"/>
                <w:b w:val="0"/>
                <w:sz w:val="18"/>
              </w:rPr>
              <w:t>引导学生说出不管是拿走还是画掉，都表示从4里面去掉了1。</w:t>
            </w:r>
          </w:p>
          <w:p>
            <w:pPr>
              <w:spacing w:after="20" w:line="276" w:lineRule="auto"/>
            </w:pPr>
            <w:r>
              <w:rPr>
                <w:rFonts w:ascii="宋体" w:hAnsi="宋体" w:eastAsia="宋体"/>
                <w:b w:val="0"/>
                <w:sz w:val="18"/>
              </w:rPr>
              <w:t>2．统一方法，圈一圈。</w:t>
            </w:r>
          </w:p>
          <w:p>
            <w:pPr>
              <w:spacing w:after="20" w:line="276" w:lineRule="auto"/>
            </w:pPr>
            <w:r>
              <w:rPr>
                <w:rFonts w:ascii="宋体" w:hAnsi="宋体" w:eastAsia="宋体"/>
                <w:b w:val="0"/>
                <w:sz w:val="18"/>
              </w:rPr>
              <w:t>师：原来有4个圆片，要去掉1个圆片，我们就用虚线圈把它圈起来并加上箭头，表示“去掉”，现在剩下了3个。(教师用圆片在黑板上一边操作一边讲解。)</w:t>
            </w:r>
          </w:p>
          <w:p>
            <w:pPr>
              <w:spacing w:after="20" w:line="276" w:lineRule="auto"/>
            </w:pPr>
            <w:r>
              <w:rPr>
                <w:rFonts w:ascii="宋体" w:hAnsi="宋体" w:eastAsia="宋体"/>
                <w:b w:val="0"/>
                <w:sz w:val="18"/>
              </w:rPr>
              <w:t>让学生指一指、说一说，哪些是剩下的，哪些是去掉的，分别有多少个。</w:t>
            </w:r>
          </w:p>
        </w:tc>
        <w:tc>
          <w:tcPr>
            <w:tcW w:type="dxa" w:w="3061"/>
          </w:tcPr>
          <w:p>
            <w:pPr>
              <w:spacing w:after="20" w:line="276" w:lineRule="auto"/>
            </w:pPr>
            <w:r/>
            <w:r>
              <w:rPr>
                <w:rFonts w:ascii="宋体" w:hAnsi="宋体" w:eastAsia="宋体"/>
                <w:b w:val="0"/>
                <w:sz w:val="18"/>
              </w:rPr>
              <w:t>预设1：借助圆片摆一摆。</w:t>
            </w:r>
          </w:p>
          <w:p>
            <w:pPr>
              <w:spacing w:after="20" w:line="276" w:lineRule="auto"/>
            </w:pPr>
            <w:r>
              <w:rPr>
                <w:rFonts w:ascii="宋体" w:hAnsi="宋体" w:eastAsia="宋体"/>
                <w:b w:val="0"/>
                <w:sz w:val="18"/>
              </w:rPr>
              <w:t>预设2：用笔画一画。</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设计递进式探究活动，引导学生在动手实践与合作交流中经历知识形成过程，突破本课重难点，核心问题："怎样知道还剩3个气球呢？你能用自己喜欢的方式表示出来吗？"</w:t>
            </w:r>
          </w:p>
        </w:tc>
      </w:tr>
      <w:tr>
        <w:tc>
          <w:tcPr>
            <w:tcW w:type="dxa" w:w="1474"/>
          </w:tcPr>
          <w:p>
            <w:pPr>
              <w:spacing w:after="20" w:line="276" w:lineRule="auto"/>
            </w:pPr>
            <w:r>
              <w:rPr>
                <w:b/>
              </w:rPr>
            </w:r>
            <w:r>
              <w:rPr>
                <w:rFonts w:ascii="宋体" w:hAnsi="宋体" w:eastAsia="宋体"/>
                <w:b/>
                <w:sz w:val="18"/>
              </w:rPr>
              <w:t>学习减法算式</w:t>
            </w:r>
          </w:p>
        </w:tc>
        <w:tc>
          <w:tcPr>
            <w:tcW w:type="dxa" w:w="3061"/>
          </w:tcPr>
          <w:p>
            <w:pPr>
              <w:spacing w:after="20" w:line="276" w:lineRule="auto"/>
            </w:pPr>
            <w:r/>
            <w:r>
              <w:rPr>
                <w:rFonts w:ascii="宋体" w:hAnsi="宋体" w:eastAsia="宋体"/>
                <w:b w:val="0"/>
                <w:sz w:val="18"/>
              </w:rPr>
              <w:t>(一)认识减法算式</w:t>
            </w:r>
          </w:p>
          <w:p>
            <w:pPr>
              <w:spacing w:after="20" w:line="276" w:lineRule="auto"/>
            </w:pPr>
            <w:r>
              <w:rPr>
                <w:rFonts w:ascii="宋体" w:hAnsi="宋体" w:eastAsia="宋体"/>
                <w:b w:val="0"/>
                <w:sz w:val="18"/>
              </w:rPr>
              <w:t>1．认识减号。</w:t>
            </w:r>
          </w:p>
          <w:p>
            <w:pPr>
              <w:spacing w:after="20" w:line="276" w:lineRule="auto"/>
            </w:pPr>
            <w:r>
              <w:rPr>
                <w:rFonts w:ascii="宋体" w:hAnsi="宋体" w:eastAsia="宋体"/>
                <w:b w:val="0"/>
                <w:sz w:val="18"/>
              </w:rPr>
              <w:t>师：4个气球，飞走了1个，求还剩几个气球，也就是从4里面去掉了1。当从一个数里去掉一部分，求还剩多少的时候，就可以用一种新的方法——减法来计算，今天我们就来学习减法。[板书课题：减法(1)]</w:t>
            </w:r>
          </w:p>
          <w:p>
            <w:pPr>
              <w:spacing w:after="20" w:line="276" w:lineRule="auto"/>
            </w:pPr>
            <w:r>
              <w:rPr>
                <w:rFonts w:ascii="宋体" w:hAnsi="宋体" w:eastAsia="宋体"/>
                <w:b w:val="0"/>
                <w:sz w:val="18"/>
              </w:rPr>
              <w:t>师：“－”的名字叫“减号”，它代表了一种计算方法——减法。</w:t>
            </w:r>
          </w:p>
          <w:p>
            <w:pPr>
              <w:spacing w:after="20" w:line="276" w:lineRule="auto"/>
            </w:pPr>
            <w:r>
              <w:rPr>
                <w:rFonts w:ascii="宋体" w:hAnsi="宋体" w:eastAsia="宋体"/>
                <w:b w:val="0"/>
                <w:sz w:val="18"/>
              </w:rPr>
              <w:t>2．理解减法算式的含义。</w:t>
            </w:r>
          </w:p>
          <w:p>
            <w:pPr>
              <w:spacing w:after="20" w:line="276" w:lineRule="auto"/>
            </w:pPr>
            <w:r>
              <w:rPr>
                <w:rFonts w:ascii="宋体" w:hAnsi="宋体" w:eastAsia="宋体"/>
                <w:b w:val="0"/>
                <w:sz w:val="18"/>
              </w:rPr>
              <w:t>师：你知道这道题的减法算式怎样写吗？</w:t>
            </w:r>
          </w:p>
          <w:p>
            <w:pPr>
              <w:spacing w:after="20" w:line="276" w:lineRule="auto"/>
            </w:pPr>
            <w:r>
              <w:rPr>
                <w:rFonts w:ascii="宋体" w:hAnsi="宋体" w:eastAsia="宋体"/>
                <w:b w:val="0"/>
                <w:sz w:val="18"/>
              </w:rPr>
              <w:t>教师根据学生的回答板书：4－1＝3。</w:t>
            </w:r>
          </w:p>
          <w:p>
            <w:pPr>
              <w:spacing w:after="20" w:line="276" w:lineRule="auto"/>
            </w:pPr>
            <w:r>
              <w:rPr>
                <w:rFonts w:ascii="宋体" w:hAnsi="宋体" w:eastAsia="宋体"/>
                <w:b w:val="0"/>
                <w:sz w:val="18"/>
              </w:rPr>
              <w:t>师：算式中4表示什么？1表示什么？“－”表示什么意思？3又表示什么？</w:t>
            </w:r>
          </w:p>
          <w:p>
            <w:pPr>
              <w:spacing w:after="20" w:line="276" w:lineRule="auto"/>
            </w:pPr>
            <w:r>
              <w:rPr>
                <w:rFonts w:ascii="宋体" w:hAnsi="宋体" w:eastAsia="宋体"/>
                <w:b w:val="0"/>
                <w:sz w:val="18"/>
              </w:rPr>
              <w:t>4表示原来有4个气球，1表示飞走了1个气球，“－”表示飞走了，即去掉，3表示最后剩3个气球。</w:t>
            </w:r>
          </w:p>
          <w:p>
            <w:pPr>
              <w:spacing w:after="20" w:line="276" w:lineRule="auto"/>
            </w:pPr>
            <w:r>
              <w:rPr>
                <w:rFonts w:ascii="宋体" w:hAnsi="宋体" w:eastAsia="宋体"/>
                <w:b w:val="0"/>
                <w:sz w:val="18"/>
              </w:rPr>
              <w:t>3．读减法算式。</w:t>
            </w:r>
          </w:p>
          <w:p>
            <w:pPr>
              <w:spacing w:after="20" w:line="276" w:lineRule="auto"/>
            </w:pPr>
            <w:r>
              <w:rPr>
                <w:rFonts w:ascii="宋体" w:hAnsi="宋体" w:eastAsia="宋体"/>
                <w:b w:val="0"/>
                <w:sz w:val="18"/>
              </w:rPr>
              <w:t>师示范读：4减1等于3。</w:t>
            </w:r>
          </w:p>
          <w:p>
            <w:pPr>
              <w:spacing w:after="20" w:line="276" w:lineRule="auto"/>
            </w:pPr>
            <w:r>
              <w:rPr>
                <w:rFonts w:ascii="宋体" w:hAnsi="宋体" w:eastAsia="宋体"/>
                <w:b w:val="0"/>
                <w:sz w:val="18"/>
              </w:rPr>
              <w:t>指名读，学生齐读。(板书：读作：4减1等于3。)</w:t>
            </w:r>
          </w:p>
          <w:p>
            <w:pPr>
              <w:spacing w:after="20" w:line="276" w:lineRule="auto"/>
            </w:pPr>
            <w:r>
              <w:rPr>
                <w:rFonts w:ascii="宋体" w:hAnsi="宋体" w:eastAsia="宋体"/>
                <w:b w:val="0"/>
                <w:sz w:val="18"/>
              </w:rPr>
              <w:t>4．讲故事，加深对算式4－1＝3的理解。</w:t>
            </w:r>
          </w:p>
          <w:p>
            <w:pPr>
              <w:spacing w:after="20" w:line="276" w:lineRule="auto"/>
            </w:pPr>
            <w:r>
              <w:rPr>
                <w:rFonts w:ascii="宋体" w:hAnsi="宋体" w:eastAsia="宋体"/>
                <w:b w:val="0"/>
                <w:sz w:val="18"/>
              </w:rPr>
              <w:t>师：你能举出生活中的例子，说说4－1＝3的意思吗？</w:t>
            </w:r>
          </w:p>
          <w:p>
            <w:pPr>
              <w:spacing w:after="20" w:line="276" w:lineRule="auto"/>
            </w:pPr>
            <w:r>
              <w:rPr>
                <w:rFonts w:ascii="宋体" w:hAnsi="宋体" w:eastAsia="宋体"/>
                <w:b w:val="0"/>
                <w:sz w:val="18"/>
              </w:rPr>
              <w:t>师：4个气球，飞走了1个，求还剩几个气球；4辆汽车，开走了1辆，求还剩几辆汽车；4颗糖，吃了1颗，求还剩几颗糖……都可以用减法计算，算式都是4－1＝3。</w:t>
            </w:r>
          </w:p>
          <w:p>
            <w:pPr>
              <w:spacing w:after="20" w:line="276" w:lineRule="auto"/>
            </w:pPr>
            <w:r>
              <w:rPr>
                <w:rFonts w:ascii="宋体" w:hAnsi="宋体" w:eastAsia="宋体"/>
                <w:b w:val="0"/>
                <w:sz w:val="18"/>
              </w:rPr>
              <w:t>(二)在“比多少”活动中感知等号可以表示数量相等</w:t>
            </w:r>
          </w:p>
          <w:p>
            <w:pPr>
              <w:spacing w:after="20" w:line="276" w:lineRule="auto"/>
            </w:pPr>
            <w:r>
              <w:rPr>
                <w:rFonts w:ascii="宋体" w:hAnsi="宋体" w:eastAsia="宋体"/>
                <w:b w:val="0"/>
                <w:sz w:val="18"/>
              </w:rPr>
              <w:t>1．课件出示教科书P26“试一试”情境图。</w:t>
            </w:r>
          </w:p>
          <w:p>
            <w:pPr>
              <w:spacing w:after="20" w:line="276" w:lineRule="auto"/>
            </w:pPr>
            <w:r>
              <w:rPr>
                <w:rFonts w:ascii="宋体" w:hAnsi="宋体" w:eastAsia="宋体"/>
                <w:b w:val="0"/>
                <w:sz w:val="18"/>
              </w:rPr>
              <w:t>师：你们可以从图中知道哪些信息？</w:t>
            </w:r>
          </w:p>
          <w:p>
            <w:pPr>
              <w:spacing w:after="20" w:line="276" w:lineRule="auto"/>
            </w:pPr>
            <w:r>
              <w:rPr>
                <w:rFonts w:ascii="宋体" w:hAnsi="宋体" w:eastAsia="宋体"/>
                <w:b w:val="0"/>
                <w:sz w:val="18"/>
              </w:rPr>
              <w:t>果果有4根香蕉，花花有3根香蕉；果果比花花多1根香蕉；花花比果果少1根香蕉。</w:t>
            </w:r>
          </w:p>
          <w:p>
            <w:pPr>
              <w:spacing w:after="20" w:line="276" w:lineRule="auto"/>
            </w:pPr>
            <w:r>
              <w:rPr>
                <w:rFonts w:ascii="宋体" w:hAnsi="宋体" w:eastAsia="宋体"/>
                <w:b w:val="0"/>
                <w:sz w:val="18"/>
              </w:rPr>
              <w:t>2．提出问题，加深理解。</w:t>
            </w:r>
          </w:p>
          <w:p>
            <w:pPr>
              <w:spacing w:after="20" w:line="276" w:lineRule="auto"/>
            </w:pPr>
            <w:r>
              <w:rPr>
                <w:rFonts w:ascii="宋体" w:hAnsi="宋体" w:eastAsia="宋体"/>
                <w:b w:val="0"/>
                <w:sz w:val="18"/>
              </w:rPr>
              <w:t>师：果果怎么做，就可以使自己的香蕉和花花的同样多？</w:t>
            </w:r>
          </w:p>
          <w:p>
            <w:pPr>
              <w:spacing w:after="20" w:line="276" w:lineRule="auto"/>
            </w:pPr>
            <w:r>
              <w:rPr>
                <w:rFonts w:ascii="宋体" w:hAnsi="宋体" w:eastAsia="宋体"/>
                <w:b w:val="0"/>
                <w:sz w:val="18"/>
              </w:rPr>
              <w:t>师：果果的这个做法可以用什么算式来表示呢？(4－1＝3)这个算式表示什么含义呢？</w:t>
            </w:r>
          </w:p>
          <w:p>
            <w:pPr>
              <w:spacing w:after="20" w:line="276" w:lineRule="auto"/>
            </w:pPr>
            <w:r>
              <w:rPr>
                <w:rFonts w:ascii="宋体" w:hAnsi="宋体" w:eastAsia="宋体"/>
                <w:b w:val="0"/>
                <w:sz w:val="18"/>
              </w:rPr>
              <w:t>果果原来有4根香蕉，后来吃掉1根，还剩3根香蕉。</w:t>
            </w:r>
          </w:p>
          <w:p>
            <w:pPr>
              <w:spacing w:after="20" w:line="276" w:lineRule="auto"/>
            </w:pPr>
            <w:r>
              <w:rPr>
                <w:rFonts w:ascii="宋体" w:hAnsi="宋体" w:eastAsia="宋体"/>
                <w:b w:val="0"/>
                <w:sz w:val="18"/>
              </w:rPr>
              <w:t>师：从4个里面去掉1个，用减法计算。那这里4－1和3之间为什么要用等号呢？</w:t>
            </w:r>
          </w:p>
        </w:tc>
        <w:tc>
          <w:tcPr>
            <w:tcW w:type="dxa" w:w="3061"/>
          </w:tcPr>
          <w:p>
            <w:pPr>
              <w:spacing w:after="20" w:line="276" w:lineRule="auto"/>
            </w:pPr>
            <w:r/>
            <w:r>
              <w:rPr>
                <w:rFonts w:ascii="宋体" w:hAnsi="宋体" w:eastAsia="宋体"/>
                <w:b w:val="0"/>
                <w:sz w:val="18"/>
              </w:rPr>
              <w:t>同桌之间互相说一说，再全班交流。</w:t>
            </w:r>
          </w:p>
          <w:p>
            <w:pPr>
              <w:spacing w:after="20" w:line="276" w:lineRule="auto"/>
            </w:pPr>
            <w:r>
              <w:rPr>
                <w:rFonts w:ascii="宋体" w:hAnsi="宋体" w:eastAsia="宋体"/>
                <w:b w:val="0"/>
                <w:sz w:val="18"/>
              </w:rPr>
              <w:t>预设1：有4辆汽车，开走了1辆，还剩3辆汽车。</w:t>
            </w:r>
          </w:p>
          <w:p>
            <w:pPr>
              <w:spacing w:after="20" w:line="276" w:lineRule="auto"/>
            </w:pPr>
            <w:r>
              <w:rPr>
                <w:rFonts w:ascii="宋体" w:hAnsi="宋体" w:eastAsia="宋体"/>
                <w:b w:val="0"/>
                <w:sz w:val="18"/>
              </w:rPr>
              <w:t>预设2：有4颗糖，吃了1颗，还剩3颗糖。</w:t>
            </w:r>
          </w:p>
          <w:p>
            <w:pPr>
              <w:spacing w:after="20" w:line="276" w:lineRule="auto"/>
            </w:pPr>
            <w:r>
              <w:rPr>
                <w:rFonts w:ascii="宋体" w:hAnsi="宋体" w:eastAsia="宋体"/>
                <w:b w:val="0"/>
                <w:sz w:val="18"/>
              </w:rPr>
              <w:t>同桌之间互相说一说，再全班交流。</w:t>
            </w:r>
          </w:p>
          <w:p>
            <w:pPr>
              <w:spacing w:after="20" w:line="276" w:lineRule="auto"/>
            </w:pPr>
            <w:r>
              <w:rPr>
                <w:rFonts w:ascii="宋体" w:hAnsi="宋体" w:eastAsia="宋体"/>
                <w:b w:val="0"/>
                <w:sz w:val="18"/>
              </w:rPr>
              <w:t>预设1：果果减少1根香蕉。</w:t>
            </w:r>
          </w:p>
          <w:p>
            <w:pPr>
              <w:spacing w:after="20" w:line="276" w:lineRule="auto"/>
            </w:pPr>
            <w:r>
              <w:rPr>
                <w:rFonts w:ascii="宋体" w:hAnsi="宋体" w:eastAsia="宋体"/>
                <w:b w:val="0"/>
                <w:sz w:val="18"/>
              </w:rPr>
              <w:t>预设2：果果吃掉1根香蕉。</w:t>
            </w:r>
          </w:p>
        </w:tc>
        <w:tc>
          <w:tcPr>
            <w:tcW w:type="dxa" w:w="1814"/>
          </w:tcPr>
          <w:p>
            <w:pPr>
              <w:spacing w:after="20" w:line="276" w:lineRule="auto"/>
            </w:pPr>
            <w:r/>
            <w:r>
              <w:rPr>
                <w:rFonts w:ascii="宋体" w:hAnsi="宋体" w:eastAsia="宋体"/>
                <w:b w:val="0"/>
                <w:sz w:val="18"/>
              </w:rPr>
              <w:t>围绕环节目标组织学习活动，引导学生主动参与、积极思考，核心问题："你知道这道题的减法算式怎样写吗？"</w:t>
            </w:r>
          </w:p>
        </w:tc>
      </w:tr>
      <w:tr>
        <w:tc>
          <w:tcPr>
            <w:tcW w:type="dxa" w:w="1474"/>
          </w:tcPr>
          <w:p>
            <w:pPr>
              <w:spacing w:after="20" w:line="276" w:lineRule="auto"/>
            </w:pPr>
            <w:r>
              <w:rPr>
                <w:b/>
              </w:rPr>
            </w:r>
            <w:r>
              <w:rPr>
                <w:rFonts w:ascii="宋体" w:hAnsi="宋体" w:eastAsia="宋体"/>
                <w:b/>
                <w:sz w:val="18"/>
              </w:rPr>
              <w:t>巩固练习，实践应用</w:t>
            </w:r>
          </w:p>
        </w:tc>
        <w:tc>
          <w:tcPr>
            <w:tcW w:type="dxa" w:w="3061"/>
          </w:tcPr>
          <w:p>
            <w:pPr>
              <w:spacing w:after="20" w:line="276" w:lineRule="auto"/>
            </w:pPr>
            <w:r/>
            <w:r>
              <w:rPr>
                <w:rFonts w:ascii="宋体" w:hAnsi="宋体" w:eastAsia="宋体"/>
                <w:b w:val="0"/>
                <w:sz w:val="18"/>
              </w:rPr>
              <w:t>完成教科书P27“做一做”第1题。</w:t>
            </w:r>
          </w:p>
          <w:p>
            <w:pPr>
              <w:spacing w:after="20" w:line="276" w:lineRule="auto"/>
            </w:pPr>
            <w:r>
              <w:rPr>
                <w:rFonts w:ascii="宋体" w:hAnsi="宋体" w:eastAsia="宋体"/>
                <w:b w:val="0"/>
                <w:sz w:val="18"/>
              </w:rPr>
              <w:t>师：请大家仔细看图，说一说算式表示的意思，边说边用手势表示出来。</w:t>
            </w:r>
          </w:p>
        </w:tc>
        <w:tc>
          <w:tcPr>
            <w:tcW w:type="dxa" w:w="3061"/>
          </w:tcPr>
          <w:p>
            <w:pPr>
              <w:spacing w:after="20" w:line="276" w:lineRule="auto"/>
            </w:pPr>
            <w:r/>
            <w:r>
              <w:rPr>
                <w:rFonts w:ascii="宋体" w:hAnsi="宋体" w:eastAsia="宋体"/>
                <w:b w:val="0"/>
                <w:sz w:val="18"/>
              </w:rPr>
              <w:t>同桌之间互相说一说，再全班交流。</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师：通过今天的学习，你们知道了什么？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引导学生回顾梳理本课所学，完善认知结构，提升归纳与反思能力，核心问题："通过今天的学习，你们知道了什么？"</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教科书P26例3和“试一试”，完成教科书P27“做一做”第1题。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过程中，要注重图意与算式的一致，引导学生完整表达。同时添加“怎样做才能使两边个数同样多”的情境，使学生进一步理解同一个算式所表示的不同意思以及减法算式在实际情况中的运用。</w:t>
      </w:r>
    </w:p>
    <w:p>
      <w:r>
        <w:br w:type="page"/>
      </w:r>
    </w:p>
    <w:p>
      <w:pPr>
        <w:spacing w:after="80" w:line="300" w:lineRule="auto"/>
      </w:pPr>
      <w:r>
        <w:rPr>
          <w:rFonts w:ascii="黑体" w:hAnsi="黑体" w:eastAsia="黑体"/>
          <w:b/>
          <w:sz w:val="24"/>
        </w:rPr>
        <w:t>二、课时教学方案（第6课时）</w:t>
      </w:r>
    </w:p>
    <w:p>
      <w:pPr>
        <w:spacing w:after="80" w:line="300" w:lineRule="auto"/>
      </w:pPr>
      <w:r>
        <w:rPr>
          <w:rFonts w:ascii="黑体" w:hAnsi="黑体" w:eastAsia="黑体"/>
          <w:b/>
          <w:sz w:val="24"/>
        </w:rPr>
        <w:t>第6课时　第几</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第6课时　第几</w:t>
            </w:r>
          </w:p>
        </w:tc>
        <w:tc>
          <w:tcPr>
            <w:tcW w:type="dxa" w:w="6009"/>
          </w:tcPr>
          <w:p>
            <w:pPr>
              <w:spacing w:after="20" w:line="276" w:lineRule="auto"/>
            </w:pPr>
            <w:r/>
            <w:r>
              <w:rPr>
                <w:rFonts w:ascii="宋体" w:hAnsi="宋体" w:eastAsia="宋体"/>
                <w:b w:val="0"/>
                <w:sz w:val="20"/>
              </w:rPr>
              <w:t>第1单元 5以内数的认识和加、减法（～5的认识）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教学内容：教科书P19，完成教科书P19“做一做”和P22“练一练”第1题。</w:t>
      </w:r>
    </w:p>
    <w:p>
      <w:pPr>
        <w:spacing w:after="80" w:line="300" w:lineRule="auto"/>
        <w:ind w:firstLine="400"/>
      </w:pPr>
      <w:r>
        <w:rPr>
          <w:rFonts w:ascii="宋体" w:hAnsi="宋体" w:eastAsia="宋体"/>
          <w:b w:val="0"/>
          <w:sz w:val="20"/>
        </w:rPr>
        <w:t>设计思路：学生都有排队的经历，对“几”和“第几”有浅显的感性认识，本节课充分借助教科书中学生熟悉的情境图，通过数一数，找一找，领悟“几”和“第几”的含义，进而区分“几”和“第几”的不同。由于学生目前用语言还无法描述出“几”和“第几”的区别，所以在教学时充分发挥教师的引导作用，由教师做示范，引导学生说出“几”和“第几”分别表示的意义。</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（1）初步理解基数、序数的含义，能正确区分几和第几。</w:t>
      </w:r>
    </w:p>
    <w:p>
      <w:pPr>
        <w:spacing w:after="20" w:line="300" w:lineRule="auto"/>
        <w:ind w:firstLine="400"/>
      </w:pPr>
      <w:r>
        <w:rPr>
          <w:rFonts w:ascii="宋体" w:hAnsi="宋体" w:eastAsia="宋体"/>
          <w:b w:val="0"/>
          <w:sz w:val="20"/>
        </w:rPr>
        <w:t>（2）能在具体的情境中说明相关物体有几个和某个物体是第几个，培养学生的观察能力、语言表达与交流的能力。</w:t>
      </w:r>
    </w:p>
    <w:p>
      <w:pPr>
        <w:spacing w:after="20" w:line="300" w:lineRule="auto"/>
        <w:ind w:firstLine="400"/>
      </w:pPr>
      <w:r>
        <w:rPr>
          <w:rFonts w:ascii="宋体" w:hAnsi="宋体" w:eastAsia="宋体"/>
          <w:b w:val="0"/>
          <w:sz w:val="20"/>
        </w:rPr>
        <w:t>（3）初步体会从不同角度看待事物的方法，初步积累观察经验。</w:t>
      </w:r>
    </w:p>
    <w:p>
      <w:pPr>
        <w:spacing w:after="20" w:line="300" w:lineRule="auto"/>
      </w:pPr>
      <w:r>
        <w:rPr>
          <w:rFonts w:ascii="宋体" w:hAnsi="宋体" w:eastAsia="宋体"/>
          <w:b w:val="0"/>
          <w:sz w:val="20"/>
        </w:rPr>
        <w:t>教学重点：认识几和第几。</w:t>
      </w:r>
    </w:p>
    <w:p>
      <w:pPr>
        <w:spacing w:after="20" w:line="300" w:lineRule="auto"/>
      </w:pPr>
      <w:r>
        <w:rPr>
          <w:rFonts w:ascii="宋体" w:hAnsi="宋体" w:eastAsia="宋体"/>
          <w:b w:val="0"/>
          <w:sz w:val="20"/>
        </w:rPr>
        <w:t>教学难点：区分几和第几的不同含义。</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情境导入</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同学们，你们排过队吗？为什么要排队呢？如何表示自己在队伍中的位置呢？</w:t>
            </w:r>
          </w:p>
        </w:tc>
        <w:tc>
          <w:tcPr>
            <w:tcW w:type="dxa" w:w="1361"/>
          </w:tcPr>
          <w:p>
            <w:pPr>
              <w:spacing w:after="20" w:line="276" w:lineRule="auto"/>
            </w:pPr>
            <w:r/>
            <w:r>
              <w:rPr>
                <w:rFonts w:ascii="宋体" w:hAnsi="宋体" w:eastAsia="宋体"/>
                <w:b w:val="0"/>
                <w:sz w:val="18"/>
              </w:rPr>
              <w:t>8分钟</w:t>
            </w:r>
          </w:p>
        </w:tc>
      </w:tr>
      <w:tr>
        <w:tc>
          <w:tcPr>
            <w:tcW w:type="dxa" w:w="2835"/>
          </w:tcPr>
          <w:p>
            <w:pPr>
              <w:spacing w:after="20" w:line="276" w:lineRule="auto"/>
            </w:pPr>
            <w:r/>
            <w:r>
              <w:rPr>
                <w:rFonts w:ascii="宋体" w:hAnsi="宋体" w:eastAsia="宋体"/>
                <w:b w:val="0"/>
                <w:sz w:val="18"/>
              </w:rPr>
              <w:t>合作探究，学习“几”和“第几”</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仔细观察，图中有几人排队？看看小男孩排在第几？；对，排队时一般是从前往后数。那小男孩前面有几人？后面有几人？</w:t>
            </w:r>
          </w:p>
        </w:tc>
        <w:tc>
          <w:tcPr>
            <w:tcW w:type="dxa" w:w="1361"/>
          </w:tcPr>
          <w:p>
            <w:pPr>
              <w:spacing w:after="20" w:line="276" w:lineRule="auto"/>
            </w:pPr>
            <w:r/>
            <w:r>
              <w:rPr>
                <w:rFonts w:ascii="宋体" w:hAnsi="宋体" w:eastAsia="宋体"/>
                <w:b w:val="0"/>
                <w:sz w:val="18"/>
              </w:rPr>
              <w:t>24分钟</w:t>
            </w:r>
          </w:p>
        </w:tc>
      </w:tr>
      <w:tr>
        <w:tc>
          <w:tcPr>
            <w:tcW w:type="dxa" w:w="2835"/>
          </w:tcPr>
          <w:p>
            <w:pPr>
              <w:spacing w:after="20" w:line="276" w:lineRule="auto"/>
            </w:pPr>
            <w:r/>
            <w:r>
              <w:rPr>
                <w:rFonts w:ascii="宋体" w:hAnsi="宋体" w:eastAsia="宋体"/>
                <w:b w:val="0"/>
                <w:sz w:val="18"/>
              </w:rPr>
              <w:t>巩固应用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6分钟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这节课你们有什么收获？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情境导入</w:t>
            </w:r>
          </w:p>
        </w:tc>
        <w:tc>
          <w:tcPr>
            <w:tcW w:type="dxa" w:w="3061"/>
          </w:tcPr>
          <w:p>
            <w:pPr>
              <w:spacing w:after="20" w:line="276" w:lineRule="auto"/>
            </w:pPr>
            <w:r/>
            <w:r>
              <w:rPr>
                <w:rFonts w:ascii="宋体" w:hAnsi="宋体" w:eastAsia="宋体"/>
                <w:b w:val="0"/>
                <w:sz w:val="18"/>
              </w:rPr>
              <w:t>师：同学们，你们排过队吗？为什么要排队呢？如何表示自己在队伍中的位置呢？</w:t>
            </w:r>
          </w:p>
          <w:p>
            <w:pPr>
              <w:spacing w:after="20" w:line="276" w:lineRule="auto"/>
            </w:pPr>
            <w:r>
              <w:rPr>
                <w:rFonts w:ascii="宋体" w:hAnsi="宋体" w:eastAsia="宋体"/>
                <w:b w:val="0"/>
                <w:sz w:val="18"/>
              </w:rPr>
              <w:t>师：同学们说得真好！排队是讲文明的行为，我们要遵守公共秩序，自觉排队。今天我们就来学习排队中的数学知识。(板书课题：第几)</w:t>
            </w:r>
          </w:p>
        </w:tc>
        <w:tc>
          <w:tcPr>
            <w:tcW w:type="dxa" w:w="3061"/>
          </w:tcPr>
          <w:p>
            <w:pPr>
              <w:spacing w:after="20" w:line="276" w:lineRule="auto"/>
            </w:pPr>
            <w:r/>
            <w:r>
              <w:rPr>
                <w:rFonts w:ascii="宋体" w:hAnsi="宋体" w:eastAsia="宋体"/>
                <w:b w:val="0"/>
                <w:sz w:val="18"/>
              </w:rPr>
              <w:t>学生可能会说放学回家要排队，购物要排队，因为不排队就没有秩序，挤来挤去很危险。还有的学生会说排队是讲文明的行为。学生会说用数字1、2、3…表示位置。</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创设情境激活学生已有经验，自然引出本课学习内容，激发学习兴趣，核心问题："同学们，你们排过队吗？为什么要排队呢？如何表示自己在队伍中的位置呢？"</w:t>
            </w:r>
          </w:p>
        </w:tc>
      </w:tr>
      <w:tr>
        <w:tc>
          <w:tcPr>
            <w:tcW w:type="dxa" w:w="1474"/>
          </w:tcPr>
          <w:p>
            <w:pPr>
              <w:spacing w:after="20" w:line="276" w:lineRule="auto"/>
            </w:pPr>
            <w:r>
              <w:rPr>
                <w:b/>
              </w:rPr>
            </w:r>
            <w:r>
              <w:rPr>
                <w:rFonts w:ascii="宋体" w:hAnsi="宋体" w:eastAsia="宋体"/>
                <w:b/>
                <w:sz w:val="18"/>
              </w:rPr>
              <w:t>合作探究，学习“几”和“第几”</w:t>
            </w:r>
          </w:p>
        </w:tc>
        <w:tc>
          <w:tcPr>
            <w:tcW w:type="dxa" w:w="3061"/>
          </w:tcPr>
          <w:p>
            <w:pPr>
              <w:spacing w:after="20" w:line="276" w:lineRule="auto"/>
            </w:pPr>
            <w:r/>
            <w:r>
              <w:rPr>
                <w:rFonts w:ascii="宋体" w:hAnsi="宋体" w:eastAsia="宋体"/>
                <w:b w:val="0"/>
                <w:sz w:val="18"/>
              </w:rPr>
              <w:t>1.讲解例题，引出新知。</w:t>
            </w:r>
          </w:p>
          <w:p>
            <w:pPr>
              <w:spacing w:after="20" w:line="276" w:lineRule="auto"/>
            </w:pPr>
            <w:r>
              <w:rPr>
                <w:rFonts w:ascii="宋体" w:hAnsi="宋体" w:eastAsia="宋体"/>
                <w:b w:val="0"/>
                <w:sz w:val="18"/>
              </w:rPr>
              <w:t>课件出示教科书P19情境图。</w:t>
            </w:r>
          </w:p>
          <w:p>
            <w:pPr>
              <w:spacing w:after="20" w:line="276" w:lineRule="auto"/>
            </w:pPr>
            <w:r>
              <w:rPr>
                <w:rFonts w:ascii="宋体" w:hAnsi="宋体" w:eastAsia="宋体"/>
                <w:b w:val="0"/>
                <w:sz w:val="18"/>
              </w:rPr>
              <w:t>师：仔细观察，图中有几人排队？看看小男孩排在第几？</w:t>
            </w:r>
          </w:p>
          <w:p>
            <w:pPr>
              <w:spacing w:after="20" w:line="276" w:lineRule="auto"/>
            </w:pPr>
            <w:r>
              <w:rPr>
                <w:rFonts w:ascii="宋体" w:hAnsi="宋体" w:eastAsia="宋体"/>
                <w:b w:val="0"/>
                <w:sz w:val="18"/>
              </w:rPr>
              <w:t>指名学生到屏幕前对着图数一数。(板书：有5人排队。　小男孩排第2)</w:t>
            </w:r>
          </w:p>
          <w:p>
            <w:pPr>
              <w:spacing w:after="20" w:line="276" w:lineRule="auto"/>
            </w:pPr>
            <w:r>
              <w:rPr>
                <w:rFonts w:ascii="宋体" w:hAnsi="宋体" w:eastAsia="宋体"/>
                <w:b w:val="0"/>
                <w:sz w:val="18"/>
              </w:rPr>
              <w:t>师：对，排队时一般是从前往后数。那小男孩前面有几人？后面有几人？</w:t>
            </w:r>
          </w:p>
          <w:p>
            <w:pPr>
              <w:spacing w:after="20" w:line="276" w:lineRule="auto"/>
            </w:pPr>
            <w:r>
              <w:rPr>
                <w:rFonts w:ascii="宋体" w:hAnsi="宋体" w:eastAsia="宋体"/>
                <w:b w:val="0"/>
                <w:sz w:val="18"/>
              </w:rPr>
              <w:t>小男孩前面有1人，后面有3人。(教师板书：他前面有1人，后面有3人。)</w:t>
            </w:r>
          </w:p>
          <w:p>
            <w:pPr>
              <w:spacing w:after="20" w:line="276" w:lineRule="auto"/>
            </w:pPr>
            <w:r>
              <w:rPr>
                <w:rFonts w:ascii="宋体" w:hAnsi="宋体" w:eastAsia="宋体"/>
                <w:b w:val="0"/>
                <w:sz w:val="18"/>
              </w:rPr>
              <w:t>师：你能照着这样的句式再说说另外几人的排队情况吗？</w:t>
            </w:r>
          </w:p>
          <w:p>
            <w:pPr>
              <w:spacing w:after="20" w:line="276" w:lineRule="auto"/>
            </w:pPr>
            <w:r>
              <w:rPr>
                <w:rFonts w:ascii="宋体" w:hAnsi="宋体" w:eastAsia="宋体"/>
                <w:b w:val="0"/>
                <w:sz w:val="18"/>
              </w:rPr>
              <w:t>长发阿姨排第1，她前面没有人，后面有4人；短发阿姨排第3，她前面有2人，后面有2人；拖行李箱的叔叔排第4，他前面有3人，后面有1人；背双肩包的叔叔排第5，他前面有4人，后面没有人。</w:t>
            </w:r>
          </w:p>
          <w:p>
            <w:pPr>
              <w:spacing w:after="20" w:line="276" w:lineRule="auto"/>
            </w:pPr>
            <w:r>
              <w:rPr>
                <w:rFonts w:ascii="宋体" w:hAnsi="宋体" w:eastAsia="宋体"/>
                <w:b w:val="0"/>
                <w:sz w:val="18"/>
              </w:rPr>
              <w:t>师：这里有5人排队，背双肩包的叔叔排第5。“5人”和“第5”表示的意思一样吗？</w:t>
            </w:r>
          </w:p>
          <w:p>
            <w:pPr>
              <w:spacing w:after="20" w:line="276" w:lineRule="auto"/>
            </w:pPr>
            <w:r>
              <w:rPr>
                <w:rFonts w:ascii="宋体" w:hAnsi="宋体" w:eastAsia="宋体"/>
                <w:b w:val="0"/>
                <w:sz w:val="18"/>
              </w:rPr>
              <w:t>师小结：几表示一共有几人，第几表示其中的1人。</w:t>
            </w:r>
          </w:p>
          <w:p>
            <w:pPr>
              <w:spacing w:after="20" w:line="276" w:lineRule="auto"/>
            </w:pPr>
            <w:r>
              <w:rPr>
                <w:rFonts w:ascii="宋体" w:hAnsi="宋体" w:eastAsia="宋体"/>
                <w:b w:val="0"/>
                <w:sz w:val="18"/>
              </w:rPr>
              <w:t>2．巩固“几”和“第几”的认识。</w:t>
            </w:r>
          </w:p>
          <w:p>
            <w:pPr>
              <w:spacing w:after="20" w:line="276" w:lineRule="auto"/>
            </w:pPr>
            <w:r>
              <w:rPr>
                <w:rFonts w:ascii="宋体" w:hAnsi="宋体" w:eastAsia="宋体"/>
                <w:b w:val="0"/>
                <w:sz w:val="18"/>
              </w:rPr>
              <w:t>师：长发阿姨上车了。你能说出现在有几人排队吗？每个人排在第几呢？(课件再次出示教科书P19情境图)</w:t>
            </w:r>
          </w:p>
          <w:p>
            <w:pPr>
              <w:spacing w:after="20" w:line="276" w:lineRule="auto"/>
            </w:pPr>
            <w:r>
              <w:rPr>
                <w:rFonts w:ascii="宋体" w:hAnsi="宋体" w:eastAsia="宋体"/>
                <w:b w:val="0"/>
                <w:sz w:val="18"/>
              </w:rPr>
              <w:t>现在有4人排队，小男孩排第1，短发阿姨排第2，拖行李箱的叔叔排第3，背双肩包的叔叔排第4。</w:t>
            </w:r>
          </w:p>
          <w:p>
            <w:pPr>
              <w:spacing w:after="20" w:line="276" w:lineRule="auto"/>
            </w:pPr>
            <w:r>
              <w:rPr>
                <w:rFonts w:ascii="宋体" w:hAnsi="宋体" w:eastAsia="宋体"/>
                <w:b w:val="0"/>
                <w:sz w:val="18"/>
              </w:rPr>
              <w:t>教师追问：“4人”与“第4”是一个意思吗？</w:t>
            </w:r>
          </w:p>
          <w:p>
            <w:pPr>
              <w:spacing w:after="20" w:line="276" w:lineRule="auto"/>
            </w:pPr>
            <w:r>
              <w:rPr>
                <w:rFonts w:ascii="宋体" w:hAnsi="宋体" w:eastAsia="宋体"/>
                <w:b w:val="0"/>
                <w:sz w:val="18"/>
              </w:rPr>
              <w:t>引导学生说出“4人”表示一共有4人在排队，“第4”表示背双肩包的叔叔排队的位置，只表示1人。</w:t>
            </w:r>
          </w:p>
          <w:p>
            <w:pPr>
              <w:spacing w:after="20" w:line="276" w:lineRule="auto"/>
            </w:pPr>
            <w:r>
              <w:rPr>
                <w:rFonts w:ascii="宋体" w:hAnsi="宋体" w:eastAsia="宋体"/>
                <w:b w:val="0"/>
                <w:sz w:val="18"/>
              </w:rPr>
              <w:t>师：我们来玩一个游戏。请几位同学上讲台站成一排，让其余同学数一数一共有几人，再问一问从左边数，排第3的是谁，从右边数，××同学排第几，他还可以排第几。</w:t>
            </w:r>
          </w:p>
        </w:tc>
        <w:tc>
          <w:tcPr>
            <w:tcW w:type="dxa" w:w="3061"/>
          </w:tcPr>
          <w:p>
            <w:pPr>
              <w:spacing w:after="20" w:line="276" w:lineRule="auto"/>
            </w:pPr>
            <w:r/>
            <w:r>
              <w:rPr>
                <w:rFonts w:ascii="宋体" w:hAnsi="宋体" w:eastAsia="宋体"/>
                <w:b w:val="0"/>
                <w:sz w:val="18"/>
              </w:rPr>
              <w:t>同桌间互相说一说，集体交流。</w:t>
            </w:r>
          </w:p>
          <w:p>
            <w:pPr>
              <w:spacing w:after="20" w:line="276" w:lineRule="auto"/>
            </w:pPr>
            <w:r>
              <w:rPr>
                <w:rFonts w:ascii="宋体" w:hAnsi="宋体" w:eastAsia="宋体"/>
                <w:b w:val="0"/>
                <w:sz w:val="18"/>
              </w:rPr>
              <w:t>学生心里都明白有区别，但是可能表达不清楚。教师要引导学生说出“5人”表示的是数量的多少，一共有5人；“第5”表示的是次序的先后，只有第5个位置上的1人。</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设计递进式探究活动，引导学生在动手实践与合作交流中经历知识形成过程，突破本课重难点，核心问题："仔细观察，图中有几人排队？看看小男孩排在第几？"</w:t>
            </w:r>
          </w:p>
        </w:tc>
      </w:tr>
      <w:tr>
        <w:tc>
          <w:tcPr>
            <w:tcW w:type="dxa" w:w="1474"/>
          </w:tcPr>
          <w:p>
            <w:pPr>
              <w:spacing w:after="20" w:line="276" w:lineRule="auto"/>
            </w:pPr>
            <w:r>
              <w:rPr>
                <w:b/>
              </w:rPr>
            </w:r>
            <w:r>
              <w:rPr>
                <w:rFonts w:ascii="宋体" w:hAnsi="宋体" w:eastAsia="宋体"/>
                <w:b/>
                <w:sz w:val="18"/>
              </w:rPr>
              <w:t>巩固应用</w:t>
            </w:r>
          </w:p>
        </w:tc>
        <w:tc>
          <w:tcPr>
            <w:tcW w:type="dxa" w:w="3061"/>
          </w:tcPr>
          <w:p>
            <w:pPr>
              <w:spacing w:after="20" w:line="276" w:lineRule="auto"/>
            </w:pPr>
            <w:r/>
            <w:r>
              <w:rPr>
                <w:rFonts w:ascii="宋体" w:hAnsi="宋体" w:eastAsia="宋体"/>
                <w:b w:val="0"/>
                <w:sz w:val="18"/>
              </w:rPr>
              <w:t>1.完成教科书P19“做一做”第1、2题。</w:t>
            </w:r>
          </w:p>
          <w:p>
            <w:pPr>
              <w:spacing w:after="20" w:line="276" w:lineRule="auto"/>
            </w:pPr>
            <w:r>
              <w:rPr>
                <w:rFonts w:ascii="宋体" w:hAnsi="宋体" w:eastAsia="宋体"/>
                <w:b w:val="0"/>
                <w:sz w:val="18"/>
              </w:rPr>
              <w:t>第1题：先帮助学生理解题目的意思，再让学生按照题目的意思数、圈、涂，完成练习。</w:t>
            </w:r>
          </w:p>
          <w:p>
            <w:pPr>
              <w:spacing w:after="20" w:line="276" w:lineRule="auto"/>
            </w:pPr>
            <w:r>
              <w:rPr>
                <w:rFonts w:ascii="宋体" w:hAnsi="宋体" w:eastAsia="宋体"/>
                <w:b w:val="0"/>
                <w:sz w:val="18"/>
              </w:rPr>
              <w:t>第2题：学生独立完成后交流。</w:t>
            </w:r>
          </w:p>
          <w:p>
            <w:pPr>
              <w:spacing w:after="20" w:line="276" w:lineRule="auto"/>
            </w:pPr>
            <w:r>
              <w:rPr>
                <w:rFonts w:ascii="宋体" w:hAnsi="宋体" w:eastAsia="宋体"/>
                <w:b w:val="0"/>
                <w:sz w:val="18"/>
              </w:rPr>
              <w:t>2．完成教科书P22“练一练”第1题。</w:t>
            </w:r>
          </w:p>
          <w:p>
            <w:pPr>
              <w:spacing w:after="20" w:line="276" w:lineRule="auto"/>
            </w:pPr>
            <w:r>
              <w:rPr>
                <w:rFonts w:ascii="宋体" w:hAnsi="宋体" w:eastAsia="宋体"/>
                <w:b w:val="0"/>
                <w:sz w:val="18"/>
              </w:rPr>
              <w:t>先让学生说一说遮住的意思，再解决问题。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第几</w:t>
      </w:r>
    </w:p>
    <w:p>
      <w:pPr>
        <w:spacing w:after="40" w:line="300" w:lineRule="auto"/>
      </w:pPr>
      <w:r>
        <w:rPr>
          <w:rFonts w:ascii="宋体" w:hAnsi="宋体" w:eastAsia="宋体"/>
          <w:b w:val="0"/>
          <w:sz w:val="20"/>
        </w:rPr>
        <w:t>有5人排队。　小男孩排第2，他前面有1人，后面有3人。</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教科书P19，完成教科书P19“做一做”和P22“练一练”第1题。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时可以增加一些实例，如，一组有4人，从左边数，小芳排第2，这里的4和2分别表示什么意思；再如，利用排队等候老师批改作业等情境，帮助学生理解“几”和“第几”的含义。</w:t>
      </w:r>
    </w:p>
    <w:p>
      <w:r>
        <w:br w:type="page"/>
      </w:r>
    </w:p>
    <w:p>
      <w:pPr>
        <w:spacing w:after="80" w:line="300" w:lineRule="auto"/>
      </w:pPr>
      <w:r>
        <w:rPr>
          <w:rFonts w:ascii="黑体" w:hAnsi="黑体" w:eastAsia="黑体"/>
          <w:b/>
          <w:sz w:val="24"/>
        </w:rPr>
        <w:t>二、课时教学方案（第7课时）</w:t>
      </w:r>
    </w:p>
    <w:p>
      <w:pPr>
        <w:spacing w:after="80" w:line="300" w:lineRule="auto"/>
      </w:pPr>
      <w:r>
        <w:rPr>
          <w:rFonts w:ascii="黑体" w:hAnsi="黑体" w:eastAsia="黑体"/>
          <w:b/>
          <w:sz w:val="24"/>
        </w:rPr>
        <w:t>第7课时　减法(2)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第7课时　减法(2)</w:t>
            </w:r>
          </w:p>
        </w:tc>
        <w:tc>
          <w:tcPr>
            <w:tcW w:type="dxa" w:w="6009"/>
          </w:tcPr>
          <w:p>
            <w:pPr>
              <w:spacing w:after="20" w:line="276" w:lineRule="auto"/>
            </w:pPr>
            <w:r/>
            <w:r>
              <w:rPr>
                <w:rFonts w:ascii="宋体" w:hAnsi="宋体" w:eastAsia="宋体"/>
                <w:b w:val="0"/>
                <w:sz w:val="20"/>
              </w:rPr>
              <w:t>第1单元 5以内数的认识和加、减法（～5的加、减法）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教学内容：教科书P27例4，完成教科书P27“做一做”第2、3题。</w:t>
      </w:r>
    </w:p>
    <w:p>
      <w:pPr>
        <w:spacing w:after="80" w:line="300" w:lineRule="auto"/>
        <w:ind w:firstLine="400"/>
      </w:pPr>
      <w:r>
        <w:rPr>
          <w:rFonts w:ascii="宋体" w:hAnsi="宋体" w:eastAsia="宋体"/>
          <w:b w:val="0"/>
          <w:sz w:val="20"/>
        </w:rPr>
        <w:t>设计思路：减法计算直观理解比加法难，因为“去掉”之后只剩下最后的结果，去掉的过程难以复原，为了克服这一难点，在本节课的教学中，充分运用多媒体课件，让学生完整地了解小松鼠跳走的过程，理解是从5只里面去掉了3只，结果剩下了2只，进一步理解减法各部分的意义。计算时，学生容易结合情境知道结果，但很难抽象出算法，更难以思考计算过程，因此让学生充分交流，分享自己喜欢的计算方法，在交流表达中理顺计算思路。</w:t>
      </w:r>
    </w:p>
    <w:p>
      <w:pPr>
        <w:spacing w:after="80" w:line="300" w:lineRule="auto"/>
        <w:ind w:firstLine="400"/>
      </w:pPr>
      <w:r>
        <w:rPr>
          <w:rFonts w:ascii="宋体" w:hAnsi="宋体" w:eastAsia="宋体"/>
          <w:b w:val="0"/>
          <w:sz w:val="20"/>
        </w:rPr>
        <w:t>教学准备：课件、小棒、圆片。</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（1）引导学生学会观察情境图，能联系具体情境写出减法算式。</w:t>
      </w:r>
    </w:p>
    <w:p>
      <w:pPr>
        <w:spacing w:after="20" w:line="300" w:lineRule="auto"/>
        <w:ind w:firstLine="400"/>
      </w:pPr>
      <w:r>
        <w:rPr>
          <w:rFonts w:ascii="宋体" w:hAnsi="宋体" w:eastAsia="宋体"/>
          <w:b w:val="0"/>
          <w:sz w:val="20"/>
        </w:rPr>
        <w:t>（2）能用自己喜欢的方法正确计算1～5的减法。</w:t>
      </w:r>
    </w:p>
    <w:p>
      <w:pPr>
        <w:spacing w:after="20" w:line="300" w:lineRule="auto"/>
        <w:ind w:firstLine="400"/>
      </w:pPr>
      <w:r>
        <w:rPr>
          <w:rFonts w:ascii="宋体" w:hAnsi="宋体" w:eastAsia="宋体"/>
          <w:b w:val="0"/>
          <w:sz w:val="20"/>
        </w:rPr>
        <w:t>（3）能解释自己的思考过程和计算方法，培养学生初步的数学交流意识。</w:t>
      </w:r>
    </w:p>
    <w:p>
      <w:pPr>
        <w:spacing w:after="20" w:line="300" w:lineRule="auto"/>
      </w:pPr>
      <w:r>
        <w:rPr>
          <w:rFonts w:ascii="宋体" w:hAnsi="宋体" w:eastAsia="宋体"/>
          <w:b w:val="0"/>
          <w:sz w:val="20"/>
        </w:rPr>
        <w:t>教学重点：进一步理解减法的含义，会正确计算1～5的减法。</w:t>
      </w:r>
    </w:p>
    <w:p>
      <w:pPr>
        <w:spacing w:after="20" w:line="300" w:lineRule="auto"/>
      </w:pPr>
      <w:r>
        <w:rPr>
          <w:rFonts w:ascii="宋体" w:hAnsi="宋体" w:eastAsia="宋体"/>
          <w:b w:val="0"/>
          <w:sz w:val="20"/>
        </w:rPr>
        <w:t>教学难点：会表述自己的思考过程和计算方法。</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心灵感应小游戏</w:t>
            </w:r>
          </w:p>
        </w:tc>
        <w:tc>
          <w:tcPr>
            <w:tcW w:type="dxa" w:w="1814"/>
          </w:tcPr>
          <w:p>
            <w:pPr>
              <w:spacing w:after="20" w:line="276" w:lineRule="auto"/>
            </w:pPr>
            <w:r/>
            <w:r>
              <w:rPr>
                <w:rFonts w:ascii="宋体" w:hAnsi="宋体" w:eastAsia="宋体"/>
                <w:b w:val="0"/>
                <w:sz w:val="18"/>
              </w:rPr>
              <w:t>学具、课件、小棒、圆片</w:t>
            </w:r>
          </w:p>
        </w:tc>
        <w:tc>
          <w:tcPr>
            <w:tcW w:type="dxa" w:w="3402"/>
          </w:tcPr>
          <w:p>
            <w:pPr>
              <w:spacing w:after="20" w:line="276" w:lineRule="auto"/>
            </w:pPr>
            <w:r/>
            <w:r>
              <w:rPr>
                <w:rFonts w:ascii="宋体" w:hAnsi="宋体" w:eastAsia="宋体"/>
                <w:b w:val="0"/>
                <w:sz w:val="18"/>
              </w:rPr>
              <w:t>大家用了不同的方法表示，为什么这些同学猜的算式都一样呢？</w:t>
            </w:r>
          </w:p>
        </w:tc>
        <w:tc>
          <w:tcPr>
            <w:tcW w:type="dxa" w:w="1361"/>
          </w:tcPr>
          <w:p>
            <w:pPr>
              <w:spacing w:after="20" w:line="276" w:lineRule="auto"/>
            </w:pPr>
            <w:r/>
            <w:r>
              <w:rPr>
                <w:rFonts w:ascii="宋体" w:hAnsi="宋体" w:eastAsia="宋体"/>
                <w:b w:val="0"/>
                <w:sz w:val="18"/>
              </w:rPr>
              <w:t>11分钟</w:t>
            </w:r>
          </w:p>
        </w:tc>
      </w:tr>
      <w:tr>
        <w:tc>
          <w:tcPr>
            <w:tcW w:type="dxa" w:w="2835"/>
          </w:tcPr>
          <w:p>
            <w:pPr>
              <w:spacing w:after="20" w:line="276" w:lineRule="auto"/>
            </w:pPr>
            <w:r/>
            <w:r>
              <w:rPr>
                <w:rFonts w:ascii="宋体" w:hAnsi="宋体" w:eastAsia="宋体"/>
                <w:b w:val="0"/>
                <w:sz w:val="18"/>
              </w:rPr>
              <w:t>情境导入，学习1～5的减法计算方法</w:t>
            </w:r>
          </w:p>
        </w:tc>
        <w:tc>
          <w:tcPr>
            <w:tcW w:type="dxa" w:w="1814"/>
          </w:tcPr>
          <w:p>
            <w:pPr>
              <w:spacing w:after="20" w:line="276" w:lineRule="auto"/>
            </w:pPr>
            <w:r/>
            <w:r>
              <w:rPr>
                <w:rFonts w:ascii="宋体" w:hAnsi="宋体" w:eastAsia="宋体"/>
                <w:b w:val="0"/>
                <w:sz w:val="18"/>
              </w:rPr>
              <w:t>课件、教科书、情境图、小棒、圆片</w:t>
            </w:r>
          </w:p>
        </w:tc>
        <w:tc>
          <w:tcPr>
            <w:tcW w:type="dxa" w:w="3402"/>
          </w:tcPr>
          <w:p>
            <w:pPr>
              <w:spacing w:after="20" w:line="276" w:lineRule="auto"/>
            </w:pPr>
            <w:r/>
            <w:r>
              <w:rPr>
                <w:rFonts w:ascii="宋体" w:hAnsi="宋体" w:eastAsia="宋体"/>
                <w:b w:val="0"/>
                <w:sz w:val="18"/>
              </w:rPr>
              <w:t>你能提出一个数学问题吗？；要求树上还剩多少只松鼠，你能列出算式吗？</w:t>
            </w:r>
          </w:p>
        </w:tc>
        <w:tc>
          <w:tcPr>
            <w:tcW w:type="dxa" w:w="1361"/>
          </w:tcPr>
          <w:p>
            <w:pPr>
              <w:spacing w:after="20" w:line="276" w:lineRule="auto"/>
            </w:pPr>
            <w:r/>
            <w:r>
              <w:rPr>
                <w:rFonts w:ascii="宋体" w:hAnsi="宋体" w:eastAsia="宋体"/>
                <w:b w:val="0"/>
                <w:sz w:val="18"/>
              </w:rPr>
              <w:t>19分钟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教科书、课件、小棒、圆片</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课件、小棒、圆片</w:t>
            </w:r>
          </w:p>
        </w:tc>
        <w:tc>
          <w:tcPr>
            <w:tcW w:type="dxa" w:w="3402"/>
          </w:tcPr>
          <w:p>
            <w:pPr>
              <w:spacing w:after="20" w:line="276" w:lineRule="auto"/>
            </w:pPr>
            <w:r/>
            <w:r>
              <w:rPr>
                <w:rFonts w:ascii="宋体" w:hAnsi="宋体" w:eastAsia="宋体"/>
                <w:b w:val="0"/>
                <w:sz w:val="18"/>
              </w:rPr>
              <w:t>说一说这节课你们有什么收获？</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心灵感应小游戏</w:t>
            </w:r>
          </w:p>
        </w:tc>
        <w:tc>
          <w:tcPr>
            <w:tcW w:type="dxa" w:w="3061"/>
          </w:tcPr>
          <w:p>
            <w:pPr>
              <w:spacing w:after="20" w:line="276" w:lineRule="auto"/>
            </w:pPr>
            <w:r/>
            <w:r>
              <w:rPr>
                <w:rFonts w:ascii="宋体" w:hAnsi="宋体" w:eastAsia="宋体"/>
                <w:b w:val="0"/>
                <w:sz w:val="18"/>
              </w:rPr>
              <w:t>以小组为单位进行游戏，先把小组内的学生分成两部分。一部分同学看黑板，一部分同学将头埋在桌子上，不允许看黑板。教师在黑板上写算式，如：3－2＝1，看黑板的同学看见后教师迅速擦掉。让看见算式的学生想办法把看到的算式的意思表示出来(学生可以画一画、摆一摆等)，看不见算式的学生猜是什么算式。</w:t>
            </w:r>
          </w:p>
          <w:p>
            <w:pPr>
              <w:spacing w:after="20" w:line="276" w:lineRule="auto"/>
            </w:pPr>
            <w:r>
              <w:rPr>
                <w:rFonts w:ascii="宋体" w:hAnsi="宋体" w:eastAsia="宋体"/>
                <w:b w:val="0"/>
                <w:sz w:val="18"/>
              </w:rPr>
              <w:t>展示学生的作品，注意展示不同的种类。可以展示学生不同的画法，也可以让学生用学具操作、演示等。</w:t>
            </w:r>
          </w:p>
          <w:p>
            <w:pPr>
              <w:spacing w:after="20" w:line="276" w:lineRule="auto"/>
            </w:pPr>
            <w:r>
              <w:rPr>
                <w:rFonts w:ascii="宋体" w:hAnsi="宋体" w:eastAsia="宋体"/>
                <w:b w:val="0"/>
                <w:sz w:val="18"/>
              </w:rPr>
              <w:t>师：大家用了不同的方法表示，为什么这些同学猜的算式都一样呢？</w:t>
            </w:r>
          </w:p>
          <w:p>
            <w:pPr>
              <w:spacing w:after="20" w:line="276" w:lineRule="auto"/>
            </w:pPr>
            <w:r>
              <w:rPr>
                <w:rFonts w:ascii="宋体" w:hAnsi="宋体" w:eastAsia="宋体"/>
                <w:b w:val="0"/>
                <w:sz w:val="18"/>
              </w:rPr>
              <w:t>引导学生发现：虽然表示的方法不同，但表达的意思都是从3里面去掉2，还剩1，所以可以用同一个算式表示。</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围绕环节目标组织学习活动，引导学生主动参与、积极思考，核心问题："大家用了不同的方法表示，为什么这些同学猜的算式都一样呢？"</w:t>
            </w:r>
          </w:p>
        </w:tc>
      </w:tr>
      <w:tr>
        <w:tc>
          <w:tcPr>
            <w:tcW w:type="dxa" w:w="1474"/>
          </w:tcPr>
          <w:p>
            <w:pPr>
              <w:spacing w:after="20" w:line="276" w:lineRule="auto"/>
            </w:pPr>
            <w:r>
              <w:rPr>
                <w:b/>
              </w:rPr>
            </w:r>
            <w:r>
              <w:rPr>
                <w:rFonts w:ascii="宋体" w:hAnsi="宋体" w:eastAsia="宋体"/>
                <w:b/>
                <w:sz w:val="18"/>
              </w:rPr>
              <w:t>情境导入，学习1～5的减法计算方法</w:t>
            </w:r>
          </w:p>
        </w:tc>
        <w:tc>
          <w:tcPr>
            <w:tcW w:type="dxa" w:w="3061"/>
          </w:tcPr>
          <w:p>
            <w:pPr>
              <w:spacing w:after="20" w:line="276" w:lineRule="auto"/>
            </w:pPr>
            <w:r/>
            <w:r>
              <w:rPr>
                <w:rFonts w:ascii="宋体" w:hAnsi="宋体" w:eastAsia="宋体"/>
                <w:b w:val="0"/>
                <w:sz w:val="18"/>
              </w:rPr>
              <w:t>1.课件出示教科书P27例4情境图。</w:t>
            </w:r>
          </w:p>
          <w:p>
            <w:pPr>
              <w:spacing w:after="20" w:line="276" w:lineRule="auto"/>
            </w:pPr>
            <w:r>
              <w:rPr>
                <w:rFonts w:ascii="宋体" w:hAnsi="宋体" w:eastAsia="宋体"/>
                <w:b w:val="0"/>
                <w:sz w:val="18"/>
              </w:rPr>
              <w:t>师：仔细观察，说一说你从图中知道了哪些信息。</w:t>
            </w:r>
          </w:p>
          <w:p>
            <w:pPr>
              <w:spacing w:after="20" w:line="276" w:lineRule="auto"/>
            </w:pPr>
            <w:r>
              <w:rPr>
                <w:rFonts w:ascii="宋体" w:hAnsi="宋体" w:eastAsia="宋体"/>
                <w:b w:val="0"/>
                <w:sz w:val="18"/>
              </w:rPr>
              <w:t>树上有5只松鼠，跑走了3只。如果有学生说出左边有2只松鼠，右边有3只松鼠，要引导学生说出右边3只松鼠的动作是离开。</w:t>
            </w:r>
          </w:p>
          <w:p>
            <w:pPr>
              <w:spacing w:after="20" w:line="276" w:lineRule="auto"/>
            </w:pPr>
            <w:r>
              <w:rPr>
                <w:rFonts w:ascii="宋体" w:hAnsi="宋体" w:eastAsia="宋体"/>
                <w:b w:val="0"/>
                <w:sz w:val="18"/>
              </w:rPr>
              <w:t>师：你能提出一个数学问题吗？(学生回答：树上还剩多少只松鼠？)</w:t>
            </w:r>
          </w:p>
          <w:p>
            <w:pPr>
              <w:spacing w:after="20" w:line="276" w:lineRule="auto"/>
            </w:pPr>
            <w:r>
              <w:rPr>
                <w:rFonts w:ascii="宋体" w:hAnsi="宋体" w:eastAsia="宋体"/>
                <w:b w:val="0"/>
                <w:sz w:val="18"/>
              </w:rPr>
              <w:t>师：要求树上还剩多少只松鼠，你能列出算式吗？[板书课题：减法(2)]</w:t>
            </w:r>
          </w:p>
          <w:p>
            <w:pPr>
              <w:spacing w:after="20" w:line="276" w:lineRule="auto"/>
            </w:pPr>
            <w:r>
              <w:rPr>
                <w:rFonts w:ascii="宋体" w:hAnsi="宋体" w:eastAsia="宋体"/>
                <w:b w:val="0"/>
                <w:sz w:val="18"/>
              </w:rPr>
              <w:t>2．理解算法的多样化。</w:t>
            </w:r>
          </w:p>
          <w:p>
            <w:pPr>
              <w:spacing w:after="20" w:line="276" w:lineRule="auto"/>
            </w:pPr>
            <w:r>
              <w:rPr>
                <w:rFonts w:ascii="宋体" w:hAnsi="宋体" w:eastAsia="宋体"/>
                <w:b w:val="0"/>
                <w:sz w:val="18"/>
              </w:rPr>
              <w:t>师：5－3的得数是多少？你是怎样算出来的？</w:t>
            </w:r>
          </w:p>
          <w:p>
            <w:pPr>
              <w:spacing w:after="20" w:line="276" w:lineRule="auto"/>
            </w:pPr>
            <w:r>
              <w:rPr>
                <w:rFonts w:ascii="宋体" w:hAnsi="宋体" w:eastAsia="宋体"/>
                <w:b w:val="0"/>
                <w:sz w:val="18"/>
              </w:rPr>
              <w:t>师：同学们用不同的方法算出了5－3＝2(板书“＝2”)，你喜欢哪种方法？和同桌说一说吧！</w:t>
            </w:r>
          </w:p>
        </w:tc>
        <w:tc>
          <w:tcPr>
            <w:tcW w:type="dxa" w:w="3061"/>
          </w:tcPr>
          <w:p>
            <w:pPr>
              <w:spacing w:after="20" w:line="276" w:lineRule="auto"/>
            </w:pPr>
            <w:r/>
            <w:r>
              <w:rPr>
                <w:rFonts w:ascii="宋体" w:hAnsi="宋体" w:eastAsia="宋体"/>
                <w:b w:val="0"/>
                <w:sz w:val="18"/>
              </w:rPr>
              <w:t>同桌之间互相说一说，再全班交流。</w:t>
            </w:r>
          </w:p>
          <w:p>
            <w:pPr>
              <w:spacing w:after="20" w:line="276" w:lineRule="auto"/>
            </w:pPr>
            <w:r>
              <w:rPr>
                <w:rFonts w:ascii="宋体" w:hAnsi="宋体" w:eastAsia="宋体"/>
                <w:b w:val="0"/>
                <w:sz w:val="18"/>
              </w:rPr>
              <w:t>学生可能会说：5－3。(教师根据学生的回答板书“5－3”，并追问算式中的“5”和“3”各表示什么意思。)</w:t>
            </w:r>
          </w:p>
          <w:p>
            <w:pPr>
              <w:spacing w:after="20" w:line="276" w:lineRule="auto"/>
            </w:pPr>
            <w:r>
              <w:rPr>
                <w:rFonts w:ascii="宋体" w:hAnsi="宋体" w:eastAsia="宋体"/>
                <w:b w:val="0"/>
                <w:sz w:val="18"/>
              </w:rPr>
              <w:t>学生独立思考后和同桌说一说自己的算法。教师巡视了解学生的不同算法，然后组织全班交流。</w:t>
            </w:r>
          </w:p>
          <w:p>
            <w:pPr>
              <w:spacing w:after="20" w:line="276" w:lineRule="auto"/>
            </w:pPr>
            <w:r>
              <w:rPr>
                <w:rFonts w:ascii="宋体" w:hAnsi="宋体" w:eastAsia="宋体"/>
                <w:b w:val="0"/>
                <w:sz w:val="18"/>
              </w:rPr>
              <w:t>预设1：直接看图数一数，得出结果。</w:t>
            </w:r>
          </w:p>
          <w:p>
            <w:pPr>
              <w:spacing w:after="20" w:line="276" w:lineRule="auto"/>
            </w:pPr>
            <w:r>
              <w:rPr>
                <w:rFonts w:ascii="宋体" w:hAnsi="宋体" w:eastAsia="宋体"/>
                <w:b w:val="0"/>
                <w:sz w:val="18"/>
              </w:rPr>
              <w:t>预设2：从5倒着数，5、4、3，还剩2只。(板书“倒着数”)</w:t>
            </w:r>
          </w:p>
          <w:p>
            <w:pPr>
              <w:spacing w:after="20" w:line="276" w:lineRule="auto"/>
            </w:pPr>
            <w:r>
              <w:rPr>
                <w:rFonts w:ascii="宋体" w:hAnsi="宋体" w:eastAsia="宋体"/>
                <w:b w:val="0"/>
                <w:sz w:val="18"/>
              </w:rPr>
              <w:t>预设3：因为5可以分成3和2，所以5－3＝2。(板书“数的分解”)</w:t>
            </w:r>
          </w:p>
          <w:p>
            <w:pPr>
              <w:spacing w:after="20" w:line="276" w:lineRule="auto"/>
            </w:pPr>
            <w:r>
              <w:rPr>
                <w:rFonts w:ascii="宋体" w:hAnsi="宋体" w:eastAsia="宋体"/>
                <w:b w:val="0"/>
                <w:sz w:val="18"/>
              </w:rPr>
              <w:t>预设4：因为3＋2＝5，所以5－3＝2。(板书“想加法，算减法”)</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创设情境激活学生已有经验，自然引出本课学习内容，激发学习兴趣，核心问题："你能提出一个数学问题吗？"</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1.完成教科书P27“做一做”第2题。</w:t>
            </w:r>
          </w:p>
          <w:p>
            <w:pPr>
              <w:spacing w:after="20" w:line="276" w:lineRule="auto"/>
            </w:pPr>
            <w:r>
              <w:rPr>
                <w:rFonts w:ascii="宋体" w:hAnsi="宋体" w:eastAsia="宋体"/>
                <w:b w:val="0"/>
                <w:sz w:val="18"/>
              </w:rPr>
              <w:t>引导学生说清第一幅图的图意，并计算出结果，说说是怎样算的。</w:t>
            </w:r>
          </w:p>
          <w:p>
            <w:pPr>
              <w:spacing w:after="20" w:line="276" w:lineRule="auto"/>
            </w:pPr>
            <w:r>
              <w:rPr>
                <w:rFonts w:ascii="宋体" w:hAnsi="宋体" w:eastAsia="宋体"/>
                <w:b w:val="0"/>
                <w:sz w:val="18"/>
              </w:rPr>
              <w:t>讲评时，对于具有开放性的第二幅图，可以请不同答案的学生分别说说自己的图意。</w:t>
            </w:r>
          </w:p>
          <w:p>
            <w:pPr>
              <w:spacing w:after="20" w:line="276" w:lineRule="auto"/>
            </w:pPr>
            <w:r>
              <w:rPr>
                <w:rFonts w:ascii="宋体" w:hAnsi="宋体" w:eastAsia="宋体"/>
                <w:b w:val="0"/>
                <w:sz w:val="18"/>
              </w:rPr>
              <w:t>2．完成教科书P27“做一做”第3题。</w:t>
            </w:r>
          </w:p>
          <w:p>
            <w:pPr>
              <w:spacing w:after="20" w:line="276" w:lineRule="auto"/>
            </w:pPr>
            <w:r>
              <w:rPr>
                <w:rFonts w:ascii="宋体" w:hAnsi="宋体" w:eastAsia="宋体"/>
                <w:b w:val="0"/>
                <w:sz w:val="18"/>
              </w:rPr>
              <w:t>教师先引导学生看第一个算式和对应的图，在理解图意和算式意思的基础上由学生独立完成后面两小题。</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师：说一说这节课你们有什么收获？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引导学生回顾梳理本课所学，完善认知结构，提升归纳与反思能力，核心问题："说一说这节课你们有什么收获？"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pPr>
      <w:r>
        <w:rPr>
          <w:rFonts w:ascii="宋体" w:hAnsi="宋体" w:eastAsia="宋体"/>
          <w:b w:val="0"/>
          <w:sz w:val="20"/>
        </w:rPr>
        <w:t>减法(2)</w:t>
      </w:r>
    </w:p>
    <w:p>
      <w:pPr>
        <w:spacing w:after="40" w:line="300" w:lineRule="auto"/>
      </w:pPr>
      <w:r>
        <w:rPr>
          <w:rFonts w:ascii="宋体" w:hAnsi="宋体" w:eastAsia="宋体"/>
          <w:b w:val="0"/>
          <w:sz w:val="20"/>
        </w:rPr>
        <w:t>5－3＝2</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教科书P27例4，完成教科书P27“做一做”第2、3题。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在探索1～5的减法的计算方法时，可以让学生借助身边的学具摆一摆，还可以画一画，在交流的过程中，注意引导学生养成倾听的好习惯。在本课中，培养学生说和问的能力也是很重要的，要引导学生用简洁、准确的语言表达出图意，列出算式并计算。</w:t>
      </w:r>
    </w:p>
    <w:p>
      <w:r>
        <w:br w:type="page"/>
      </w:r>
    </w:p>
    <w:p>
      <w:pPr>
        <w:spacing w:after="80" w:line="300" w:lineRule="auto"/>
      </w:pPr>
      <w:r>
        <w:rPr>
          <w:rFonts w:ascii="黑体" w:hAnsi="黑体" w:eastAsia="黑体"/>
          <w:b/>
          <w:sz w:val="24"/>
        </w:rPr>
        <w:t>二、课时教学方案（第8课时）</w:t>
      </w:r>
    </w:p>
    <w:p>
      <w:pPr>
        <w:spacing w:after="80" w:line="300" w:lineRule="auto"/>
      </w:pPr>
      <w:r>
        <w:rPr>
          <w:rFonts w:ascii="黑体" w:hAnsi="黑体" w:eastAsia="黑体"/>
          <w:b/>
          <w:sz w:val="24"/>
        </w:rPr>
        <w:t>第8课时　分与合</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第8课时　分与合</w:t>
            </w:r>
          </w:p>
        </w:tc>
        <w:tc>
          <w:tcPr>
            <w:tcW w:type="dxa" w:w="6009"/>
          </w:tcPr>
          <w:p>
            <w:pPr>
              <w:spacing w:after="20" w:line="276" w:lineRule="auto"/>
            </w:pPr>
            <w:r/>
            <w:r>
              <w:rPr>
                <w:rFonts w:ascii="宋体" w:hAnsi="宋体" w:eastAsia="宋体"/>
                <w:b w:val="0"/>
                <w:sz w:val="20"/>
              </w:rPr>
              <w:t>第1单元 5以内数的认识和加、减法（～5的认识）</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教学内容：教科书P20“分与合”和“试一试”，完成教科书P21“做一做”。</w:t>
      </w:r>
    </w:p>
    <w:p>
      <w:pPr>
        <w:spacing w:after="80" w:line="300" w:lineRule="auto"/>
        <w:ind w:firstLine="400"/>
      </w:pPr>
      <w:r>
        <w:rPr>
          <w:rFonts w:ascii="宋体" w:hAnsi="宋体" w:eastAsia="宋体"/>
          <w:b w:val="0"/>
          <w:sz w:val="20"/>
        </w:rPr>
        <w:t>设计思路：数的分与合有助于帮助学生理解数概念，也为后续的加、减法计算提供一种方法，所以本节课注重分与合探索的过程，让学生在动手操作，在具体的分食物过程中抽象出数的分与合，理解数的组成与分解，同时获得数学活动的经验。</w:t>
      </w:r>
    </w:p>
    <w:p>
      <w:pPr>
        <w:spacing w:after="80" w:line="300" w:lineRule="auto"/>
        <w:ind w:firstLine="400"/>
      </w:pPr>
      <w:r>
        <w:rPr>
          <w:rFonts w:ascii="宋体" w:hAnsi="宋体" w:eastAsia="宋体"/>
          <w:b w:val="0"/>
          <w:sz w:val="20"/>
        </w:rPr>
        <w:t>教学准备：课件、5朵小红花。</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（1）通过把物体分成两堆的探究活动，探索并掌握2～5各数的分与合，加深对2～5各数的理解。</w:t>
      </w:r>
    </w:p>
    <w:p>
      <w:pPr>
        <w:spacing w:after="20" w:line="300" w:lineRule="auto"/>
        <w:ind w:firstLine="400"/>
      </w:pPr>
      <w:r>
        <w:rPr>
          <w:rFonts w:ascii="宋体" w:hAnsi="宋体" w:eastAsia="宋体"/>
          <w:b w:val="0"/>
          <w:sz w:val="20"/>
        </w:rPr>
        <w:t>（2）经历由具体到抽象认识数的分与合的过程，体会分与合的思想，初步培养观察、分析、抽象和推理能力。</w:t>
      </w:r>
    </w:p>
    <w:p>
      <w:pPr>
        <w:spacing w:after="20" w:line="300" w:lineRule="auto"/>
        <w:ind w:firstLine="400"/>
      </w:pPr>
      <w:r>
        <w:rPr>
          <w:rFonts w:ascii="宋体" w:hAnsi="宋体" w:eastAsia="宋体"/>
          <w:b w:val="0"/>
          <w:sz w:val="20"/>
        </w:rPr>
        <w:t>（3）逐步发展学生的合作学习意识，培养学生学习数学的自信和兴趣。</w:t>
      </w:r>
    </w:p>
    <w:p>
      <w:pPr>
        <w:spacing w:after="20" w:line="300" w:lineRule="auto"/>
      </w:pPr>
      <w:r>
        <w:rPr>
          <w:rFonts w:ascii="宋体" w:hAnsi="宋体" w:eastAsia="宋体"/>
          <w:b w:val="0"/>
          <w:sz w:val="20"/>
        </w:rPr>
        <w:t>教学重点：探究5和4的分与合。</w:t>
      </w:r>
    </w:p>
    <w:p>
      <w:pPr>
        <w:spacing w:after="20" w:line="300" w:lineRule="auto"/>
      </w:pPr>
      <w:r>
        <w:rPr>
          <w:rFonts w:ascii="宋体" w:hAnsi="宋体" w:eastAsia="宋体"/>
          <w:b w:val="0"/>
          <w:sz w:val="20"/>
        </w:rPr>
        <w:t>教学难点：感受分与合的联系和有序性。</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出示例题，导入新课</w:t>
            </w:r>
          </w:p>
        </w:tc>
        <w:tc>
          <w:tcPr>
            <w:tcW w:type="dxa" w:w="1814"/>
          </w:tcPr>
          <w:p>
            <w:pPr>
              <w:spacing w:after="20" w:line="276" w:lineRule="auto"/>
            </w:pPr>
            <w:r/>
            <w:r>
              <w:rPr>
                <w:rFonts w:ascii="宋体" w:hAnsi="宋体" w:eastAsia="宋体"/>
                <w:b w:val="0"/>
                <w:sz w:val="18"/>
              </w:rPr>
              <w:t>课件、图片</w:t>
            </w:r>
          </w:p>
        </w:tc>
        <w:tc>
          <w:tcPr>
            <w:tcW w:type="dxa" w:w="3402"/>
          </w:tcPr>
          <w:p>
            <w:pPr>
              <w:spacing w:after="20" w:line="276" w:lineRule="auto"/>
            </w:pPr>
            <w:r/>
            <w:r>
              <w:rPr>
                <w:rFonts w:ascii="宋体" w:hAnsi="宋体" w:eastAsia="宋体"/>
                <w:b w:val="0"/>
                <w:sz w:val="18"/>
              </w:rPr>
              <w:t>你看到了什么？数一数，一共有几个？；要想把这5个玉米分成两堆，可以怎样分呢？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探究5的分与合</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请同学们拿出小红花，用5朵小红花代替这5个玉米，试着分一分、摆一摆、写一写，把5个玉米分成两堆，看看你有多少种不同的分法？；请你观察这三种方法，你最喜欢哪种方法？为什么？</w:t>
            </w:r>
          </w:p>
        </w:tc>
        <w:tc>
          <w:tcPr>
            <w:tcW w:type="dxa" w:w="1361"/>
          </w:tcPr>
          <w:p>
            <w:pPr>
              <w:spacing w:after="20" w:line="276" w:lineRule="auto"/>
            </w:pPr>
            <w:r/>
            <w:r>
              <w:rPr>
                <w:rFonts w:ascii="宋体" w:hAnsi="宋体" w:eastAsia="宋体"/>
                <w:b w:val="0"/>
                <w:sz w:val="18"/>
              </w:rPr>
              <w:t>22分钟</w:t>
            </w:r>
          </w:p>
        </w:tc>
      </w:tr>
      <w:tr>
        <w:tc>
          <w:tcPr>
            <w:tcW w:type="dxa" w:w="2835"/>
          </w:tcPr>
          <w:p>
            <w:pPr>
              <w:spacing w:after="20" w:line="276" w:lineRule="auto"/>
            </w:pPr>
            <w:r/>
            <w:r>
              <w:rPr>
                <w:rFonts w:ascii="宋体" w:hAnsi="宋体" w:eastAsia="宋体"/>
                <w:b w:val="0"/>
                <w:sz w:val="18"/>
              </w:rPr>
              <w:t>自主探究4的分与合</w:t>
            </w:r>
          </w:p>
        </w:tc>
        <w:tc>
          <w:tcPr>
            <w:tcW w:type="dxa" w:w="1814"/>
          </w:tcPr>
          <w:p>
            <w:pPr>
              <w:spacing w:after="20" w:line="276" w:lineRule="auto"/>
            </w:pPr>
            <w:r/>
            <w:r>
              <w:rPr>
                <w:rFonts w:ascii="宋体" w:hAnsi="宋体" w:eastAsia="宋体"/>
                <w:b w:val="0"/>
                <w:sz w:val="18"/>
              </w:rPr>
              <w:t>课件、教科书</w:t>
            </w:r>
          </w:p>
        </w:tc>
        <w:tc>
          <w:tcPr>
            <w:tcW w:type="dxa" w:w="3402"/>
          </w:tcPr>
          <w:p>
            <w:pPr>
              <w:spacing w:after="20" w:line="276" w:lineRule="auto"/>
            </w:pPr>
            <w:r/>
            <w:r>
              <w:rPr>
                <w:rFonts w:ascii="宋体" w:hAnsi="宋体" w:eastAsia="宋体"/>
                <w:b w:val="0"/>
                <w:sz w:val="18"/>
              </w:rPr>
              <w:t>4朵花分成两堆，有几种分法呢？你能把它们写出来吗？</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巩固练习，实践应用</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出示例题，导入新课</w:t>
            </w:r>
          </w:p>
        </w:tc>
        <w:tc>
          <w:tcPr>
            <w:tcW w:type="dxa" w:w="3061"/>
          </w:tcPr>
          <w:p>
            <w:pPr>
              <w:spacing w:after="20" w:line="276" w:lineRule="auto"/>
            </w:pPr>
            <w:r/>
            <w:r>
              <w:rPr>
                <w:rFonts w:ascii="宋体" w:hAnsi="宋体" w:eastAsia="宋体"/>
                <w:b w:val="0"/>
                <w:sz w:val="18"/>
              </w:rPr>
              <w:t>课件出示5个玉米图片。</w:t>
            </w:r>
          </w:p>
          <w:p>
            <w:pPr>
              <w:spacing w:after="20" w:line="276" w:lineRule="auto"/>
            </w:pPr>
            <w:r>
              <w:rPr>
                <w:rFonts w:ascii="宋体" w:hAnsi="宋体" w:eastAsia="宋体"/>
                <w:b w:val="0"/>
                <w:sz w:val="18"/>
              </w:rPr>
              <w:t>师：你看到了什么？数一数，一共有几个？</w:t>
            </w:r>
          </w:p>
          <w:p>
            <w:pPr>
              <w:spacing w:after="20" w:line="276" w:lineRule="auto"/>
            </w:pPr>
            <w:r>
              <w:rPr>
                <w:rFonts w:ascii="宋体" w:hAnsi="宋体" w:eastAsia="宋体"/>
                <w:b w:val="0"/>
                <w:sz w:val="18"/>
              </w:rPr>
              <w:t>师：要想把这5个玉米分成两堆，可以怎样分呢？今天我们一起来学习分与合的知识。(板书课题：分与合)</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创设情境激活学生已有经验，自然引出本课学习内容，激发学习兴趣，核心问题："你看到了什么？数一数，一共有几个？"</w:t>
            </w:r>
          </w:p>
        </w:tc>
      </w:tr>
      <w:tr>
        <w:tc>
          <w:tcPr>
            <w:tcW w:type="dxa" w:w="1474"/>
          </w:tcPr>
          <w:p>
            <w:pPr>
              <w:spacing w:after="20" w:line="276" w:lineRule="auto"/>
            </w:pPr>
            <w:r>
              <w:rPr>
                <w:b/>
              </w:rPr>
            </w:r>
            <w:r>
              <w:rPr>
                <w:rFonts w:ascii="宋体" w:hAnsi="宋体" w:eastAsia="宋体"/>
                <w:b/>
                <w:sz w:val="18"/>
              </w:rPr>
              <w:t>探究5的分与合</w:t>
            </w:r>
          </w:p>
        </w:tc>
        <w:tc>
          <w:tcPr>
            <w:tcW w:type="dxa" w:w="3061"/>
          </w:tcPr>
          <w:p>
            <w:pPr>
              <w:spacing w:after="20" w:line="276" w:lineRule="auto"/>
            </w:pPr>
            <w:r/>
            <w:r>
              <w:rPr>
                <w:rFonts w:ascii="宋体" w:hAnsi="宋体" w:eastAsia="宋体"/>
                <w:b w:val="0"/>
                <w:sz w:val="18"/>
              </w:rPr>
              <w:t>师：请同学们拿出小红花，用5朵小红花代替这5个玉米，试着分一分、摆一摆、写一写，把5个玉米分成两堆，看看你有多少种不同的分法？</w:t>
            </w:r>
          </w:p>
          <w:p>
            <w:pPr>
              <w:spacing w:after="20" w:line="276" w:lineRule="auto"/>
            </w:pPr>
            <w:r>
              <w:rPr>
                <w:rFonts w:ascii="宋体" w:hAnsi="宋体" w:eastAsia="宋体"/>
                <w:b w:val="0"/>
                <w:sz w:val="18"/>
              </w:rPr>
              <w:t>师：请你观察这三种方法，你最喜欢哪种方法？为什么？</w:t>
            </w:r>
          </w:p>
          <w:p>
            <w:pPr>
              <w:spacing w:after="20" w:line="276" w:lineRule="auto"/>
            </w:pPr>
            <w:r>
              <w:rPr>
                <w:rFonts w:ascii="宋体" w:hAnsi="宋体" w:eastAsia="宋体"/>
                <w:b w:val="0"/>
                <w:sz w:val="18"/>
              </w:rPr>
              <w:t>师：同学们真了不起！按顺序来分可以做到不重复、不遗漏。</w:t>
            </w:r>
          </w:p>
          <w:p>
            <w:pPr>
              <w:spacing w:after="20" w:line="276" w:lineRule="auto"/>
            </w:pPr>
            <w:r>
              <w:rPr>
                <w:rFonts w:ascii="宋体" w:hAnsi="宋体" w:eastAsia="宋体"/>
                <w:b w:val="0"/>
                <w:sz w:val="18"/>
              </w:rPr>
              <w:t>师生一起再熟悉四种分法，课件配合演示。</w:t>
            </w:r>
          </w:p>
          <w:p>
            <w:pPr>
              <w:spacing w:after="20" w:line="276" w:lineRule="auto"/>
            </w:pPr>
            <w:r>
              <w:rPr>
                <w:rFonts w:ascii="宋体" w:hAnsi="宋体" w:eastAsia="宋体"/>
                <w:b w:val="0"/>
                <w:sz w:val="18"/>
              </w:rPr>
              <w:t>2．巧妙引导，学习5的分成和组成。</w:t>
            </w:r>
          </w:p>
          <w:p>
            <w:pPr>
              <w:spacing w:after="20" w:line="276" w:lineRule="auto"/>
            </w:pPr>
            <w:r>
              <w:rPr>
                <w:rFonts w:ascii="宋体" w:hAnsi="宋体" w:eastAsia="宋体"/>
                <w:b w:val="0"/>
                <w:sz w:val="18"/>
              </w:rPr>
              <w:t>师：你能根据课件中第一幅图的意思，说说5可以分成几和几吗？</w:t>
            </w:r>
          </w:p>
          <w:p>
            <w:pPr>
              <w:spacing w:after="20" w:line="276" w:lineRule="auto"/>
            </w:pPr>
            <w:r>
              <w:rPr>
                <w:rFonts w:ascii="宋体" w:hAnsi="宋体" w:eastAsia="宋体"/>
                <w:b w:val="0"/>
                <w:sz w:val="18"/>
              </w:rPr>
              <w:t>根据学生的回答板书：</w:t>
            </w:r>
          </w:p>
          <w:p>
            <w:pPr>
              <w:spacing w:after="20" w:line="276" w:lineRule="auto"/>
            </w:pPr>
            <w:r>
              <w:rPr>
                <w:rFonts w:ascii="宋体" w:hAnsi="宋体" w:eastAsia="宋体"/>
                <w:b w:val="0"/>
                <w:sz w:val="18"/>
              </w:rPr>
              <w:t>师：从上往下看，表示把5分成1和4，我们说：5可以分成1和4；再从下往上看，表示把1和4两部分合并成5，我们说：1和4组成5。跟着老师说一遍：5可以分成1和4，1和4组成5。</w:t>
            </w:r>
          </w:p>
          <w:p>
            <w:pPr>
              <w:spacing w:after="20" w:line="276" w:lineRule="auto"/>
            </w:pPr>
            <w:r>
              <w:rPr>
                <w:rFonts w:ascii="宋体" w:hAnsi="宋体" w:eastAsia="宋体"/>
                <w:b w:val="0"/>
                <w:sz w:val="18"/>
              </w:rPr>
              <w:t>师：你能把5的另外三种分法，都像这样用两句话来说一说吗？</w:t>
            </w:r>
          </w:p>
          <w:p>
            <w:pPr>
              <w:spacing w:after="20" w:line="276" w:lineRule="auto"/>
            </w:pPr>
            <w:r>
              <w:rPr>
                <w:rFonts w:ascii="宋体" w:hAnsi="宋体" w:eastAsia="宋体"/>
                <w:b w:val="0"/>
                <w:sz w:val="18"/>
              </w:rPr>
              <w:t>3．梳理总结，寻找联系和规律。</w:t>
            </w:r>
          </w:p>
          <w:p>
            <w:pPr>
              <w:spacing w:after="20" w:line="276" w:lineRule="auto"/>
            </w:pPr>
            <w:r>
              <w:rPr>
                <w:rFonts w:ascii="宋体" w:hAnsi="宋体" w:eastAsia="宋体"/>
                <w:b w:val="0"/>
                <w:sz w:val="18"/>
              </w:rPr>
              <w:t>师：这么多分成式，谁能想到什么好办法快速记住它们？</w:t>
            </w:r>
          </w:p>
          <w:p>
            <w:pPr>
              <w:spacing w:after="20" w:line="276" w:lineRule="auto"/>
            </w:pPr>
            <w:r>
              <w:rPr>
                <w:rFonts w:ascii="宋体" w:hAnsi="宋体" w:eastAsia="宋体"/>
                <w:b w:val="0"/>
                <w:sz w:val="18"/>
              </w:rPr>
              <w:t>它们其实分成了两组，一组是有1就有4，有4就有1，它们的位置是相反的；另一组是2和3，交换位置后就是3和2。</w:t>
            </w:r>
          </w:p>
          <w:p>
            <w:pPr>
              <w:spacing w:after="20" w:line="276" w:lineRule="auto"/>
            </w:pPr>
            <w:r>
              <w:rPr>
                <w:rFonts w:ascii="宋体" w:hAnsi="宋体" w:eastAsia="宋体"/>
                <w:b w:val="0"/>
                <w:sz w:val="18"/>
              </w:rPr>
              <w:t>师小结：写数的分与合时，可以按顺序从1开始写，不容易遗漏，也不容易出错。</w:t>
            </w:r>
          </w:p>
        </w:tc>
        <w:tc>
          <w:tcPr>
            <w:tcW w:type="dxa" w:w="3061"/>
          </w:tcPr>
          <w:p>
            <w:pPr>
              <w:spacing w:after="20" w:line="276" w:lineRule="auto"/>
            </w:pPr>
            <w:r/>
            <w:r>
              <w:rPr>
                <w:rFonts w:ascii="宋体" w:hAnsi="宋体" w:eastAsia="宋体"/>
                <w:b w:val="0"/>
                <w:sz w:val="18"/>
              </w:rPr>
              <w:t>1.动手操作，感受5的不同分法。</w:t>
            </w:r>
          </w:p>
          <w:p>
            <w:pPr>
              <w:spacing w:after="20" w:line="276" w:lineRule="auto"/>
            </w:pPr>
            <w:r>
              <w:rPr>
                <w:rFonts w:ascii="宋体" w:hAnsi="宋体" w:eastAsia="宋体"/>
                <w:b w:val="0"/>
                <w:sz w:val="18"/>
              </w:rPr>
              <w:t>学生先独立操作，然后同桌交流，教师巡视指导，最后集体汇报。</w:t>
            </w:r>
          </w:p>
          <w:p>
            <w:pPr>
              <w:spacing w:after="20" w:line="276" w:lineRule="auto"/>
            </w:pPr>
            <w:r>
              <w:rPr>
                <w:rFonts w:ascii="宋体" w:hAnsi="宋体" w:eastAsia="宋体"/>
                <w:b w:val="0"/>
                <w:sz w:val="18"/>
              </w:rPr>
              <w:t>预设1：展示学生用小红花摆一摆的结果：</w:t>
            </w:r>
          </w:p>
          <w:p>
            <w:pPr>
              <w:spacing w:after="20" w:line="276" w:lineRule="auto"/>
            </w:pPr>
            <w:r>
              <w:rPr>
                <w:rFonts w:ascii="宋体" w:hAnsi="宋体" w:eastAsia="宋体"/>
                <w:b w:val="0"/>
                <w:sz w:val="18"/>
              </w:rPr>
              <w:t>预设2：展示学生写一写的结果：</w:t>
            </w:r>
          </w:p>
          <w:p>
            <w:pPr>
              <w:spacing w:after="20" w:line="276" w:lineRule="auto"/>
            </w:pPr>
            <w:r>
              <w:rPr>
                <w:rFonts w:ascii="宋体" w:hAnsi="宋体" w:eastAsia="宋体"/>
                <w:b w:val="0"/>
                <w:sz w:val="18"/>
              </w:rPr>
              <w:t>预设3：也有学生分的方法是无序的。</w:t>
            </w:r>
          </w:p>
          <w:p>
            <w:pPr>
              <w:spacing w:after="20" w:line="276" w:lineRule="auto"/>
            </w:pPr>
            <w:r>
              <w:rPr>
                <w:rFonts w:ascii="宋体" w:hAnsi="宋体" w:eastAsia="宋体"/>
                <w:b w:val="0"/>
                <w:sz w:val="18"/>
              </w:rPr>
              <w:t>学生不难发现前面两种方法的好处，会表示最喜欢这些方法。教师进一步引导学生发现规律，按顺序分。</w:t>
            </w:r>
          </w:p>
          <w:p>
            <w:pPr>
              <w:spacing w:after="20" w:line="276" w:lineRule="auto"/>
            </w:pPr>
            <w:r>
              <w:rPr>
                <w:rFonts w:ascii="宋体" w:hAnsi="宋体" w:eastAsia="宋体"/>
                <w:b w:val="0"/>
                <w:sz w:val="18"/>
              </w:rPr>
              <w:t>同桌先互相说一说，教师再组织汇报并板书。</w:t>
            </w:r>
          </w:p>
          <w:p>
            <w:pPr>
              <w:spacing w:after="20" w:line="276" w:lineRule="auto"/>
            </w:pPr>
            <w:r>
              <w:rPr>
                <w:rFonts w:ascii="宋体" w:hAnsi="宋体" w:eastAsia="宋体"/>
                <w:b w:val="0"/>
                <w:sz w:val="18"/>
              </w:rPr>
              <w:t>学生讨论，教师指导后汇报。</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请同学们拿出小红花，用5朵小红花代替这5个玉米，试着分一分、摆一摆、写一写，把5个玉米分成两堆，看看你有多少种不同的分法？"</w:t>
            </w:r>
          </w:p>
        </w:tc>
      </w:tr>
      <w:tr>
        <w:tc>
          <w:tcPr>
            <w:tcW w:type="dxa" w:w="1474"/>
          </w:tcPr>
          <w:p>
            <w:pPr>
              <w:spacing w:after="20" w:line="276" w:lineRule="auto"/>
            </w:pPr>
            <w:r>
              <w:rPr>
                <w:b/>
              </w:rPr>
            </w:r>
            <w:r>
              <w:rPr>
                <w:rFonts w:ascii="宋体" w:hAnsi="宋体" w:eastAsia="宋体"/>
                <w:b/>
                <w:sz w:val="18"/>
              </w:rPr>
              <w:t>自主探究4的分与合</w:t>
            </w:r>
          </w:p>
        </w:tc>
        <w:tc>
          <w:tcPr>
            <w:tcW w:type="dxa" w:w="3061"/>
          </w:tcPr>
          <w:p>
            <w:pPr>
              <w:spacing w:after="20" w:line="276" w:lineRule="auto"/>
            </w:pPr>
            <w:r/>
            <w:r>
              <w:rPr>
                <w:rFonts w:ascii="宋体" w:hAnsi="宋体" w:eastAsia="宋体"/>
                <w:b w:val="0"/>
                <w:sz w:val="18"/>
              </w:rPr>
              <w:t>1.课件出示教科书P20“试一试”。</w:t>
            </w:r>
          </w:p>
          <w:p>
            <w:pPr>
              <w:spacing w:after="20" w:line="276" w:lineRule="auto"/>
            </w:pPr>
            <w:r>
              <w:rPr>
                <w:rFonts w:ascii="宋体" w:hAnsi="宋体" w:eastAsia="宋体"/>
                <w:b w:val="0"/>
                <w:sz w:val="18"/>
              </w:rPr>
              <w:t>师：4朵花分成两堆，有几种分法呢？你能把它们写出来吗？</w:t>
            </w:r>
          </w:p>
          <w:p>
            <w:pPr>
              <w:spacing w:after="20" w:line="276" w:lineRule="auto"/>
            </w:pPr>
            <w:r>
              <w:rPr>
                <w:rFonts w:ascii="宋体" w:hAnsi="宋体" w:eastAsia="宋体"/>
                <w:b w:val="0"/>
                <w:sz w:val="18"/>
              </w:rPr>
              <w:t>2．两人一组合作探究。</w:t>
            </w:r>
          </w:p>
          <w:p>
            <w:pPr>
              <w:spacing w:after="20" w:line="276" w:lineRule="auto"/>
            </w:pPr>
            <w:r>
              <w:rPr>
                <w:rFonts w:ascii="宋体" w:hAnsi="宋体" w:eastAsia="宋体"/>
                <w:b w:val="0"/>
                <w:sz w:val="18"/>
              </w:rPr>
              <w:t>先用4朵花摆一摆，再写一写。教师巡视帮助有困难的小组。</w:t>
            </w:r>
          </w:p>
          <w:p>
            <w:pPr>
              <w:spacing w:after="20" w:line="276" w:lineRule="auto"/>
            </w:pPr>
            <w:r>
              <w:rPr>
                <w:rFonts w:ascii="宋体" w:hAnsi="宋体" w:eastAsia="宋体"/>
                <w:b w:val="0"/>
                <w:sz w:val="18"/>
              </w:rPr>
              <w:t>通过操作与交流得出：</w:t>
            </w:r>
          </w:p>
          <w:p>
            <w:pPr>
              <w:spacing w:after="20" w:line="276" w:lineRule="auto"/>
            </w:pPr>
            <w:r>
              <w:rPr>
                <w:rFonts w:ascii="宋体" w:hAnsi="宋体" w:eastAsia="宋体"/>
                <w:b w:val="0"/>
                <w:sz w:val="18"/>
              </w:rPr>
              <w:t>教师根据学生的回答板书后指名学生读一读。</w:t>
            </w:r>
          </w:p>
          <w:p>
            <w:pPr>
              <w:spacing w:after="20" w:line="276" w:lineRule="auto"/>
            </w:pPr>
            <w:r>
              <w:rPr>
                <w:rFonts w:ascii="宋体" w:hAnsi="宋体" w:eastAsia="宋体"/>
                <w:b w:val="0"/>
                <w:sz w:val="18"/>
              </w:rPr>
              <w:t>让学生选择自己喜欢的方法有序地记住4的所有分法。</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设计递进式探究活动，引导学生在动手实践与合作交流中经历知识形成过程，突破本课重难点，核心问题："4朵花分成两堆，有几种分法呢？你能把它们写出来吗？"</w:t>
            </w:r>
          </w:p>
        </w:tc>
      </w:tr>
      <w:tr>
        <w:tc>
          <w:tcPr>
            <w:tcW w:type="dxa" w:w="1474"/>
          </w:tcPr>
          <w:p>
            <w:pPr>
              <w:spacing w:after="20" w:line="276" w:lineRule="auto"/>
            </w:pPr>
            <w:r>
              <w:rPr>
                <w:b/>
              </w:rPr>
            </w:r>
            <w:r>
              <w:rPr>
                <w:rFonts w:ascii="宋体" w:hAnsi="宋体" w:eastAsia="宋体"/>
                <w:b/>
                <w:sz w:val="18"/>
              </w:rPr>
              <w:t>巩固练习，实践应用</w:t>
            </w:r>
          </w:p>
        </w:tc>
        <w:tc>
          <w:tcPr>
            <w:tcW w:type="dxa" w:w="3061"/>
          </w:tcPr>
          <w:p>
            <w:pPr>
              <w:spacing w:after="20" w:line="276" w:lineRule="auto"/>
            </w:pPr>
            <w:r/>
            <w:r>
              <w:rPr>
                <w:rFonts w:ascii="宋体" w:hAnsi="宋体" w:eastAsia="宋体"/>
                <w:b w:val="0"/>
                <w:sz w:val="18"/>
              </w:rPr>
              <w:t>完成教科书P21“做一做”第1、2、3题。</w:t>
            </w:r>
          </w:p>
          <w:p>
            <w:pPr>
              <w:spacing w:after="20" w:line="276" w:lineRule="auto"/>
            </w:pPr>
            <w:r>
              <w:rPr>
                <w:rFonts w:ascii="宋体" w:hAnsi="宋体" w:eastAsia="宋体"/>
                <w:b w:val="0"/>
                <w:sz w:val="18"/>
              </w:rPr>
              <w:t>引导学生看懂图意和题意，再让学生独立解答，教师巡视指导。</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师：同学们，今天我们探究了5和4的分与合，知道了最好要按照一定的顺序去分成或组成。</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教科书P20“分与合”和“试一试”，完成教科书P21“做一做”。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教学时注意5的分与合的教学与4的分与合不同，教学5的分与合时教师可以“扶”一把，教学4的分与合时教师可以放手让学生去操作、表达，从而自主获得探究分与合的方法，为后面的学习积累经验。</w:t>
      </w:r>
    </w:p>
    <w:p>
      <w:r>
        <w:br w:type="page"/>
      </w:r>
    </w:p>
    <w:p>
      <w:pPr>
        <w:spacing w:after="80" w:line="300" w:lineRule="auto"/>
      </w:pPr>
      <w:r>
        <w:rPr>
          <w:rFonts w:ascii="黑体" w:hAnsi="黑体" w:eastAsia="黑体"/>
          <w:b/>
          <w:sz w:val="24"/>
        </w:rPr>
        <w:t>二、课时教学方案（第9课时）</w:t>
      </w:r>
    </w:p>
    <w:p>
      <w:pPr>
        <w:spacing w:after="80" w:line="300" w:lineRule="auto"/>
      </w:pPr>
      <w:r>
        <w:rPr>
          <w:rFonts w:ascii="黑体" w:hAnsi="黑体" w:eastAsia="黑体"/>
          <w:b/>
          <w:sz w:val="24"/>
        </w:rPr>
        <w:t>第9课时　0的认识和加、减法</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第9课时　0的认识和加、减法</w:t>
            </w:r>
          </w:p>
        </w:tc>
        <w:tc>
          <w:tcPr>
            <w:tcW w:type="dxa" w:w="6009"/>
          </w:tcPr>
          <w:p>
            <w:pPr>
              <w:spacing w:after="20" w:line="276" w:lineRule="auto"/>
            </w:pPr>
            <w:r/>
            <w:r>
              <w:rPr>
                <w:rFonts w:ascii="宋体" w:hAnsi="宋体" w:eastAsia="宋体"/>
                <w:b w:val="0"/>
                <w:sz w:val="20"/>
              </w:rPr>
              <w:t>第1单元 5以内数的认识和加、减法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教学内容：教科书P30，完成教科书P30“做一做”。</w:t>
      </w:r>
    </w:p>
    <w:p>
      <w:pPr>
        <w:spacing w:after="80" w:line="300" w:lineRule="auto"/>
        <w:ind w:firstLine="400"/>
      </w:pPr>
      <w:r>
        <w:rPr>
          <w:rFonts w:ascii="宋体" w:hAnsi="宋体" w:eastAsia="宋体"/>
          <w:b w:val="0"/>
          <w:sz w:val="20"/>
        </w:rPr>
        <w:t>设计思路：由于0不代表具体的数量，在生活中不易直观感受，所以建立0的概念对于学生来说还是有难度。本节课中，通过具体的情境，让学生观察事件发展的过程中物体数量的变化，理解0表示一个都没有；再结合学生熟悉的尺子，通过尺子上的刻度初步认识0表示起点。有关0的加减法也是将静态的情境动态化，通过数量的变化感受0与一个数相加减的结果，再观察一些算式发现规律，理解有关0的加减法的规律。</w:t>
      </w:r>
    </w:p>
    <w:p>
      <w:pPr>
        <w:spacing w:after="80" w:line="300" w:lineRule="auto"/>
        <w:ind w:firstLine="400"/>
      </w:pPr>
      <w:r>
        <w:rPr>
          <w:rFonts w:ascii="宋体" w:hAnsi="宋体" w:eastAsia="宋体"/>
          <w:b w:val="0"/>
          <w:sz w:val="20"/>
        </w:rPr>
        <w:t>教学准备：课件、直尺。</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（1）知道“0”的含义，会读、写数字“0”，初步学会计算有关“0”的加、减法。</w:t>
      </w:r>
    </w:p>
    <w:p>
      <w:pPr>
        <w:spacing w:after="20" w:line="300" w:lineRule="auto"/>
        <w:ind w:firstLine="400"/>
      </w:pPr>
      <w:r>
        <w:rPr>
          <w:rFonts w:ascii="宋体" w:hAnsi="宋体" w:eastAsia="宋体"/>
          <w:b w:val="0"/>
          <w:sz w:val="20"/>
        </w:rPr>
        <w:t>（2）在情境体验中理解有关“0”的加、减法的含义，并能熟练计算。</w:t>
      </w:r>
    </w:p>
    <w:p>
      <w:pPr>
        <w:spacing w:after="20" w:line="300" w:lineRule="auto"/>
        <w:ind w:firstLine="400"/>
      </w:pPr>
      <w:r>
        <w:rPr>
          <w:rFonts w:ascii="宋体" w:hAnsi="宋体" w:eastAsia="宋体"/>
          <w:b w:val="0"/>
          <w:sz w:val="20"/>
        </w:rPr>
        <w:t>（3）培养学生发现简单规律的能力。</w:t>
      </w:r>
    </w:p>
    <w:p>
      <w:pPr>
        <w:spacing w:after="20" w:line="300" w:lineRule="auto"/>
      </w:pPr>
      <w:r>
        <w:rPr>
          <w:rFonts w:ascii="宋体" w:hAnsi="宋体" w:eastAsia="宋体"/>
          <w:b w:val="0"/>
          <w:sz w:val="20"/>
        </w:rPr>
        <w:t>教学重点：理解0的两种含义，学会计算有关“0”的加、减法。</w:t>
      </w:r>
    </w:p>
    <w:p>
      <w:pPr>
        <w:spacing w:after="20" w:line="300" w:lineRule="auto"/>
      </w:pPr>
      <w:r>
        <w:rPr>
          <w:rFonts w:ascii="宋体" w:hAnsi="宋体" w:eastAsia="宋体"/>
          <w:b w:val="0"/>
          <w:sz w:val="20"/>
        </w:rPr>
        <w:t>教学难点：理解0的含义，理解有关“0”的加、减法的算理。</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情境引入</w:t>
            </w:r>
          </w:p>
        </w:tc>
        <w:tc>
          <w:tcPr>
            <w:tcW w:type="dxa" w:w="1814"/>
          </w:tcPr>
          <w:p>
            <w:pPr>
              <w:spacing w:after="20" w:line="276" w:lineRule="auto"/>
            </w:pPr>
            <w:r/>
            <w:r>
              <w:rPr>
                <w:rFonts w:ascii="宋体" w:hAnsi="宋体" w:eastAsia="宋体"/>
                <w:b w:val="0"/>
                <w:sz w:val="18"/>
              </w:rPr>
              <w:t>课件、情境图</w:t>
            </w:r>
          </w:p>
        </w:tc>
        <w:tc>
          <w:tcPr>
            <w:tcW w:type="dxa" w:w="3402"/>
          </w:tcPr>
          <w:p>
            <w:pPr>
              <w:spacing w:after="20" w:line="276" w:lineRule="auto"/>
            </w:pPr>
            <w:r/>
            <w:r>
              <w:rPr>
                <w:rFonts w:ascii="宋体" w:hAnsi="宋体" w:eastAsia="宋体"/>
                <w:b w:val="0"/>
                <w:sz w:val="18"/>
              </w:rPr>
              <w:t>大熊猫发现了一盘竹笋。看，盘子里有几个竹笋？用数字几来表示？；熊猫吃竹笋的过程中有哪些数学知识呢？</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活动探究，学习新知</w:t>
            </w:r>
          </w:p>
        </w:tc>
        <w:tc>
          <w:tcPr>
            <w:tcW w:type="dxa" w:w="1814"/>
          </w:tcPr>
          <w:p>
            <w:pPr>
              <w:spacing w:after="20" w:line="276" w:lineRule="auto"/>
            </w:pPr>
            <w:r/>
            <w:r>
              <w:rPr>
                <w:rFonts w:ascii="宋体" w:hAnsi="宋体" w:eastAsia="宋体"/>
                <w:b w:val="0"/>
                <w:sz w:val="18"/>
              </w:rPr>
              <w:t>课件、教科书、情境图</w:t>
            </w:r>
          </w:p>
        </w:tc>
        <w:tc>
          <w:tcPr>
            <w:tcW w:type="dxa" w:w="3402"/>
          </w:tcPr>
          <w:p>
            <w:pPr>
              <w:spacing w:after="20" w:line="276" w:lineRule="auto"/>
            </w:pPr>
            <w:r/>
            <w:r>
              <w:rPr>
                <w:rFonts w:ascii="宋体" w:hAnsi="宋体" w:eastAsia="宋体"/>
                <w:b w:val="0"/>
                <w:sz w:val="18"/>
              </w:rPr>
              <w:t>盘子里1个竹笋也没有了，应该用数字几来表示呢？；你们在哪里见到过“0”呢？</w:t>
            </w:r>
          </w:p>
        </w:tc>
        <w:tc>
          <w:tcPr>
            <w:tcW w:type="dxa" w:w="1361"/>
          </w:tcPr>
          <w:p>
            <w:pPr>
              <w:spacing w:after="20" w:line="276" w:lineRule="auto"/>
            </w:pPr>
            <w:r/>
            <w:r>
              <w:rPr>
                <w:rFonts w:ascii="宋体" w:hAnsi="宋体" w:eastAsia="宋体"/>
                <w:b w:val="0"/>
                <w:sz w:val="18"/>
              </w:rPr>
              <w:t>12分钟</w:t>
            </w:r>
          </w:p>
        </w:tc>
      </w:tr>
      <w:tr>
        <w:tc>
          <w:tcPr>
            <w:tcW w:type="dxa" w:w="2835"/>
          </w:tcPr>
          <w:p>
            <w:pPr>
              <w:spacing w:after="20" w:line="276" w:lineRule="auto"/>
            </w:pPr>
            <w:r/>
            <w:r>
              <w:rPr>
                <w:rFonts w:ascii="宋体" w:hAnsi="宋体" w:eastAsia="宋体"/>
                <w:b w:val="0"/>
                <w:sz w:val="18"/>
              </w:rPr>
              <w:t>根据减法情境，理解算理</w:t>
            </w:r>
          </w:p>
        </w:tc>
        <w:tc>
          <w:tcPr>
            <w:tcW w:type="dxa" w:w="1814"/>
          </w:tcPr>
          <w:p>
            <w:pPr>
              <w:spacing w:after="20" w:line="276" w:lineRule="auto"/>
            </w:pPr>
            <w:r/>
            <w:r>
              <w:rPr>
                <w:rFonts w:ascii="宋体" w:hAnsi="宋体" w:eastAsia="宋体"/>
                <w:b w:val="0"/>
                <w:sz w:val="18"/>
              </w:rPr>
              <w:t>情境图、课件、教科书</w:t>
            </w:r>
          </w:p>
        </w:tc>
        <w:tc>
          <w:tcPr>
            <w:tcW w:type="dxa" w:w="3402"/>
          </w:tcPr>
          <w:p>
            <w:pPr>
              <w:spacing w:after="20" w:line="276" w:lineRule="auto"/>
            </w:pPr>
            <w:r/>
            <w:r>
              <w:rPr>
                <w:rFonts w:ascii="宋体" w:hAnsi="宋体" w:eastAsia="宋体"/>
                <w:b w:val="0"/>
                <w:sz w:val="18"/>
              </w:rPr>
              <w:t>鸟窝里还有几只小鸟？你能用一个算式来表示吗？；同学们观察得真仔细，你们还能说出像3－3＝0这样的算式吗？</w:t>
            </w:r>
          </w:p>
        </w:tc>
        <w:tc>
          <w:tcPr>
            <w:tcW w:type="dxa" w:w="1361"/>
          </w:tcPr>
          <w:p>
            <w:pPr>
              <w:spacing w:after="20" w:line="276" w:lineRule="auto"/>
            </w:pPr>
            <w:r/>
            <w:r>
              <w:rPr>
                <w:rFonts w:ascii="宋体" w:hAnsi="宋体" w:eastAsia="宋体"/>
                <w:b w:val="0"/>
                <w:sz w:val="18"/>
              </w:rPr>
              <w:t>20分钟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2分钟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说一说这节课你们有什么收获？</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情境引入</w:t>
            </w:r>
          </w:p>
        </w:tc>
        <w:tc>
          <w:tcPr>
            <w:tcW w:type="dxa" w:w="3061"/>
          </w:tcPr>
          <w:p>
            <w:pPr>
              <w:spacing w:after="20" w:line="276" w:lineRule="auto"/>
            </w:pPr>
            <w:r/>
            <w:r>
              <w:rPr>
                <w:rFonts w:ascii="宋体" w:hAnsi="宋体" w:eastAsia="宋体"/>
                <w:b w:val="0"/>
                <w:sz w:val="18"/>
              </w:rPr>
              <w:t>1.课件动态演示熊猫吃竹笋的过程。</w:t>
            </w:r>
          </w:p>
          <w:p>
            <w:pPr>
              <w:spacing w:after="20" w:line="276" w:lineRule="auto"/>
            </w:pPr>
            <w:r>
              <w:rPr>
                <w:rFonts w:ascii="宋体" w:hAnsi="宋体" w:eastAsia="宋体"/>
                <w:b w:val="0"/>
                <w:sz w:val="18"/>
              </w:rPr>
              <w:t>师：大熊猫发现了一盘竹笋。看，盘子里有几个竹笋？用数字几来表示？看看接着发生了什么事情。</w:t>
            </w:r>
          </w:p>
          <w:p>
            <w:pPr>
              <w:spacing w:after="20" w:line="276" w:lineRule="auto"/>
            </w:pPr>
            <w:r>
              <w:rPr>
                <w:rFonts w:ascii="宋体" w:hAnsi="宋体" w:eastAsia="宋体"/>
                <w:b w:val="0"/>
                <w:sz w:val="18"/>
              </w:rPr>
              <w:t>课件依次出示后两幅情境图。</w:t>
            </w:r>
          </w:p>
          <w:p>
            <w:pPr>
              <w:spacing w:after="20" w:line="276" w:lineRule="auto"/>
            </w:pPr>
            <w:r>
              <w:rPr>
                <w:rFonts w:ascii="宋体" w:hAnsi="宋体" w:eastAsia="宋体"/>
                <w:b w:val="0"/>
                <w:sz w:val="18"/>
              </w:rPr>
              <w:t>2．导入学习。</w:t>
            </w:r>
          </w:p>
          <w:p>
            <w:pPr>
              <w:spacing w:after="20" w:line="276" w:lineRule="auto"/>
            </w:pPr>
            <w:r>
              <w:rPr>
                <w:rFonts w:ascii="宋体" w:hAnsi="宋体" w:eastAsia="宋体"/>
                <w:b w:val="0"/>
                <w:sz w:val="18"/>
              </w:rPr>
              <w:t>师：熊猫吃竹笋的过程中有哪些数学知识呢？今天我们就一起探究。</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创设情境激活学生已有经验，自然引出本课学习内容，激发学习兴趣，核心问题："大熊猫发现了一盘竹笋。看，盘子里有几个竹笋？用数字几来表示？"</w:t>
            </w:r>
          </w:p>
        </w:tc>
      </w:tr>
      <w:tr>
        <w:tc>
          <w:tcPr>
            <w:tcW w:type="dxa" w:w="1474"/>
          </w:tcPr>
          <w:p>
            <w:pPr>
              <w:spacing w:after="20" w:line="276" w:lineRule="auto"/>
            </w:pPr>
            <w:r>
              <w:rPr>
                <w:b/>
              </w:rPr>
            </w:r>
            <w:r>
              <w:rPr>
                <w:rFonts w:ascii="宋体" w:hAnsi="宋体" w:eastAsia="宋体"/>
                <w:b/>
                <w:sz w:val="18"/>
              </w:rPr>
              <w:t>活动探究，学习新知</w:t>
            </w:r>
          </w:p>
        </w:tc>
        <w:tc>
          <w:tcPr>
            <w:tcW w:type="dxa" w:w="3061"/>
          </w:tcPr>
          <w:p>
            <w:pPr>
              <w:spacing w:after="20" w:line="276" w:lineRule="auto"/>
            </w:pPr>
            <w:r/>
            <w:r>
              <w:rPr>
                <w:rFonts w:ascii="宋体" w:hAnsi="宋体" w:eastAsia="宋体"/>
                <w:b w:val="0"/>
                <w:sz w:val="18"/>
              </w:rPr>
              <w:t>1.理解“0”表示没有。</w:t>
            </w:r>
          </w:p>
          <w:p>
            <w:pPr>
              <w:spacing w:after="20" w:line="276" w:lineRule="auto"/>
            </w:pPr>
            <w:r>
              <w:rPr>
                <w:rFonts w:ascii="宋体" w:hAnsi="宋体" w:eastAsia="宋体"/>
                <w:b w:val="0"/>
                <w:sz w:val="18"/>
              </w:rPr>
              <w:t>师：根据刚才的观察，汇报自己的发现。</w:t>
            </w:r>
          </w:p>
          <w:p>
            <w:pPr>
              <w:spacing w:after="20" w:line="276" w:lineRule="auto"/>
            </w:pPr>
            <w:r>
              <w:rPr>
                <w:rFonts w:ascii="宋体" w:hAnsi="宋体" w:eastAsia="宋体"/>
                <w:b w:val="0"/>
                <w:sz w:val="18"/>
              </w:rPr>
              <w:t>师：盘子里1个竹笋也没有了，应该用数字几来表示呢？</w:t>
            </w:r>
          </w:p>
          <w:p>
            <w:pPr>
              <w:spacing w:after="20" w:line="276" w:lineRule="auto"/>
            </w:pPr>
            <w:r>
              <w:rPr>
                <w:rFonts w:ascii="宋体" w:hAnsi="宋体" w:eastAsia="宋体"/>
                <w:b w:val="0"/>
                <w:sz w:val="18"/>
              </w:rPr>
              <w:t>师：在数学上，一个也没有就用“0”表示(板书：0表示一个也没有)。今天我们就来认识0以及0的加、减法。(板书课题：0的认识和加、减法)</w:t>
            </w:r>
          </w:p>
          <w:p>
            <w:pPr>
              <w:spacing w:after="20" w:line="276" w:lineRule="auto"/>
            </w:pPr>
            <w:r>
              <w:rPr>
                <w:rFonts w:ascii="宋体" w:hAnsi="宋体" w:eastAsia="宋体"/>
                <w:b w:val="0"/>
                <w:sz w:val="18"/>
              </w:rPr>
              <w:t>2．体会“0”表示起点。</w:t>
            </w:r>
          </w:p>
          <w:p>
            <w:pPr>
              <w:spacing w:after="20" w:line="276" w:lineRule="auto"/>
            </w:pPr>
            <w:r>
              <w:rPr>
                <w:rFonts w:ascii="宋体" w:hAnsi="宋体" w:eastAsia="宋体"/>
                <w:b w:val="0"/>
                <w:sz w:val="18"/>
              </w:rPr>
              <w:t>师：你们在哪里见到过“0”呢？</w:t>
            </w:r>
          </w:p>
          <w:p>
            <w:pPr>
              <w:spacing w:after="20" w:line="276" w:lineRule="auto"/>
            </w:pPr>
            <w:r>
              <w:rPr>
                <w:rFonts w:ascii="宋体" w:hAnsi="宋体" w:eastAsia="宋体"/>
                <w:b w:val="0"/>
                <w:sz w:val="18"/>
              </w:rPr>
              <w:t>师：同学们真棒，说得都对。请同学们拿出直尺并观察，直尺上的“0”在哪儿？</w:t>
            </w:r>
          </w:p>
          <w:p>
            <w:pPr>
              <w:spacing w:after="20" w:line="276" w:lineRule="auto"/>
            </w:pPr>
            <w:r>
              <w:rPr>
                <w:rFonts w:ascii="宋体" w:hAnsi="宋体" w:eastAsia="宋体"/>
                <w:b w:val="0"/>
                <w:sz w:val="18"/>
              </w:rPr>
              <w:t>师：从“0”开始读一读直尺上的数，你有什么发现？</w:t>
            </w:r>
          </w:p>
          <w:p>
            <w:pPr>
              <w:spacing w:after="20" w:line="276" w:lineRule="auto"/>
            </w:pPr>
            <w:r>
              <w:rPr>
                <w:rFonts w:ascii="宋体" w:hAnsi="宋体" w:eastAsia="宋体"/>
                <w:b w:val="0"/>
                <w:sz w:val="18"/>
              </w:rPr>
              <w:t>引导学生发现“0”还可以表示“起点”。(板书：或起点)</w:t>
            </w:r>
          </w:p>
          <w:p>
            <w:pPr>
              <w:spacing w:after="20" w:line="276" w:lineRule="auto"/>
            </w:pPr>
            <w:r>
              <w:rPr>
                <w:rFonts w:ascii="宋体" w:hAnsi="宋体" w:eastAsia="宋体"/>
                <w:b w:val="0"/>
                <w:sz w:val="18"/>
              </w:rPr>
              <w:t>3．学习“0”的书写。</w:t>
            </w:r>
          </w:p>
          <w:p>
            <w:pPr>
              <w:spacing w:after="20" w:line="276" w:lineRule="auto"/>
            </w:pPr>
            <w:r>
              <w:rPr>
                <w:rFonts w:ascii="宋体" w:hAnsi="宋体" w:eastAsia="宋体"/>
                <w:b w:val="0"/>
                <w:sz w:val="18"/>
              </w:rPr>
              <w:t>师：我们已经认识了0，你们觉得0像什么？</w:t>
            </w:r>
          </w:p>
          <w:p>
            <w:pPr>
              <w:spacing w:after="20" w:line="276" w:lineRule="auto"/>
            </w:pPr>
            <w:r>
              <w:rPr>
                <w:rFonts w:ascii="宋体" w:hAnsi="宋体" w:eastAsia="宋体"/>
                <w:b w:val="0"/>
                <w:sz w:val="18"/>
              </w:rPr>
              <w:t>课件动态演示0的写法，边朗诵儿歌边学写0：溜溜一个圆，从上往下写，从左往右弯，写完像鸭蛋。</w:t>
            </w:r>
          </w:p>
          <w:p>
            <w:pPr>
              <w:spacing w:after="20" w:line="276" w:lineRule="auto"/>
            </w:pPr>
            <w:r>
              <w:rPr>
                <w:rFonts w:ascii="宋体" w:hAnsi="宋体" w:eastAsia="宋体"/>
                <w:b w:val="0"/>
                <w:sz w:val="18"/>
              </w:rPr>
              <w:t>师：下面我们就比一比，看谁写得好。请大家翻开教科书第30页，在写字格中用铅笔将黑色虚线的0描一遍。</w:t>
            </w:r>
          </w:p>
          <w:p>
            <w:pPr>
              <w:spacing w:after="20" w:line="276" w:lineRule="auto"/>
            </w:pPr>
            <w:r>
              <w:rPr>
                <w:rFonts w:ascii="宋体" w:hAnsi="宋体" w:eastAsia="宋体"/>
                <w:b w:val="0"/>
                <w:sz w:val="18"/>
              </w:rPr>
              <w:t>(投影仪展示学生作业，并进行评价)</w:t>
            </w:r>
          </w:p>
        </w:tc>
        <w:tc>
          <w:tcPr>
            <w:tcW w:type="dxa" w:w="3061"/>
          </w:tcPr>
          <w:p>
            <w:pPr>
              <w:spacing w:after="20" w:line="276" w:lineRule="auto"/>
            </w:pPr>
            <w:r/>
            <w:r>
              <w:rPr>
                <w:rFonts w:ascii="宋体" w:hAnsi="宋体" w:eastAsia="宋体"/>
                <w:b w:val="0"/>
                <w:sz w:val="18"/>
              </w:rPr>
              <w:t>学生会根据情境图说出盘子里原来有2个竹笋，用2表示。大熊猫吃了1个后，还剩下1个竹笋，用1表示。它又吃了1个，盘子里1个竹笋也没有了。</w:t>
            </w:r>
          </w:p>
          <w:p>
            <w:pPr>
              <w:spacing w:after="20" w:line="276" w:lineRule="auto"/>
            </w:pPr>
            <w:r>
              <w:rPr>
                <w:rFonts w:ascii="宋体" w:hAnsi="宋体" w:eastAsia="宋体"/>
                <w:b w:val="0"/>
                <w:sz w:val="18"/>
              </w:rPr>
              <w:t>学生可能说到电话号码、门牌号、直尺等。</w:t>
            </w:r>
          </w:p>
          <w:p>
            <w:pPr>
              <w:spacing w:after="20" w:line="276" w:lineRule="auto"/>
            </w:pPr>
            <w:r>
              <w:rPr>
                <w:rFonts w:ascii="宋体" w:hAnsi="宋体" w:eastAsia="宋体"/>
                <w:b w:val="0"/>
                <w:sz w:val="18"/>
              </w:rPr>
              <w:t>学生可能说“0”在直尺的最开头，“0”在直尺的最左边，“0”排在第1个。</w:t>
            </w:r>
          </w:p>
          <w:p>
            <w:pPr>
              <w:spacing w:after="20" w:line="276" w:lineRule="auto"/>
            </w:pPr>
            <w:r>
              <w:rPr>
                <w:rFonts w:ascii="宋体" w:hAnsi="宋体" w:eastAsia="宋体"/>
                <w:b w:val="0"/>
                <w:sz w:val="18"/>
              </w:rPr>
              <w:t>学生可能会说：像鸡蛋、月饼、冬瓜……</w:t>
            </w:r>
          </w:p>
        </w:tc>
        <w:tc>
          <w:tcPr>
            <w:tcW w:type="dxa" w:w="1814"/>
          </w:tcPr>
          <w:p>
            <w:pPr>
              <w:spacing w:after="20" w:line="276" w:lineRule="auto"/>
            </w:pPr>
            <w:r/>
            <w:r>
              <w:rPr>
                <w:rFonts w:ascii="宋体" w:hAnsi="宋体" w:eastAsia="宋体"/>
                <w:b w:val="0"/>
                <w:sz w:val="18"/>
              </w:rPr>
              <w:t>设计递进式探究活动，引导学生在动手实践与合作交流中经历知识形成过程，突破本课重难点，核心问题："盘子里1个竹笋也没有了，应该用数字几来表示呢？"</w:t>
            </w:r>
          </w:p>
        </w:tc>
      </w:tr>
      <w:tr>
        <w:tc>
          <w:tcPr>
            <w:tcW w:type="dxa" w:w="1474"/>
          </w:tcPr>
          <w:p>
            <w:pPr>
              <w:spacing w:after="20" w:line="276" w:lineRule="auto"/>
            </w:pPr>
            <w:r>
              <w:rPr>
                <w:b/>
              </w:rPr>
            </w:r>
            <w:r>
              <w:rPr>
                <w:rFonts w:ascii="宋体" w:hAnsi="宋体" w:eastAsia="宋体"/>
                <w:b/>
                <w:sz w:val="18"/>
              </w:rPr>
              <w:t>根据减法情境，理解算理</w:t>
            </w:r>
          </w:p>
        </w:tc>
        <w:tc>
          <w:tcPr>
            <w:tcW w:type="dxa" w:w="3061"/>
          </w:tcPr>
          <w:p>
            <w:pPr>
              <w:spacing w:after="20" w:line="276" w:lineRule="auto"/>
            </w:pPr>
            <w:r/>
            <w:r>
              <w:rPr>
                <w:rFonts w:ascii="宋体" w:hAnsi="宋体" w:eastAsia="宋体"/>
                <w:b w:val="0"/>
                <w:sz w:val="18"/>
              </w:rPr>
              <w:t>1.学习相同数相减等于0。</w:t>
            </w:r>
          </w:p>
          <w:p>
            <w:pPr>
              <w:spacing w:after="20" w:line="276" w:lineRule="auto"/>
            </w:pPr>
            <w:r>
              <w:rPr>
                <w:rFonts w:ascii="宋体" w:hAnsi="宋体" w:eastAsia="宋体"/>
                <w:b w:val="0"/>
                <w:sz w:val="18"/>
              </w:rPr>
              <w:t>(1)观察情境图，列式解答。</w:t>
            </w:r>
          </w:p>
          <w:p>
            <w:pPr>
              <w:spacing w:after="20" w:line="276" w:lineRule="auto"/>
            </w:pPr>
            <w:r>
              <w:rPr>
                <w:rFonts w:ascii="宋体" w:hAnsi="宋体" w:eastAsia="宋体"/>
                <w:b w:val="0"/>
                <w:sz w:val="18"/>
              </w:rPr>
              <w:t>课件出示教科书P30小鸟情境图。</w:t>
            </w:r>
          </w:p>
          <w:p>
            <w:pPr>
              <w:spacing w:after="20" w:line="276" w:lineRule="auto"/>
            </w:pPr>
            <w:r>
              <w:rPr>
                <w:rFonts w:ascii="宋体" w:hAnsi="宋体" w:eastAsia="宋体"/>
                <w:b w:val="0"/>
                <w:sz w:val="18"/>
              </w:rPr>
              <w:t>师：鸟窝里还有几只小鸟？你能用一个算式来表示吗？</w:t>
            </w:r>
          </w:p>
          <w:p>
            <w:pPr>
              <w:spacing w:after="20" w:line="276" w:lineRule="auto"/>
            </w:pPr>
            <w:r>
              <w:rPr>
                <w:rFonts w:ascii="宋体" w:hAnsi="宋体" w:eastAsia="宋体"/>
                <w:b w:val="0"/>
                <w:sz w:val="18"/>
              </w:rPr>
              <w:t>鸟窝里原来有3只小鸟，3只都飞走了，现在一只小鸟也没有了，列式为3－3＝0。(板书：3－3＝0)</w:t>
            </w:r>
          </w:p>
          <w:p>
            <w:pPr>
              <w:spacing w:after="20" w:line="276" w:lineRule="auto"/>
            </w:pPr>
            <w:r>
              <w:rPr>
                <w:rFonts w:ascii="宋体" w:hAnsi="宋体" w:eastAsia="宋体"/>
                <w:b w:val="0"/>
                <w:sz w:val="18"/>
              </w:rPr>
              <w:t>(2)寻找规律，强化理解。</w:t>
            </w:r>
          </w:p>
          <w:p>
            <w:pPr>
              <w:spacing w:after="20" w:line="276" w:lineRule="auto"/>
            </w:pPr>
            <w:r>
              <w:rPr>
                <w:rFonts w:ascii="宋体" w:hAnsi="宋体" w:eastAsia="宋体"/>
                <w:b w:val="0"/>
                <w:sz w:val="18"/>
              </w:rPr>
              <w:t>师：同学们观察得真仔细，你们还能说出像3－3＝0这样的算式吗？</w:t>
            </w:r>
          </w:p>
          <w:p>
            <w:pPr>
              <w:spacing w:after="20" w:line="276" w:lineRule="auto"/>
            </w:pPr>
            <w:r>
              <w:rPr>
                <w:rFonts w:ascii="宋体" w:hAnsi="宋体" w:eastAsia="宋体"/>
                <w:b w:val="0"/>
                <w:sz w:val="18"/>
              </w:rPr>
              <w:t>师：观察这些算式，你有什么发现？</w:t>
            </w:r>
          </w:p>
          <w:p>
            <w:pPr>
              <w:spacing w:after="20" w:line="276" w:lineRule="auto"/>
            </w:pPr>
            <w:r>
              <w:rPr>
                <w:rFonts w:ascii="宋体" w:hAnsi="宋体" w:eastAsia="宋体"/>
                <w:b w:val="0"/>
                <w:sz w:val="18"/>
              </w:rPr>
              <w:t>它们都是减法，得数都是0。</w:t>
            </w:r>
          </w:p>
          <w:p>
            <w:pPr>
              <w:spacing w:after="20" w:line="276" w:lineRule="auto"/>
            </w:pPr>
            <w:r>
              <w:rPr>
                <w:rFonts w:ascii="宋体" w:hAnsi="宋体" w:eastAsia="宋体"/>
                <w:b w:val="0"/>
                <w:sz w:val="18"/>
              </w:rPr>
              <w:t>教师引导学生观察算式中的数，明确一个数减去它本身就等于0。</w:t>
            </w:r>
          </w:p>
          <w:p>
            <w:pPr>
              <w:spacing w:after="20" w:line="276" w:lineRule="auto"/>
            </w:pPr>
            <w:r>
              <w:rPr>
                <w:rFonts w:ascii="宋体" w:hAnsi="宋体" w:eastAsia="宋体"/>
                <w:b w:val="0"/>
                <w:sz w:val="18"/>
              </w:rPr>
              <w:t>师：同学们可真棒，把藏在算式后面的小秘密全都发现了。原来一个数减去它本身就等于0，也就是说，相同的两个数相减，得数是0。(板书：相同的两个数相减得0)</w:t>
            </w:r>
          </w:p>
          <w:p>
            <w:pPr>
              <w:spacing w:after="20" w:line="276" w:lineRule="auto"/>
            </w:pPr>
            <w:r>
              <w:rPr>
                <w:rFonts w:ascii="宋体" w:hAnsi="宋体" w:eastAsia="宋体"/>
                <w:b w:val="0"/>
                <w:sz w:val="18"/>
              </w:rPr>
              <w:t>2．学习一个数与0相加还得这个数。</w:t>
            </w:r>
          </w:p>
          <w:p>
            <w:pPr>
              <w:spacing w:after="20" w:line="276" w:lineRule="auto"/>
            </w:pPr>
            <w:r>
              <w:rPr>
                <w:rFonts w:ascii="宋体" w:hAnsi="宋体" w:eastAsia="宋体"/>
                <w:b w:val="0"/>
                <w:sz w:val="18"/>
              </w:rPr>
              <w:t>(1)观察情境图，列式解答。</w:t>
            </w:r>
          </w:p>
          <w:p>
            <w:pPr>
              <w:spacing w:after="20" w:line="276" w:lineRule="auto"/>
            </w:pPr>
            <w:r>
              <w:rPr>
                <w:rFonts w:ascii="宋体" w:hAnsi="宋体" w:eastAsia="宋体"/>
                <w:b w:val="0"/>
                <w:sz w:val="18"/>
              </w:rPr>
              <w:t>课件出示教科书P30小青蛙情境图。</w:t>
            </w:r>
          </w:p>
          <w:p>
            <w:pPr>
              <w:spacing w:after="20" w:line="276" w:lineRule="auto"/>
            </w:pPr>
            <w:r>
              <w:rPr>
                <w:rFonts w:ascii="宋体" w:hAnsi="宋体" w:eastAsia="宋体"/>
                <w:b w:val="0"/>
                <w:sz w:val="18"/>
              </w:rPr>
              <w:t>师：你们看到了什么？</w:t>
            </w:r>
          </w:p>
          <w:p>
            <w:pPr>
              <w:spacing w:after="20" w:line="276" w:lineRule="auto"/>
            </w:pPr>
            <w:r>
              <w:rPr>
                <w:rFonts w:ascii="宋体" w:hAnsi="宋体" w:eastAsia="宋体"/>
                <w:b w:val="0"/>
                <w:sz w:val="18"/>
              </w:rPr>
              <w:t>左边荷叶上有4只小青蛙，右边荷叶上没有青蛙。</w:t>
            </w:r>
          </w:p>
          <w:p>
            <w:pPr>
              <w:spacing w:after="20" w:line="276" w:lineRule="auto"/>
            </w:pPr>
            <w:r>
              <w:rPr>
                <w:rFonts w:ascii="宋体" w:hAnsi="宋体" w:eastAsia="宋体"/>
                <w:b w:val="0"/>
                <w:sz w:val="18"/>
              </w:rPr>
              <w:t>师：没有青蛙用数字几表示？两片荷叶上一共有几只小青蛙？你能用一个算式来表示吗？</w:t>
            </w:r>
          </w:p>
          <w:p>
            <w:pPr>
              <w:spacing w:after="20" w:line="276" w:lineRule="auto"/>
            </w:pPr>
            <w:r>
              <w:rPr>
                <w:rFonts w:ascii="宋体" w:hAnsi="宋体" w:eastAsia="宋体"/>
                <w:b w:val="0"/>
                <w:sz w:val="18"/>
              </w:rPr>
              <w:t>没有青蛙用数字0表示，求两片荷叶上一共有几只小青蛙，就是求几和几合起来是多少，用加法计算，列式为4＋0＝4。(板书：4＋0＝4)</w:t>
            </w:r>
          </w:p>
          <w:p>
            <w:pPr>
              <w:spacing w:after="20" w:line="276" w:lineRule="auto"/>
            </w:pPr>
            <w:r>
              <w:rPr>
                <w:rFonts w:ascii="宋体" w:hAnsi="宋体" w:eastAsia="宋体"/>
                <w:b w:val="0"/>
                <w:sz w:val="18"/>
              </w:rPr>
              <w:t>(2)寻找规律，强化理解。</w:t>
            </w:r>
          </w:p>
          <w:p>
            <w:pPr>
              <w:spacing w:after="20" w:line="276" w:lineRule="auto"/>
            </w:pPr>
            <w:r>
              <w:rPr>
                <w:rFonts w:ascii="宋体" w:hAnsi="宋体" w:eastAsia="宋体"/>
                <w:b w:val="0"/>
                <w:sz w:val="18"/>
              </w:rPr>
              <w:t>师：同学们表现得真棒，你们还能说出几个这样的算式吗？</w:t>
            </w:r>
          </w:p>
          <w:p>
            <w:pPr>
              <w:spacing w:after="20" w:line="276" w:lineRule="auto"/>
            </w:pPr>
            <w:r>
              <w:rPr>
                <w:rFonts w:ascii="宋体" w:hAnsi="宋体" w:eastAsia="宋体"/>
                <w:b w:val="0"/>
                <w:sz w:val="18"/>
              </w:rPr>
              <w:t>师：观察这些算式，你有什么发现？</w:t>
            </w:r>
          </w:p>
          <w:p>
            <w:pPr>
              <w:spacing w:after="20" w:line="276" w:lineRule="auto"/>
            </w:pPr>
            <w:r>
              <w:rPr>
                <w:rFonts w:ascii="宋体" w:hAnsi="宋体" w:eastAsia="宋体"/>
                <w:b w:val="0"/>
                <w:sz w:val="18"/>
              </w:rPr>
              <w:t>一个数加上0，还等于这个数。0加上一个数，还等于这个数。(板书：一个数与0相加还得这个数)</w:t>
            </w:r>
          </w:p>
          <w:p>
            <w:pPr>
              <w:spacing w:after="20" w:line="276" w:lineRule="auto"/>
            </w:pPr>
            <w:r>
              <w:rPr>
                <w:rFonts w:ascii="宋体" w:hAnsi="宋体" w:eastAsia="宋体"/>
                <w:b w:val="0"/>
                <w:sz w:val="18"/>
              </w:rPr>
              <w:t>3．学习一个数减去0还得这个数。</w:t>
            </w:r>
          </w:p>
          <w:p>
            <w:pPr>
              <w:spacing w:after="20" w:line="276" w:lineRule="auto"/>
            </w:pPr>
            <w:r>
              <w:rPr>
                <w:rFonts w:ascii="宋体" w:hAnsi="宋体" w:eastAsia="宋体"/>
                <w:b w:val="0"/>
                <w:sz w:val="18"/>
              </w:rPr>
              <w:t>师：两个相同的数相减得数是0。一个数与0相加还得这个数。想一想，一个数减去0，结果又会是什么呢？请同学们根据算式5－0编个小故事，并算出这个算式的得数。</w:t>
            </w:r>
          </w:p>
          <w:p>
            <w:pPr>
              <w:spacing w:after="20" w:line="276" w:lineRule="auto"/>
            </w:pPr>
            <w:r>
              <w:rPr>
                <w:rFonts w:ascii="宋体" w:hAnsi="宋体" w:eastAsia="宋体"/>
                <w:b w:val="0"/>
                <w:sz w:val="18"/>
              </w:rPr>
              <w:t>引导学生根据算式5－0编出故事，只要合理就予以肯定。例如，5个苹果，吃了0个，也就是没有吃，还剩5个，所以5－0＝5……(板书：5－0＝5)</w:t>
            </w:r>
          </w:p>
          <w:p>
            <w:pPr>
              <w:spacing w:after="20" w:line="276" w:lineRule="auto"/>
            </w:pPr>
            <w:r>
              <w:rPr>
                <w:rFonts w:ascii="宋体" w:hAnsi="宋体" w:eastAsia="宋体"/>
                <w:b w:val="0"/>
                <w:sz w:val="18"/>
              </w:rPr>
              <w:t>师：同学们能再说出几个像这样的算式吗？</w:t>
            </w:r>
          </w:p>
          <w:p>
            <w:pPr>
              <w:spacing w:after="20" w:line="276" w:lineRule="auto"/>
            </w:pPr>
            <w:r>
              <w:rPr>
                <w:rFonts w:ascii="宋体" w:hAnsi="宋体" w:eastAsia="宋体"/>
                <w:b w:val="0"/>
                <w:sz w:val="18"/>
              </w:rPr>
              <w:t>4－0＝4、3－0＝3、2－0＝2、1－0＝1、0－0＝0。</w:t>
            </w:r>
          </w:p>
          <w:p>
            <w:pPr>
              <w:spacing w:after="20" w:line="276" w:lineRule="auto"/>
            </w:pPr>
            <w:r>
              <w:rPr>
                <w:rFonts w:ascii="宋体" w:hAnsi="宋体" w:eastAsia="宋体"/>
                <w:b w:val="0"/>
                <w:sz w:val="18"/>
              </w:rPr>
              <w:t>师：观察这些算式，你发现了什么规律？</w:t>
            </w:r>
          </w:p>
          <w:p>
            <w:pPr>
              <w:spacing w:after="20" w:line="276" w:lineRule="auto"/>
            </w:pPr>
            <w:r>
              <w:rPr>
                <w:rFonts w:ascii="宋体" w:hAnsi="宋体" w:eastAsia="宋体"/>
                <w:b w:val="0"/>
                <w:sz w:val="18"/>
              </w:rPr>
              <w:t>(根据学生的回答板书：一个数减去0还得这个数)</w:t>
            </w:r>
          </w:p>
        </w:tc>
        <w:tc>
          <w:tcPr>
            <w:tcW w:type="dxa" w:w="3061"/>
          </w:tcPr>
          <w:p>
            <w:pPr>
              <w:spacing w:after="20" w:line="276" w:lineRule="auto"/>
            </w:pPr>
            <w:r/>
            <w:r>
              <w:rPr>
                <w:rFonts w:ascii="宋体" w:hAnsi="宋体" w:eastAsia="宋体"/>
                <w:b w:val="0"/>
                <w:sz w:val="18"/>
              </w:rPr>
              <w:t>同学们可能说出：1－1＝0、2－2＝0、4－4＝0、5－5＝0、0－0＝0。</w:t>
            </w:r>
          </w:p>
          <w:p>
            <w:pPr>
              <w:spacing w:after="20" w:line="276" w:lineRule="auto"/>
            </w:pPr>
            <w:r>
              <w:rPr>
                <w:rFonts w:ascii="宋体" w:hAnsi="宋体" w:eastAsia="宋体"/>
                <w:b w:val="0"/>
                <w:sz w:val="18"/>
              </w:rPr>
              <w:t>学生可能说出：5＋0＝5、3＋0＝3、2＋0＝2、1＋0＝1、0＋0＝0、0＋5＝5、0＋3＝3、0＋2＝2、0＋1＝1。</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创设情境激活学生已有经验，自然引出本课学习内容，激发学习兴趣，核心问题："鸟窝里还有几只小鸟？你能用一个算式来表示吗？"</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完成后集体交流订正。</w:t>
            </w:r>
          </w:p>
        </w:tc>
        <w:tc>
          <w:tcPr>
            <w:tcW w:type="dxa" w:w="3061"/>
          </w:tcPr>
          <w:p>
            <w:pPr>
              <w:spacing w:after="20" w:line="276" w:lineRule="auto"/>
            </w:pPr>
            <w:r/>
            <w:r>
              <w:rPr>
                <w:rFonts w:ascii="宋体" w:hAnsi="宋体" w:eastAsia="宋体"/>
                <w:b w:val="0"/>
                <w:sz w:val="18"/>
              </w:rPr>
              <w:t>学生独立完成教科书P30“做一做”。</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师：说一说这节课你们有什么收获？</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引导学生回顾梳理本课所学，完善认知结构，提升归纳与反思能力，核心问题："说一说这节课你们有什么收获？"</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教科书P30，完成教科书P30“做一做”。</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学生在生活中有“全部拿走就没有”的经验，所以得数为0的减法是比较容易理解的；学生也有在生活中减去0和加上0的经验，但是“加上会变多，减去会变少”的经验会成为他们计算加0和减0的障碍，所以修正“加上会变多，减去会变少”的经验是这节课的关键。</w:t>
      </w:r>
    </w:p>
    <w:p>
      <w:r>
        <w:br w:type="page"/>
      </w:r>
    </w:p>
    <w:p>
      <w:pPr>
        <w:spacing w:after="80" w:line="300" w:lineRule="auto"/>
      </w:pPr>
      <w:r>
        <w:rPr>
          <w:rFonts w:ascii="黑体" w:hAnsi="黑体" w:eastAsia="黑体"/>
          <w:b/>
          <w:sz w:val="24"/>
        </w:rPr>
        <w:t>二、课时教学方案（第10课时）</w:t>
      </w:r>
    </w:p>
    <w:p>
      <w:pPr>
        <w:spacing w:after="80" w:line="300" w:lineRule="auto"/>
      </w:pPr>
      <w:r>
        <w:rPr>
          <w:rFonts w:ascii="黑体" w:hAnsi="黑体" w:eastAsia="黑体"/>
          <w:b/>
          <w:sz w:val="24"/>
        </w:rPr>
        <w:t>第10课时　整理和复习(1)</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第10课时　整理和复习(1)</w:t>
            </w:r>
          </w:p>
        </w:tc>
        <w:tc>
          <w:tcPr>
            <w:tcW w:type="dxa" w:w="6009"/>
          </w:tcPr>
          <w:p>
            <w:pPr>
              <w:spacing w:after="20" w:line="276" w:lineRule="auto"/>
            </w:pPr>
            <w:r/>
            <w:r>
              <w:rPr>
                <w:rFonts w:ascii="宋体" w:hAnsi="宋体" w:eastAsia="宋体"/>
                <w:b w:val="0"/>
                <w:sz w:val="20"/>
              </w:rPr>
              <w:t>第1单元 5以内数的认识和加、减法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教学内容：教科书P31，完成教科书P33“练一练”第1、3、5题。</w:t>
      </w:r>
    </w:p>
    <w:p>
      <w:pPr>
        <w:spacing w:after="80" w:line="300" w:lineRule="auto"/>
        <w:ind w:firstLine="400"/>
      </w:pPr>
      <w:r>
        <w:rPr>
          <w:rFonts w:ascii="宋体" w:hAnsi="宋体" w:eastAsia="宋体"/>
          <w:b w:val="0"/>
          <w:sz w:val="20"/>
        </w:rPr>
        <w:t>设计思路：学生第一次进行单元整理复习，本节课充分发挥教师的主导作用，引导学生自主绘制“知识图”，在交流分享的基础上，不断完善“知识图”。让学生在整理过程中，不仅复习巩固本单元的学习内容，同时初步体会“知识图”的作用，学会整理复习的方式，积累整理复习的经验。</w:t>
      </w:r>
    </w:p>
    <w:p>
      <w:pPr>
        <w:spacing w:after="80" w:line="300" w:lineRule="auto"/>
        <w:ind w:firstLine="400"/>
      </w:pPr>
      <w:r>
        <w:rPr>
          <w:rFonts w:ascii="宋体" w:hAnsi="宋体" w:eastAsia="宋体"/>
          <w:b w:val="0"/>
          <w:sz w:val="20"/>
        </w:rPr>
        <w:t>教学准备：课件。</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（1）引导学生对5以内数的认识和加、减法的意义进行整理和复习，会口头交流本单元的学习内容和学习经验。</w:t>
      </w:r>
    </w:p>
    <w:p>
      <w:pPr>
        <w:spacing w:after="20" w:line="300" w:lineRule="auto"/>
        <w:ind w:firstLine="400"/>
      </w:pPr>
      <w:r>
        <w:rPr>
          <w:rFonts w:ascii="宋体" w:hAnsi="宋体" w:eastAsia="宋体"/>
          <w:b w:val="0"/>
          <w:sz w:val="20"/>
        </w:rPr>
        <w:t>（2）初步学会画“知识图”来展示交流。在画“知识图”的过程中，体会有序思考、对比观察等思考问题的方式。</w:t>
      </w:r>
    </w:p>
    <w:p>
      <w:pPr>
        <w:spacing w:after="20" w:line="300" w:lineRule="auto"/>
        <w:ind w:firstLine="400"/>
      </w:pPr>
      <w:r>
        <w:rPr>
          <w:rFonts w:ascii="宋体" w:hAnsi="宋体" w:eastAsia="宋体"/>
          <w:b w:val="0"/>
          <w:sz w:val="20"/>
        </w:rPr>
        <w:t>（3）学会交流分享，感受“整理”的必要性。</w:t>
      </w:r>
    </w:p>
    <w:p>
      <w:pPr>
        <w:spacing w:after="20" w:line="300" w:lineRule="auto"/>
      </w:pPr>
      <w:r>
        <w:rPr>
          <w:rFonts w:ascii="宋体" w:hAnsi="宋体" w:eastAsia="宋体"/>
          <w:b w:val="0"/>
          <w:sz w:val="20"/>
        </w:rPr>
        <w:t>教学重点：复习5以内数的认识和加、减法的意义。</w:t>
      </w:r>
    </w:p>
    <w:p>
      <w:pPr>
        <w:spacing w:after="20" w:line="300" w:lineRule="auto"/>
      </w:pPr>
      <w:r>
        <w:rPr>
          <w:rFonts w:ascii="宋体" w:hAnsi="宋体" w:eastAsia="宋体"/>
          <w:b w:val="0"/>
          <w:sz w:val="20"/>
        </w:rPr>
        <w:t>教学难点：用画“知识图”的方法来梳理本单元的知识点。</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谈话导入，揭示课题</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同学们，我们已经学完一个单元了，这个单元我们学习了哪些知识呢？</w:t>
            </w:r>
          </w:p>
        </w:tc>
        <w:tc>
          <w:tcPr>
            <w:tcW w:type="dxa" w:w="1361"/>
          </w:tcPr>
          <w:p>
            <w:pPr>
              <w:spacing w:after="20" w:line="276" w:lineRule="auto"/>
            </w:pPr>
            <w:r/>
            <w:r>
              <w:rPr>
                <w:rFonts w:ascii="宋体" w:hAnsi="宋体" w:eastAsia="宋体"/>
                <w:b w:val="0"/>
                <w:sz w:val="18"/>
              </w:rPr>
              <w:t>5分钟</w:t>
            </w:r>
          </w:p>
        </w:tc>
      </w:tr>
      <w:tr>
        <w:tc>
          <w:tcPr>
            <w:tcW w:type="dxa" w:w="2835"/>
          </w:tcPr>
          <w:p>
            <w:pPr>
              <w:spacing w:after="20" w:line="276" w:lineRule="auto"/>
            </w:pPr>
            <w:r/>
            <w:r>
              <w:rPr>
                <w:rFonts w:ascii="宋体" w:hAnsi="宋体" w:eastAsia="宋体"/>
                <w:b w:val="0"/>
                <w:sz w:val="18"/>
              </w:rPr>
              <w:t>分类整理，复习巩固</w:t>
            </w:r>
          </w:p>
        </w:tc>
        <w:tc>
          <w:tcPr>
            <w:tcW w:type="dxa" w:w="1814"/>
          </w:tcPr>
          <w:p>
            <w:pPr>
              <w:spacing w:after="20" w:line="276" w:lineRule="auto"/>
            </w:pPr>
            <w:r/>
            <w:r>
              <w:rPr>
                <w:rFonts w:ascii="宋体" w:hAnsi="宋体" w:eastAsia="宋体"/>
                <w:b w:val="0"/>
                <w:sz w:val="18"/>
              </w:rPr>
              <w:t>课件、教科书、图片</w:t>
            </w:r>
          </w:p>
        </w:tc>
        <w:tc>
          <w:tcPr>
            <w:tcW w:type="dxa" w:w="3402"/>
          </w:tcPr>
          <w:p>
            <w:pPr>
              <w:spacing w:after="20" w:line="276" w:lineRule="auto"/>
            </w:pPr>
            <w:r/>
            <w:r>
              <w:rPr>
                <w:rFonts w:ascii="宋体" w:hAnsi="宋体" w:eastAsia="宋体"/>
                <w:b w:val="0"/>
                <w:sz w:val="18"/>
              </w:rPr>
              <w:t>图片中的事物各有几个？它们可以用哪个数字来表示呢？；数一数，一共有几个？</w:t>
            </w:r>
          </w:p>
        </w:tc>
        <w:tc>
          <w:tcPr>
            <w:tcW w:type="dxa" w:w="1361"/>
          </w:tcPr>
          <w:p>
            <w:pPr>
              <w:spacing w:after="20" w:line="276" w:lineRule="auto"/>
            </w:pPr>
            <w:r/>
            <w:r>
              <w:rPr>
                <w:rFonts w:ascii="宋体" w:hAnsi="宋体" w:eastAsia="宋体"/>
                <w:b w:val="0"/>
                <w:sz w:val="18"/>
              </w:rPr>
              <w:t>28分钟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4分钟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3分钟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谈话导入，揭示课题</w:t>
            </w:r>
          </w:p>
        </w:tc>
        <w:tc>
          <w:tcPr>
            <w:tcW w:type="dxa" w:w="3061"/>
          </w:tcPr>
          <w:p>
            <w:pPr>
              <w:spacing w:after="20" w:line="276" w:lineRule="auto"/>
            </w:pPr>
            <w:r/>
            <w:r>
              <w:rPr>
                <w:rFonts w:ascii="宋体" w:hAnsi="宋体" w:eastAsia="宋体"/>
                <w:b w:val="0"/>
                <w:sz w:val="18"/>
              </w:rPr>
              <w:t>师：同学们，我们已经学完一个单元了，这个单元我们学习了哪些知识呢？</w:t>
            </w:r>
          </w:p>
          <w:p>
            <w:pPr>
              <w:spacing w:after="20" w:line="276" w:lineRule="auto"/>
            </w:pPr>
            <w:r>
              <w:rPr>
                <w:rFonts w:ascii="宋体" w:hAnsi="宋体" w:eastAsia="宋体"/>
                <w:b w:val="0"/>
                <w:sz w:val="18"/>
              </w:rPr>
              <w:t>师：今天这节课我们就来对这些知识进行整理和复习。</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创设情境激活学生已有经验，自然引出本课学习内容，激发学习兴趣，核心问题："同学们，我们已经学完一个单元了，这个单元我们学习了哪些知识呢？"</w:t>
            </w:r>
          </w:p>
        </w:tc>
      </w:tr>
      <w:tr>
        <w:tc>
          <w:tcPr>
            <w:tcW w:type="dxa" w:w="1474"/>
          </w:tcPr>
          <w:p>
            <w:pPr>
              <w:spacing w:after="20" w:line="276" w:lineRule="auto"/>
            </w:pPr>
            <w:r>
              <w:rPr>
                <w:b/>
              </w:rPr>
            </w:r>
            <w:r>
              <w:rPr>
                <w:rFonts w:ascii="宋体" w:hAnsi="宋体" w:eastAsia="宋体"/>
                <w:b/>
                <w:sz w:val="18"/>
              </w:rPr>
              <w:t>分类整理，复习巩固</w:t>
            </w:r>
          </w:p>
        </w:tc>
        <w:tc>
          <w:tcPr>
            <w:tcW w:type="dxa" w:w="3061"/>
          </w:tcPr>
          <w:p>
            <w:pPr>
              <w:spacing w:after="20" w:line="276" w:lineRule="auto"/>
            </w:pPr>
            <w:r/>
            <w:r>
              <w:rPr>
                <w:rFonts w:ascii="宋体" w:hAnsi="宋体" w:eastAsia="宋体"/>
                <w:b w:val="0"/>
                <w:sz w:val="18"/>
              </w:rPr>
              <w:t>1.复习数数。</w:t>
            </w:r>
          </w:p>
          <w:p>
            <w:pPr>
              <w:spacing w:after="20" w:line="276" w:lineRule="auto"/>
            </w:pPr>
            <w:r>
              <w:rPr>
                <w:rFonts w:ascii="宋体" w:hAnsi="宋体" w:eastAsia="宋体"/>
                <w:b w:val="0"/>
                <w:sz w:val="18"/>
              </w:rPr>
              <w:t>课件出示教科书P31上面图片。</w:t>
            </w:r>
          </w:p>
          <w:p>
            <w:pPr>
              <w:spacing w:after="20" w:line="276" w:lineRule="auto"/>
            </w:pPr>
            <w:r>
              <w:rPr>
                <w:rFonts w:ascii="宋体" w:hAnsi="宋体" w:eastAsia="宋体"/>
                <w:b w:val="0"/>
                <w:sz w:val="18"/>
              </w:rPr>
              <w:t>师：图片中的事物各有几个？它们可以用哪个数字来表示呢？</w:t>
            </w:r>
          </w:p>
          <w:p>
            <w:pPr>
              <w:spacing w:after="20" w:line="276" w:lineRule="auto"/>
            </w:pPr>
            <w:r>
              <w:rPr>
                <w:rFonts w:ascii="宋体" w:hAnsi="宋体" w:eastAsia="宋体"/>
                <w:b w:val="0"/>
                <w:sz w:val="18"/>
              </w:rPr>
              <w:t>(课件同步展示)</w:t>
            </w:r>
          </w:p>
          <w:p>
            <w:pPr>
              <w:spacing w:after="20" w:line="276" w:lineRule="auto"/>
            </w:pPr>
            <w:r>
              <w:rPr>
                <w:rFonts w:ascii="宋体" w:hAnsi="宋体" w:eastAsia="宋体"/>
                <w:b w:val="0"/>
                <w:sz w:val="18"/>
              </w:rPr>
              <w:t>课件继续出示一组更多数量的图片。如：</w:t>
            </w:r>
          </w:p>
          <w:p>
            <w:pPr>
              <w:spacing w:after="20" w:line="276" w:lineRule="auto"/>
            </w:pPr>
            <w:r>
              <w:rPr>
                <w:rFonts w:ascii="宋体" w:hAnsi="宋体" w:eastAsia="宋体"/>
                <w:b w:val="0"/>
                <w:sz w:val="18"/>
              </w:rPr>
              <w:t>师：数一数，一共有几个？在从左数第3个的下面画“△”，把右边的3个圈起来。</w:t>
            </w:r>
          </w:p>
          <w:p>
            <w:pPr>
              <w:spacing w:after="20" w:line="276" w:lineRule="auto"/>
            </w:pPr>
            <w:r>
              <w:rPr>
                <w:rFonts w:ascii="宋体" w:hAnsi="宋体" w:eastAsia="宋体"/>
                <w:b w:val="0"/>
                <w:sz w:val="18"/>
              </w:rPr>
              <w:t>2．复习加、减法的含义。</w:t>
            </w:r>
          </w:p>
          <w:p>
            <w:pPr>
              <w:spacing w:after="20" w:line="276" w:lineRule="auto"/>
            </w:pPr>
            <w:r>
              <w:rPr>
                <w:rFonts w:ascii="宋体" w:hAnsi="宋体" w:eastAsia="宋体"/>
                <w:b w:val="0"/>
                <w:sz w:val="18"/>
              </w:rPr>
              <w:t>课件出示教科书P31中间图片。</w:t>
            </w:r>
          </w:p>
          <w:p>
            <w:pPr>
              <w:spacing w:after="20" w:line="276" w:lineRule="auto"/>
            </w:pPr>
            <w:r>
              <w:rPr>
                <w:rFonts w:ascii="宋体" w:hAnsi="宋体" w:eastAsia="宋体"/>
                <w:b w:val="0"/>
                <w:sz w:val="18"/>
              </w:rPr>
              <w:t>师：你能看图讲一个数学故事并用一个算式表示出图片的意思吗？</w:t>
            </w:r>
          </w:p>
          <w:p>
            <w:pPr>
              <w:spacing w:after="20" w:line="276" w:lineRule="auto"/>
            </w:pPr>
            <w:r>
              <w:rPr>
                <w:rFonts w:ascii="宋体" w:hAnsi="宋体" w:eastAsia="宋体"/>
                <w:b w:val="0"/>
                <w:sz w:val="18"/>
              </w:rPr>
              <w:t>引导学生尽量用简洁的语言讲出图片的意思并列出加法或减法算式。</w:t>
            </w:r>
          </w:p>
          <w:p>
            <w:pPr>
              <w:spacing w:after="20" w:line="276" w:lineRule="auto"/>
            </w:pPr>
            <w:r>
              <w:rPr>
                <w:rFonts w:ascii="宋体" w:hAnsi="宋体" w:eastAsia="宋体"/>
                <w:b w:val="0"/>
                <w:sz w:val="18"/>
              </w:rPr>
              <w:t>师小结：要求一共是多少，用加法计算；去掉了一部分，求剩下的部分，用减法计算。</w:t>
            </w:r>
          </w:p>
          <w:p>
            <w:pPr>
              <w:spacing w:after="20" w:line="276" w:lineRule="auto"/>
            </w:pPr>
            <w:r>
              <w:rPr>
                <w:rFonts w:ascii="宋体" w:hAnsi="宋体" w:eastAsia="宋体"/>
                <w:b w:val="0"/>
                <w:sz w:val="18"/>
              </w:rPr>
              <w:t>3．整理其他知识点。</w:t>
            </w:r>
          </w:p>
          <w:p>
            <w:pPr>
              <w:spacing w:after="20" w:line="276" w:lineRule="auto"/>
            </w:pPr>
            <w:r>
              <w:rPr>
                <w:rFonts w:ascii="宋体" w:hAnsi="宋体" w:eastAsia="宋体"/>
                <w:b w:val="0"/>
                <w:sz w:val="18"/>
              </w:rPr>
              <w:t>(1)教师引导画知识图。</w:t>
            </w:r>
          </w:p>
          <w:p>
            <w:pPr>
              <w:spacing w:after="20" w:line="276" w:lineRule="auto"/>
            </w:pPr>
            <w:r>
              <w:rPr>
                <w:rFonts w:ascii="宋体" w:hAnsi="宋体" w:eastAsia="宋体"/>
                <w:b w:val="0"/>
                <w:sz w:val="18"/>
              </w:rPr>
              <w:t>师：除了数数和加、减法之外，我们还学了哪些知识呢？跟着老师来画一画、写一写吧！</w:t>
            </w:r>
          </w:p>
          <w:p>
            <w:pPr>
              <w:spacing w:after="20" w:line="276" w:lineRule="auto"/>
            </w:pPr>
            <w:r>
              <w:rPr>
                <w:rFonts w:ascii="宋体" w:hAnsi="宋体" w:eastAsia="宋体"/>
                <w:b w:val="0"/>
                <w:sz w:val="18"/>
              </w:rPr>
              <w:t>以分与合这一节为例，教师边讲边分步出示课件，帮学生建立知识图的模型。</w:t>
            </w:r>
          </w:p>
          <w:p>
            <w:pPr>
              <w:spacing w:after="20" w:line="276" w:lineRule="auto"/>
            </w:pPr>
            <w:r>
              <w:rPr>
                <w:rFonts w:ascii="宋体" w:hAnsi="宋体" w:eastAsia="宋体"/>
                <w:b w:val="0"/>
                <w:sz w:val="18"/>
              </w:rPr>
              <w:t>师：看！这就是分与合的知识图，其他的知识点你能也像老师这样写一写、画一画吗？</w:t>
            </w:r>
          </w:p>
          <w:p>
            <w:pPr>
              <w:spacing w:after="20" w:line="276" w:lineRule="auto"/>
            </w:pPr>
            <w:r>
              <w:rPr>
                <w:rFonts w:ascii="宋体" w:hAnsi="宋体" w:eastAsia="宋体"/>
                <w:b w:val="0"/>
                <w:sz w:val="18"/>
              </w:rPr>
              <w:t>(2)学生自行设计知识图。</w:t>
            </w:r>
          </w:p>
          <w:p>
            <w:pPr>
              <w:spacing w:after="20" w:line="276" w:lineRule="auto"/>
            </w:pPr>
            <w:r>
              <w:rPr>
                <w:rFonts w:ascii="宋体" w:hAnsi="宋体" w:eastAsia="宋体"/>
                <w:b w:val="0"/>
                <w:sz w:val="18"/>
              </w:rPr>
              <w:t>(3)选取个别学生的作品进行展示交流。</w:t>
            </w:r>
          </w:p>
          <w:p>
            <w:pPr>
              <w:spacing w:after="20" w:line="276" w:lineRule="auto"/>
            </w:pPr>
            <w:r>
              <w:rPr>
                <w:rFonts w:ascii="宋体" w:hAnsi="宋体" w:eastAsia="宋体"/>
                <w:b w:val="0"/>
                <w:sz w:val="18"/>
              </w:rPr>
              <w:t>(4)课件出示教科书P31下面图片。</w:t>
            </w:r>
          </w:p>
          <w:p>
            <w:pPr>
              <w:spacing w:after="20" w:line="276" w:lineRule="auto"/>
            </w:pPr>
            <w:r>
              <w:rPr>
                <w:rFonts w:ascii="宋体" w:hAnsi="宋体" w:eastAsia="宋体"/>
                <w:b w:val="0"/>
                <w:sz w:val="18"/>
              </w:rPr>
              <w:t>师：一起来看看电脑博士收集到的“知识图”。</w:t>
            </w:r>
          </w:p>
          <w:p>
            <w:pPr>
              <w:spacing w:after="20" w:line="276" w:lineRule="auto"/>
            </w:pPr>
            <w:r>
              <w:rPr>
                <w:rFonts w:ascii="宋体" w:hAnsi="宋体" w:eastAsia="宋体"/>
                <w:b w:val="0"/>
                <w:sz w:val="18"/>
              </w:rPr>
              <w:t>(5)对比之后谈感受。</w:t>
            </w:r>
          </w:p>
          <w:p>
            <w:pPr>
              <w:spacing w:after="20" w:line="276" w:lineRule="auto"/>
            </w:pPr>
            <w:r>
              <w:rPr>
                <w:rFonts w:ascii="宋体" w:hAnsi="宋体" w:eastAsia="宋体"/>
                <w:b w:val="0"/>
                <w:sz w:val="18"/>
              </w:rPr>
              <w:t>师：你觉得是电脑博士收集到的“知识图”好还是你画的好？好在哪里？</w:t>
            </w:r>
          </w:p>
        </w:tc>
        <w:tc>
          <w:tcPr>
            <w:tcW w:type="dxa" w:w="3061"/>
          </w:tcPr>
          <w:p>
            <w:pPr>
              <w:spacing w:after="20" w:line="276" w:lineRule="auto"/>
            </w:pPr>
            <w:r/>
            <w:r>
              <w:rPr>
                <w:rFonts w:ascii="宋体" w:hAnsi="宋体" w:eastAsia="宋体"/>
                <w:b w:val="0"/>
                <w:sz w:val="18"/>
              </w:rPr>
              <w:t>学生会说出有2只大熊猫，2个苹果，2个杯子，它们都可以用数字2来表示。</w:t>
            </w:r>
          </w:p>
          <w:p>
            <w:pPr>
              <w:spacing w:after="20" w:line="276" w:lineRule="auto"/>
            </w:pPr>
            <w:r>
              <w:rPr>
                <w:rFonts w:ascii="宋体" w:hAnsi="宋体" w:eastAsia="宋体"/>
                <w:b w:val="0"/>
                <w:sz w:val="18"/>
              </w:rPr>
              <w:t>预设1：比大小这一节会有“＞”“＜”“＝”呈现。</w:t>
            </w:r>
          </w:p>
          <w:p>
            <w:pPr>
              <w:spacing w:after="20" w:line="276" w:lineRule="auto"/>
            </w:pPr>
            <w:r>
              <w:rPr>
                <w:rFonts w:ascii="宋体" w:hAnsi="宋体" w:eastAsia="宋体"/>
                <w:b w:val="0"/>
                <w:sz w:val="18"/>
              </w:rPr>
              <w:t>预设2：1～5的计算这一节会有加、减法算式，有学生会把有关0的计算单独整理出来。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通过有层次的练习及时反馈学情，巩固新知，培养学生灵活运用知识解决问题的能力，核心问题："图片中的事物各有几个？它们可以用哪个数字来表示呢？"</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完成教科书P33“练一练”第1、3、5题。</w:t>
            </w:r>
          </w:p>
        </w:tc>
        <w:tc>
          <w:tcPr>
            <w:tcW w:type="dxa" w:w="3061"/>
          </w:tcPr>
          <w:p>
            <w:pPr>
              <w:spacing w:after="20" w:line="276" w:lineRule="auto"/>
            </w:pPr>
            <w:r/>
            <w:r>
              <w:rPr>
                <w:rFonts w:ascii="宋体" w:hAnsi="宋体" w:eastAsia="宋体"/>
                <w:b w:val="0"/>
                <w:sz w:val="18"/>
              </w:rPr>
              <w:t>学生独立完成后，再交流汇报。</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教科书P31，完成教科书P33“练一练”第1、3、5题。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通过引导学生用画“知识图”的方法对本单元进行梳理，让学生感受到数学的简洁美，培养了学生的符号意识，更重要的是学生可以把这种方法用在以后的单元知识梳理中，为学生的自主归纳能力的培养奠定了基础，达到了较好的学习效果。</w:t>
      </w:r>
    </w:p>
    <w:p>
      <w:r>
        <w:br w:type="page"/>
      </w:r>
    </w:p>
    <w:p>
      <w:pPr>
        <w:spacing w:after="80" w:line="300" w:lineRule="auto"/>
      </w:pPr>
      <w:r>
        <w:rPr>
          <w:rFonts w:ascii="黑体" w:hAnsi="黑体" w:eastAsia="黑体"/>
          <w:b/>
          <w:sz w:val="24"/>
        </w:rPr>
        <w:t>二、课时教学方案（第11课时）</w:t>
      </w:r>
    </w:p>
    <w:p>
      <w:pPr>
        <w:spacing w:after="80" w:line="300" w:lineRule="auto"/>
      </w:pPr>
      <w:r>
        <w:rPr>
          <w:rFonts w:ascii="黑体" w:hAnsi="黑体" w:eastAsia="黑体"/>
          <w:b/>
          <w:sz w:val="24"/>
        </w:rPr>
        <w:t>第11课时　整理和复习(2)</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4819"/>
        <w:gridCol w:w="4819"/>
      </w:tblGrid>
      <w:tr>
        <w:trPr>
          <w:tblHeader w:val="true"/>
        </w:trPr>
        <w:tc>
          <w:tcPr>
            <w:tcW w:type="dxa" w:w="3402"/>
            <w:shd w:val="clear" w:fill="E8EEF7"/>
          </w:tcPr>
          <w:p>
            <w:pPr>
              <w:spacing w:after="20" w:line="276" w:lineRule="auto"/>
              <w:jc w:val="center"/>
            </w:pPr>
            <w:r/>
            <w:r>
              <w:rPr>
                <w:rFonts w:ascii="黑体" w:hAnsi="黑体" w:eastAsia="黑体"/>
                <w:b/>
                <w:sz w:val="18"/>
              </w:rPr>
              <w:t>课题名称</w:t>
            </w:r>
          </w:p>
        </w:tc>
        <w:tc>
          <w:tcPr>
            <w:tcW w:type="dxa" w:w="6009"/>
            <w:shd w:val="clear" w:fill="E8EEF7"/>
          </w:tcPr>
          <w:p>
            <w:pPr>
              <w:spacing w:after="20" w:line="276" w:lineRule="auto"/>
              <w:jc w:val="center"/>
            </w:pPr>
            <w:r/>
            <w:r>
              <w:rPr>
                <w:rFonts w:ascii="黑体" w:hAnsi="黑体" w:eastAsia="黑体"/>
                <w:b/>
                <w:sz w:val="18"/>
              </w:rPr>
              <w:t>所属主题</w:t>
            </w:r>
          </w:p>
        </w:tc>
      </w:tr>
      <w:tr>
        <w:tc>
          <w:tcPr>
            <w:tcW w:type="dxa" w:w="3402"/>
          </w:tcPr>
          <w:p>
            <w:pPr>
              <w:spacing w:after="20" w:line="276" w:lineRule="auto"/>
            </w:pPr>
            <w:r/>
            <w:r>
              <w:rPr>
                <w:rFonts w:ascii="宋体" w:hAnsi="宋体" w:eastAsia="宋体"/>
                <w:b/>
                <w:sz w:val="20"/>
              </w:rPr>
              <w:t>第11课时　整理和复习(2)</w:t>
            </w:r>
          </w:p>
        </w:tc>
        <w:tc>
          <w:tcPr>
            <w:tcW w:type="dxa" w:w="6009"/>
          </w:tcPr>
          <w:p>
            <w:pPr>
              <w:spacing w:after="20" w:line="276" w:lineRule="auto"/>
            </w:pPr>
            <w:r/>
            <w:r>
              <w:rPr>
                <w:rFonts w:ascii="宋体" w:hAnsi="宋体" w:eastAsia="宋体"/>
                <w:b w:val="0"/>
                <w:sz w:val="20"/>
              </w:rPr>
              <w:t>第1单元 5以内数的认识和加、减法</w:t>
            </w:r>
          </w:p>
        </w:tc>
      </w:tr>
    </w:tbl>
    <w:p>
      <w:pPr>
        <w:spacing w:after="40"/>
      </w:pPr>
    </w:p>
    <w:p>
      <w:pPr>
        <w:spacing w:after="60" w:line="300" w:lineRule="auto"/>
      </w:pPr>
      <w:r>
        <w:rPr>
          <w:rFonts w:ascii="黑体" w:hAnsi="黑体" w:eastAsia="黑体"/>
          <w:b/>
          <w:sz w:val="21"/>
        </w:rPr>
        <w:t>一、课前思考</w:t>
      </w:r>
    </w:p>
    <w:p>
      <w:pPr>
        <w:spacing w:after="20" w:line="300" w:lineRule="auto"/>
      </w:pPr>
      <w:r>
        <w:rPr>
          <w:rFonts w:ascii="黑体" w:hAnsi="黑体" w:eastAsia="黑体"/>
          <w:b/>
          <w:sz w:val="21"/>
        </w:rPr>
        <w:t>1．学情诊断与分析</w:t>
      </w:r>
    </w:p>
    <w:p>
      <w:pPr>
        <w:spacing w:after="80" w:line="300" w:lineRule="auto"/>
        <w:ind w:firstLine="400"/>
      </w:pPr>
      <w:r>
        <w:rPr>
          <w:rFonts w:ascii="宋体" w:hAnsi="宋体" w:eastAsia="宋体"/>
          <w:b w:val="0"/>
          <w:sz w:val="20"/>
        </w:rPr>
        <w:t>单元学情：学生已经会认、读0～5各数，对于0～5的加、减法，大多数学生也会计算。本单元的内容对于学生来说，主要有两个难点：一是写数字，初入学的小学生对数字的结构和笔顺不易掌握，容易出现书写不规范、拐弯不圆滑、写得不整齐、大小不匀称等问题。二是对加、减法的含义的理解，虽然有部分学生能很快说出0～5的加、减法的计算结果，但更多的是一种记忆，对于加、减法的含义并不清楚，算理也并不明白，教学中要加强关于加、减法含义的教学。</w:t>
      </w:r>
    </w:p>
    <w:p>
      <w:pPr>
        <w:spacing w:after="80" w:line="300" w:lineRule="auto"/>
        <w:ind w:firstLine="400"/>
      </w:pPr>
      <w:r>
        <w:rPr>
          <w:rFonts w:ascii="宋体" w:hAnsi="宋体" w:eastAsia="宋体"/>
          <w:b w:val="0"/>
          <w:sz w:val="20"/>
        </w:rPr>
        <w:t>本课学情：结合本班实际，诊断学生完成本课时任务的起点与可能的困难。</w:t>
      </w:r>
    </w:p>
    <w:p>
      <w:pPr>
        <w:spacing w:after="20" w:line="300" w:lineRule="auto"/>
      </w:pPr>
      <w:r>
        <w:rPr>
          <w:rFonts w:ascii="黑体" w:hAnsi="黑体" w:eastAsia="黑体"/>
          <w:b/>
          <w:sz w:val="21"/>
        </w:rPr>
        <w:t>2．教材分析与教学材料选择</w:t>
      </w:r>
    </w:p>
    <w:p>
      <w:pPr>
        <w:spacing w:after="80" w:line="300" w:lineRule="auto"/>
        <w:ind w:firstLine="400"/>
      </w:pPr>
      <w:r>
        <w:rPr>
          <w:rFonts w:ascii="宋体" w:hAnsi="宋体" w:eastAsia="宋体"/>
          <w:b w:val="0"/>
          <w:sz w:val="20"/>
        </w:rPr>
        <w:t>教学内容：教科书P32，完成教科书P33“练一练”第2、4题。</w:t>
      </w:r>
    </w:p>
    <w:p>
      <w:pPr>
        <w:spacing w:after="80" w:line="300" w:lineRule="auto"/>
        <w:ind w:firstLine="400"/>
      </w:pPr>
      <w:r>
        <w:rPr>
          <w:rFonts w:ascii="宋体" w:hAnsi="宋体" w:eastAsia="宋体"/>
          <w:b w:val="0"/>
          <w:sz w:val="20"/>
        </w:rPr>
        <w:t>设计思路：先以小游戏激发学生的学习兴趣，再直接抛出学习任务，引发学生思考，让学生自主将算式卡片按规律排列。在交流过程中，体会每种排列的想法，分享思维的多样性，进一步理解算式的特点及规律，初步感受知识间的联系。</w:t>
      </w:r>
    </w:p>
    <w:p>
      <w:pPr>
        <w:spacing w:after="80" w:line="300" w:lineRule="auto"/>
        <w:ind w:firstLine="400"/>
      </w:pPr>
      <w:r>
        <w:rPr>
          <w:rFonts w:ascii="宋体" w:hAnsi="宋体" w:eastAsia="宋体"/>
          <w:b w:val="0"/>
          <w:sz w:val="20"/>
        </w:rPr>
        <w:t>教学准备：课件，5以内数的加、减法口算卡片(教师一套、学生每小组一套)。</w:t>
      </w:r>
    </w:p>
    <w:p>
      <w:pPr>
        <w:spacing w:after="20" w:line="300" w:lineRule="auto"/>
      </w:pPr>
      <w:r>
        <w:rPr>
          <w:rFonts w:ascii="黑体" w:hAnsi="黑体" w:eastAsia="黑体"/>
          <w:b/>
          <w:sz w:val="21"/>
        </w:rPr>
        <w:t>3．具体目标阐述与教学重难点</w:t>
      </w:r>
    </w:p>
    <w:p>
      <w:pPr>
        <w:spacing w:after="20" w:line="300" w:lineRule="auto"/>
      </w:pPr>
      <w:r>
        <w:rPr>
          <w:rFonts w:ascii="黑体" w:hAnsi="黑体" w:eastAsia="黑体"/>
          <w:b/>
          <w:sz w:val="20"/>
        </w:rPr>
        <w:t>课时目标：</w:t>
      </w:r>
    </w:p>
    <w:p>
      <w:pPr>
        <w:spacing w:after="20" w:line="300" w:lineRule="auto"/>
        <w:ind w:firstLine="400"/>
      </w:pPr>
      <w:r>
        <w:rPr>
          <w:rFonts w:ascii="宋体" w:hAnsi="宋体" w:eastAsia="宋体"/>
          <w:b w:val="0"/>
          <w:sz w:val="20"/>
        </w:rPr>
        <w:t>（1）经历整理5以内数的加、减法算式表的过程，通过观察初步发现表中的规律，提高口算5以内数的加、减法的能力。</w:t>
      </w:r>
    </w:p>
    <w:p>
      <w:pPr>
        <w:spacing w:after="20" w:line="300" w:lineRule="auto"/>
        <w:ind w:firstLine="400"/>
      </w:pPr>
      <w:r>
        <w:rPr>
          <w:rFonts w:ascii="宋体" w:hAnsi="宋体" w:eastAsia="宋体"/>
          <w:b w:val="0"/>
          <w:sz w:val="20"/>
        </w:rPr>
        <w:t>（2）在整理加、减法算式表的活动中，培养合作能力，发展有序思维。</w:t>
      </w:r>
    </w:p>
    <w:p>
      <w:pPr>
        <w:spacing w:after="20" w:line="300" w:lineRule="auto"/>
        <w:ind w:firstLine="400"/>
      </w:pPr>
      <w:r>
        <w:rPr>
          <w:rFonts w:ascii="宋体" w:hAnsi="宋体" w:eastAsia="宋体"/>
          <w:b w:val="0"/>
          <w:sz w:val="20"/>
        </w:rPr>
        <w:t>（3）初步感知整理的方法，感受复习的乐趣。</w:t>
      </w:r>
    </w:p>
    <w:p>
      <w:pPr>
        <w:spacing w:after="20" w:line="300" w:lineRule="auto"/>
      </w:pPr>
      <w:r>
        <w:rPr>
          <w:rFonts w:ascii="宋体" w:hAnsi="宋体" w:eastAsia="宋体"/>
          <w:b w:val="0"/>
          <w:sz w:val="20"/>
        </w:rPr>
        <w:t>教学重点：整理加、减法算式表。</w:t>
      </w:r>
    </w:p>
    <w:p>
      <w:pPr>
        <w:spacing w:after="20" w:line="300" w:lineRule="auto"/>
      </w:pPr>
      <w:r>
        <w:rPr>
          <w:rFonts w:ascii="宋体" w:hAnsi="宋体" w:eastAsia="宋体"/>
          <w:b w:val="0"/>
          <w:sz w:val="20"/>
        </w:rPr>
        <w:t>教学难点：探索和发现算式表中的排列规律。</w:t>
      </w:r>
    </w:p>
    <w:p>
      <w:pPr>
        <w:spacing w:after="40"/>
      </w:pPr>
    </w:p>
    <w:p>
      <w:pPr>
        <w:spacing w:after="60" w:line="300" w:lineRule="auto"/>
      </w:pPr>
      <w:r>
        <w:rPr>
          <w:rFonts w:ascii="黑体" w:hAnsi="黑体" w:eastAsia="黑体"/>
          <w:b/>
          <w:sz w:val="21"/>
        </w:rPr>
        <w:t>二、板块设计</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2835"/>
            <w:shd w:val="clear" w:fill="E8EEF7"/>
          </w:tcPr>
          <w:p>
            <w:pPr>
              <w:spacing w:after="20" w:line="276" w:lineRule="auto"/>
              <w:jc w:val="center"/>
            </w:pPr>
            <w:r/>
            <w:r>
              <w:rPr>
                <w:rFonts w:ascii="黑体" w:hAnsi="黑体" w:eastAsia="黑体"/>
                <w:b/>
                <w:sz w:val="18"/>
              </w:rPr>
              <w:t>环节目标</w:t>
            </w:r>
          </w:p>
        </w:tc>
        <w:tc>
          <w:tcPr>
            <w:tcW w:type="dxa" w:w="1814"/>
            <w:shd w:val="clear" w:fill="E8EEF7"/>
          </w:tcPr>
          <w:p>
            <w:pPr>
              <w:spacing w:after="20" w:line="276" w:lineRule="auto"/>
              <w:jc w:val="center"/>
            </w:pPr>
            <w:r/>
            <w:r>
              <w:rPr>
                <w:rFonts w:ascii="黑体" w:hAnsi="黑体" w:eastAsia="黑体"/>
                <w:b/>
                <w:sz w:val="18"/>
              </w:rPr>
              <w:t>学习材料</w:t>
            </w:r>
          </w:p>
        </w:tc>
        <w:tc>
          <w:tcPr>
            <w:tcW w:type="dxa" w:w="3402"/>
            <w:shd w:val="clear" w:fill="E8EEF7"/>
          </w:tcPr>
          <w:p>
            <w:pPr>
              <w:spacing w:after="20" w:line="276" w:lineRule="auto"/>
              <w:jc w:val="center"/>
            </w:pPr>
            <w:r/>
            <w:r>
              <w:rPr>
                <w:rFonts w:ascii="黑体" w:hAnsi="黑体" w:eastAsia="黑体"/>
                <w:b/>
                <w:sz w:val="18"/>
              </w:rPr>
              <w:t>关键问题</w:t>
            </w:r>
          </w:p>
        </w:tc>
        <w:tc>
          <w:tcPr>
            <w:tcW w:type="dxa" w:w="1361"/>
            <w:shd w:val="clear" w:fill="E8EEF7"/>
          </w:tcPr>
          <w:p>
            <w:pPr>
              <w:spacing w:after="20" w:line="276" w:lineRule="auto"/>
              <w:jc w:val="center"/>
            </w:pPr>
            <w:r/>
            <w:r>
              <w:rPr>
                <w:rFonts w:ascii="黑体" w:hAnsi="黑体" w:eastAsia="黑体"/>
                <w:b/>
                <w:sz w:val="18"/>
              </w:rPr>
              <w:t>时间</w:t>
            </w:r>
          </w:p>
        </w:tc>
      </w:tr>
      <w:tr>
        <w:tc>
          <w:tcPr>
            <w:tcW w:type="dxa" w:w="2835"/>
          </w:tcPr>
          <w:p>
            <w:pPr>
              <w:spacing w:after="20" w:line="276" w:lineRule="auto"/>
            </w:pPr>
            <w:r/>
            <w:r>
              <w:rPr>
                <w:rFonts w:ascii="宋体" w:hAnsi="宋体" w:eastAsia="宋体"/>
                <w:b w:val="0"/>
                <w:sz w:val="18"/>
              </w:rPr>
              <w:t>游戏导入，揭示课题</w:t>
            </w:r>
          </w:p>
        </w:tc>
        <w:tc>
          <w:tcPr>
            <w:tcW w:type="dxa" w:w="1814"/>
          </w:tcPr>
          <w:p>
            <w:pPr>
              <w:spacing w:after="20" w:line="276" w:lineRule="auto"/>
            </w:pPr>
            <w:r/>
            <w:r>
              <w:rPr>
                <w:rFonts w:ascii="宋体" w:hAnsi="宋体" w:eastAsia="宋体"/>
                <w:b w:val="0"/>
                <w:sz w:val="18"/>
              </w:rPr>
              <w:t>算式卡片、课件</w:t>
            </w:r>
          </w:p>
        </w:tc>
        <w:tc>
          <w:tcPr>
            <w:tcW w:type="dxa" w:w="3402"/>
          </w:tcPr>
          <w:p>
            <w:pPr>
              <w:spacing w:after="20" w:line="276" w:lineRule="auto"/>
            </w:pPr>
            <w:r/>
            <w:r>
              <w:rPr>
                <w:rFonts w:ascii="宋体" w:hAnsi="宋体" w:eastAsia="宋体"/>
                <w:b w:val="0"/>
                <w:sz w:val="18"/>
              </w:rPr>
              <w:t>同学们，如果要把这些算式卡片有顺序地排列，应该怎么做呢？</w:t>
            </w:r>
          </w:p>
        </w:tc>
        <w:tc>
          <w:tcPr>
            <w:tcW w:type="dxa" w:w="1361"/>
          </w:tcPr>
          <w:p>
            <w:pPr>
              <w:spacing w:after="20" w:line="276" w:lineRule="auto"/>
            </w:pPr>
            <w:r/>
            <w:r>
              <w:rPr>
                <w:rFonts w:ascii="宋体" w:hAnsi="宋体" w:eastAsia="宋体"/>
                <w:b w:val="0"/>
                <w:sz w:val="18"/>
              </w:rPr>
              <w:t>7分钟</w:t>
            </w:r>
          </w:p>
        </w:tc>
      </w:tr>
      <w:tr>
        <w:tc>
          <w:tcPr>
            <w:tcW w:type="dxa" w:w="2835"/>
          </w:tcPr>
          <w:p>
            <w:pPr>
              <w:spacing w:after="20" w:line="276" w:lineRule="auto"/>
            </w:pPr>
            <w:r/>
            <w:r>
              <w:rPr>
                <w:rFonts w:ascii="宋体" w:hAnsi="宋体" w:eastAsia="宋体"/>
                <w:b w:val="0"/>
                <w:sz w:val="18"/>
              </w:rPr>
              <w:t>整理加法算式表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同学们，你们想好怎样排列这些加法算式了吗？；同学们，你们知道他们的排列方法好在哪里吗？还有哪些地方需要改进？</w:t>
            </w:r>
          </w:p>
        </w:tc>
        <w:tc>
          <w:tcPr>
            <w:tcW w:type="dxa" w:w="1361"/>
          </w:tcPr>
          <w:p>
            <w:pPr>
              <w:spacing w:after="20" w:line="276" w:lineRule="auto"/>
            </w:pPr>
            <w:r/>
            <w:r>
              <w:rPr>
                <w:rFonts w:ascii="宋体" w:hAnsi="宋体" w:eastAsia="宋体"/>
                <w:b w:val="0"/>
                <w:sz w:val="18"/>
              </w:rPr>
              <w:t>15分钟</w:t>
            </w:r>
          </w:p>
        </w:tc>
      </w:tr>
      <w:tr>
        <w:tc>
          <w:tcPr>
            <w:tcW w:type="dxa" w:w="2835"/>
          </w:tcPr>
          <w:p>
            <w:pPr>
              <w:spacing w:after="20" w:line="276" w:lineRule="auto"/>
            </w:pPr>
            <w:r/>
            <w:r>
              <w:rPr>
                <w:rFonts w:ascii="宋体" w:hAnsi="宋体" w:eastAsia="宋体"/>
                <w:b w:val="0"/>
                <w:sz w:val="18"/>
              </w:rPr>
              <w:t>整理减法算式表</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  │  │ 4－3 │  │</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计算减法算式表中算式的得数，你们有什么发现？</w:t>
            </w:r>
          </w:p>
        </w:tc>
        <w:tc>
          <w:tcPr>
            <w:tcW w:type="dxa" w:w="1361"/>
          </w:tcPr>
          <w:p>
            <w:pPr>
              <w:spacing w:after="20" w:line="276" w:lineRule="auto"/>
            </w:pPr>
            <w:r/>
            <w:r>
              <w:rPr>
                <w:rFonts w:ascii="宋体" w:hAnsi="宋体" w:eastAsia="宋体"/>
                <w:b w:val="0"/>
                <w:sz w:val="18"/>
              </w:rPr>
              <w:t>10分钟</w:t>
            </w:r>
          </w:p>
        </w:tc>
      </w:tr>
      <w:tr>
        <w:tc>
          <w:tcPr>
            <w:tcW w:type="dxa" w:w="2835"/>
          </w:tcPr>
          <w:p>
            <w:pPr>
              <w:spacing w:after="20" w:line="276" w:lineRule="auto"/>
            </w:pPr>
            <w:r/>
            <w:r>
              <w:rPr>
                <w:rFonts w:ascii="宋体" w:hAnsi="宋体" w:eastAsia="宋体"/>
                <w:b w:val="0"/>
                <w:sz w:val="18"/>
              </w:rPr>
              <w:t>巩固练习</w:t>
            </w:r>
          </w:p>
        </w:tc>
        <w:tc>
          <w:tcPr>
            <w:tcW w:type="dxa" w:w="1814"/>
          </w:tcPr>
          <w:p>
            <w:pPr>
              <w:spacing w:after="20" w:line="276" w:lineRule="auto"/>
            </w:pPr>
            <w:r/>
            <w:r>
              <w:rPr>
                <w:rFonts w:ascii="宋体" w:hAnsi="宋体" w:eastAsia="宋体"/>
                <w:b w:val="0"/>
                <w:sz w:val="18"/>
              </w:rPr>
              <w:t>教科书、课件</w:t>
            </w:r>
          </w:p>
        </w:tc>
        <w:tc>
          <w:tcPr>
            <w:tcW w:type="dxa" w:w="3402"/>
          </w:tcPr>
          <w:p>
            <w:pPr>
              <w:spacing w:after="20" w:line="276" w:lineRule="auto"/>
            </w:pPr>
            <w:r/>
            <w:r>
              <w:rPr>
                <w:rFonts w:ascii="宋体" w:hAnsi="宋体" w:eastAsia="宋体"/>
                <w:b w:val="0"/>
                <w:sz w:val="18"/>
              </w:rPr>
              <w:t>——</w:t>
            </w:r>
          </w:p>
        </w:tc>
        <w:tc>
          <w:tcPr>
            <w:tcW w:type="dxa" w:w="1361"/>
          </w:tcPr>
          <w:p>
            <w:pPr>
              <w:spacing w:after="20" w:line="276" w:lineRule="auto"/>
            </w:pPr>
            <w:r/>
            <w:r>
              <w:rPr>
                <w:rFonts w:ascii="宋体" w:hAnsi="宋体" w:eastAsia="宋体"/>
                <w:b w:val="0"/>
                <w:sz w:val="18"/>
              </w:rPr>
              <w:t>3分钟</w:t>
            </w:r>
          </w:p>
        </w:tc>
      </w:tr>
      <w:tr>
        <w:tc>
          <w:tcPr>
            <w:tcW w:type="dxa" w:w="2835"/>
          </w:tcPr>
          <w:p>
            <w:pPr>
              <w:spacing w:after="20" w:line="276" w:lineRule="auto"/>
            </w:pPr>
            <w:r/>
            <w:r>
              <w:rPr>
                <w:rFonts w:ascii="宋体" w:hAnsi="宋体" w:eastAsia="宋体"/>
                <w:b w:val="0"/>
                <w:sz w:val="18"/>
              </w:rPr>
              <w:t>课堂小结</w:t>
            </w:r>
          </w:p>
        </w:tc>
        <w:tc>
          <w:tcPr>
            <w:tcW w:type="dxa" w:w="1814"/>
          </w:tcPr>
          <w:p>
            <w:pPr>
              <w:spacing w:after="20" w:line="276" w:lineRule="auto"/>
            </w:pPr>
            <w:r/>
            <w:r>
              <w:rPr>
                <w:rFonts w:ascii="宋体" w:hAnsi="宋体" w:eastAsia="宋体"/>
                <w:b w:val="0"/>
                <w:sz w:val="18"/>
              </w:rPr>
              <w:t>课件</w:t>
            </w:r>
          </w:p>
        </w:tc>
        <w:tc>
          <w:tcPr>
            <w:tcW w:type="dxa" w:w="3402"/>
          </w:tcPr>
          <w:p>
            <w:pPr>
              <w:spacing w:after="20" w:line="276" w:lineRule="auto"/>
            </w:pPr>
            <w:r/>
            <w:r>
              <w:rPr>
                <w:rFonts w:ascii="宋体" w:hAnsi="宋体" w:eastAsia="宋体"/>
                <w:b w:val="0"/>
                <w:sz w:val="18"/>
              </w:rPr>
              <w:t>同学们，今天的数学课你们有哪些收获呢？</w:t>
            </w:r>
          </w:p>
        </w:tc>
        <w:tc>
          <w:tcPr>
            <w:tcW w:type="dxa" w:w="1361"/>
          </w:tcPr>
          <w:p>
            <w:pPr>
              <w:spacing w:after="20" w:line="276" w:lineRule="auto"/>
            </w:pPr>
            <w:r/>
            <w:r>
              <w:rPr>
                <w:rFonts w:ascii="宋体" w:hAnsi="宋体" w:eastAsia="宋体"/>
                <w:b w:val="0"/>
                <w:sz w:val="18"/>
              </w:rPr>
              <w:t>2分钟</w:t>
            </w:r>
          </w:p>
        </w:tc>
      </w:tr>
    </w:tbl>
    <w:p>
      <w:pPr>
        <w:spacing w:after="40"/>
      </w:pPr>
    </w:p>
    <w:p>
      <w:pPr>
        <w:spacing w:after="60" w:line="300" w:lineRule="auto"/>
      </w:pPr>
      <w:r>
        <w:rPr>
          <w:rFonts w:ascii="黑体" w:hAnsi="黑体" w:eastAsia="黑体"/>
          <w:b/>
          <w:sz w:val="21"/>
        </w:rPr>
        <w:t>三、教学过程（分栏）</w:t>
      </w:r>
    </w:p>
    <w:tbl>
      <w:tblPr>
        <w:tblW w:type="auto" w:w="0"/>
        <w:jc w:val="center"/>
        <w:tblLayout w:type="fixed"/>
        <w:tblLook w:firstColumn="1" w:firstRow="1" w:lastColumn="0" w:lastRow="0" w:noHBand="0" w:noVBand="1" w:val="04A0"/>
        <w:tblBorders>
          <w:top w:val="single" w:sz="4" w:color="000000"/>
          <w:left w:val="single" w:sz="4" w:color="000000"/>
          <w:bottom w:val="single" w:sz="4" w:color="000000"/>
          <w:right w:val="single" w:sz="4" w:color="000000"/>
          <w:insideH w:val="single" w:sz="4" w:color="000000"/>
          <w:insideV w:val="single" w:sz="4" w:color="000000"/>
        </w:tblBorders>
      </w:tblPr>
      <w:tblGrid>
        <w:gridCol w:w="2409"/>
        <w:gridCol w:w="2409"/>
        <w:gridCol w:w="2409"/>
        <w:gridCol w:w="2409"/>
      </w:tblGrid>
      <w:tr>
        <w:trPr>
          <w:tblHeader w:val="true"/>
        </w:trPr>
        <w:tc>
          <w:tcPr>
            <w:tcW w:type="dxa" w:w="1474"/>
            <w:shd w:val="clear" w:fill="E8EEF7"/>
          </w:tcPr>
          <w:p>
            <w:pPr>
              <w:spacing w:after="20" w:line="276" w:lineRule="auto"/>
              <w:jc w:val="center"/>
            </w:pPr>
            <w:r/>
            <w:r>
              <w:rPr>
                <w:rFonts w:ascii="黑体" w:hAnsi="黑体" w:eastAsia="黑体"/>
                <w:b/>
                <w:sz w:val="18"/>
              </w:rPr>
              <w:t>教学环节</w:t>
            </w:r>
          </w:p>
        </w:tc>
        <w:tc>
          <w:tcPr>
            <w:tcW w:type="dxa" w:w="3061"/>
            <w:shd w:val="clear" w:fill="E8EEF7"/>
          </w:tcPr>
          <w:p>
            <w:pPr>
              <w:spacing w:after="20" w:line="276" w:lineRule="auto"/>
              <w:jc w:val="center"/>
            </w:pPr>
            <w:r/>
            <w:r>
              <w:rPr>
                <w:rFonts w:ascii="黑体" w:hAnsi="黑体" w:eastAsia="黑体"/>
                <w:b/>
                <w:sz w:val="18"/>
              </w:rPr>
              <w:t>教师活动</w:t>
            </w:r>
          </w:p>
        </w:tc>
        <w:tc>
          <w:tcPr>
            <w:tcW w:type="dxa" w:w="3061"/>
            <w:shd w:val="clear" w:fill="E8EEF7"/>
          </w:tcPr>
          <w:p>
            <w:pPr>
              <w:spacing w:after="20" w:line="276" w:lineRule="auto"/>
              <w:jc w:val="center"/>
            </w:pPr>
            <w:r/>
            <w:r>
              <w:rPr>
                <w:rFonts w:ascii="黑体" w:hAnsi="黑体" w:eastAsia="黑体"/>
                <w:b/>
                <w:sz w:val="18"/>
              </w:rPr>
              <w:t>学生活动</w:t>
            </w:r>
          </w:p>
        </w:tc>
        <w:tc>
          <w:tcPr>
            <w:tcW w:type="dxa" w:w="1814"/>
            <w:shd w:val="clear" w:fill="E8EEF7"/>
          </w:tcPr>
          <w:p>
            <w:pPr>
              <w:spacing w:after="20" w:line="276" w:lineRule="auto"/>
              <w:jc w:val="center"/>
            </w:pPr>
            <w:r/>
            <w:r>
              <w:rPr>
                <w:rFonts w:ascii="黑体" w:hAnsi="黑体" w:eastAsia="黑体"/>
                <w:b/>
                <w:sz w:val="18"/>
              </w:rPr>
              <w:t>设计意图</w:t>
            </w:r>
          </w:p>
        </w:tc>
      </w:tr>
      <w:tr>
        <w:tc>
          <w:tcPr>
            <w:tcW w:type="dxa" w:w="1474"/>
          </w:tcPr>
          <w:p>
            <w:pPr>
              <w:spacing w:after="20" w:line="276" w:lineRule="auto"/>
            </w:pPr>
            <w:r>
              <w:rPr>
                <w:b/>
              </w:rPr>
            </w:r>
            <w:r>
              <w:rPr>
                <w:rFonts w:ascii="宋体" w:hAnsi="宋体" w:eastAsia="宋体"/>
                <w:b/>
                <w:sz w:val="18"/>
              </w:rPr>
              <w:t>游戏导入，揭示课题</w:t>
            </w:r>
          </w:p>
        </w:tc>
        <w:tc>
          <w:tcPr>
            <w:tcW w:type="dxa" w:w="3061"/>
          </w:tcPr>
          <w:p>
            <w:pPr>
              <w:spacing w:after="20" w:line="276" w:lineRule="auto"/>
            </w:pPr>
            <w:r/>
            <w:r>
              <w:rPr>
                <w:rFonts w:ascii="宋体" w:hAnsi="宋体" w:eastAsia="宋体"/>
                <w:b w:val="0"/>
                <w:sz w:val="18"/>
              </w:rPr>
              <w:t>师：同学们，课前老师布置了一个任务，大家把我们学过的加、减法算式制成算式卡片。现在我们一起来用这些算式卡片玩“开火车，说得数”的游戏。</w:t>
            </w:r>
          </w:p>
          <w:p>
            <w:pPr>
              <w:spacing w:after="20" w:line="276" w:lineRule="auto"/>
            </w:pPr>
            <w:r>
              <w:rPr>
                <w:rFonts w:ascii="宋体" w:hAnsi="宋体" w:eastAsia="宋体"/>
                <w:b w:val="0"/>
                <w:sz w:val="18"/>
              </w:rPr>
              <w:t>教师手拿算式卡片让学生一个接一个抽，抽中哪张就大声读出算式并口算出结果，其他同学当小老师判断对错。</w:t>
            </w:r>
          </w:p>
          <w:p>
            <w:pPr>
              <w:spacing w:after="20" w:line="276" w:lineRule="auto"/>
            </w:pPr>
            <w:r>
              <w:rPr>
                <w:rFonts w:ascii="宋体" w:hAnsi="宋体" w:eastAsia="宋体"/>
                <w:b w:val="0"/>
                <w:sz w:val="18"/>
              </w:rPr>
              <w:t>师：同学们，如果要把这些算式卡片有顺序地排列，应该怎么做呢？</w:t>
            </w:r>
          </w:p>
          <w:p>
            <w:pPr>
              <w:spacing w:after="20" w:line="276" w:lineRule="auto"/>
            </w:pPr>
            <w:r>
              <w:rPr>
                <w:rFonts w:ascii="宋体" w:hAnsi="宋体" w:eastAsia="宋体"/>
                <w:b w:val="0"/>
                <w:sz w:val="18"/>
              </w:rPr>
              <w:t>有学生能说到里面有加法有减法，可以把加法算式放在一起，减法算式放在一起。</w:t>
            </w:r>
          </w:p>
          <w:p>
            <w:pPr>
              <w:spacing w:after="20" w:line="276" w:lineRule="auto"/>
            </w:pPr>
            <w:r>
              <w:rPr>
                <w:rFonts w:ascii="宋体" w:hAnsi="宋体" w:eastAsia="宋体"/>
                <w:b w:val="0"/>
                <w:sz w:val="18"/>
              </w:rPr>
              <w:t>师：同学们的办法真不错，这节课我们就来整理加法和减法算式。</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创设情境激活学生已有经验，自然引出本课学习内容，激发学习兴趣，核心问题："同学们，如果要把这些算式卡片有顺序地排列，应该怎么做呢？"</w:t>
            </w:r>
          </w:p>
        </w:tc>
      </w:tr>
      <w:tr>
        <w:tc>
          <w:tcPr>
            <w:tcW w:type="dxa" w:w="1474"/>
          </w:tcPr>
          <w:p>
            <w:pPr>
              <w:spacing w:after="20" w:line="276" w:lineRule="auto"/>
            </w:pPr>
            <w:r>
              <w:rPr>
                <w:b/>
              </w:rPr>
            </w:r>
            <w:r>
              <w:rPr>
                <w:rFonts w:ascii="宋体" w:hAnsi="宋体" w:eastAsia="宋体"/>
                <w:b/>
                <w:sz w:val="18"/>
              </w:rPr>
              <w:t>整理加法算式表</w:t>
            </w:r>
          </w:p>
        </w:tc>
        <w:tc>
          <w:tcPr>
            <w:tcW w:type="dxa" w:w="3061"/>
          </w:tcPr>
          <w:p>
            <w:pPr>
              <w:spacing w:after="20" w:line="276" w:lineRule="auto"/>
            </w:pPr>
            <w:r/>
            <w:r>
              <w:rPr>
                <w:rFonts w:ascii="宋体" w:hAnsi="宋体" w:eastAsia="宋体"/>
                <w:b w:val="0"/>
                <w:sz w:val="18"/>
              </w:rPr>
              <w:t>1.引导讨论排列方法。</w:t>
            </w:r>
          </w:p>
          <w:p>
            <w:pPr>
              <w:spacing w:after="20" w:line="276" w:lineRule="auto"/>
            </w:pPr>
            <w:r>
              <w:rPr>
                <w:rFonts w:ascii="宋体" w:hAnsi="宋体" w:eastAsia="宋体"/>
                <w:b w:val="0"/>
                <w:sz w:val="18"/>
              </w:rPr>
              <w:t>师：同学们，你们想好怎样排列这些加法算式了吗？</w:t>
            </w:r>
          </w:p>
          <w:p>
            <w:pPr>
              <w:spacing w:after="20" w:line="276" w:lineRule="auto"/>
            </w:pPr>
            <w:r>
              <w:rPr>
                <w:rFonts w:ascii="宋体" w:hAnsi="宋体" w:eastAsia="宋体"/>
                <w:b w:val="0"/>
                <w:sz w:val="18"/>
              </w:rPr>
              <w:t>师：不管怎么排列，我们都要做到按一定的顺序来整理，可以一列一列地排，如第一列先是0＋0，再是0＋1，从小到大依次排下去；第二列先是1＋0，再是1＋1，以此类推。</w:t>
            </w:r>
          </w:p>
          <w:p>
            <w:pPr>
              <w:spacing w:after="20" w:line="276" w:lineRule="auto"/>
            </w:pPr>
            <w:r>
              <w:rPr>
                <w:rFonts w:ascii="宋体" w:hAnsi="宋体" w:eastAsia="宋体"/>
                <w:b w:val="0"/>
                <w:sz w:val="18"/>
              </w:rPr>
              <w:t>2．自主排列加法算式。</w:t>
            </w:r>
          </w:p>
          <w:p>
            <w:pPr>
              <w:spacing w:after="20" w:line="276" w:lineRule="auto"/>
            </w:pPr>
            <w:r>
              <w:rPr>
                <w:rFonts w:ascii="宋体" w:hAnsi="宋体" w:eastAsia="宋体"/>
                <w:b w:val="0"/>
                <w:sz w:val="18"/>
              </w:rPr>
              <w:t>师：现在请同学们按一定的顺序将你们手上的加法算式整理一下吧！</w:t>
            </w:r>
          </w:p>
          <w:p>
            <w:pPr>
              <w:spacing w:after="20" w:line="276" w:lineRule="auto"/>
            </w:pPr>
            <w:r>
              <w:rPr>
                <w:rFonts w:ascii="宋体" w:hAnsi="宋体" w:eastAsia="宋体"/>
                <w:b w:val="0"/>
                <w:sz w:val="18"/>
              </w:rPr>
              <w:t>教师巡视，对有困难的学生进行个别指导。</w:t>
            </w:r>
          </w:p>
          <w:p>
            <w:pPr>
              <w:spacing w:after="20" w:line="276" w:lineRule="auto"/>
            </w:pPr>
            <w:r>
              <w:rPr>
                <w:rFonts w:ascii="宋体" w:hAnsi="宋体" w:eastAsia="宋体"/>
                <w:b w:val="0"/>
                <w:sz w:val="18"/>
              </w:rPr>
              <w:t>有的同学是一列列地排列的，也有同学是一行行地进行整理的。</w:t>
            </w:r>
          </w:p>
          <w:p>
            <w:pPr>
              <w:spacing w:after="20" w:line="276" w:lineRule="auto"/>
            </w:pPr>
            <w:r>
              <w:rPr>
                <w:rFonts w:ascii="宋体" w:hAnsi="宋体" w:eastAsia="宋体"/>
                <w:b w:val="0"/>
                <w:sz w:val="18"/>
              </w:rPr>
              <w:t>3．集中交流评价。</w:t>
            </w:r>
          </w:p>
          <w:p>
            <w:pPr>
              <w:spacing w:after="20" w:line="276" w:lineRule="auto"/>
            </w:pPr>
            <w:r>
              <w:rPr>
                <w:rFonts w:ascii="宋体" w:hAnsi="宋体" w:eastAsia="宋体"/>
                <w:b w:val="0"/>
                <w:sz w:val="18"/>
              </w:rPr>
              <w:t>选取个别学生的排列方法拍照交流评价。</w:t>
            </w:r>
          </w:p>
          <w:p>
            <w:pPr>
              <w:spacing w:after="20" w:line="276" w:lineRule="auto"/>
            </w:pPr>
            <w:r>
              <w:rPr>
                <w:rFonts w:ascii="宋体" w:hAnsi="宋体" w:eastAsia="宋体"/>
                <w:b w:val="0"/>
                <w:sz w:val="18"/>
              </w:rPr>
              <w:t>师：同学们，你们知道他们的排列方法好在哪里吗？还有哪些地方需要改进？</w:t>
            </w:r>
          </w:p>
          <w:p>
            <w:pPr>
              <w:spacing w:after="20" w:line="276" w:lineRule="auto"/>
            </w:pPr>
            <w:r>
              <w:rPr>
                <w:rFonts w:ascii="宋体" w:hAnsi="宋体" w:eastAsia="宋体"/>
                <w:b w:val="0"/>
                <w:sz w:val="18"/>
              </w:rPr>
              <w:t>课件出示整理后的加法算式表。(P32上一张表)</w:t>
            </w:r>
          </w:p>
          <w:p>
            <w:pPr>
              <w:spacing w:after="20" w:line="276" w:lineRule="auto"/>
            </w:pPr>
            <w:r>
              <w:rPr>
                <w:rFonts w:ascii="宋体" w:hAnsi="宋体" w:eastAsia="宋体"/>
                <w:b w:val="0"/>
                <w:sz w:val="18"/>
              </w:rPr>
              <w:t>教师任意指算式，学生说得数。</w:t>
            </w:r>
          </w:p>
          <w:p>
            <w:pPr>
              <w:spacing w:after="20" w:line="276" w:lineRule="auto"/>
            </w:pPr>
            <w:r>
              <w:rPr>
                <w:rFonts w:ascii="宋体" w:hAnsi="宋体" w:eastAsia="宋体"/>
                <w:b w:val="0"/>
                <w:sz w:val="18"/>
              </w:rPr>
              <w:t>师：计算加法算式表中算式的得数，你们有什么发现？</w:t>
            </w:r>
          </w:p>
          <w:p>
            <w:pPr>
              <w:spacing w:after="20" w:line="276" w:lineRule="auto"/>
            </w:pPr>
            <w:r>
              <w:rPr>
                <w:rFonts w:ascii="宋体" w:hAnsi="宋体" w:eastAsia="宋体"/>
                <w:b w:val="0"/>
                <w:sz w:val="18"/>
              </w:rPr>
              <w:t>引导学生说出：横着看，每一行的结果都相等；竖着看，每一列每个算式的第一个数字依次多1，第二个数字不变，结果也依次多1；斜着看(重点看最上面一斜行，即每行的最后一个算式)，第一个数字不变，第二个数字依次多1，结果也依次多1。</w:t>
            </w:r>
          </w:p>
        </w:tc>
        <w:tc>
          <w:tcPr>
            <w:tcW w:type="dxa" w:w="3061"/>
          </w:tcPr>
          <w:p>
            <w:pPr>
              <w:spacing w:after="20" w:line="276" w:lineRule="auto"/>
            </w:pPr>
            <w:r/>
            <w:r>
              <w:rPr>
                <w:rFonts w:ascii="宋体" w:hAnsi="宋体" w:eastAsia="宋体"/>
                <w:b w:val="0"/>
                <w:sz w:val="18"/>
              </w:rPr>
              <w:t>学生可能会根据计算结果分类，也可能根据结果的大小按顺序进行分类。</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引导学生回顾梳理本课所学，完善认知结构，提升归纳与反思能力，核心问题："同学们，你们想好怎样排列这些加法算式了吗？"</w:t>
            </w:r>
          </w:p>
        </w:tc>
      </w:tr>
      <w:tr>
        <w:tc>
          <w:tcPr>
            <w:tcW w:type="dxa" w:w="1474"/>
          </w:tcPr>
          <w:p>
            <w:pPr>
              <w:spacing w:after="20" w:line="276" w:lineRule="auto"/>
            </w:pPr>
            <w:r>
              <w:rPr>
                <w:b/>
              </w:rPr>
            </w:r>
            <w:r>
              <w:rPr>
                <w:rFonts w:ascii="宋体" w:hAnsi="宋体" w:eastAsia="宋体"/>
                <w:b/>
                <w:sz w:val="18"/>
              </w:rPr>
              <w:t>整理减法算式表</w:t>
            </w:r>
          </w:p>
        </w:tc>
        <w:tc>
          <w:tcPr>
            <w:tcW w:type="dxa" w:w="3061"/>
          </w:tcPr>
          <w:p>
            <w:pPr>
              <w:spacing w:after="20" w:line="276" w:lineRule="auto"/>
            </w:pPr>
            <w:r/>
            <w:r>
              <w:rPr>
                <w:rFonts w:ascii="宋体" w:hAnsi="宋体" w:eastAsia="宋体"/>
                <w:b w:val="0"/>
                <w:sz w:val="18"/>
              </w:rPr>
              <w:t>课件出示5以内数的减法算式表。(遮住部分算式)</w:t>
            </w:r>
          </w:p>
          <w:p>
            <w:pPr>
              <w:spacing w:after="20" w:line="276" w:lineRule="auto"/>
            </w:pPr>
            <w:r>
              <w:rPr>
                <w:rFonts w:ascii="宋体" w:hAnsi="宋体" w:eastAsia="宋体"/>
                <w:b w:val="0"/>
                <w:sz w:val="18"/>
              </w:rPr>
              <w:t>0－0 │  │  │  │  │</w:t>
            </w:r>
          </w:p>
          <w:p>
            <w:pPr>
              <w:spacing w:after="20" w:line="276" w:lineRule="auto"/>
            </w:pPr>
            <w:r>
              <w:rPr>
                <w:rFonts w:ascii="宋体" w:hAnsi="宋体" w:eastAsia="宋体"/>
                <w:b w:val="0"/>
                <w:sz w:val="18"/>
              </w:rPr>
              <w:t>1－0 │  │  │  │  │</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w:t>
            </w:r>
          </w:p>
        </w:tc>
      </w:tr>
      <w:tr>
        <w:tc>
          <w:tcPr>
            <w:tcW w:type="dxa" w:w="1474"/>
          </w:tcPr>
          <w:p>
            <w:pPr>
              <w:spacing w:after="20" w:line="276" w:lineRule="auto"/>
            </w:pPr>
            <w:r>
              <w:rPr>
                <w:b/>
              </w:rPr>
            </w:r>
            <w:r>
              <w:rPr>
                <w:rFonts w:ascii="宋体" w:hAnsi="宋体" w:eastAsia="宋体"/>
                <w:b/>
                <w:sz w:val="18"/>
              </w:rPr>
              <w:t>│  │  │ 4－3 │  │</w:t>
            </w:r>
          </w:p>
        </w:tc>
        <w:tc>
          <w:tcPr>
            <w:tcW w:type="dxa" w:w="3061"/>
          </w:tcPr>
          <w:p>
            <w:pPr>
              <w:spacing w:after="20" w:line="276" w:lineRule="auto"/>
            </w:pPr>
            <w:r/>
            <w:r>
              <w:rPr>
                <w:rFonts w:ascii="宋体" w:hAnsi="宋体" w:eastAsia="宋体"/>
                <w:b w:val="0"/>
                <w:sz w:val="18"/>
              </w:rPr>
              <w:t>5－0 │  │  │  │ 5－4 │ 5－5</w:t>
            </w:r>
          </w:p>
          <w:p>
            <w:pPr>
              <w:spacing w:after="20" w:line="276" w:lineRule="auto"/>
            </w:pPr>
            <w:r>
              <w:rPr>
                <w:rFonts w:ascii="宋体" w:hAnsi="宋体" w:eastAsia="宋体"/>
                <w:b w:val="0"/>
                <w:sz w:val="18"/>
              </w:rPr>
              <w:t>师：表中出现了一些减法算式，还有一些没有写出来。大家仔细观察，看看这些算式是怎样排列的，然后按表中的顺序把其余的算式补充完整。</w:t>
            </w:r>
          </w:p>
          <w:p>
            <w:pPr>
              <w:spacing w:after="20" w:line="276" w:lineRule="auto"/>
            </w:pPr>
            <w:r>
              <w:rPr>
                <w:rFonts w:ascii="宋体" w:hAnsi="宋体" w:eastAsia="宋体"/>
                <w:b w:val="0"/>
                <w:sz w:val="18"/>
              </w:rPr>
              <w:t>课件出示P32完整的减法算式表。</w:t>
            </w:r>
          </w:p>
          <w:p>
            <w:pPr>
              <w:spacing w:after="20" w:line="276" w:lineRule="auto"/>
            </w:pPr>
            <w:r>
              <w:rPr>
                <w:rFonts w:ascii="宋体" w:hAnsi="宋体" w:eastAsia="宋体"/>
                <w:b w:val="0"/>
                <w:sz w:val="18"/>
              </w:rPr>
              <w:t>教师任意指算式，学生说得数。</w:t>
            </w:r>
          </w:p>
          <w:p>
            <w:pPr>
              <w:spacing w:after="20" w:line="276" w:lineRule="auto"/>
            </w:pPr>
            <w:r>
              <w:rPr>
                <w:rFonts w:ascii="宋体" w:hAnsi="宋体" w:eastAsia="宋体"/>
                <w:b w:val="0"/>
                <w:sz w:val="18"/>
              </w:rPr>
              <w:t>师：计算减法算式表中算式的得数，你们有什么发现？</w:t>
            </w:r>
          </w:p>
          <w:p>
            <w:pPr>
              <w:spacing w:after="20" w:line="276" w:lineRule="auto"/>
            </w:pPr>
            <w:r>
              <w:rPr>
                <w:rFonts w:ascii="宋体" w:hAnsi="宋体" w:eastAsia="宋体"/>
                <w:b w:val="0"/>
                <w:sz w:val="18"/>
              </w:rPr>
              <w:t>引导学生说出：横着看，每一行每个算式的第一个数字相同，第二个数字依次多1，结果依次少1；竖着看，每一列每个算式的第二个数字相同，第一个数字依次多1，结果依次多1；斜着看(重点看最上面一斜行，即每行的最后一个算式)，第一个数字和第二个数字都依次多1，结果相同，都为0。</w:t>
            </w:r>
          </w:p>
        </w:tc>
        <w:tc>
          <w:tcPr>
            <w:tcW w:type="dxa" w:w="3061"/>
          </w:tcPr>
          <w:p>
            <w:pPr>
              <w:spacing w:after="20" w:line="276" w:lineRule="auto"/>
            </w:pPr>
            <w:r/>
            <w:r>
              <w:rPr>
                <w:rFonts w:ascii="宋体" w:hAnsi="宋体" w:eastAsia="宋体"/>
                <w:b w:val="0"/>
                <w:sz w:val="18"/>
              </w:rPr>
              <w:t>学生模仿加法算式表的排列规律整理减法算式表。</w:t>
            </w:r>
          </w:p>
        </w:tc>
        <w:tc>
          <w:tcPr>
            <w:tcW w:type="dxa" w:w="1814"/>
          </w:tcPr>
          <w:p>
            <w:pPr>
              <w:spacing w:after="20" w:line="276" w:lineRule="auto"/>
            </w:pPr>
            <w:r/>
            <w:r>
              <w:rPr>
                <w:rFonts w:ascii="宋体" w:hAnsi="宋体" w:eastAsia="宋体"/>
                <w:b w:val="0"/>
                <w:sz w:val="18"/>
              </w:rPr>
              <w:t>围绕环节目标组织学习活动，引导学生主动参与、积极思考，核心问题："计算减法算式表中算式的得数，你们有什么发现？"</w:t>
            </w:r>
          </w:p>
        </w:tc>
      </w:tr>
      <w:tr>
        <w:tc>
          <w:tcPr>
            <w:tcW w:type="dxa" w:w="1474"/>
          </w:tcPr>
          <w:p>
            <w:pPr>
              <w:spacing w:after="20" w:line="276" w:lineRule="auto"/>
            </w:pPr>
            <w:r>
              <w:rPr>
                <w:b/>
              </w:rPr>
            </w:r>
            <w:r>
              <w:rPr>
                <w:rFonts w:ascii="宋体" w:hAnsi="宋体" w:eastAsia="宋体"/>
                <w:b/>
                <w:sz w:val="18"/>
              </w:rPr>
              <w:t>巩固练习</w:t>
            </w:r>
          </w:p>
        </w:tc>
        <w:tc>
          <w:tcPr>
            <w:tcW w:type="dxa" w:w="3061"/>
          </w:tcPr>
          <w:p>
            <w:pPr>
              <w:spacing w:after="20" w:line="276" w:lineRule="auto"/>
            </w:pPr>
            <w:r/>
            <w:r>
              <w:rPr>
                <w:rFonts w:ascii="宋体" w:hAnsi="宋体" w:eastAsia="宋体"/>
                <w:b w:val="0"/>
                <w:sz w:val="18"/>
              </w:rPr>
              <w:t>完成教科书P33“练一练”第2、4题。</w:t>
            </w:r>
          </w:p>
        </w:tc>
        <w:tc>
          <w:tcPr>
            <w:tcW w:type="dxa" w:w="3061"/>
          </w:tcPr>
          <w:p>
            <w:pPr>
              <w:spacing w:after="20" w:line="276" w:lineRule="auto"/>
            </w:pPr>
            <w:r/>
            <w:r>
              <w:rPr>
                <w:rFonts w:ascii="宋体" w:hAnsi="宋体" w:eastAsia="宋体"/>
                <w:b w:val="0"/>
                <w:sz w:val="18"/>
              </w:rPr>
              <w:t>学生独立完成计算再集体订正。</w:t>
            </w:r>
          </w:p>
        </w:tc>
        <w:tc>
          <w:tcPr>
            <w:tcW w:type="dxa" w:w="1814"/>
          </w:tcPr>
          <w:p>
            <w:pPr>
              <w:spacing w:after="20" w:line="276" w:lineRule="auto"/>
            </w:pPr>
            <w:r/>
            <w:r>
              <w:rPr>
                <w:rFonts w:ascii="宋体" w:hAnsi="宋体" w:eastAsia="宋体"/>
                <w:b w:val="0"/>
                <w:sz w:val="18"/>
              </w:rPr>
              <w:t>通过有层次的练习及时反馈学情，巩固新知，培养学生灵活运用知识解决问题的能力。</w:t>
            </w:r>
          </w:p>
        </w:tc>
      </w:tr>
      <w:tr>
        <w:tc>
          <w:tcPr>
            <w:tcW w:type="dxa" w:w="1474"/>
          </w:tcPr>
          <w:p>
            <w:pPr>
              <w:spacing w:after="20" w:line="276" w:lineRule="auto"/>
            </w:pPr>
            <w:r>
              <w:rPr>
                <w:b/>
              </w:rPr>
            </w:r>
            <w:r>
              <w:rPr>
                <w:rFonts w:ascii="宋体" w:hAnsi="宋体" w:eastAsia="宋体"/>
                <w:b/>
                <w:sz w:val="18"/>
              </w:rPr>
              <w:t>课堂小结</w:t>
            </w:r>
          </w:p>
        </w:tc>
        <w:tc>
          <w:tcPr>
            <w:tcW w:type="dxa" w:w="3061"/>
          </w:tcPr>
          <w:p>
            <w:pPr>
              <w:spacing w:after="20" w:line="276" w:lineRule="auto"/>
            </w:pPr>
            <w:r/>
            <w:r>
              <w:rPr>
                <w:rFonts w:ascii="宋体" w:hAnsi="宋体" w:eastAsia="宋体"/>
                <w:b w:val="0"/>
                <w:sz w:val="18"/>
              </w:rPr>
              <w:t>师：同学们，今天的数学课你们有哪些收获呢？</w:t>
            </w:r>
          </w:p>
        </w:tc>
        <w:tc>
          <w:tcPr>
            <w:tcW w:type="dxa" w:w="3061"/>
          </w:tcPr>
          <w:p>
            <w:pPr>
              <w:spacing w:after="20" w:line="276" w:lineRule="auto"/>
            </w:pPr>
            <w:r/>
            <w:r>
              <w:rPr>
                <w:rFonts w:ascii="宋体" w:hAnsi="宋体" w:eastAsia="宋体"/>
                <w:b w:val="0"/>
                <w:sz w:val="18"/>
              </w:rPr>
              <w:t>——</w:t>
            </w:r>
          </w:p>
        </w:tc>
        <w:tc>
          <w:tcPr>
            <w:tcW w:type="dxa" w:w="1814"/>
          </w:tcPr>
          <w:p>
            <w:pPr>
              <w:spacing w:after="20" w:line="276" w:lineRule="auto"/>
            </w:pPr>
            <w:r/>
            <w:r>
              <w:rPr>
                <w:rFonts w:ascii="宋体" w:hAnsi="宋体" w:eastAsia="宋体"/>
                <w:b w:val="0"/>
                <w:sz w:val="18"/>
              </w:rPr>
              <w:t>引导学生回顾梳理本课所学，完善认知结构，提升归纳与反思能力，核心问题："同学们，今天的数学课你们有哪些收获呢？"</w:t>
            </w:r>
          </w:p>
        </w:tc>
      </w:tr>
    </w:tbl>
    <w:p>
      <w:pPr>
        <w:spacing w:after="40"/>
      </w:pPr>
    </w:p>
    <w:p>
      <w:pPr>
        <w:spacing w:after="60" w:line="300" w:lineRule="auto"/>
      </w:pPr>
      <w:r>
        <w:rPr>
          <w:rFonts w:ascii="黑体" w:hAnsi="黑体" w:eastAsia="黑体"/>
          <w:b/>
          <w:sz w:val="21"/>
        </w:rPr>
        <w:t>四、板书设计</w:t>
      </w:r>
    </w:p>
    <w:p>
      <w:pPr>
        <w:spacing w:after="40" w:line="300" w:lineRule="auto"/>
        <w:ind w:firstLine="400"/>
      </w:pPr>
      <w:r>
        <w:rPr>
          <w:rFonts w:ascii="宋体" w:hAnsi="宋体" w:eastAsia="宋体"/>
          <w:b w:val="0"/>
          <w:sz w:val="20"/>
        </w:rPr>
        <w:t>（本课板书建议结合教学进程以提纲式或图文式呈现：突出课题与核心知识结构，突出重点、帮助理解、布局合理，与教学目标相呼应。）</w:t>
      </w:r>
    </w:p>
    <w:p>
      <w:pPr>
        <w:spacing w:after="60" w:line="300" w:lineRule="auto"/>
      </w:pPr>
      <w:r>
        <w:rPr>
          <w:rFonts w:ascii="黑体" w:hAnsi="黑体" w:eastAsia="黑体"/>
          <w:b/>
          <w:sz w:val="21"/>
        </w:rPr>
        <w:t>五、作业设计</w:t>
      </w:r>
    </w:p>
    <w:p>
      <w:pPr>
        <w:spacing w:after="40" w:line="300" w:lineRule="auto"/>
        <w:ind w:firstLine="400"/>
      </w:pPr>
      <w:r>
        <w:rPr>
          <w:rFonts w:ascii="宋体" w:hAnsi="宋体" w:eastAsia="宋体"/>
          <w:b w:val="0"/>
          <w:sz w:val="20"/>
        </w:rPr>
        <w:t>课前预设作业：</w:t>
      </w:r>
    </w:p>
    <w:p>
      <w:pPr>
        <w:spacing w:after="40" w:line="300" w:lineRule="auto"/>
        <w:ind w:firstLine="400"/>
      </w:pPr>
      <w:r>
        <w:rPr>
          <w:rFonts w:ascii="宋体" w:hAnsi="宋体" w:eastAsia="宋体"/>
          <w:b w:val="0"/>
          <w:sz w:val="20"/>
        </w:rPr>
        <w:t>① 教科书P32，完成教科书P33“练一练”第2、4题。</w:t>
      </w:r>
    </w:p>
    <w:p>
      <w:pPr>
        <w:spacing w:after="40" w:line="300" w:lineRule="auto"/>
        <w:ind w:firstLine="400"/>
      </w:pPr>
      <w:r>
        <w:rPr>
          <w:rFonts w:ascii="宋体" w:hAnsi="宋体" w:eastAsia="宋体"/>
          <w:b w:val="0"/>
          <w:sz w:val="20"/>
        </w:rPr>
        <w:t>课后跟进作业：教学任务完成后，据学生课堂反馈调整——可安排①《数学作业本》对应课时的巩固练习；②说题或动手操作类实践作业（视学情选用，一、二年级不布置书面家庭作业）。</w:t>
      </w:r>
    </w:p>
    <w:p>
      <w:pPr>
        <w:spacing w:after="60" w:line="300" w:lineRule="auto"/>
      </w:pPr>
      <w:r>
        <w:rPr>
          <w:rFonts w:ascii="黑体" w:hAnsi="黑体" w:eastAsia="黑体"/>
          <w:b/>
          <w:sz w:val="21"/>
        </w:rPr>
        <w:t>六、课后反思</w:t>
      </w:r>
    </w:p>
    <w:p>
      <w:pPr>
        <w:spacing w:after="20" w:line="300" w:lineRule="auto"/>
      </w:pPr>
      <w:r>
        <w:rPr>
          <w:rFonts w:ascii="宋体" w:hAnsi="宋体" w:eastAsia="宋体"/>
          <w:b w:val="0"/>
          <w:sz w:val="20"/>
        </w:rPr>
        <w:t>1．实际教学过程与课前预设之间的差距如何？如果有差距，你是如何处理的？</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2．学生是否都有了公平学习的机会？</w:t>
      </w:r>
    </w:p>
    <w:p>
      <w:pPr>
        <w:spacing w:after="40" w:line="300" w:lineRule="auto"/>
      </w:pPr>
      <w:r>
        <w:rPr>
          <w:rFonts w:ascii="楷体" w:hAnsi="楷体" w:eastAsia="楷体"/>
          <w:b w:val="0"/>
          <w:sz w:val="20"/>
        </w:rPr>
        <w:t>＿＿＿＿＿＿＿＿＿＿＿＿＿＿＿＿＿＿＿＿＿＿＿＿＿＿＿＿＿＿＿＿＿＿＿＿</w:t>
      </w:r>
    </w:p>
    <w:p>
      <w:pPr>
        <w:spacing w:after="20" w:line="300" w:lineRule="auto"/>
      </w:pPr>
      <w:r>
        <w:rPr>
          <w:rFonts w:ascii="宋体" w:hAnsi="宋体" w:eastAsia="宋体"/>
          <w:b w:val="0"/>
          <w:sz w:val="20"/>
        </w:rPr>
        <w:t>3．教学中还存在哪些问题？哪个问题显得最为关键？打算在后续的教学中如何改进？</w:t>
      </w:r>
    </w:p>
    <w:p>
      <w:pPr>
        <w:spacing w:after="40" w:line="300" w:lineRule="auto"/>
      </w:pPr>
      <w:r>
        <w:rPr>
          <w:rFonts w:ascii="楷体" w:hAnsi="楷体" w:eastAsia="楷体"/>
          <w:b w:val="0"/>
          <w:sz w:val="20"/>
        </w:rPr>
        <w:t>＿＿＿＿＿＿＿＿＿＿＿＿＿＿＿＿＿＿＿＿＿＿＿＿＿＿＿＿＿＿＿＿＿＿＿＿</w:t>
      </w:r>
    </w:p>
    <w:p>
      <w:pPr>
        <w:spacing w:after="40" w:line="300" w:lineRule="auto"/>
        <w:ind w:firstLine="380"/>
      </w:pPr>
      <w:r>
        <w:rPr>
          <w:rFonts w:ascii="楷体" w:hAnsi="楷体" w:eastAsia="楷体"/>
          <w:b w:val="0"/>
          <w:color w:val="606060"/>
          <w:sz w:val="19"/>
        </w:rPr>
        <w:t>【原教学设计反思（供参考）】本节课引导学生对5以内数的加、减法算式进行了整理，学生的表现不错，合作能力得到了提高，有序思维得到了发展。对于这节课的难点，学生年龄小，是不容易主动突破的，教师通过层层引导，让学生对算式表中的排列规律逐渐理解和明朗，同时也为后续自主整理和探究6～10的加、减法算式打下基础。</w:t>
      </w:r>
    </w:p>
    <w:sectPr w:rsidR="00FC693F" w:rsidRPr="0006063C" w:rsidSect="00034616">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