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人教版一年级数学上册</w:t>
      </w:r>
    </w:p>
    <w:p>
      <w:pPr>
        <w:spacing w:after="80" w:line="300" w:lineRule="auto"/>
        <w:jc w:val="center"/>
      </w:pPr>
      <w:r>
        <w:rPr>
          <w:rFonts w:ascii="黑体" w:hAnsi="黑体" w:eastAsia="黑体"/>
          <w:b/>
          <w:sz w:val="26"/>
        </w:rPr>
        <w:t>第3单元 认识立体图形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第3单元 认识立体图形</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认识立体图形”是学生学习“图形与几何”知识的起始，主要是从形状这一角度来初步认识物体和图形。这一单元包含三方面的内容：一是初步认识长方体、正方体、圆柱和球4种立体图形；二是解决简单的实际问题；三是会用同样的立体图形进行拼组。学生在丰富的活动中，为今后学习图形积累可迁移的经验。</w:t>
      </w:r>
    </w:p>
    <w:p>
      <w:pPr>
        <w:spacing w:after="80" w:line="300" w:lineRule="auto"/>
        <w:ind w:firstLine="400"/>
      </w:pPr>
      <w:r>
        <w:rPr>
          <w:rFonts w:ascii="宋体" w:hAnsi="宋体" w:eastAsia="宋体"/>
          <w:b w:val="0"/>
          <w:sz w:val="20"/>
        </w:rPr>
        <w:t>教科书通过对生活中的实际物体或实物图片进行分类的数学学习活动，使学生从形状的视角初步认识物体和图形。首先直接呈现了学生熟悉的实物图引出4种立体图形；接着让学生对4种立体图形分别进行直观辨认、区别，初步感知各种立体图形的一般形状特征；最后让学生说一说，身边哪些物体与这些立体图形的形状相同，引导学生把学到的数学知识与生活实际联系起来，提高数学学习兴趣，培养学生从生活中发现数学问题的意识和习惯。</w:t>
      </w:r>
    </w:p>
    <w:p>
      <w:pPr>
        <w:spacing w:after="80" w:line="300" w:lineRule="auto"/>
        <w:ind w:firstLine="400"/>
      </w:pPr>
      <w:r>
        <w:rPr>
          <w:rFonts w:ascii="宋体" w:hAnsi="宋体" w:eastAsia="宋体"/>
          <w:b w:val="0"/>
          <w:sz w:val="20"/>
        </w:rPr>
        <w:t>教科书安排了拼搭的活动，以加深学生对立体图形特征的认识与理解。拼搭活动分为两个层次编写：一是通过“所有的积木都要用上，看谁搭得又稳又高”的活动，引导学生经历利用立体图形的特征解决问题的全过程。二是若干个相同几何体的拼组，通过把2个同样的小正方体拼成一个长方体，把4个同样的小长方体拼成一个大长方体或者其他几何体的操作活动，让学生初步体会立体图形之间的关系，巩固对立体图形特征的认识，培养学生用联系变化的观点看待事物的意识。</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认识立体图形，是源于自己的生活经验，他们在生活中常见的物体多数是立体的。此外，一年级的学生思维尚处于具体形象思维水平，对图形的认识需要多种感官协调，从具体的实物抽象出立体图形。教学时，借助学生已有的生活经验，让学生在具体的操作活动中观察、比较，从而发现、总结、归纳出每种图形的特征。了解每种图形的特征是正确辨认长方体、正方体、圆柱和球等立体图形的依据。对变式长方体、圆柱的辨认是学生学习的难点，教学时，要增加变式与反例，让学生能突破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空间观念：在观察、操作、分类等活动中，认识长方体、正方体、圆柱和球这4种立体图形，能通过实物和模型辨认各种立体图形，能用自己的语言直观描述立体图形的特征，能根据语言描述找出相应的立体图形，能从现实生活中找出形状是这些立体图形的实物。</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第1课时：通过观察、操作、分类等活动，形成对长方体、正方体、圆柱和球的直观认识，能在实际情境中辨认这些图形，准确说出它们的名称。</w:t>
      </w:r>
    </w:p>
    <w:p>
      <w:pPr>
        <w:spacing w:after="20" w:line="300" w:lineRule="auto"/>
        <w:ind w:firstLine="400"/>
      </w:pPr>
      <w:r>
        <w:rPr>
          <w:rFonts w:ascii="宋体" w:hAnsi="宋体" w:eastAsia="宋体"/>
          <w:b w:val="0"/>
          <w:sz w:val="20"/>
        </w:rPr>
        <w:t>第2课时：在拼搭活动中加深对长方体、正方体、圆柱和球这些立体图形特征的认识，获得对立体图形的直观体验。</w:t>
      </w:r>
    </w:p>
    <w:p>
      <w:pPr>
        <w:spacing w:after="20" w:line="300" w:lineRule="auto"/>
        <w:ind w:firstLine="400"/>
      </w:pPr>
      <w:r>
        <w:rPr>
          <w:rFonts w:ascii="宋体" w:hAnsi="宋体" w:eastAsia="宋体"/>
          <w:b w:val="0"/>
          <w:sz w:val="20"/>
        </w:rPr>
        <w:t>第3课时：让学生用多个相同的立体图形进行拼组，进一步直观感知立体图形的特征，初步体会立体图形之间的关系。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注意培养学生的观察意识和能力。例如，可以让学生观察身边的物体分别是什么形状的、哪些物体的形状相同等。</w:t>
      </w:r>
    </w:p>
    <w:p>
      <w:pPr>
        <w:spacing w:after="20" w:line="300" w:lineRule="auto"/>
      </w:pPr>
      <w:r>
        <w:rPr>
          <w:rFonts w:ascii="宋体" w:hAnsi="宋体" w:eastAsia="宋体"/>
          <w:b w:val="0"/>
          <w:sz w:val="20"/>
        </w:rPr>
        <w:t>● 给学生提供充分的动手操作的机会，一方面可以提高学生的学习兴趣，另一方面可以使学生形成初步的动手操作能力。</w:t>
      </w:r>
    </w:p>
    <w:p>
      <w:pPr>
        <w:spacing w:after="20" w:line="300" w:lineRule="auto"/>
      </w:pPr>
      <w:r>
        <w:rPr>
          <w:rFonts w:ascii="宋体" w:hAnsi="宋体" w:eastAsia="宋体"/>
          <w:b w:val="0"/>
          <w:sz w:val="20"/>
        </w:rPr>
        <w:t>● 增加变式图形和反例，如设计对“特别细长的小棒”“特别扁平的硬币”“一次性纸杯”等物体进行辨认的活动，让学生感知图形的本质。</w:t>
      </w:r>
    </w:p>
    <w:p>
      <w:pPr>
        <w:spacing w:after="20" w:line="300" w:lineRule="auto"/>
      </w:pPr>
      <w:r>
        <w:rPr>
          <w:rFonts w:ascii="宋体" w:hAnsi="宋体" w:eastAsia="宋体"/>
          <w:b w:val="0"/>
          <w:sz w:val="20"/>
        </w:rPr>
        <w:t>● 重视对学生进行学习方法的指导，让学生知道分类是认识图形的重要方法，拼搭图形是研究图形的重要途径，积累可迁移的活动经验。</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认识立体图形</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通过观察、操作、分类等活动，形成对长方体、正方体、圆柱和球的直观认识，能在实际情境中辨认这些图形，准确说出它们的名称。</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在拼搭活动中加深对长方体、正方体、圆柱和球这些立体图形特征的认识，获得对立体图形的直观体验。</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图形拼组</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让学生用多个相同的立体图形进行拼组，进一步直观感知立体图形的特征，初步体会立体图形之间的关系。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认识立体图形</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认识立体图形</w:t>
            </w:r>
          </w:p>
        </w:tc>
        <w:tc>
          <w:tcPr>
            <w:tcW w:type="dxa" w:w="6009"/>
          </w:tcPr>
          <w:p>
            <w:pPr>
              <w:spacing w:after="20" w:line="276" w:lineRule="auto"/>
            </w:pPr>
            <w:r/>
            <w:r>
              <w:rPr>
                <w:rFonts w:ascii="宋体" w:hAnsi="宋体" w:eastAsia="宋体"/>
                <w:b w:val="0"/>
                <w:sz w:val="20"/>
              </w:rPr>
              <w:t>第3单元 认识立体图形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认识立体图形，是源于自己的生活经验，他们在生活中常见的物体多数是立体的。此外，一年级的学生思维尚处于具体形象思维水平，对图形的认识需要多种感官协调，从具体的实物抽象出立体图形。教学时，借助学生已有的生活经验，让学生在具体的操作活动中观察、比较，从而发现、总结、归纳出每种图形的特征。了解每种图形的特征是正确辨认长方体、正方体、圆柱和球等立体图形的依据。对变式长方体、圆柱的辨认是学生学习的难点，教学时，要增加变式与反例，让学生能突破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教学内容：教科书P68例1，完成教科书P69“做一做”。</w:t>
      </w:r>
    </w:p>
    <w:p>
      <w:pPr>
        <w:spacing w:after="80" w:line="300" w:lineRule="auto"/>
        <w:ind w:firstLine="400"/>
      </w:pPr>
      <w:r>
        <w:rPr>
          <w:rFonts w:ascii="宋体" w:hAnsi="宋体" w:eastAsia="宋体"/>
          <w:b w:val="0"/>
          <w:sz w:val="20"/>
        </w:rPr>
        <w:t>设计思路：充分运用学生已有的生活经验和在幼儿园积累的认图经验，让学生在观察、操作、分类等活动中认知图形的直观特征，积累认识图形的活动经验。</w:t>
      </w:r>
    </w:p>
    <w:p>
      <w:pPr>
        <w:spacing w:after="80" w:line="300" w:lineRule="auto"/>
        <w:ind w:firstLine="400"/>
      </w:pPr>
      <w:r>
        <w:rPr>
          <w:rFonts w:ascii="宋体" w:hAnsi="宋体" w:eastAsia="宋体"/>
          <w:b w:val="0"/>
          <w:sz w:val="20"/>
        </w:rPr>
        <w:t>教学准备：课件，长方体、正方体、圆柱和球的模型，学具。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（1）通过观察、操作、分类等活动，形成对长方体、正方体、圆柱和球的直观认识，能在实际情境中辨认这些图形，准确说出它们的名称。</w:t>
      </w:r>
    </w:p>
    <w:p>
      <w:pPr>
        <w:spacing w:after="20" w:line="300" w:lineRule="auto"/>
        <w:ind w:firstLine="400"/>
      </w:pPr>
      <w:r>
        <w:rPr>
          <w:rFonts w:ascii="宋体" w:hAnsi="宋体" w:eastAsia="宋体"/>
          <w:b w:val="0"/>
          <w:sz w:val="20"/>
        </w:rPr>
        <w:t>（2）通过分类、操作、想象等活动，经历从实物抽象出图形的过程，根据几何图形的特征想象出实际物体，形成初步的空间观念。</w:t>
      </w:r>
    </w:p>
    <w:p>
      <w:pPr>
        <w:spacing w:after="20" w:line="300" w:lineRule="auto"/>
        <w:ind w:firstLine="400"/>
      </w:pPr>
      <w:r>
        <w:rPr>
          <w:rFonts w:ascii="宋体" w:hAnsi="宋体" w:eastAsia="宋体"/>
          <w:b w:val="0"/>
          <w:sz w:val="20"/>
        </w:rPr>
        <w:t>（3）体会数学和实际生活的密切联系，感悟生活处处有图形，生活处处有数学。</w:t>
      </w:r>
    </w:p>
    <w:p>
      <w:pPr>
        <w:spacing w:after="20" w:line="300" w:lineRule="auto"/>
      </w:pPr>
      <w:r>
        <w:rPr>
          <w:rFonts w:ascii="宋体" w:hAnsi="宋体" w:eastAsia="宋体"/>
          <w:b w:val="0"/>
          <w:sz w:val="20"/>
        </w:rPr>
        <w:t>教学重点：对长方体、正方体、圆柱和球的一般形状特征有一定的感性认识。</w:t>
      </w:r>
    </w:p>
    <w:p>
      <w:pPr>
        <w:spacing w:after="20" w:line="300" w:lineRule="auto"/>
      </w:pPr>
      <w:r>
        <w:rPr>
          <w:rFonts w:ascii="宋体" w:hAnsi="宋体" w:eastAsia="宋体"/>
          <w:b w:val="0"/>
          <w:sz w:val="20"/>
        </w:rPr>
        <w:t>教学难点：正确辨认变式的长方体和圆柱。</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情境导入，揭示课题</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同学们，图形王国里的新朋友给我们带来了一些礼物，你们知道这些礼物的名称吗？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给图形分类</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你们能给这些物体分分类吗？；说说你分成了哪几类？为什么这样分呢？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认识立体图形</w:t>
            </w:r>
          </w:p>
        </w:tc>
        <w:tc>
          <w:tcPr>
            <w:tcW w:type="dxa" w:w="1814"/>
          </w:tcPr>
          <w:p>
            <w:pPr>
              <w:spacing w:after="20" w:line="276" w:lineRule="auto"/>
            </w:pPr>
            <w:r/>
            <w:r>
              <w:rPr>
                <w:rFonts w:ascii="宋体" w:hAnsi="宋体" w:eastAsia="宋体"/>
                <w:b w:val="0"/>
                <w:sz w:val="18"/>
              </w:rPr>
              <w:t>学具、课件、图片</w:t>
            </w:r>
          </w:p>
        </w:tc>
        <w:tc>
          <w:tcPr>
            <w:tcW w:type="dxa" w:w="3402"/>
          </w:tcPr>
          <w:p>
            <w:pPr>
              <w:spacing w:after="20" w:line="276" w:lineRule="auto"/>
            </w:pPr>
            <w:r/>
            <w:r>
              <w:rPr>
                <w:rFonts w:ascii="宋体" w:hAnsi="宋体" w:eastAsia="宋体"/>
                <w:b w:val="0"/>
                <w:sz w:val="18"/>
              </w:rPr>
              <w:t>你们能给这样长长的、方方的物体取个名字吗？；你们能给这样方方的、正正的物体取个名字吗？</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认识立体图形学习单</w:t>
            </w:r>
          </w:p>
        </w:tc>
        <w:tc>
          <w:tcPr>
            <w:tcW w:type="dxa" w:w="1814"/>
          </w:tcPr>
          <w:p>
            <w:pPr>
              <w:spacing w:after="20" w:line="276" w:lineRule="auto"/>
            </w:pPr>
            <w:r/>
            <w:r>
              <w:rPr>
                <w:rFonts w:ascii="宋体" w:hAnsi="宋体" w:eastAsia="宋体"/>
                <w:b w:val="0"/>
                <w:sz w:val="18"/>
              </w:rPr>
              <w:t>学具、课件、图片</w:t>
            </w:r>
          </w:p>
        </w:tc>
        <w:tc>
          <w:tcPr>
            <w:tcW w:type="dxa" w:w="3402"/>
          </w:tcPr>
          <w:p>
            <w:pPr>
              <w:spacing w:after="20" w:line="276" w:lineRule="auto"/>
            </w:pPr>
            <w:r/>
            <w:r>
              <w:rPr>
                <w:rFonts w:ascii="宋体" w:hAnsi="宋体" w:eastAsia="宋体"/>
                <w:b w:val="0"/>
                <w:sz w:val="18"/>
              </w:rPr>
              <w:t>(拿出一个球的模型)你能从学具盒中拿出和它形状相同的物体吗？；摸一摸，看一看，你们发现了什么？</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应用练习</w:t>
            </w:r>
          </w:p>
        </w:tc>
        <w:tc>
          <w:tcPr>
            <w:tcW w:type="dxa" w:w="1814"/>
          </w:tcPr>
          <w:p>
            <w:pPr>
              <w:spacing w:after="20" w:line="276" w:lineRule="auto"/>
            </w:pPr>
            <w:r/>
            <w:r>
              <w:rPr>
                <w:rFonts w:ascii="宋体" w:hAnsi="宋体" w:eastAsia="宋体"/>
                <w:b w:val="0"/>
                <w:sz w:val="18"/>
              </w:rPr>
              <w:t>教科书、课件、学具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课件、学具</w:t>
            </w:r>
          </w:p>
        </w:tc>
        <w:tc>
          <w:tcPr>
            <w:tcW w:type="dxa" w:w="3402"/>
          </w:tcPr>
          <w:p>
            <w:pPr>
              <w:spacing w:after="20" w:line="276" w:lineRule="auto"/>
            </w:pPr>
            <w:r/>
            <w:r>
              <w:rPr>
                <w:rFonts w:ascii="宋体" w:hAnsi="宋体" w:eastAsia="宋体"/>
                <w:b w:val="0"/>
                <w:sz w:val="18"/>
              </w:rPr>
              <w:t>今天你们认识了哪些立体图形？它们是什么样子的？</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情境导入，揭示课题</w:t>
            </w:r>
          </w:p>
        </w:tc>
        <w:tc>
          <w:tcPr>
            <w:tcW w:type="dxa" w:w="3061"/>
          </w:tcPr>
          <w:p>
            <w:pPr>
              <w:spacing w:after="20" w:line="276" w:lineRule="auto"/>
            </w:pPr>
            <w:r/>
            <w:r>
              <w:rPr>
                <w:rFonts w:ascii="宋体" w:hAnsi="宋体" w:eastAsia="宋体"/>
                <w:b w:val="0"/>
                <w:sz w:val="18"/>
              </w:rPr>
              <w:t>师：同学们，图形王国里的新朋友给我们带来了一些礼物，你们知道这些礼物的名称吗？</w:t>
            </w:r>
          </w:p>
          <w:p>
            <w:pPr>
              <w:spacing w:after="20" w:line="276" w:lineRule="auto"/>
            </w:pPr>
            <w:r>
              <w:rPr>
                <w:rFonts w:ascii="宋体" w:hAnsi="宋体" w:eastAsia="宋体"/>
                <w:b w:val="0"/>
                <w:sz w:val="18"/>
              </w:rPr>
              <w:t>教师依次出示长方体、正方体、圆柱和球的模型。</w:t>
            </w:r>
          </w:p>
          <w:p>
            <w:pPr>
              <w:spacing w:after="20" w:line="276" w:lineRule="auto"/>
            </w:pPr>
            <w:r>
              <w:rPr>
                <w:rFonts w:ascii="宋体" w:hAnsi="宋体" w:eastAsia="宋体"/>
                <w:b w:val="0"/>
                <w:sz w:val="18"/>
              </w:rPr>
              <w:t>师：今天我们就来认识这些图形。(板书课题：认识立体图形)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创设情境激活学生已有经验，自然引出本课学习内容，激发学习兴趣，核心问题："同学们，图形王国里的新朋友给我们带来了一些礼物，你们知道这些礼物的名称吗？"</w:t>
            </w:r>
          </w:p>
        </w:tc>
      </w:tr>
      <w:tr>
        <w:tc>
          <w:tcPr>
            <w:tcW w:type="dxa" w:w="1474"/>
          </w:tcPr>
          <w:p>
            <w:pPr>
              <w:spacing w:after="20" w:line="276" w:lineRule="auto"/>
            </w:pPr>
            <w:r>
              <w:rPr>
                <w:b/>
              </w:rPr>
            </w:r>
            <w:r>
              <w:rPr>
                <w:rFonts w:ascii="宋体" w:hAnsi="宋体" w:eastAsia="宋体"/>
                <w:b/>
                <w:sz w:val="18"/>
              </w:rPr>
              <w:t>给图形分类</w:t>
            </w:r>
          </w:p>
        </w:tc>
        <w:tc>
          <w:tcPr>
            <w:tcW w:type="dxa" w:w="3061"/>
          </w:tcPr>
          <w:p>
            <w:pPr>
              <w:spacing w:after="20" w:line="276" w:lineRule="auto"/>
            </w:pPr>
            <w:r/>
            <w:r>
              <w:rPr>
                <w:rFonts w:ascii="宋体" w:hAnsi="宋体" w:eastAsia="宋体"/>
                <w:b w:val="0"/>
                <w:sz w:val="18"/>
              </w:rPr>
              <w:t>教师呈现实物，引导学生进行分类整理。</w:t>
            </w:r>
          </w:p>
          <w:p>
            <w:pPr>
              <w:spacing w:after="20" w:line="276" w:lineRule="auto"/>
            </w:pPr>
            <w:r>
              <w:rPr>
                <w:rFonts w:ascii="宋体" w:hAnsi="宋体" w:eastAsia="宋体"/>
                <w:b w:val="0"/>
                <w:sz w:val="18"/>
              </w:rPr>
              <w:t>师：你们能给这些物体分分类吗？</w:t>
            </w:r>
          </w:p>
          <w:p>
            <w:pPr>
              <w:spacing w:after="20" w:line="276" w:lineRule="auto"/>
            </w:pPr>
            <w:r>
              <w:rPr>
                <w:rFonts w:ascii="宋体" w:hAnsi="宋体" w:eastAsia="宋体"/>
                <w:b w:val="0"/>
                <w:sz w:val="18"/>
              </w:rPr>
              <w:t>点学生上台分类。</w:t>
            </w:r>
          </w:p>
          <w:p>
            <w:pPr>
              <w:spacing w:after="20" w:line="276" w:lineRule="auto"/>
            </w:pPr>
            <w:r>
              <w:rPr>
                <w:rFonts w:ascii="宋体" w:hAnsi="宋体" w:eastAsia="宋体"/>
                <w:b w:val="0"/>
                <w:sz w:val="18"/>
              </w:rPr>
              <w:t>根据不同的分类标准，分成2类或3类。</w:t>
            </w:r>
          </w:p>
          <w:p>
            <w:pPr>
              <w:spacing w:after="20" w:line="276" w:lineRule="auto"/>
            </w:pPr>
            <w:r>
              <w:rPr>
                <w:rFonts w:ascii="宋体" w:hAnsi="宋体" w:eastAsia="宋体"/>
                <w:b w:val="0"/>
                <w:sz w:val="18"/>
              </w:rPr>
              <w:t>师：说说你分成了哪几类？为什么这样分呢？</w:t>
            </w:r>
          </w:p>
          <w:p>
            <w:pPr>
              <w:spacing w:after="20" w:line="276" w:lineRule="auto"/>
            </w:pPr>
            <w:r>
              <w:rPr>
                <w:rFonts w:ascii="宋体" w:hAnsi="宋体" w:eastAsia="宋体"/>
                <w:b w:val="0"/>
                <w:sz w:val="18"/>
              </w:rPr>
              <w:t>师生互动，对多种不同的分类方法进行评价。</w:t>
            </w:r>
          </w:p>
          <w:p>
            <w:pPr>
              <w:spacing w:after="20" w:line="276" w:lineRule="auto"/>
            </w:pPr>
            <w:r>
              <w:rPr>
                <w:rFonts w:ascii="宋体" w:hAnsi="宋体" w:eastAsia="宋体"/>
                <w:b w:val="0"/>
                <w:sz w:val="18"/>
              </w:rPr>
              <w:t>师：同学们给出了这么多的分类方法，接下来我们就一类一类地研究。</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围绕环节目标组织学习活动，引导学生主动参与、积极思考，核心问题："你们能给这些物体分分类吗？"</w:t>
            </w:r>
          </w:p>
        </w:tc>
      </w:tr>
      <w:tr>
        <w:tc>
          <w:tcPr>
            <w:tcW w:type="dxa" w:w="1474"/>
          </w:tcPr>
          <w:p>
            <w:pPr>
              <w:spacing w:after="20" w:line="276" w:lineRule="auto"/>
            </w:pPr>
            <w:r>
              <w:rPr>
                <w:b/>
              </w:rPr>
            </w:r>
            <w:r>
              <w:rPr>
                <w:rFonts w:ascii="宋体" w:hAnsi="宋体" w:eastAsia="宋体"/>
                <w:b/>
                <w:sz w:val="18"/>
              </w:rPr>
              <w:t>认识立体图形</w:t>
            </w:r>
          </w:p>
        </w:tc>
        <w:tc>
          <w:tcPr>
            <w:tcW w:type="dxa" w:w="3061"/>
          </w:tcPr>
          <w:p>
            <w:pPr>
              <w:spacing w:after="20" w:line="276" w:lineRule="auto"/>
            </w:pPr>
            <w:r/>
            <w:r>
              <w:rPr>
                <w:rFonts w:ascii="宋体" w:hAnsi="宋体" w:eastAsia="宋体"/>
                <w:b w:val="0"/>
                <w:sz w:val="18"/>
              </w:rPr>
              <w:t>1.认识长方体。</w:t>
            </w:r>
          </w:p>
          <w:p>
            <w:pPr>
              <w:spacing w:after="20" w:line="276" w:lineRule="auto"/>
            </w:pPr>
            <w:r>
              <w:rPr>
                <w:rFonts w:ascii="宋体" w:hAnsi="宋体" w:eastAsia="宋体"/>
                <w:b w:val="0"/>
                <w:sz w:val="18"/>
              </w:rPr>
              <w:t>师：(举起长方体模型)请大家在小组的学具盒里拿出与它形状相同的物体。</w:t>
            </w:r>
          </w:p>
          <w:p>
            <w:pPr>
              <w:spacing w:after="20" w:line="276" w:lineRule="auto"/>
            </w:pPr>
            <w:r>
              <w:rPr>
                <w:rFonts w:ascii="宋体" w:hAnsi="宋体" w:eastAsia="宋体"/>
                <w:b w:val="0"/>
                <w:sz w:val="18"/>
              </w:rPr>
              <w:t>大多数学生拿的物体形状是长方体，有的学生会出错，将正方体物体拿出来。(课件出示长方体)</w:t>
            </w:r>
          </w:p>
          <w:p>
            <w:pPr>
              <w:spacing w:after="20" w:line="276" w:lineRule="auto"/>
            </w:pPr>
            <w:r>
              <w:rPr>
                <w:rFonts w:ascii="宋体" w:hAnsi="宋体" w:eastAsia="宋体"/>
                <w:b w:val="0"/>
                <w:sz w:val="18"/>
              </w:rPr>
              <w:t>师：请大家摸一摸这些物体，说一说它们的形状有什么特点。</w:t>
            </w:r>
          </w:p>
          <w:p>
            <w:pPr>
              <w:spacing w:after="20" w:line="276" w:lineRule="auto"/>
            </w:pPr>
            <w:r>
              <w:rPr>
                <w:rFonts w:ascii="宋体" w:hAnsi="宋体" w:eastAsia="宋体"/>
                <w:b w:val="0"/>
                <w:sz w:val="18"/>
              </w:rPr>
              <w:t>师：你们能给这样长长的、方方的物体取个名字吗？</w:t>
            </w:r>
          </w:p>
          <w:p>
            <w:pPr>
              <w:spacing w:after="20" w:line="276" w:lineRule="auto"/>
            </w:pPr>
            <w:r>
              <w:rPr>
                <w:rFonts w:ascii="宋体" w:hAnsi="宋体" w:eastAsia="宋体"/>
                <w:b w:val="0"/>
                <w:sz w:val="18"/>
              </w:rPr>
              <w:t>引导学生说出长方体(板书：长方体)，并在黑板上贴长方体的图片。</w:t>
            </w:r>
          </w:p>
          <w:p>
            <w:pPr>
              <w:spacing w:after="20" w:line="276" w:lineRule="auto"/>
            </w:pPr>
            <w:r>
              <w:rPr>
                <w:rFonts w:ascii="宋体" w:hAnsi="宋体" w:eastAsia="宋体"/>
                <w:b w:val="0"/>
                <w:sz w:val="18"/>
              </w:rPr>
              <w:t>2．认识正方体。</w:t>
            </w:r>
          </w:p>
          <w:p>
            <w:pPr>
              <w:spacing w:after="20" w:line="276" w:lineRule="auto"/>
            </w:pPr>
            <w:r>
              <w:rPr>
                <w:rFonts w:ascii="宋体" w:hAnsi="宋体" w:eastAsia="宋体"/>
                <w:b w:val="0"/>
                <w:sz w:val="18"/>
              </w:rPr>
              <w:t>师：(举起正方体模型)请大家在小组的学具盒里拿出与它形状相同的物体。</w:t>
            </w:r>
          </w:p>
          <w:p>
            <w:pPr>
              <w:spacing w:after="20" w:line="276" w:lineRule="auto"/>
            </w:pPr>
            <w:r>
              <w:rPr>
                <w:rFonts w:ascii="宋体" w:hAnsi="宋体" w:eastAsia="宋体"/>
                <w:b w:val="0"/>
                <w:sz w:val="18"/>
              </w:rPr>
              <w:t>有了前面认识长方体的经验，学生通过观察，能找出与正方体形状相同的物体。(课件出示正方体)</w:t>
            </w:r>
          </w:p>
          <w:p>
            <w:pPr>
              <w:spacing w:after="20" w:line="276" w:lineRule="auto"/>
            </w:pPr>
            <w:r>
              <w:rPr>
                <w:rFonts w:ascii="宋体" w:hAnsi="宋体" w:eastAsia="宋体"/>
                <w:b w:val="0"/>
                <w:sz w:val="18"/>
              </w:rPr>
              <w:t>师：请大家观察这些物体，说一说它们的形状有什么特点。</w:t>
            </w:r>
          </w:p>
          <w:p>
            <w:pPr>
              <w:spacing w:after="20" w:line="276" w:lineRule="auto"/>
            </w:pPr>
            <w:r>
              <w:rPr>
                <w:rFonts w:ascii="宋体" w:hAnsi="宋体" w:eastAsia="宋体"/>
                <w:b w:val="0"/>
                <w:sz w:val="18"/>
              </w:rPr>
              <w:t>师：你们能给这样方方的、正正的物体取个名字吗？</w:t>
            </w:r>
          </w:p>
          <w:p>
            <w:pPr>
              <w:spacing w:after="20" w:line="276" w:lineRule="auto"/>
            </w:pPr>
            <w:r>
              <w:rPr>
                <w:rFonts w:ascii="宋体" w:hAnsi="宋体" w:eastAsia="宋体"/>
                <w:b w:val="0"/>
                <w:sz w:val="18"/>
              </w:rPr>
              <w:t>引导学生说出正方体(板书：正方体)，并在黑板上贴正方体的图片。</w:t>
            </w:r>
          </w:p>
          <w:p>
            <w:pPr>
              <w:spacing w:after="20" w:line="276" w:lineRule="auto"/>
            </w:pPr>
            <w:r>
              <w:rPr>
                <w:rFonts w:ascii="宋体" w:hAnsi="宋体" w:eastAsia="宋体"/>
                <w:b w:val="0"/>
                <w:sz w:val="18"/>
              </w:rPr>
              <w:t>3．区别长方体和正方体。</w:t>
            </w:r>
          </w:p>
          <w:p>
            <w:pPr>
              <w:spacing w:after="20" w:line="276" w:lineRule="auto"/>
            </w:pPr>
            <w:r>
              <w:rPr>
                <w:rFonts w:ascii="宋体" w:hAnsi="宋体" w:eastAsia="宋体"/>
                <w:b w:val="0"/>
                <w:sz w:val="18"/>
              </w:rPr>
              <w:t>教师拿出有争议的长方体(有两个面是正方形的长方体)。</w:t>
            </w:r>
          </w:p>
          <w:p>
            <w:pPr>
              <w:spacing w:after="20" w:line="276" w:lineRule="auto"/>
            </w:pPr>
            <w:r>
              <w:rPr>
                <w:rFonts w:ascii="宋体" w:hAnsi="宋体" w:eastAsia="宋体"/>
                <w:b w:val="0"/>
                <w:sz w:val="18"/>
              </w:rPr>
              <w:t>师：它究竟是长方体还是正方体呢？</w:t>
            </w:r>
          </w:p>
          <w:p>
            <w:pPr>
              <w:spacing w:after="20" w:line="276" w:lineRule="auto"/>
            </w:pPr>
            <w:r>
              <w:rPr>
                <w:rFonts w:ascii="宋体" w:hAnsi="宋体" w:eastAsia="宋体"/>
                <w:b w:val="0"/>
                <w:sz w:val="18"/>
              </w:rPr>
              <w:t>师小结：长方体和正方体都有平平的面、尖尖的角，但长方体的面有大有小，正方体每个面都一模一样。</w:t>
            </w:r>
          </w:p>
          <w:p>
            <w:pPr>
              <w:spacing w:after="20" w:line="276" w:lineRule="auto"/>
            </w:pPr>
            <w:r>
              <w:rPr>
                <w:rFonts w:ascii="宋体" w:hAnsi="宋体" w:eastAsia="宋体"/>
                <w:b w:val="0"/>
                <w:sz w:val="18"/>
              </w:rPr>
              <w:t>4．认识圆柱。</w:t>
            </w:r>
          </w:p>
          <w:p>
            <w:pPr>
              <w:spacing w:after="20" w:line="276" w:lineRule="auto"/>
            </w:pPr>
            <w:r>
              <w:rPr>
                <w:rFonts w:ascii="宋体" w:hAnsi="宋体" w:eastAsia="宋体"/>
                <w:b w:val="0"/>
                <w:sz w:val="18"/>
              </w:rPr>
              <w:t>师：(拿起一个圆柱模型)你能从学具盒中拿出和它形状相同的物体吗？(课件出示圆柱)</w:t>
            </w:r>
          </w:p>
          <w:p>
            <w:pPr>
              <w:spacing w:after="20" w:line="276" w:lineRule="auto"/>
            </w:pPr>
            <w:r>
              <w:rPr>
                <w:rFonts w:ascii="宋体" w:hAnsi="宋体" w:eastAsia="宋体"/>
                <w:b w:val="0"/>
                <w:sz w:val="18"/>
              </w:rPr>
              <w:t>师：摸一摸，看一看，你们发现了什么？</w:t>
            </w:r>
          </w:p>
          <w:p>
            <w:pPr>
              <w:spacing w:after="20" w:line="276" w:lineRule="auto"/>
            </w:pPr>
            <w:r>
              <w:rPr>
                <w:rFonts w:ascii="宋体" w:hAnsi="宋体" w:eastAsia="宋体"/>
                <w:b w:val="0"/>
                <w:sz w:val="18"/>
              </w:rPr>
              <w:t>教师介绍它的名字叫圆柱(板书：圆柱)，并在黑板上贴圆柱的图片。</w:t>
            </w:r>
          </w:p>
          <w:p>
            <w:pPr>
              <w:spacing w:after="20" w:line="276" w:lineRule="auto"/>
            </w:pPr>
            <w:r>
              <w:rPr>
                <w:rFonts w:ascii="宋体" w:hAnsi="宋体" w:eastAsia="宋体"/>
                <w:b w:val="0"/>
                <w:sz w:val="18"/>
              </w:rPr>
              <w:t>师：仔细对比，完成学习单。</w:t>
            </w:r>
          </w:p>
        </w:tc>
        <w:tc>
          <w:tcPr>
            <w:tcW w:type="dxa" w:w="3061"/>
          </w:tcPr>
          <w:p>
            <w:pPr>
              <w:spacing w:after="20" w:line="276" w:lineRule="auto"/>
            </w:pPr>
            <w:r/>
            <w:r>
              <w:rPr>
                <w:rFonts w:ascii="宋体" w:hAnsi="宋体" w:eastAsia="宋体"/>
                <w:b w:val="0"/>
                <w:sz w:val="18"/>
              </w:rPr>
              <w:t>学生用自己的语言描述它们都是长长的、方方的，它们的面都是平平的，都有尖尖的角……</w:t>
            </w:r>
          </w:p>
          <w:p>
            <w:pPr>
              <w:spacing w:after="20" w:line="276" w:lineRule="auto"/>
            </w:pPr>
            <w:r>
              <w:rPr>
                <w:rFonts w:ascii="宋体" w:hAnsi="宋体" w:eastAsia="宋体"/>
                <w:b w:val="0"/>
                <w:sz w:val="18"/>
              </w:rPr>
              <w:t>学生只描述到“不管从哪个面看都是方方的、正正的”这个层面即可，如果此处出现学生将特殊长方体和正方体混淆的情况，教师可把有争议的物体放在一边，在后面的环节中辨析比较。</w:t>
            </w:r>
          </w:p>
          <w:p>
            <w:pPr>
              <w:spacing w:after="20" w:line="276" w:lineRule="auto"/>
            </w:pPr>
            <w:r>
              <w:rPr>
                <w:rFonts w:ascii="宋体" w:hAnsi="宋体" w:eastAsia="宋体"/>
                <w:b w:val="0"/>
                <w:sz w:val="18"/>
              </w:rPr>
              <w:t>学生能够描述这些物体上下两个面平平的、圆圆的，上下一样粗，侧面是曲面，侧放时可以滚动。</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围绕环节目标组织学习活动，引导学生主动参与、积极思考，核心问题："你们能给这样长长的、方方的物体取个名字吗？"</w:t>
            </w:r>
          </w:p>
        </w:tc>
      </w:tr>
      <w:tr>
        <w:tc>
          <w:tcPr>
            <w:tcW w:type="dxa" w:w="1474"/>
          </w:tcPr>
          <w:p>
            <w:pPr>
              <w:spacing w:after="20" w:line="276" w:lineRule="auto"/>
            </w:pPr>
            <w:r>
              <w:rPr>
                <w:b/>
              </w:rPr>
            </w:r>
            <w:r>
              <w:rPr>
                <w:rFonts w:ascii="宋体" w:hAnsi="宋体" w:eastAsia="宋体"/>
                <w:b/>
                <w:sz w:val="18"/>
              </w:rPr>
              <w:t>认识立体图形学习单</w:t>
            </w:r>
          </w:p>
        </w:tc>
        <w:tc>
          <w:tcPr>
            <w:tcW w:type="dxa" w:w="3061"/>
          </w:tcPr>
          <w:p>
            <w:pPr>
              <w:spacing w:after="20" w:line="276" w:lineRule="auto"/>
            </w:pPr>
            <w:r/>
            <w:r>
              <w:rPr>
                <w:rFonts w:ascii="宋体" w:hAnsi="宋体" w:eastAsia="宋体"/>
                <w:b w:val="0"/>
                <w:sz w:val="18"/>
              </w:rPr>
              <w:t>下面的图形中哪些是圆柱(填序号)？你能说说理由吗？</w:t>
            </w:r>
          </w:p>
          <w:p>
            <w:pPr>
              <w:spacing w:after="20" w:line="276" w:lineRule="auto"/>
            </w:pPr>
            <w:r>
              <w:rPr>
                <w:rFonts w:ascii="宋体" w:hAnsi="宋体" w:eastAsia="宋体"/>
                <w:b w:val="0"/>
                <w:sz w:val="18"/>
              </w:rPr>
              <w:t>圆柱：____________________，理由：______________________________________</w:t>
            </w:r>
          </w:p>
          <w:p>
            <w:pPr>
              <w:spacing w:after="20" w:line="276" w:lineRule="auto"/>
            </w:pPr>
            <w:r>
              <w:rPr>
                <w:rFonts w:ascii="宋体" w:hAnsi="宋体" w:eastAsia="宋体"/>
                <w:b w:val="0"/>
                <w:sz w:val="18"/>
              </w:rPr>
              <w:t>师小结：通过几个图形的对比，我们认识到不管是粗粗的，还是细细的，只要有两个大小一样、圆圆的、平平的面，还有直直的、上下一般粗的“身子”，都是圆柱。</w:t>
            </w:r>
          </w:p>
          <w:p>
            <w:pPr>
              <w:spacing w:after="20" w:line="276" w:lineRule="auto"/>
            </w:pPr>
            <w:r>
              <w:rPr>
                <w:rFonts w:ascii="宋体" w:hAnsi="宋体" w:eastAsia="宋体"/>
                <w:b w:val="0"/>
                <w:sz w:val="18"/>
              </w:rPr>
              <w:t>5．认识球。</w:t>
            </w:r>
          </w:p>
          <w:p>
            <w:pPr>
              <w:spacing w:after="20" w:line="276" w:lineRule="auto"/>
            </w:pPr>
            <w:r>
              <w:rPr>
                <w:rFonts w:ascii="宋体" w:hAnsi="宋体" w:eastAsia="宋体"/>
                <w:b w:val="0"/>
                <w:sz w:val="18"/>
              </w:rPr>
              <w:t>师：(拿出一个球的模型)你能从学具盒中拿出和它形状相同的物体吗？(课件出示球)</w:t>
            </w:r>
          </w:p>
          <w:p>
            <w:pPr>
              <w:spacing w:after="20" w:line="276" w:lineRule="auto"/>
            </w:pPr>
            <w:r>
              <w:rPr>
                <w:rFonts w:ascii="宋体" w:hAnsi="宋体" w:eastAsia="宋体"/>
                <w:b w:val="0"/>
                <w:sz w:val="18"/>
              </w:rPr>
              <w:t>师：摸一摸，看一看，你们发现了什么？</w:t>
            </w:r>
          </w:p>
          <w:p>
            <w:pPr>
              <w:spacing w:after="20" w:line="276" w:lineRule="auto"/>
            </w:pPr>
            <w:r>
              <w:rPr>
                <w:rFonts w:ascii="宋体" w:hAnsi="宋体" w:eastAsia="宋体"/>
                <w:b w:val="0"/>
                <w:sz w:val="18"/>
              </w:rPr>
              <w:t>教师介绍它的名字叫球(板书：球)，并在黑板上贴球的图片。</w:t>
            </w:r>
          </w:p>
          <w:p>
            <w:pPr>
              <w:spacing w:after="20" w:line="276" w:lineRule="auto"/>
            </w:pPr>
            <w:r>
              <w:rPr>
                <w:rFonts w:ascii="宋体" w:hAnsi="宋体" w:eastAsia="宋体"/>
                <w:b w:val="0"/>
                <w:sz w:val="18"/>
              </w:rPr>
              <w:t>6．根据描述猜图形。</w:t>
            </w:r>
          </w:p>
          <w:p>
            <w:pPr>
              <w:spacing w:after="20" w:line="276" w:lineRule="auto"/>
            </w:pPr>
            <w:r>
              <w:rPr>
                <w:rFonts w:ascii="宋体" w:hAnsi="宋体" w:eastAsia="宋体"/>
                <w:b w:val="0"/>
                <w:sz w:val="18"/>
              </w:rPr>
              <w:t>教师依次说出：圆圆鼓鼓小淘气，滚来滚去不费力；正正方方六张脸，平平滑滑一个样；上下圆圆一样大，放倒一推就滚动；长长方方六张脸，相对两面一个样。</w:t>
            </w:r>
          </w:p>
          <w:p>
            <w:pPr>
              <w:spacing w:after="20" w:line="276" w:lineRule="auto"/>
            </w:pPr>
            <w:r>
              <w:rPr>
                <w:rFonts w:ascii="宋体" w:hAnsi="宋体" w:eastAsia="宋体"/>
                <w:b w:val="0"/>
                <w:sz w:val="18"/>
              </w:rPr>
              <w:t>师：生活中还有哪些物体具有这些特点？说说生活中哪些物体是这些形状的。</w:t>
            </w:r>
          </w:p>
        </w:tc>
        <w:tc>
          <w:tcPr>
            <w:tcW w:type="dxa" w:w="3061"/>
          </w:tcPr>
          <w:p>
            <w:pPr>
              <w:spacing w:after="20" w:line="276" w:lineRule="auto"/>
            </w:pPr>
            <w:r/>
            <w:r>
              <w:rPr>
                <w:rFonts w:ascii="宋体" w:hAnsi="宋体" w:eastAsia="宋体"/>
                <w:b w:val="0"/>
                <w:sz w:val="18"/>
              </w:rPr>
              <w:t>学生对球最熟悉，会说出球圆滚滚的，可以到处滚动。</w:t>
            </w:r>
          </w:p>
          <w:p>
            <w:pPr>
              <w:spacing w:after="20" w:line="276" w:lineRule="auto"/>
            </w:pPr>
            <w:r>
              <w:rPr>
                <w:rFonts w:ascii="宋体" w:hAnsi="宋体" w:eastAsia="宋体"/>
                <w:b w:val="0"/>
                <w:sz w:val="18"/>
              </w:rPr>
              <w:t>学生根据教师的描述，快速说出图形的名称。</w:t>
            </w:r>
          </w:p>
          <w:p>
            <w:pPr>
              <w:spacing w:after="20" w:line="276" w:lineRule="auto"/>
            </w:pPr>
            <w:r>
              <w:rPr>
                <w:rFonts w:ascii="宋体" w:hAnsi="宋体" w:eastAsia="宋体"/>
                <w:b w:val="0"/>
                <w:sz w:val="18"/>
              </w:rPr>
              <w:t>学生根据描述说出球、正方体、圆柱、长方体。</w:t>
            </w:r>
          </w:p>
          <w:p>
            <w:pPr>
              <w:spacing w:after="20" w:line="276" w:lineRule="auto"/>
            </w:pPr>
            <w:r>
              <w:rPr>
                <w:rFonts w:ascii="宋体" w:hAnsi="宋体" w:eastAsia="宋体"/>
                <w:b w:val="0"/>
                <w:sz w:val="18"/>
              </w:rPr>
              <w:t>学生自由探讨。</w:t>
            </w:r>
          </w:p>
        </w:tc>
        <w:tc>
          <w:tcPr>
            <w:tcW w:type="dxa" w:w="1814"/>
          </w:tcPr>
          <w:p>
            <w:pPr>
              <w:spacing w:after="20" w:line="276" w:lineRule="auto"/>
            </w:pPr>
            <w:r/>
            <w:r>
              <w:rPr>
                <w:rFonts w:ascii="宋体" w:hAnsi="宋体" w:eastAsia="宋体"/>
                <w:b w:val="0"/>
                <w:sz w:val="18"/>
              </w:rPr>
              <w:t>围绕环节目标组织学习活动，引导学生主动参与、积极思考，核心问题："(拿出一个球的模型)你能从学具盒中拿出和它形状相同的物体吗？"</w:t>
            </w:r>
          </w:p>
        </w:tc>
      </w:tr>
      <w:tr>
        <w:tc>
          <w:tcPr>
            <w:tcW w:type="dxa" w:w="1474"/>
          </w:tcPr>
          <w:p>
            <w:pPr>
              <w:spacing w:after="20" w:line="276" w:lineRule="auto"/>
            </w:pPr>
            <w:r>
              <w:rPr>
                <w:b/>
              </w:rPr>
            </w:r>
            <w:r>
              <w:rPr>
                <w:rFonts w:ascii="宋体" w:hAnsi="宋体" w:eastAsia="宋体"/>
                <w:b/>
                <w:sz w:val="18"/>
              </w:rPr>
              <w:t>应用练习</w:t>
            </w:r>
          </w:p>
        </w:tc>
        <w:tc>
          <w:tcPr>
            <w:tcW w:type="dxa" w:w="3061"/>
          </w:tcPr>
          <w:p>
            <w:pPr>
              <w:spacing w:after="20" w:line="276" w:lineRule="auto"/>
            </w:pPr>
            <w:r/>
            <w:r>
              <w:rPr>
                <w:rFonts w:ascii="宋体" w:hAnsi="宋体" w:eastAsia="宋体"/>
                <w:b w:val="0"/>
                <w:sz w:val="18"/>
              </w:rPr>
              <w:t>1.完成教科书P69“做一做”第1题。</w:t>
            </w:r>
          </w:p>
          <w:p>
            <w:pPr>
              <w:spacing w:after="20" w:line="276" w:lineRule="auto"/>
            </w:pPr>
            <w:r>
              <w:rPr>
                <w:rFonts w:ascii="宋体" w:hAnsi="宋体" w:eastAsia="宋体"/>
                <w:b w:val="0"/>
                <w:sz w:val="18"/>
              </w:rPr>
              <w:t>2．完成教科书P69“做一做”第2题。</w:t>
            </w:r>
          </w:p>
          <w:p>
            <w:pPr>
              <w:spacing w:after="20" w:line="276" w:lineRule="auto"/>
            </w:pPr>
            <w:r>
              <w:rPr>
                <w:rFonts w:ascii="宋体" w:hAnsi="宋体" w:eastAsia="宋体"/>
                <w:b w:val="0"/>
                <w:sz w:val="18"/>
              </w:rPr>
              <w:t>3．完成教科书P69“做一做”第3题。</w:t>
            </w:r>
          </w:p>
        </w:tc>
        <w:tc>
          <w:tcPr>
            <w:tcW w:type="dxa" w:w="3061"/>
          </w:tcPr>
          <w:p>
            <w:pPr>
              <w:spacing w:after="20" w:line="276" w:lineRule="auto"/>
            </w:pPr>
            <w:r/>
            <w:r>
              <w:rPr>
                <w:rFonts w:ascii="宋体" w:hAnsi="宋体" w:eastAsia="宋体"/>
                <w:b w:val="0"/>
                <w:sz w:val="18"/>
              </w:rPr>
              <w:t>同桌之间一人说物体的形状，另一人闭眼通过触摸找出来。</w:t>
            </w:r>
          </w:p>
          <w:p>
            <w:pPr>
              <w:spacing w:after="20" w:line="276" w:lineRule="auto"/>
            </w:pPr>
            <w:r>
              <w:rPr>
                <w:rFonts w:ascii="宋体" w:hAnsi="宋体" w:eastAsia="宋体"/>
                <w:b w:val="0"/>
                <w:sz w:val="18"/>
              </w:rPr>
              <w:t>小组内同学一人说图形特征，其他同学猜图形的名称。</w:t>
            </w:r>
          </w:p>
          <w:p>
            <w:pPr>
              <w:spacing w:after="20" w:line="276" w:lineRule="auto"/>
            </w:pPr>
            <w:r>
              <w:rPr>
                <w:rFonts w:ascii="宋体" w:hAnsi="宋体" w:eastAsia="宋体"/>
                <w:b w:val="0"/>
                <w:sz w:val="18"/>
              </w:rPr>
              <w:t>同桌之间一人描述已经搭好的图形，另一人根据描述搭出相同的图形。</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师：今天你们认识了哪些立体图形？它们是什么样子的？回家和爸爸妈妈说说自己家里的物体的形状。</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引导学生回顾梳理本课所学，完善认知结构，提升归纳与反思能力，核心问题："今天你们认识了哪些立体图形？它们是什么样子的？"</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教科书P68例1，完成教科书P69“做一做”。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为学生提供了充分的观察、操作、讨论的机会，通过看一看、摸一摸、想一想、说一说，让学生充分表达自己的见解，在实际操作中加深对各种物体特征的理解。但因为操作活动比较多，学生没有养成良好的操作习惯，有部分学生自顾自地玩，没有把教学目标落实到位，要关注操作习惯的培养。</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解决问题</w:t>
            </w:r>
          </w:p>
        </w:tc>
        <w:tc>
          <w:tcPr>
            <w:tcW w:type="dxa" w:w="6009"/>
          </w:tcPr>
          <w:p>
            <w:pPr>
              <w:spacing w:after="20" w:line="276" w:lineRule="auto"/>
            </w:pPr>
            <w:r/>
            <w:r>
              <w:rPr>
                <w:rFonts w:ascii="宋体" w:hAnsi="宋体" w:eastAsia="宋体"/>
                <w:b w:val="0"/>
                <w:sz w:val="20"/>
              </w:rPr>
              <w:t>第3单元 认识立体图形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认识立体图形，是源于自己的生活经验，他们在生活中常见的物体多数是立体的。此外，一年级的学生思维尚处于具体形象思维水平，对图形的认识需要多种感官协调，从具体的实物抽象出立体图形。教学时，借助学生已有的生活经验，让学生在具体的操作活动中观察、比较，从而发现、总结、归纳出每种图形的特征。了解每种图形的特征是正确辨认长方体、正方体、圆柱和球等立体图形的依据。对变式长方体、圆柱的辨认是学生学习的难点，教学时，要增加变式与反例，让学生能突破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教学内容：教科书P70例2。</w:t>
      </w:r>
    </w:p>
    <w:p>
      <w:pPr>
        <w:spacing w:after="80" w:line="300" w:lineRule="auto"/>
        <w:ind w:firstLine="400"/>
      </w:pPr>
      <w:r>
        <w:rPr>
          <w:rFonts w:ascii="宋体" w:hAnsi="宋体" w:eastAsia="宋体"/>
          <w:b w:val="0"/>
          <w:sz w:val="20"/>
        </w:rPr>
        <w:t>设计思路：学生都有搭积木的经验，对立体图形的特征也有了感性的认识。但是在以前搭积木的过程中更多的是尝试，目标不明确。本节课主要是引导学生分析问题要求，在目标导向下思考怎么根据立体图形的特征拼搭符合要求的图形，初步发展学生的空间观念。</w:t>
      </w:r>
    </w:p>
    <w:p>
      <w:pPr>
        <w:spacing w:after="80" w:line="300" w:lineRule="auto"/>
        <w:ind w:firstLine="400"/>
      </w:pPr>
      <w:r>
        <w:rPr>
          <w:rFonts w:ascii="宋体" w:hAnsi="宋体" w:eastAsia="宋体"/>
          <w:b w:val="0"/>
          <w:sz w:val="20"/>
        </w:rPr>
        <w:t>教学准备：长方体、正方体、圆柱和球形状的积木若干，课件。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（1）在拼搭活动中加深对长方体、正方体、圆柱和球这些立体图形特征的认识，获得对立体图形的直观体验。</w:t>
      </w:r>
    </w:p>
    <w:p>
      <w:pPr>
        <w:spacing w:after="20" w:line="300" w:lineRule="auto"/>
        <w:ind w:firstLine="400"/>
      </w:pPr>
      <w:r>
        <w:rPr>
          <w:rFonts w:ascii="宋体" w:hAnsi="宋体" w:eastAsia="宋体"/>
          <w:b w:val="0"/>
          <w:sz w:val="20"/>
        </w:rPr>
        <w:t>（2）在解决问题的过程中，培养学生的审题能力，初步获得分析问题、思考问题、解决问题的基本方法，培养解决问题的能力。</w:t>
      </w:r>
    </w:p>
    <w:p>
      <w:pPr>
        <w:spacing w:after="20" w:line="300" w:lineRule="auto"/>
        <w:ind w:firstLine="400"/>
      </w:pPr>
      <w:r>
        <w:rPr>
          <w:rFonts w:ascii="宋体" w:hAnsi="宋体" w:eastAsia="宋体"/>
          <w:b w:val="0"/>
          <w:sz w:val="20"/>
        </w:rPr>
        <w:t>（3）感知立体图形的形状、大小及相互之间的位置关系，发展初步的空间观念。</w:t>
      </w:r>
    </w:p>
    <w:p>
      <w:pPr>
        <w:spacing w:after="20" w:line="300" w:lineRule="auto"/>
        <w:ind w:firstLine="400"/>
      </w:pPr>
      <w:r>
        <w:rPr>
          <w:rFonts w:ascii="宋体" w:hAnsi="宋体" w:eastAsia="宋体"/>
          <w:b w:val="0"/>
          <w:sz w:val="20"/>
        </w:rPr>
        <w:t>（4）通过数学活动，初步感受数学与生活的联系，激发学生的学习兴趣，培养合作意识。</w:t>
      </w:r>
    </w:p>
    <w:p>
      <w:pPr>
        <w:spacing w:after="20" w:line="300" w:lineRule="auto"/>
      </w:pPr>
      <w:r>
        <w:rPr>
          <w:rFonts w:ascii="宋体" w:hAnsi="宋体" w:eastAsia="宋体"/>
          <w:b w:val="0"/>
          <w:sz w:val="20"/>
        </w:rPr>
        <w:t>教学重点：初步运用长方体、正方体、圆柱和球的特征解决问题。</w:t>
      </w:r>
    </w:p>
    <w:p>
      <w:pPr>
        <w:spacing w:after="20" w:line="300" w:lineRule="auto"/>
      </w:pPr>
      <w:r>
        <w:rPr>
          <w:rFonts w:ascii="宋体" w:hAnsi="宋体" w:eastAsia="宋体"/>
          <w:b w:val="0"/>
          <w:sz w:val="20"/>
        </w:rPr>
        <w:t>教学难点：利用立体图形的特征交流拼搭的策略与理由。</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欣赏导入，激发学习兴趣</w:t>
            </w:r>
          </w:p>
        </w:tc>
        <w:tc>
          <w:tcPr>
            <w:tcW w:type="dxa" w:w="1814"/>
          </w:tcPr>
          <w:p>
            <w:pPr>
              <w:spacing w:after="20" w:line="276" w:lineRule="auto"/>
            </w:pPr>
            <w:r/>
            <w:r>
              <w:rPr>
                <w:rFonts w:ascii="宋体" w:hAnsi="宋体" w:eastAsia="宋体"/>
                <w:b w:val="0"/>
                <w:sz w:val="18"/>
              </w:rPr>
              <w:t>课件、积木</w:t>
            </w:r>
          </w:p>
        </w:tc>
        <w:tc>
          <w:tcPr>
            <w:tcW w:type="dxa" w:w="3402"/>
          </w:tcPr>
          <w:p>
            <w:pPr>
              <w:spacing w:after="20" w:line="276" w:lineRule="auto"/>
            </w:pPr>
            <w:r/>
            <w:r>
              <w:rPr>
                <w:rFonts w:ascii="宋体" w:hAnsi="宋体" w:eastAsia="宋体"/>
                <w:b w:val="0"/>
                <w:sz w:val="18"/>
              </w:rPr>
              <w:t>看看它们像什么？；你们想玩吗？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搭一搭</w:t>
            </w:r>
          </w:p>
        </w:tc>
        <w:tc>
          <w:tcPr>
            <w:tcW w:type="dxa" w:w="1814"/>
          </w:tcPr>
          <w:p>
            <w:pPr>
              <w:spacing w:after="20" w:line="276" w:lineRule="auto"/>
            </w:pPr>
            <w:r/>
            <w:r>
              <w:rPr>
                <w:rFonts w:ascii="宋体" w:hAnsi="宋体" w:eastAsia="宋体"/>
                <w:b w:val="0"/>
                <w:sz w:val="18"/>
              </w:rPr>
              <w:t>课件、教科书、积木</w:t>
            </w:r>
          </w:p>
        </w:tc>
        <w:tc>
          <w:tcPr>
            <w:tcW w:type="dxa" w:w="3402"/>
          </w:tcPr>
          <w:p>
            <w:pPr>
              <w:spacing w:after="20" w:line="276" w:lineRule="auto"/>
            </w:pPr>
            <w:r/>
            <w:r>
              <w:rPr>
                <w:rFonts w:ascii="宋体" w:hAnsi="宋体" w:eastAsia="宋体"/>
                <w:b w:val="0"/>
                <w:sz w:val="18"/>
              </w:rPr>
              <w:t>读一读，看一看，你知道了什么？你是从哪儿知道的？；这里有两个词特别重要，你们发现了吗？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比一比，评一评</w:t>
            </w:r>
          </w:p>
        </w:tc>
        <w:tc>
          <w:tcPr>
            <w:tcW w:type="dxa" w:w="1814"/>
          </w:tcPr>
          <w:p>
            <w:pPr>
              <w:spacing w:after="20" w:line="276" w:lineRule="auto"/>
            </w:pPr>
            <w:r/>
            <w:r>
              <w:rPr>
                <w:rFonts w:ascii="宋体" w:hAnsi="宋体" w:eastAsia="宋体"/>
                <w:b w:val="0"/>
                <w:sz w:val="18"/>
              </w:rPr>
              <w:t>积木、课件</w:t>
            </w:r>
          </w:p>
        </w:tc>
        <w:tc>
          <w:tcPr>
            <w:tcW w:type="dxa" w:w="3402"/>
          </w:tcPr>
          <w:p>
            <w:pPr>
              <w:spacing w:after="20" w:line="276" w:lineRule="auto"/>
            </w:pPr>
            <w:r/>
            <w:r>
              <w:rPr>
                <w:rFonts w:ascii="宋体" w:hAnsi="宋体" w:eastAsia="宋体"/>
                <w:b w:val="0"/>
                <w:sz w:val="18"/>
              </w:rPr>
              <w:t>现在我们来评一评，看看哪个小组搭得又稳又高，我们怎样做才能知道呢？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课堂小练</w:t>
            </w:r>
          </w:p>
        </w:tc>
        <w:tc>
          <w:tcPr>
            <w:tcW w:type="dxa" w:w="1814"/>
          </w:tcPr>
          <w:p>
            <w:pPr>
              <w:spacing w:after="20" w:line="276" w:lineRule="auto"/>
            </w:pPr>
            <w:r/>
            <w:r>
              <w:rPr>
                <w:rFonts w:ascii="宋体" w:hAnsi="宋体" w:eastAsia="宋体"/>
                <w:b w:val="0"/>
                <w:sz w:val="18"/>
              </w:rPr>
              <w:t>课件、积木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回顾过程，整理方法</w:t>
            </w:r>
          </w:p>
        </w:tc>
        <w:tc>
          <w:tcPr>
            <w:tcW w:type="dxa" w:w="1814"/>
          </w:tcPr>
          <w:p>
            <w:pPr>
              <w:spacing w:after="20" w:line="276" w:lineRule="auto"/>
            </w:pPr>
            <w:r/>
            <w:r>
              <w:rPr>
                <w:rFonts w:ascii="宋体" w:hAnsi="宋体" w:eastAsia="宋体"/>
                <w:b w:val="0"/>
                <w:sz w:val="18"/>
              </w:rPr>
              <w:t>积木、课件</w:t>
            </w:r>
          </w:p>
        </w:tc>
        <w:tc>
          <w:tcPr>
            <w:tcW w:type="dxa" w:w="3402"/>
          </w:tcPr>
          <w:p>
            <w:pPr>
              <w:spacing w:after="20" w:line="276" w:lineRule="auto"/>
            </w:pPr>
            <w:r/>
            <w:r>
              <w:rPr>
                <w:rFonts w:ascii="宋体" w:hAnsi="宋体" w:eastAsia="宋体"/>
                <w:b w:val="0"/>
                <w:sz w:val="18"/>
              </w:rPr>
              <w:t>今天我们共同解决了什么问题？怎样解决的？</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欣赏导入，激发学习兴趣</w:t>
            </w:r>
          </w:p>
        </w:tc>
        <w:tc>
          <w:tcPr>
            <w:tcW w:type="dxa" w:w="3061"/>
          </w:tcPr>
          <w:p>
            <w:pPr>
              <w:spacing w:after="20" w:line="276" w:lineRule="auto"/>
            </w:pPr>
            <w:r/>
            <w:r>
              <w:rPr>
                <w:rFonts w:ascii="宋体" w:hAnsi="宋体" w:eastAsia="宋体"/>
                <w:b w:val="0"/>
                <w:sz w:val="18"/>
              </w:rPr>
              <w:t>师：生活中我们也可以把这些立体图形拼成许多有趣的图形，我们一起来欣赏一下吧。</w:t>
            </w:r>
          </w:p>
          <w:p>
            <w:pPr>
              <w:spacing w:after="20" w:line="276" w:lineRule="auto"/>
            </w:pPr>
            <w:r>
              <w:rPr>
                <w:rFonts w:ascii="宋体" w:hAnsi="宋体" w:eastAsia="宋体"/>
                <w:b w:val="0"/>
                <w:sz w:val="18"/>
              </w:rPr>
              <w:t>课件逐一出示有趣的图形。</w:t>
            </w:r>
          </w:p>
          <w:p>
            <w:pPr>
              <w:spacing w:after="20" w:line="276" w:lineRule="auto"/>
            </w:pPr>
            <w:r>
              <w:rPr>
                <w:rFonts w:ascii="宋体" w:hAnsi="宋体" w:eastAsia="宋体"/>
                <w:b w:val="0"/>
                <w:sz w:val="18"/>
              </w:rPr>
              <w:t>师：看看它们像什么？</w:t>
            </w:r>
          </w:p>
          <w:p>
            <w:pPr>
              <w:spacing w:after="20" w:line="276" w:lineRule="auto"/>
            </w:pPr>
            <w:r>
              <w:rPr>
                <w:rFonts w:ascii="宋体" w:hAnsi="宋体" w:eastAsia="宋体"/>
                <w:b w:val="0"/>
                <w:sz w:val="18"/>
              </w:rPr>
              <w:t>师：你们想玩吗？今天这节课我们就来玩一玩，游戏的规则是“看谁搭得又稳又高”。(板书课题：解决问题)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创设情境激活学生已有经验，自然引出本课学习内容，激发学习兴趣，核心问题："看看它们像什么？"</w:t>
            </w:r>
          </w:p>
        </w:tc>
      </w:tr>
      <w:tr>
        <w:tc>
          <w:tcPr>
            <w:tcW w:type="dxa" w:w="1474"/>
          </w:tcPr>
          <w:p>
            <w:pPr>
              <w:spacing w:after="20" w:line="276" w:lineRule="auto"/>
            </w:pPr>
            <w:r>
              <w:rPr>
                <w:b/>
              </w:rPr>
            </w:r>
            <w:r>
              <w:rPr>
                <w:rFonts w:ascii="宋体" w:hAnsi="宋体" w:eastAsia="宋体"/>
                <w:b/>
                <w:sz w:val="18"/>
              </w:rPr>
              <w:t>搭一搭</w:t>
            </w:r>
          </w:p>
        </w:tc>
        <w:tc>
          <w:tcPr>
            <w:tcW w:type="dxa" w:w="3061"/>
          </w:tcPr>
          <w:p>
            <w:pPr>
              <w:spacing w:after="20" w:line="276" w:lineRule="auto"/>
            </w:pPr>
            <w:r/>
            <w:r>
              <w:rPr>
                <w:rFonts w:ascii="宋体" w:hAnsi="宋体" w:eastAsia="宋体"/>
                <w:b w:val="0"/>
                <w:sz w:val="18"/>
              </w:rPr>
              <w:t>1.审清题意，明确要求。</w:t>
            </w:r>
          </w:p>
          <w:p>
            <w:pPr>
              <w:spacing w:after="20" w:line="276" w:lineRule="auto"/>
            </w:pPr>
            <w:r>
              <w:rPr>
                <w:rFonts w:ascii="宋体" w:hAnsi="宋体" w:eastAsia="宋体"/>
                <w:b w:val="0"/>
                <w:sz w:val="18"/>
              </w:rPr>
              <w:t>课件出示教科书P70例2。</w:t>
            </w:r>
          </w:p>
          <w:p>
            <w:pPr>
              <w:spacing w:after="20" w:line="276" w:lineRule="auto"/>
            </w:pPr>
            <w:r>
              <w:rPr>
                <w:rFonts w:ascii="宋体" w:hAnsi="宋体" w:eastAsia="宋体"/>
                <w:b w:val="0"/>
                <w:sz w:val="18"/>
              </w:rPr>
              <w:t>师：读一读，看一看，你知道了什么？你是从哪儿知道的？</w:t>
            </w:r>
          </w:p>
          <w:p>
            <w:pPr>
              <w:spacing w:after="20" w:line="276" w:lineRule="auto"/>
            </w:pPr>
            <w:r>
              <w:rPr>
                <w:rFonts w:ascii="宋体" w:hAnsi="宋体" w:eastAsia="宋体"/>
                <w:b w:val="0"/>
                <w:sz w:val="18"/>
              </w:rPr>
              <w:t>师：这里有两个词特别重要，你们发现了吗？(学生提炼，教师板书“所有、又稳又高”)这两个词告诉了我们什么？</w:t>
            </w:r>
          </w:p>
          <w:p>
            <w:pPr>
              <w:spacing w:after="20" w:line="276" w:lineRule="auto"/>
            </w:pPr>
            <w:r>
              <w:rPr>
                <w:rFonts w:ascii="宋体" w:hAnsi="宋体" w:eastAsia="宋体"/>
                <w:b w:val="0"/>
                <w:sz w:val="18"/>
              </w:rPr>
              <w:t>引导学生说出要把所有的积木都用上，而且要高，还要稳。</w:t>
            </w:r>
          </w:p>
          <w:p>
            <w:pPr>
              <w:spacing w:after="20" w:line="276" w:lineRule="auto"/>
            </w:pPr>
            <w:r>
              <w:rPr>
                <w:rFonts w:ascii="宋体" w:hAnsi="宋体" w:eastAsia="宋体"/>
                <w:b w:val="0"/>
                <w:sz w:val="18"/>
              </w:rPr>
              <w:t>师：谁能完整地说一说，题目要求我们做什么？</w:t>
            </w:r>
          </w:p>
          <w:p>
            <w:pPr>
              <w:spacing w:after="20" w:line="276" w:lineRule="auto"/>
            </w:pPr>
            <w:r>
              <w:rPr>
                <w:rFonts w:ascii="宋体" w:hAnsi="宋体" w:eastAsia="宋体"/>
                <w:b w:val="0"/>
                <w:sz w:val="18"/>
              </w:rPr>
              <w:t>师：请你们观察这些积木，它们都有什么特点？怎样才能搭得又稳又高呢？把你想的办法和小组里的同学互相说一说。</w:t>
            </w:r>
          </w:p>
          <w:p>
            <w:pPr>
              <w:spacing w:after="20" w:line="276" w:lineRule="auto"/>
            </w:pPr>
            <w:r>
              <w:rPr>
                <w:rFonts w:ascii="宋体" w:hAnsi="宋体" w:eastAsia="宋体"/>
                <w:b w:val="0"/>
                <w:sz w:val="18"/>
              </w:rPr>
              <w:t>主要是从“球、正方体、圆柱、长方体”这4种立体图形的特征来说明怎样搭，有的学生还会考虑长方体按不同方向摆放时高度是不一样的，圆柱按不同方向摆放时不仅会出现高度不同的情况，还会出现稳定程度不一样的情况。</w:t>
            </w:r>
          </w:p>
          <w:p>
            <w:pPr>
              <w:spacing w:after="20" w:line="276" w:lineRule="auto"/>
            </w:pPr>
            <w:r>
              <w:rPr>
                <w:rFonts w:ascii="宋体" w:hAnsi="宋体" w:eastAsia="宋体"/>
                <w:b w:val="0"/>
                <w:sz w:val="18"/>
              </w:rPr>
              <w:t>师：以小组为单位，按照你们刚才的想法动手搭一搭，看哪个小组搭得又稳又高。</w:t>
            </w:r>
          </w:p>
          <w:p>
            <w:pPr>
              <w:spacing w:after="20" w:line="276" w:lineRule="auto"/>
            </w:pPr>
            <w:r>
              <w:rPr>
                <w:rFonts w:ascii="宋体" w:hAnsi="宋体" w:eastAsia="宋体"/>
                <w:b w:val="0"/>
                <w:sz w:val="18"/>
              </w:rPr>
              <w:t>针对活动中出现的问题，引导学生交流。</w:t>
            </w:r>
          </w:p>
          <w:p>
            <w:pPr>
              <w:spacing w:after="20" w:line="276" w:lineRule="auto"/>
            </w:pPr>
            <w:r>
              <w:rPr>
                <w:rFonts w:ascii="宋体" w:hAnsi="宋体" w:eastAsia="宋体"/>
                <w:b w:val="0"/>
                <w:sz w:val="18"/>
              </w:rPr>
              <w:t>使学生明确：</w:t>
            </w:r>
          </w:p>
          <w:p>
            <w:pPr>
              <w:spacing w:after="20" w:line="276" w:lineRule="auto"/>
            </w:pPr>
            <w:r>
              <w:rPr>
                <w:rFonts w:ascii="宋体" w:hAnsi="宋体" w:eastAsia="宋体"/>
                <w:b w:val="0"/>
                <w:sz w:val="18"/>
              </w:rPr>
              <w:t>(1)长方体摆放方向的不同，会导致高度不一样，竖着放比横着放高。</w:t>
            </w:r>
          </w:p>
          <w:p>
            <w:pPr>
              <w:spacing w:after="20" w:line="276" w:lineRule="auto"/>
            </w:pPr>
            <w:r>
              <w:rPr>
                <w:rFonts w:ascii="宋体" w:hAnsi="宋体" w:eastAsia="宋体"/>
                <w:b w:val="0"/>
                <w:sz w:val="18"/>
              </w:rPr>
              <w:t>(2)圆柱摆放方向的不同，不仅会影响高度，还会影响平稳程度，竖着放稳一些。</w:t>
            </w:r>
          </w:p>
          <w:p>
            <w:pPr>
              <w:spacing w:after="20" w:line="276" w:lineRule="auto"/>
            </w:pPr>
            <w:r>
              <w:rPr>
                <w:rFonts w:ascii="宋体" w:hAnsi="宋体" w:eastAsia="宋体"/>
                <w:b w:val="0"/>
                <w:sz w:val="18"/>
              </w:rPr>
              <w:t>(3)最难搭的是球，怎样摆放都不平稳，滚来滚去的。</w:t>
            </w:r>
          </w:p>
          <w:p>
            <w:pPr>
              <w:spacing w:after="20" w:line="276" w:lineRule="auto"/>
            </w:pPr>
            <w:r>
              <w:rPr>
                <w:rFonts w:ascii="宋体" w:hAnsi="宋体" w:eastAsia="宋体"/>
                <w:b w:val="0"/>
                <w:sz w:val="18"/>
              </w:rPr>
              <w:t>师：在这些积木中，最难搭的是球，这是为什么呢？怎样搭才能把球放稳呢？</w:t>
            </w:r>
          </w:p>
          <w:p>
            <w:pPr>
              <w:spacing w:after="20" w:line="276" w:lineRule="auto"/>
            </w:pPr>
            <w:r>
              <w:rPr>
                <w:rFonts w:ascii="宋体" w:hAnsi="宋体" w:eastAsia="宋体"/>
                <w:b w:val="0"/>
                <w:sz w:val="18"/>
              </w:rPr>
              <w:t>教师板书：长方体竖着放，球放在3个长方体的上面。</w:t>
            </w:r>
          </w:p>
          <w:p>
            <w:pPr>
              <w:spacing w:after="20" w:line="276" w:lineRule="auto"/>
            </w:pPr>
            <w:r>
              <w:rPr>
                <w:rFonts w:ascii="宋体" w:hAnsi="宋体" w:eastAsia="宋体"/>
                <w:b w:val="0"/>
                <w:sz w:val="18"/>
              </w:rPr>
              <w:t>组织学生交流，讨论解决方法，学生根据交流的经验进行作品的调整。</w:t>
            </w:r>
          </w:p>
        </w:tc>
        <w:tc>
          <w:tcPr>
            <w:tcW w:type="dxa" w:w="3061"/>
          </w:tcPr>
          <w:p>
            <w:pPr>
              <w:spacing w:after="20" w:line="276" w:lineRule="auto"/>
            </w:pPr>
            <w:r/>
            <w:r>
              <w:rPr>
                <w:rFonts w:ascii="宋体" w:hAnsi="宋体" w:eastAsia="宋体"/>
                <w:b w:val="0"/>
                <w:sz w:val="18"/>
              </w:rPr>
              <w:t>学生用自己的语言说一说，并相互补充。明确图中信息：有10个积木，其中长方体有7个，形状及大小相同的长方体有两组，每组3个，正方体、球、圆柱各1个。</w:t>
            </w:r>
          </w:p>
          <w:p>
            <w:pPr>
              <w:spacing w:after="20" w:line="276" w:lineRule="auto"/>
            </w:pPr>
            <w:r>
              <w:rPr>
                <w:rFonts w:ascii="宋体" w:hAnsi="宋体" w:eastAsia="宋体"/>
                <w:b w:val="0"/>
                <w:sz w:val="18"/>
              </w:rPr>
              <w:t>2．小组交流，探讨解决问题的办法。</w:t>
            </w:r>
          </w:p>
          <w:p>
            <w:pPr>
              <w:spacing w:after="20" w:line="276" w:lineRule="auto"/>
            </w:pPr>
            <w:r>
              <w:rPr>
                <w:rFonts w:ascii="宋体" w:hAnsi="宋体" w:eastAsia="宋体"/>
                <w:b w:val="0"/>
                <w:sz w:val="18"/>
              </w:rPr>
              <w:t>3．小组合作，尝试拼搭。</w:t>
            </w:r>
          </w:p>
          <w:p>
            <w:pPr>
              <w:spacing w:after="20" w:line="276" w:lineRule="auto"/>
            </w:pPr>
            <w:r>
              <w:rPr>
                <w:rFonts w:ascii="宋体" w:hAnsi="宋体" w:eastAsia="宋体"/>
                <w:b w:val="0"/>
                <w:sz w:val="18"/>
              </w:rPr>
              <w:t>小组活动，动手操作。教师巡视收集学生活动中的问题。</w:t>
            </w:r>
          </w:p>
          <w:p>
            <w:pPr>
              <w:spacing w:after="20" w:line="276" w:lineRule="auto"/>
            </w:pPr>
            <w:r>
              <w:rPr>
                <w:rFonts w:ascii="宋体" w:hAnsi="宋体" w:eastAsia="宋体"/>
                <w:b w:val="0"/>
                <w:sz w:val="18"/>
              </w:rPr>
              <w:t>学生可能会说：球没有平平的面，容易滚动，很难搭得稳。可以用3个长方体搭成一个基座，再把球放在上面就可以放稳了。</w:t>
            </w:r>
          </w:p>
        </w:tc>
        <w:tc>
          <w:tcPr>
            <w:tcW w:type="dxa" w:w="1814"/>
          </w:tcPr>
          <w:p>
            <w:pPr>
              <w:spacing w:after="20" w:line="276" w:lineRule="auto"/>
            </w:pPr>
            <w:r/>
            <w:r>
              <w:rPr>
                <w:rFonts w:ascii="宋体" w:hAnsi="宋体" w:eastAsia="宋体"/>
                <w:b w:val="0"/>
                <w:sz w:val="18"/>
              </w:rPr>
              <w:t>围绕环节目标组织学习活动，引导学生主动参与、积极思考，核心问题："读一读，看一看，你知道了什么？你是从哪儿知道的？"</w:t>
            </w:r>
          </w:p>
        </w:tc>
      </w:tr>
      <w:tr>
        <w:tc>
          <w:tcPr>
            <w:tcW w:type="dxa" w:w="1474"/>
          </w:tcPr>
          <w:p>
            <w:pPr>
              <w:spacing w:after="20" w:line="276" w:lineRule="auto"/>
            </w:pPr>
            <w:r>
              <w:rPr>
                <w:b/>
              </w:rPr>
            </w:r>
            <w:r>
              <w:rPr>
                <w:rFonts w:ascii="宋体" w:hAnsi="宋体" w:eastAsia="宋体"/>
                <w:b/>
                <w:sz w:val="18"/>
              </w:rPr>
              <w:t>比一比，评一评</w:t>
            </w:r>
          </w:p>
        </w:tc>
        <w:tc>
          <w:tcPr>
            <w:tcW w:type="dxa" w:w="3061"/>
          </w:tcPr>
          <w:p>
            <w:pPr>
              <w:spacing w:after="20" w:line="276" w:lineRule="auto"/>
            </w:pPr>
            <w:r/>
            <w:r>
              <w:rPr>
                <w:rFonts w:ascii="宋体" w:hAnsi="宋体" w:eastAsia="宋体"/>
                <w:b w:val="0"/>
                <w:sz w:val="18"/>
              </w:rPr>
              <w:t>师：现在我们来评一评，看看哪个小组搭得又稳又高，我们怎样做才能知道呢？</w:t>
            </w:r>
          </w:p>
          <w:p>
            <w:pPr>
              <w:spacing w:after="20" w:line="276" w:lineRule="auto"/>
            </w:pPr>
            <w:r>
              <w:rPr>
                <w:rFonts w:ascii="宋体" w:hAnsi="宋体" w:eastAsia="宋体"/>
                <w:b w:val="0"/>
                <w:sz w:val="18"/>
              </w:rPr>
              <w:t>组织学生进行交流。</w:t>
            </w:r>
          </w:p>
          <w:p>
            <w:pPr>
              <w:spacing w:after="20" w:line="276" w:lineRule="auto"/>
            </w:pPr>
            <w:r>
              <w:rPr>
                <w:rFonts w:ascii="宋体" w:hAnsi="宋体" w:eastAsia="宋体"/>
                <w:b w:val="0"/>
                <w:sz w:val="18"/>
              </w:rPr>
              <w:t>评比后，组织优秀小组介绍经验。</w:t>
            </w:r>
          </w:p>
          <w:p>
            <w:pPr>
              <w:spacing w:after="20" w:line="276" w:lineRule="auto"/>
            </w:pPr>
            <w:r>
              <w:rPr>
                <w:rFonts w:ascii="宋体" w:hAnsi="宋体" w:eastAsia="宋体"/>
                <w:b w:val="0"/>
                <w:sz w:val="18"/>
              </w:rPr>
              <w:t>引导学生从这几个方面来说：第一，检查是不是所有积木都用上了；第二，尽量把长方体竖着放，竖起来搭得高；第三，圆柱竖着摆放才能放稳，有时还能摆得更高；第四，把球放在3个长方体上面，可以放稳。</w:t>
            </w:r>
          </w:p>
          <w:p>
            <w:pPr>
              <w:spacing w:after="20" w:line="276" w:lineRule="auto"/>
            </w:pPr>
            <w:r>
              <w:rPr>
                <w:rFonts w:ascii="宋体" w:hAnsi="宋体" w:eastAsia="宋体"/>
                <w:b w:val="0"/>
                <w:sz w:val="18"/>
              </w:rPr>
              <w:t>师小结：让积木的平面着地保证平稳，借助长方体的长保证高度，将球放在有3个支点的面上确保稳定，并用上所有的积木，这样就能搭得又稳又高。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围绕环节目标组织学习活动，引导学生主动参与、积极思考，核心问题："现在我们来评一评，看看哪个小组搭得又稳又高，我们怎样做才能知道呢？"</w:t>
            </w:r>
          </w:p>
        </w:tc>
      </w:tr>
      <w:tr>
        <w:tc>
          <w:tcPr>
            <w:tcW w:type="dxa" w:w="1474"/>
          </w:tcPr>
          <w:p>
            <w:pPr>
              <w:spacing w:after="20" w:line="276" w:lineRule="auto"/>
            </w:pPr>
            <w:r>
              <w:rPr>
                <w:b/>
              </w:rPr>
            </w:r>
            <w:r>
              <w:rPr>
                <w:rFonts w:ascii="宋体" w:hAnsi="宋体" w:eastAsia="宋体"/>
                <w:b/>
                <w:sz w:val="18"/>
              </w:rPr>
              <w:t>课堂小练</w:t>
            </w:r>
          </w:p>
        </w:tc>
        <w:tc>
          <w:tcPr>
            <w:tcW w:type="dxa" w:w="3061"/>
          </w:tcPr>
          <w:p>
            <w:pPr>
              <w:spacing w:after="20" w:line="276" w:lineRule="auto"/>
            </w:pPr>
            <w:r/>
            <w:r>
              <w:rPr>
                <w:rFonts w:ascii="宋体" w:hAnsi="宋体" w:eastAsia="宋体"/>
                <w:b w:val="0"/>
                <w:sz w:val="18"/>
              </w:rPr>
              <w:t>课件出示练习题。</w:t>
            </w:r>
          </w:p>
          <w:p>
            <w:pPr>
              <w:spacing w:after="20" w:line="276" w:lineRule="auto"/>
            </w:pPr>
            <w:r>
              <w:rPr>
                <w:rFonts w:ascii="宋体" w:hAnsi="宋体" w:eastAsia="宋体"/>
                <w:b w:val="0"/>
                <w:sz w:val="18"/>
              </w:rPr>
              <w:t>下面谁搭得最稳？谁搭得最高？</w:t>
            </w:r>
          </w:p>
          <w:p>
            <w:pPr>
              <w:spacing w:after="20" w:line="276" w:lineRule="auto"/>
            </w:pPr>
            <w:r>
              <w:rPr>
                <w:rFonts w:ascii="宋体" w:hAnsi="宋体" w:eastAsia="宋体"/>
                <w:b w:val="0"/>
                <w:sz w:val="18"/>
              </w:rPr>
              <w:t>师：请同学们完成上面这题。</w:t>
            </w:r>
          </w:p>
        </w:tc>
        <w:tc>
          <w:tcPr>
            <w:tcW w:type="dxa" w:w="3061"/>
          </w:tcPr>
          <w:p>
            <w:pPr>
              <w:spacing w:after="20" w:line="276" w:lineRule="auto"/>
            </w:pPr>
            <w:r/>
            <w:r>
              <w:rPr>
                <w:rFonts w:ascii="宋体" w:hAnsi="宋体" w:eastAsia="宋体"/>
                <w:b w:val="0"/>
                <w:sz w:val="18"/>
              </w:rPr>
              <w:t>学生完成后，集体交流评价。</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回顾过程，整理方法</w:t>
            </w:r>
          </w:p>
        </w:tc>
        <w:tc>
          <w:tcPr>
            <w:tcW w:type="dxa" w:w="3061"/>
          </w:tcPr>
          <w:p>
            <w:pPr>
              <w:spacing w:after="20" w:line="276" w:lineRule="auto"/>
            </w:pPr>
            <w:r/>
            <w:r>
              <w:rPr>
                <w:rFonts w:ascii="宋体" w:hAnsi="宋体" w:eastAsia="宋体"/>
                <w:b w:val="0"/>
                <w:sz w:val="18"/>
              </w:rPr>
              <w:t>师：今天我们共同解决了什么问题？怎样解决的？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创设情境激活学生已有经验，自然引出本课学习内容，激发学习兴趣，核心问题："今天我们共同解决了什么问题？怎样解决的？"</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所有、又稳又高</w:t>
      </w:r>
    </w:p>
    <w:p>
      <w:pPr>
        <w:spacing w:after="40" w:line="300" w:lineRule="auto"/>
      </w:pPr>
      <w:r>
        <w:rPr>
          <w:rFonts w:ascii="宋体" w:hAnsi="宋体" w:eastAsia="宋体"/>
          <w:b w:val="0"/>
          <w:sz w:val="20"/>
        </w:rPr>
        <w:t>长方体竖着放，球放在3个长方体的上面。</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教科书P70例2。</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学生通过多种拼搭活动感知立体图形的特征，同时经历分析问题、解决问题的过程。在学习过程中学生拼搭出很多作品，教师对学生的作品应进行多元化的评价，鼓励学生发表自己的意见，遇到问题积极探索。按照规则搭符合要求的图形，主动利用已有知识发现新知识，只要有自己独到的见解，教师就应当给予肯定与鼓励。让学生在学习知识的同时学会欣赏别人的作品，培养学生的创新意识。</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图形拼组</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图形拼组</w:t>
            </w:r>
          </w:p>
        </w:tc>
        <w:tc>
          <w:tcPr>
            <w:tcW w:type="dxa" w:w="6009"/>
          </w:tcPr>
          <w:p>
            <w:pPr>
              <w:spacing w:after="20" w:line="276" w:lineRule="auto"/>
            </w:pPr>
            <w:r/>
            <w:r>
              <w:rPr>
                <w:rFonts w:ascii="宋体" w:hAnsi="宋体" w:eastAsia="宋体"/>
                <w:b w:val="0"/>
                <w:sz w:val="20"/>
              </w:rPr>
              <w:t>第3单元 认识立体图形</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认识立体图形，是源于自己的生活经验，他们在生活中常见的物体多数是立体的。此外，一年级的学生思维尚处于具体形象思维水平，对图形的认识需要多种感官协调，从具体的实物抽象出立体图形。教学时，借助学生已有的生活经验，让学生在具体的操作活动中观察、比较，从而发现、总结、归纳出每种图形的特征。了解每种图形的特征是正确辨认长方体、正方体、圆柱和球等立体图形的依据。对变式长方体、圆柱的辨认是学生学习的难点，教学时，要增加变式与反例，让学生能突破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教学内容：教科书P71例3，完成教科书P71“做一做”。</w:t>
      </w:r>
    </w:p>
    <w:p>
      <w:pPr>
        <w:spacing w:after="80" w:line="300" w:lineRule="auto"/>
        <w:ind w:firstLine="400"/>
      </w:pPr>
      <w:r>
        <w:rPr>
          <w:rFonts w:ascii="宋体" w:hAnsi="宋体" w:eastAsia="宋体"/>
          <w:b w:val="0"/>
          <w:sz w:val="20"/>
        </w:rPr>
        <w:t>设计思路：开展分组活动，让学生小组合作，每次用多个相同的立体图形进行拼组，进一步直观感知立体图形的特征。在交流展示时，指导学生有条理地表达自己的思考过程，教师有意识地引导学生有序拼组。</w:t>
      </w:r>
    </w:p>
    <w:p>
      <w:pPr>
        <w:spacing w:after="80" w:line="300" w:lineRule="auto"/>
        <w:ind w:firstLine="400"/>
      </w:pPr>
      <w:r>
        <w:rPr>
          <w:rFonts w:ascii="宋体" w:hAnsi="宋体" w:eastAsia="宋体"/>
          <w:b w:val="0"/>
          <w:sz w:val="20"/>
        </w:rPr>
        <w:t>教学准备：课件，长方体、正方体和圆柱积木若干。</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（1）让学生用多个相同的立体图形进行拼组，进一步直观感知立体图形的特征，初步体会立体图形之间的关系。</w:t>
      </w:r>
    </w:p>
    <w:p>
      <w:pPr>
        <w:spacing w:after="20" w:line="300" w:lineRule="auto"/>
        <w:ind w:firstLine="400"/>
      </w:pPr>
      <w:r>
        <w:rPr>
          <w:rFonts w:ascii="宋体" w:hAnsi="宋体" w:eastAsia="宋体"/>
          <w:b w:val="0"/>
          <w:sz w:val="20"/>
        </w:rPr>
        <w:t>（2）培养学生用联系变化的观点看待事物的意识。</w:t>
      </w:r>
    </w:p>
    <w:p>
      <w:pPr>
        <w:spacing w:after="20" w:line="300" w:lineRule="auto"/>
        <w:ind w:firstLine="400"/>
      </w:pPr>
      <w:r>
        <w:rPr>
          <w:rFonts w:ascii="宋体" w:hAnsi="宋体" w:eastAsia="宋体"/>
          <w:b w:val="0"/>
          <w:sz w:val="20"/>
        </w:rPr>
        <w:t>（3）通过数学活动，培养学生的动手能力，使其感受数学的趣味性。</w:t>
      </w:r>
    </w:p>
    <w:p>
      <w:pPr>
        <w:spacing w:after="20" w:line="300" w:lineRule="auto"/>
      </w:pPr>
      <w:r>
        <w:rPr>
          <w:rFonts w:ascii="宋体" w:hAnsi="宋体" w:eastAsia="宋体"/>
          <w:b w:val="0"/>
          <w:sz w:val="20"/>
        </w:rPr>
        <w:t>教学重点：能使用正方体、长方体和圆柱拼出新的图形。</w:t>
      </w:r>
    </w:p>
    <w:p>
      <w:pPr>
        <w:spacing w:after="20" w:line="300" w:lineRule="auto"/>
      </w:pPr>
      <w:r>
        <w:rPr>
          <w:rFonts w:ascii="宋体" w:hAnsi="宋体" w:eastAsia="宋体"/>
          <w:b w:val="0"/>
          <w:sz w:val="20"/>
        </w:rPr>
        <w:t>教学难点：能清楚地说明所拼图形的名称和拼组方法。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直接导入</w:t>
            </w:r>
          </w:p>
        </w:tc>
        <w:tc>
          <w:tcPr>
            <w:tcW w:type="dxa" w:w="1814"/>
          </w:tcPr>
          <w:p>
            <w:pPr>
              <w:spacing w:after="20" w:line="276" w:lineRule="auto"/>
            </w:pPr>
            <w:r/>
            <w:r>
              <w:rPr>
                <w:rFonts w:ascii="宋体" w:hAnsi="宋体" w:eastAsia="宋体"/>
                <w:b w:val="0"/>
                <w:sz w:val="18"/>
              </w:rPr>
              <w:t>课件、积木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拼一拼</w:t>
            </w:r>
          </w:p>
        </w:tc>
        <w:tc>
          <w:tcPr>
            <w:tcW w:type="dxa" w:w="1814"/>
          </w:tcPr>
          <w:p>
            <w:pPr>
              <w:spacing w:after="20" w:line="276" w:lineRule="auto"/>
            </w:pPr>
            <w:r/>
            <w:r>
              <w:rPr>
                <w:rFonts w:ascii="宋体" w:hAnsi="宋体" w:eastAsia="宋体"/>
                <w:b w:val="0"/>
                <w:sz w:val="18"/>
              </w:rPr>
              <w:t>小正方体、课件、积木</w:t>
            </w:r>
          </w:p>
        </w:tc>
        <w:tc>
          <w:tcPr>
            <w:tcW w:type="dxa" w:w="3402"/>
          </w:tcPr>
          <w:p>
            <w:pPr>
              <w:spacing w:after="20" w:line="276" w:lineRule="auto"/>
            </w:pPr>
            <w:r/>
            <w:r>
              <w:rPr>
                <w:rFonts w:ascii="宋体" w:hAnsi="宋体" w:eastAsia="宋体"/>
                <w:b w:val="0"/>
                <w:sz w:val="18"/>
              </w:rPr>
              <w:t>刚才同学们用相同的正方体拼成了许多不同形状的图形，很有创意。那么用4个相同的长方体拼组，又能拼成什么图形呢？；那用2个相同的圆柱能拼成什么图形呢？</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课堂小练</w:t>
            </w:r>
          </w:p>
        </w:tc>
        <w:tc>
          <w:tcPr>
            <w:tcW w:type="dxa" w:w="1814"/>
          </w:tcPr>
          <w:p>
            <w:pPr>
              <w:spacing w:after="20" w:line="276" w:lineRule="auto"/>
            </w:pPr>
            <w:r/>
            <w:r>
              <w:rPr>
                <w:rFonts w:ascii="宋体" w:hAnsi="宋体" w:eastAsia="宋体"/>
                <w:b w:val="0"/>
                <w:sz w:val="18"/>
              </w:rPr>
              <w:t>教科书、课件、积木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课件、积木</w:t>
            </w:r>
          </w:p>
        </w:tc>
        <w:tc>
          <w:tcPr>
            <w:tcW w:type="dxa" w:w="3402"/>
          </w:tcPr>
          <w:p>
            <w:pPr>
              <w:spacing w:after="20" w:line="276" w:lineRule="auto"/>
            </w:pPr>
            <w:r/>
            <w:r>
              <w:rPr>
                <w:rFonts w:ascii="宋体" w:hAnsi="宋体" w:eastAsia="宋体"/>
                <w:b w:val="0"/>
                <w:sz w:val="18"/>
              </w:rPr>
              <w:t>这节课同学们玩得开心吗？说一说，你们学到了什么？有什么收获？</w:t>
            </w:r>
          </w:p>
        </w:tc>
        <w:tc>
          <w:tcPr>
            <w:tcW w:type="dxa" w:w="1361"/>
          </w:tcPr>
          <w:p>
            <w:pPr>
              <w:spacing w:after="20" w:line="276" w:lineRule="auto"/>
            </w:pPr>
            <w:r/>
            <w:r>
              <w:rPr>
                <w:rFonts w:ascii="宋体" w:hAnsi="宋体" w:eastAsia="宋体"/>
                <w:b w:val="0"/>
                <w:sz w:val="18"/>
              </w:rPr>
              <w:t>5分钟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直接导入</w:t>
            </w:r>
          </w:p>
        </w:tc>
        <w:tc>
          <w:tcPr>
            <w:tcW w:type="dxa" w:w="3061"/>
          </w:tcPr>
          <w:p>
            <w:pPr>
              <w:spacing w:after="20" w:line="276" w:lineRule="auto"/>
            </w:pPr>
            <w:r/>
            <w:r>
              <w:rPr>
                <w:rFonts w:ascii="宋体" w:hAnsi="宋体" w:eastAsia="宋体"/>
                <w:b w:val="0"/>
                <w:sz w:val="18"/>
              </w:rPr>
              <w:t>师：上一节课我们运用长方体、正方体、圆柱和球拼搭新的图形，这节课我们继续用长方体、正方体和圆柱来拼一拼。(板书课题：图形拼组)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拼一拼</w:t>
            </w:r>
          </w:p>
        </w:tc>
        <w:tc>
          <w:tcPr>
            <w:tcW w:type="dxa" w:w="3061"/>
          </w:tcPr>
          <w:p>
            <w:pPr>
              <w:spacing w:after="20" w:line="276" w:lineRule="auto"/>
            </w:pPr>
            <w:r/>
            <w:r>
              <w:rPr>
                <w:rFonts w:ascii="宋体" w:hAnsi="宋体" w:eastAsia="宋体"/>
                <w:b w:val="0"/>
                <w:sz w:val="18"/>
              </w:rPr>
              <w:t>1.用正方体拼一拼。</w:t>
            </w:r>
          </w:p>
          <w:p>
            <w:pPr>
              <w:spacing w:after="20" w:line="276" w:lineRule="auto"/>
            </w:pPr>
            <w:r>
              <w:rPr>
                <w:rFonts w:ascii="宋体" w:hAnsi="宋体" w:eastAsia="宋体"/>
                <w:b w:val="0"/>
                <w:sz w:val="18"/>
              </w:rPr>
              <w:t>师：同学们，老师知道你们都是拼图形的小能手，请小组合作，按要求拼一拼。</w:t>
            </w:r>
          </w:p>
          <w:p>
            <w:pPr>
              <w:spacing w:after="20" w:line="276" w:lineRule="auto"/>
            </w:pPr>
            <w:r>
              <w:rPr>
                <w:rFonts w:ascii="宋体" w:hAnsi="宋体" w:eastAsia="宋体"/>
                <w:b w:val="0"/>
                <w:sz w:val="18"/>
              </w:rPr>
              <w:t>(1)用2个相同的小正方体拼摆，能拼成什么图形？(课件出示)</w:t>
            </w:r>
          </w:p>
          <w:p>
            <w:pPr>
              <w:spacing w:after="20" w:line="276" w:lineRule="auto"/>
            </w:pPr>
            <w:r>
              <w:rPr>
                <w:rFonts w:ascii="宋体" w:hAnsi="宋体" w:eastAsia="宋体"/>
                <w:b w:val="0"/>
                <w:sz w:val="18"/>
              </w:rPr>
              <w:t>(2)要拼成一个较大的正方体，至少需要几个相同的小正方体？(课件出示)</w:t>
            </w:r>
          </w:p>
          <w:p>
            <w:pPr>
              <w:spacing w:after="20" w:line="276" w:lineRule="auto"/>
            </w:pPr>
            <w:r>
              <w:rPr>
                <w:rFonts w:ascii="宋体" w:hAnsi="宋体" w:eastAsia="宋体"/>
                <w:b w:val="0"/>
                <w:sz w:val="18"/>
              </w:rPr>
              <w:t>教师适当板书。</w:t>
            </w:r>
          </w:p>
          <w:p>
            <w:pPr>
              <w:spacing w:after="20" w:line="276" w:lineRule="auto"/>
            </w:pPr>
            <w:r>
              <w:rPr>
                <w:rFonts w:ascii="宋体" w:hAnsi="宋体" w:eastAsia="宋体"/>
                <w:b w:val="0"/>
                <w:sz w:val="18"/>
              </w:rPr>
              <w:t>2．用长方体拼一拼。</w:t>
            </w:r>
          </w:p>
          <w:p>
            <w:pPr>
              <w:spacing w:after="20" w:line="276" w:lineRule="auto"/>
            </w:pPr>
            <w:r>
              <w:rPr>
                <w:rFonts w:ascii="宋体" w:hAnsi="宋体" w:eastAsia="宋体"/>
                <w:b w:val="0"/>
                <w:sz w:val="18"/>
              </w:rPr>
              <w:t>师：刚才同学们用相同的正方体拼成了许多不同形状的图形，很有创意。那么用4个相同的长方体拼组，又能拼成什么图形呢？(课件出示)</w:t>
            </w:r>
          </w:p>
          <w:p>
            <w:pPr>
              <w:spacing w:after="20" w:line="276" w:lineRule="auto"/>
            </w:pPr>
            <w:r>
              <w:rPr>
                <w:rFonts w:ascii="宋体" w:hAnsi="宋体" w:eastAsia="宋体"/>
                <w:b w:val="0"/>
                <w:sz w:val="18"/>
              </w:rPr>
              <w:t>3．用圆柱拼一拼。</w:t>
            </w:r>
          </w:p>
          <w:p>
            <w:pPr>
              <w:spacing w:after="20" w:line="276" w:lineRule="auto"/>
            </w:pPr>
            <w:r>
              <w:rPr>
                <w:rFonts w:ascii="宋体" w:hAnsi="宋体" w:eastAsia="宋体"/>
                <w:b w:val="0"/>
                <w:sz w:val="18"/>
              </w:rPr>
              <w:t>师：那用2个相同的圆柱能拼成什么图形呢？(课件出示)</w:t>
            </w:r>
          </w:p>
          <w:p>
            <w:pPr>
              <w:spacing w:after="20" w:line="276" w:lineRule="auto"/>
            </w:pPr>
            <w:r>
              <w:rPr>
                <w:rFonts w:ascii="宋体" w:hAnsi="宋体" w:eastAsia="宋体"/>
                <w:b w:val="0"/>
                <w:sz w:val="18"/>
              </w:rPr>
              <w:t>师：两个圆柱横着拼行吗？为什么？</w:t>
            </w:r>
          </w:p>
          <w:p>
            <w:pPr>
              <w:spacing w:after="20" w:line="276" w:lineRule="auto"/>
            </w:pPr>
            <w:r>
              <w:rPr>
                <w:rFonts w:ascii="宋体" w:hAnsi="宋体" w:eastAsia="宋体"/>
                <w:b w:val="0"/>
                <w:sz w:val="18"/>
              </w:rPr>
              <w:t>师小结：圆柱的曲面容易滚动，不稳定，但上下有两个平平的面，比较稳定。</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围绕环节目标组织学习活动，引导学生主动参与、积极思考，核心问题："刚才同学们用相同的正方体拼成了许多不同形状的图形，很有创意。那么用4个相同的长方体拼组，又能拼成什么图形呢？"</w:t>
            </w:r>
          </w:p>
        </w:tc>
      </w:tr>
      <w:tr>
        <w:tc>
          <w:tcPr>
            <w:tcW w:type="dxa" w:w="1474"/>
          </w:tcPr>
          <w:p>
            <w:pPr>
              <w:spacing w:after="20" w:line="276" w:lineRule="auto"/>
            </w:pPr>
            <w:r>
              <w:rPr>
                <w:b/>
              </w:rPr>
            </w:r>
            <w:r>
              <w:rPr>
                <w:rFonts w:ascii="宋体" w:hAnsi="宋体" w:eastAsia="宋体"/>
                <w:b/>
                <w:sz w:val="18"/>
              </w:rPr>
              <w:t>课堂小练</w:t>
            </w:r>
          </w:p>
        </w:tc>
        <w:tc>
          <w:tcPr>
            <w:tcW w:type="dxa" w:w="3061"/>
          </w:tcPr>
          <w:p>
            <w:pPr>
              <w:spacing w:after="20" w:line="276" w:lineRule="auto"/>
            </w:pPr>
            <w:r/>
            <w:r>
              <w:rPr>
                <w:rFonts w:ascii="宋体" w:hAnsi="宋体" w:eastAsia="宋体"/>
                <w:b w:val="0"/>
                <w:sz w:val="18"/>
              </w:rPr>
              <w:t>1.完成教科书P71“做一做”第1题。</w:t>
            </w:r>
          </w:p>
          <w:p>
            <w:pPr>
              <w:spacing w:after="20" w:line="276" w:lineRule="auto"/>
            </w:pPr>
            <w:r>
              <w:rPr>
                <w:rFonts w:ascii="宋体" w:hAnsi="宋体" w:eastAsia="宋体"/>
                <w:b w:val="0"/>
                <w:sz w:val="18"/>
              </w:rPr>
              <w:t>2．完成教科书P71“做一做”第2题。</w:t>
            </w:r>
          </w:p>
          <w:p>
            <w:pPr>
              <w:spacing w:after="20" w:line="276" w:lineRule="auto"/>
            </w:pPr>
            <w:r>
              <w:rPr>
                <w:rFonts w:ascii="宋体" w:hAnsi="宋体" w:eastAsia="宋体"/>
                <w:b w:val="0"/>
                <w:sz w:val="18"/>
              </w:rPr>
              <w:t>3．完成教科书P71“做一做”第3题。</w:t>
            </w:r>
          </w:p>
        </w:tc>
        <w:tc>
          <w:tcPr>
            <w:tcW w:type="dxa" w:w="3061"/>
          </w:tcPr>
          <w:p>
            <w:pPr>
              <w:spacing w:after="20" w:line="276" w:lineRule="auto"/>
            </w:pPr>
            <w:r/>
            <w:r>
              <w:rPr>
                <w:rFonts w:ascii="宋体" w:hAnsi="宋体" w:eastAsia="宋体"/>
                <w:b w:val="0"/>
                <w:sz w:val="18"/>
              </w:rPr>
              <w:t>学生先独立完成，然后同桌之间互相交流数的方法，最后教师指名学生分享数的方法。</w:t>
            </w:r>
          </w:p>
          <w:p>
            <w:pPr>
              <w:spacing w:after="20" w:line="276" w:lineRule="auto"/>
            </w:pPr>
            <w:r>
              <w:rPr>
                <w:rFonts w:ascii="宋体" w:hAnsi="宋体" w:eastAsia="宋体"/>
                <w:b w:val="0"/>
                <w:sz w:val="18"/>
              </w:rPr>
              <w:t>学生独立完成，集体交流连线的方法。</w:t>
            </w:r>
          </w:p>
          <w:p>
            <w:pPr>
              <w:spacing w:after="20" w:line="276" w:lineRule="auto"/>
            </w:pPr>
            <w:r>
              <w:rPr>
                <w:rFonts w:ascii="宋体" w:hAnsi="宋体" w:eastAsia="宋体"/>
                <w:b w:val="0"/>
                <w:sz w:val="18"/>
              </w:rPr>
              <w:t>学生先试着拼一拼，学生拼的同时教师巡视指导，让学生进行有序排列，然后教师指名学生上台展示。</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师：这节课同学们玩得开心吗？说一说，你们学到了什么？有什么收获？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引导学生回顾梳理本课所学，完善认知结构，提升归纳与反思能力，核心问题："这节课同学们玩得开心吗？说一说，你们学到了什么？有什么收获？"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图形拼组</w:t>
      </w:r>
    </w:p>
    <w:p>
      <w:pPr>
        <w:spacing w:after="40" w:line="300" w:lineRule="auto"/>
      </w:pPr>
      <w:r>
        <w:rPr>
          <w:rFonts w:ascii="宋体" w:hAnsi="宋体" w:eastAsia="宋体"/>
          <w:b w:val="0"/>
          <w:sz w:val="20"/>
        </w:rPr>
        <w:t>用2个可以拼成一个长方体。</w:t>
      </w:r>
    </w:p>
    <w:p>
      <w:pPr>
        <w:spacing w:after="40" w:line="300" w:lineRule="auto"/>
      </w:pPr>
      <w:r>
        <w:rPr>
          <w:rFonts w:ascii="宋体" w:hAnsi="宋体" w:eastAsia="宋体"/>
          <w:b w:val="0"/>
          <w:sz w:val="20"/>
        </w:rPr>
        <w:t>至少用8个可以拼成一个较大的正方体。</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教科书P71例3，完成教科书P71“做一做”。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特点就是活动性强，具有趣味性。学生在动手操作的愉快氛围下进行学习，更易被激发学习兴趣。另外，学生在上节课已经拼搭了各种图形，本节课重点在于对学生所学知识进行巩固与提升，在拼一拼的教学中，充分发挥学生的主观能动性，使学生初步获得了一些数学活动的经验。</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