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人教版一年级数学上册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第5单元 20以内的进位加法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6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本单元的教学内容主要有两部分：一是学习两个一位数相加得数超过10的加法，简述为“20以内的进位加法”；二是“解决问题”，主要是用加法解决简单的实际问题。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重在让学生经历探索20以内进位加法的算理和算法的过程，理解算理，归纳并掌握算法。教科书在呈现多种计算方法的基础上突出“凑十”的方法，让学生理解将“几加几，和超过10”的加法转化为“十加几”的加法进行计算的道理，同时进一步体会“10个一是1个十”。在此基础上，运用进位加法解决生活中的简单问题，进一步理解加法的含义，探索用操作学具、画图等方式分析问题、解决问题，积累解决问题的经验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科书编排时体现了以下几点：第一，遵循了学生认知发展的基本规律。第二，在算法多样化的基础上，突出了“凑十”的计算方法。第三，突出了解决问题的一般步骤，即阅读理解——分析解答——回顾反思，启发学生从不同的角度思考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第1课时：以“计数单位”“十进制”等概念为核心，引导学生理解“凑十”的道理，能应用“凑十法”正确口算9加几。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第2课时：运用已有经验，自主探究8、7、6加几的计算方法，进一步灵活运用“凑十法”“交换加数位置”的方法正确计算。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第3课时：引导学生理解5、4、3、2加几的算理，进一步熟悉“凑十法”和“交换加数位置”的计算方法，能正确计算。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第4课时：会用20以内的进位加法解决简单的实际问题。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第5课时：引导学生理解“求原来有多少”这类实际问题的数量关系，会用20以内进位加法解决实际问题。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第6课时：系统整理20以内的进位加法，帮助学生落实解决问题的一般步骤，熟练计算20以内的进位加法。让学生进一步理解20以内进位加法的算理、算法和解决问题的各种策略。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建立数与数之间的重要联系，为正确应用“凑十法”奠定基础。针对不同的数据，学生会运用不同的拆数策略。学生只有在熟练地掌握数与数之间的重要联系的基础上，才能在计算中实现灵活应用。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引导学生运用多种方式表征已知信息和问题，注重算法的理解。教师可以设计摆一摆、圈一圈、说一说等多种形式的活动，充分展现20以内进位加法的计算过程。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设计形式多样、生动有趣的练习，提高学生的计算能力。为了达到每分钟能做8～10题这个目标，教师要有计划、有目的地组织并指导学生进行练习。练习的内容和形式随着学生能力的提升而变化。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在解决问题的过程中，充分利用具体情境理解数量关系，学会“画图”解决问题，感悟加法模型，形成初步的模型意识和应用意识。此外，特别要强调的是，应注重解题后的回顾与反思，促进学生经验内化，逐步掌握解决问题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数感和运算能力：在具体情境中，通过操作、观察、分析等活动探索并掌握20以内的进位加法，能说出运用“凑十法”计算20以内进位加法的计算过程，并能正确计算；理解“凑十”的计算方法和进位的道理与数的认识一致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推理能力：经历自主探究、同伴交流的学习过程；在不同算法的交流中，增强主动优化算法的意识。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模型意识和应用意识：能在解决简单问题的过程中，运用实物操作、画图等方法表示已知信息和问题，分析数量关系，进一步感受加法的含义，积累解决问题的经验。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9加几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以“计数单位”“十进制”等概念为核心，引导学生理解“凑十”的道理，能应用“凑十法”正确口算9加几。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8、7、6加几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运用已有经验，自主探究8、7、6加几的计算方法，进一步灵活运用“凑十法”“交换加数位置”的方法正确计算。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5、4、3、2加几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引导学生理解5、4、3、2加几的算理，进一步熟悉“凑十法”和“交换加数位置”的计算方法，能正确计算。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解决问题(1)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会用20以内的进位加法解决简单的实际问题。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解决问题(2)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引导学生理解“求原来有多少”这类实际问题的数量关系，会用20以内进位加法解决实际问题。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系统整理20以内的进位加法，帮助学生落实解决问题的一般步骤，熟练计算20以内的进位加法。让学生进一步理解20以内进位加法的算理、算法和解决问题的各种策略。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9加几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9加几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教学内容：教科书P88～89情境图和例1，完成教科书P89“做一做”。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设计思路：学生已有10以内加法的计算经验，掌握了多种计算方法，但有的方法仅仅只是得出计算结果，不利于计算能力的形成。所以本节课在充分考虑学生的算法基础上，引导学生动手操作，理解“凑十法”，同时理解计算加法算式过程中每个数字该写在什么位置，体会位值的特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（1）以“计数单位”“十进制”等概念为核心，引导学生理解“凑十”的道理，能应用“凑十法”正确口算9加几。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（2）通过数、画、圈、摆等活动、引导学生体验并理解“凑十”的过程，体会“凑十”的价值，形成“凑十”的意识。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（3）在探索计算的过程中，引导学生感受到转化的价值，培养学生独立思想，合作交流，认真倾听的学习习惯。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教学重点：掌握“凑十法”，能正确计算9加几。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教学难点：理解“凑十法”的思维过程。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回顾知识，激活认知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探究9加几的算法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学校正在开运动会，你能说说运动会现场的情况吗？；你从这幅图中发现了哪些信息？能提出什么问题？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应用“凑十法”计算9加几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观察这3个算式，它们都是怎样算的？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同学们，今天的数学课你们学到了些什么呢？(学生自由发言)你能出一道9加几的题考考同桌吗？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回顾知识，激活认知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课件出示习题。学生快速说出答案，并说说怎样算的。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6＋(　　　)＝10　　　　(　　　)＋7＝10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9＋(　　　)＝10        5＋(　　　)＝10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10＝8＋(　　　)        4＋(　　　)＝10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师：刚才同学们很快算出了答案，看来你们对前面加法的计算掌握得很好了，这节课我们继续学习加法计算。(板书课题：9加几)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探究9加几的算法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1.提取信息，发现问题。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课件出示教科书P88情境图。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师：学校正在开运动会，你能说说运动会现场的情况吗？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师：同学们观察得可真仔细。为了给运动员解渴，后勤组的同学给运动员准备了好喝的饮料。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课件呈现教科书上的饮料情境图。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师：你从这幅图中发现了哪些信息？能提出什么问题？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2．自主探究算法。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师：要求“一共有多少盒饮料”该怎样列式？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根据学生的回答板书：9＋4。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师：9＋4得多少呢？如果觉得计算有困难，可以用小棒代替饮料，摆一摆、数一数。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3．借助操作，理解“凑十法”。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师：请想到方法3的同学上来演示一下，动手摆一摆。谁看懂了他的计算方法？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指名学生用小棒把“凑十”的过程演示一遍。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师：为什么拿1根呢？拿2根行吗？把9和1合在一起，好在哪里？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师：这种计算方法确实非常方便。下面我们就通过摆小棒来学习这种方法。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指导学生进行操作，一边摆一边问：盒子里的9盒再加上几盒就凑成了10盒？(1盒)这个1盒是从哪里来的？(从4盒中分出来的)外面的4盒饮料拿走1盒后还剩多少盒？(3盒)10盒与剩下的3盒合起来是多少盒？(13盒)所以9＋4等于多少？(13)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课件同步呈现10根一捆、10盒一箱的过程。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师小结：像这样，把一个加数凑成10再计算的方法叫“凑十法”。(板书：凑十法)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师：要学会“凑十法”，就要熟记10的组成。请大家闭眼回忆“凑十”的过程，然后和同桌说出用“凑十法”计算9＋4的过程。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师：谁来说说想到方法4的同学的思路？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指导学生明确：其实这也是“凑十法”的思路，把9看成10来计算，最后减去多算的1，相当于从4里面拿走了1，和9凑成10。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学生看图之后说：有跑步、跳绳等比赛，还有啦啦队表演和分饮料的同学。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学生交流信息，并提出相应问题。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学生先独立思考，再在小组内交流，教师巡视指导。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预设1：一个一个地数出来的，1、2、3……12、13。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预设2：从9开始接着数4个数，10、11、12、13。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预设3：从4根小棒里先拿1根放到9根里凑成10根，再算10＋3＝13。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预设4：先将9看成10，因为10＋4＝14，4－1＝3，所以9＋4＝13。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学生说出9和1凑成10，10加3就等于13。这样算很简单。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学生边用小棒操作边回答问题。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学生汇报用“凑十法”计算9＋4的过程，教师根据学生的回答板书。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设计递进式探究活动，引导学生在动手实践与合作交流中经历知识形成过程，突破本课重难点，核心问题："学校正在开运动会，你能说说运动会现场的情况吗？"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应用“凑十法”计算9加几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1.完成教科书P89“做一做”第1题。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师：请你圈一圈，算一算，说一说。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2．归纳算法。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教师向学生展示黑板上板书的3个算式。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师：观察这3个算式，它们都是怎样算的？说一说9加几的计算方法。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师：计算9加几，见到9就想“借”1凑成10，把另一个加数分解成1和几，再用10加剩下的几就是十几，也就是将9加几转化成10加几。这是数学中的转化思想，运用转化思想可以帮助我们解决很多新问题。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3．完成教科书P89“做一做”第2题。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学生根据算式圈图形，并填写方框里的数，再汇报交流。(根据学生的发言板书)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学生思考后讨论，集体汇报交流。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通过有层次的练习及时反馈学情，巩固新知，培养学生灵活运用知识解决问题的能力，核心问题："观察这3个算式，它们都是怎样算的？"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师：同学们，今天的数学课你们学到了些什么呢？(学生自由发言)你能出一道9加几的题考考同桌吗？让他说一说自己是怎么算的。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学生出题，同桌计算并说明计算过程。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引导学生回顾梳理本课所学，完善认知结构，提升归纳与反思能力，核心问题："同学们，今天的数学课你们学到了些什么呢？(学生自由发言)你能出一道9加几的题考考同桌吗？"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教科书P88～89情境图和例1，完成教科书P89“做一做”。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中，把具体的操作过程、用语言叙述的过程和抽象的计算过程都对应起来，在活动中有效地理解和掌握“凑十法”。当然，也要允许学生用不同的方法计算9加几的加法，从而引导学生体会“凑十法”是比较简单的计算方法。由于有些学生之前就会算9加几的进位加法，只是表达算理时，思路不够清晰，故需要教师进行适当指导，让学生能充分、正确地表达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8、7、6加几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8、7、6加几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教学内容：教科书P91～92例2、例3，完成教科书P91“做一做”和P92“做一做”。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设计思路：迁移“9加几”的学习经验，继续加深“凑十法”的学习。在计算“8＋9”时，呈现交换加数位置的计算方法，初步渗透加法交换律，发展学生思维的灵活性。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（1）运用已有经验，自主探究8、7、6加几的计算方法，进一步灵活运用“凑十法”“交换加数位置”的方法正确计算。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（2）在探究过程中感悟“凑十法”在20以内进位加法中的广泛应用，在不同算法的交流中，增强主动优化算法的意识，形成初步的运算能力，发展数感。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（3）感受数学知识的内在联系，体验数学学习的乐趣。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教学重点：引导学生理解8、7、6加几的算理，能正确计算。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教学难点：引导学生灵活运用“凑十法”和“交换加数位置”的计算方法。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复习9加几的口算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创设情境，生成问题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看，学校的操场上有一些同学在跑步。仔细观察，你能发现哪些数学信息？根据这些信息你能提出什么问题呢？；怎样列式解答？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探究8、7、6加几的算法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小棒、课件、教科书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你能用什么方法来计算8＋5？；你能理解这两种算法吗？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因为9＋8＝17，所以8＋9＝17。(板书)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我们一起观察这三种计算方法，它们有哪些相同之处？；你喜欢第三种计算方法吗？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四、巩固应用　　1.完成教科书P91“做一做”第2题。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这节课学习了什么？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复习9加几的口算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师：同学们，前面我们学习了9加几的口算，下面我们一起算一算，看谁算得又对又快。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课件出示口算题。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9＋5＝　　9＋2＝　　9＋7＝　　9＋4＝　　9＋6＝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师：说一说你是怎样算的。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师：同学们用的方法都很好，这节课我们就借助这些方法来继续学习8、7、6加几的相关知识。(板书课题：8、7、6加几)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创设情境，生成问题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课件出示教科书P91例2情境图。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师：看，学校的操场上有一些同学在跑步。仔细观察，你能发现哪些数学信息？根据这些信息你能提出什么问题呢？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师：怎样列式解答？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教师根据学生回答板书算式：8＋5＝。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学生观察后讨论，汇报交流。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预设1：同学们在操场上跑步，前面有8人，后面有5人。一共有多少个学生？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预设2：同学们在操场上跑步，男生有8人，女生有5人。一共有多少个学生？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创设情境激活学生已有经验，自然引出本课学习内容，激发学习兴趣，核心问题："看，学校的操场上有一些同学在跑步。仔细观察，你能发现哪些数学信息？根据这些信息你能提出什么问题呢？"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探究8、7、6加几的算法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1.自主探究8加几的算法。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(1)借助小棒，体会“凑十法”。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师：你能用什么方法来计算8＋5？请你先独立思考，再把你的思考过程用小棒摆一摆。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师：你能理解这两种算法吗？试一试，像这样一边摆小棒一边说。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师生一起摆一摆，算一算。课件同步展示两种不同“凑十法”中小棒捆成一捆的过程。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(2)用抽象的计算过程表示思维过程。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师：根据刚才的想法填一填框架图。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师：这里同学们用到了“见8想2，见5想5”的“凑十法”，都能又快又对地进行计算。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(3)加强比较，感悟“凑十”的规律。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师：你能快速算出8＋4和8＋6这两个算式的和吗？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师：通过刚才的计算，你发现9加几和8加几有什么相同点和不同点？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2．自主探究7、6加几的算法。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完成教科书P91“做一做”第1题。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师：请你先想一想，再圈一圈，算一算。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教师根据学生的发言板书：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3．探究8＋9的计算方法。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师：请同学们独立完成计算，并与同桌交流计算方法。(板书8＋9)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师：除了“凑十法”，还有其他方法吗？我们学过的哪道题的加数和这道题相同？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学生独立思考并操作。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学生可能还会用点数法或接着数的方法，重点展示“凑十法”。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预设1：从5根小棒中拿出2根到8根这边，8和2凑成10，再用10加剩下的3等于13。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预设2：从8根小棒中拿出5根到5根这边，5和5凑成10，再用10加剩下的3等于13。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学生独立完成后与同桌互相说一说，再集体交流。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学生用“凑十法”口算出结果，可能有不同的思路。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学生可能说出都是用“见9想1，见8想2”的“凑十法”来计算。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学生完成后，教师指名学生汇报交流。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学生独立完成，与同桌交流，教师巡视指导，完成后集体汇报。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预设1：把8凑成10，把9分成2和7。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预设2：把9凑成10，把8分成7和1。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设计递进式探究活动，引导学生在动手实践与合作交流中经历知识形成过程，突破本课重难点，核心问题："你能用什么方法来计算8＋5？"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因为9＋8＝17，所以8＋9＝17。(板书)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师：我们一起观察这三种计算方法，它们有哪些相同之处？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引导学生发现：前两种方法都是用“凑十法”计算的，第三种方法则是运用“交换加数的位置”来计算的。(板书：凑十法　交换加数的位置)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4．体会应用“交换加数的位置，和不变”的规律计算的优越性。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师：你喜欢第三种计算方法吗？我们来试一试吧。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完成教科书P92“做一做”第2题。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师：怎样能很快说出正确的得数？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学生会说出：因为7＋6＝13，所以6＋7也等于13；因为9＋6＝15，所以6＋9也等于15；因为8＋7＝15，所以7＋8也等于15。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围绕环节目标组织学习活动，引导学生主动参与、积极思考，核心问题："我们一起观察这三种计算方法，它们有哪些相同之处？"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四、巩固应用　　1.完成教科书P91“做一做”第2题。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2．完成教科书P92“做一做”第1、3题。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师：请你用自己喜欢的方法计算。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学生独立计算后汇报。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师：这节课学习了什么？和大家分享一下你的收获。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引导学生回顾梳理本课所学，完善认知结构，提升归纳与反思能力，核心问题："这节课学习了什么？"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教科书P91～92例2、例3，完成教科书P91“做一做”和P92“做一做”。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本课时教学过程中，由于学生已经有了计算9加几的基础和对“凑十法”的感知体验，会很自然地想到用“凑十法”来计算8、7、6加几。同时探究并应用“交换加数的位置，和不变”的规律计算。教师需要鼓励学生应用适合自己的、算得快的方法来计算，不要硬性规定学生用哪一种方法进行计算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5、4、3、2加几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5、4、3、2加几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教学内容：教科书P93例4，完成教科书P93“做一做”和“数学游戏”。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设计思路：通过具体的计算，引导学生充分运用已有的经验，自主将“凑十法”和“交换加数位置”的方法迁移到新的计算中，并能根据算式的特点，选择合适的方法计算，发展学生的数感和运算能力。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教学准备：课件、小棒、20以内进位加法的算式卡片。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（1）引导学生理解5、4、3、2加几的算理，进一步熟悉“凑十法”和“交换加数位置”的计算方法，能正确计算。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（2）引导学生经历5、4、3、2加几计算方法的探究过程，促进学生自主迁移已有的知识经验，提高运算能力，发展推理意识。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（3）让学生在学习过程中感受到知识之间的联系以及学习数学的乐趣。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教学重点：引导学生理解5、4、3、2加几的算理，能正确计算。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教学难点：引导学生自主迁移“凑十法”和“交换加数位置”的计算方法。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复习导入，引出新知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谁能说一说自己是怎样计算8＋9等于几的？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合作学习，探究新知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课件、教科书、小棒、算式卡片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(课件出示)同学们请看这几个算式，有什么相同的地方？；我们先来看算式5＋8，你能正确计算5＋8这个算式的得数吗？可以用之前学过的哪些方法来计算？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知识应用，巩固新知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课件、教科书、算式卡片、小棒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谁能用自己的话说一说图中所表示的意思？；你们回答的很好，语言表达真完整。除了用左边的数量加上右边的数量，还有其他方法解决问题吗？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通过这节课的学习，你们有哪些收获？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复习导入，引出新知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师：前面我们学习了9、8、7、6加几，下面我们一起玩一个口算抢答游戏。(课件出示算式)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9＋5＝　  9＋2＝　  8＋4＝　  8＋5＝　  7＋4＝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9＋3＝  8＋9＝  7＋5＝  6＋5＝  8＋6＝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师：谁能说一说自己是怎样计算8＋9等于几的？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师：同学们用了不同方法计算8＋9，看来大家对前面学习的知识掌握得不错。这节课我们来研究5、4、3、2加几的20以内的进位加法。(板书课题：5、4、3、2加几)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创设情境激活学生已有经验，自然引出本课学习内容，激发学习兴趣，核心问题："谁能说一说自己是怎样计算8＋9等于几的？"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合作学习，探究新知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1.探究5＋8的计算方法。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师：(课件出示)同学们请看这几个算式，有什么相同的地方？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9＋5＝　　　8＋5＝　　　7＋5＝　　　6＋5＝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师：你们真是善于观察的孩子。像这样的9、8、7、6加几是我们之前学过的，我们把这组算式，交换加数的位置，就变成了4个这样的算式。(课件出示)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5＋9＝　　　5＋8＝　　　5＋7＝　　　5＋6＝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师：我们先来看算式5＋8，你能正确计算5＋8这个算式的得数吗？可以用之前学过的哪些方法来计算？请你试一试吧。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师：同学们思考得全面又准确，用到了不同的方法来计算，都正确计算出了5＋8＝13。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教师根据学生的回答适当板书。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师：在这些方法中，你认为哪种方法计算最方便？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2．自主探究5＋9、5＋7、5＋6的计算方法。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师：刚才我们探究了5＋8的算法，你们能自己算一算5＋9、5＋7、5＋6的和吗？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指名学生口述思考过程。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师：请你读一读5加几的这四个进位加法算式，有什么新发现？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教师引导学生说出第二个加数从9开始依次小1，得数也依次小1，而且都是十几。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3．探究4、3、2加几的计算方法。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师：刚才我们探究了5加几的算法，你能用同样的方法计算4、3、2加几的进位加法吗？来试一试吧。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课件出示教科书P93“试一试”右边的3列算式。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指名学生口算并说出自己的计算方法。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预设1：第一个加数分别是9、8、7、6，这是我们学过的9、8、7、6加几。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预设2：这4个算式中的第二个加数都是5，它们都是几加5。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预设1：用数数的方法来计算。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预设2：可以用“凑十法”来计算，把5分成2和3，2和8凑成10，10再加3得13。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预设3：用“凑十法”，把8分成5和3，5和5凑成10，10再加3得13。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预设4：8＋5＝13，所以5＋8＝13。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学生独立思考，举手发言。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设计递进式探究活动，引导学生在动手实践与合作交流中经历知识形成过程，突破本课重难点，核心问题："(课件出示)同学们请看这几个算式，有什么相同的地方？"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知识应用，巩固新知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看图列式计算。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师：谁能用自己的话说一说图中所表示的意思？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师：你们回答的很好，语言表达真完整。除了用左边的数量加上右边的数量，还有其他方法解决问题吗？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还可用右边的数量加上左边的数量。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师：你们说的没错！在加法算式中，交换两个加数的位置，和不变。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2．完成教科书P93“做一做”。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师：比一比，看谁算得又对又快。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教师指名学生汇报。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师：请同学们认真观察每组算式，你们发现了什么？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3．教科书P93“数学游戏”：找得数相等的算式卡片。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教师把20以内进位加法的算式卡片分发给各小组。分小组玩游戏。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预设1：第一幅图中，左边的叶子上有5只七星瓢虫，右边的叶子上有6只七星瓢虫，要求“一共有多少只七星瓢虫”，应该用加法计算，列式为：5＋6＝11(只)。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预设2：第二幅图中，左边有4只企鹅，右边有7只企鹅，要求的是“一共有多少只企鹅”，可以用列加法算式4＋7＝11(只)来解决。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学生独立完成，同桌交流。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学生能够完整地表达出：每组得数一个比一个大；一个加数不变，另一个加数越来越大，和也越来越大。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通过有层次的练习及时反馈学情，巩固新知，培养学生灵活运用知识解决问题的能力，核心问题："谁能用自己的话说一说图中所表示的意思？"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师：通过这节课的学习，你们有哪些收获？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引导学生回顾梳理本课所学，完善认知结构，提升归纳与反思能力，核心问题："通过这节课的学习，你们有哪些收获？"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教科书P93例4，完成教科书P93“做一做”和“数学游戏”。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教学时，依照教科书的编写意图和学生的年龄特点，借助多媒体辅助教学，创设情境，激发学生的学习兴趣，使学生在轻松愉快的氛围中学习知识，同时注重合作交流，培养学生的创新意识。课堂中，不局限学生的思维，让学生自由发挥，提倡学生算法多样化。学生看到自己的方法得到老师的认可，学习的兴趣会更高，真正感受到自己是学习的主人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解决问题(1)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解决问题(1)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教学内容：教科书P96例5，完成教科书P98“做一做”第1题。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设计思路：在教学中，教师充分利用教科书上的情境图，让学生根据自己的思维特点收集信息，解决问题。在交流展示中，充分了解学生的思维过程，从而感知解决问题的多样性，体会解决问题策略的多样化，进一步理解加、减法的含义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（1）会用20以内的进位加法解决简单的实际问题。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（2）在解决问题的过程中，培养学生有序观察、从多角度思考并解决问题的能力，体会解题策略的多样性。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（3）感受数学在日常生活中的应用，培养学生思维的灵活性、创新性。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教学重点：能够从情境图中提取信息，理解数量之间的关系，选择合适的方法解决问题。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教学难点：学会分析问题的方法，理解多种方法的异同。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复习计算，引入新课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自主探究，解决问题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课件、教科书、情境图、小棒、练习本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运动会上，啦啦队的同学们正在给运动员们加油鼓气呢！请你仔细观察，从图中找到了什么信息？；要解决的问题是什么？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巩固与应用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这节课你们学到了什么？有什么收获呢？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复习计算，引入新课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1.课件出示，学生抢答。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师：我们来开火车口算，大家比一比，看谁算得又对又快。(课件出示)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9＋7＝　　　8＋6＝　　　8＋4＝　　　9＋3＝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7＋9＝  6＋8＝  4＋8＝  3＋9＝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教师选择几道题让学生说说是怎么算的。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2．解决问题，引入新课。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师：学校正在开运动会。看，操场上插着的彩旗正迎风飘扬。算一算：一共插了多少面彩旗？(课件出示)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师：同学们做得不错，今天我们继续用所学知识解决运动会上的问题。[板书课题：解决问题(1)]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学生独立列式计算，再集体订正。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自主探究，解决问题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1.阅读理解。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课件出示教科书P96例5情境图。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师：运动会上，啦啦队的同学们正在给运动员们加油鼓气呢！请你仔细观察，从图中找到了什么信息？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根据学生的回答板书信息。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师：大家可以把自己看到的信息用小棒摆出来，跟同桌说一说。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师：要解决的问题是什么？请把你知道的信息和问题连起来说一说。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2．分析解答。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师：求一共有多少人，该怎样列式解答？写在练习本上。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根据学生的汇报板书算式。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师：通过大家的汇报，我们知道了解决这个问题有两种方法。先来看第一种方法，为什么用加法？这里的“5”“10”各表示什么意思？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根据学生的回答板书：男生人数＋女生人数＝一共有多少人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师：再来看第二种方法，为什么用加法？这里的“7”“8”各表示什么意思？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根据学生的回答板书：前排人数＋后排人数＝一共有多少人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师：请大家想一想，我们解决的是同一个问题，所得结果相同，列式却不一样。还可以怎样观察？你还能列出其他算式吗？这几种方法有什么相同和不同的地方？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根据手花颜色的不同，列出算式6＋9＝15(人)或9＋6＝15(人)，这三种方法都是用加法计算。教师引导学生说出列式不同是因为观察的角度不同，从而分成了数量不同的三类，可以按性别分成男女、按位置分成前后排、按手花颜色分成红和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根据学生回答板书：拿黄花人数＋拿红花人数＝一共有多少人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师：我们已经解决了啦啦队一共有多少人的问题，一起来回忆一下，我们是怎样解决这个问题的吧！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引导学生说出先要收集信息(知道了什么)，再进行分析(怎样解答)。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教师一边引导一边板书：知道了什么？怎样解答？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师：解决问题时，你能想到几种方法？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学生独立思考后汇报。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预设1：男生有5人，女生有10人。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预设2：前排有7人，后排有8人。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学生根据自己找到的信息和问题完整描述。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预设1：5＋10＝15(人)或10＋5＝15(人)。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预设2：7＋8＝15(人)或8＋7＝15(人)。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学生说出要求一共有多少人，就是把男生人数和女生人数合起来，用加法计算。这里的“5”表示男生人数，“10”表示女生人数。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学生说出要求一共有多少人，就是把前排人数和后排人数合起来，用加法计算。这里的“7”表示前排人数，“8”表示后排人数。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学生讨论，教师巡视指导。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设计递进式探究活动，引导学生在动手实践与合作交流中经历知识形成过程，突破本课重难点，核心问题："运动会上，啦啦队的同学们正在给运动员们加油鼓气呢！请你仔细观察，从图中找到了什么信息？"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巩固与应用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完成教科书P98“做一做”第1题。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组织学生互相说一说题意，然后自主解答。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师：这节课你们学到了什么？有什么收获呢？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引导学生回顾梳理本课所学，完善认知结构，提升归纳与反思能力，核心问题："这节课你们学到了什么？有什么收获呢？"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解决问题(1)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男生有5人，女生有10人。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男生人数＋女生人数＝一共有多少人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5＋10＝15(人)或10＋5＝15(人)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前排有7人，后排有8人。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前排人数＋后排人数＝一共有多少人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7＋8＝15(人)或8＋7＝15(人)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拿黄花人数＋拿红花人数＝一共有多少人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6＋9＝15(人)或9＋6＝15(人)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知道了什么？怎样解答？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教科书P96例5，完成教科书P98“做一做”第1题。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在前面的学习中，已经积累了一些解决问题的经验。本节课要求学生从图中收集信息、解决问题，鼓励学生从多角度看待问题，表达自己的想法，多种解答方法在学生的交流过程中很自然地呈现出来了。整节课教学效果不错，少数学生在表达上有困难，可以适当进行个别指导，不要求每个学生将所有的方法都掌握，学生可以根据自己的思维角度掌握其中一种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解决问题(2)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解决问题(2)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教学内容：教科书P97例6，完成教科书P98“做一做”第2题。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设计思路：调动学生的多种感官，通过多种方式的表征，理解具体情境中“求原来有多少”的实际问题中的数量关系，并能依据数量关系用学过的运算解决问题，初步形成此类问题的数学模型，提升解决问题的能力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教学准备：课件、装有5支铅笔的文具盒、算式卡片。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（1）引导学生理解“求原来有多少”这类实际问题的数量关系，会用20以内进位加法解决实际问题。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（2）通过模拟演示、画一画、说一说等活动，让学生理解题意，在具体情境中感悟画图策略的重要性，积累解决问题的经验。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（3）让学生感受数学与生活的联系，学会运用数学的知识解决生活中的问题。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教学重点：引导学生体会画图是解决问题的重要策略，掌握解决“逆向求和”问题的方法。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教学难点：引导学生明确“求原来有多少”这类实际问题中的数量关系。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复习计算，导入新课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算式卡片、课件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自主探究，解决问题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请同学们仔细观察情境图，你从图中知道了什么？；同学们观察得很仔细！架子上的5个球就是剩下的5个。根据已知的信息，我们可以提出什么问题呢？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反馈评价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同学们，能说说这道题告诉了我们什么信息，要我们解决什么问题吗？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这节课你学到了什么？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复习计算，导入新课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1.开火车口算。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师：同学们，我们来开火车口算啦，(教师出示算式卡片)看谁算得又对又快。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教师指定一排同学开火车口算，并选取两张算式卡片让学生说说是怎么算的。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2．创设情境，导入新课。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师：老师发现我们班同学和同学上课听讲认真，作业整洁美观，正确率又高，老师今天准备奖励这两位同学各一支铅笔。(教师边说边从文具盒里拿出2支铅笔)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师：请同学们仔细看，老师拿出了2支铅笔，此时，文具盒里还剩3支铅笔，你知道文具盒里原来有几支铅笔吗？你是怎么知道的？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师：同学们真棒！都说得很对！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今天这节课，我们继续学习解决问题。[板书课题：解决问题(2)]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学生可能会说原来有5支，把3支和2支合起来数，得出原来有5支。也有的学生可能会说把3支和2支加起来得到原来有5支。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自主探究，解决问题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课件出示教科书P97例6情境图。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1．阅读理解。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师：请同学们仔细观察情境图，你从图中知道了什么？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师：同学们观察得很仔细！架子上的5个球就是剩下的5个。根据已知的信息，我们可以提出什么问题呢？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课件出示问题：原来有多少个？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师：谁能将图中的信息和要解决的问题完整地说出来？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根据学生口述，教师板书：领走了6个球，剩下5个。原来有多少个球？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2．分析解答。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师：“原来”是什么意思？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师：也就是原来的球比现在多，为什么会多？(因为领走了6个)把原来的球分成了几部分呢？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教师根据学生回答板书：领走的　剩下的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师：那领走的球及剩下的球的数量，跟原来的球的数量有什么关系呢？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领走的6个球和剩下的5个球都是原来球里面的，也有学生会说原来的球包括领走的6个球和剩下的5个球。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师：同学们真棒！(老师竖起大拇指示意表扬)为了看得更清楚，我们可以用图形来表示领走的和剩下的球。可以用什么图形呢？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可以用圆形、三角形……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师：因为只有一种物体，我们就用一种图形来表示。用我们常见的圆形来表示吧！圆形要画几个？要解决的问题怎么表示呢？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跟着老师一起来画图吧。1个○表示1个球，领走6个就画6个○表示，剩下5个就画5个○。因为领走的不在架子上，所以把6个○画掉。要求原来有多少个，包括领走的6个和剩下的5个，所以要把两部分合起来，用“”表示要解决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师：现在请同学们在草稿纸上，也像我这样画一画。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教师引导学生画图，课件同时分步呈现。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原来有Ｋ个。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师：同学们一起来看老师刚才画的图，这里的“？个”是什么意思？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这里的“？个”表示要求原来有多少个球。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师：说得很好！用什么方法求原来有多少个球呢？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把领走的和剩下的两部分合起来，就是原来球的个数。把两个数合起来，求两个数的和用加法计算，所以用加法解决这个问题。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师：怎样列式计算并解答呢？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根据学生的回答板书：6＋5＝11(个)　原来有11个球。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教师要求学生在教科书上将解答过程补充完整。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师：我们用加法求出了原来的球的个数。同学们想一想：为什么题中说“领走”了我们还要用加法计算呢？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引导学生说出“领走”的是原来的一部分，要求的是原来的，是领走的与剩下的两部分的和。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师：解决这类问题时，我们该怎么做呢？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首先要仔细分析题目里各部分量与所解决问题之间的关系，再确定用什么方法解决，然后列式计算解答。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预设1：知道了已经领走了6个球。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预设2：还知道架子上有5个球，这5个球可能就是剩下的5个球。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学生对“原来”的理解有难度，可能会说“最开始”还没有领走之前。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学生会说分成了领走的和剩下的两部分。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学生可能画“”或画“△”等其他图形表达自己对题目的理解，只要是正确的，教师都应及时给予肯定。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设计递进式探究活动，引导学生在动手实践与合作交流中经历知识形成过程，突破本课重难点，核心问题："请同学们仔细观察情境图，你从图中知道了什么？"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反馈评价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完成教科书P98“做一做”第2题。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师：同学们，能说说这道题告诉了我们什么信息，要我们解决什么问题吗？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引导学生先画图分析题意，再找出用什么方法解决这个问题。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通过有层次的练习及时反馈学情，巩固新知，培养学生灵活运用知识解决问题的能力，核心问题："同学们，能说说这道题告诉了我们什么信息，要我们解决什么问题吗？"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师：这节课你学到了什么？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引导学生回顾梳理本课所学，完善认知结构，提升归纳与反思能力，核心问题："这节课你学到了什么？"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解决问题(2)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领走了6个球，剩下5个。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原来有多少个球？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6＋5＝11(个)　原来有11个球。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教科书P97例6，完成教科书P98“做一做”第2题。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求“原来有多少个”的实际问题，需要学生“逆向”思考，且数量间的关系更加隐蔽，因此学生不容易理解题意，确定解题方法时难度加大了。但本课通过画图帮助学生理解题意和寻找数量间的关系，降低了学习和教学难度，使学生更容易理解，学得相对轻松，教学效果更好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20以内的进位加法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之前已经认识了20以内各数，会计算10以内的加、减法，10加几及相应的减法，这些都是学习本单元内容的基础，但是本单元的计算相比前面的计算内容有一个较大的飞跃——以计数单位为核心的“进位”“凑十”，对于学生来说，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解决问题中，本单元出现了“求原数”(逆向加法)的问题，这样的问题对于一年级学生来说有难度：一是问题情境比较复杂，需要弄清楚条件和问题；二是学生可能受错误思维定式的影响，见到“剩下”就用减法。所以教学时要帮助学生理解题意，选择合适的解题方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教学内容：教科书P100，完成教科书P101～102“练一练”第1～8题及思考题。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设计思路：引导学生运用前面几个单元整理复习的经验，自主整理出本单元的所学内容，整理出20以内进位加法表，发现各算式间的联系和一般规律，能正确口算20以内的进位加法及解决相应的数学问题。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教学准备：课件，教师准备一套20以内的进位加法卡片，每个学生小组一套36张空白卡片。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（1）系统整理20以内的进位加法，帮助学生落实解决问题的一般步骤，熟练计算20以内的进位加法。让学生进一步理解20以内进位加法的算理、算法和解决问题的各种策略。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（2）在整理20以内的进位加法算式表的活动中，培养学生的合作意识，发展有序思维，提高计算速度和准确性，初步培养学生分析问题、解决问题的能力。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（3）经历将分散获得的知识综合起来的过程，培养学生自主整理所学知识的习惯和能力。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教学重点：系统整理20以内的进位加法的口算方法，熟练进行口算。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教学难点：发现20以内的进位加法算式表中的规律。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复习计算，揭示课题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算式卡片、课件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你们知道这些算式的和分别是多少吗？你们有什么发现？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整理20以内的进位加法算式表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教科书、课件、算式卡片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你能写出和是11的所有进位加法算式吗？怎样写才能不重复也不遗漏？；说一说你们是怎么整理的？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三、复习解决问题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刚才我们解决问题所用的两种方法为什么都是加法呢？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四、练习应用，强化提高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教科书、算式卡片、课件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本单元结束了，你们收获了什么？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复习计算，揭示课题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教师在黑板上贴出9张算式卡片：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9＋1　　8＋2　　7＋3　　6＋4　　5＋5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4＋6　　3＋7　　2＋8　　1＋9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师：你们知道这些算式的和分别是多少吗？你们有什么发现？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师：这一单元我们学习了20以内的进位加法，下面我们就来对所学的知识进行整理和复习。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学生会说：这些算式的和都是10，算式的排列有规律，从9加1开始，第一个加数依次少1，第二个加数依次多1，一直到1加9。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围绕环节目标组织学习活动，引导学生主动参与、积极思考，核心问题："你们知道这些算式的和分别是多少吗？你们有什么发现？"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整理20以内的进位加法算式表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1.引导学生写出36个进位加法算式。(教科书P101“练一练”第5题)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师：你能写出和是11的所有进位加法算式吗？怎样写才能不重复也不遗漏？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师：同学们写得很全面。下面就请大家以小组为单位，分别写出和是12、13、14、15、16、17、18的所有进位加法算式。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2．自主整理，发现规律。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师：请大家再把这些算式按照一定的顺序整理成表，看谁整理得最好。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教师在黑板上展示学生整理的20以内进位加法表。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师：说一说你们是怎么整理的？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师：仔细观察算式表，你们有什么发现？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师：同学们真了不起！通过竖着看、横着看、斜着看发现了算式表中的规律，还有的同学发现有些算式是交换了加数的位置。现在请你们观察整个算式表，看看这些交换了加数的算式的位置，能发现什么规律？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课件出示20以内的进位加法表。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师：所以我们只要记住左边的25个算式就可以了。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3．根据规律，巩固计算。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(1)师：看算式表，我说得数，你们说出算式。比如：和是17、13、12……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指名学生回答，集体订正。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(2)抢答：教师任意指算式表中的一个算式，学生很快说出得数。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(3)教师任意说出一个算式，让学生说出这个算式上、下、左、右的算式。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学生写出和是11的所有进位加法算式，教师根据学生的汇报把和是11的算式卡片贴在黑板上：9＋2、8＋3、7＋4、6＋5、5＋6、4＋7、3＋8、2＋9。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学生小组合作，按要求写出算式。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学生整理，教师巡视指导。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学生讨论，教师巡视指导后汇报。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预设1：竖着看，每一列的第一个加数都一样，第一列是9，第二列是8，第三列是7……每一列的第二个加数都是从小到大排列的，下一个比上一个依次多1，每一列的算式得数，下一个比上一个依次多1。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横着看，每一行第一个加数是从大到小排列的，后一个比前一个依次少1，每一行第二个加数是从小到大排列的，后一个比前一个依次多1，每一行的算式得数都相同，第一行都得10，第二行都得11，第三行都得12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预设3：斜着看(从右上到左下方向)，算式的第一个加数依次多1，第二个加数不变，算式得数也依次多1。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预设4：有些算式两个加数交换了位置。如：8＋3与3＋8、9＋3与3＋9……计算时它们的结果相等，只要记住大数加小数的得数就可以算出小数加大数的得数。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学生发现这些算式在每行的正中间开始左右一一对应，只是两个加数的位置变了，但是计算的结果不变。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引导学生回顾梳理本课所学，完善认知结构，提升归纳与反思能力，核心问题："你能写出和是11的所有进位加法算式吗？怎样写才能不重复也不遗漏？"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三、复习解决问题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课件出示教科书P101“练一练”第4题。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有两种解决问题的方法：7＋9＝16(块)，8＋8＝16(块)。(教师追问：为什么两种方法都能解决问题？学生回答：从不同角度收集信息，解决问题的方法不同。)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师：刚才我们解决问题所用的两种方法为什么都是加法呢？(引导学生说出都是要把两部分合起来)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学生独立解决问题并汇报。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围绕环节目标组织学习活动，引导学生主动参与、积极思考，核心问题："刚才我们解决问题所用的两种方法为什么都是加法呢？"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四、练习应用，强化提高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1.计算比赛。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(1)完成教科书P101“练一练”第1、3题。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(2)完成教科书P101“练一练”第6题。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(3)完成教科书P102“练一练”第8题。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2．比一比。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完成教科书P101“练一练”第2题。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利用36个加法算式玩“比一比”的游戏，教师指名学生两人一组上台演示，每人各抽一张算式卡片并计算，看谁的得数大，其余学生指正。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完成教科书P102“练一练”第7题。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指导学生收集信息，并用画图的方法分析题意，再列出算式。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4．提升思维。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完成教科书P102“练一练”的“思考题”。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学生独立完成计算，并集体订正。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学生独立完成，小组内交流。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学生独立完成，小组内交流，教师巡视指导。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学生先独立思考，再交流。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师：本单元结束了，你们收获了什么？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引导学生回顾梳理本课所学，完善认知结构，提升归纳与反思能力，核心问题："本单元结束了，你们收获了什么？"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教科书P100，完成教科书P101～102“练一练”第1～8题及思考题。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整理20以内所有的进位加法算式时，如果想让学生自主列出所有的算式后归类，学生会感觉很困难，因此教师应当先引导学生按照一定的顺序将所有的算式列出来，并逐步分类形成加法算式表，再让学生观察发现规律。本课知识容量有些大，可以根据学情适当调整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