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人教版一年级数学上册</w:t>
      </w:r>
    </w:p>
    <w:p>
      <w:pPr>
        <w:spacing w:after="80" w:line="300" w:lineRule="auto"/>
        <w:jc w:val="center"/>
      </w:pPr>
      <w:r>
        <w:rPr>
          <w:rFonts w:ascii="黑体" w:hAnsi="黑体" w:eastAsia="黑体"/>
          <w:b/>
          <w:sz w:val="26"/>
        </w:rPr>
        <w:t>数学游戏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数学游戏</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综合与实践</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5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主题拓展课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是教科书的起始单元，也是儿童进入小学后学习的第一个单元。为落实《义务教育数学课程标准(2022年版)》的要求，教科书一开始就设计了数学活动，意图是让学生先感受到数学的趣味再进入数学学习，帮助学生实现幼小衔接，平稳过渡，提升学生对数学学习的积极性和兴趣。结合学生的生活经验和学习需求，教科书在本单元安排了“在校园里找一找”“在操场上玩一玩”“在教室里认一认”和“在教室里玩一玩”四个游戏活动以及“学习准备”，每个游戏活动都提出了一定的数学知识目标。如“在校园里找一找”要引导学生数校园内物体的数量，一方面让学生熟悉校园，为后面的校园生活做准备；另一方面引导学生在游戏活动中用数学的眼光观察生活，为即将到来的数学学习奠定基础。在教师的引导下，学生在熟悉的游戏活动中初步感悟和体验数量及多少，学习上、下、前、后、左、右，掌握数数的方法，学会比高矮和比多少，培养学生的数感、空间观念以及一一对应思想、分类思想等，让学生逐步适应小学学习，激发学习兴趣。</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在幼儿园和实际生活中，已经接触过数数，会数简单的物体个数，会比较数量较少的物体的多少，会比较具体物体的高矮、大小，也知道简单的方位，如上、下、前、后、左、右，所以本单元的知识目标对于学生来说并不难，都是回顾学生在幼儿园中就已经感悟过的内容。但是小学的学习活动无论是在时间还是活动规范方面都比幼儿园要严格一些，所以教学的难点是如何组织学生按照要求有序开展活动，并引导学生清晰地运用数量及其他简单的数学知识来表达，熟悉小学学习的相关要求。</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数感：能够进行简单的数数，并且能够按照一定的顺序数数，能用一一对应的方法点数物体，能运用数描述身边的事物和进行自我介绍。</w:t>
      </w:r>
    </w:p>
    <w:p>
      <w:pPr>
        <w:spacing w:after="40" w:line="300" w:lineRule="auto"/>
        <w:ind w:firstLine="400"/>
      </w:pPr>
      <w:r>
        <w:rPr>
          <w:rFonts w:ascii="宋体" w:hAnsi="宋体" w:eastAsia="宋体"/>
          <w:b w:val="0"/>
          <w:sz w:val="20"/>
        </w:rPr>
        <w:t>空间观念：有辨认“上、下”“前、后”和“左、右”的能力，并能运用“上、下”“前、后”和“左、右”来描述身边的物体。</w:t>
      </w:r>
    </w:p>
    <w:p>
      <w:pPr>
        <w:spacing w:after="40" w:line="300" w:lineRule="auto"/>
        <w:ind w:firstLine="400"/>
      </w:pPr>
      <w:r>
        <w:rPr>
          <w:rFonts w:ascii="宋体" w:hAnsi="宋体" w:eastAsia="宋体"/>
          <w:b w:val="0"/>
          <w:sz w:val="20"/>
        </w:rPr>
        <w:t>几何直观：会辨认常见平面图形和立体图形，并能运用平面图形和立体图形的知识做游戏。</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第1课时：熟悉校园，了解自己的学习环境。</w:t>
      </w:r>
    </w:p>
    <w:p>
      <w:pPr>
        <w:spacing w:after="20" w:line="300" w:lineRule="auto"/>
        <w:ind w:firstLine="400"/>
      </w:pPr>
      <w:r>
        <w:rPr>
          <w:rFonts w:ascii="宋体" w:hAnsi="宋体" w:eastAsia="宋体"/>
          <w:b w:val="0"/>
          <w:sz w:val="20"/>
        </w:rPr>
        <w:t>第2课时：在游戏中数数，体验不同的数数方法，用10以内的数表达游戏结果。体验用一一对应的方法比较数量的多少。</w:t>
      </w:r>
    </w:p>
    <w:p>
      <w:pPr>
        <w:spacing w:after="20" w:line="300" w:lineRule="auto"/>
        <w:ind w:firstLine="400"/>
      </w:pPr>
      <w:r>
        <w:rPr>
          <w:rFonts w:ascii="宋体" w:hAnsi="宋体" w:eastAsia="宋体"/>
          <w:b w:val="0"/>
          <w:sz w:val="20"/>
        </w:rPr>
        <w:t>第3课时：引导学生能正确地找到自己班的教室，在游戏活动中，进一步认识数量，学会用上、下、前、后、左、右等方位词描述简单的位置。</w:t>
      </w:r>
    </w:p>
    <w:p>
      <w:pPr>
        <w:spacing w:after="20" w:line="300" w:lineRule="auto"/>
        <w:ind w:firstLine="400"/>
      </w:pPr>
      <w:r>
        <w:rPr>
          <w:rFonts w:ascii="宋体" w:hAnsi="宋体" w:eastAsia="宋体"/>
          <w:b w:val="0"/>
          <w:sz w:val="20"/>
        </w:rPr>
        <w:t>第4课时：在“找方位”“萝卜蹲”的游戏活动中，进一步体会身体中的“左、右”。</w:t>
      </w:r>
    </w:p>
    <w:p>
      <w:pPr>
        <w:spacing w:after="20" w:line="300" w:lineRule="auto"/>
        <w:ind w:firstLine="400"/>
      </w:pPr>
      <w:r>
        <w:rPr>
          <w:rFonts w:ascii="宋体" w:hAnsi="宋体" w:eastAsia="宋体"/>
          <w:b w:val="0"/>
          <w:sz w:val="20"/>
        </w:rPr>
        <w:t>第5课时：介绍学校的学习纪律，培养学生守时、守纪等良好的学习习惯。</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一年级刚入学的孩子自我意识较强，活动组织较难，进行教室外的游戏活动时可以请其他老师协作。</w:t>
      </w:r>
    </w:p>
    <w:p>
      <w:pPr>
        <w:spacing w:after="20" w:line="300" w:lineRule="auto"/>
      </w:pPr>
      <w:r>
        <w:rPr>
          <w:rFonts w:ascii="宋体" w:hAnsi="宋体" w:eastAsia="宋体"/>
          <w:b w:val="0"/>
          <w:sz w:val="20"/>
        </w:rPr>
        <w:t>● 活动时，进度放慢一点，提要求时确保每个学生都能听懂，一个教学环节到位后再进行下一个环节。</w:t>
      </w:r>
    </w:p>
    <w:p>
      <w:pPr>
        <w:spacing w:after="20" w:line="300" w:lineRule="auto"/>
      </w:pPr>
      <w:r>
        <w:rPr>
          <w:rFonts w:ascii="宋体" w:hAnsi="宋体" w:eastAsia="宋体"/>
          <w:b w:val="0"/>
          <w:sz w:val="20"/>
        </w:rPr>
        <w:t>● 游戏活动中的知识目标只是为了渗透和了解他们以前的学习状况，不需要强制学生掌握。</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在校园里找一找</w:t>
            </w:r>
          </w:p>
        </w:tc>
        <w:tc>
          <w:tcPr>
            <w:tcW w:type="dxa" w:w="1814"/>
          </w:tcPr>
          <w:p>
            <w:pPr>
              <w:spacing w:after="20" w:line="276" w:lineRule="auto"/>
            </w:pPr>
            <w:r/>
            <w:r>
              <w:rPr>
                <w:rFonts w:ascii="宋体" w:hAnsi="宋体" w:eastAsia="宋体"/>
                <w:b w:val="0"/>
                <w:sz w:val="18"/>
              </w:rPr>
              <w:t>主题拓展课</w:t>
            </w:r>
          </w:p>
        </w:tc>
        <w:tc>
          <w:tcPr>
            <w:tcW w:type="dxa" w:w="3515"/>
          </w:tcPr>
          <w:p>
            <w:pPr>
              <w:spacing w:after="20" w:line="276" w:lineRule="auto"/>
            </w:pPr>
            <w:r/>
            <w:r>
              <w:rPr>
                <w:rFonts w:ascii="宋体" w:hAnsi="宋体" w:eastAsia="宋体"/>
                <w:b w:val="0"/>
                <w:sz w:val="18"/>
              </w:rPr>
              <w:t>熟悉校园，了解自己的学习环境。</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在操场上玩一玩</w:t>
            </w:r>
          </w:p>
        </w:tc>
        <w:tc>
          <w:tcPr>
            <w:tcW w:type="dxa" w:w="1814"/>
          </w:tcPr>
          <w:p>
            <w:pPr>
              <w:spacing w:after="20" w:line="276" w:lineRule="auto"/>
            </w:pPr>
            <w:r/>
            <w:r>
              <w:rPr>
                <w:rFonts w:ascii="宋体" w:hAnsi="宋体" w:eastAsia="宋体"/>
                <w:b w:val="0"/>
                <w:sz w:val="18"/>
              </w:rPr>
              <w:t>主题拓展课</w:t>
            </w:r>
          </w:p>
        </w:tc>
        <w:tc>
          <w:tcPr>
            <w:tcW w:type="dxa" w:w="3515"/>
          </w:tcPr>
          <w:p>
            <w:pPr>
              <w:spacing w:after="20" w:line="276" w:lineRule="auto"/>
            </w:pPr>
            <w:r/>
            <w:r>
              <w:rPr>
                <w:rFonts w:ascii="宋体" w:hAnsi="宋体" w:eastAsia="宋体"/>
                <w:b w:val="0"/>
                <w:sz w:val="18"/>
              </w:rPr>
              <w:t>在游戏中数数，体验不同的数数方法，用10以内的数表达游戏结果。体验用一一对应的方法比较数量的多少。</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在教室里认一认</w:t>
            </w:r>
          </w:p>
        </w:tc>
        <w:tc>
          <w:tcPr>
            <w:tcW w:type="dxa" w:w="1814"/>
          </w:tcPr>
          <w:p>
            <w:pPr>
              <w:spacing w:after="20" w:line="276" w:lineRule="auto"/>
            </w:pPr>
            <w:r/>
            <w:r>
              <w:rPr>
                <w:rFonts w:ascii="宋体" w:hAnsi="宋体" w:eastAsia="宋体"/>
                <w:b w:val="0"/>
                <w:sz w:val="18"/>
              </w:rPr>
              <w:t>主题拓展课</w:t>
            </w:r>
          </w:p>
        </w:tc>
        <w:tc>
          <w:tcPr>
            <w:tcW w:type="dxa" w:w="3515"/>
          </w:tcPr>
          <w:p>
            <w:pPr>
              <w:spacing w:after="20" w:line="276" w:lineRule="auto"/>
            </w:pPr>
            <w:r/>
            <w:r>
              <w:rPr>
                <w:rFonts w:ascii="宋体" w:hAnsi="宋体" w:eastAsia="宋体"/>
                <w:b w:val="0"/>
                <w:sz w:val="18"/>
              </w:rPr>
              <w:t>引导学生能正确地找到自己班的教室，在游戏活动中，进一步认识数量，学会用上、下、前、后、左、右等方位词描述简单的位置。</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在教室里玩一玩</w:t>
            </w:r>
          </w:p>
        </w:tc>
        <w:tc>
          <w:tcPr>
            <w:tcW w:type="dxa" w:w="1814"/>
          </w:tcPr>
          <w:p>
            <w:pPr>
              <w:spacing w:after="20" w:line="276" w:lineRule="auto"/>
            </w:pPr>
            <w:r/>
            <w:r>
              <w:rPr>
                <w:rFonts w:ascii="宋体" w:hAnsi="宋体" w:eastAsia="宋体"/>
                <w:b w:val="0"/>
                <w:sz w:val="18"/>
              </w:rPr>
              <w:t>主题拓展课</w:t>
            </w:r>
          </w:p>
        </w:tc>
        <w:tc>
          <w:tcPr>
            <w:tcW w:type="dxa" w:w="3515"/>
          </w:tcPr>
          <w:p>
            <w:pPr>
              <w:spacing w:after="20" w:line="276" w:lineRule="auto"/>
            </w:pPr>
            <w:r/>
            <w:r>
              <w:rPr>
                <w:rFonts w:ascii="宋体" w:hAnsi="宋体" w:eastAsia="宋体"/>
                <w:b w:val="0"/>
                <w:sz w:val="18"/>
              </w:rPr>
              <w:t>在“找方位”“萝卜蹲”的游戏活动中，进一步体会身体中的“左、右”。</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学习准备</w:t>
            </w:r>
          </w:p>
        </w:tc>
        <w:tc>
          <w:tcPr>
            <w:tcW w:type="dxa" w:w="1814"/>
          </w:tcPr>
          <w:p>
            <w:pPr>
              <w:spacing w:after="20" w:line="276" w:lineRule="auto"/>
            </w:pPr>
            <w:r/>
            <w:r>
              <w:rPr>
                <w:rFonts w:ascii="宋体" w:hAnsi="宋体" w:eastAsia="宋体"/>
                <w:b w:val="0"/>
                <w:sz w:val="18"/>
              </w:rPr>
              <w:t>主题拓展课</w:t>
            </w:r>
          </w:p>
        </w:tc>
        <w:tc>
          <w:tcPr>
            <w:tcW w:type="dxa" w:w="3515"/>
          </w:tcPr>
          <w:p>
            <w:pPr>
              <w:spacing w:after="20" w:line="276" w:lineRule="auto"/>
            </w:pPr>
            <w:r/>
            <w:r>
              <w:rPr>
                <w:rFonts w:ascii="宋体" w:hAnsi="宋体" w:eastAsia="宋体"/>
                <w:b w:val="0"/>
                <w:sz w:val="18"/>
              </w:rPr>
              <w:t>介绍学校的学习纪律，培养学生守时、守纪等良好的学习习惯。</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在校园里找一找</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在校园里找一找</w:t>
            </w:r>
          </w:p>
        </w:tc>
        <w:tc>
          <w:tcPr>
            <w:tcW w:type="dxa" w:w="6009"/>
          </w:tcPr>
          <w:p>
            <w:pPr>
              <w:spacing w:after="20" w:line="276" w:lineRule="auto"/>
            </w:pPr>
            <w:r/>
            <w:r>
              <w:rPr>
                <w:rFonts w:ascii="宋体" w:hAnsi="宋体" w:eastAsia="宋体"/>
                <w:b w:val="0"/>
                <w:sz w:val="20"/>
              </w:rPr>
              <w:t>数学游戏</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幼儿园和实际生活中，已经接触过数数，会数简单的物体个数，会比较数量较少的物体的多少，会比较具体物体的高矮、大小，也知道简单的方位，如上、下、前、后、左、右，所以本单元的知识目标对于学生来说并不难，都是回顾学生在幼儿园中就已经感悟过的内容。但是小学的学习活动无论是在时间还是活动规范方面都比幼儿园要严格一些，所以教学的难点是如何组织学生按照要求有序开展活动，并引导学生清晰地运用数量及其他简单的数学知识来表达，熟悉小学学习的相关要求。</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教学内容：教科书P1～3。</w:t>
      </w:r>
    </w:p>
    <w:p>
      <w:pPr>
        <w:spacing w:after="80" w:line="300" w:lineRule="auto"/>
        <w:ind w:firstLine="400"/>
      </w:pPr>
      <w:r>
        <w:rPr>
          <w:rFonts w:ascii="宋体" w:hAnsi="宋体" w:eastAsia="宋体"/>
          <w:b w:val="0"/>
          <w:sz w:val="20"/>
        </w:rPr>
        <w:t>设计思路：学生刚刚从幼儿园进入小学，对学校的学习有一个适应过程，所以本节课采用户外游戏活动，一方面让学生熟悉学校环境，另一方面让学生用数表达与交流，感受生活中的数和图形，从数量中抽象出数，并学会用点数法计数。</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（1）熟悉校园，了解自己的学习环境。</w:t>
      </w:r>
    </w:p>
    <w:p>
      <w:pPr>
        <w:spacing w:after="20" w:line="300" w:lineRule="auto"/>
        <w:ind w:firstLine="400"/>
      </w:pPr>
      <w:r>
        <w:rPr>
          <w:rFonts w:ascii="宋体" w:hAnsi="宋体" w:eastAsia="宋体"/>
          <w:b w:val="0"/>
          <w:sz w:val="20"/>
        </w:rPr>
        <w:t>（2）结合已有经验，通过观察，发现并能用数描述物体的数量，描述物体排第几。能说出简单图形的形状。</w:t>
      </w:r>
    </w:p>
    <w:p>
      <w:pPr>
        <w:spacing w:after="20" w:line="300" w:lineRule="auto"/>
      </w:pPr>
      <w:r>
        <w:rPr>
          <w:rFonts w:ascii="宋体" w:hAnsi="宋体" w:eastAsia="宋体"/>
          <w:b w:val="0"/>
          <w:sz w:val="20"/>
        </w:rPr>
        <w:t>教学重点：用数描述校园内物体的数量。</w:t>
      </w:r>
    </w:p>
    <w:p>
      <w:pPr>
        <w:spacing w:after="20" w:line="300" w:lineRule="auto"/>
      </w:pPr>
      <w:r>
        <w:rPr>
          <w:rFonts w:ascii="宋体" w:hAnsi="宋体" w:eastAsia="宋体"/>
          <w:b w:val="0"/>
          <w:sz w:val="20"/>
        </w:rPr>
        <w:t>教学难点：有序数出数量较多的物体个数，辨认立体图形和平面图形。</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激活经验，导入新课</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数一数身边的物体的个数</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同学们，仔细观察，你们看到了什么？；同学们，来数一数，校园里这些事物和小朋友们的数量各是多少呢？</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今天我们一起欣赏了美丽的校园，通过找一找、数一数的方式找到了校园中很多的数和图形，你们还有什么问题吗？</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激活经验，导入新课</w:t>
            </w:r>
          </w:p>
        </w:tc>
        <w:tc>
          <w:tcPr>
            <w:tcW w:type="dxa" w:w="3061"/>
          </w:tcPr>
          <w:p>
            <w:pPr>
              <w:spacing w:after="20" w:line="276" w:lineRule="auto"/>
            </w:pPr>
            <w:r/>
            <w:r>
              <w:rPr>
                <w:rFonts w:ascii="宋体" w:hAnsi="宋体" w:eastAsia="宋体"/>
                <w:b w:val="0"/>
                <w:sz w:val="18"/>
              </w:rPr>
              <w:t>1.欢迎新同学。</w:t>
            </w:r>
          </w:p>
          <w:p>
            <w:pPr>
              <w:spacing w:after="20" w:line="276" w:lineRule="auto"/>
            </w:pPr>
            <w:r>
              <w:rPr>
                <w:rFonts w:ascii="宋体" w:hAnsi="宋体" w:eastAsia="宋体"/>
                <w:b w:val="0"/>
                <w:sz w:val="18"/>
              </w:rPr>
              <w:t>师：同学们好，欢迎你们来到学校！我是你们的数学老师老师。你们现在是小学生啦！你们知道自己在哪所学校上学吗？</w:t>
            </w:r>
          </w:p>
          <w:p>
            <w:pPr>
              <w:spacing w:after="20" w:line="276" w:lineRule="auto"/>
            </w:pPr>
            <w:r>
              <w:rPr>
                <w:rFonts w:ascii="宋体" w:hAnsi="宋体" w:eastAsia="宋体"/>
                <w:b w:val="0"/>
                <w:sz w:val="18"/>
              </w:rPr>
              <w:t>引导学生说出学校的名称。</w:t>
            </w:r>
          </w:p>
          <w:p>
            <w:pPr>
              <w:spacing w:after="20" w:line="276" w:lineRule="auto"/>
            </w:pPr>
            <w:r>
              <w:rPr>
                <w:rFonts w:ascii="宋体" w:hAnsi="宋体" w:eastAsia="宋体"/>
                <w:b w:val="0"/>
                <w:sz w:val="18"/>
              </w:rPr>
              <w:t>师：你能向老师和同学们介绍一下咱们的学校吗？看谁介绍得又清楚又具体。</w:t>
            </w:r>
          </w:p>
          <w:p>
            <w:pPr>
              <w:spacing w:after="20" w:line="276" w:lineRule="auto"/>
            </w:pPr>
            <w:r>
              <w:rPr>
                <w:rFonts w:ascii="宋体" w:hAnsi="宋体" w:eastAsia="宋体"/>
                <w:b w:val="0"/>
                <w:sz w:val="18"/>
              </w:rPr>
              <w:t>师生活动：学生自由介绍。</w:t>
            </w:r>
          </w:p>
          <w:p>
            <w:pPr>
              <w:spacing w:after="20" w:line="276" w:lineRule="auto"/>
            </w:pPr>
            <w:r>
              <w:rPr>
                <w:rFonts w:ascii="宋体" w:hAnsi="宋体" w:eastAsia="宋体"/>
                <w:b w:val="0"/>
                <w:sz w:val="18"/>
              </w:rPr>
              <w:t>2．组织排队，准备参观校园。</w:t>
            </w:r>
          </w:p>
          <w:p>
            <w:pPr>
              <w:spacing w:after="20" w:line="276" w:lineRule="auto"/>
            </w:pPr>
            <w:r>
              <w:rPr>
                <w:rFonts w:ascii="宋体" w:hAnsi="宋体" w:eastAsia="宋体"/>
                <w:b w:val="0"/>
                <w:sz w:val="18"/>
              </w:rPr>
              <w:t>师：接下来，老师将带领大家到校园里去看一看，熟悉一下我们的校园，大家排队出发，集体行动。</w:t>
            </w:r>
          </w:p>
          <w:p>
            <w:pPr>
              <w:spacing w:after="20" w:line="276" w:lineRule="auto"/>
            </w:pPr>
            <w:r>
              <w:rPr>
                <w:rFonts w:ascii="宋体" w:hAnsi="宋体" w:eastAsia="宋体"/>
                <w:b w:val="0"/>
                <w:sz w:val="18"/>
              </w:rPr>
              <w:t>课件出示站队图片。</w:t>
            </w:r>
          </w:p>
          <w:p>
            <w:pPr>
              <w:spacing w:after="20" w:line="276" w:lineRule="auto"/>
            </w:pPr>
            <w:r>
              <w:rPr>
                <w:rFonts w:ascii="宋体" w:hAnsi="宋体" w:eastAsia="宋体"/>
                <w:b w:val="0"/>
                <w:sz w:val="18"/>
              </w:rPr>
              <w:t>①按从矮到高的顺序站成4列。</w:t>
            </w:r>
          </w:p>
          <w:p>
            <w:pPr>
              <w:spacing w:after="20" w:line="276" w:lineRule="auto"/>
            </w:pPr>
            <w:r>
              <w:rPr>
                <w:rFonts w:ascii="宋体" w:hAnsi="宋体" w:eastAsia="宋体"/>
                <w:b w:val="0"/>
                <w:sz w:val="18"/>
              </w:rPr>
              <w:t>②每两列为一组，手牵手，有序走出教室。</w:t>
            </w:r>
          </w:p>
          <w:p>
            <w:pPr>
              <w:spacing w:after="20" w:line="276" w:lineRule="auto"/>
            </w:pPr>
            <w:r>
              <w:rPr>
                <w:rFonts w:ascii="宋体" w:hAnsi="宋体" w:eastAsia="宋体"/>
                <w:b w:val="0"/>
                <w:sz w:val="18"/>
              </w:rPr>
              <w:t>③不跑、不推、不打闹。</w:t>
            </w:r>
          </w:p>
          <w:p>
            <w:pPr>
              <w:spacing w:after="20" w:line="276" w:lineRule="auto"/>
            </w:pPr>
            <w:r>
              <w:rPr>
                <w:rFonts w:ascii="宋体" w:hAnsi="宋体" w:eastAsia="宋体"/>
                <w:b w:val="0"/>
                <w:sz w:val="18"/>
              </w:rPr>
              <w:t>④老师喊集合时，反应要迅速。</w:t>
            </w:r>
          </w:p>
          <w:p>
            <w:pPr>
              <w:spacing w:after="20" w:line="276" w:lineRule="auto"/>
            </w:pPr>
            <w:r>
              <w:rPr>
                <w:rFonts w:ascii="宋体" w:hAnsi="宋体" w:eastAsia="宋体"/>
                <w:b w:val="0"/>
                <w:sz w:val="18"/>
              </w:rPr>
              <w:t>师：我们先练一练，分成两个小组走几步试试吧。</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数一数身边的物体的个数</w:t>
            </w:r>
          </w:p>
        </w:tc>
        <w:tc>
          <w:tcPr>
            <w:tcW w:type="dxa" w:w="3061"/>
          </w:tcPr>
          <w:p>
            <w:pPr>
              <w:spacing w:after="20" w:line="276" w:lineRule="auto"/>
            </w:pPr>
            <w:r/>
            <w:r>
              <w:rPr>
                <w:rFonts w:ascii="宋体" w:hAnsi="宋体" w:eastAsia="宋体"/>
                <w:b w:val="0"/>
                <w:sz w:val="18"/>
              </w:rPr>
              <w:t>1.观察与表达。</w:t>
            </w:r>
          </w:p>
          <w:p>
            <w:pPr>
              <w:spacing w:after="20" w:line="276" w:lineRule="auto"/>
            </w:pPr>
            <w:r>
              <w:rPr>
                <w:rFonts w:ascii="宋体" w:hAnsi="宋体" w:eastAsia="宋体"/>
                <w:b w:val="0"/>
                <w:sz w:val="18"/>
              </w:rPr>
              <w:t>师：同学们，仔细观察，你们看到了什么？</w:t>
            </w:r>
          </w:p>
          <w:p>
            <w:pPr>
              <w:spacing w:after="20" w:line="276" w:lineRule="auto"/>
            </w:pPr>
            <w:r>
              <w:rPr>
                <w:rFonts w:ascii="宋体" w:hAnsi="宋体" w:eastAsia="宋体"/>
                <w:b w:val="0"/>
                <w:sz w:val="18"/>
              </w:rPr>
              <w:t>如果有同学运用数表示物体的数量，教师要表扬并鼓励其他同学也像这样说。如果没有同学用到数，教师示范。</w:t>
            </w:r>
          </w:p>
          <w:p>
            <w:pPr>
              <w:spacing w:after="20" w:line="276" w:lineRule="auto"/>
            </w:pPr>
            <w:r>
              <w:rPr>
                <w:rFonts w:ascii="宋体" w:hAnsi="宋体" w:eastAsia="宋体"/>
                <w:b w:val="0"/>
                <w:sz w:val="18"/>
              </w:rPr>
              <w:t>师：你们看到的物体可真多。来，同学们，像这样说：我看到了1面国旗，国旗上有5颗五角星。说的时候，介绍清楚有多少个。</w:t>
            </w:r>
          </w:p>
          <w:p>
            <w:pPr>
              <w:spacing w:after="20" w:line="276" w:lineRule="auto"/>
            </w:pPr>
            <w:r>
              <w:rPr>
                <w:rFonts w:ascii="宋体" w:hAnsi="宋体" w:eastAsia="宋体"/>
                <w:b w:val="0"/>
                <w:sz w:val="18"/>
              </w:rPr>
              <w:t>2．用数去描述物体的数量。</w:t>
            </w:r>
          </w:p>
          <w:p>
            <w:pPr>
              <w:spacing w:after="20" w:line="276" w:lineRule="auto"/>
            </w:pPr>
            <w:r>
              <w:rPr>
                <w:rFonts w:ascii="宋体" w:hAnsi="宋体" w:eastAsia="宋体"/>
                <w:b w:val="0"/>
                <w:sz w:val="18"/>
              </w:rPr>
              <w:t>师：同学们，来数一数，校园里这些事物和小朋友们的数量各是多少呢？</w:t>
            </w:r>
          </w:p>
          <w:p>
            <w:pPr>
              <w:spacing w:after="20" w:line="276" w:lineRule="auto"/>
            </w:pPr>
            <w:r>
              <w:rPr>
                <w:rFonts w:ascii="宋体" w:hAnsi="宋体" w:eastAsia="宋体"/>
                <w:b w:val="0"/>
                <w:sz w:val="18"/>
              </w:rPr>
              <w:t>师：看一看，校园有几个长凳？</w:t>
            </w:r>
          </w:p>
          <w:p>
            <w:pPr>
              <w:spacing w:after="20" w:line="276" w:lineRule="auto"/>
            </w:pPr>
            <w:r>
              <w:rPr>
                <w:rFonts w:ascii="宋体" w:hAnsi="宋体" w:eastAsia="宋体"/>
                <w:b w:val="0"/>
                <w:sz w:val="18"/>
              </w:rPr>
              <w:t>师：可以用“2”来表示。</w:t>
            </w:r>
          </w:p>
          <w:p>
            <w:pPr>
              <w:spacing w:after="20" w:line="276" w:lineRule="auto"/>
            </w:pPr>
            <w:r>
              <w:rPr>
                <w:rFonts w:ascii="宋体" w:hAnsi="宋体" w:eastAsia="宋体"/>
                <w:b w:val="0"/>
                <w:sz w:val="18"/>
              </w:rPr>
              <w:t>师：来，我们伸出手指头，一起数一数。</w:t>
            </w:r>
          </w:p>
          <w:p>
            <w:pPr>
              <w:spacing w:after="20" w:line="276" w:lineRule="auto"/>
            </w:pPr>
            <w:r>
              <w:rPr>
                <w:rFonts w:ascii="宋体" w:hAnsi="宋体" w:eastAsia="宋体"/>
                <w:b w:val="0"/>
                <w:sz w:val="18"/>
              </w:rPr>
              <w:t>师：大家再找一找，有数量是三的物体吗？</w:t>
            </w:r>
          </w:p>
          <w:p>
            <w:pPr>
              <w:spacing w:after="20" w:line="276" w:lineRule="auto"/>
            </w:pPr>
            <w:r>
              <w:rPr>
                <w:rFonts w:ascii="宋体" w:hAnsi="宋体" w:eastAsia="宋体"/>
                <w:b w:val="0"/>
                <w:sz w:val="18"/>
              </w:rPr>
              <w:t>师：它们的数量都可以用“3”来表示。</w:t>
            </w:r>
          </w:p>
          <w:p>
            <w:pPr>
              <w:spacing w:after="20" w:line="276" w:lineRule="auto"/>
            </w:pPr>
            <w:r>
              <w:rPr>
                <w:rFonts w:ascii="宋体" w:hAnsi="宋体" w:eastAsia="宋体"/>
                <w:b w:val="0"/>
                <w:sz w:val="18"/>
              </w:rPr>
              <w:t>师：垃圾分类可以保护环境，你们看看学校的垃圾桶在哪里？数一数，有几个？</w:t>
            </w:r>
          </w:p>
          <w:p>
            <w:pPr>
              <w:spacing w:after="20" w:line="276" w:lineRule="auto"/>
            </w:pPr>
            <w:r>
              <w:rPr>
                <w:rFonts w:ascii="宋体" w:hAnsi="宋体" w:eastAsia="宋体"/>
                <w:b w:val="0"/>
                <w:sz w:val="18"/>
              </w:rPr>
              <w:t>垃圾桶的数量有四个。</w:t>
            </w:r>
          </w:p>
          <w:p>
            <w:pPr>
              <w:spacing w:after="20" w:line="276" w:lineRule="auto"/>
            </w:pPr>
            <w:r>
              <w:rPr>
                <w:rFonts w:ascii="宋体" w:hAnsi="宋体" w:eastAsia="宋体"/>
                <w:b w:val="0"/>
                <w:sz w:val="18"/>
              </w:rPr>
              <w:t>师：可以用“4”来表示。</w:t>
            </w:r>
          </w:p>
          <w:p>
            <w:pPr>
              <w:spacing w:after="20" w:line="276" w:lineRule="auto"/>
            </w:pPr>
            <w:r>
              <w:rPr>
                <w:rFonts w:ascii="宋体" w:hAnsi="宋体" w:eastAsia="宋体"/>
                <w:b w:val="0"/>
                <w:sz w:val="18"/>
              </w:rPr>
              <w:t>师：学校大门上贴了几个字？</w:t>
            </w:r>
          </w:p>
          <w:p>
            <w:pPr>
              <w:spacing w:after="20" w:line="276" w:lineRule="auto"/>
            </w:pPr>
            <w:r>
              <w:rPr>
                <w:rFonts w:ascii="宋体" w:hAnsi="宋体" w:eastAsia="宋体"/>
                <w:b w:val="0"/>
                <w:sz w:val="18"/>
              </w:rPr>
              <w:t>贴了五个字。</w:t>
            </w:r>
          </w:p>
          <w:p>
            <w:pPr>
              <w:spacing w:after="20" w:line="276" w:lineRule="auto"/>
            </w:pPr>
            <w:r>
              <w:rPr>
                <w:rFonts w:ascii="宋体" w:hAnsi="宋体" w:eastAsia="宋体"/>
                <w:b w:val="0"/>
                <w:sz w:val="18"/>
              </w:rPr>
              <w:t>师：可以用“5”来表示。你们认识这些字吗？和老师一起读一读。(齐读“欢迎新同学”)</w:t>
            </w:r>
          </w:p>
          <w:p>
            <w:pPr>
              <w:spacing w:after="20" w:line="276" w:lineRule="auto"/>
            </w:pPr>
            <w:r>
              <w:rPr>
                <w:rFonts w:ascii="宋体" w:hAnsi="宋体" w:eastAsia="宋体"/>
                <w:b w:val="0"/>
                <w:sz w:val="18"/>
              </w:rPr>
              <w:t>师：欢迎新同学，这是几个字呀？伸出手指头，一起数一数。</w:t>
            </w:r>
          </w:p>
          <w:p>
            <w:pPr>
              <w:spacing w:after="20" w:line="276" w:lineRule="auto"/>
            </w:pPr>
            <w:r>
              <w:rPr>
                <w:rFonts w:ascii="宋体" w:hAnsi="宋体" w:eastAsia="宋体"/>
                <w:b w:val="0"/>
                <w:sz w:val="18"/>
              </w:rPr>
              <w:t>师：还有数量是五的物体吗？</w:t>
            </w:r>
          </w:p>
          <w:p>
            <w:pPr>
              <w:spacing w:after="20" w:line="276" w:lineRule="auto"/>
            </w:pPr>
            <w:r>
              <w:rPr>
                <w:rFonts w:ascii="宋体" w:hAnsi="宋体" w:eastAsia="宋体"/>
                <w:b w:val="0"/>
                <w:sz w:val="18"/>
              </w:rPr>
              <w:t>国旗上有5颗五角星。……</w:t>
            </w:r>
          </w:p>
          <w:p>
            <w:pPr>
              <w:spacing w:after="20" w:line="276" w:lineRule="auto"/>
            </w:pPr>
            <w:r>
              <w:rPr>
                <w:rFonts w:ascii="宋体" w:hAnsi="宋体" w:eastAsia="宋体"/>
                <w:b w:val="0"/>
                <w:sz w:val="18"/>
              </w:rPr>
              <w:t>师：我们的教学楼有几层？我们的教室又在第几层？</w:t>
            </w:r>
          </w:p>
          <w:p>
            <w:pPr>
              <w:spacing w:after="20" w:line="276" w:lineRule="auto"/>
            </w:pPr>
            <w:r>
              <w:rPr>
                <w:rFonts w:ascii="宋体" w:hAnsi="宋体" w:eastAsia="宋体"/>
                <w:b w:val="0"/>
                <w:sz w:val="18"/>
              </w:rPr>
              <w:t>教学楼有4层。我们的教室在第2层。</w:t>
            </w:r>
          </w:p>
          <w:p>
            <w:pPr>
              <w:spacing w:after="20" w:line="276" w:lineRule="auto"/>
            </w:pPr>
            <w:r>
              <w:rPr>
                <w:rFonts w:ascii="宋体" w:hAnsi="宋体" w:eastAsia="宋体"/>
                <w:b w:val="0"/>
                <w:sz w:val="18"/>
              </w:rPr>
              <w:t>师小结：按照顺序来数数，这样就能做到不重复，不遗漏。</w:t>
            </w:r>
          </w:p>
          <w:p>
            <w:pPr>
              <w:spacing w:after="20" w:line="276" w:lineRule="auto"/>
            </w:pPr>
            <w:r>
              <w:rPr>
                <w:rFonts w:ascii="宋体" w:hAnsi="宋体" w:eastAsia="宋体"/>
                <w:b w:val="0"/>
                <w:sz w:val="18"/>
              </w:rPr>
              <w:t>师：学校里还有各种各样的图形呢！像教室的窗户长长方方的，是长方形的。你们还能找到其他长方形的物体吗？</w:t>
            </w:r>
          </w:p>
        </w:tc>
        <w:tc>
          <w:tcPr>
            <w:tcW w:type="dxa" w:w="3061"/>
          </w:tcPr>
          <w:p>
            <w:pPr>
              <w:spacing w:after="20" w:line="276" w:lineRule="auto"/>
            </w:pPr>
            <w:r/>
            <w:r>
              <w:rPr>
                <w:rFonts w:ascii="宋体" w:hAnsi="宋体" w:eastAsia="宋体"/>
                <w:b w:val="0"/>
                <w:sz w:val="18"/>
              </w:rPr>
              <w:t>学生自由发言，分享自己所看到的物体及其个数。</w:t>
            </w:r>
          </w:p>
          <w:p>
            <w:pPr>
              <w:spacing w:after="20" w:line="276" w:lineRule="auto"/>
            </w:pPr>
            <w:r>
              <w:rPr>
                <w:rFonts w:ascii="宋体" w:hAnsi="宋体" w:eastAsia="宋体"/>
                <w:b w:val="0"/>
                <w:sz w:val="18"/>
              </w:rPr>
              <w:t>预设1：教学楼这边有三棵树。</w:t>
            </w:r>
          </w:p>
          <w:p>
            <w:pPr>
              <w:spacing w:after="20" w:line="276" w:lineRule="auto"/>
            </w:pPr>
            <w:r>
              <w:rPr>
                <w:rFonts w:ascii="宋体" w:hAnsi="宋体" w:eastAsia="宋体"/>
                <w:b w:val="0"/>
                <w:sz w:val="18"/>
              </w:rPr>
              <w:t>预设2：国旗下有三个小朋友在跳绳。</w:t>
            </w:r>
          </w:p>
          <w:p>
            <w:pPr>
              <w:spacing w:after="20" w:line="276" w:lineRule="auto"/>
            </w:pPr>
            <w:r>
              <w:rPr>
                <w:rFonts w:ascii="宋体" w:hAnsi="宋体" w:eastAsia="宋体"/>
                <w:b w:val="0"/>
                <w:sz w:val="18"/>
              </w:rPr>
              <w:t>交流校园中的图形</w:t>
            </w:r>
          </w:p>
          <w:p>
            <w:pPr>
              <w:spacing w:after="20" w:line="276" w:lineRule="auto"/>
            </w:pPr>
            <w:r>
              <w:rPr>
                <w:rFonts w:ascii="宋体" w:hAnsi="宋体" w:eastAsia="宋体"/>
                <w:b w:val="0"/>
                <w:sz w:val="18"/>
              </w:rPr>
              <w:t>预设1：国旗是长方形的。</w:t>
            </w:r>
          </w:p>
          <w:p>
            <w:pPr>
              <w:spacing w:after="20" w:line="276" w:lineRule="auto"/>
            </w:pPr>
            <w:r>
              <w:rPr>
                <w:rFonts w:ascii="宋体" w:hAnsi="宋体" w:eastAsia="宋体"/>
                <w:b w:val="0"/>
                <w:sz w:val="18"/>
              </w:rPr>
              <w:t>预设2：宣传栏是长方形的。</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围绕环节目标组织学习活动，引导学生主动参与、积极思考，核心问题："同学们，仔细观察，你们看到了什么？"</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师：今天我们一起欣赏了美丽的校园，通过找一找、数一数的方式找到了校园中很多的数和图形，你们还有什么问题吗？</w:t>
            </w:r>
          </w:p>
          <w:p>
            <w:pPr>
              <w:spacing w:after="20" w:line="276" w:lineRule="auto"/>
            </w:pPr>
            <w:r>
              <w:rPr>
                <w:rFonts w:ascii="宋体" w:hAnsi="宋体" w:eastAsia="宋体"/>
                <w:b w:val="0"/>
                <w:sz w:val="18"/>
              </w:rPr>
              <w:t>课后请大家数一数身边事物的数量，把你的发现告诉身边的家人或朋友。</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引导学生回顾梳理本课所学，完善认知结构，提升归纳与反思能力，核心问题："今天我们一起欣赏了美丽的校园，通过找一找、数一数的方式找到了校园中很多的数和图形，你们还有什么问题吗？"</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教科书P1～3。</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学生在告别幼儿园进入小学后的第一节课。在知识方面，对于学生没有过高的要求，重点了解学情，同时完成幼小衔接，激发学生学习数学的兴趣。课上注意组织学生互相交流、互相倾听并互相补充，培养良好的数学学习习惯。</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在操场上玩一玩</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在操场上玩一玩</w:t>
            </w:r>
          </w:p>
        </w:tc>
        <w:tc>
          <w:tcPr>
            <w:tcW w:type="dxa" w:w="6009"/>
          </w:tcPr>
          <w:p>
            <w:pPr>
              <w:spacing w:after="20" w:line="276" w:lineRule="auto"/>
            </w:pPr>
            <w:r/>
            <w:r>
              <w:rPr>
                <w:rFonts w:ascii="宋体" w:hAnsi="宋体" w:eastAsia="宋体"/>
                <w:b w:val="0"/>
                <w:sz w:val="20"/>
              </w:rPr>
              <w:t>数学游戏</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幼儿园和实际生活中，已经接触过数数，会数简单的物体个数，会比较数量较少的物体的多少，会比较具体物体的高矮、大小，也知道简单的方位，如上、下、前、后、左、右，所以本单元的知识目标对于学生来说并不难，都是回顾学生在幼儿园中就已经感悟过的内容。但是小学的学习活动无论是在时间还是活动规范方面都比幼儿园要严格一些，所以教学的难点是如何组织学生按照要求有序开展活动，并引导学生清晰地运用数量及其他简单的数学知识来表达，熟悉小学学习的相关要求。</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教学内容：教科书P4～5。</w:t>
      </w:r>
    </w:p>
    <w:p>
      <w:pPr>
        <w:spacing w:after="80" w:line="300" w:lineRule="auto"/>
        <w:ind w:firstLine="400"/>
      </w:pPr>
      <w:r>
        <w:rPr>
          <w:rFonts w:ascii="宋体" w:hAnsi="宋体" w:eastAsia="宋体"/>
          <w:b w:val="0"/>
          <w:sz w:val="20"/>
        </w:rPr>
        <w:t>设计思路：本节课的游戏活动，大部分都是学生在幼儿园里已经熟悉的，组织学生开展熟悉的游戏活动，激发学生的学习兴趣，唤起学生学习的感性认识和经验。让学生在游戏中初步体验一一对应点数的方法，积累比较的经验，发展初步数感。</w:t>
      </w:r>
    </w:p>
    <w:p>
      <w:pPr>
        <w:spacing w:after="80" w:line="300" w:lineRule="auto"/>
        <w:ind w:firstLine="400"/>
      </w:pPr>
      <w:r>
        <w:rPr>
          <w:rFonts w:ascii="宋体" w:hAnsi="宋体" w:eastAsia="宋体"/>
          <w:b w:val="0"/>
          <w:sz w:val="20"/>
        </w:rPr>
        <w:t>教学准备：课件，3张游戏规则卡片，可供学生跳入的三角形和圆形道具若干个(依学生人数而定)。</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（1）在游戏中数数，体验不同的数数方法，用10以内的数表达游戏结果。体验用一一对应的方法比较数量的多少。</w:t>
      </w:r>
    </w:p>
    <w:p>
      <w:pPr>
        <w:spacing w:after="20" w:line="300" w:lineRule="auto"/>
        <w:ind w:firstLine="400"/>
      </w:pPr>
      <w:r>
        <w:rPr>
          <w:rFonts w:ascii="宋体" w:hAnsi="宋体" w:eastAsia="宋体"/>
          <w:b w:val="0"/>
          <w:sz w:val="20"/>
        </w:rPr>
        <w:t>（2）在游戏活动中，辨认简单的图形，初步体验规律和比较的方法。</w:t>
      </w:r>
    </w:p>
    <w:p>
      <w:pPr>
        <w:spacing w:after="20" w:line="300" w:lineRule="auto"/>
        <w:ind w:firstLine="400"/>
      </w:pPr>
      <w:r>
        <w:rPr>
          <w:rFonts w:ascii="宋体" w:hAnsi="宋体" w:eastAsia="宋体"/>
          <w:b w:val="0"/>
          <w:sz w:val="20"/>
        </w:rPr>
        <w:t>（3）在活动中唤起学生的数学经验，发展学生的合作能力、社会交往能力。</w:t>
      </w:r>
    </w:p>
    <w:p>
      <w:pPr>
        <w:spacing w:after="20" w:line="300" w:lineRule="auto"/>
      </w:pPr>
      <w:r>
        <w:rPr>
          <w:rFonts w:ascii="宋体" w:hAnsi="宋体" w:eastAsia="宋体"/>
          <w:b w:val="0"/>
          <w:sz w:val="20"/>
        </w:rPr>
        <w:t>教学重点：体会游戏中的数量，运用数量开展游戏活动。</w:t>
      </w:r>
    </w:p>
    <w:p>
      <w:pPr>
        <w:spacing w:after="20" w:line="300" w:lineRule="auto"/>
      </w:pPr>
      <w:r>
        <w:rPr>
          <w:rFonts w:ascii="宋体" w:hAnsi="宋体" w:eastAsia="宋体"/>
          <w:b w:val="0"/>
          <w:sz w:val="20"/>
        </w:rPr>
        <w:t>教学难点：引导学生用一一对应的方法进行比较。</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复习巩固，谈话导入</w:t>
            </w:r>
          </w:p>
        </w:tc>
        <w:tc>
          <w:tcPr>
            <w:tcW w:type="dxa" w:w="1814"/>
          </w:tcPr>
          <w:p>
            <w:pPr>
              <w:spacing w:after="20" w:line="276" w:lineRule="auto"/>
            </w:pPr>
            <w:r/>
            <w:r>
              <w:rPr>
                <w:rFonts w:ascii="宋体" w:hAnsi="宋体" w:eastAsia="宋体"/>
                <w:b w:val="0"/>
                <w:sz w:val="18"/>
              </w:rPr>
              <w:t>课件、视频、图片</w:t>
            </w:r>
          </w:p>
        </w:tc>
        <w:tc>
          <w:tcPr>
            <w:tcW w:type="dxa" w:w="3402"/>
          </w:tcPr>
          <w:p>
            <w:pPr>
              <w:spacing w:after="20" w:line="276" w:lineRule="auto"/>
            </w:pPr>
            <w:r/>
            <w:r>
              <w:rPr>
                <w:rFonts w:ascii="宋体" w:hAnsi="宋体" w:eastAsia="宋体"/>
                <w:b w:val="0"/>
                <w:sz w:val="18"/>
              </w:rPr>
              <w:t>上节课我们参观了美丽的校园，大家还记得校园里有什么吗？；我们是怎样知道这些物体的数量的呢？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开展“桃花朵朵开”游戏，体会数的多少</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游戏中桃花表示的是什么？桃花的数量表示什么？；还没有按要求围成圆圈的同学，看到哪个圆圈少人，应该怎么样？</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开展“跳房子”游戏，辨认简单图形</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按怎样的规律排列？；大家听明白了吗？谁想试一试呢？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开展“网鱼”游戏，尝试用多种方法数数</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这次网住了多少条“鱼”？；有多少条“漏网之鱼”呢？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组织“排队回教室”活动，唤起比较的经验</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同学们来看看我们排好的队伍，比一比，你们有什么发现？；谁是最高的呢？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同学们，这节课玩得开心吗？玩游戏时，我们学到了什么？</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复习巩固，谈话导入</w:t>
            </w:r>
          </w:p>
        </w:tc>
        <w:tc>
          <w:tcPr>
            <w:tcW w:type="dxa" w:w="3061"/>
          </w:tcPr>
          <w:p>
            <w:pPr>
              <w:spacing w:after="20" w:line="276" w:lineRule="auto"/>
            </w:pPr>
            <w:r/>
            <w:r>
              <w:rPr>
                <w:rFonts w:ascii="宋体" w:hAnsi="宋体" w:eastAsia="宋体"/>
                <w:b w:val="0"/>
                <w:sz w:val="18"/>
              </w:rPr>
              <w:t>1.数数的方法</w:t>
            </w:r>
          </w:p>
          <w:p>
            <w:pPr>
              <w:spacing w:after="20" w:line="276" w:lineRule="auto"/>
            </w:pPr>
            <w:r>
              <w:rPr>
                <w:rFonts w:ascii="宋体" w:hAnsi="宋体" w:eastAsia="宋体"/>
                <w:b w:val="0"/>
                <w:sz w:val="18"/>
              </w:rPr>
              <w:t>师：上节课我们参观了美丽的校园，大家还记得校园里有什么吗？</w:t>
            </w:r>
          </w:p>
          <w:p>
            <w:pPr>
              <w:spacing w:after="20" w:line="276" w:lineRule="auto"/>
            </w:pPr>
            <w:r>
              <w:rPr>
                <w:rFonts w:ascii="宋体" w:hAnsi="宋体" w:eastAsia="宋体"/>
                <w:b w:val="0"/>
                <w:sz w:val="18"/>
              </w:rPr>
              <w:t>师：我们是怎样知道这些物体的数量的呢？</w:t>
            </w:r>
          </w:p>
          <w:p>
            <w:pPr>
              <w:spacing w:after="20" w:line="276" w:lineRule="auto"/>
            </w:pPr>
            <w:r>
              <w:rPr>
                <w:rFonts w:ascii="宋体" w:hAnsi="宋体" w:eastAsia="宋体"/>
                <w:b w:val="0"/>
                <w:sz w:val="18"/>
              </w:rPr>
              <w:t>师生交流分享数一数的方法。</w:t>
            </w:r>
          </w:p>
          <w:p>
            <w:pPr>
              <w:spacing w:after="20" w:line="276" w:lineRule="auto"/>
            </w:pPr>
            <w:r>
              <w:rPr>
                <w:rFonts w:ascii="宋体" w:hAnsi="宋体" w:eastAsia="宋体"/>
                <w:b w:val="0"/>
                <w:sz w:val="18"/>
              </w:rPr>
              <w:t>2．了解数学游戏，揭示活动内容</w:t>
            </w:r>
          </w:p>
          <w:p>
            <w:pPr>
              <w:spacing w:after="20" w:line="276" w:lineRule="auto"/>
            </w:pPr>
            <w:r>
              <w:rPr>
                <w:rFonts w:ascii="宋体" w:hAnsi="宋体" w:eastAsia="宋体"/>
                <w:b w:val="0"/>
                <w:sz w:val="18"/>
              </w:rPr>
              <w:t>师：大家表现得都不错，这节课我们到操场上去玩游戏。去之前，我们先了解一些游戏活动的规则。</w:t>
            </w:r>
          </w:p>
          <w:p>
            <w:pPr>
              <w:spacing w:after="20" w:line="276" w:lineRule="auto"/>
            </w:pPr>
            <w:r>
              <w:rPr>
                <w:rFonts w:ascii="宋体" w:hAnsi="宋体" w:eastAsia="宋体"/>
                <w:b w:val="0"/>
                <w:sz w:val="18"/>
              </w:rPr>
              <w:t>课件播放“桃花朵朵开”“单、双脚交替跳”“网鱼”等常见儿童游戏视频后出示教材上的图片。</w:t>
            </w:r>
          </w:p>
          <w:p>
            <w:pPr>
              <w:spacing w:after="20" w:line="276" w:lineRule="auto"/>
            </w:pPr>
            <w:r>
              <w:rPr>
                <w:rFonts w:ascii="宋体" w:hAnsi="宋体" w:eastAsia="宋体"/>
                <w:b w:val="0"/>
                <w:sz w:val="18"/>
              </w:rPr>
              <w:t>师：这些游戏好玩吗？这节课我们就去操场上玩这3个游戏。</w:t>
            </w:r>
          </w:p>
          <w:p>
            <w:pPr>
              <w:spacing w:after="20" w:line="276" w:lineRule="auto"/>
            </w:pPr>
            <w:r>
              <w:rPr>
                <w:rFonts w:ascii="宋体" w:hAnsi="宋体" w:eastAsia="宋体"/>
                <w:b w:val="0"/>
                <w:sz w:val="18"/>
              </w:rPr>
              <w:t>师：现在我们站队出发，男生一队，女生一队，按从矮到高的顺序排队。</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创设情境激活学生已有经验，自然引出本课学习内容，激发学习兴趣，核心问题："上节课我们参观了美丽的校园，大家还记得校园里有什么吗？"</w:t>
            </w:r>
          </w:p>
        </w:tc>
      </w:tr>
      <w:tr>
        <w:tc>
          <w:tcPr>
            <w:tcW w:type="dxa" w:w="1474"/>
          </w:tcPr>
          <w:p>
            <w:pPr>
              <w:spacing w:after="20" w:line="276" w:lineRule="auto"/>
            </w:pPr>
            <w:r>
              <w:rPr>
                <w:b/>
              </w:rPr>
            </w:r>
            <w:r>
              <w:rPr>
                <w:rFonts w:ascii="宋体" w:hAnsi="宋体" w:eastAsia="宋体"/>
                <w:b/>
                <w:sz w:val="18"/>
              </w:rPr>
              <w:t>开展“桃花朵朵开”游戏，体会数的多少</w:t>
            </w:r>
          </w:p>
        </w:tc>
        <w:tc>
          <w:tcPr>
            <w:tcW w:type="dxa" w:w="3061"/>
          </w:tcPr>
          <w:p>
            <w:pPr>
              <w:spacing w:after="20" w:line="276" w:lineRule="auto"/>
            </w:pPr>
            <w:r/>
            <w:r>
              <w:rPr>
                <w:rFonts w:ascii="宋体" w:hAnsi="宋体" w:eastAsia="宋体"/>
                <w:b w:val="0"/>
                <w:sz w:val="18"/>
              </w:rPr>
              <w:t>1.游戏规则</w:t>
            </w:r>
          </w:p>
          <w:p>
            <w:pPr>
              <w:spacing w:after="20" w:line="276" w:lineRule="auto"/>
            </w:pPr>
            <w:r>
              <w:rPr>
                <w:rFonts w:ascii="宋体" w:hAnsi="宋体" w:eastAsia="宋体"/>
                <w:b w:val="0"/>
                <w:sz w:val="18"/>
              </w:rPr>
              <w:t>展示卡片，教师描述卡片内容，说明游戏规则。</w:t>
            </w:r>
          </w:p>
          <w:p>
            <w:pPr>
              <w:spacing w:after="20" w:line="276" w:lineRule="auto"/>
            </w:pPr>
            <w:r>
              <w:rPr>
                <w:rFonts w:ascii="宋体" w:hAnsi="宋体" w:eastAsia="宋体"/>
                <w:b w:val="0"/>
                <w:sz w:val="18"/>
              </w:rPr>
              <w:t>游戏规则：</w:t>
            </w:r>
          </w:p>
          <w:p>
            <w:pPr>
              <w:spacing w:after="20" w:line="276" w:lineRule="auto"/>
            </w:pPr>
            <w:r>
              <w:rPr>
                <w:rFonts w:ascii="宋体" w:hAnsi="宋体" w:eastAsia="宋体"/>
                <w:b w:val="0"/>
                <w:sz w:val="18"/>
              </w:rPr>
              <w:t>②老师随机抽出手上写有数字的卡片，卡片上的数字是几就说开几朵。</w:t>
            </w:r>
          </w:p>
          <w:p>
            <w:pPr>
              <w:spacing w:after="20" w:line="276" w:lineRule="auto"/>
            </w:pPr>
            <w:r>
              <w:rPr>
                <w:rFonts w:ascii="宋体" w:hAnsi="宋体" w:eastAsia="宋体"/>
                <w:b w:val="0"/>
                <w:sz w:val="18"/>
              </w:rPr>
              <w:t>③老师说开几朵时，就要几个同学手拉手围成一个圆圈。</w:t>
            </w:r>
          </w:p>
          <w:p>
            <w:pPr>
              <w:spacing w:after="20" w:line="276" w:lineRule="auto"/>
            </w:pPr>
            <w:r>
              <w:rPr>
                <w:rFonts w:ascii="宋体" w:hAnsi="宋体" w:eastAsia="宋体"/>
                <w:b w:val="0"/>
                <w:sz w:val="18"/>
              </w:rPr>
              <w:t>师：游戏中桃花表示的是什么？桃花的数量表示什么？</w:t>
            </w:r>
          </w:p>
          <w:p>
            <w:pPr>
              <w:spacing w:after="20" w:line="276" w:lineRule="auto"/>
            </w:pPr>
            <w:r>
              <w:rPr>
                <w:rFonts w:ascii="宋体" w:hAnsi="宋体" w:eastAsia="宋体"/>
                <w:b w:val="0"/>
                <w:sz w:val="18"/>
              </w:rPr>
              <w:t>教师引导说出，桃花表示小朋友，桃花的数量表示小朋友的个数。</w:t>
            </w:r>
          </w:p>
          <w:p>
            <w:pPr>
              <w:spacing w:after="20" w:line="276" w:lineRule="auto"/>
            </w:pPr>
            <w:r>
              <w:rPr>
                <w:rFonts w:ascii="宋体" w:hAnsi="宋体" w:eastAsia="宋体"/>
                <w:b w:val="0"/>
                <w:sz w:val="18"/>
              </w:rPr>
              <w:t>2．初步尝试</w:t>
            </w:r>
          </w:p>
          <w:p>
            <w:pPr>
              <w:spacing w:after="20" w:line="276" w:lineRule="auto"/>
            </w:pPr>
            <w:r>
              <w:rPr>
                <w:rFonts w:ascii="宋体" w:hAnsi="宋体" w:eastAsia="宋体"/>
                <w:b w:val="0"/>
                <w:sz w:val="18"/>
              </w:rPr>
              <w:t>按照排队出来的两列，围成两个圆圈，由老师和学生配合的方式尝试三轮游戏。</w:t>
            </w:r>
          </w:p>
          <w:p>
            <w:pPr>
              <w:spacing w:after="20" w:line="276" w:lineRule="auto"/>
            </w:pPr>
            <w:r>
              <w:rPr>
                <w:rFonts w:ascii="宋体" w:hAnsi="宋体" w:eastAsia="宋体"/>
                <w:b w:val="0"/>
                <w:sz w:val="18"/>
              </w:rPr>
              <w:t>对游戏进行评价，引导学生进一步理解游戏规则。</w:t>
            </w:r>
          </w:p>
          <w:p>
            <w:pPr>
              <w:spacing w:after="20" w:line="276" w:lineRule="auto"/>
            </w:pPr>
            <w:r>
              <w:rPr>
                <w:rFonts w:ascii="宋体" w:hAnsi="宋体" w:eastAsia="宋体"/>
                <w:b w:val="0"/>
                <w:sz w:val="18"/>
              </w:rPr>
              <w:t>师：还没有按要求围成圆圈的同学，看到哪个圆圈少人，应该怎么样？</w:t>
            </w:r>
          </w:p>
          <w:p>
            <w:pPr>
              <w:spacing w:after="20" w:line="276" w:lineRule="auto"/>
            </w:pPr>
            <w:r>
              <w:rPr>
                <w:rFonts w:ascii="宋体" w:hAnsi="宋体" w:eastAsia="宋体"/>
                <w:b w:val="0"/>
                <w:sz w:val="18"/>
              </w:rPr>
              <w:t>应该赶紧跑过去组成桃花。</w:t>
            </w:r>
          </w:p>
          <w:p>
            <w:pPr>
              <w:spacing w:after="20" w:line="276" w:lineRule="auto"/>
            </w:pPr>
            <w:r>
              <w:rPr>
                <w:rFonts w:ascii="宋体" w:hAnsi="宋体" w:eastAsia="宋体"/>
                <w:b w:val="0"/>
                <w:sz w:val="18"/>
              </w:rPr>
              <w:t>师：如果人数还是不够，大声招呼还没有组成桃花的同学，并说出那个圆圈少的人数。</w:t>
            </w:r>
          </w:p>
          <w:p>
            <w:pPr>
              <w:spacing w:after="20" w:line="276" w:lineRule="auto"/>
            </w:pPr>
            <w:r>
              <w:rPr>
                <w:rFonts w:ascii="宋体" w:hAnsi="宋体" w:eastAsia="宋体"/>
                <w:b w:val="0"/>
                <w:sz w:val="18"/>
              </w:rPr>
              <w:t>3．正式游戏</w:t>
            </w:r>
          </w:p>
          <w:p>
            <w:pPr>
              <w:spacing w:after="20" w:line="276" w:lineRule="auto"/>
            </w:pPr>
            <w:r>
              <w:rPr>
                <w:rFonts w:ascii="宋体" w:hAnsi="宋体" w:eastAsia="宋体"/>
                <w:b w:val="0"/>
                <w:sz w:val="18"/>
              </w:rPr>
              <w:t>师：现在我们正式开始游戏啦！大家注意听老师的口令。</w:t>
            </w:r>
          </w:p>
          <w:p>
            <w:pPr>
              <w:spacing w:after="20" w:line="276" w:lineRule="auto"/>
            </w:pPr>
            <w:r>
              <w:rPr>
                <w:rFonts w:ascii="宋体" w:hAnsi="宋体" w:eastAsia="宋体"/>
                <w:b w:val="0"/>
                <w:sz w:val="18"/>
              </w:rPr>
              <w:t>师：桃花朵朵开。</w:t>
            </w:r>
          </w:p>
          <w:p>
            <w:pPr>
              <w:spacing w:after="20" w:line="276" w:lineRule="auto"/>
            </w:pPr>
            <w:r>
              <w:rPr>
                <w:rFonts w:ascii="宋体" w:hAnsi="宋体" w:eastAsia="宋体"/>
                <w:b w:val="0"/>
                <w:sz w:val="18"/>
              </w:rPr>
              <w:t>师：开5朵！</w:t>
            </w:r>
          </w:p>
          <w:p>
            <w:pPr>
              <w:spacing w:after="20" w:line="276" w:lineRule="auto"/>
            </w:pPr>
            <w:r>
              <w:rPr>
                <w:rFonts w:ascii="宋体" w:hAnsi="宋体" w:eastAsia="宋体"/>
                <w:b w:val="0"/>
                <w:sz w:val="18"/>
              </w:rPr>
              <w:t>靠近的同学迅速围成一个圆圈，清点人数。人数多了的，多的人又赶紧围成新的圆圈。人数不够的，大声说出还少几朵，招呼附近的同学过来。</w:t>
            </w:r>
          </w:p>
          <w:p>
            <w:pPr>
              <w:spacing w:after="20" w:line="276" w:lineRule="auto"/>
            </w:pPr>
            <w:r>
              <w:rPr>
                <w:rFonts w:ascii="宋体" w:hAnsi="宋体" w:eastAsia="宋体"/>
                <w:b w:val="0"/>
                <w:sz w:val="18"/>
              </w:rPr>
              <w:t>挑选一名学生担任老师刚才的角色，再次玩游戏。</w:t>
            </w:r>
          </w:p>
          <w:p>
            <w:pPr>
              <w:spacing w:after="20" w:line="276" w:lineRule="auto"/>
            </w:pPr>
            <w:r>
              <w:rPr>
                <w:rFonts w:ascii="宋体" w:hAnsi="宋体" w:eastAsia="宋体"/>
                <w:b w:val="0"/>
                <w:sz w:val="18"/>
              </w:rPr>
              <w:t>师：这个游戏好玩吗？我们玩的时候要注意什么？</w:t>
            </w:r>
          </w:p>
          <w:p>
            <w:pPr>
              <w:spacing w:after="20" w:line="276" w:lineRule="auto"/>
            </w:pPr>
            <w:r>
              <w:rPr>
                <w:rFonts w:ascii="宋体" w:hAnsi="宋体" w:eastAsia="宋体"/>
                <w:b w:val="0"/>
                <w:sz w:val="18"/>
              </w:rPr>
              <w:t>玩的时候要听清楚数字，然后找就近的同学迅速围成圆圈。</w:t>
            </w:r>
          </w:p>
          <w:p>
            <w:pPr>
              <w:spacing w:after="20" w:line="276" w:lineRule="auto"/>
            </w:pPr>
            <w:r>
              <w:rPr>
                <w:rFonts w:ascii="宋体" w:hAnsi="宋体" w:eastAsia="宋体"/>
                <w:b w:val="0"/>
                <w:sz w:val="18"/>
              </w:rPr>
              <w:t>师：数字是几，就是要几个人手牵手围成一个圆圈。请你用自己的方式向与你成功牵手的小伙伴表示感谢吧！</w:t>
            </w:r>
          </w:p>
        </w:tc>
        <w:tc>
          <w:tcPr>
            <w:tcW w:type="dxa" w:w="3061"/>
          </w:tcPr>
          <w:p>
            <w:pPr>
              <w:spacing w:after="20" w:line="276" w:lineRule="auto"/>
            </w:pPr>
            <w:r/>
            <w:r>
              <w:rPr>
                <w:rFonts w:ascii="宋体" w:hAnsi="宋体" w:eastAsia="宋体"/>
                <w:b w:val="0"/>
                <w:sz w:val="18"/>
              </w:rPr>
              <w:t>学生复述游戏规则，重点突出要领。</w:t>
            </w:r>
          </w:p>
          <w:p>
            <w:pPr>
              <w:spacing w:after="20" w:line="276" w:lineRule="auto"/>
            </w:pPr>
            <w:r>
              <w:rPr>
                <w:rFonts w:ascii="宋体" w:hAnsi="宋体" w:eastAsia="宋体"/>
                <w:b w:val="0"/>
                <w:sz w:val="18"/>
              </w:rPr>
              <w:t>①同学们围成一个圆圈，老师站在圆圈中间。老师喊“桃花朵朵开”，同学们散开，并问“开几朵”。</w:t>
            </w:r>
          </w:p>
          <w:p>
            <w:pPr>
              <w:spacing w:after="20" w:line="276" w:lineRule="auto"/>
            </w:pPr>
            <w:r>
              <w:rPr>
                <w:rFonts w:ascii="宋体" w:hAnsi="宋体" w:eastAsia="宋体"/>
                <w:b w:val="0"/>
                <w:sz w:val="18"/>
              </w:rPr>
              <w:t>④同学们互相观察，看是否正确。在规定时间内没有按要求围成圆圈的同学，则要接受我们的“奖励”：肩搭肩做深蹲5下。</w:t>
            </w:r>
          </w:p>
          <w:p>
            <w:pPr>
              <w:spacing w:after="20" w:line="276" w:lineRule="auto"/>
            </w:pPr>
            <w:r>
              <w:rPr>
                <w:rFonts w:ascii="宋体" w:hAnsi="宋体" w:eastAsia="宋体"/>
                <w:b w:val="0"/>
                <w:sz w:val="18"/>
              </w:rPr>
              <w:t>学生：开几朵？</w:t>
            </w:r>
          </w:p>
          <w:p>
            <w:pPr>
              <w:spacing w:after="20" w:line="276" w:lineRule="auto"/>
            </w:pPr>
            <w:r>
              <w:rPr>
                <w:rFonts w:ascii="宋体" w:hAnsi="宋体" w:eastAsia="宋体"/>
                <w:b w:val="0"/>
                <w:sz w:val="18"/>
              </w:rPr>
              <w:t>4．交流想法</w:t>
            </w:r>
          </w:p>
        </w:tc>
        <w:tc>
          <w:tcPr>
            <w:tcW w:type="dxa" w:w="1814"/>
          </w:tcPr>
          <w:p>
            <w:pPr>
              <w:spacing w:after="20" w:line="276" w:lineRule="auto"/>
            </w:pPr>
            <w:r/>
            <w:r>
              <w:rPr>
                <w:rFonts w:ascii="宋体" w:hAnsi="宋体" w:eastAsia="宋体"/>
                <w:b w:val="0"/>
                <w:sz w:val="18"/>
              </w:rPr>
              <w:t>围绕环节目标组织学习活动，引导学生主动参与、积极思考，核心问题："游戏中桃花表示的是什么？桃花的数量表示什么？"</w:t>
            </w:r>
          </w:p>
        </w:tc>
      </w:tr>
      <w:tr>
        <w:tc>
          <w:tcPr>
            <w:tcW w:type="dxa" w:w="1474"/>
          </w:tcPr>
          <w:p>
            <w:pPr>
              <w:spacing w:after="20" w:line="276" w:lineRule="auto"/>
            </w:pPr>
            <w:r>
              <w:rPr>
                <w:b/>
              </w:rPr>
            </w:r>
            <w:r>
              <w:rPr>
                <w:rFonts w:ascii="宋体" w:hAnsi="宋体" w:eastAsia="宋体"/>
                <w:b/>
                <w:sz w:val="18"/>
              </w:rPr>
              <w:t>开展“跳房子”游戏，辨认简单图形</w:t>
            </w:r>
          </w:p>
        </w:tc>
        <w:tc>
          <w:tcPr>
            <w:tcW w:type="dxa" w:w="3061"/>
          </w:tcPr>
          <w:p>
            <w:pPr>
              <w:spacing w:after="20" w:line="276" w:lineRule="auto"/>
            </w:pPr>
            <w:r/>
            <w:r>
              <w:rPr>
                <w:rFonts w:ascii="宋体" w:hAnsi="宋体" w:eastAsia="宋体"/>
                <w:b w:val="0"/>
                <w:sz w:val="18"/>
              </w:rPr>
              <w:t>1.游戏规则</w:t>
            </w:r>
          </w:p>
          <w:p>
            <w:pPr>
              <w:spacing w:after="20" w:line="276" w:lineRule="auto"/>
            </w:pPr>
            <w:r>
              <w:rPr>
                <w:rFonts w:ascii="宋体" w:hAnsi="宋体" w:eastAsia="宋体"/>
                <w:b w:val="0"/>
                <w:sz w:val="18"/>
              </w:rPr>
              <w:t>师：看，老师准备了哪些物品？</w:t>
            </w:r>
          </w:p>
          <w:p>
            <w:pPr>
              <w:spacing w:after="20" w:line="276" w:lineRule="auto"/>
            </w:pPr>
            <w:r>
              <w:rPr>
                <w:rFonts w:ascii="宋体" w:hAnsi="宋体" w:eastAsia="宋体"/>
                <w:b w:val="0"/>
                <w:sz w:val="18"/>
              </w:rPr>
              <w:t>观察场地。学生表达自己的发现。</w:t>
            </w:r>
          </w:p>
          <w:p>
            <w:pPr>
              <w:spacing w:after="20" w:line="276" w:lineRule="auto"/>
            </w:pPr>
            <w:r>
              <w:rPr>
                <w:rFonts w:ascii="宋体" w:hAnsi="宋体" w:eastAsia="宋体"/>
                <w:b w:val="0"/>
                <w:sz w:val="18"/>
              </w:rPr>
              <w:t>有圆和三角形。</w:t>
            </w:r>
          </w:p>
          <w:p>
            <w:pPr>
              <w:spacing w:after="20" w:line="276" w:lineRule="auto"/>
            </w:pPr>
            <w:r>
              <w:rPr>
                <w:rFonts w:ascii="宋体" w:hAnsi="宋体" w:eastAsia="宋体"/>
                <w:b w:val="0"/>
                <w:sz w:val="18"/>
              </w:rPr>
              <w:t>师：按怎样的规律排列？</w:t>
            </w:r>
          </w:p>
          <w:p>
            <w:pPr>
              <w:spacing w:after="20" w:line="276" w:lineRule="auto"/>
            </w:pPr>
            <w:r>
              <w:rPr>
                <w:rFonts w:ascii="宋体" w:hAnsi="宋体" w:eastAsia="宋体"/>
                <w:b w:val="0"/>
                <w:sz w:val="18"/>
              </w:rPr>
              <w:t>按一个圆、一个三角形、一个圆、一个三角形……的规律排列的。</w:t>
            </w:r>
          </w:p>
          <w:p>
            <w:pPr>
              <w:spacing w:after="20" w:line="276" w:lineRule="auto"/>
            </w:pPr>
            <w:r>
              <w:rPr>
                <w:rFonts w:ascii="宋体" w:hAnsi="宋体" w:eastAsia="宋体"/>
                <w:b w:val="0"/>
                <w:sz w:val="18"/>
              </w:rPr>
              <w:t>教师介绍游戏规则：在地上按规律摆好○和△，双脚跳进○，单脚跳进△，依次单、双脚跳跃。</w:t>
            </w:r>
          </w:p>
          <w:p>
            <w:pPr>
              <w:spacing w:after="20" w:line="276" w:lineRule="auto"/>
            </w:pPr>
            <w:r>
              <w:rPr>
                <w:rFonts w:ascii="宋体" w:hAnsi="宋体" w:eastAsia="宋体"/>
                <w:b w:val="0"/>
                <w:sz w:val="18"/>
              </w:rPr>
              <w:t>教师边讲解，边示范。</w:t>
            </w:r>
          </w:p>
          <w:p>
            <w:pPr>
              <w:spacing w:after="20" w:line="276" w:lineRule="auto"/>
            </w:pPr>
            <w:r>
              <w:rPr>
                <w:rFonts w:ascii="宋体" w:hAnsi="宋体" w:eastAsia="宋体"/>
                <w:b w:val="0"/>
                <w:sz w:val="18"/>
              </w:rPr>
              <w:t>师：大家听明白了吗？谁想试一试呢？</w:t>
            </w:r>
          </w:p>
          <w:p>
            <w:pPr>
              <w:spacing w:after="20" w:line="276" w:lineRule="auto"/>
            </w:pPr>
            <w:r>
              <w:rPr>
                <w:rFonts w:ascii="宋体" w:hAnsi="宋体" w:eastAsia="宋体"/>
                <w:b w:val="0"/>
                <w:sz w:val="18"/>
              </w:rPr>
              <w:t>教师点名，被点到的同学依次尝试游戏。教师进行指导。</w:t>
            </w:r>
          </w:p>
          <w:p>
            <w:pPr>
              <w:spacing w:after="20" w:line="276" w:lineRule="auto"/>
            </w:pPr>
            <w:r>
              <w:rPr>
                <w:rFonts w:ascii="宋体" w:hAnsi="宋体" w:eastAsia="宋体"/>
                <w:b w:val="0"/>
                <w:sz w:val="18"/>
              </w:rPr>
              <w:t>组织集体练一练。</w:t>
            </w:r>
          </w:p>
          <w:p>
            <w:pPr>
              <w:spacing w:after="20" w:line="276" w:lineRule="auto"/>
            </w:pPr>
            <w:r>
              <w:rPr>
                <w:rFonts w:ascii="宋体" w:hAnsi="宋体" w:eastAsia="宋体"/>
                <w:b w:val="0"/>
                <w:sz w:val="18"/>
              </w:rPr>
              <w:t>2．组织接力比赛</w:t>
            </w:r>
          </w:p>
          <w:p>
            <w:pPr>
              <w:spacing w:after="20" w:line="276" w:lineRule="auto"/>
            </w:pPr>
            <w:r>
              <w:rPr>
                <w:rFonts w:ascii="宋体" w:hAnsi="宋体" w:eastAsia="宋体"/>
                <w:b w:val="0"/>
                <w:sz w:val="18"/>
              </w:rPr>
              <w:t>按照场地划分，有序地开展游戏。可采取接力的方式进行比赛，激发学生的兴趣。</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围绕环节目标组织学习活动，引导学生主动参与、积极思考，核心问题："按怎样的规律排列？"</w:t>
            </w:r>
          </w:p>
        </w:tc>
      </w:tr>
      <w:tr>
        <w:tc>
          <w:tcPr>
            <w:tcW w:type="dxa" w:w="1474"/>
          </w:tcPr>
          <w:p>
            <w:pPr>
              <w:spacing w:after="20" w:line="276" w:lineRule="auto"/>
            </w:pPr>
            <w:r>
              <w:rPr>
                <w:b/>
              </w:rPr>
            </w:r>
            <w:r>
              <w:rPr>
                <w:rFonts w:ascii="宋体" w:hAnsi="宋体" w:eastAsia="宋体"/>
                <w:b/>
                <w:sz w:val="18"/>
              </w:rPr>
              <w:t>开展“网鱼”游戏，尝试用多种方法数数</w:t>
            </w:r>
          </w:p>
        </w:tc>
        <w:tc>
          <w:tcPr>
            <w:tcW w:type="dxa" w:w="3061"/>
          </w:tcPr>
          <w:p>
            <w:pPr>
              <w:spacing w:after="20" w:line="276" w:lineRule="auto"/>
            </w:pPr>
            <w:r/>
            <w:r>
              <w:rPr>
                <w:rFonts w:ascii="宋体" w:hAnsi="宋体" w:eastAsia="宋体"/>
                <w:b w:val="0"/>
                <w:sz w:val="18"/>
              </w:rPr>
              <w:t>1.游戏规则</w:t>
            </w:r>
          </w:p>
          <w:p>
            <w:pPr>
              <w:spacing w:after="20" w:line="276" w:lineRule="auto"/>
            </w:pPr>
            <w:r>
              <w:rPr>
                <w:rFonts w:ascii="宋体" w:hAnsi="宋体" w:eastAsia="宋体"/>
                <w:b w:val="0"/>
                <w:sz w:val="18"/>
              </w:rPr>
              <w:t>教师介绍游戏规则：全班分成两组，一组同学手拉手围成一个圈当“渔网”，另一组同学当“鱼”，在“渔网”的里外穿来穿去。当听到喊“小鱼小鱼快快跑”时，做“渔网”的同学双手放下蹲在地上，圈在里面的同学就是被网住的“鱼”。</w:t>
            </w:r>
          </w:p>
          <w:p>
            <w:pPr>
              <w:spacing w:after="20" w:line="276" w:lineRule="auto"/>
            </w:pPr>
            <w:r>
              <w:rPr>
                <w:rFonts w:ascii="宋体" w:hAnsi="宋体" w:eastAsia="宋体"/>
                <w:b w:val="0"/>
                <w:sz w:val="18"/>
              </w:rPr>
              <w:t>2．尝试游戏</w:t>
            </w:r>
          </w:p>
          <w:p>
            <w:pPr>
              <w:spacing w:after="20" w:line="276" w:lineRule="auto"/>
            </w:pPr>
            <w:r>
              <w:rPr>
                <w:rFonts w:ascii="宋体" w:hAnsi="宋体" w:eastAsia="宋体"/>
                <w:b w:val="0"/>
                <w:sz w:val="18"/>
              </w:rPr>
              <w:t>师生一起玩游戏。</w:t>
            </w:r>
          </w:p>
          <w:p>
            <w:pPr>
              <w:spacing w:after="20" w:line="276" w:lineRule="auto"/>
            </w:pPr>
            <w:r>
              <w:rPr>
                <w:rFonts w:ascii="宋体" w:hAnsi="宋体" w:eastAsia="宋体"/>
                <w:b w:val="0"/>
                <w:sz w:val="18"/>
              </w:rPr>
              <w:t>师：这次网住了多少条“鱼”？我们一起数一数吧。</w:t>
            </w:r>
          </w:p>
          <w:p>
            <w:pPr>
              <w:spacing w:after="20" w:line="276" w:lineRule="auto"/>
            </w:pPr>
            <w:r>
              <w:rPr>
                <w:rFonts w:ascii="宋体" w:hAnsi="宋体" w:eastAsia="宋体"/>
                <w:b w:val="0"/>
                <w:sz w:val="18"/>
              </w:rPr>
              <w:t>师生一起用不同的方法，如1个1个地数、2个2个地数，数出被网住的“鱼”的条数。</w:t>
            </w:r>
          </w:p>
          <w:p>
            <w:pPr>
              <w:spacing w:after="20" w:line="276" w:lineRule="auto"/>
            </w:pPr>
            <w:r>
              <w:rPr>
                <w:rFonts w:ascii="宋体" w:hAnsi="宋体" w:eastAsia="宋体"/>
                <w:b w:val="0"/>
                <w:sz w:val="18"/>
              </w:rPr>
              <w:t>师：有多少条“漏网之鱼”呢？</w:t>
            </w:r>
          </w:p>
          <w:p>
            <w:pPr>
              <w:spacing w:after="20" w:line="276" w:lineRule="auto"/>
            </w:pPr>
            <w:r>
              <w:rPr>
                <w:rFonts w:ascii="宋体" w:hAnsi="宋体" w:eastAsia="宋体"/>
                <w:b w:val="0"/>
                <w:sz w:val="18"/>
              </w:rPr>
              <w:t>师：我们交换角色，再来一轮吧！</w:t>
            </w:r>
          </w:p>
          <w:p>
            <w:pPr>
              <w:spacing w:after="20" w:line="276" w:lineRule="auto"/>
            </w:pPr>
            <w:r>
              <w:rPr>
                <w:rFonts w:ascii="宋体" w:hAnsi="宋体" w:eastAsia="宋体"/>
                <w:b w:val="0"/>
                <w:sz w:val="18"/>
              </w:rPr>
              <w:t>“鱼”和“渔网”互换角色，再来一轮。</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围绕环节目标组织学习活动，引导学生主动参与、积极思考，核心问题："这次网住了多少条“鱼”？"</w:t>
            </w:r>
          </w:p>
        </w:tc>
      </w:tr>
      <w:tr>
        <w:tc>
          <w:tcPr>
            <w:tcW w:type="dxa" w:w="1474"/>
          </w:tcPr>
          <w:p>
            <w:pPr>
              <w:spacing w:after="20" w:line="276" w:lineRule="auto"/>
            </w:pPr>
            <w:r>
              <w:rPr>
                <w:b/>
              </w:rPr>
            </w:r>
            <w:r>
              <w:rPr>
                <w:rFonts w:ascii="宋体" w:hAnsi="宋体" w:eastAsia="宋体"/>
                <w:b/>
                <w:sz w:val="18"/>
              </w:rPr>
              <w:t>组织“排队回教室”活动，唤起比较的经验</w:t>
            </w:r>
          </w:p>
        </w:tc>
        <w:tc>
          <w:tcPr>
            <w:tcW w:type="dxa" w:w="3061"/>
          </w:tcPr>
          <w:p>
            <w:pPr>
              <w:spacing w:after="20" w:line="276" w:lineRule="auto"/>
            </w:pPr>
            <w:r/>
            <w:r>
              <w:rPr>
                <w:rFonts w:ascii="宋体" w:hAnsi="宋体" w:eastAsia="宋体"/>
                <w:b w:val="0"/>
                <w:sz w:val="18"/>
              </w:rPr>
              <w:t>师：下课时间快到了。请同学们按照出发时的队形站好，我们准备回教室了。</w:t>
            </w:r>
          </w:p>
          <w:p>
            <w:pPr>
              <w:spacing w:after="20" w:line="276" w:lineRule="auto"/>
            </w:pPr>
            <w:r>
              <w:rPr>
                <w:rFonts w:ascii="宋体" w:hAnsi="宋体" w:eastAsia="宋体"/>
                <w:b w:val="0"/>
                <w:sz w:val="18"/>
              </w:rPr>
              <w:t>列队准备回教室。组织学生排好队。</w:t>
            </w:r>
          </w:p>
          <w:p>
            <w:pPr>
              <w:spacing w:after="20" w:line="276" w:lineRule="auto"/>
            </w:pPr>
            <w:r>
              <w:rPr>
                <w:rFonts w:ascii="宋体" w:hAnsi="宋体" w:eastAsia="宋体"/>
                <w:b w:val="0"/>
                <w:sz w:val="18"/>
              </w:rPr>
              <w:t>师：同学们来看看我们排好的队伍，比一比，你们有什么发现？</w:t>
            </w:r>
          </w:p>
          <w:p>
            <w:pPr>
              <w:spacing w:after="20" w:line="276" w:lineRule="auto"/>
            </w:pPr>
            <w:r>
              <w:rPr>
                <w:rFonts w:ascii="宋体" w:hAnsi="宋体" w:eastAsia="宋体"/>
                <w:b w:val="0"/>
                <w:sz w:val="18"/>
              </w:rPr>
              <w:t>有的高，有的矮，两列队伍的人数不同；有一队是男生，有一队是女生。如若学生不会表达，可引导。</w:t>
            </w:r>
          </w:p>
          <w:p>
            <w:pPr>
              <w:spacing w:after="20" w:line="276" w:lineRule="auto"/>
            </w:pPr>
            <w:r>
              <w:rPr>
                <w:rFonts w:ascii="宋体" w:hAnsi="宋体" w:eastAsia="宋体"/>
                <w:b w:val="0"/>
                <w:sz w:val="18"/>
              </w:rPr>
              <w:t>师：谁是最高的呢？大家都站得笔直笔直，再来比一比吧！</w:t>
            </w:r>
          </w:p>
          <w:p>
            <w:pPr>
              <w:spacing w:after="20" w:line="276" w:lineRule="auto"/>
            </w:pPr>
            <w:r>
              <w:rPr>
                <w:rFonts w:ascii="宋体" w:hAnsi="宋体" w:eastAsia="宋体"/>
                <w:b w:val="0"/>
                <w:sz w:val="18"/>
              </w:rPr>
              <w:t>师：男生多，还是女生多呢？男生和女生一个对一个站好。</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设计递进式探究活动，引导学生在动手实践与合作交流中经历知识形成过程，突破本课重难点，核心问题："同学们来看看我们排好的队伍，比一比，你们有什么发现？"</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师：同学们，这节课玩得开心吗？玩游戏时，我们学到了什么？和同桌交流一下。</w:t>
            </w:r>
          </w:p>
          <w:p>
            <w:pPr>
              <w:spacing w:after="20" w:line="276" w:lineRule="auto"/>
            </w:pPr>
            <w:r>
              <w:rPr>
                <w:rFonts w:ascii="宋体" w:hAnsi="宋体" w:eastAsia="宋体"/>
                <w:b w:val="0"/>
                <w:sz w:val="18"/>
              </w:rPr>
              <w:t>引导学生从游戏规则出发，结合数、数量以及一一对应的关系去回答、总结、概括。</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引导学生回顾梳理本课所学，完善认知结构，提升归纳与反思能力，核心问题："同学们，这节课玩得开心吗？玩游戏时，我们学到了什么？"</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教科书P4～5。</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数学与游戏相结合，深受学生的喜爱。但一节课的时间有限，而主题图中给出了三个游戏、一个活动以及一个最后的总结环节。所以能留给每个游戏的时间只有10分钟左右，并且要讲解清楚游戏规则，每个游戏只能进行1～3轮。一年级学生具象思维发展比较突出，抽象思维能力较弱，对语言的理解能力不足，所以教师利用卡片，让学生能够直观地体会游戏规则。</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在教室里认一认</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在教室里认一认</w:t>
            </w:r>
          </w:p>
        </w:tc>
        <w:tc>
          <w:tcPr>
            <w:tcW w:type="dxa" w:w="6009"/>
          </w:tcPr>
          <w:p>
            <w:pPr>
              <w:spacing w:after="20" w:line="276" w:lineRule="auto"/>
            </w:pPr>
            <w:r/>
            <w:r>
              <w:rPr>
                <w:rFonts w:ascii="宋体" w:hAnsi="宋体" w:eastAsia="宋体"/>
                <w:b w:val="0"/>
                <w:sz w:val="20"/>
              </w:rPr>
              <w:t>数学游戏</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幼儿园和实际生活中，已经接触过数数，会数简单的物体个数，会比较数量较少的物体的多少，会比较具体物体的高矮、大小，也知道简单的方位，如上、下、前、后、左、右，所以本单元的知识目标对于学生来说并不难，都是回顾学生在幼儿园中就已经感悟过的内容。但是小学的学习活动无论是在时间还是活动规范方面都比幼儿园要严格一些，所以教学的难点是如何组织学生按照要求有序开展活动，并引导学生清晰地运用数量及其他简单的数学知识来表达，熟悉小学学习的相关要求。</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教学内容：教科书P6～7。</w:t>
      </w:r>
    </w:p>
    <w:p>
      <w:pPr>
        <w:spacing w:after="80" w:line="300" w:lineRule="auto"/>
        <w:ind w:firstLine="400"/>
      </w:pPr>
      <w:r>
        <w:rPr>
          <w:rFonts w:ascii="宋体" w:hAnsi="宋体" w:eastAsia="宋体"/>
          <w:b w:val="0"/>
          <w:sz w:val="20"/>
        </w:rPr>
        <w:t>设计思路：充分利用学生的学习环境，辨认生活中的方位。引导学生在用方位和数量相互交流的活动中，加强对彼此的认识和了解，为后续的学习和生活打下基础，同时锻炼学生的语言表达能力和交际能力。</w:t>
      </w:r>
    </w:p>
    <w:p>
      <w:pPr>
        <w:spacing w:after="80" w:line="300" w:lineRule="auto"/>
        <w:ind w:firstLine="400"/>
      </w:pPr>
      <w:r>
        <w:rPr>
          <w:rFonts w:ascii="宋体" w:hAnsi="宋体" w:eastAsia="宋体"/>
          <w:b w:val="0"/>
          <w:sz w:val="20"/>
        </w:rPr>
        <w:t>教学准备：课件，一段讲解学校教学楼、教室位置分布的视频。</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（1）引导学生能正确地找到自己班的教室，在游戏活动中，进一步认识数量，学会用上、下、前、后、左、右等方位词描述简单的位置。</w:t>
      </w:r>
    </w:p>
    <w:p>
      <w:pPr>
        <w:spacing w:after="20" w:line="300" w:lineRule="auto"/>
        <w:ind w:firstLine="400"/>
      </w:pPr>
      <w:r>
        <w:rPr>
          <w:rFonts w:ascii="宋体" w:hAnsi="宋体" w:eastAsia="宋体"/>
          <w:b w:val="0"/>
          <w:sz w:val="20"/>
        </w:rPr>
        <w:t>（2）引导学生互相交流，能用数量进行自我介绍，加强同学之间的认识和了解。</w:t>
      </w:r>
    </w:p>
    <w:p>
      <w:pPr>
        <w:spacing w:after="20" w:line="300" w:lineRule="auto"/>
        <w:ind w:firstLine="400"/>
      </w:pPr>
      <w:r>
        <w:rPr>
          <w:rFonts w:ascii="宋体" w:hAnsi="宋体" w:eastAsia="宋体"/>
          <w:b w:val="0"/>
          <w:sz w:val="20"/>
        </w:rPr>
        <w:t>（3）体会方位与生活的密切关系，激发学习数学的兴趣。</w:t>
      </w:r>
    </w:p>
    <w:p>
      <w:pPr>
        <w:spacing w:after="20" w:line="300" w:lineRule="auto"/>
      </w:pPr>
      <w:r>
        <w:rPr>
          <w:rFonts w:ascii="宋体" w:hAnsi="宋体" w:eastAsia="宋体"/>
          <w:b w:val="0"/>
          <w:sz w:val="20"/>
        </w:rPr>
        <w:t>教学重点：正确使用上、下、前、后、左、右等方位词描述物体的位置。</w:t>
      </w:r>
    </w:p>
    <w:p>
      <w:pPr>
        <w:spacing w:after="20" w:line="300" w:lineRule="auto"/>
      </w:pPr>
      <w:r>
        <w:rPr>
          <w:rFonts w:ascii="宋体" w:hAnsi="宋体" w:eastAsia="宋体"/>
          <w:b w:val="0"/>
          <w:sz w:val="20"/>
        </w:rPr>
        <w:t>教学难点：在活动中正确辨认“左、右”。</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谈话导入，揭示课题</w:t>
            </w:r>
          </w:p>
        </w:tc>
        <w:tc>
          <w:tcPr>
            <w:tcW w:type="dxa" w:w="1814"/>
          </w:tcPr>
          <w:p>
            <w:pPr>
              <w:spacing w:after="20" w:line="276" w:lineRule="auto"/>
            </w:pPr>
            <w:r/>
            <w:r>
              <w:rPr>
                <w:rFonts w:ascii="宋体" w:hAnsi="宋体" w:eastAsia="宋体"/>
                <w:b w:val="0"/>
                <w:sz w:val="18"/>
              </w:rPr>
              <w:t>视频、课件</w:t>
            </w:r>
          </w:p>
        </w:tc>
        <w:tc>
          <w:tcPr>
            <w:tcW w:type="dxa" w:w="3402"/>
          </w:tcPr>
          <w:p>
            <w:pPr>
              <w:spacing w:after="20" w:line="276" w:lineRule="auto"/>
            </w:pPr>
            <w:r/>
            <w:r>
              <w:rPr>
                <w:rFonts w:ascii="宋体" w:hAnsi="宋体" w:eastAsia="宋体"/>
                <w:b w:val="0"/>
                <w:sz w:val="18"/>
              </w:rPr>
              <w:t>同学们，经过几天的学习，大家对我们的校园已经有一定的了解，你能介绍一下我们的校园吗？</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初步感知方位</w:t>
            </w:r>
          </w:p>
        </w:tc>
        <w:tc>
          <w:tcPr>
            <w:tcW w:type="dxa" w:w="1814"/>
          </w:tcPr>
          <w:p>
            <w:pPr>
              <w:spacing w:after="20" w:line="276" w:lineRule="auto"/>
            </w:pPr>
            <w:r/>
            <w:r>
              <w:rPr>
                <w:rFonts w:ascii="宋体" w:hAnsi="宋体" w:eastAsia="宋体"/>
                <w:b w:val="0"/>
                <w:sz w:val="18"/>
              </w:rPr>
              <w:t>课件、视频</w:t>
            </w:r>
          </w:p>
        </w:tc>
        <w:tc>
          <w:tcPr>
            <w:tcW w:type="dxa" w:w="3402"/>
          </w:tcPr>
          <w:p>
            <w:pPr>
              <w:spacing w:after="20" w:line="276" w:lineRule="auto"/>
            </w:pPr>
            <w:r/>
            <w:r>
              <w:rPr>
                <w:rFonts w:ascii="宋体" w:hAnsi="宋体" w:eastAsia="宋体"/>
                <w:b w:val="0"/>
                <w:sz w:val="18"/>
              </w:rPr>
              <w:t>我们在生活中常用左手和右手做哪些事情？；左手和右手是一对好朋友，配合起来力量可大了。同学们找一找，在我们的身体上还有这样分“左和右”的好朋友吗？</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同学之间认一认</w:t>
            </w:r>
          </w:p>
        </w:tc>
        <w:tc>
          <w:tcPr>
            <w:tcW w:type="dxa" w:w="1814"/>
          </w:tcPr>
          <w:p>
            <w:pPr>
              <w:spacing w:after="20" w:line="276" w:lineRule="auto"/>
            </w:pPr>
            <w:r/>
            <w:r>
              <w:rPr>
                <w:rFonts w:ascii="宋体" w:hAnsi="宋体" w:eastAsia="宋体"/>
                <w:b w:val="0"/>
                <w:sz w:val="18"/>
              </w:rPr>
              <w:t>课件、视频</w:t>
            </w:r>
          </w:p>
        </w:tc>
        <w:tc>
          <w:tcPr>
            <w:tcW w:type="dxa" w:w="3402"/>
          </w:tcPr>
          <w:p>
            <w:pPr>
              <w:spacing w:after="20" w:line="276" w:lineRule="auto"/>
            </w:pPr>
            <w:r/>
            <w:r>
              <w:rPr>
                <w:rFonts w:ascii="宋体" w:hAnsi="宋体" w:eastAsia="宋体"/>
                <w:b w:val="0"/>
                <w:sz w:val="18"/>
              </w:rPr>
              <w:t>我们教室里不仅有各种物体，更重要的是有各位同学，你们想互相认识一下吗？；同学们的发言都很热情，相信大家在互相认识后都能成为好朋友。哪位同学能说出自己前、后、左、右的同学的姓名？</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课件、视频</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谈话导入，揭示课题</w:t>
            </w:r>
          </w:p>
        </w:tc>
        <w:tc>
          <w:tcPr>
            <w:tcW w:type="dxa" w:w="3061"/>
          </w:tcPr>
          <w:p>
            <w:pPr>
              <w:spacing w:after="20" w:line="276" w:lineRule="auto"/>
            </w:pPr>
            <w:r/>
            <w:r>
              <w:rPr>
                <w:rFonts w:ascii="宋体" w:hAnsi="宋体" w:eastAsia="宋体"/>
                <w:b w:val="0"/>
                <w:sz w:val="18"/>
              </w:rPr>
              <w:t>师：同学们，经过几天的学习，大家对我们的校园已经有一定的了解，你能介绍一下我们的校园吗？</w:t>
            </w:r>
          </w:p>
          <w:p>
            <w:pPr>
              <w:spacing w:after="20" w:line="276" w:lineRule="auto"/>
            </w:pPr>
            <w:r>
              <w:rPr>
                <w:rFonts w:ascii="宋体" w:hAnsi="宋体" w:eastAsia="宋体"/>
                <w:b w:val="0"/>
                <w:sz w:val="18"/>
              </w:rPr>
              <w:t>指名学生上台分享。</w:t>
            </w:r>
          </w:p>
          <w:p>
            <w:pPr>
              <w:spacing w:after="20" w:line="276" w:lineRule="auto"/>
            </w:pPr>
            <w:r>
              <w:rPr>
                <w:rFonts w:ascii="宋体" w:hAnsi="宋体" w:eastAsia="宋体"/>
                <w:b w:val="0"/>
                <w:sz w:val="18"/>
              </w:rPr>
              <w:t>师：是的，我们的校园不仅环境优美，教学资源丰富，教学楼和教室的位置分布也很合理。</w:t>
            </w:r>
          </w:p>
          <w:p>
            <w:pPr>
              <w:spacing w:after="20" w:line="276" w:lineRule="auto"/>
            </w:pPr>
            <w:r>
              <w:rPr>
                <w:rFonts w:ascii="宋体" w:hAnsi="宋体" w:eastAsia="宋体"/>
                <w:b w:val="0"/>
                <w:sz w:val="18"/>
              </w:rPr>
              <w:t>播放视频，学生观看。</w:t>
            </w:r>
          </w:p>
          <w:p>
            <w:pPr>
              <w:spacing w:after="20" w:line="276" w:lineRule="auto"/>
            </w:pPr>
            <w:r>
              <w:rPr>
                <w:rFonts w:ascii="宋体" w:hAnsi="宋体" w:eastAsia="宋体"/>
                <w:b w:val="0"/>
                <w:sz w:val="18"/>
              </w:rPr>
              <w:t>师：请同学们说说如何快速找到我们班的教室。</w:t>
            </w:r>
          </w:p>
          <w:p>
            <w:pPr>
              <w:spacing w:after="20" w:line="276" w:lineRule="auto"/>
            </w:pPr>
            <w:r>
              <w:rPr>
                <w:rFonts w:ascii="宋体" w:hAnsi="宋体" w:eastAsia="宋体"/>
                <w:b w:val="0"/>
                <w:sz w:val="18"/>
              </w:rPr>
              <w:t>师：今天这节课我们就来熟悉我们班的教室，同时，同学之间互相认识，加深了解。</w:t>
            </w:r>
          </w:p>
        </w:tc>
        <w:tc>
          <w:tcPr>
            <w:tcW w:type="dxa" w:w="3061"/>
          </w:tcPr>
          <w:p>
            <w:pPr>
              <w:spacing w:after="20" w:line="276" w:lineRule="auto"/>
            </w:pPr>
            <w:r/>
            <w:r>
              <w:rPr>
                <w:rFonts w:ascii="宋体" w:hAnsi="宋体" w:eastAsia="宋体"/>
                <w:b w:val="0"/>
                <w:sz w:val="18"/>
              </w:rPr>
              <w:t>学生能通过班级号和教室分布的特点，快速找到自己班的教室。</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创设情境激活学生已有经验，自然引出本课学习内容，激发学习兴趣，核心问题："同学们，经过几天的学习，大家对我们的校园已经有一定的了解，你能介绍一下我们的校园吗？"</w:t>
            </w:r>
          </w:p>
        </w:tc>
      </w:tr>
      <w:tr>
        <w:tc>
          <w:tcPr>
            <w:tcW w:type="dxa" w:w="1474"/>
          </w:tcPr>
          <w:p>
            <w:pPr>
              <w:spacing w:after="20" w:line="276" w:lineRule="auto"/>
            </w:pPr>
            <w:r>
              <w:rPr>
                <w:b/>
              </w:rPr>
            </w:r>
            <w:r>
              <w:rPr>
                <w:rFonts w:ascii="宋体" w:hAnsi="宋体" w:eastAsia="宋体"/>
                <w:b/>
                <w:sz w:val="18"/>
              </w:rPr>
              <w:t>初步感知方位</w:t>
            </w:r>
          </w:p>
        </w:tc>
        <w:tc>
          <w:tcPr>
            <w:tcW w:type="dxa" w:w="3061"/>
          </w:tcPr>
          <w:p>
            <w:pPr>
              <w:spacing w:after="20" w:line="276" w:lineRule="auto"/>
            </w:pPr>
            <w:r/>
            <w:r>
              <w:rPr>
                <w:rFonts w:ascii="宋体" w:hAnsi="宋体" w:eastAsia="宋体"/>
                <w:b w:val="0"/>
                <w:sz w:val="18"/>
              </w:rPr>
              <w:t>师：我们一起来玩个小游戏，游戏的名字叫“我说你做”。</w:t>
            </w:r>
          </w:p>
          <w:p>
            <w:pPr>
              <w:spacing w:after="20" w:line="276" w:lineRule="auto"/>
            </w:pPr>
            <w:r>
              <w:rPr>
                <w:rFonts w:ascii="宋体" w:hAnsi="宋体" w:eastAsia="宋体"/>
                <w:b w:val="0"/>
                <w:sz w:val="18"/>
              </w:rPr>
              <w:t>教师说口令，学生做动作：上拍拍，下拍拍，前拍拍，后拍拍，左拍拍，右拍拍。</w:t>
            </w:r>
          </w:p>
          <w:p>
            <w:pPr>
              <w:spacing w:after="20" w:line="276" w:lineRule="auto"/>
            </w:pPr>
            <w:r>
              <w:rPr>
                <w:rFonts w:ascii="宋体" w:hAnsi="宋体" w:eastAsia="宋体"/>
                <w:b w:val="0"/>
                <w:sz w:val="18"/>
              </w:rPr>
              <w:t>教师板书：上—下　前—后　左—右</w:t>
            </w:r>
          </w:p>
          <w:p>
            <w:pPr>
              <w:spacing w:after="20" w:line="276" w:lineRule="auto"/>
            </w:pPr>
            <w:r>
              <w:rPr>
                <w:rFonts w:ascii="宋体" w:hAnsi="宋体" w:eastAsia="宋体"/>
                <w:b w:val="0"/>
                <w:sz w:val="18"/>
              </w:rPr>
              <w:t>师：同学们都做得很好，有些同学对左、右分得不是很清楚，我们先来认识身体中的左右。</w:t>
            </w:r>
          </w:p>
          <w:p>
            <w:pPr>
              <w:spacing w:after="20" w:line="276" w:lineRule="auto"/>
            </w:pPr>
            <w:r>
              <w:rPr>
                <w:rFonts w:ascii="宋体" w:hAnsi="宋体" w:eastAsia="宋体"/>
                <w:b w:val="0"/>
                <w:sz w:val="18"/>
              </w:rPr>
              <w:t>师：我们都有两只手，左手和右手。(教师背对学生举起右手)这只手是右手，另一只手就是左手。</w:t>
            </w:r>
          </w:p>
          <w:p>
            <w:pPr>
              <w:spacing w:after="20" w:line="276" w:lineRule="auto"/>
            </w:pPr>
            <w:r>
              <w:rPr>
                <w:rFonts w:ascii="宋体" w:hAnsi="宋体" w:eastAsia="宋体"/>
                <w:b w:val="0"/>
                <w:sz w:val="18"/>
              </w:rPr>
              <w:t>师生保持同一方向，学生跟随老师举起自己的左、右手。</w:t>
            </w:r>
          </w:p>
          <w:p>
            <w:pPr>
              <w:spacing w:after="20" w:line="276" w:lineRule="auto"/>
            </w:pPr>
            <w:r>
              <w:rPr>
                <w:rFonts w:ascii="宋体" w:hAnsi="宋体" w:eastAsia="宋体"/>
                <w:b w:val="0"/>
                <w:sz w:val="18"/>
              </w:rPr>
              <w:t>师：我们在生活中常用左手和右手做哪些事情？</w:t>
            </w:r>
          </w:p>
          <w:p>
            <w:pPr>
              <w:spacing w:after="20" w:line="276" w:lineRule="auto"/>
            </w:pPr>
            <w:r>
              <w:rPr>
                <w:rFonts w:ascii="宋体" w:hAnsi="宋体" w:eastAsia="宋体"/>
                <w:b w:val="0"/>
                <w:sz w:val="18"/>
              </w:rPr>
              <w:t>师：左手和右手是一对好朋友，配合起来力量可大了。同学们找一找，在我们的身体上还有这样分“左和右”的好朋友吗？同桌之间互相说一说吧。</w:t>
            </w:r>
          </w:p>
          <w:p>
            <w:pPr>
              <w:spacing w:after="20" w:line="276" w:lineRule="auto"/>
            </w:pPr>
            <w:r>
              <w:rPr>
                <w:rFonts w:ascii="宋体" w:hAnsi="宋体" w:eastAsia="宋体"/>
                <w:b w:val="0"/>
                <w:sz w:val="18"/>
              </w:rPr>
              <w:t>师：与左手同侧的就是我的左面，如左眼、左耳、左腿；与右手同侧的就是我的右面，如右眼、右耳、右腿。</w:t>
            </w:r>
          </w:p>
          <w:p>
            <w:pPr>
              <w:spacing w:after="20" w:line="276" w:lineRule="auto"/>
            </w:pPr>
            <w:r>
              <w:rPr>
                <w:rFonts w:ascii="宋体" w:hAnsi="宋体" w:eastAsia="宋体"/>
                <w:b w:val="0"/>
                <w:sz w:val="18"/>
              </w:rPr>
              <w:t>师：上、下、前、后、左、右都是方位词，请同学们结合刚才的学习，用你们智慧的小眼睛找一找，在教室的各个方位都有哪些物品。</w:t>
            </w:r>
          </w:p>
        </w:tc>
        <w:tc>
          <w:tcPr>
            <w:tcW w:type="dxa" w:w="3061"/>
          </w:tcPr>
          <w:p>
            <w:pPr>
              <w:spacing w:after="20" w:line="276" w:lineRule="auto"/>
            </w:pPr>
            <w:r/>
            <w:r>
              <w:rPr>
                <w:rFonts w:ascii="宋体" w:hAnsi="宋体" w:eastAsia="宋体"/>
                <w:b w:val="0"/>
                <w:sz w:val="18"/>
              </w:rPr>
              <w:t>预设1：我用左手扶碗，右手拿勺子吃饭。</w:t>
            </w:r>
          </w:p>
          <w:p>
            <w:pPr>
              <w:spacing w:after="20" w:line="276" w:lineRule="auto"/>
            </w:pPr>
            <w:r>
              <w:rPr>
                <w:rFonts w:ascii="宋体" w:hAnsi="宋体" w:eastAsia="宋体"/>
                <w:b w:val="0"/>
                <w:sz w:val="18"/>
              </w:rPr>
              <w:t>预设2：我回答问题举右手。</w:t>
            </w:r>
          </w:p>
          <w:p>
            <w:pPr>
              <w:spacing w:after="20" w:line="276" w:lineRule="auto"/>
            </w:pPr>
            <w:r>
              <w:rPr>
                <w:rFonts w:ascii="宋体" w:hAnsi="宋体" w:eastAsia="宋体"/>
                <w:b w:val="0"/>
                <w:sz w:val="18"/>
              </w:rPr>
              <w:t>学生可能会说：左眼、右眼，左耳、右耳，左腿、右腿……</w:t>
            </w:r>
          </w:p>
          <w:p>
            <w:pPr>
              <w:spacing w:after="20" w:line="276" w:lineRule="auto"/>
            </w:pPr>
            <w:r>
              <w:rPr>
                <w:rFonts w:ascii="宋体" w:hAnsi="宋体" w:eastAsia="宋体"/>
                <w:b w:val="0"/>
                <w:sz w:val="18"/>
              </w:rPr>
              <w:t>预设1：教室的前面有黑板、国旗、时钟，后面有文化橱窗和储物柜。</w:t>
            </w:r>
          </w:p>
          <w:p>
            <w:pPr>
              <w:spacing w:after="20" w:line="276" w:lineRule="auto"/>
            </w:pPr>
            <w:r>
              <w:rPr>
                <w:rFonts w:ascii="宋体" w:hAnsi="宋体" w:eastAsia="宋体"/>
                <w:b w:val="0"/>
                <w:sz w:val="18"/>
              </w:rPr>
              <w:t>预设2：教室的左边有窗户，右边有两扇门。</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设计递进式探究活动，引导学生在动手实践与合作交流中经历知识形成过程，突破本课重难点，核心问题："我们在生活中常用左手和右手做哪些事情？"</w:t>
            </w:r>
          </w:p>
        </w:tc>
      </w:tr>
      <w:tr>
        <w:tc>
          <w:tcPr>
            <w:tcW w:type="dxa" w:w="1474"/>
          </w:tcPr>
          <w:p>
            <w:pPr>
              <w:spacing w:after="20" w:line="276" w:lineRule="auto"/>
            </w:pPr>
            <w:r>
              <w:rPr>
                <w:b/>
              </w:rPr>
            </w:r>
            <w:r>
              <w:rPr>
                <w:rFonts w:ascii="宋体" w:hAnsi="宋体" w:eastAsia="宋体"/>
                <w:b/>
                <w:sz w:val="18"/>
              </w:rPr>
              <w:t>同学之间认一认</w:t>
            </w:r>
          </w:p>
        </w:tc>
        <w:tc>
          <w:tcPr>
            <w:tcW w:type="dxa" w:w="3061"/>
          </w:tcPr>
          <w:p>
            <w:pPr>
              <w:spacing w:after="20" w:line="276" w:lineRule="auto"/>
            </w:pPr>
            <w:r/>
            <w:r>
              <w:rPr>
                <w:rFonts w:ascii="宋体" w:hAnsi="宋体" w:eastAsia="宋体"/>
                <w:b w:val="0"/>
                <w:sz w:val="18"/>
              </w:rPr>
              <w:t>师：我们教室里不仅有各种物体，更重要的是有各位同学，你们想互相认识一下吗？下面请大家进行简单的自我介绍。</w:t>
            </w:r>
          </w:p>
          <w:p>
            <w:pPr>
              <w:spacing w:after="20" w:line="276" w:lineRule="auto"/>
            </w:pPr>
            <w:r>
              <w:rPr>
                <w:rFonts w:ascii="宋体" w:hAnsi="宋体" w:eastAsia="宋体"/>
                <w:b w:val="0"/>
                <w:sz w:val="18"/>
              </w:rPr>
              <w:t>师：同学们的发言都很热情，相信大家在互相认识后都能成为好朋友。哪位同学能说出自己前、后、左、右的同学的姓名？</w:t>
            </w:r>
          </w:p>
        </w:tc>
        <w:tc>
          <w:tcPr>
            <w:tcW w:type="dxa" w:w="3061"/>
          </w:tcPr>
          <w:p>
            <w:pPr>
              <w:spacing w:after="20" w:line="276" w:lineRule="auto"/>
            </w:pPr>
            <w:r/>
            <w:r>
              <w:rPr>
                <w:rFonts w:ascii="宋体" w:hAnsi="宋体" w:eastAsia="宋体"/>
                <w:b w:val="0"/>
                <w:sz w:val="18"/>
              </w:rPr>
              <w:t>同桌之间先互相说一说，再在小组内说一说，然后请同学到讲台前说一说。</w:t>
            </w:r>
          </w:p>
          <w:p>
            <w:pPr>
              <w:spacing w:after="20" w:line="276" w:lineRule="auto"/>
            </w:pPr>
            <w:r>
              <w:rPr>
                <w:rFonts w:ascii="宋体" w:hAnsi="宋体" w:eastAsia="宋体"/>
                <w:b w:val="0"/>
                <w:sz w:val="18"/>
              </w:rPr>
              <w:t>学生先在小组内说一说，教师再随机请同学说一说。</w:t>
            </w:r>
          </w:p>
        </w:tc>
        <w:tc>
          <w:tcPr>
            <w:tcW w:type="dxa" w:w="1814"/>
          </w:tcPr>
          <w:p>
            <w:pPr>
              <w:spacing w:after="20" w:line="276" w:lineRule="auto"/>
            </w:pPr>
            <w:r/>
            <w:r>
              <w:rPr>
                <w:rFonts w:ascii="宋体" w:hAnsi="宋体" w:eastAsia="宋体"/>
                <w:b w:val="0"/>
                <w:sz w:val="18"/>
              </w:rPr>
              <w:t>围绕环节目标组织学习活动，引导学生主动参与、积极思考，核心问题："我们教室里不仅有各种物体，更重要的是有各位同学，你们想互相认识一下吗？"</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师：同学们，数学知识不仅存在于课本里，在我们的生活中更是随处可见。回家后你可以把今天认识的同学介绍给爸爸妈妈，并认真观察家里的摆设，明天上学后再和同学们一起交流分享。</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在教室里认一认</w:t>
      </w:r>
    </w:p>
    <w:p>
      <w:pPr>
        <w:spacing w:after="40" w:line="300" w:lineRule="auto"/>
      </w:pPr>
      <w:r>
        <w:rPr>
          <w:rFonts w:ascii="宋体" w:hAnsi="宋体" w:eastAsia="宋体"/>
          <w:b w:val="0"/>
          <w:sz w:val="20"/>
        </w:rPr>
        <w:t>上—下　前—后　左—右</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教科书P6～7。</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一年级的学生对方位有一定的生活经验，但是在描述中很容易将左右混淆。因此教学时着重讲解了身体中的左右和以身体为中心辨别身边事物的左右的方法。在同学之间互相认一认的环节，需要教师的用心准备和耐心引导，保证学生全员参与，主动表达交流，体会数学和生活实际的紧密联系，提升学习数学的兴趣。</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在教室里玩一玩</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在教室里玩一玩</w:t>
            </w:r>
          </w:p>
        </w:tc>
        <w:tc>
          <w:tcPr>
            <w:tcW w:type="dxa" w:w="6009"/>
          </w:tcPr>
          <w:p>
            <w:pPr>
              <w:spacing w:after="20" w:line="276" w:lineRule="auto"/>
            </w:pPr>
            <w:r/>
            <w:r>
              <w:rPr>
                <w:rFonts w:ascii="宋体" w:hAnsi="宋体" w:eastAsia="宋体"/>
                <w:b w:val="0"/>
                <w:sz w:val="20"/>
              </w:rPr>
              <w:t>数学游戏</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幼儿园和实际生活中，已经接触过数数，会数简单的物体个数，会比较数量较少的物体的多少，会比较具体物体的高矮、大小，也知道简单的方位，如上、下、前、后、左、右，所以本单元的知识目标对于学生来说并不难，都是回顾学生在幼儿园中就已经感悟过的内容。但是小学的学习活动无论是在时间还是活动规范方面都比幼儿园要严格一些，所以教学的难点是如何组织学生按照要求有序开展活动，并引导学生清晰地运用数量及其他简单的数学知识来表达，熟悉小学学习的相关要求。</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教学内容：教科书P8～9。</w:t>
      </w:r>
    </w:p>
    <w:p>
      <w:pPr>
        <w:spacing w:after="80" w:line="300" w:lineRule="auto"/>
        <w:ind w:firstLine="400"/>
      </w:pPr>
      <w:r>
        <w:rPr>
          <w:rFonts w:ascii="宋体" w:hAnsi="宋体" w:eastAsia="宋体"/>
          <w:b w:val="0"/>
          <w:sz w:val="20"/>
        </w:rPr>
        <w:t>设计思路：同前面的几节课一样，让学生在游戏活动中激发活动经验，进一步了解学生已有的学习经验。同时在游戏活动中，让学生相互熟悉和了解，学会表达、合作和倾听，为后续的学习做准备。</w:t>
      </w:r>
    </w:p>
    <w:p>
      <w:pPr>
        <w:spacing w:after="80" w:line="300" w:lineRule="auto"/>
        <w:ind w:firstLine="400"/>
      </w:pPr>
      <w:r>
        <w:rPr>
          <w:rFonts w:ascii="宋体" w:hAnsi="宋体" w:eastAsia="宋体"/>
          <w:b w:val="0"/>
          <w:sz w:val="20"/>
        </w:rPr>
        <w:t>教学准备：教师准备视频(教科书第8页的2个游戏和第9页上方的游戏)，学生准备一定数量的积木。</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（1）在“找方位”“萝卜蹲”的游戏活动中，进一步体会身体中的“左、右”。</w:t>
      </w:r>
    </w:p>
    <w:p>
      <w:pPr>
        <w:spacing w:after="20" w:line="300" w:lineRule="auto"/>
        <w:ind w:firstLine="400"/>
      </w:pPr>
      <w:r>
        <w:rPr>
          <w:rFonts w:ascii="宋体" w:hAnsi="宋体" w:eastAsia="宋体"/>
          <w:b w:val="0"/>
          <w:sz w:val="20"/>
        </w:rPr>
        <w:t>（2）在“抢椅子”的游戏活动中，体会数量的多少，渗透一一对应的数学思想。</w:t>
      </w:r>
    </w:p>
    <w:p>
      <w:pPr>
        <w:spacing w:after="20" w:line="300" w:lineRule="auto"/>
        <w:ind w:firstLine="400"/>
      </w:pPr>
      <w:r>
        <w:rPr>
          <w:rFonts w:ascii="宋体" w:hAnsi="宋体" w:eastAsia="宋体"/>
          <w:b w:val="0"/>
          <w:sz w:val="20"/>
        </w:rPr>
        <w:t>（3）通过拼图活动，辨认立体图形和平面图形，并能用立体图形和平面图形进行拼组，培养空间观念。</w:t>
      </w:r>
    </w:p>
    <w:p>
      <w:pPr>
        <w:spacing w:after="20" w:line="300" w:lineRule="auto"/>
      </w:pPr>
      <w:r>
        <w:rPr>
          <w:rFonts w:ascii="宋体" w:hAnsi="宋体" w:eastAsia="宋体"/>
          <w:b w:val="0"/>
          <w:sz w:val="20"/>
        </w:rPr>
        <w:t>教学重点：体会左、右方位，用图形进行有创意的拼组。</w:t>
      </w:r>
    </w:p>
    <w:p>
      <w:pPr>
        <w:spacing w:after="20" w:line="300" w:lineRule="auto"/>
      </w:pPr>
      <w:r>
        <w:rPr>
          <w:rFonts w:ascii="宋体" w:hAnsi="宋体" w:eastAsia="宋体"/>
          <w:b w:val="0"/>
          <w:sz w:val="20"/>
        </w:rPr>
        <w:t>教学难点：感悟一一对应的思想。</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游戏导入</w:t>
            </w:r>
          </w:p>
        </w:tc>
        <w:tc>
          <w:tcPr>
            <w:tcW w:type="dxa" w:w="1814"/>
          </w:tcPr>
          <w:p>
            <w:pPr>
              <w:spacing w:after="20" w:line="276" w:lineRule="auto"/>
            </w:pPr>
            <w:r/>
            <w:r>
              <w:rPr>
                <w:rFonts w:ascii="宋体" w:hAnsi="宋体" w:eastAsia="宋体"/>
                <w:b w:val="0"/>
                <w:sz w:val="18"/>
              </w:rPr>
              <w:t>视频、教科书、积木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开展“找方位”游戏，体验方位</w:t>
            </w:r>
          </w:p>
        </w:tc>
        <w:tc>
          <w:tcPr>
            <w:tcW w:type="dxa" w:w="1814"/>
          </w:tcPr>
          <w:p>
            <w:pPr>
              <w:spacing w:after="20" w:line="276" w:lineRule="auto"/>
            </w:pPr>
            <w:r/>
            <w:r>
              <w:rPr>
                <w:rFonts w:ascii="宋体" w:hAnsi="宋体" w:eastAsia="宋体"/>
                <w:b w:val="0"/>
                <w:sz w:val="18"/>
              </w:rPr>
              <w:t>课件、教科书、视频、积木</w:t>
            </w:r>
          </w:p>
        </w:tc>
        <w:tc>
          <w:tcPr>
            <w:tcW w:type="dxa" w:w="3402"/>
          </w:tcPr>
          <w:p>
            <w:pPr>
              <w:spacing w:after="20" w:line="276" w:lineRule="auto"/>
            </w:pPr>
            <w:r/>
            <w:r>
              <w:rPr>
                <w:rFonts w:ascii="宋体" w:hAnsi="宋体" w:eastAsia="宋体"/>
                <w:b w:val="0"/>
                <w:sz w:val="18"/>
              </w:rPr>
              <w:t>你在幼儿园和小朋友玩过这样的游戏吗？谁来说说这样的游戏该怎么玩？</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开展“萝卜蹲”游戏，进一步体会方位和数数</w:t>
            </w:r>
          </w:p>
        </w:tc>
        <w:tc>
          <w:tcPr>
            <w:tcW w:type="dxa" w:w="1814"/>
          </w:tcPr>
          <w:p>
            <w:pPr>
              <w:spacing w:after="20" w:line="276" w:lineRule="auto"/>
            </w:pPr>
            <w:r/>
            <w:r>
              <w:rPr>
                <w:rFonts w:ascii="宋体" w:hAnsi="宋体" w:eastAsia="宋体"/>
                <w:b w:val="0"/>
                <w:sz w:val="18"/>
              </w:rPr>
              <w:t>视频、教科书、积木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玩“抢椅子”的游戏</w:t>
            </w:r>
          </w:p>
        </w:tc>
        <w:tc>
          <w:tcPr>
            <w:tcW w:type="dxa" w:w="1814"/>
          </w:tcPr>
          <w:p>
            <w:pPr>
              <w:spacing w:after="20" w:line="276" w:lineRule="auto"/>
            </w:pPr>
            <w:r/>
            <w:r>
              <w:rPr>
                <w:rFonts w:ascii="宋体" w:hAnsi="宋体" w:eastAsia="宋体"/>
                <w:b w:val="0"/>
                <w:sz w:val="18"/>
              </w:rPr>
              <w:t>课件、教科书、视频、积木</w:t>
            </w:r>
          </w:p>
        </w:tc>
        <w:tc>
          <w:tcPr>
            <w:tcW w:type="dxa" w:w="3402"/>
          </w:tcPr>
          <w:p>
            <w:pPr>
              <w:spacing w:after="20" w:line="276" w:lineRule="auto"/>
            </w:pPr>
            <w:r/>
            <w:r>
              <w:rPr>
                <w:rFonts w:ascii="宋体" w:hAnsi="宋体" w:eastAsia="宋体"/>
                <w:b w:val="0"/>
                <w:sz w:val="18"/>
              </w:rPr>
              <w:t>你们玩过这个游戏吗？；为什么有人没有坐到椅子？</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视频、教科书、积木</w:t>
            </w:r>
          </w:p>
        </w:tc>
        <w:tc>
          <w:tcPr>
            <w:tcW w:type="dxa" w:w="3402"/>
          </w:tcPr>
          <w:p>
            <w:pPr>
              <w:spacing w:after="20" w:line="276" w:lineRule="auto"/>
            </w:pPr>
            <w:r/>
            <w:r>
              <w:rPr>
                <w:rFonts w:ascii="宋体" w:hAnsi="宋体" w:eastAsia="宋体"/>
                <w:b w:val="0"/>
                <w:sz w:val="18"/>
              </w:rPr>
              <w:t>同学们，今天的游戏课有趣吗？</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游戏导入</w:t>
            </w:r>
          </w:p>
        </w:tc>
        <w:tc>
          <w:tcPr>
            <w:tcW w:type="dxa" w:w="3061"/>
          </w:tcPr>
          <w:p>
            <w:pPr>
              <w:spacing w:after="20" w:line="276" w:lineRule="auto"/>
            </w:pPr>
            <w:r/>
            <w:r>
              <w:rPr>
                <w:rFonts w:ascii="宋体" w:hAnsi="宋体" w:eastAsia="宋体"/>
                <w:b w:val="0"/>
                <w:sz w:val="18"/>
              </w:rPr>
              <w:t>师：同学们，我们来玩一个游戏吧！注意听游戏的规则：老师说一个词，请你说出与它相反的词。比如我说“上来”，你们就应该说“下去”。听清楚游戏规则了吗？</w:t>
            </w:r>
          </w:p>
          <w:p>
            <w:pPr>
              <w:spacing w:after="20" w:line="276" w:lineRule="auto"/>
            </w:pPr>
            <w:r>
              <w:rPr>
                <w:rFonts w:ascii="宋体" w:hAnsi="宋体" w:eastAsia="宋体"/>
                <w:b w:val="0"/>
                <w:sz w:val="18"/>
              </w:rPr>
              <w:t>引导学生边说边指，类似“左”“右”这种容易混淆的方位词可以反复练习。</w:t>
            </w:r>
          </w:p>
          <w:p>
            <w:pPr>
              <w:spacing w:after="20" w:line="276" w:lineRule="auto"/>
            </w:pPr>
            <w:r>
              <w:rPr>
                <w:rFonts w:ascii="宋体" w:hAnsi="宋体" w:eastAsia="宋体"/>
                <w:b w:val="0"/>
                <w:sz w:val="18"/>
              </w:rPr>
              <w:t>师：今天这节课我们继续在教室里用这些表示方位的词来玩游戏。(板书课题“在教室里玩一玩”)</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开展“找方位”游戏，体验方位</w:t>
            </w:r>
          </w:p>
        </w:tc>
        <w:tc>
          <w:tcPr>
            <w:tcW w:type="dxa" w:w="3061"/>
          </w:tcPr>
          <w:p>
            <w:pPr>
              <w:spacing w:after="20" w:line="276" w:lineRule="auto"/>
            </w:pPr>
            <w:r/>
            <w:r>
              <w:rPr>
                <w:rFonts w:ascii="宋体" w:hAnsi="宋体" w:eastAsia="宋体"/>
                <w:b w:val="0"/>
                <w:sz w:val="18"/>
              </w:rPr>
              <w:t>1.课件出示教科书第8页的游戏视频，学生观看。</w:t>
            </w:r>
          </w:p>
          <w:p>
            <w:pPr>
              <w:spacing w:after="20" w:line="276" w:lineRule="auto"/>
            </w:pPr>
            <w:r>
              <w:rPr>
                <w:rFonts w:ascii="宋体" w:hAnsi="宋体" w:eastAsia="宋体"/>
                <w:b w:val="0"/>
                <w:sz w:val="18"/>
              </w:rPr>
              <w:t>第一个游戏：我说你做、正话反做(两人游戏)。</w:t>
            </w:r>
          </w:p>
          <w:p>
            <w:pPr>
              <w:spacing w:after="20" w:line="276" w:lineRule="auto"/>
            </w:pPr>
            <w:r>
              <w:rPr>
                <w:rFonts w:ascii="宋体" w:hAnsi="宋体" w:eastAsia="宋体"/>
                <w:b w:val="0"/>
                <w:sz w:val="18"/>
              </w:rPr>
              <w:t>第二个游戏：一人发指令，其他的人做(多人游戏)。</w:t>
            </w:r>
          </w:p>
          <w:p>
            <w:pPr>
              <w:spacing w:after="20" w:line="276" w:lineRule="auto"/>
            </w:pPr>
            <w:r>
              <w:rPr>
                <w:rFonts w:ascii="宋体" w:hAnsi="宋体" w:eastAsia="宋体"/>
                <w:b w:val="0"/>
                <w:sz w:val="18"/>
              </w:rPr>
              <w:t>2．说一说这些游戏的玩法。</w:t>
            </w:r>
          </w:p>
          <w:p>
            <w:pPr>
              <w:spacing w:after="20" w:line="276" w:lineRule="auto"/>
            </w:pPr>
            <w:r>
              <w:rPr>
                <w:rFonts w:ascii="宋体" w:hAnsi="宋体" w:eastAsia="宋体"/>
                <w:b w:val="0"/>
                <w:sz w:val="18"/>
              </w:rPr>
              <w:t>师：你在幼儿园和小朋友玩过这样的游戏吗？谁来说说这样的游戏该怎么玩？</w:t>
            </w:r>
          </w:p>
          <w:p>
            <w:pPr>
              <w:spacing w:after="20" w:line="276" w:lineRule="auto"/>
            </w:pPr>
            <w:r>
              <w:rPr>
                <w:rFonts w:ascii="宋体" w:hAnsi="宋体" w:eastAsia="宋体"/>
                <w:b w:val="0"/>
                <w:sz w:val="18"/>
              </w:rPr>
              <w:t>因为有幼儿园的游戏基础，学生基本上能说出游戏规则。</w:t>
            </w:r>
          </w:p>
          <w:p>
            <w:pPr>
              <w:spacing w:after="20" w:line="276" w:lineRule="auto"/>
            </w:pPr>
            <w:r>
              <w:rPr>
                <w:rFonts w:ascii="宋体" w:hAnsi="宋体" w:eastAsia="宋体"/>
                <w:b w:val="0"/>
                <w:sz w:val="18"/>
              </w:rPr>
              <w:t>3．分组玩游戏。</w:t>
            </w:r>
          </w:p>
          <w:p>
            <w:pPr>
              <w:spacing w:after="20" w:line="276" w:lineRule="auto"/>
            </w:pPr>
            <w:r>
              <w:rPr>
                <w:rFonts w:ascii="宋体" w:hAnsi="宋体" w:eastAsia="宋体"/>
                <w:b w:val="0"/>
                <w:sz w:val="18"/>
              </w:rPr>
              <w:t>师：我们先来玩两人游戏，同桌两人一组，一个说指令，另外一个照着做；或者其中一个说指令，另外一个做相反的动作。</w:t>
            </w:r>
          </w:p>
          <w:p>
            <w:pPr>
              <w:spacing w:after="20" w:line="276" w:lineRule="auto"/>
            </w:pPr>
            <w:r>
              <w:rPr>
                <w:rFonts w:ascii="宋体" w:hAnsi="宋体" w:eastAsia="宋体"/>
                <w:b w:val="0"/>
                <w:sz w:val="18"/>
              </w:rPr>
              <w:t>教师巡视指导，要求全员参与。</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围绕环节目标组织学习活动，引导学生主动参与、积极思考，核心问题："你在幼儿园和小朋友玩过这样的游戏吗？谁来说说这样的游戏该怎么玩？"</w:t>
            </w:r>
          </w:p>
        </w:tc>
      </w:tr>
      <w:tr>
        <w:tc>
          <w:tcPr>
            <w:tcW w:type="dxa" w:w="1474"/>
          </w:tcPr>
          <w:p>
            <w:pPr>
              <w:spacing w:after="20" w:line="276" w:lineRule="auto"/>
            </w:pPr>
            <w:r>
              <w:rPr>
                <w:b/>
              </w:rPr>
            </w:r>
            <w:r>
              <w:rPr>
                <w:rFonts w:ascii="宋体" w:hAnsi="宋体" w:eastAsia="宋体"/>
                <w:b/>
                <w:sz w:val="18"/>
              </w:rPr>
              <w:t>开展“萝卜蹲”游戏，进一步体会方位和数数</w:t>
            </w:r>
          </w:p>
        </w:tc>
        <w:tc>
          <w:tcPr>
            <w:tcW w:type="dxa" w:w="3061"/>
          </w:tcPr>
          <w:p>
            <w:pPr>
              <w:spacing w:after="20" w:line="276" w:lineRule="auto"/>
            </w:pPr>
            <w:r/>
            <w:r>
              <w:rPr>
                <w:rFonts w:ascii="宋体" w:hAnsi="宋体" w:eastAsia="宋体"/>
                <w:b w:val="0"/>
                <w:sz w:val="18"/>
              </w:rPr>
              <w:t>1.承接前面的游戏活动。</w:t>
            </w:r>
          </w:p>
          <w:p>
            <w:pPr>
              <w:spacing w:after="20" w:line="276" w:lineRule="auto"/>
            </w:pPr>
            <w:r>
              <w:rPr>
                <w:rFonts w:ascii="宋体" w:hAnsi="宋体" w:eastAsia="宋体"/>
                <w:b w:val="0"/>
                <w:sz w:val="18"/>
              </w:rPr>
              <w:t>师：我们再来玩多人游戏，先请第一大组的12名同学到前面排成一行，其中一人说指令，如“我右边的第2个人举起右手”等。</w:t>
            </w:r>
          </w:p>
          <w:p>
            <w:pPr>
              <w:spacing w:after="20" w:line="276" w:lineRule="auto"/>
            </w:pPr>
            <w:r>
              <w:rPr>
                <w:rFonts w:ascii="宋体" w:hAnsi="宋体" w:eastAsia="宋体"/>
                <w:b w:val="0"/>
                <w:sz w:val="18"/>
              </w:rPr>
              <w:t>其他组照这样的方法进行游戏。</w:t>
            </w:r>
          </w:p>
          <w:p>
            <w:pPr>
              <w:spacing w:after="20" w:line="276" w:lineRule="auto"/>
            </w:pPr>
            <w:r>
              <w:rPr>
                <w:rFonts w:ascii="宋体" w:hAnsi="宋体" w:eastAsia="宋体"/>
                <w:b w:val="0"/>
                <w:sz w:val="18"/>
              </w:rPr>
              <w:t>2．玩“萝卜蹲”游戏。</w:t>
            </w:r>
          </w:p>
          <w:p>
            <w:pPr>
              <w:spacing w:after="20" w:line="276" w:lineRule="auto"/>
            </w:pPr>
            <w:r>
              <w:rPr>
                <w:rFonts w:ascii="宋体" w:hAnsi="宋体" w:eastAsia="宋体"/>
                <w:b w:val="0"/>
                <w:sz w:val="18"/>
              </w:rPr>
              <w:t>(1)指定角色蹲。</w:t>
            </w:r>
          </w:p>
          <w:p>
            <w:pPr>
              <w:spacing w:after="20" w:line="276" w:lineRule="auto"/>
            </w:pPr>
            <w:r>
              <w:rPr>
                <w:rFonts w:ascii="宋体" w:hAnsi="宋体" w:eastAsia="宋体"/>
                <w:b w:val="0"/>
                <w:sz w:val="18"/>
              </w:rPr>
              <w:t>师：在这游戏的基础上，我们来增加要求，按指令做动作。</w:t>
            </w:r>
          </w:p>
          <w:p>
            <w:pPr>
              <w:spacing w:after="20" w:line="276" w:lineRule="auto"/>
            </w:pPr>
            <w:r>
              <w:rPr>
                <w:rFonts w:ascii="宋体" w:hAnsi="宋体" w:eastAsia="宋体"/>
                <w:b w:val="0"/>
                <w:sz w:val="18"/>
              </w:rPr>
              <w:t>教师讲解游戏规则：分小组活动，每组指定每个同学的角色，如红萝卜、黄萝卜、白萝卜、紫萝卜。老师首先喊到哪个萝卜蹲，蹲三下后，喊另外的萝卜蹲。</w:t>
            </w:r>
          </w:p>
          <w:p>
            <w:pPr>
              <w:spacing w:after="20" w:line="276" w:lineRule="auto"/>
            </w:pPr>
            <w:r>
              <w:rPr>
                <w:rFonts w:ascii="宋体" w:hAnsi="宋体" w:eastAsia="宋体"/>
                <w:b w:val="0"/>
                <w:sz w:val="18"/>
              </w:rPr>
              <w:t>分组游戏，其他同学当裁判。</w:t>
            </w:r>
          </w:p>
          <w:p>
            <w:pPr>
              <w:spacing w:after="20" w:line="276" w:lineRule="auto"/>
            </w:pPr>
            <w:r>
              <w:rPr>
                <w:rFonts w:ascii="宋体" w:hAnsi="宋体" w:eastAsia="宋体"/>
                <w:b w:val="0"/>
                <w:sz w:val="18"/>
              </w:rPr>
              <w:t>(2)指定自己某个方位的萝卜蹲。</w:t>
            </w:r>
          </w:p>
          <w:p>
            <w:pPr>
              <w:spacing w:after="20" w:line="276" w:lineRule="auto"/>
            </w:pPr>
            <w:r>
              <w:rPr>
                <w:rFonts w:ascii="宋体" w:hAnsi="宋体" w:eastAsia="宋体"/>
                <w:b w:val="0"/>
                <w:sz w:val="18"/>
              </w:rPr>
              <w:t>师：我们现在加大难度哟。不直接喊哪个萝卜蹲，而是喊某个萝卜某个方位的萝卜蹲，如，白萝卜左边的萝卜蹲、红萝卜右边的萝卜蹲，黄萝卜右边的第3个萝卜蹲。</w:t>
            </w:r>
          </w:p>
          <w:p>
            <w:pPr>
              <w:spacing w:after="20" w:line="276" w:lineRule="auto"/>
            </w:pPr>
            <w:r>
              <w:rPr>
                <w:rFonts w:ascii="宋体" w:hAnsi="宋体" w:eastAsia="宋体"/>
                <w:b w:val="0"/>
                <w:sz w:val="18"/>
              </w:rPr>
              <w:t>师生一起分小组开展游戏，每轮进行评价。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玩“抢椅子”的游戏</w:t>
            </w:r>
          </w:p>
        </w:tc>
        <w:tc>
          <w:tcPr>
            <w:tcW w:type="dxa" w:w="3061"/>
          </w:tcPr>
          <w:p>
            <w:pPr>
              <w:spacing w:after="20" w:line="276" w:lineRule="auto"/>
            </w:pPr>
            <w:r/>
            <w:r>
              <w:rPr>
                <w:rFonts w:ascii="宋体" w:hAnsi="宋体" w:eastAsia="宋体"/>
                <w:b w:val="0"/>
                <w:sz w:val="18"/>
              </w:rPr>
              <w:t>1.课件出示教科书第9页的游戏视频，学生观看。</w:t>
            </w:r>
          </w:p>
          <w:p>
            <w:pPr>
              <w:spacing w:after="20" w:line="276" w:lineRule="auto"/>
            </w:pPr>
            <w:r>
              <w:rPr>
                <w:rFonts w:ascii="宋体" w:hAnsi="宋体" w:eastAsia="宋体"/>
                <w:b w:val="0"/>
                <w:sz w:val="18"/>
              </w:rPr>
              <w:t>师：你们玩过这个游戏吗？</w:t>
            </w:r>
          </w:p>
          <w:p>
            <w:pPr>
              <w:spacing w:after="20" w:line="276" w:lineRule="auto"/>
            </w:pPr>
            <w:r>
              <w:rPr>
                <w:rFonts w:ascii="宋体" w:hAnsi="宋体" w:eastAsia="宋体"/>
                <w:b w:val="0"/>
                <w:sz w:val="18"/>
              </w:rPr>
              <w:t>师生互动，理解游戏规则。</w:t>
            </w:r>
          </w:p>
          <w:p>
            <w:pPr>
              <w:spacing w:after="20" w:line="276" w:lineRule="auto"/>
            </w:pPr>
            <w:r>
              <w:rPr>
                <w:rFonts w:ascii="宋体" w:hAnsi="宋体" w:eastAsia="宋体"/>
                <w:b w:val="0"/>
                <w:sz w:val="18"/>
              </w:rPr>
              <w:t>2．初玩游戏，理解多与少。</w:t>
            </w:r>
          </w:p>
          <w:p>
            <w:pPr>
              <w:spacing w:after="20" w:line="276" w:lineRule="auto"/>
            </w:pPr>
            <w:r>
              <w:rPr>
                <w:rFonts w:ascii="宋体" w:hAnsi="宋体" w:eastAsia="宋体"/>
                <w:b w:val="0"/>
                <w:sz w:val="18"/>
              </w:rPr>
              <w:t>选7位同学、6把椅子玩游戏。</w:t>
            </w:r>
          </w:p>
          <w:p>
            <w:pPr>
              <w:spacing w:after="20" w:line="276" w:lineRule="auto"/>
            </w:pPr>
            <w:r>
              <w:rPr>
                <w:rFonts w:ascii="宋体" w:hAnsi="宋体" w:eastAsia="宋体"/>
                <w:b w:val="0"/>
                <w:sz w:val="18"/>
              </w:rPr>
              <w:t>师：为什么有人没有坐到椅子？</w:t>
            </w:r>
          </w:p>
          <w:p>
            <w:pPr>
              <w:spacing w:after="20" w:line="276" w:lineRule="auto"/>
            </w:pPr>
            <w:r>
              <w:rPr>
                <w:rFonts w:ascii="宋体" w:hAnsi="宋体" w:eastAsia="宋体"/>
                <w:b w:val="0"/>
                <w:sz w:val="18"/>
              </w:rPr>
              <w:t>3．再玩游戏，理解同样多。</w:t>
            </w:r>
          </w:p>
          <w:p>
            <w:pPr>
              <w:spacing w:after="20" w:line="276" w:lineRule="auto"/>
            </w:pPr>
            <w:r>
              <w:rPr>
                <w:rFonts w:ascii="宋体" w:hAnsi="宋体" w:eastAsia="宋体"/>
                <w:b w:val="0"/>
                <w:sz w:val="18"/>
              </w:rPr>
              <w:t>师追问：那你觉得在什么情况下大家才能都抢到椅子呢？</w:t>
            </w:r>
          </w:p>
          <w:p>
            <w:pPr>
              <w:spacing w:after="20" w:line="276" w:lineRule="auto"/>
            </w:pPr>
            <w:r>
              <w:rPr>
                <w:rFonts w:ascii="宋体" w:hAnsi="宋体" w:eastAsia="宋体"/>
                <w:b w:val="0"/>
                <w:sz w:val="18"/>
              </w:rPr>
              <w:t>选取学生代表上台玩游戏。(4个学生、4把椅子)</w:t>
            </w:r>
          </w:p>
          <w:p>
            <w:pPr>
              <w:spacing w:after="20" w:line="276" w:lineRule="auto"/>
            </w:pPr>
            <w:r>
              <w:rPr>
                <w:rFonts w:ascii="宋体" w:hAnsi="宋体" w:eastAsia="宋体"/>
                <w:b w:val="0"/>
                <w:sz w:val="18"/>
              </w:rPr>
              <w:t>师：他们都能抢到椅子吗？(能)为什么？</w:t>
            </w:r>
          </w:p>
          <w:p>
            <w:pPr>
              <w:spacing w:after="20" w:line="276" w:lineRule="auto"/>
            </w:pPr>
            <w:r>
              <w:rPr>
                <w:rFonts w:ascii="宋体" w:hAnsi="宋体" w:eastAsia="宋体"/>
                <w:b w:val="0"/>
                <w:sz w:val="18"/>
              </w:rPr>
              <w:t>师小结：是的，当椅子和人同样多的时候，也可以说一个人对应一把椅子，他们是“一一对应”的时候，我们可以猜到他们都能抢到椅子。(板书：同样多　一一对应)</w:t>
            </w:r>
          </w:p>
          <w:p>
            <w:pPr>
              <w:spacing w:after="20" w:line="276" w:lineRule="auto"/>
            </w:pPr>
            <w:r>
              <w:rPr>
                <w:rFonts w:ascii="宋体" w:hAnsi="宋体" w:eastAsia="宋体"/>
                <w:b w:val="0"/>
                <w:sz w:val="18"/>
              </w:rPr>
              <w:t>2．搭好后互相说一说：你搭的是什么作品？你用了哪些形状的积木？各用了几块？</w:t>
            </w:r>
          </w:p>
        </w:tc>
        <w:tc>
          <w:tcPr>
            <w:tcW w:type="dxa" w:w="3061"/>
          </w:tcPr>
          <w:p>
            <w:pPr>
              <w:spacing w:after="20" w:line="276" w:lineRule="auto"/>
            </w:pPr>
            <w:r/>
            <w:r>
              <w:rPr>
                <w:rFonts w:ascii="宋体" w:hAnsi="宋体" w:eastAsia="宋体"/>
                <w:b w:val="0"/>
                <w:sz w:val="18"/>
              </w:rPr>
              <w:t>学生会说出椅子少了，人多了；也有学生会说7个人只有6把椅子，7比6大，所以有人没坐到椅子。</w:t>
            </w:r>
          </w:p>
          <w:p>
            <w:pPr>
              <w:spacing w:after="20" w:line="276" w:lineRule="auto"/>
            </w:pPr>
            <w:r>
              <w:rPr>
                <w:rFonts w:ascii="宋体" w:hAnsi="宋体" w:eastAsia="宋体"/>
                <w:b w:val="0"/>
                <w:sz w:val="18"/>
              </w:rPr>
              <w:t>同桌合作拼积木</w:t>
            </w:r>
          </w:p>
          <w:p>
            <w:pPr>
              <w:spacing w:after="20" w:line="276" w:lineRule="auto"/>
            </w:pPr>
            <w:r>
              <w:rPr>
                <w:rFonts w:ascii="宋体" w:hAnsi="宋体" w:eastAsia="宋体"/>
                <w:b w:val="0"/>
                <w:sz w:val="18"/>
              </w:rPr>
              <w:t>1.同桌合作，用手中的积木进行拼搭。</w:t>
            </w:r>
          </w:p>
          <w:p>
            <w:pPr>
              <w:spacing w:after="20" w:line="276" w:lineRule="auto"/>
            </w:pPr>
            <w:r>
              <w:rPr>
                <w:rFonts w:ascii="宋体" w:hAnsi="宋体" w:eastAsia="宋体"/>
                <w:b w:val="0"/>
                <w:sz w:val="18"/>
              </w:rPr>
              <w:t>学生对常见的积木形状其实并不陌生，基本上也能数得清各用了几块。</w:t>
            </w:r>
          </w:p>
        </w:tc>
        <w:tc>
          <w:tcPr>
            <w:tcW w:type="dxa" w:w="1814"/>
          </w:tcPr>
          <w:p>
            <w:pPr>
              <w:spacing w:after="20" w:line="276" w:lineRule="auto"/>
            </w:pPr>
            <w:r/>
            <w:r>
              <w:rPr>
                <w:rFonts w:ascii="宋体" w:hAnsi="宋体" w:eastAsia="宋体"/>
                <w:b w:val="0"/>
                <w:sz w:val="18"/>
              </w:rPr>
              <w:t>围绕环节目标组织学习活动，引导学生主动参与、积极思考，核心问题："你们玩过这个游戏吗？"</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师：同学们，今天的游戏课有趣吗？回家后和你们的爸爸、妈妈玩一玩这些游戏。</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引导学生回顾梳理本课所学，完善认知结构，提升归纳与反思能力，核心问题："同学们，今天的游戏课有趣吗？"</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在教室里玩一玩</w:t>
      </w:r>
    </w:p>
    <w:p>
      <w:pPr>
        <w:spacing w:after="40" w:line="300" w:lineRule="auto"/>
      </w:pPr>
      <w:r>
        <w:rPr>
          <w:rFonts w:ascii="宋体" w:hAnsi="宋体" w:eastAsia="宋体"/>
          <w:b w:val="0"/>
          <w:sz w:val="20"/>
        </w:rPr>
        <w:t>上—下　　　前—后　　　左—右　　　多—少</w:t>
      </w:r>
    </w:p>
    <w:p>
      <w:pPr>
        <w:spacing w:after="40" w:line="300" w:lineRule="auto"/>
      </w:pPr>
      <w:r>
        <w:rPr>
          <w:rFonts w:ascii="宋体" w:hAnsi="宋体" w:eastAsia="宋体"/>
          <w:b w:val="0"/>
          <w:sz w:val="20"/>
        </w:rPr>
        <w:t>同样多　　　一一对应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教科书P8～9。</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在继续带着学生玩室内数学游戏的基础上引导他们比较准确地表达自己对方向、位置、图形、数量等知识的理解。更重要的一点是，通过教师的精心组织，学生能够全员积极地参与活动，在活动中能够主动表达，并与他人交流，加深对数学知识的理解，感悟数学知识与现实生活的联系，增强学习数学的兴趣，初步获得一些数学活动经验。</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学习准备</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学习准备</w:t>
            </w:r>
          </w:p>
        </w:tc>
        <w:tc>
          <w:tcPr>
            <w:tcW w:type="dxa" w:w="6009"/>
          </w:tcPr>
          <w:p>
            <w:pPr>
              <w:spacing w:after="20" w:line="276" w:lineRule="auto"/>
            </w:pPr>
            <w:r/>
            <w:r>
              <w:rPr>
                <w:rFonts w:ascii="宋体" w:hAnsi="宋体" w:eastAsia="宋体"/>
                <w:b w:val="0"/>
                <w:sz w:val="20"/>
              </w:rPr>
              <w:t>数学游戏</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幼儿园和实际生活中，已经接触过数数，会数简单的物体个数，会比较数量较少的物体的多少，会比较具体物体的高矮、大小，也知道简单的方位，如上、下、前、后、左、右，所以本单元的知识目标对于学生来说并不难，都是回顾学生在幼儿园中就已经感悟过的内容。但是小学的学习活动无论是在时间还是活动规范方面都比幼儿园要严格一些，所以教学的难点是如何组织学生按照要求有序开展活动，并引导学生清晰地运用数量及其他简单的数学知识来表达，熟悉小学学习的相关要求。</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教学内容：教科书P10～11。</w:t>
      </w:r>
    </w:p>
    <w:p>
      <w:pPr>
        <w:spacing w:after="80" w:line="300" w:lineRule="auto"/>
        <w:ind w:firstLine="400"/>
      </w:pPr>
      <w:r>
        <w:rPr>
          <w:rFonts w:ascii="宋体" w:hAnsi="宋体" w:eastAsia="宋体"/>
          <w:b w:val="0"/>
          <w:sz w:val="20"/>
        </w:rPr>
        <w:t>设计思路：借助儿歌、具体的示范引导学生知道学习的规范行为，并明确提出要求，帮助学生养成良好的学习习惯。</w:t>
      </w:r>
    </w:p>
    <w:p>
      <w:pPr>
        <w:spacing w:after="80" w:line="300" w:lineRule="auto"/>
        <w:ind w:firstLine="400"/>
      </w:pPr>
      <w:r>
        <w:rPr>
          <w:rFonts w:ascii="宋体" w:hAnsi="宋体" w:eastAsia="宋体"/>
          <w:b w:val="0"/>
          <w:sz w:val="20"/>
        </w:rPr>
        <w:t>教学准备：课前带孩子们到校园里转一转。</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（1）介绍学校的学习纪律，培养学生守时、守纪等良好的学习习惯。</w:t>
      </w:r>
    </w:p>
    <w:p>
      <w:pPr>
        <w:spacing w:after="20" w:line="300" w:lineRule="auto"/>
        <w:ind w:firstLine="400"/>
      </w:pPr>
      <w:r>
        <w:rPr>
          <w:rFonts w:ascii="宋体" w:hAnsi="宋体" w:eastAsia="宋体"/>
          <w:b w:val="0"/>
          <w:sz w:val="20"/>
        </w:rPr>
        <w:t>（2）在儿歌的引导下，学会规范摆放学习用品。</w:t>
      </w:r>
    </w:p>
    <w:p>
      <w:pPr>
        <w:spacing w:after="20" w:line="300" w:lineRule="auto"/>
        <w:ind w:firstLine="400"/>
      </w:pPr>
      <w:r>
        <w:rPr>
          <w:rFonts w:ascii="宋体" w:hAnsi="宋体" w:eastAsia="宋体"/>
          <w:b w:val="0"/>
          <w:sz w:val="20"/>
        </w:rPr>
        <w:t>（3）会与同伴相处，熟悉学校生活环境，调动热爱学校的积极情感。</w:t>
      </w:r>
    </w:p>
    <w:p>
      <w:pPr>
        <w:spacing w:after="20" w:line="300" w:lineRule="auto"/>
      </w:pPr>
      <w:r>
        <w:rPr>
          <w:rFonts w:ascii="宋体" w:hAnsi="宋体" w:eastAsia="宋体"/>
          <w:b w:val="0"/>
          <w:sz w:val="20"/>
        </w:rPr>
        <w:t>教学重点：培养学生上课认真听讲、发言先举手等学习习惯。</w:t>
      </w:r>
    </w:p>
    <w:p>
      <w:pPr>
        <w:spacing w:after="20" w:line="300" w:lineRule="auto"/>
      </w:pPr>
      <w:r>
        <w:rPr>
          <w:rFonts w:ascii="宋体" w:hAnsi="宋体" w:eastAsia="宋体"/>
          <w:b w:val="0"/>
          <w:sz w:val="20"/>
        </w:rPr>
        <w:t>教学难点：形成上课常规，知道学习活动的行为准则。</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静听上课铃声，养成良好预备习惯</w:t>
            </w:r>
          </w:p>
        </w:tc>
        <w:tc>
          <w:tcPr>
            <w:tcW w:type="dxa" w:w="1814"/>
          </w:tcPr>
          <w:p>
            <w:pPr>
              <w:spacing w:after="20" w:line="276" w:lineRule="auto"/>
            </w:pPr>
            <w:r/>
            <w:r>
              <w:rPr>
                <w:rFonts w:ascii="宋体" w:hAnsi="宋体" w:eastAsia="宋体"/>
                <w:b w:val="0"/>
                <w:sz w:val="18"/>
              </w:rPr>
              <w:t>课件、教科书、情境图、视频</w:t>
            </w:r>
          </w:p>
        </w:tc>
        <w:tc>
          <w:tcPr>
            <w:tcW w:type="dxa" w:w="3402"/>
          </w:tcPr>
          <w:p>
            <w:pPr>
              <w:spacing w:after="20" w:line="276" w:lineRule="auto"/>
            </w:pPr>
            <w:r/>
            <w:r>
              <w:rPr>
                <w:rFonts w:ascii="宋体" w:hAnsi="宋体" w:eastAsia="宋体"/>
                <w:b w:val="0"/>
                <w:sz w:val="18"/>
              </w:rPr>
              <w:t>同学们，有谁注意到刚刚铃声响起时教室里时钟上的时间了吗？；同学们看一下这个时钟上的时间，这就是我们每天开始上课的时间。哪位同学能读出来？</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学习数学课堂上的常规要求</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要成为一名合格的小学生，在课堂上我们应该怎么做呢？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学会交流分享的方式，养成倾听、发言的习惯</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有同学愿意向全班交流一下自己对学校的感受吗？</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同学们，通过本节课的学习，你们学会了什么？</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静听上课铃声，养成良好预备习惯</w:t>
            </w:r>
          </w:p>
        </w:tc>
        <w:tc>
          <w:tcPr>
            <w:tcW w:type="dxa" w:w="3061"/>
          </w:tcPr>
          <w:p>
            <w:pPr>
              <w:spacing w:after="20" w:line="276" w:lineRule="auto"/>
            </w:pPr>
            <w:r/>
            <w:r>
              <w:rPr>
                <w:rFonts w:ascii="宋体" w:hAnsi="宋体" w:eastAsia="宋体"/>
                <w:b w:val="0"/>
                <w:sz w:val="18"/>
              </w:rPr>
              <w:t>1.教师提前1分钟，面带微笑走上讲台。</w:t>
            </w:r>
          </w:p>
          <w:p>
            <w:pPr>
              <w:spacing w:after="20" w:line="276" w:lineRule="auto"/>
            </w:pPr>
            <w:r>
              <w:rPr>
                <w:rFonts w:ascii="宋体" w:hAnsi="宋体" w:eastAsia="宋体"/>
                <w:b w:val="0"/>
                <w:sz w:val="18"/>
              </w:rPr>
              <w:t>师：亲爱的同学们，再过一分钟，我们就会听到上课铃声了，让我们静静地等待吧。</w:t>
            </w:r>
          </w:p>
          <w:p>
            <w:pPr>
              <w:spacing w:after="20" w:line="276" w:lineRule="auto"/>
            </w:pPr>
            <w:r>
              <w:rPr>
                <w:rFonts w:ascii="宋体" w:hAnsi="宋体" w:eastAsia="宋体"/>
                <w:b w:val="0"/>
                <w:sz w:val="18"/>
              </w:rPr>
              <w:t>师：这就是上课铃声，多响亮呀，它告诉我们“上课啦，上课啦，同学们坐好啦！身子快挺直，小手快放好，眼睛看前方，小嘴不吵闹”。</w:t>
            </w:r>
          </w:p>
          <w:p>
            <w:pPr>
              <w:spacing w:after="20" w:line="276" w:lineRule="auto"/>
            </w:pPr>
            <w:r>
              <w:rPr>
                <w:rFonts w:ascii="宋体" w:hAnsi="宋体" w:eastAsia="宋体"/>
                <w:b w:val="0"/>
                <w:sz w:val="18"/>
              </w:rPr>
              <w:t>教师示范，巡视并指导学生上课时的坐姿，表扬做得好的学生。</w:t>
            </w:r>
          </w:p>
          <w:p>
            <w:pPr>
              <w:spacing w:after="20" w:line="276" w:lineRule="auto"/>
            </w:pPr>
            <w:r>
              <w:rPr>
                <w:rFonts w:ascii="宋体" w:hAnsi="宋体" w:eastAsia="宋体"/>
                <w:b w:val="0"/>
                <w:sz w:val="18"/>
              </w:rPr>
              <w:t>师：同学们可真聪明，一听就懂，一学就会，坐得多端正，听得多专心。对啦，铃声响起来，我们的心儿静下来，笑容露出来，快乐的学习开始啦！</w:t>
            </w:r>
          </w:p>
          <w:p>
            <w:pPr>
              <w:spacing w:after="20" w:line="276" w:lineRule="auto"/>
            </w:pPr>
            <w:r>
              <w:rPr>
                <w:rFonts w:ascii="宋体" w:hAnsi="宋体" w:eastAsia="宋体"/>
                <w:b w:val="0"/>
                <w:sz w:val="18"/>
              </w:rPr>
              <w:t>2．教师引导学生观察时钟，明确上课时间。</w:t>
            </w:r>
          </w:p>
          <w:p>
            <w:pPr>
              <w:spacing w:after="20" w:line="276" w:lineRule="auto"/>
            </w:pPr>
            <w:r>
              <w:rPr>
                <w:rFonts w:ascii="宋体" w:hAnsi="宋体" w:eastAsia="宋体"/>
                <w:b w:val="0"/>
                <w:sz w:val="18"/>
              </w:rPr>
              <w:t>师：同学们，有谁注意到刚刚铃声响起时教室里时钟上的时间了吗？</w:t>
            </w:r>
          </w:p>
          <w:p>
            <w:pPr>
              <w:spacing w:after="20" w:line="276" w:lineRule="auto"/>
            </w:pPr>
            <w:r>
              <w:rPr>
                <w:rFonts w:ascii="宋体" w:hAnsi="宋体" w:eastAsia="宋体"/>
                <w:b w:val="0"/>
                <w:sz w:val="18"/>
              </w:rPr>
              <w:t>部分学生在生活中有认识钟表的经验，也有学生只关注铃声，没有看时钟。</w:t>
            </w:r>
          </w:p>
          <w:p>
            <w:pPr>
              <w:spacing w:after="20" w:line="276" w:lineRule="auto"/>
            </w:pPr>
            <w:r>
              <w:rPr>
                <w:rFonts w:ascii="宋体" w:hAnsi="宋体" w:eastAsia="宋体"/>
                <w:b w:val="0"/>
                <w:sz w:val="18"/>
              </w:rPr>
              <w:t>课件出示教科书P10第一幅情境图。</w:t>
            </w:r>
          </w:p>
          <w:p>
            <w:pPr>
              <w:spacing w:after="20" w:line="276" w:lineRule="auto"/>
            </w:pPr>
            <w:r>
              <w:rPr>
                <w:rFonts w:ascii="宋体" w:hAnsi="宋体" w:eastAsia="宋体"/>
                <w:b w:val="0"/>
                <w:sz w:val="18"/>
              </w:rPr>
              <w:t>师：同学们看一下这个时钟上的时间，这就是我们每天开始上课的时间。哪位同学能读出来？</w:t>
            </w:r>
          </w:p>
          <w:p>
            <w:pPr>
              <w:spacing w:after="20" w:line="276" w:lineRule="auto"/>
            </w:pPr>
            <w:r>
              <w:rPr>
                <w:rFonts w:ascii="宋体" w:hAnsi="宋体" w:eastAsia="宋体"/>
                <w:b w:val="0"/>
                <w:sz w:val="18"/>
              </w:rPr>
              <w:t>师：认读非常正确，我们每天8：30开始上课。请大家一定要牢记这个时间，不能迟到哟。</w:t>
            </w:r>
          </w:p>
          <w:p>
            <w:pPr>
              <w:spacing w:after="20" w:line="276" w:lineRule="auto"/>
            </w:pPr>
            <w:r>
              <w:rPr>
                <w:rFonts w:ascii="宋体" w:hAnsi="宋体" w:eastAsia="宋体"/>
                <w:b w:val="0"/>
                <w:sz w:val="18"/>
              </w:rPr>
              <w:t>师：我们上午什么时候放学，大家知道吗？</w:t>
            </w:r>
          </w:p>
          <w:p>
            <w:pPr>
              <w:spacing w:after="20" w:line="276" w:lineRule="auto"/>
            </w:pPr>
            <w:r>
              <w:rPr>
                <w:rFonts w:ascii="宋体" w:hAnsi="宋体" w:eastAsia="宋体"/>
                <w:b w:val="0"/>
                <w:sz w:val="18"/>
              </w:rPr>
              <w:t>师：对，我们要告诉爸爸妈妈自己放学的时间，按时上学、放学。</w:t>
            </w:r>
          </w:p>
          <w:p>
            <w:pPr>
              <w:spacing w:after="20" w:line="276" w:lineRule="auto"/>
            </w:pPr>
            <w:r>
              <w:rPr>
                <w:rFonts w:ascii="宋体" w:hAnsi="宋体" w:eastAsia="宋体"/>
                <w:b w:val="0"/>
                <w:sz w:val="18"/>
              </w:rPr>
              <w:t>师：还有下午上学、放学的时间，大家看看。</w:t>
            </w:r>
          </w:p>
          <w:p>
            <w:pPr>
              <w:spacing w:after="20" w:line="276" w:lineRule="auto"/>
            </w:pPr>
            <w:r>
              <w:rPr>
                <w:rFonts w:ascii="宋体" w:hAnsi="宋体" w:eastAsia="宋体"/>
                <w:b w:val="0"/>
                <w:sz w:val="18"/>
              </w:rPr>
              <w:t>播放视频，介绍一天的作息时间。</w:t>
            </w:r>
          </w:p>
          <w:p>
            <w:pPr>
              <w:spacing w:after="20" w:line="276" w:lineRule="auto"/>
            </w:pPr>
            <w:r>
              <w:rPr>
                <w:rFonts w:ascii="宋体" w:hAnsi="宋体" w:eastAsia="宋体"/>
                <w:b w:val="0"/>
                <w:sz w:val="18"/>
              </w:rPr>
              <w:t>小结：这些时间就是我们一天的作息时间表，我们要遵守这个作息时间表，按时上学、放学。参加学习活动。</w:t>
            </w:r>
          </w:p>
        </w:tc>
        <w:tc>
          <w:tcPr>
            <w:tcW w:type="dxa" w:w="3061"/>
          </w:tcPr>
          <w:p>
            <w:pPr>
              <w:spacing w:after="20" w:line="276" w:lineRule="auto"/>
            </w:pPr>
            <w:r/>
            <w:r>
              <w:rPr>
                <w:rFonts w:ascii="宋体" w:hAnsi="宋体" w:eastAsia="宋体"/>
                <w:b w:val="0"/>
                <w:sz w:val="18"/>
              </w:rPr>
              <w:t>学生们静静地倾听铃声响过。</w:t>
            </w:r>
          </w:p>
          <w:p>
            <w:pPr>
              <w:spacing w:after="20" w:line="276" w:lineRule="auto"/>
            </w:pPr>
            <w:r>
              <w:rPr>
                <w:rFonts w:ascii="宋体" w:hAnsi="宋体" w:eastAsia="宋体"/>
                <w:b w:val="0"/>
                <w:sz w:val="18"/>
              </w:rPr>
              <w:t>学生积极回答：8：30。</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围绕环节目标组织学习活动，引导学生主动参与、积极思考，核心问题："同学们，有谁注意到刚刚铃声响起时教室里时钟上的时间了吗？"</w:t>
            </w:r>
          </w:p>
        </w:tc>
      </w:tr>
      <w:tr>
        <w:tc>
          <w:tcPr>
            <w:tcW w:type="dxa" w:w="1474"/>
          </w:tcPr>
          <w:p>
            <w:pPr>
              <w:spacing w:after="20" w:line="276" w:lineRule="auto"/>
            </w:pPr>
            <w:r>
              <w:rPr>
                <w:b/>
              </w:rPr>
            </w:r>
            <w:r>
              <w:rPr>
                <w:rFonts w:ascii="宋体" w:hAnsi="宋体" w:eastAsia="宋体"/>
                <w:b/>
                <w:sz w:val="18"/>
              </w:rPr>
              <w:t>学习数学课堂上的常规要求</w:t>
            </w:r>
          </w:p>
        </w:tc>
        <w:tc>
          <w:tcPr>
            <w:tcW w:type="dxa" w:w="3061"/>
          </w:tcPr>
          <w:p>
            <w:pPr>
              <w:spacing w:after="20" w:line="276" w:lineRule="auto"/>
            </w:pPr>
            <w:r/>
            <w:r>
              <w:rPr>
                <w:rFonts w:ascii="宋体" w:hAnsi="宋体" w:eastAsia="宋体"/>
                <w:b w:val="0"/>
                <w:sz w:val="18"/>
              </w:rPr>
              <w:t>1.学习儿歌《课堂上》。</w:t>
            </w:r>
          </w:p>
          <w:p>
            <w:pPr>
              <w:spacing w:after="20" w:line="276" w:lineRule="auto"/>
            </w:pPr>
            <w:r>
              <w:rPr>
                <w:rFonts w:ascii="宋体" w:hAnsi="宋体" w:eastAsia="宋体"/>
                <w:b w:val="0"/>
                <w:sz w:val="18"/>
              </w:rPr>
              <w:t>师：要成为一名合格的小学生，在课堂上我们应该怎么做呢？一起来学习一首儿歌吧！</w:t>
            </w:r>
          </w:p>
          <w:p>
            <w:pPr>
              <w:spacing w:after="20" w:line="276" w:lineRule="auto"/>
            </w:pPr>
            <w:r>
              <w:rPr>
                <w:rFonts w:ascii="宋体" w:hAnsi="宋体" w:eastAsia="宋体"/>
                <w:b w:val="0"/>
                <w:sz w:val="18"/>
              </w:rPr>
              <w:t>上课铃声响，快快进课堂。坐姿要端正，听讲要专心。</w:t>
            </w:r>
          </w:p>
          <w:p>
            <w:pPr>
              <w:spacing w:after="20" w:line="276" w:lineRule="auto"/>
            </w:pPr>
            <w:r>
              <w:rPr>
                <w:rFonts w:ascii="宋体" w:hAnsi="宋体" w:eastAsia="宋体"/>
                <w:b w:val="0"/>
                <w:sz w:val="18"/>
              </w:rPr>
              <w:t>书本摆整齐，一定不乱放。发言先举手，回答要响亮。</w:t>
            </w:r>
          </w:p>
          <w:p>
            <w:pPr>
              <w:spacing w:after="20" w:line="276" w:lineRule="auto"/>
            </w:pPr>
            <w:r>
              <w:rPr>
                <w:rFonts w:ascii="宋体" w:hAnsi="宋体" w:eastAsia="宋体"/>
                <w:b w:val="0"/>
                <w:sz w:val="18"/>
              </w:rPr>
              <w:t>2．解读儿歌的具体要求，细化课堂规范。</w:t>
            </w:r>
          </w:p>
          <w:p>
            <w:pPr>
              <w:spacing w:after="20" w:line="276" w:lineRule="auto"/>
            </w:pPr>
            <w:r>
              <w:rPr>
                <w:rFonts w:ascii="宋体" w:hAnsi="宋体" w:eastAsia="宋体"/>
                <w:b w:val="0"/>
                <w:sz w:val="18"/>
              </w:rPr>
              <w:t>每个规范要求学生充分理解，跟着模仿并做到位。</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围绕环节目标组织学习活动，引导学生主动参与、积极思考，核心问题："要成为一名合格的小学生，在课堂上我们应该怎么做呢？"</w:t>
            </w:r>
          </w:p>
        </w:tc>
      </w:tr>
      <w:tr>
        <w:tc>
          <w:tcPr>
            <w:tcW w:type="dxa" w:w="1474"/>
          </w:tcPr>
          <w:p>
            <w:pPr>
              <w:spacing w:after="20" w:line="276" w:lineRule="auto"/>
            </w:pPr>
            <w:r>
              <w:rPr>
                <w:b/>
              </w:rPr>
            </w:r>
            <w:r>
              <w:rPr>
                <w:rFonts w:ascii="宋体" w:hAnsi="宋体" w:eastAsia="宋体"/>
                <w:b/>
                <w:sz w:val="18"/>
              </w:rPr>
              <w:t>学会交流分享的方式，养成倾听、发言的习惯</w:t>
            </w:r>
          </w:p>
        </w:tc>
        <w:tc>
          <w:tcPr>
            <w:tcW w:type="dxa" w:w="3061"/>
          </w:tcPr>
          <w:p>
            <w:pPr>
              <w:spacing w:after="20" w:line="276" w:lineRule="auto"/>
            </w:pPr>
            <w:r/>
            <w:r>
              <w:rPr>
                <w:rFonts w:ascii="宋体" w:hAnsi="宋体" w:eastAsia="宋体"/>
                <w:b w:val="0"/>
                <w:sz w:val="18"/>
              </w:rPr>
              <w:t>师：课前，老师带着大家参观了我们的学校，大家觉得我们的校园漂亮吗？你最喜欢校园里的哪个地方呢？</w:t>
            </w:r>
          </w:p>
          <w:p>
            <w:pPr>
              <w:spacing w:after="20" w:line="276" w:lineRule="auto"/>
            </w:pPr>
            <w:r>
              <w:rPr>
                <w:rFonts w:ascii="宋体" w:hAnsi="宋体" w:eastAsia="宋体"/>
                <w:b w:val="0"/>
                <w:sz w:val="18"/>
              </w:rPr>
              <w:t>师：同桌在讲话的时候，我们要认真倾听，看他有哪些想法。</w:t>
            </w:r>
          </w:p>
          <w:p>
            <w:pPr>
              <w:spacing w:after="20" w:line="276" w:lineRule="auto"/>
            </w:pPr>
            <w:r>
              <w:rPr>
                <w:rFonts w:ascii="宋体" w:hAnsi="宋体" w:eastAsia="宋体"/>
                <w:b w:val="0"/>
                <w:sz w:val="18"/>
              </w:rPr>
              <w:t>师：有同学愿意向全班交流一下自己对学校的感受吗？</w:t>
            </w:r>
          </w:p>
          <w:p>
            <w:pPr>
              <w:spacing w:after="20" w:line="276" w:lineRule="auto"/>
            </w:pPr>
            <w:r>
              <w:rPr>
                <w:rFonts w:ascii="宋体" w:hAnsi="宋体" w:eastAsia="宋体"/>
                <w:b w:val="0"/>
                <w:sz w:val="18"/>
              </w:rPr>
              <w:t>有同学举手，也有同学直接说。</w:t>
            </w:r>
          </w:p>
          <w:p>
            <w:pPr>
              <w:spacing w:after="20" w:line="276" w:lineRule="auto"/>
            </w:pPr>
            <w:r>
              <w:rPr>
                <w:rFonts w:ascii="宋体" w:hAnsi="宋体" w:eastAsia="宋体"/>
                <w:b w:val="0"/>
                <w:sz w:val="18"/>
              </w:rPr>
              <w:t>师：大家看，某某同学真棒！他知道发言要举手，把小手举得好好的。同学们要向他学习哟！</w:t>
            </w:r>
          </w:p>
          <w:p>
            <w:pPr>
              <w:spacing w:after="20" w:line="276" w:lineRule="auto"/>
            </w:pPr>
            <w:r>
              <w:rPr>
                <w:rFonts w:ascii="宋体" w:hAnsi="宋体" w:eastAsia="宋体"/>
                <w:b w:val="0"/>
                <w:sz w:val="18"/>
              </w:rPr>
              <w:t>教师介绍发言的要求，如规范举手，认真倾听等。</w:t>
            </w:r>
          </w:p>
        </w:tc>
        <w:tc>
          <w:tcPr>
            <w:tcW w:type="dxa" w:w="3061"/>
          </w:tcPr>
          <w:p>
            <w:pPr>
              <w:spacing w:after="20" w:line="276" w:lineRule="auto"/>
            </w:pPr>
            <w:r/>
            <w:r>
              <w:rPr>
                <w:rFonts w:ascii="宋体" w:hAnsi="宋体" w:eastAsia="宋体"/>
                <w:b w:val="0"/>
                <w:sz w:val="18"/>
              </w:rPr>
              <w:t>同桌交流后指名分享。</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引导学生回顾梳理本课所学，完善认知结构，提升归纳与反思能力，核心问题："有同学愿意向全班交流一下自己对学校的感受吗？"</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师：同学们，通过本节课的学习，你们学会了什么？</w:t>
            </w:r>
          </w:p>
          <w:p>
            <w:pPr>
              <w:spacing w:after="20" w:line="276" w:lineRule="auto"/>
            </w:pPr>
            <w:r>
              <w:rPr>
                <w:rFonts w:ascii="宋体" w:hAnsi="宋体" w:eastAsia="宋体"/>
                <w:b w:val="0"/>
                <w:sz w:val="18"/>
              </w:rPr>
              <w:t>教师引导学生对学习准备进行归纳。</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引导学生回顾梳理本课所学，完善认知结构，提升归纳与反思能力，核心问题："同学们，通过本节课的学习，你们学会了什么？"</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教科书P10～11。</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为后面即将正式开始的数学课设计的一节准备课，主要目的是对学生各种学习规范和学习习惯的培养。一个良好的学习习惯养成了，学生将会终身受益。另外一个学习目的就是对学生进行纪律教育，所以这节课需要老师们特别重视。</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