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line="300" w:lineRule="auto"/>
        <w:jc w:val="center"/>
      </w:pPr>
      <w:r>
        <w:rPr>
          <w:rFonts w:ascii="黑体" w:hAnsi="黑体" w:eastAsia="黑体"/>
          <w:b/>
          <w:sz w:val="30"/>
        </w:rPr>
        <w:t>人教版一年级数学上册</w:t>
      </w:r>
    </w:p>
    <w:p>
      <w:pPr>
        <w:spacing w:after="80" w:line="300" w:lineRule="auto"/>
        <w:jc w:val="center"/>
      </w:pPr>
      <w:r>
        <w:rPr>
          <w:rFonts w:ascii="黑体" w:hAnsi="黑体" w:eastAsia="黑体"/>
          <w:b/>
          <w:sz w:val="26"/>
        </w:rPr>
        <w:t>第2单元 6-10的认识和加、减法　规范教案</w:t>
      </w:r>
    </w:p>
    <w:p>
      <w:pPr>
        <w:spacing w:after="160" w:line="300" w:lineRule="auto"/>
        <w:jc w:val="center"/>
      </w:pPr>
      <w:r>
        <w:rPr>
          <w:rFonts w:ascii="楷体" w:hAnsi="楷体" w:eastAsia="楷体"/>
          <w:b w:val="0"/>
          <w:color w:val="606060"/>
          <w:sz w:val="18"/>
        </w:rPr>
        <w:t>依据《温州市小学数学教学常规（2025年版）》附件2（单元教学备课参考格式）、附件3（课时教学备课参考格式）编制</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2381"/>
            <w:shd w:val="clear" w:fill="E8EEF7"/>
          </w:tcPr>
          <w:p>
            <w:pPr>
              <w:spacing w:after="20" w:line="276" w:lineRule="auto"/>
              <w:jc w:val="center"/>
            </w:pPr>
            <w:r/>
            <w:r>
              <w:rPr>
                <w:rFonts w:ascii="黑体" w:hAnsi="黑体" w:eastAsia="黑体"/>
                <w:b/>
                <w:sz w:val="18"/>
              </w:rPr>
              <w:t>项目</w:t>
            </w:r>
          </w:p>
        </w:tc>
        <w:tc>
          <w:tcPr>
            <w:tcW w:type="dxa" w:w="7030"/>
            <w:shd w:val="clear" w:fill="E8EEF7"/>
          </w:tcPr>
          <w:p>
            <w:pPr>
              <w:spacing w:after="20" w:line="276" w:lineRule="auto"/>
              <w:jc w:val="center"/>
            </w:pPr>
            <w:r/>
            <w:r>
              <w:rPr>
                <w:rFonts w:ascii="黑体" w:hAnsi="黑体" w:eastAsia="黑体"/>
                <w:b/>
                <w:sz w:val="18"/>
              </w:rPr>
              <w:t>内容</w:t>
            </w:r>
          </w:p>
        </w:tc>
      </w:tr>
      <w:tr>
        <w:tc>
          <w:tcPr>
            <w:tcW w:type="dxa" w:w="2381"/>
          </w:tcPr>
          <w:p>
            <w:pPr>
              <w:spacing w:after="20" w:line="276" w:lineRule="auto"/>
            </w:pPr>
            <w:r/>
            <w:r>
              <w:rPr>
                <w:rFonts w:ascii="宋体" w:hAnsi="宋体" w:eastAsia="宋体"/>
                <w:b/>
                <w:sz w:val="20"/>
              </w:rPr>
              <w:t>单元内容</w:t>
            </w:r>
          </w:p>
        </w:tc>
        <w:tc>
          <w:tcPr>
            <w:tcW w:type="dxa" w:w="7030"/>
          </w:tcPr>
          <w:p>
            <w:pPr>
              <w:spacing w:after="20" w:line="276" w:lineRule="auto"/>
            </w:pPr>
            <w:r/>
            <w:r>
              <w:rPr>
                <w:rFonts w:ascii="宋体" w:hAnsi="宋体" w:eastAsia="宋体"/>
                <w:b w:val="0"/>
                <w:sz w:val="20"/>
              </w:rPr>
              <w:t>第2单元 6-10的认识和加、减法</w:t>
            </w:r>
          </w:p>
        </w:tc>
      </w:tr>
      <w:tr>
        <w:tc>
          <w:tcPr>
            <w:tcW w:type="dxa" w:w="2381"/>
          </w:tcPr>
          <w:p>
            <w:pPr>
              <w:spacing w:after="20" w:line="276" w:lineRule="auto"/>
            </w:pPr>
            <w:r/>
            <w:r>
              <w:rPr>
                <w:rFonts w:ascii="宋体" w:hAnsi="宋体" w:eastAsia="宋体"/>
                <w:b/>
                <w:sz w:val="20"/>
              </w:rPr>
              <w:t>所属领域</w:t>
            </w:r>
          </w:p>
        </w:tc>
        <w:tc>
          <w:tcPr>
            <w:tcW w:type="dxa" w:w="7030"/>
          </w:tcPr>
          <w:p>
            <w:pPr>
              <w:spacing w:after="20" w:line="276" w:lineRule="auto"/>
            </w:pPr>
            <w:r/>
            <w:r>
              <w:rPr>
                <w:rFonts w:ascii="宋体" w:hAnsi="宋体" w:eastAsia="宋体"/>
                <w:b w:val="0"/>
                <w:sz w:val="20"/>
              </w:rPr>
              <w:t>数与代数</w:t>
            </w:r>
          </w:p>
        </w:tc>
      </w:tr>
      <w:tr>
        <w:tc>
          <w:tcPr>
            <w:tcW w:type="dxa" w:w="2381"/>
          </w:tcPr>
          <w:p>
            <w:pPr>
              <w:spacing w:after="20" w:line="276" w:lineRule="auto"/>
            </w:pPr>
            <w:r/>
            <w:r>
              <w:rPr>
                <w:rFonts w:ascii="宋体" w:hAnsi="宋体" w:eastAsia="宋体"/>
                <w:b/>
                <w:sz w:val="20"/>
              </w:rPr>
              <w:t>教材版本</w:t>
            </w:r>
          </w:p>
        </w:tc>
        <w:tc>
          <w:tcPr>
            <w:tcW w:type="dxa" w:w="7030"/>
          </w:tcPr>
          <w:p>
            <w:pPr>
              <w:spacing w:after="20" w:line="276" w:lineRule="auto"/>
            </w:pPr>
            <w:r/>
            <w:r>
              <w:rPr>
                <w:rFonts w:ascii="宋体" w:hAnsi="宋体" w:eastAsia="宋体"/>
                <w:b w:val="0"/>
                <w:sz w:val="20"/>
              </w:rPr>
              <w:t>人民教育出版社（人教版）小学数学教科书</w:t>
            </w:r>
          </w:p>
        </w:tc>
      </w:tr>
      <w:tr>
        <w:tc>
          <w:tcPr>
            <w:tcW w:type="dxa" w:w="2381"/>
          </w:tcPr>
          <w:p>
            <w:pPr>
              <w:spacing w:after="20" w:line="276" w:lineRule="auto"/>
            </w:pPr>
            <w:r/>
            <w:r>
              <w:rPr>
                <w:rFonts w:ascii="宋体" w:hAnsi="宋体" w:eastAsia="宋体"/>
                <w:b/>
                <w:sz w:val="20"/>
              </w:rPr>
              <w:t>课时数</w:t>
            </w:r>
          </w:p>
        </w:tc>
        <w:tc>
          <w:tcPr>
            <w:tcW w:type="dxa" w:w="7030"/>
          </w:tcPr>
          <w:p>
            <w:pPr>
              <w:spacing w:after="20" w:line="276" w:lineRule="auto"/>
            </w:pPr>
            <w:r/>
            <w:r>
              <w:rPr>
                <w:rFonts w:ascii="宋体" w:hAnsi="宋体" w:eastAsia="宋体"/>
                <w:b w:val="0"/>
                <w:sz w:val="20"/>
              </w:rPr>
              <w:t>15 课时</w:t>
            </w:r>
          </w:p>
        </w:tc>
      </w:tr>
      <w:tr>
        <w:tc>
          <w:tcPr>
            <w:tcW w:type="dxa" w:w="2381"/>
          </w:tcPr>
          <w:p>
            <w:pPr>
              <w:spacing w:after="20" w:line="276" w:lineRule="auto"/>
            </w:pPr>
            <w:r/>
            <w:r>
              <w:rPr>
                <w:rFonts w:ascii="宋体" w:hAnsi="宋体" w:eastAsia="宋体"/>
                <w:b/>
                <w:sz w:val="20"/>
              </w:rPr>
              <w:t>课型结构</w:t>
            </w:r>
          </w:p>
        </w:tc>
        <w:tc>
          <w:tcPr>
            <w:tcW w:type="dxa" w:w="7030"/>
          </w:tcPr>
          <w:p>
            <w:pPr>
              <w:spacing w:after="20" w:line="276" w:lineRule="auto"/>
            </w:pPr>
            <w:r/>
            <w:r>
              <w:rPr>
                <w:rFonts w:ascii="宋体" w:hAnsi="宋体" w:eastAsia="宋体"/>
                <w:b w:val="0"/>
                <w:sz w:val="20"/>
              </w:rPr>
              <w:t>单元开启课、活动探索课、自主整理课</w:t>
            </w:r>
          </w:p>
        </w:tc>
      </w:tr>
    </w:tbl>
    <w:p>
      <w:pPr>
        <w:spacing w:after="40"/>
      </w:pPr>
    </w:p>
    <w:p>
      <w:pPr>
        <w:spacing w:after="80" w:line="300" w:lineRule="auto"/>
      </w:pPr>
      <w:r>
        <w:rPr>
          <w:rFonts w:ascii="黑体" w:hAnsi="黑体" w:eastAsia="黑体"/>
          <w:b/>
          <w:sz w:val="24"/>
        </w:rPr>
        <w:t>一、单元整体解读</w:t>
      </w:r>
    </w:p>
    <w:p>
      <w:pPr>
        <w:spacing w:after="20" w:line="300" w:lineRule="auto"/>
      </w:pPr>
      <w:r>
        <w:rPr>
          <w:rFonts w:ascii="黑体" w:hAnsi="黑体" w:eastAsia="黑体"/>
          <w:b/>
          <w:sz w:val="21"/>
        </w:rPr>
        <w:t>（一）教材分析</w:t>
      </w:r>
    </w:p>
    <w:p>
      <w:pPr>
        <w:spacing w:after="80" w:line="300" w:lineRule="auto"/>
        <w:ind w:firstLine="400"/>
      </w:pPr>
      <w:r>
        <w:rPr>
          <w:rFonts w:ascii="宋体" w:hAnsi="宋体" w:eastAsia="宋体"/>
          <w:b w:val="0"/>
          <w:sz w:val="20"/>
        </w:rPr>
        <w:t>本单元的内容是在学生学习了5以内数的认识和加、减法的基础上安排教学的，这些内容不仅在日常生活中有着非常广泛的应用，而且也是学生进一步学习20以内数的认识及加、减法的基础。同时，本单元中用数学解决问题的方法对今后的学习起着至关重要的作用。因此，本单元是全册教科书的重点内容之一，在整个小学数学教学中占据着非常重要的地位。</w:t>
      </w:r>
    </w:p>
    <w:p>
      <w:pPr>
        <w:spacing w:after="80" w:line="300" w:lineRule="auto"/>
        <w:ind w:firstLine="400"/>
      </w:pPr>
      <w:r>
        <w:rPr>
          <w:rFonts w:ascii="宋体" w:hAnsi="宋体" w:eastAsia="宋体"/>
          <w:b w:val="0"/>
          <w:sz w:val="20"/>
        </w:rPr>
        <w:t>教科书相对集中地将6、7、8、9放在一起认识，这些数都只涉及“一(个)”这一个计数单位，有利于学生更好地理解相邻两个自然数之间的关系。由于数“10”是由两个数字组合而成的，学生认识它相对要难一些。同时，10是两位数的起点，它将在进位加法、退位减法和10加几、十几加几与相应的减法中起重要作用，因此教科书单独安排了“10的认识”这一知识点。</w:t>
      </w:r>
    </w:p>
    <w:p>
      <w:pPr>
        <w:spacing w:after="80" w:line="300" w:lineRule="auto"/>
        <w:ind w:firstLine="400"/>
      </w:pPr>
      <w:r>
        <w:rPr>
          <w:rFonts w:ascii="宋体" w:hAnsi="宋体" w:eastAsia="宋体"/>
          <w:b w:val="0"/>
          <w:sz w:val="20"/>
        </w:rPr>
        <w:t>本单元的“解决问题”都是采用图文结合的方式提供了解决问题的一般步骤，引导学生体会到解决一个数学问题所要经历的步骤，教给学生解决问题的基本方法。同时，帮助一年级学生学会用数学的眼光观察周围的世界，培养学生从生活中发现并提出数学问题的能力。</w:t>
      </w:r>
    </w:p>
    <w:p>
      <w:pPr>
        <w:spacing w:after="20" w:line="300" w:lineRule="auto"/>
      </w:pPr>
      <w:r>
        <w:rPr>
          <w:rFonts w:ascii="黑体" w:hAnsi="黑体" w:eastAsia="黑体"/>
          <w:b/>
          <w:sz w:val="21"/>
        </w:rPr>
        <w:t>（二）学情分析</w:t>
      </w:r>
    </w:p>
    <w:p>
      <w:pPr>
        <w:spacing w:after="80" w:line="300" w:lineRule="auto"/>
        <w:ind w:firstLine="400"/>
      </w:pPr>
      <w:r>
        <w:rPr>
          <w:rFonts w:ascii="宋体" w:hAnsi="宋体" w:eastAsia="宋体"/>
          <w:b w:val="0"/>
          <w:sz w:val="20"/>
        </w:rPr>
        <w:t>通过第一单元“5以内数的认识和加、减法”的学习，学生已经积累了一定的学习经验，对数的概念的学习已经不陌生了。但是对数与数之间存在密切关系的认识还不够深刻，其中蕴含的数学推理和良好思维习惯还需要教师结合具体环节进行渗透和培养。由于一年级学生受年龄特点的限制，连加、连减这部分内容仍是学习的难点，因此要利用连续的两幅图帮助学生理解其意义及计算方法，使学生能在此基础上看清运算符号，顺利完成计算。</w:t>
      </w:r>
    </w:p>
    <w:p>
      <w:pPr>
        <w:spacing w:after="20" w:line="300" w:lineRule="auto"/>
      </w:pPr>
      <w:r>
        <w:rPr>
          <w:rFonts w:ascii="黑体" w:hAnsi="黑体" w:eastAsia="黑体"/>
          <w:b/>
          <w:sz w:val="21"/>
        </w:rPr>
        <w:t>（三）单元教学目标</w:t>
      </w:r>
    </w:p>
    <w:p>
      <w:pPr>
        <w:spacing w:after="20" w:line="300" w:lineRule="auto"/>
      </w:pPr>
      <w:r>
        <w:rPr>
          <w:rFonts w:ascii="黑体" w:hAnsi="黑体" w:eastAsia="黑体"/>
          <w:b/>
          <w:sz w:val="20"/>
        </w:rPr>
        <w:t>单元素养目标：</w:t>
      </w:r>
    </w:p>
    <w:p>
      <w:pPr>
        <w:spacing w:after="40" w:line="300" w:lineRule="auto"/>
        <w:ind w:firstLine="400"/>
      </w:pPr>
      <w:r>
        <w:rPr>
          <w:rFonts w:ascii="宋体" w:hAnsi="宋体" w:eastAsia="宋体"/>
          <w:b w:val="0"/>
          <w:sz w:val="20"/>
        </w:rPr>
        <w:t>运算能力：比较熟练地口算10以内加、减法，理解连加、连减和加减混合运算的意义，掌握它们的运算顺序并能正确计算。</w:t>
      </w:r>
    </w:p>
    <w:p>
      <w:pPr>
        <w:spacing w:after="40" w:line="300" w:lineRule="auto"/>
        <w:ind w:firstLine="400"/>
      </w:pPr>
      <w:r>
        <w:rPr>
          <w:rFonts w:ascii="宋体" w:hAnsi="宋体" w:eastAsia="宋体"/>
          <w:b w:val="0"/>
          <w:sz w:val="20"/>
        </w:rPr>
        <w:t>模型意识：在解决问题的过程中认识“大括号”和“问号”所表达的含义，了解数学问题的基本结构以及解决问题的步骤和方法；能够应用10以内的加、减法解决生活中的简单问题。</w:t>
      </w:r>
    </w:p>
    <w:p>
      <w:pPr>
        <w:spacing w:after="20" w:line="300" w:lineRule="auto"/>
      </w:pPr>
      <w:r>
        <w:rPr>
          <w:rFonts w:ascii="黑体" w:hAnsi="黑体" w:eastAsia="黑体"/>
          <w:b/>
          <w:sz w:val="20"/>
        </w:rPr>
        <w:t>单元课时目标：</w:t>
      </w:r>
    </w:p>
    <w:p>
      <w:pPr>
        <w:spacing w:after="20" w:line="300" w:lineRule="auto"/>
        <w:ind w:firstLine="400"/>
      </w:pPr>
      <w:r>
        <w:rPr>
          <w:rFonts w:ascii="宋体" w:hAnsi="宋体" w:eastAsia="宋体"/>
          <w:b w:val="0"/>
          <w:sz w:val="20"/>
        </w:rPr>
        <w:t>第1课时：理解10的基本含义，会读、写10以内的数，会比较10以内数的大小。</w:t>
      </w:r>
    </w:p>
    <w:p>
      <w:pPr>
        <w:spacing w:after="20" w:line="300" w:lineRule="auto"/>
        <w:ind w:firstLine="400"/>
      </w:pPr>
      <w:r>
        <w:rPr>
          <w:rFonts w:ascii="宋体" w:hAnsi="宋体" w:eastAsia="宋体"/>
          <w:b w:val="0"/>
          <w:sz w:val="20"/>
        </w:rPr>
        <w:t>第2课时：能够根据一幅图写出有联系的两个加法算式和两个减法算式，并算出得数。</w:t>
      </w:r>
    </w:p>
    <w:p>
      <w:pPr>
        <w:spacing w:after="20" w:line="300" w:lineRule="auto"/>
        <w:ind w:firstLine="400"/>
      </w:pPr>
      <w:r>
        <w:rPr>
          <w:rFonts w:ascii="宋体" w:hAnsi="宋体" w:eastAsia="宋体"/>
          <w:b w:val="0"/>
          <w:sz w:val="20"/>
        </w:rPr>
        <w:t>第3课时：经历实物—点子图—数字符号的抽象过程，认识6、7、8、9，会用6、7、8、9表示物体的数量。</w:t>
      </w:r>
    </w:p>
    <w:p>
      <w:pPr>
        <w:spacing w:after="20" w:line="300" w:lineRule="auto"/>
        <w:ind w:firstLine="400"/>
      </w:pPr>
      <w:r>
        <w:rPr>
          <w:rFonts w:ascii="宋体" w:hAnsi="宋体" w:eastAsia="宋体"/>
          <w:b w:val="0"/>
          <w:sz w:val="20"/>
        </w:rPr>
        <w:t>第4课时：根据点子图列加法算式和减法算式，感受“一图三式”和“一图四式”的联系与区别。</w:t>
      </w:r>
    </w:p>
    <w:p>
      <w:pPr>
        <w:spacing w:after="20" w:line="300" w:lineRule="auto"/>
        <w:ind w:firstLine="400"/>
      </w:pPr>
      <w:r>
        <w:rPr>
          <w:rFonts w:ascii="宋体" w:hAnsi="宋体" w:eastAsia="宋体"/>
          <w:b w:val="0"/>
          <w:sz w:val="20"/>
        </w:rPr>
        <w:t>第5课时：在具体的情境中，会用6～9表示事物的数量、顺序和位置。能区分这些数的基数含义和序数含义。</w:t>
      </w:r>
    </w:p>
    <w:p>
      <w:pPr>
        <w:spacing w:after="20" w:line="300" w:lineRule="auto"/>
        <w:ind w:firstLine="400"/>
      </w:pPr>
      <w:r>
        <w:rPr>
          <w:rFonts w:ascii="宋体" w:hAnsi="宋体" w:eastAsia="宋体"/>
          <w:b w:val="0"/>
          <w:sz w:val="20"/>
        </w:rPr>
        <w:t>第6课时：理解图中大括号和问号的意义，知道数学问题的基本结构，能理解图中的数学信息，能根据情境图正确地列出算式。</w:t>
      </w:r>
    </w:p>
    <w:p>
      <w:pPr>
        <w:spacing w:after="20" w:line="300" w:lineRule="auto"/>
        <w:ind w:firstLine="400"/>
      </w:pPr>
      <w:r>
        <w:rPr>
          <w:rFonts w:ascii="宋体" w:hAnsi="宋体" w:eastAsia="宋体"/>
          <w:b w:val="0"/>
          <w:sz w:val="20"/>
        </w:rPr>
        <w:t>第7课时：借助具体操作，能列举出6、7的全部分法，并观察分析出一种分法对应两个不同组成式。</w:t>
      </w:r>
    </w:p>
    <w:p>
      <w:pPr>
        <w:spacing w:after="20" w:line="300" w:lineRule="auto"/>
        <w:ind w:firstLine="400"/>
      </w:pPr>
      <w:r>
        <w:rPr>
          <w:rFonts w:ascii="宋体" w:hAnsi="宋体" w:eastAsia="宋体"/>
          <w:b w:val="0"/>
          <w:sz w:val="20"/>
        </w:rPr>
        <w:t>第8课时：知道图中加大括号和问号的意义，能从图中理解已知和未知的内容，知道从一个数里去掉一部分后求还剩多少的数学问题是用减法计算。</w:t>
      </w:r>
    </w:p>
    <w:p>
      <w:pPr>
        <w:spacing w:after="20" w:line="300" w:lineRule="auto"/>
        <w:ind w:firstLine="400"/>
      </w:pPr>
      <w:r>
        <w:rPr>
          <w:rFonts w:ascii="宋体" w:hAnsi="宋体" w:eastAsia="宋体"/>
          <w:b w:val="0"/>
          <w:sz w:val="20"/>
        </w:rPr>
        <w:t>第9课时：结合具体情境，理解数量之间的关系，初步理解10以内数连加、连减的意义。</w:t>
      </w:r>
    </w:p>
    <w:p>
      <w:pPr>
        <w:spacing w:after="20" w:line="300" w:lineRule="auto"/>
        <w:ind w:firstLine="400"/>
      </w:pPr>
      <w:r>
        <w:rPr>
          <w:rFonts w:ascii="宋体" w:hAnsi="宋体" w:eastAsia="宋体"/>
          <w:b w:val="0"/>
          <w:sz w:val="20"/>
        </w:rPr>
        <w:t>第10课时：体会分与合的思想，熟练掌握8、9的分与合，加深对8和9的认识。</w:t>
      </w:r>
    </w:p>
    <w:p>
      <w:pPr>
        <w:spacing w:after="20" w:line="300" w:lineRule="auto"/>
        <w:ind w:firstLine="400"/>
      </w:pPr>
      <w:r>
        <w:rPr>
          <w:rFonts w:ascii="宋体" w:hAnsi="宋体" w:eastAsia="宋体"/>
          <w:b w:val="0"/>
          <w:sz w:val="20"/>
        </w:rPr>
        <w:t>第11课时：能看懂情境图，知道其中的部分与整体的关系，会根据一个情境图列出四道算式，知道这些算式间的联系。</w:t>
      </w:r>
    </w:p>
    <w:p>
      <w:pPr>
        <w:spacing w:after="20" w:line="300" w:lineRule="auto"/>
        <w:ind w:firstLine="400"/>
      </w:pPr>
      <w:r>
        <w:rPr>
          <w:rFonts w:ascii="宋体" w:hAnsi="宋体" w:eastAsia="宋体"/>
          <w:b w:val="0"/>
          <w:sz w:val="20"/>
        </w:rPr>
        <w:t>第12课时：联系实际情境，理解加减混合的意义，掌握加减混合运算的顺序和计算方法，能较熟练地进行加减混合运算。</w:t>
      </w:r>
    </w:p>
    <w:p>
      <w:pPr>
        <w:spacing w:after="20" w:line="300" w:lineRule="auto"/>
        <w:ind w:firstLine="400"/>
      </w:pPr>
      <w:r>
        <w:rPr>
          <w:rFonts w:ascii="宋体" w:hAnsi="宋体" w:eastAsia="宋体"/>
          <w:b w:val="0"/>
          <w:sz w:val="20"/>
        </w:rPr>
        <w:t>第13课时：能结合图示和文字理解题意，了解数学问题的基本结构。体会到两个相关的信息和一个问题可以构成一个数学问题。</w:t>
      </w:r>
    </w:p>
    <w:p>
      <w:pPr>
        <w:spacing w:after="20" w:line="300" w:lineRule="auto"/>
        <w:ind w:firstLine="400"/>
      </w:pPr>
      <w:r>
        <w:rPr>
          <w:rFonts w:ascii="宋体" w:hAnsi="宋体" w:eastAsia="宋体"/>
          <w:b w:val="0"/>
          <w:sz w:val="20"/>
        </w:rPr>
        <w:t>第14课时：在具体的情境中，引导学生全面梳理总结本单元内容，扩充完善知识结构。</w:t>
      </w:r>
    </w:p>
    <w:p>
      <w:pPr>
        <w:spacing w:after="20" w:line="300" w:lineRule="auto"/>
        <w:ind w:firstLine="400"/>
      </w:pPr>
      <w:r>
        <w:rPr>
          <w:rFonts w:ascii="宋体" w:hAnsi="宋体" w:eastAsia="宋体"/>
          <w:b w:val="0"/>
          <w:sz w:val="20"/>
        </w:rPr>
        <w:t>第15课时：经历整理10以内加法、减法表的过程，通过观察发现表中的简单规律，进一步理解算式间的关系，能正确计算。</w:t>
      </w:r>
    </w:p>
    <w:p>
      <w:pPr>
        <w:spacing w:after="20" w:line="300" w:lineRule="auto"/>
      </w:pPr>
      <w:r>
        <w:rPr>
          <w:rFonts w:ascii="黑体" w:hAnsi="黑体" w:eastAsia="黑体"/>
          <w:b/>
          <w:sz w:val="21"/>
        </w:rPr>
        <w:t>（四）单元教学建议</w:t>
      </w:r>
    </w:p>
    <w:p>
      <w:pPr>
        <w:spacing w:after="20" w:line="300" w:lineRule="auto"/>
      </w:pPr>
      <w:r>
        <w:rPr>
          <w:rFonts w:ascii="宋体" w:hAnsi="宋体" w:eastAsia="宋体"/>
          <w:b w:val="0"/>
          <w:sz w:val="20"/>
        </w:rPr>
        <w:t>● 加强操作和观察活动的目的性。在教学中应充分利用工具，以此丰富学生关于6～10各数的概念和加、减法计算的表象，让他们更好地理解6～10各数的概念和相应的加、减法计算方法。</w:t>
      </w:r>
    </w:p>
    <w:p>
      <w:pPr>
        <w:spacing w:after="20" w:line="300" w:lineRule="auto"/>
      </w:pPr>
      <w:r>
        <w:rPr>
          <w:rFonts w:ascii="宋体" w:hAnsi="宋体" w:eastAsia="宋体"/>
          <w:b w:val="0"/>
          <w:sz w:val="20"/>
        </w:rPr>
        <w:t>● 注意对计算方法的引导。本单元加、减法计算的方法主要有三种：一是利用数的组成计算；二是通过学具的拼摆计算；三是通过实物、图形去完成计算任务。教学时，一方面要让学生全面了解这些方法，另一方面又允许他们选择自己所喜欢的方法进行加、减法计算。</w:t>
      </w:r>
    </w:p>
    <w:p>
      <w:pPr>
        <w:spacing w:after="20" w:line="300" w:lineRule="auto"/>
      </w:pPr>
      <w:r>
        <w:rPr>
          <w:rFonts w:ascii="宋体" w:hAnsi="宋体" w:eastAsia="宋体"/>
          <w:b w:val="0"/>
          <w:sz w:val="20"/>
        </w:rPr>
        <w:t>● 加强对解决问题的步骤与方法的指导。本单元解决问题中，有两个方面是学生第一次接触：一是解决问题的基本步骤，一定要让学生经历全过程，不能仅仅列式计算；二是用大括号表示总数，用问号表示所求问题。要让学生读懂题意后，自己选择恰当的方法解决问题。</w:t>
      </w:r>
    </w:p>
    <w:p>
      <w:pPr>
        <w:spacing w:after="20" w:line="300" w:lineRule="auto"/>
      </w:pPr>
      <w:r>
        <w:rPr>
          <w:rFonts w:ascii="宋体" w:hAnsi="宋体" w:eastAsia="宋体"/>
          <w:b w:val="0"/>
          <w:sz w:val="20"/>
        </w:rPr>
        <w:t>数感：能从物体数量正确抽象出数6～10，能准确地区分和表达“几”和“第几”，继续感悟数既能表示数量的多少又能表示事物的顺序，体会物体数量与排列顺序具有“一一对应”的关系；会比较6～10各数的大小。</w:t>
      </w:r>
    </w:p>
    <w:p>
      <w:pPr>
        <w:spacing w:after="20" w:line="300" w:lineRule="auto"/>
      </w:pPr>
      <w:r>
        <w:rPr>
          <w:rFonts w:ascii="宋体" w:hAnsi="宋体" w:eastAsia="宋体"/>
          <w:b w:val="0"/>
          <w:sz w:val="20"/>
        </w:rPr>
        <w:t>符号意识：知道“一”是计数单位；会读、写6～10，体会10的写法与0～9不同；初步体会同一个数可以表示个数相同的不同物体，感受数的一般性。</w:t>
      </w:r>
    </w:p>
    <w:p>
      <w:pPr>
        <w:spacing w:after="20" w:line="300" w:lineRule="auto"/>
      </w:pPr>
      <w:r>
        <w:rPr>
          <w:rFonts w:ascii="宋体" w:hAnsi="宋体" w:eastAsia="宋体"/>
          <w:b w:val="0"/>
          <w:sz w:val="20"/>
        </w:rPr>
        <w:t>推理意识：熟练掌握6～10各数的分与合，在体会和感悟分与合的过程中，逐步学会有序思考。</w:t>
      </w:r>
    </w:p>
    <w:p>
      <w:pPr>
        <w:spacing w:after="20" w:line="300" w:lineRule="auto"/>
      </w:pPr>
      <w:r>
        <w:rPr>
          <w:rFonts w:ascii="黑体" w:hAnsi="黑体" w:eastAsia="黑体"/>
          <w:b/>
          <w:sz w:val="21"/>
        </w:rPr>
        <w:t>（五）单元课时规划</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020"/>
            <w:shd w:val="clear" w:fill="E8EEF7"/>
          </w:tcPr>
          <w:p>
            <w:pPr>
              <w:spacing w:after="20" w:line="276" w:lineRule="auto"/>
              <w:jc w:val="center"/>
            </w:pPr>
            <w:r/>
            <w:r>
              <w:rPr>
                <w:rFonts w:ascii="黑体" w:hAnsi="黑体" w:eastAsia="黑体"/>
                <w:b/>
                <w:sz w:val="18"/>
              </w:rPr>
              <w:t>课时安排</w:t>
            </w:r>
          </w:p>
        </w:tc>
        <w:tc>
          <w:tcPr>
            <w:tcW w:type="dxa" w:w="3061"/>
            <w:shd w:val="clear" w:fill="E8EEF7"/>
          </w:tcPr>
          <w:p>
            <w:pPr>
              <w:spacing w:after="20" w:line="276" w:lineRule="auto"/>
              <w:jc w:val="center"/>
            </w:pPr>
            <w:r/>
            <w:r>
              <w:rPr>
                <w:rFonts w:ascii="黑体" w:hAnsi="黑体" w:eastAsia="黑体"/>
                <w:b/>
                <w:sz w:val="18"/>
              </w:rPr>
              <w:t>课题</w:t>
            </w:r>
          </w:p>
        </w:tc>
        <w:tc>
          <w:tcPr>
            <w:tcW w:type="dxa" w:w="1814"/>
            <w:shd w:val="clear" w:fill="E8EEF7"/>
          </w:tcPr>
          <w:p>
            <w:pPr>
              <w:spacing w:after="20" w:line="276" w:lineRule="auto"/>
              <w:jc w:val="center"/>
            </w:pPr>
            <w:r/>
            <w:r>
              <w:rPr>
                <w:rFonts w:ascii="黑体" w:hAnsi="黑体" w:eastAsia="黑体"/>
                <w:b/>
                <w:sz w:val="18"/>
              </w:rPr>
              <w:t>课型</w:t>
            </w:r>
          </w:p>
        </w:tc>
        <w:tc>
          <w:tcPr>
            <w:tcW w:type="dxa" w:w="3515"/>
            <w:shd w:val="clear" w:fill="E8EEF7"/>
          </w:tcPr>
          <w:p>
            <w:pPr>
              <w:spacing w:after="20" w:line="276" w:lineRule="auto"/>
              <w:jc w:val="center"/>
            </w:pPr>
            <w:r/>
            <w:r>
              <w:rPr>
                <w:rFonts w:ascii="黑体" w:hAnsi="黑体" w:eastAsia="黑体"/>
                <w:b/>
                <w:sz w:val="18"/>
              </w:rPr>
              <w:t>核心任务</w:t>
            </w:r>
          </w:p>
        </w:tc>
      </w:tr>
      <w:tr>
        <w:tc>
          <w:tcPr>
            <w:tcW w:type="dxa" w:w="1020"/>
          </w:tcPr>
          <w:p>
            <w:pPr>
              <w:spacing w:after="20" w:line="276" w:lineRule="auto"/>
            </w:pPr>
            <w:r/>
            <w:r>
              <w:rPr>
                <w:rFonts w:ascii="宋体" w:hAnsi="宋体" w:eastAsia="宋体"/>
                <w:b w:val="0"/>
                <w:sz w:val="18"/>
              </w:rPr>
              <w:t>第1课时</w:t>
            </w:r>
          </w:p>
        </w:tc>
        <w:tc>
          <w:tcPr>
            <w:tcW w:type="dxa" w:w="3061"/>
          </w:tcPr>
          <w:p>
            <w:pPr>
              <w:spacing w:after="20" w:line="276" w:lineRule="auto"/>
            </w:pPr>
            <w:r/>
            <w:r>
              <w:rPr>
                <w:rFonts w:ascii="宋体" w:hAnsi="宋体" w:eastAsia="宋体"/>
                <w:b w:val="0"/>
                <w:sz w:val="18"/>
              </w:rPr>
              <w:t>10的认识</w:t>
            </w:r>
          </w:p>
        </w:tc>
        <w:tc>
          <w:tcPr>
            <w:tcW w:type="dxa" w:w="1814"/>
          </w:tcPr>
          <w:p>
            <w:pPr>
              <w:spacing w:after="20" w:line="276" w:lineRule="auto"/>
            </w:pPr>
            <w:r/>
            <w:r>
              <w:rPr>
                <w:rFonts w:ascii="宋体" w:hAnsi="宋体" w:eastAsia="宋体"/>
                <w:b w:val="0"/>
                <w:sz w:val="18"/>
              </w:rPr>
              <w:t>单元开启课</w:t>
            </w:r>
          </w:p>
        </w:tc>
        <w:tc>
          <w:tcPr>
            <w:tcW w:type="dxa" w:w="3515"/>
          </w:tcPr>
          <w:p>
            <w:pPr>
              <w:spacing w:after="20" w:line="276" w:lineRule="auto"/>
            </w:pPr>
            <w:r/>
            <w:r>
              <w:rPr>
                <w:rFonts w:ascii="宋体" w:hAnsi="宋体" w:eastAsia="宋体"/>
                <w:b w:val="0"/>
                <w:sz w:val="18"/>
              </w:rPr>
              <w:t>理解10的基本含义，会读、写10以内的数，会比较10以内数的大小。</w:t>
            </w:r>
          </w:p>
        </w:tc>
      </w:tr>
      <w:tr>
        <w:tc>
          <w:tcPr>
            <w:tcW w:type="dxa" w:w="1020"/>
          </w:tcPr>
          <w:p>
            <w:pPr>
              <w:spacing w:after="20" w:line="276" w:lineRule="auto"/>
            </w:pPr>
            <w:r/>
            <w:r>
              <w:rPr>
                <w:rFonts w:ascii="宋体" w:hAnsi="宋体" w:eastAsia="宋体"/>
                <w:b w:val="0"/>
                <w:sz w:val="18"/>
              </w:rPr>
              <w:t>第2课时</w:t>
            </w:r>
          </w:p>
        </w:tc>
        <w:tc>
          <w:tcPr>
            <w:tcW w:type="dxa" w:w="3061"/>
          </w:tcPr>
          <w:p>
            <w:pPr>
              <w:spacing w:after="20" w:line="276" w:lineRule="auto"/>
            </w:pPr>
            <w:r/>
            <w:r>
              <w:rPr>
                <w:rFonts w:ascii="宋体" w:hAnsi="宋体" w:eastAsia="宋体"/>
                <w:b w:val="0"/>
                <w:sz w:val="18"/>
              </w:rPr>
              <w:t>6和7的加、减法</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能够根据一幅图写出有联系的两个加法算式和两个减法算式，并算出得数。</w:t>
            </w:r>
          </w:p>
        </w:tc>
      </w:tr>
      <w:tr>
        <w:tc>
          <w:tcPr>
            <w:tcW w:type="dxa" w:w="1020"/>
          </w:tcPr>
          <w:p>
            <w:pPr>
              <w:spacing w:after="20" w:line="276" w:lineRule="auto"/>
            </w:pPr>
            <w:r/>
            <w:r>
              <w:rPr>
                <w:rFonts w:ascii="宋体" w:hAnsi="宋体" w:eastAsia="宋体"/>
                <w:b w:val="0"/>
                <w:sz w:val="18"/>
              </w:rPr>
              <w:t>第3课时</w:t>
            </w:r>
          </w:p>
        </w:tc>
        <w:tc>
          <w:tcPr>
            <w:tcW w:type="dxa" w:w="3061"/>
          </w:tcPr>
          <w:p>
            <w:pPr>
              <w:spacing w:after="20" w:line="276" w:lineRule="auto"/>
            </w:pPr>
            <w:r/>
            <w:r>
              <w:rPr>
                <w:rFonts w:ascii="宋体" w:hAnsi="宋体" w:eastAsia="宋体"/>
                <w:b w:val="0"/>
                <w:sz w:val="18"/>
              </w:rPr>
              <w:t>6～9的认识</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经历实物—点子图—数字符号的抽象过程，认识6、7、8、9，会用6、7、8、9表示物体的数量。</w:t>
            </w:r>
          </w:p>
        </w:tc>
      </w:tr>
      <w:tr>
        <w:tc>
          <w:tcPr>
            <w:tcW w:type="dxa" w:w="1020"/>
          </w:tcPr>
          <w:p>
            <w:pPr>
              <w:spacing w:after="20" w:line="276" w:lineRule="auto"/>
            </w:pPr>
            <w:r/>
            <w:r>
              <w:rPr>
                <w:rFonts w:ascii="宋体" w:hAnsi="宋体" w:eastAsia="宋体"/>
                <w:b w:val="0"/>
                <w:sz w:val="18"/>
              </w:rPr>
              <w:t>第4课时</w:t>
            </w:r>
          </w:p>
        </w:tc>
        <w:tc>
          <w:tcPr>
            <w:tcW w:type="dxa" w:w="3061"/>
          </w:tcPr>
          <w:p>
            <w:pPr>
              <w:spacing w:after="20" w:line="276" w:lineRule="auto"/>
            </w:pPr>
            <w:r/>
            <w:r>
              <w:rPr>
                <w:rFonts w:ascii="宋体" w:hAnsi="宋体" w:eastAsia="宋体"/>
                <w:b w:val="0"/>
                <w:sz w:val="18"/>
              </w:rPr>
              <w:t>10的加、减法</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根据点子图列加法算式和减法算式，感受“一图三式”和“一图四式”的联系与区别。</w:t>
            </w:r>
          </w:p>
        </w:tc>
      </w:tr>
      <w:tr>
        <w:tc>
          <w:tcPr>
            <w:tcW w:type="dxa" w:w="1020"/>
          </w:tcPr>
          <w:p>
            <w:pPr>
              <w:spacing w:after="20" w:line="276" w:lineRule="auto"/>
            </w:pPr>
            <w:r/>
            <w:r>
              <w:rPr>
                <w:rFonts w:ascii="宋体" w:hAnsi="宋体" w:eastAsia="宋体"/>
                <w:b w:val="0"/>
                <w:sz w:val="18"/>
              </w:rPr>
              <w:t>第5课时</w:t>
            </w:r>
          </w:p>
        </w:tc>
        <w:tc>
          <w:tcPr>
            <w:tcW w:type="dxa" w:w="3061"/>
          </w:tcPr>
          <w:p>
            <w:pPr>
              <w:spacing w:after="20" w:line="276" w:lineRule="auto"/>
            </w:pPr>
            <w:r/>
            <w:r>
              <w:rPr>
                <w:rFonts w:ascii="宋体" w:hAnsi="宋体" w:eastAsia="宋体"/>
                <w:b w:val="0"/>
                <w:sz w:val="18"/>
              </w:rPr>
              <w:t>比大小、第几</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在具体的情境中，会用6～9表示事物的数量、顺序和位置。能区分这些数的基数含义和序数含义。</w:t>
            </w:r>
          </w:p>
        </w:tc>
      </w:tr>
      <w:tr>
        <w:tc>
          <w:tcPr>
            <w:tcW w:type="dxa" w:w="1020"/>
          </w:tcPr>
          <w:p>
            <w:pPr>
              <w:spacing w:after="20" w:line="276" w:lineRule="auto"/>
            </w:pPr>
            <w:r/>
            <w:r>
              <w:rPr>
                <w:rFonts w:ascii="宋体" w:hAnsi="宋体" w:eastAsia="宋体"/>
                <w:b w:val="0"/>
                <w:sz w:val="18"/>
              </w:rPr>
              <w:t>第6课时</w:t>
            </w:r>
          </w:p>
        </w:tc>
        <w:tc>
          <w:tcPr>
            <w:tcW w:type="dxa" w:w="3061"/>
          </w:tcPr>
          <w:p>
            <w:pPr>
              <w:spacing w:after="20" w:line="276" w:lineRule="auto"/>
            </w:pPr>
            <w:r/>
            <w:r>
              <w:rPr>
                <w:rFonts w:ascii="宋体" w:hAnsi="宋体" w:eastAsia="宋体"/>
                <w:b w:val="0"/>
                <w:sz w:val="18"/>
              </w:rPr>
              <w:t>解决问题(1)</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理解图中大括号和问号的意义，知道数学问题的基本结构，能理解图中的数学信息，能根据情境图正确地列出算式。</w:t>
            </w:r>
          </w:p>
        </w:tc>
      </w:tr>
      <w:tr>
        <w:tc>
          <w:tcPr>
            <w:tcW w:type="dxa" w:w="1020"/>
          </w:tcPr>
          <w:p>
            <w:pPr>
              <w:spacing w:after="20" w:line="276" w:lineRule="auto"/>
            </w:pPr>
            <w:r/>
            <w:r>
              <w:rPr>
                <w:rFonts w:ascii="宋体" w:hAnsi="宋体" w:eastAsia="宋体"/>
                <w:b w:val="0"/>
                <w:sz w:val="18"/>
              </w:rPr>
              <w:t>第7课时</w:t>
            </w:r>
          </w:p>
        </w:tc>
        <w:tc>
          <w:tcPr>
            <w:tcW w:type="dxa" w:w="3061"/>
          </w:tcPr>
          <w:p>
            <w:pPr>
              <w:spacing w:after="20" w:line="276" w:lineRule="auto"/>
            </w:pPr>
            <w:r/>
            <w:r>
              <w:rPr>
                <w:rFonts w:ascii="宋体" w:hAnsi="宋体" w:eastAsia="宋体"/>
                <w:b w:val="0"/>
                <w:sz w:val="18"/>
              </w:rPr>
              <w:t>6、7的分与合</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借助具体操作，能列举出6、7的全部分法，并观察分析出一种分法对应两个不同组成式。</w:t>
            </w:r>
          </w:p>
        </w:tc>
      </w:tr>
      <w:tr>
        <w:tc>
          <w:tcPr>
            <w:tcW w:type="dxa" w:w="1020"/>
          </w:tcPr>
          <w:p>
            <w:pPr>
              <w:spacing w:after="20" w:line="276" w:lineRule="auto"/>
            </w:pPr>
            <w:r/>
            <w:r>
              <w:rPr>
                <w:rFonts w:ascii="宋体" w:hAnsi="宋体" w:eastAsia="宋体"/>
                <w:b w:val="0"/>
                <w:sz w:val="18"/>
              </w:rPr>
              <w:t>第8课时</w:t>
            </w:r>
          </w:p>
        </w:tc>
        <w:tc>
          <w:tcPr>
            <w:tcW w:type="dxa" w:w="3061"/>
          </w:tcPr>
          <w:p>
            <w:pPr>
              <w:spacing w:after="20" w:line="276" w:lineRule="auto"/>
            </w:pPr>
            <w:r/>
            <w:r>
              <w:rPr>
                <w:rFonts w:ascii="宋体" w:hAnsi="宋体" w:eastAsia="宋体"/>
                <w:b w:val="0"/>
                <w:sz w:val="18"/>
              </w:rPr>
              <w:t>解决问题(2)</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知道图中加大括号和问号的意义，能从图中理解已知和未知的内容，知道从一个数里去掉一部分后求还剩多少的数学问题是用减法计算。</w:t>
            </w:r>
          </w:p>
        </w:tc>
      </w:tr>
      <w:tr>
        <w:tc>
          <w:tcPr>
            <w:tcW w:type="dxa" w:w="1020"/>
          </w:tcPr>
          <w:p>
            <w:pPr>
              <w:spacing w:after="20" w:line="276" w:lineRule="auto"/>
            </w:pPr>
            <w:r/>
            <w:r>
              <w:rPr>
                <w:rFonts w:ascii="宋体" w:hAnsi="宋体" w:eastAsia="宋体"/>
                <w:b w:val="0"/>
                <w:sz w:val="18"/>
              </w:rPr>
              <w:t>第9课时</w:t>
            </w:r>
          </w:p>
        </w:tc>
        <w:tc>
          <w:tcPr>
            <w:tcW w:type="dxa" w:w="3061"/>
          </w:tcPr>
          <w:p>
            <w:pPr>
              <w:spacing w:after="20" w:line="276" w:lineRule="auto"/>
            </w:pPr>
            <w:r/>
            <w:r>
              <w:rPr>
                <w:rFonts w:ascii="宋体" w:hAnsi="宋体" w:eastAsia="宋体"/>
                <w:b w:val="0"/>
                <w:sz w:val="18"/>
              </w:rPr>
              <w:t>连加、连减</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结合具体情境，理解数量之间的关系，初步理解10以内数连加、连减的意义。</w:t>
            </w:r>
          </w:p>
        </w:tc>
      </w:tr>
      <w:tr>
        <w:tc>
          <w:tcPr>
            <w:tcW w:type="dxa" w:w="1020"/>
          </w:tcPr>
          <w:p>
            <w:pPr>
              <w:spacing w:after="20" w:line="276" w:lineRule="auto"/>
            </w:pPr>
            <w:r/>
            <w:r>
              <w:rPr>
                <w:rFonts w:ascii="宋体" w:hAnsi="宋体" w:eastAsia="宋体"/>
                <w:b w:val="0"/>
                <w:sz w:val="18"/>
              </w:rPr>
              <w:t>第10课时</w:t>
            </w:r>
          </w:p>
        </w:tc>
        <w:tc>
          <w:tcPr>
            <w:tcW w:type="dxa" w:w="3061"/>
          </w:tcPr>
          <w:p>
            <w:pPr>
              <w:spacing w:after="20" w:line="276" w:lineRule="auto"/>
            </w:pPr>
            <w:r/>
            <w:r>
              <w:rPr>
                <w:rFonts w:ascii="宋体" w:hAnsi="宋体" w:eastAsia="宋体"/>
                <w:b w:val="0"/>
                <w:sz w:val="18"/>
              </w:rPr>
              <w:t>8、9的分与合</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体会分与合的思想，熟练掌握8、9的分与合，加深对8和9的认识。</w:t>
            </w:r>
          </w:p>
        </w:tc>
      </w:tr>
      <w:tr>
        <w:tc>
          <w:tcPr>
            <w:tcW w:type="dxa" w:w="1020"/>
          </w:tcPr>
          <w:p>
            <w:pPr>
              <w:spacing w:after="20" w:line="276" w:lineRule="auto"/>
            </w:pPr>
            <w:r/>
            <w:r>
              <w:rPr>
                <w:rFonts w:ascii="宋体" w:hAnsi="宋体" w:eastAsia="宋体"/>
                <w:b w:val="0"/>
                <w:sz w:val="18"/>
              </w:rPr>
              <w:t>第11课时</w:t>
            </w:r>
          </w:p>
        </w:tc>
        <w:tc>
          <w:tcPr>
            <w:tcW w:type="dxa" w:w="3061"/>
          </w:tcPr>
          <w:p>
            <w:pPr>
              <w:spacing w:after="20" w:line="276" w:lineRule="auto"/>
            </w:pPr>
            <w:r/>
            <w:r>
              <w:rPr>
                <w:rFonts w:ascii="宋体" w:hAnsi="宋体" w:eastAsia="宋体"/>
                <w:b w:val="0"/>
                <w:sz w:val="18"/>
              </w:rPr>
              <w:t>8和9的加、减法</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能看懂情境图，知道其中的部分与整体的关系，会根据一个情境图列出四道算式，知道这些算式间的联系。</w:t>
            </w:r>
          </w:p>
        </w:tc>
      </w:tr>
      <w:tr>
        <w:tc>
          <w:tcPr>
            <w:tcW w:type="dxa" w:w="1020"/>
          </w:tcPr>
          <w:p>
            <w:pPr>
              <w:spacing w:after="20" w:line="276" w:lineRule="auto"/>
            </w:pPr>
            <w:r/>
            <w:r>
              <w:rPr>
                <w:rFonts w:ascii="宋体" w:hAnsi="宋体" w:eastAsia="宋体"/>
                <w:b w:val="0"/>
                <w:sz w:val="18"/>
              </w:rPr>
              <w:t>第12课时</w:t>
            </w:r>
          </w:p>
        </w:tc>
        <w:tc>
          <w:tcPr>
            <w:tcW w:type="dxa" w:w="3061"/>
          </w:tcPr>
          <w:p>
            <w:pPr>
              <w:spacing w:after="20" w:line="276" w:lineRule="auto"/>
            </w:pPr>
            <w:r/>
            <w:r>
              <w:rPr>
                <w:rFonts w:ascii="宋体" w:hAnsi="宋体" w:eastAsia="宋体"/>
                <w:b w:val="0"/>
                <w:sz w:val="18"/>
              </w:rPr>
              <w:t>加减混合</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联系实际情境，理解加减混合的意义，掌握加减混合运算的顺序和计算方法，能较熟练地进行加减混合运算。</w:t>
            </w:r>
          </w:p>
        </w:tc>
      </w:tr>
      <w:tr>
        <w:tc>
          <w:tcPr>
            <w:tcW w:type="dxa" w:w="1020"/>
          </w:tcPr>
          <w:p>
            <w:pPr>
              <w:spacing w:after="20" w:line="276" w:lineRule="auto"/>
            </w:pPr>
            <w:r/>
            <w:r>
              <w:rPr>
                <w:rFonts w:ascii="宋体" w:hAnsi="宋体" w:eastAsia="宋体"/>
                <w:b w:val="0"/>
                <w:sz w:val="18"/>
              </w:rPr>
              <w:t>第13课时</w:t>
            </w:r>
          </w:p>
        </w:tc>
        <w:tc>
          <w:tcPr>
            <w:tcW w:type="dxa" w:w="3061"/>
          </w:tcPr>
          <w:p>
            <w:pPr>
              <w:spacing w:after="20" w:line="276" w:lineRule="auto"/>
            </w:pPr>
            <w:r/>
            <w:r>
              <w:rPr>
                <w:rFonts w:ascii="宋体" w:hAnsi="宋体" w:eastAsia="宋体"/>
                <w:b w:val="0"/>
                <w:sz w:val="18"/>
              </w:rPr>
              <w:t>解决问题</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能结合图示和文字理解题意，了解数学问题的基本结构。体会到两个相关的信息和一个问题可以构成一个数学问题。</w:t>
            </w:r>
          </w:p>
        </w:tc>
      </w:tr>
      <w:tr>
        <w:tc>
          <w:tcPr>
            <w:tcW w:type="dxa" w:w="1020"/>
          </w:tcPr>
          <w:p>
            <w:pPr>
              <w:spacing w:after="20" w:line="276" w:lineRule="auto"/>
            </w:pPr>
            <w:r/>
            <w:r>
              <w:rPr>
                <w:rFonts w:ascii="宋体" w:hAnsi="宋体" w:eastAsia="宋体"/>
                <w:b w:val="0"/>
                <w:sz w:val="18"/>
              </w:rPr>
              <w:t>第14课时</w:t>
            </w:r>
          </w:p>
        </w:tc>
        <w:tc>
          <w:tcPr>
            <w:tcW w:type="dxa" w:w="3061"/>
          </w:tcPr>
          <w:p>
            <w:pPr>
              <w:spacing w:after="20" w:line="276" w:lineRule="auto"/>
            </w:pPr>
            <w:r/>
            <w:r>
              <w:rPr>
                <w:rFonts w:ascii="宋体" w:hAnsi="宋体" w:eastAsia="宋体"/>
                <w:b w:val="0"/>
                <w:sz w:val="18"/>
              </w:rPr>
              <w:t>整理和复习(1)</w:t>
            </w:r>
          </w:p>
        </w:tc>
        <w:tc>
          <w:tcPr>
            <w:tcW w:type="dxa" w:w="1814"/>
          </w:tcPr>
          <w:p>
            <w:pPr>
              <w:spacing w:after="20" w:line="276" w:lineRule="auto"/>
            </w:pPr>
            <w:r/>
            <w:r>
              <w:rPr>
                <w:rFonts w:ascii="宋体" w:hAnsi="宋体" w:eastAsia="宋体"/>
                <w:b w:val="0"/>
                <w:sz w:val="18"/>
              </w:rPr>
              <w:t>自主整理课</w:t>
            </w:r>
          </w:p>
        </w:tc>
        <w:tc>
          <w:tcPr>
            <w:tcW w:type="dxa" w:w="3515"/>
          </w:tcPr>
          <w:p>
            <w:pPr>
              <w:spacing w:after="20" w:line="276" w:lineRule="auto"/>
            </w:pPr>
            <w:r/>
            <w:r>
              <w:rPr>
                <w:rFonts w:ascii="宋体" w:hAnsi="宋体" w:eastAsia="宋体"/>
                <w:b w:val="0"/>
                <w:sz w:val="18"/>
              </w:rPr>
              <w:t>在具体的情境中，引导学生全面梳理总结本单元内容，扩充完善知识结构。</w:t>
            </w:r>
          </w:p>
        </w:tc>
      </w:tr>
      <w:tr>
        <w:tc>
          <w:tcPr>
            <w:tcW w:type="dxa" w:w="1020"/>
          </w:tcPr>
          <w:p>
            <w:pPr>
              <w:spacing w:after="20" w:line="276" w:lineRule="auto"/>
            </w:pPr>
            <w:r/>
            <w:r>
              <w:rPr>
                <w:rFonts w:ascii="宋体" w:hAnsi="宋体" w:eastAsia="宋体"/>
                <w:b w:val="0"/>
                <w:sz w:val="18"/>
              </w:rPr>
              <w:t>第15课时</w:t>
            </w:r>
          </w:p>
        </w:tc>
        <w:tc>
          <w:tcPr>
            <w:tcW w:type="dxa" w:w="3061"/>
          </w:tcPr>
          <w:p>
            <w:pPr>
              <w:spacing w:after="20" w:line="276" w:lineRule="auto"/>
            </w:pPr>
            <w:r/>
            <w:r>
              <w:rPr>
                <w:rFonts w:ascii="宋体" w:hAnsi="宋体" w:eastAsia="宋体"/>
                <w:b w:val="0"/>
                <w:sz w:val="18"/>
              </w:rPr>
              <w:t>整理和复习(2)</w:t>
            </w:r>
          </w:p>
        </w:tc>
        <w:tc>
          <w:tcPr>
            <w:tcW w:type="dxa" w:w="1814"/>
          </w:tcPr>
          <w:p>
            <w:pPr>
              <w:spacing w:after="20" w:line="276" w:lineRule="auto"/>
            </w:pPr>
            <w:r/>
            <w:r>
              <w:rPr>
                <w:rFonts w:ascii="宋体" w:hAnsi="宋体" w:eastAsia="宋体"/>
                <w:b w:val="0"/>
                <w:sz w:val="18"/>
              </w:rPr>
              <w:t>自主整理课</w:t>
            </w:r>
          </w:p>
        </w:tc>
        <w:tc>
          <w:tcPr>
            <w:tcW w:type="dxa" w:w="3515"/>
          </w:tcPr>
          <w:p>
            <w:pPr>
              <w:spacing w:after="20" w:line="276" w:lineRule="auto"/>
            </w:pPr>
            <w:r/>
            <w:r>
              <w:rPr>
                <w:rFonts w:ascii="宋体" w:hAnsi="宋体" w:eastAsia="宋体"/>
                <w:b w:val="0"/>
                <w:sz w:val="18"/>
              </w:rPr>
              <w:t>经历整理10以内加法、减法表的过程，通过观察发现表中的简单规律，进一步理解算式间的关系，能正确计算。</w:t>
            </w:r>
          </w:p>
        </w:tc>
      </w:tr>
    </w:tbl>
    <w:p>
      <w:pPr>
        <w:spacing w:after="40" w:line="300" w:lineRule="auto"/>
      </w:pPr>
      <w:r>
        <w:rPr>
          <w:rFonts w:ascii="楷体" w:hAnsi="楷体" w:eastAsia="楷体"/>
          <w:b w:val="0"/>
          <w:color w:val="606060"/>
          <w:sz w:val="18"/>
        </w:rPr>
        <w:t>注：课型依据温州市上课常规"单元开启课、活动探索课、专题练习课、自主整理课、主题拓展课"分类。</w:t>
      </w:r>
    </w:p>
    <w:p>
      <w:r>
        <w:br w:type="page"/>
      </w:r>
    </w:p>
    <w:p>
      <w:pPr>
        <w:spacing w:after="80" w:line="300" w:lineRule="auto"/>
      </w:pPr>
      <w:r>
        <w:rPr>
          <w:rFonts w:ascii="黑体" w:hAnsi="黑体" w:eastAsia="黑体"/>
          <w:b/>
          <w:sz w:val="24"/>
        </w:rPr>
        <w:t>二、课时教学方案（第1课时）</w:t>
      </w:r>
    </w:p>
    <w:p>
      <w:pPr>
        <w:spacing w:after="80" w:line="300" w:lineRule="auto"/>
      </w:pPr>
      <w:r>
        <w:rPr>
          <w:rFonts w:ascii="黑体" w:hAnsi="黑体" w:eastAsia="黑体"/>
          <w:b/>
          <w:sz w:val="24"/>
        </w:rPr>
        <w:t>第1课时　10的认识</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第1课时　10的认识</w:t>
            </w:r>
          </w:p>
        </w:tc>
        <w:tc>
          <w:tcPr>
            <w:tcW w:type="dxa" w:w="6009"/>
          </w:tcPr>
          <w:p>
            <w:pPr>
              <w:spacing w:after="20" w:line="276" w:lineRule="auto"/>
            </w:pPr>
            <w:r/>
            <w:r>
              <w:rPr>
                <w:rFonts w:ascii="宋体" w:hAnsi="宋体" w:eastAsia="宋体"/>
                <w:b w:val="0"/>
                <w:sz w:val="20"/>
              </w:rPr>
              <w:t>第2单元 6-10的认识和加、减法</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通过第一单元“5以内数的认识和加、减法”的学习，学生已经积累了一定的学习经验，对数的概念的学习已经不陌生了。但是对数与数之间存在密切关系的认识还不够深刻，其中蕴含的数学推理和良好思维习惯还需要教师结合具体环节进行渗透和培养。由于一年级学生受年龄特点的限制，连加、连减这部分内容仍是学习的难点，因此要利用连续的两幅图帮助学生理解其意义及计算方法，使学生能在此基础上看清运算符号，顺利完成计算。</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教学内容：教科书P54～55，完成教科书P55“做一做”和P57“练一练”第1～3题。</w:t>
      </w:r>
    </w:p>
    <w:p>
      <w:pPr>
        <w:spacing w:after="80" w:line="300" w:lineRule="auto"/>
        <w:ind w:firstLine="400"/>
      </w:pPr>
      <w:r>
        <w:rPr>
          <w:rFonts w:ascii="宋体" w:hAnsi="宋体" w:eastAsia="宋体"/>
          <w:b w:val="0"/>
          <w:sz w:val="20"/>
        </w:rPr>
        <w:t>设计思路：一开始，以有趣的故事导入，吸引学生的注意力，让学生感悟两个数字可以组合成一个新的数，数和数之间是有联系的，是可以组合的，感受数学的趣味性。再通过游戏互动，引导学生从实物到学具抽象出“10”，知道10比9多1，理解“10”跟前面学习的1至9一样可以表示物体的数量，第10表示物体的次序，在分解与组成中感悟10以内数与“10”的关系。</w:t>
      </w:r>
    </w:p>
    <w:p>
      <w:pPr>
        <w:spacing w:after="80" w:line="300" w:lineRule="auto"/>
        <w:ind w:firstLine="400"/>
      </w:pPr>
      <w:r>
        <w:rPr>
          <w:rFonts w:ascii="宋体" w:hAnsi="宋体" w:eastAsia="宋体"/>
          <w:b w:val="0"/>
          <w:sz w:val="20"/>
        </w:rPr>
        <w:t>教学准备：课件、数字卡片10、小棒、圆片、三角形学具、正方形学具。</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（1）理解10的基本含义，会读、写10以内的数，会比较10以内数的大小。</w:t>
      </w:r>
    </w:p>
    <w:p>
      <w:pPr>
        <w:spacing w:after="20" w:line="300" w:lineRule="auto"/>
        <w:ind w:firstLine="400"/>
      </w:pPr>
      <w:r>
        <w:rPr>
          <w:rFonts w:ascii="宋体" w:hAnsi="宋体" w:eastAsia="宋体"/>
          <w:b w:val="0"/>
          <w:sz w:val="20"/>
        </w:rPr>
        <w:t>（2）探索10以内数与“10”的关系，理解并掌握10的组成。</w:t>
      </w:r>
    </w:p>
    <w:p>
      <w:pPr>
        <w:spacing w:after="20" w:line="300" w:lineRule="auto"/>
        <w:ind w:firstLine="400"/>
      </w:pPr>
      <w:r>
        <w:rPr>
          <w:rFonts w:ascii="宋体" w:hAnsi="宋体" w:eastAsia="宋体"/>
          <w:b w:val="0"/>
          <w:sz w:val="20"/>
        </w:rPr>
        <w:t>（3）渗透数学文化，体会数学的魅力。</w:t>
      </w:r>
    </w:p>
    <w:p>
      <w:pPr>
        <w:spacing w:after="20" w:line="300" w:lineRule="auto"/>
      </w:pPr>
      <w:r>
        <w:rPr>
          <w:rFonts w:ascii="宋体" w:hAnsi="宋体" w:eastAsia="宋体"/>
          <w:b w:val="0"/>
          <w:sz w:val="20"/>
        </w:rPr>
        <w:t>教学重点：理解10的含义，会比较10以内数的大小及掌握10的组成。</w:t>
      </w:r>
    </w:p>
    <w:p>
      <w:pPr>
        <w:spacing w:after="20" w:line="300" w:lineRule="auto"/>
      </w:pPr>
      <w:r>
        <w:rPr>
          <w:rFonts w:ascii="宋体" w:hAnsi="宋体" w:eastAsia="宋体"/>
          <w:b w:val="0"/>
          <w:sz w:val="20"/>
        </w:rPr>
        <w:t>教学难点：掌握10的组成，理解10以内数与“10”的关系。</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故事导入，揭示课题</w:t>
            </w:r>
          </w:p>
        </w:tc>
        <w:tc>
          <w:tcPr>
            <w:tcW w:type="dxa" w:w="1814"/>
          </w:tcPr>
          <w:p>
            <w:pPr>
              <w:spacing w:after="20" w:line="276" w:lineRule="auto"/>
            </w:pPr>
            <w:r/>
            <w:r>
              <w:rPr>
                <w:rFonts w:ascii="宋体" w:hAnsi="宋体" w:eastAsia="宋体"/>
                <w:b w:val="0"/>
                <w:sz w:val="18"/>
              </w:rPr>
              <w:t>课件、数字卡片、小棒、圆片、学具</w:t>
            </w:r>
          </w:p>
        </w:tc>
        <w:tc>
          <w:tcPr>
            <w:tcW w:type="dxa" w:w="3402"/>
          </w:tcPr>
          <w:p>
            <w:pPr>
              <w:spacing w:after="20" w:line="276" w:lineRule="auto"/>
            </w:pPr>
            <w:r/>
            <w:r>
              <w:rPr>
                <w:rFonts w:ascii="宋体" w:hAnsi="宋体" w:eastAsia="宋体"/>
                <w:b w:val="0"/>
                <w:sz w:val="18"/>
              </w:rPr>
              <w:t>同学们，通过之前的学习，我们认识了哪些数朋友？我们一起来喊喊它们的名字好不好？(全班一起从0数到9)这些数朋友里，谁最大？；同学们真聪明，那10是否比9大？如果大，大多少呢？</w:t>
            </w:r>
          </w:p>
        </w:tc>
        <w:tc>
          <w:tcPr>
            <w:tcW w:type="dxa" w:w="1361"/>
          </w:tcPr>
          <w:p>
            <w:pPr>
              <w:spacing w:after="20" w:line="276" w:lineRule="auto"/>
            </w:pPr>
            <w:r/>
            <w:r>
              <w:rPr>
                <w:rFonts w:ascii="宋体" w:hAnsi="宋体" w:eastAsia="宋体"/>
                <w:b w:val="0"/>
                <w:sz w:val="18"/>
              </w:rPr>
              <w:t>7分钟</w:t>
            </w:r>
          </w:p>
        </w:tc>
      </w:tr>
      <w:tr>
        <w:tc>
          <w:tcPr>
            <w:tcW w:type="dxa" w:w="2835"/>
          </w:tcPr>
          <w:p>
            <w:pPr>
              <w:spacing w:after="20" w:line="276" w:lineRule="auto"/>
            </w:pPr>
            <w:r/>
            <w:r>
              <w:rPr>
                <w:rFonts w:ascii="宋体" w:hAnsi="宋体" w:eastAsia="宋体"/>
                <w:b w:val="0"/>
                <w:sz w:val="18"/>
              </w:rPr>
              <w:t>合作探索，学习新知</w:t>
            </w:r>
          </w:p>
        </w:tc>
        <w:tc>
          <w:tcPr>
            <w:tcW w:type="dxa" w:w="1814"/>
          </w:tcPr>
          <w:p>
            <w:pPr>
              <w:spacing w:after="20" w:line="276" w:lineRule="auto"/>
            </w:pPr>
            <w:r/>
            <w:r>
              <w:rPr>
                <w:rFonts w:ascii="宋体" w:hAnsi="宋体" w:eastAsia="宋体"/>
                <w:b w:val="0"/>
                <w:sz w:val="18"/>
              </w:rPr>
              <w:t>课件、教科书、情境图、学具、计数器</w:t>
            </w:r>
          </w:p>
        </w:tc>
        <w:tc>
          <w:tcPr>
            <w:tcW w:type="dxa" w:w="3402"/>
          </w:tcPr>
          <w:p>
            <w:pPr>
              <w:spacing w:after="20" w:line="276" w:lineRule="auto"/>
            </w:pPr>
            <w:r/>
            <w:r>
              <w:rPr>
                <w:rFonts w:ascii="宋体" w:hAnsi="宋体" w:eastAsia="宋体"/>
                <w:b w:val="0"/>
                <w:sz w:val="18"/>
              </w:rPr>
              <w:t>图中有什么？；我们来看看，他们摆对了吗？</w:t>
            </w:r>
          </w:p>
        </w:tc>
        <w:tc>
          <w:tcPr>
            <w:tcW w:type="dxa" w:w="1361"/>
          </w:tcPr>
          <w:p>
            <w:pPr>
              <w:spacing w:after="20" w:line="276" w:lineRule="auto"/>
            </w:pPr>
            <w:r/>
            <w:r>
              <w:rPr>
                <w:rFonts w:ascii="宋体" w:hAnsi="宋体" w:eastAsia="宋体"/>
                <w:b w:val="0"/>
                <w:sz w:val="18"/>
              </w:rPr>
              <w:t>21分钟</w:t>
            </w:r>
          </w:p>
        </w:tc>
      </w:tr>
      <w:tr>
        <w:tc>
          <w:tcPr>
            <w:tcW w:type="dxa" w:w="2835"/>
          </w:tcPr>
          <w:p>
            <w:pPr>
              <w:spacing w:after="20" w:line="276" w:lineRule="auto"/>
            </w:pPr>
            <w:r/>
            <w:r>
              <w:rPr>
                <w:rFonts w:ascii="宋体" w:hAnsi="宋体" w:eastAsia="宋体"/>
                <w:b w:val="0"/>
                <w:sz w:val="18"/>
              </w:rPr>
              <w:t>探究10的组成</w:t>
            </w:r>
          </w:p>
        </w:tc>
        <w:tc>
          <w:tcPr>
            <w:tcW w:type="dxa" w:w="1814"/>
          </w:tcPr>
          <w:p>
            <w:pPr>
              <w:spacing w:after="20" w:line="276" w:lineRule="auto"/>
            </w:pPr>
            <w:r/>
            <w:r>
              <w:rPr>
                <w:rFonts w:ascii="宋体" w:hAnsi="宋体" w:eastAsia="宋体"/>
                <w:b w:val="0"/>
                <w:sz w:val="18"/>
              </w:rPr>
              <w:t>小棒、课件、教科书、数字卡片、圆片</w:t>
            </w:r>
          </w:p>
        </w:tc>
        <w:tc>
          <w:tcPr>
            <w:tcW w:type="dxa" w:w="3402"/>
          </w:tcPr>
          <w:p>
            <w:pPr>
              <w:spacing w:after="20" w:line="276" w:lineRule="auto"/>
            </w:pPr>
            <w:r/>
            <w:r>
              <w:rPr>
                <w:rFonts w:ascii="宋体" w:hAnsi="宋体" w:eastAsia="宋体"/>
                <w:b w:val="0"/>
                <w:sz w:val="18"/>
              </w:rPr>
              <w:t>如果让你把10分成两部分，可以怎么分呢？；上面每两个数合起来都是10。如果能快速记住10的分与合，我们就可以解决许多数学问题。你能用什么方法记住它们？</w:t>
            </w:r>
          </w:p>
        </w:tc>
        <w:tc>
          <w:tcPr>
            <w:tcW w:type="dxa" w:w="1361"/>
          </w:tcPr>
          <w:p>
            <w:pPr>
              <w:spacing w:after="20" w:line="276" w:lineRule="auto"/>
            </w:pPr>
            <w:r/>
            <w:r>
              <w:rPr>
                <w:rFonts w:ascii="宋体" w:hAnsi="宋体" w:eastAsia="宋体"/>
                <w:b w:val="0"/>
                <w:sz w:val="18"/>
              </w:rPr>
              <w:t>8分钟</w:t>
            </w:r>
          </w:p>
        </w:tc>
      </w:tr>
      <w:tr>
        <w:tc>
          <w:tcPr>
            <w:tcW w:type="dxa" w:w="2835"/>
          </w:tcPr>
          <w:p>
            <w:pPr>
              <w:spacing w:after="20" w:line="276" w:lineRule="auto"/>
            </w:pPr>
            <w:r/>
            <w:r>
              <w:rPr>
                <w:rFonts w:ascii="宋体" w:hAnsi="宋体" w:eastAsia="宋体"/>
                <w:b w:val="0"/>
                <w:sz w:val="18"/>
              </w:rPr>
              <w:t>应用练习</w:t>
            </w:r>
          </w:p>
        </w:tc>
        <w:tc>
          <w:tcPr>
            <w:tcW w:type="dxa" w:w="1814"/>
          </w:tcPr>
          <w:p>
            <w:pPr>
              <w:spacing w:after="20" w:line="276" w:lineRule="auto"/>
            </w:pPr>
            <w:r/>
            <w:r>
              <w:rPr>
                <w:rFonts w:ascii="宋体" w:hAnsi="宋体" w:eastAsia="宋体"/>
                <w:b w:val="0"/>
                <w:sz w:val="18"/>
              </w:rPr>
              <w:t>教科书、数字卡片、课件、小棒、圆片</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2分钟</w:t>
            </w:r>
          </w:p>
        </w:tc>
      </w:tr>
      <w:tr>
        <w:tc>
          <w:tcPr>
            <w:tcW w:type="dxa" w:w="2835"/>
          </w:tcPr>
          <w:p>
            <w:pPr>
              <w:spacing w:after="20" w:line="276" w:lineRule="auto"/>
            </w:pPr>
            <w:r/>
            <w:r>
              <w:rPr>
                <w:rFonts w:ascii="宋体" w:hAnsi="宋体" w:eastAsia="宋体"/>
                <w:b w:val="0"/>
                <w:sz w:val="18"/>
              </w:rPr>
              <w:t>课堂小结</w:t>
            </w:r>
          </w:p>
        </w:tc>
        <w:tc>
          <w:tcPr>
            <w:tcW w:type="dxa" w:w="1814"/>
          </w:tcPr>
          <w:p>
            <w:pPr>
              <w:spacing w:after="20" w:line="276" w:lineRule="auto"/>
            </w:pPr>
            <w:r/>
            <w:r>
              <w:rPr>
                <w:rFonts w:ascii="宋体" w:hAnsi="宋体" w:eastAsia="宋体"/>
                <w:b w:val="0"/>
                <w:sz w:val="18"/>
              </w:rPr>
              <w:t>课件、教科书、数字卡片、小棒、圆片</w:t>
            </w:r>
          </w:p>
        </w:tc>
        <w:tc>
          <w:tcPr>
            <w:tcW w:type="dxa" w:w="3402"/>
          </w:tcPr>
          <w:p>
            <w:pPr>
              <w:spacing w:after="20" w:line="276" w:lineRule="auto"/>
            </w:pPr>
            <w:r/>
            <w:r>
              <w:rPr>
                <w:rFonts w:ascii="宋体" w:hAnsi="宋体" w:eastAsia="宋体"/>
                <w:b w:val="0"/>
                <w:sz w:val="18"/>
              </w:rPr>
              <w:t>今天这节课你们学到了什么？还有什么问题吗？</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故事导入，揭示课题</w:t>
            </w:r>
          </w:p>
        </w:tc>
        <w:tc>
          <w:tcPr>
            <w:tcW w:type="dxa" w:w="3061"/>
          </w:tcPr>
          <w:p>
            <w:pPr>
              <w:spacing w:after="20" w:line="276" w:lineRule="auto"/>
            </w:pPr>
            <w:r/>
            <w:r>
              <w:rPr>
                <w:rFonts w:ascii="宋体" w:hAnsi="宋体" w:eastAsia="宋体"/>
                <w:b w:val="0"/>
                <w:sz w:val="18"/>
              </w:rPr>
              <w:t>师：同学们，通过之前的学习，我们认识了哪些数朋友？我们一起来喊喊它们的名字好不好？(全班一起从0数到9)这些数朋友里，谁最大？谁最小？(学生回答：9最大，0最小。)</w:t>
            </w:r>
          </w:p>
          <w:p>
            <w:pPr>
              <w:spacing w:after="20" w:line="276" w:lineRule="auto"/>
            </w:pPr>
            <w:r>
              <w:rPr>
                <w:rFonts w:ascii="宋体" w:hAnsi="宋体" w:eastAsia="宋体"/>
                <w:b w:val="0"/>
                <w:sz w:val="18"/>
              </w:rPr>
              <w:t>师：在数学王国里，9总是以为自己是老大，老是欺负最小的0。又到了一年一度的数学王国郊游的时间，9是队长，它走到0面前说：“你呀，没头没脑，代表一个都没有，你就排在最前面吧。”0听完后，伤心地哭了起来。这时，1走到0身边，和它一起想了一个办法让9哑口无言，你们知道它们想了什么办法吗？</w:t>
            </w:r>
          </w:p>
          <w:p>
            <w:pPr>
              <w:spacing w:after="20" w:line="276" w:lineRule="auto"/>
            </w:pPr>
            <w:r>
              <w:rPr>
                <w:rFonts w:ascii="宋体" w:hAnsi="宋体" w:eastAsia="宋体"/>
                <w:b w:val="0"/>
                <w:sz w:val="18"/>
              </w:rPr>
              <w:t>启发学生回答1和0组合成了10。</w:t>
            </w:r>
          </w:p>
          <w:p>
            <w:pPr>
              <w:spacing w:after="20" w:line="276" w:lineRule="auto"/>
            </w:pPr>
            <w:r>
              <w:rPr>
                <w:rFonts w:ascii="宋体" w:hAnsi="宋体" w:eastAsia="宋体"/>
                <w:b w:val="0"/>
                <w:sz w:val="18"/>
              </w:rPr>
              <w:t>师：同学们真聪明，那10是否比9大？如果大，大多少呢？今天我们就来认识10。(板书课题：10的认识)</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同学们，通过之前的学习，我们认识了哪些数朋友？我们一起来喊喊它们的名字好不好？(全班一起从0数到9)这些数朋友里，谁最大？"</w:t>
            </w:r>
          </w:p>
        </w:tc>
      </w:tr>
      <w:tr>
        <w:tc>
          <w:tcPr>
            <w:tcW w:type="dxa" w:w="1474"/>
          </w:tcPr>
          <w:p>
            <w:pPr>
              <w:spacing w:after="20" w:line="276" w:lineRule="auto"/>
            </w:pPr>
            <w:r>
              <w:rPr>
                <w:b/>
              </w:rPr>
            </w:r>
            <w:r>
              <w:rPr>
                <w:rFonts w:ascii="宋体" w:hAnsi="宋体" w:eastAsia="宋体"/>
                <w:b/>
                <w:sz w:val="18"/>
              </w:rPr>
              <w:t>合作探索，学习新知</w:t>
            </w:r>
          </w:p>
        </w:tc>
        <w:tc>
          <w:tcPr>
            <w:tcW w:type="dxa" w:w="3061"/>
          </w:tcPr>
          <w:p>
            <w:pPr>
              <w:spacing w:after="20" w:line="276" w:lineRule="auto"/>
            </w:pPr>
            <w:r/>
            <w:r>
              <w:rPr>
                <w:rFonts w:ascii="宋体" w:hAnsi="宋体" w:eastAsia="宋体"/>
                <w:b w:val="0"/>
                <w:sz w:val="18"/>
              </w:rPr>
              <w:t>1.学习10的含义。</w:t>
            </w:r>
          </w:p>
          <w:p>
            <w:pPr>
              <w:spacing w:after="20" w:line="276" w:lineRule="auto"/>
            </w:pPr>
            <w:r>
              <w:rPr>
                <w:rFonts w:ascii="宋体" w:hAnsi="宋体" w:eastAsia="宋体"/>
                <w:b w:val="0"/>
                <w:sz w:val="18"/>
              </w:rPr>
              <w:t>(1)课件出示教科书P54情境图。</w:t>
            </w:r>
          </w:p>
          <w:p>
            <w:pPr>
              <w:spacing w:after="20" w:line="276" w:lineRule="auto"/>
            </w:pPr>
            <w:r>
              <w:rPr>
                <w:rFonts w:ascii="宋体" w:hAnsi="宋体" w:eastAsia="宋体"/>
                <w:b w:val="0"/>
                <w:sz w:val="18"/>
              </w:rPr>
              <w:t>师：图中有什么？请你数一数。</w:t>
            </w:r>
          </w:p>
          <w:p>
            <w:pPr>
              <w:spacing w:after="20" w:line="276" w:lineRule="auto"/>
            </w:pPr>
            <w:r>
              <w:rPr>
                <w:rFonts w:ascii="宋体" w:hAnsi="宋体" w:eastAsia="宋体"/>
                <w:b w:val="0"/>
                <w:sz w:val="18"/>
              </w:rPr>
              <w:t>引导学生说出有9名同学和1位老师，一共是10个人，一共有10条蝠鲼。</w:t>
            </w:r>
          </w:p>
          <w:p>
            <w:pPr>
              <w:spacing w:after="20" w:line="276" w:lineRule="auto"/>
            </w:pPr>
            <w:r>
              <w:rPr>
                <w:rFonts w:ascii="宋体" w:hAnsi="宋体" w:eastAsia="宋体"/>
                <w:b w:val="0"/>
                <w:sz w:val="18"/>
              </w:rPr>
              <w:t>师引导学生点数：我们在图中数到了数字10，现在请大家用学具来摆一摆10。</w:t>
            </w:r>
          </w:p>
          <w:p>
            <w:pPr>
              <w:spacing w:after="20" w:line="276" w:lineRule="auto"/>
            </w:pPr>
            <w:r>
              <w:rPr>
                <w:rFonts w:ascii="宋体" w:hAnsi="宋体" w:eastAsia="宋体"/>
                <w:b w:val="0"/>
                <w:sz w:val="18"/>
              </w:rPr>
              <w:t>师：我们来看看，他们摆对了吗？同桌之间也相互检查一下。</w:t>
            </w:r>
          </w:p>
          <w:p>
            <w:pPr>
              <w:spacing w:after="20" w:line="276" w:lineRule="auto"/>
            </w:pPr>
            <w:r>
              <w:rPr>
                <w:rFonts w:ascii="宋体" w:hAnsi="宋体" w:eastAsia="宋体"/>
                <w:b w:val="0"/>
                <w:sz w:val="18"/>
              </w:rPr>
              <w:t>师：大家的学具颜色、大小、形状都不一样，为什么都可以用来表示10呢？</w:t>
            </w:r>
          </w:p>
          <w:p>
            <w:pPr>
              <w:spacing w:after="20" w:line="276" w:lineRule="auto"/>
            </w:pPr>
            <w:r>
              <w:rPr>
                <w:rFonts w:ascii="宋体" w:hAnsi="宋体" w:eastAsia="宋体"/>
                <w:b w:val="0"/>
                <w:sz w:val="18"/>
              </w:rPr>
              <w:t>(2)生活中的10。</w:t>
            </w:r>
          </w:p>
          <w:p>
            <w:pPr>
              <w:spacing w:after="20" w:line="276" w:lineRule="auto"/>
            </w:pPr>
            <w:r>
              <w:rPr>
                <w:rFonts w:ascii="宋体" w:hAnsi="宋体" w:eastAsia="宋体"/>
                <w:b w:val="0"/>
                <w:sz w:val="18"/>
              </w:rPr>
              <w:t>师：同学们，在你们的身上有没有10？找一找。</w:t>
            </w:r>
          </w:p>
          <w:p>
            <w:pPr>
              <w:spacing w:after="20" w:line="276" w:lineRule="auto"/>
            </w:pPr>
            <w:r>
              <w:rPr>
                <w:rFonts w:ascii="宋体" w:hAnsi="宋体" w:eastAsia="宋体"/>
                <w:b w:val="0"/>
                <w:sz w:val="18"/>
              </w:rPr>
              <w:t>师：老师发现教室里也有10，我想请几个同学上来和我玩一个游戏。(先点9名同学上去站成一排，提问：再增加几人就是10人？学生回答：1人。再点1名同学上台和前面的9人站成一排。)现在请听指令做动作，请从左数第10个人跳两下，请从右数第10个人和大家招招手。</w:t>
            </w:r>
          </w:p>
          <w:p>
            <w:pPr>
              <w:spacing w:after="20" w:line="276" w:lineRule="auto"/>
            </w:pPr>
            <w:r>
              <w:rPr>
                <w:rFonts w:ascii="宋体" w:hAnsi="宋体" w:eastAsia="宋体"/>
                <w:b w:val="0"/>
                <w:sz w:val="18"/>
              </w:rPr>
              <w:t>2．学习10以内数的顺序和大小比较。</w:t>
            </w:r>
          </w:p>
          <w:p>
            <w:pPr>
              <w:spacing w:after="20" w:line="276" w:lineRule="auto"/>
            </w:pPr>
            <w:r>
              <w:rPr>
                <w:rFonts w:ascii="宋体" w:hAnsi="宋体" w:eastAsia="宋体"/>
                <w:b w:val="0"/>
                <w:sz w:val="18"/>
              </w:rPr>
              <w:t>(1)10以内数的顺序。</w:t>
            </w:r>
          </w:p>
          <w:p>
            <w:pPr>
              <w:spacing w:after="20" w:line="276" w:lineRule="auto"/>
            </w:pPr>
            <w:r>
              <w:rPr>
                <w:rFonts w:ascii="宋体" w:hAnsi="宋体" w:eastAsia="宋体"/>
                <w:b w:val="0"/>
                <w:sz w:val="18"/>
              </w:rPr>
              <w:t>师：我想要用计数器拨出10，可以怎么拨？</w:t>
            </w:r>
          </w:p>
          <w:p>
            <w:pPr>
              <w:spacing w:after="20" w:line="276" w:lineRule="auto"/>
            </w:pPr>
            <w:r>
              <w:rPr>
                <w:rFonts w:ascii="宋体" w:hAnsi="宋体" w:eastAsia="宋体"/>
                <w:b w:val="0"/>
                <w:sz w:val="18"/>
              </w:rPr>
              <w:t>有的学生说1颗1颗地拨，拨9颗珠子后再拨1颗珠子就是10颗；有的学生说2颗2颗地拨；还有的学生说5颗5颗地拨。教师引导学生边拨边数。</w:t>
            </w:r>
          </w:p>
          <w:p>
            <w:pPr>
              <w:spacing w:after="20" w:line="276" w:lineRule="auto"/>
            </w:pPr>
            <w:r>
              <w:rPr>
                <w:rFonts w:ascii="宋体" w:hAnsi="宋体" w:eastAsia="宋体"/>
                <w:b w:val="0"/>
                <w:sz w:val="18"/>
              </w:rPr>
              <w:t>课件出示直尺图。</w:t>
            </w:r>
          </w:p>
          <w:p>
            <w:pPr>
              <w:spacing w:after="20" w:line="276" w:lineRule="auto"/>
            </w:pPr>
            <w:r>
              <w:rPr>
                <w:rFonts w:ascii="宋体" w:hAnsi="宋体" w:eastAsia="宋体"/>
                <w:b w:val="0"/>
                <w:sz w:val="18"/>
              </w:rPr>
              <w:t>师：同学们经常用到直尺，观察一下，9在8的后面，10在哪里？为什么？</w:t>
            </w:r>
          </w:p>
          <w:p>
            <w:pPr>
              <w:spacing w:after="20" w:line="276" w:lineRule="auto"/>
            </w:pPr>
            <w:r>
              <w:rPr>
                <w:rFonts w:ascii="宋体" w:hAnsi="宋体" w:eastAsia="宋体"/>
                <w:b w:val="0"/>
                <w:sz w:val="18"/>
              </w:rPr>
              <w:t>引导学生感悟，9再添上1就是10，10在9的后面，10比0～9的所有数都大。</w:t>
            </w:r>
          </w:p>
          <w:p>
            <w:pPr>
              <w:spacing w:after="20" w:line="276" w:lineRule="auto"/>
            </w:pPr>
            <w:r>
              <w:rPr>
                <w:rFonts w:ascii="宋体" w:hAnsi="宋体" w:eastAsia="宋体"/>
                <w:b w:val="0"/>
                <w:sz w:val="18"/>
              </w:rPr>
              <w:t>师：我们一起从0数到10，再从10数到0。(学生按要求数数)在生活中，什么时候会从10倒着数到0呢？</w:t>
            </w:r>
          </w:p>
          <w:p>
            <w:pPr>
              <w:spacing w:after="20" w:line="276" w:lineRule="auto"/>
            </w:pPr>
            <w:r>
              <w:rPr>
                <w:rFonts w:ascii="宋体" w:hAnsi="宋体" w:eastAsia="宋体"/>
                <w:b w:val="0"/>
                <w:sz w:val="18"/>
              </w:rPr>
              <w:t>教师继续补充倒着数数的情境，如：火箭的点火仪式、春节联欢晚会的跨年倒计时、捉迷藏时找人捂眼倒着数数等等。丰富学生对生活中数数的认知。</w:t>
            </w:r>
          </w:p>
          <w:p>
            <w:pPr>
              <w:spacing w:after="20" w:line="276" w:lineRule="auto"/>
            </w:pPr>
            <w:r>
              <w:rPr>
                <w:rFonts w:ascii="宋体" w:hAnsi="宋体" w:eastAsia="宋体"/>
                <w:b w:val="0"/>
                <w:sz w:val="18"/>
              </w:rPr>
              <w:t>课件出示教科书P57“练一练”第2题，让学生做一做，感受倒计时情境。</w:t>
            </w:r>
          </w:p>
          <w:p>
            <w:pPr>
              <w:spacing w:after="20" w:line="276" w:lineRule="auto"/>
            </w:pPr>
            <w:r>
              <w:rPr>
                <w:rFonts w:ascii="宋体" w:hAnsi="宋体" w:eastAsia="宋体"/>
                <w:b w:val="0"/>
                <w:sz w:val="18"/>
              </w:rPr>
              <w:t>(2)10以内数的大小比较。</w:t>
            </w:r>
          </w:p>
          <w:p>
            <w:pPr>
              <w:spacing w:after="20" w:line="276" w:lineRule="auto"/>
            </w:pPr>
            <w:r>
              <w:rPr>
                <w:rFonts w:ascii="宋体" w:hAnsi="宋体" w:eastAsia="宋体"/>
                <w:b w:val="0"/>
                <w:sz w:val="18"/>
              </w:rPr>
              <w:t>课件出示教科书P54方块图。</w:t>
            </w:r>
          </w:p>
          <w:p>
            <w:pPr>
              <w:spacing w:after="20" w:line="276" w:lineRule="auto"/>
            </w:pPr>
            <w:r>
              <w:rPr>
                <w:rFonts w:ascii="宋体" w:hAnsi="宋体" w:eastAsia="宋体"/>
                <w:b w:val="0"/>
                <w:sz w:val="18"/>
              </w:rPr>
              <w:t>师：请你说出这两幅方块图各有多少个方块，再比较大小。</w:t>
            </w:r>
          </w:p>
          <w:p>
            <w:pPr>
              <w:spacing w:after="20" w:line="276" w:lineRule="auto"/>
            </w:pPr>
            <w:r>
              <w:rPr>
                <w:rFonts w:ascii="宋体" w:hAnsi="宋体" w:eastAsia="宋体"/>
                <w:b w:val="0"/>
                <w:sz w:val="18"/>
              </w:rPr>
              <w:t>由于式子中未写出“9”“10”比较的对象，学生可能会不清楚题意，教师要引导学生结合图意来填写并比较。(教师根据学生的回答板书)</w:t>
            </w:r>
          </w:p>
          <w:p>
            <w:pPr>
              <w:spacing w:after="20" w:line="276" w:lineRule="auto"/>
            </w:pPr>
            <w:r>
              <w:rPr>
                <w:rFonts w:ascii="宋体" w:hAnsi="宋体" w:eastAsia="宋体"/>
                <w:b w:val="0"/>
                <w:sz w:val="18"/>
              </w:rPr>
              <w:t>3．学习10的写法。</w:t>
            </w:r>
          </w:p>
          <w:p>
            <w:pPr>
              <w:spacing w:after="20" w:line="276" w:lineRule="auto"/>
            </w:pPr>
            <w:r>
              <w:rPr>
                <w:rFonts w:ascii="宋体" w:hAnsi="宋体" w:eastAsia="宋体"/>
                <w:b w:val="0"/>
                <w:sz w:val="18"/>
              </w:rPr>
              <w:t>师：你会写10吗？首先观察一下10像什么。(课件出示)</w:t>
            </w:r>
          </w:p>
          <w:p>
            <w:pPr>
              <w:spacing w:after="20" w:line="276" w:lineRule="auto"/>
            </w:pPr>
            <w:r>
              <w:rPr>
                <w:rFonts w:ascii="宋体" w:hAnsi="宋体" w:eastAsia="宋体"/>
                <w:b w:val="0"/>
                <w:sz w:val="18"/>
              </w:rPr>
              <w:t>师：我们再一起来看看怎么写10。(播放10的书写视频)下面和老师一起来书写10。</w:t>
            </w:r>
          </w:p>
        </w:tc>
        <w:tc>
          <w:tcPr>
            <w:tcW w:type="dxa" w:w="3061"/>
          </w:tcPr>
          <w:p>
            <w:pPr>
              <w:spacing w:after="20" w:line="276" w:lineRule="auto"/>
            </w:pPr>
            <w:r/>
            <w:r>
              <w:rPr>
                <w:rFonts w:ascii="宋体" w:hAnsi="宋体" w:eastAsia="宋体"/>
                <w:b w:val="0"/>
                <w:sz w:val="18"/>
              </w:rPr>
              <w:t>学生动手摆10，教师指定两名同学到讲台前用不同的学具摆10进行展示。</w:t>
            </w:r>
          </w:p>
          <w:p>
            <w:pPr>
              <w:spacing w:after="20" w:line="276" w:lineRule="auto"/>
            </w:pPr>
            <w:r>
              <w:rPr>
                <w:rFonts w:ascii="宋体" w:hAnsi="宋体" w:eastAsia="宋体"/>
                <w:b w:val="0"/>
                <w:sz w:val="18"/>
              </w:rPr>
              <w:t>学生明确：因为它们的数量都是10，所以可以用数字10来表示。(教师在黑板上贴卡片)</w:t>
            </w:r>
          </w:p>
          <w:p>
            <w:pPr>
              <w:spacing w:after="20" w:line="276" w:lineRule="auto"/>
            </w:pPr>
            <w:r>
              <w:rPr>
                <w:rFonts w:ascii="宋体" w:hAnsi="宋体" w:eastAsia="宋体"/>
                <w:b w:val="0"/>
                <w:sz w:val="18"/>
              </w:rPr>
              <w:t>学生会说自己的手指、脚趾都可以用10来表示。</w:t>
            </w:r>
          </w:p>
          <w:p>
            <w:pPr>
              <w:spacing w:after="20" w:line="276" w:lineRule="auto"/>
            </w:pPr>
            <w:r>
              <w:rPr>
                <w:rFonts w:ascii="宋体" w:hAnsi="宋体" w:eastAsia="宋体"/>
                <w:b w:val="0"/>
                <w:sz w:val="18"/>
              </w:rPr>
              <w:t>学生按要求玩游戏。</w:t>
            </w:r>
          </w:p>
          <w:p>
            <w:pPr>
              <w:spacing w:after="20" w:line="276" w:lineRule="auto"/>
            </w:pPr>
            <w:r>
              <w:rPr>
                <w:rFonts w:ascii="宋体" w:hAnsi="宋体" w:eastAsia="宋体"/>
                <w:b w:val="0"/>
                <w:sz w:val="18"/>
              </w:rPr>
              <w:t>学生可能回答红绿灯转换的时候显示剩下的时间会倒着数。</w:t>
            </w:r>
          </w:p>
          <w:p>
            <w:pPr>
              <w:spacing w:after="20" w:line="276" w:lineRule="auto"/>
            </w:pPr>
            <w:r>
              <w:rPr>
                <w:rFonts w:ascii="宋体" w:hAnsi="宋体" w:eastAsia="宋体"/>
                <w:b w:val="0"/>
                <w:sz w:val="18"/>
              </w:rPr>
              <w:t>学生完成教科书P55的书写练习。教师巡视指导。</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设计递进式探究活动，引导学生在动手实践与合作交流中经历知识形成过程，突破本课重难点，核心问题："图中有什么？"</w:t>
            </w:r>
          </w:p>
        </w:tc>
      </w:tr>
      <w:tr>
        <w:tc>
          <w:tcPr>
            <w:tcW w:type="dxa" w:w="1474"/>
          </w:tcPr>
          <w:p>
            <w:pPr>
              <w:spacing w:after="20" w:line="276" w:lineRule="auto"/>
            </w:pPr>
            <w:r>
              <w:rPr>
                <w:b/>
              </w:rPr>
            </w:r>
            <w:r>
              <w:rPr>
                <w:rFonts w:ascii="宋体" w:hAnsi="宋体" w:eastAsia="宋体"/>
                <w:b/>
                <w:sz w:val="18"/>
              </w:rPr>
              <w:t>探究10的组成</w:t>
            </w:r>
          </w:p>
        </w:tc>
        <w:tc>
          <w:tcPr>
            <w:tcW w:type="dxa" w:w="3061"/>
          </w:tcPr>
          <w:p>
            <w:pPr>
              <w:spacing w:after="20" w:line="276" w:lineRule="auto"/>
            </w:pPr>
            <w:r/>
            <w:r>
              <w:rPr>
                <w:rFonts w:ascii="宋体" w:hAnsi="宋体" w:eastAsia="宋体"/>
                <w:b w:val="0"/>
                <w:sz w:val="18"/>
              </w:rPr>
              <w:t>1.在操作中掌握10的组成。</w:t>
            </w:r>
          </w:p>
          <w:p>
            <w:pPr>
              <w:spacing w:after="20" w:line="276" w:lineRule="auto"/>
            </w:pPr>
            <w:r>
              <w:rPr>
                <w:rFonts w:ascii="宋体" w:hAnsi="宋体" w:eastAsia="宋体"/>
                <w:b w:val="0"/>
                <w:sz w:val="18"/>
              </w:rPr>
              <w:t>师：如果让你把10分成两部分，可以怎么分呢？请你用10根小棒摆一摆，再填数。(课件出示教科书P55上面的题)</w:t>
            </w:r>
          </w:p>
          <w:p>
            <w:pPr>
              <w:spacing w:after="20" w:line="276" w:lineRule="auto"/>
            </w:pPr>
            <w:r>
              <w:rPr>
                <w:rFonts w:ascii="宋体" w:hAnsi="宋体" w:eastAsia="宋体"/>
                <w:b w:val="0"/>
                <w:sz w:val="18"/>
              </w:rPr>
              <w:t>指导学生有序操作，如果有困难，教师先示范一遍，再让全班学生按照顺序分一分，说一说。</w:t>
            </w:r>
          </w:p>
          <w:p>
            <w:pPr>
              <w:spacing w:after="20" w:line="276" w:lineRule="auto"/>
            </w:pPr>
            <w:r>
              <w:rPr>
                <w:rFonts w:ascii="宋体" w:hAnsi="宋体" w:eastAsia="宋体"/>
                <w:b w:val="0"/>
                <w:sz w:val="18"/>
              </w:rPr>
              <w:t>教师根据学生的汇报板书：</w:t>
            </w:r>
          </w:p>
          <w:p>
            <w:pPr>
              <w:spacing w:after="20" w:line="276" w:lineRule="auto"/>
            </w:pPr>
            <w:r>
              <w:rPr>
                <w:rFonts w:ascii="宋体" w:hAnsi="宋体" w:eastAsia="宋体"/>
                <w:b w:val="0"/>
                <w:sz w:val="18"/>
              </w:rPr>
              <w:t>(1)交流10的组成的记忆方法。</w:t>
            </w:r>
          </w:p>
          <w:p>
            <w:pPr>
              <w:spacing w:after="20" w:line="276" w:lineRule="auto"/>
            </w:pPr>
            <w:r>
              <w:rPr>
                <w:rFonts w:ascii="宋体" w:hAnsi="宋体" w:eastAsia="宋体"/>
                <w:b w:val="0"/>
                <w:sz w:val="18"/>
              </w:rPr>
              <w:t>师：上面每两个数合起来都是10。如果能快速记住10的分与合，我们就可以解决许多数学问题。你能用什么方法记住它们？把你的想法说给同桌听。</w:t>
            </w:r>
          </w:p>
          <w:p>
            <w:pPr>
              <w:spacing w:after="20" w:line="276" w:lineRule="auto"/>
            </w:pPr>
            <w:r>
              <w:rPr>
                <w:rFonts w:ascii="宋体" w:hAnsi="宋体" w:eastAsia="宋体"/>
                <w:b w:val="0"/>
                <w:sz w:val="18"/>
              </w:rPr>
              <w:t>(2)小游戏“凑10”。</w:t>
            </w:r>
          </w:p>
          <w:p>
            <w:pPr>
              <w:spacing w:after="20" w:line="276" w:lineRule="auto"/>
            </w:pPr>
            <w:r>
              <w:rPr>
                <w:rFonts w:ascii="宋体" w:hAnsi="宋体" w:eastAsia="宋体"/>
                <w:b w:val="0"/>
                <w:sz w:val="18"/>
              </w:rPr>
              <w:t>师：我们来活动活动小手指，玩一个凑数游戏，我的手指比出一个数，你们的手指比出另一个数，这两个数合起来要能凑成10。</w:t>
            </w:r>
          </w:p>
          <w:p>
            <w:pPr>
              <w:spacing w:after="20" w:line="276" w:lineRule="auto"/>
            </w:pPr>
            <w:r>
              <w:rPr>
                <w:rFonts w:ascii="宋体" w:hAnsi="宋体" w:eastAsia="宋体"/>
                <w:b w:val="0"/>
                <w:sz w:val="18"/>
              </w:rPr>
              <w:t>例如：教师说“我出5”，学生说“我出5”，师生一起说“5和5凑成10”。</w:t>
            </w:r>
          </w:p>
          <w:p>
            <w:pPr>
              <w:spacing w:after="20" w:line="276" w:lineRule="auto"/>
            </w:pPr>
            <w:r>
              <w:rPr>
                <w:rFonts w:ascii="宋体" w:hAnsi="宋体" w:eastAsia="宋体"/>
                <w:b w:val="0"/>
                <w:sz w:val="18"/>
              </w:rPr>
              <w:t>师生一起玩游戏。</w:t>
            </w:r>
          </w:p>
        </w:tc>
        <w:tc>
          <w:tcPr>
            <w:tcW w:type="dxa" w:w="3061"/>
          </w:tcPr>
          <w:p>
            <w:pPr>
              <w:spacing w:after="20" w:line="276" w:lineRule="auto"/>
            </w:pPr>
            <w:r/>
            <w:r>
              <w:rPr>
                <w:rFonts w:ascii="宋体" w:hAnsi="宋体" w:eastAsia="宋体"/>
                <w:b w:val="0"/>
                <w:sz w:val="18"/>
              </w:rPr>
              <w:t>2．讨论10的组成的记忆方法。</w:t>
            </w:r>
          </w:p>
          <w:p>
            <w:pPr>
              <w:spacing w:after="20" w:line="276" w:lineRule="auto"/>
            </w:pPr>
            <w:r>
              <w:rPr>
                <w:rFonts w:ascii="宋体" w:hAnsi="宋体" w:eastAsia="宋体"/>
                <w:b w:val="0"/>
                <w:sz w:val="18"/>
              </w:rPr>
              <w:t>学生交流记忆的方法。</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设计递进式探究活动，引导学生在动手实践与合作交流中经历知识形成过程，突破本课重难点，核心问题："如果让你把10分成两部分，可以怎么分呢？"</w:t>
            </w:r>
          </w:p>
        </w:tc>
      </w:tr>
      <w:tr>
        <w:tc>
          <w:tcPr>
            <w:tcW w:type="dxa" w:w="1474"/>
          </w:tcPr>
          <w:p>
            <w:pPr>
              <w:spacing w:after="20" w:line="276" w:lineRule="auto"/>
            </w:pPr>
            <w:r>
              <w:rPr>
                <w:b/>
              </w:rPr>
            </w:r>
            <w:r>
              <w:rPr>
                <w:rFonts w:ascii="宋体" w:hAnsi="宋体" w:eastAsia="宋体"/>
                <w:b/>
                <w:sz w:val="18"/>
              </w:rPr>
              <w:t>应用练习</w:t>
            </w:r>
          </w:p>
        </w:tc>
        <w:tc>
          <w:tcPr>
            <w:tcW w:type="dxa" w:w="3061"/>
          </w:tcPr>
          <w:p>
            <w:pPr>
              <w:spacing w:after="20" w:line="276" w:lineRule="auto"/>
            </w:pPr>
            <w:r/>
            <w:r>
              <w:rPr>
                <w:rFonts w:ascii="宋体" w:hAnsi="宋体" w:eastAsia="宋体"/>
                <w:b w:val="0"/>
                <w:sz w:val="18"/>
              </w:rPr>
              <w:t>1.完成教科书P55“做一做”。</w:t>
            </w:r>
          </w:p>
          <w:p>
            <w:pPr>
              <w:spacing w:after="20" w:line="276" w:lineRule="auto"/>
            </w:pPr>
            <w:r>
              <w:rPr>
                <w:rFonts w:ascii="宋体" w:hAnsi="宋体" w:eastAsia="宋体"/>
                <w:b w:val="0"/>
                <w:sz w:val="18"/>
              </w:rPr>
              <w:t>2．完成教科书P57“练一练”第1、3题。</w:t>
            </w:r>
          </w:p>
        </w:tc>
        <w:tc>
          <w:tcPr>
            <w:tcW w:type="dxa" w:w="3061"/>
          </w:tcPr>
          <w:p>
            <w:pPr>
              <w:spacing w:after="20" w:line="276" w:lineRule="auto"/>
            </w:pPr>
            <w:r/>
            <w:r>
              <w:rPr>
                <w:rFonts w:ascii="宋体" w:hAnsi="宋体" w:eastAsia="宋体"/>
                <w:b w:val="0"/>
                <w:sz w:val="18"/>
              </w:rPr>
              <w:t>同桌之间互相配合，其中一人出一张数字卡片，另一人再出一张凑成10。</w:t>
            </w:r>
          </w:p>
          <w:p>
            <w:pPr>
              <w:spacing w:after="20" w:line="276" w:lineRule="auto"/>
            </w:pPr>
            <w:r>
              <w:rPr>
                <w:rFonts w:ascii="宋体" w:hAnsi="宋体" w:eastAsia="宋体"/>
                <w:b w:val="0"/>
                <w:sz w:val="18"/>
              </w:rPr>
              <w:t>学生独立完成后交流汇报。</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课堂小结</w:t>
            </w:r>
          </w:p>
        </w:tc>
        <w:tc>
          <w:tcPr>
            <w:tcW w:type="dxa" w:w="3061"/>
          </w:tcPr>
          <w:p>
            <w:pPr>
              <w:spacing w:after="20" w:line="276" w:lineRule="auto"/>
            </w:pPr>
            <w:r/>
            <w:r>
              <w:rPr>
                <w:rFonts w:ascii="宋体" w:hAnsi="宋体" w:eastAsia="宋体"/>
                <w:b w:val="0"/>
                <w:sz w:val="18"/>
              </w:rPr>
              <w:t>师：今天这节课你们学到了什么？还有什么问题吗？</w:t>
            </w:r>
          </w:p>
          <w:p>
            <w:pPr>
              <w:spacing w:after="20" w:line="276" w:lineRule="auto"/>
            </w:pPr>
            <w:r>
              <w:rPr>
                <w:rFonts w:ascii="宋体" w:hAnsi="宋体" w:eastAsia="宋体"/>
                <w:b w:val="0"/>
                <w:sz w:val="18"/>
              </w:rPr>
              <w:t>课件出示教科书P55“你知道吗？”，教师给学生介绍算筹。</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引导学生回顾梳理本课所学，完善认知结构，提升归纳与反思能力，核心问题："今天这节课你们学到了什么？还有什么问题吗？"</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教科书P54～55，完成教科书P55“做一做”和P57“练一练”第1～3题。</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课采用体验式教学的方法，让学生在玩中学，在学中玩。设计找10、摆10、猜一猜、对口令等游戏环节，让学生在轻松愉快的氛围中操作练习、掌握新知，使数学学习成为牢牢吸引学生的一种愉快活动。</w:t>
      </w:r>
    </w:p>
    <w:p>
      <w:r>
        <w:br w:type="page"/>
      </w:r>
    </w:p>
    <w:p>
      <w:pPr>
        <w:spacing w:after="80" w:line="300" w:lineRule="auto"/>
      </w:pPr>
      <w:r>
        <w:rPr>
          <w:rFonts w:ascii="黑体" w:hAnsi="黑体" w:eastAsia="黑体"/>
          <w:b/>
          <w:sz w:val="24"/>
        </w:rPr>
        <w:t>二、课时教学方案（第2课时）</w:t>
      </w:r>
    </w:p>
    <w:p>
      <w:pPr>
        <w:spacing w:after="80" w:line="300" w:lineRule="auto"/>
      </w:pPr>
      <w:r>
        <w:rPr>
          <w:rFonts w:ascii="黑体" w:hAnsi="黑体" w:eastAsia="黑体"/>
          <w:b/>
          <w:sz w:val="24"/>
        </w:rPr>
        <w:t>第2课时　6和7的加、减法</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第2课时　6和7的加、减法</w:t>
            </w:r>
          </w:p>
        </w:tc>
        <w:tc>
          <w:tcPr>
            <w:tcW w:type="dxa" w:w="6009"/>
          </w:tcPr>
          <w:p>
            <w:pPr>
              <w:spacing w:after="20" w:line="276" w:lineRule="auto"/>
            </w:pPr>
            <w:r/>
            <w:r>
              <w:rPr>
                <w:rFonts w:ascii="宋体" w:hAnsi="宋体" w:eastAsia="宋体"/>
                <w:b w:val="0"/>
                <w:sz w:val="20"/>
              </w:rPr>
              <w:t>第2单元 6-10的认识和加、减法（～9的加、减法）</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通过第一单元“5以内数的认识和加、减法”的学习，学生已经积累了一定的学习经验，对数的概念的学习已经不陌生了。但是对数与数之间存在密切关系的认识还不够深刻，其中蕴含的数学推理和良好思维习惯还需要教师结合具体环节进行渗透和培养。由于一年级学生受年龄特点的限制，连加、连减这部分内容仍是学习的难点，因此要利用连续的两幅图帮助学生理解其意义及计算方法，使学生能在此基础上看清运算符号，顺利完成计算。</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教学内容：教科书P44例1，完成教科书P44“做一做”。</w:t>
      </w:r>
    </w:p>
    <w:p>
      <w:pPr>
        <w:spacing w:after="80" w:line="300" w:lineRule="auto"/>
        <w:ind w:firstLine="400"/>
      </w:pPr>
      <w:r>
        <w:rPr>
          <w:rFonts w:ascii="宋体" w:hAnsi="宋体" w:eastAsia="宋体"/>
          <w:b w:val="0"/>
          <w:sz w:val="20"/>
        </w:rPr>
        <w:t>设计思路：让学生通过具体的操作活动，体会观察角度不同，可以列出不同的算式(针对同一幅图)，体会四道算式之间的内在联系，感受“交换两个加数的位置，和不变”的客观事实，为后面学习“一图三式”打下基础。计算时，虽然学生有自己的想法，但是为了有利于学习的发展，教学时尽可能引导学生利用数的组成进行加减计算。</w:t>
      </w:r>
    </w:p>
    <w:p>
      <w:pPr>
        <w:spacing w:after="80" w:line="300" w:lineRule="auto"/>
        <w:ind w:firstLine="400"/>
      </w:pPr>
      <w:r>
        <w:rPr>
          <w:rFonts w:ascii="宋体" w:hAnsi="宋体" w:eastAsia="宋体"/>
          <w:b w:val="0"/>
          <w:sz w:val="20"/>
        </w:rPr>
        <w:t>教学准备：课件、红花、圆片。</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（1）能够根据一幅图写出有联系的两个加法算式和两个减法算式，并算出得数。</w:t>
      </w:r>
    </w:p>
    <w:p>
      <w:pPr>
        <w:spacing w:after="20" w:line="300" w:lineRule="auto"/>
        <w:ind w:firstLine="400"/>
      </w:pPr>
      <w:r>
        <w:rPr>
          <w:rFonts w:ascii="宋体" w:hAnsi="宋体" w:eastAsia="宋体"/>
          <w:b w:val="0"/>
          <w:sz w:val="20"/>
        </w:rPr>
        <w:t>（2）通过操作和观察，在活动中发现“一图二式”和“一图四式”的一般规律，提高学生的理解和计算能力。</w:t>
      </w:r>
    </w:p>
    <w:p>
      <w:pPr>
        <w:spacing w:after="20" w:line="300" w:lineRule="auto"/>
        <w:ind w:firstLine="400"/>
      </w:pPr>
      <w:r>
        <w:rPr>
          <w:rFonts w:ascii="宋体" w:hAnsi="宋体" w:eastAsia="宋体"/>
          <w:b w:val="0"/>
          <w:sz w:val="20"/>
        </w:rPr>
        <w:t>（3）初步感受学习数学的快乐，体会用数学知识解决实际问题的过程。</w:t>
      </w:r>
    </w:p>
    <w:p>
      <w:pPr>
        <w:spacing w:after="20" w:line="300" w:lineRule="auto"/>
      </w:pPr>
      <w:r>
        <w:rPr>
          <w:rFonts w:ascii="宋体" w:hAnsi="宋体" w:eastAsia="宋体"/>
          <w:b w:val="0"/>
          <w:sz w:val="20"/>
        </w:rPr>
        <w:t>教学重点：正确计算关于6和7的加、减法。</w:t>
      </w:r>
    </w:p>
    <w:p>
      <w:pPr>
        <w:spacing w:after="20" w:line="300" w:lineRule="auto"/>
      </w:pPr>
      <w:r>
        <w:rPr>
          <w:rFonts w:ascii="宋体" w:hAnsi="宋体" w:eastAsia="宋体"/>
          <w:b w:val="0"/>
          <w:sz w:val="20"/>
        </w:rPr>
        <w:t>教学难点：理解算式的含义和加、减法之间的关系。</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谈话导入</w:t>
            </w:r>
          </w:p>
        </w:tc>
        <w:tc>
          <w:tcPr>
            <w:tcW w:type="dxa" w:w="1814"/>
          </w:tcPr>
          <w:p>
            <w:pPr>
              <w:spacing w:after="20" w:line="276" w:lineRule="auto"/>
            </w:pPr>
            <w:r/>
            <w:r>
              <w:rPr>
                <w:rFonts w:ascii="宋体" w:hAnsi="宋体" w:eastAsia="宋体"/>
                <w:b w:val="0"/>
                <w:sz w:val="18"/>
              </w:rPr>
              <w:t>课件、圆片</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2分钟</w:t>
            </w:r>
          </w:p>
        </w:tc>
      </w:tr>
      <w:tr>
        <w:tc>
          <w:tcPr>
            <w:tcW w:type="dxa" w:w="2835"/>
          </w:tcPr>
          <w:p>
            <w:pPr>
              <w:spacing w:after="20" w:line="276" w:lineRule="auto"/>
            </w:pPr>
            <w:r/>
            <w:r>
              <w:rPr>
                <w:rFonts w:ascii="宋体" w:hAnsi="宋体" w:eastAsia="宋体"/>
                <w:b w:val="0"/>
                <w:sz w:val="18"/>
              </w:rPr>
              <w:t>创设情境，构建加法模型</w:t>
            </w:r>
          </w:p>
        </w:tc>
        <w:tc>
          <w:tcPr>
            <w:tcW w:type="dxa" w:w="1814"/>
          </w:tcPr>
          <w:p>
            <w:pPr>
              <w:spacing w:after="20" w:line="276" w:lineRule="auto"/>
            </w:pPr>
            <w:r/>
            <w:r>
              <w:rPr>
                <w:rFonts w:ascii="宋体" w:hAnsi="宋体" w:eastAsia="宋体"/>
                <w:b w:val="0"/>
                <w:sz w:val="18"/>
              </w:rPr>
              <w:t>课件、圆片</w:t>
            </w:r>
          </w:p>
        </w:tc>
        <w:tc>
          <w:tcPr>
            <w:tcW w:type="dxa" w:w="3402"/>
          </w:tcPr>
          <w:p>
            <w:pPr>
              <w:spacing w:after="20" w:line="276" w:lineRule="auto"/>
            </w:pPr>
            <w:r/>
            <w:r>
              <w:rPr>
                <w:rFonts w:ascii="宋体" w:hAnsi="宋体" w:eastAsia="宋体"/>
                <w:b w:val="0"/>
                <w:sz w:val="18"/>
              </w:rPr>
              <w:t>一共有多少人呢？你能列出算式吗？；谁能说说你是怎么想的？</w:t>
            </w:r>
          </w:p>
        </w:tc>
        <w:tc>
          <w:tcPr>
            <w:tcW w:type="dxa" w:w="1361"/>
          </w:tcPr>
          <w:p>
            <w:pPr>
              <w:spacing w:after="20" w:line="276" w:lineRule="auto"/>
            </w:pPr>
            <w:r/>
            <w:r>
              <w:rPr>
                <w:rFonts w:ascii="宋体" w:hAnsi="宋体" w:eastAsia="宋体"/>
                <w:b w:val="0"/>
                <w:sz w:val="18"/>
              </w:rPr>
              <w:t>14分钟</w:t>
            </w:r>
          </w:p>
        </w:tc>
      </w:tr>
      <w:tr>
        <w:tc>
          <w:tcPr>
            <w:tcW w:type="dxa" w:w="2835"/>
          </w:tcPr>
          <w:p>
            <w:pPr>
              <w:spacing w:after="20" w:line="276" w:lineRule="auto"/>
            </w:pPr>
            <w:r/>
            <w:r>
              <w:rPr>
                <w:rFonts w:ascii="宋体" w:hAnsi="宋体" w:eastAsia="宋体"/>
                <w:b w:val="0"/>
                <w:sz w:val="18"/>
              </w:rPr>
              <w:t>自主探究，构建减法模型</w:t>
            </w:r>
          </w:p>
        </w:tc>
        <w:tc>
          <w:tcPr>
            <w:tcW w:type="dxa" w:w="1814"/>
          </w:tcPr>
          <w:p>
            <w:pPr>
              <w:spacing w:after="20" w:line="276" w:lineRule="auto"/>
            </w:pPr>
            <w:r/>
            <w:r>
              <w:rPr>
                <w:rFonts w:ascii="宋体" w:hAnsi="宋体" w:eastAsia="宋体"/>
                <w:b w:val="0"/>
                <w:sz w:val="18"/>
              </w:rPr>
              <w:t>课件、教科书、圆片</w:t>
            </w:r>
          </w:p>
        </w:tc>
        <w:tc>
          <w:tcPr>
            <w:tcW w:type="dxa" w:w="3402"/>
          </w:tcPr>
          <w:p>
            <w:pPr>
              <w:spacing w:after="20" w:line="276" w:lineRule="auto"/>
            </w:pPr>
            <w:r/>
            <w:r>
              <w:rPr>
                <w:rFonts w:ascii="宋体" w:hAnsi="宋体" w:eastAsia="宋体"/>
                <w:b w:val="0"/>
                <w:sz w:val="18"/>
              </w:rPr>
              <w:t>你能列出算式吗？；计算6－1和6－5时，怎样算才能算得快？</w:t>
            </w:r>
          </w:p>
        </w:tc>
        <w:tc>
          <w:tcPr>
            <w:tcW w:type="dxa" w:w="1361"/>
          </w:tcPr>
          <w:p>
            <w:pPr>
              <w:spacing w:after="20" w:line="276" w:lineRule="auto"/>
            </w:pPr>
            <w:r/>
            <w:r>
              <w:rPr>
                <w:rFonts w:ascii="宋体" w:hAnsi="宋体" w:eastAsia="宋体"/>
                <w:b w:val="0"/>
                <w:sz w:val="18"/>
              </w:rPr>
              <w:t>8分钟</w:t>
            </w:r>
          </w:p>
        </w:tc>
      </w:tr>
      <w:tr>
        <w:tc>
          <w:tcPr>
            <w:tcW w:type="dxa" w:w="2835"/>
          </w:tcPr>
          <w:p>
            <w:pPr>
              <w:spacing w:after="20" w:line="276" w:lineRule="auto"/>
            </w:pPr>
            <w:r/>
            <w:r>
              <w:rPr>
                <w:rFonts w:ascii="宋体" w:hAnsi="宋体" w:eastAsia="宋体"/>
                <w:b w:val="0"/>
                <w:sz w:val="18"/>
              </w:rPr>
              <w:t>理解“一图四式”</w:t>
            </w:r>
          </w:p>
        </w:tc>
        <w:tc>
          <w:tcPr>
            <w:tcW w:type="dxa" w:w="1814"/>
          </w:tcPr>
          <w:p>
            <w:pPr>
              <w:spacing w:after="20" w:line="276" w:lineRule="auto"/>
            </w:pPr>
            <w:r/>
            <w:r>
              <w:rPr>
                <w:rFonts w:ascii="宋体" w:hAnsi="宋体" w:eastAsia="宋体"/>
                <w:b w:val="0"/>
                <w:sz w:val="18"/>
              </w:rPr>
              <w:t>课件、教科书、圆片、学具</w:t>
            </w:r>
          </w:p>
        </w:tc>
        <w:tc>
          <w:tcPr>
            <w:tcW w:type="dxa" w:w="3402"/>
          </w:tcPr>
          <w:p>
            <w:pPr>
              <w:spacing w:after="20" w:line="276" w:lineRule="auto"/>
            </w:pPr>
            <w:r/>
            <w:r>
              <w:rPr>
                <w:rFonts w:ascii="宋体" w:hAnsi="宋体" w:eastAsia="宋体"/>
                <w:b w:val="0"/>
                <w:sz w:val="18"/>
              </w:rPr>
              <w:t>你能根据这幅图写出两个加法算式和两个减法算式吗？；你能列出四个算式并说出算式的意思吗？</w:t>
            </w:r>
          </w:p>
        </w:tc>
        <w:tc>
          <w:tcPr>
            <w:tcW w:type="dxa" w:w="1361"/>
          </w:tcPr>
          <w:p>
            <w:pPr>
              <w:spacing w:after="20" w:line="276" w:lineRule="auto"/>
            </w:pPr>
            <w:r/>
            <w:r>
              <w:rPr>
                <w:rFonts w:ascii="宋体" w:hAnsi="宋体" w:eastAsia="宋体"/>
                <w:b w:val="0"/>
                <w:sz w:val="18"/>
              </w:rPr>
              <w:t>12分钟</w:t>
            </w:r>
          </w:p>
        </w:tc>
      </w:tr>
      <w:tr>
        <w:tc>
          <w:tcPr>
            <w:tcW w:type="dxa" w:w="2835"/>
          </w:tcPr>
          <w:p>
            <w:pPr>
              <w:spacing w:after="20" w:line="276" w:lineRule="auto"/>
            </w:pPr>
            <w:r/>
            <w:r>
              <w:rPr>
                <w:rFonts w:ascii="宋体" w:hAnsi="宋体" w:eastAsia="宋体"/>
                <w:b w:val="0"/>
                <w:sz w:val="18"/>
              </w:rPr>
              <w:t>巩固练习</w:t>
            </w:r>
          </w:p>
        </w:tc>
        <w:tc>
          <w:tcPr>
            <w:tcW w:type="dxa" w:w="1814"/>
          </w:tcPr>
          <w:p>
            <w:pPr>
              <w:spacing w:after="20" w:line="276" w:lineRule="auto"/>
            </w:pPr>
            <w:r/>
            <w:r>
              <w:rPr>
                <w:rFonts w:ascii="宋体" w:hAnsi="宋体" w:eastAsia="宋体"/>
                <w:b w:val="0"/>
                <w:sz w:val="18"/>
              </w:rPr>
              <w:t>教科书、课件、圆片</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2分钟</w:t>
            </w:r>
          </w:p>
        </w:tc>
      </w:tr>
      <w:tr>
        <w:tc>
          <w:tcPr>
            <w:tcW w:type="dxa" w:w="2835"/>
          </w:tcPr>
          <w:p>
            <w:pPr>
              <w:spacing w:after="20" w:line="276" w:lineRule="auto"/>
            </w:pPr>
            <w:r/>
            <w:r>
              <w:rPr>
                <w:rFonts w:ascii="宋体" w:hAnsi="宋体" w:eastAsia="宋体"/>
                <w:b w:val="0"/>
                <w:sz w:val="18"/>
              </w:rPr>
              <w:t>课堂小结</w:t>
            </w:r>
          </w:p>
        </w:tc>
        <w:tc>
          <w:tcPr>
            <w:tcW w:type="dxa" w:w="1814"/>
          </w:tcPr>
          <w:p>
            <w:pPr>
              <w:spacing w:after="20" w:line="276" w:lineRule="auto"/>
            </w:pPr>
            <w:r/>
            <w:r>
              <w:rPr>
                <w:rFonts w:ascii="宋体" w:hAnsi="宋体" w:eastAsia="宋体"/>
                <w:b w:val="0"/>
                <w:sz w:val="18"/>
              </w:rPr>
              <w:t>课件、圆片</w:t>
            </w:r>
          </w:p>
        </w:tc>
        <w:tc>
          <w:tcPr>
            <w:tcW w:type="dxa" w:w="3402"/>
          </w:tcPr>
          <w:p>
            <w:pPr>
              <w:spacing w:after="20" w:line="276" w:lineRule="auto"/>
            </w:pPr>
            <w:r/>
            <w:r>
              <w:rPr>
                <w:rFonts w:ascii="宋体" w:hAnsi="宋体" w:eastAsia="宋体"/>
                <w:b w:val="0"/>
                <w:sz w:val="18"/>
              </w:rPr>
              <w:t>这节课你们有什么收获？</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谈话导入</w:t>
            </w:r>
          </w:p>
        </w:tc>
        <w:tc>
          <w:tcPr>
            <w:tcW w:type="dxa" w:w="3061"/>
          </w:tcPr>
          <w:p>
            <w:pPr>
              <w:spacing w:after="20" w:line="276" w:lineRule="auto"/>
            </w:pPr>
            <w:r/>
            <w:r>
              <w:rPr>
                <w:rFonts w:ascii="宋体" w:hAnsi="宋体" w:eastAsia="宋体"/>
                <w:b w:val="0"/>
                <w:sz w:val="18"/>
              </w:rPr>
              <w:t>师：同学们已经会算5以内数的加、减法了。这节课，我们来学习6和7的加、减法。(板书课题：6和7的加、减法)</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创设情境激活学生已有经验，自然引出本课学习内容，激发学习兴趣。</w:t>
            </w:r>
          </w:p>
        </w:tc>
      </w:tr>
      <w:tr>
        <w:tc>
          <w:tcPr>
            <w:tcW w:type="dxa" w:w="1474"/>
          </w:tcPr>
          <w:p>
            <w:pPr>
              <w:spacing w:after="20" w:line="276" w:lineRule="auto"/>
            </w:pPr>
            <w:r>
              <w:rPr>
                <w:b/>
              </w:rPr>
            </w:r>
            <w:r>
              <w:rPr>
                <w:rFonts w:ascii="宋体" w:hAnsi="宋体" w:eastAsia="宋体"/>
                <w:b/>
                <w:sz w:val="18"/>
              </w:rPr>
              <w:t>创设情境，构建加法模型</w:t>
            </w:r>
          </w:p>
        </w:tc>
        <w:tc>
          <w:tcPr>
            <w:tcW w:type="dxa" w:w="3061"/>
          </w:tcPr>
          <w:p>
            <w:pPr>
              <w:spacing w:after="20" w:line="276" w:lineRule="auto"/>
            </w:pPr>
            <w:r/>
            <w:r>
              <w:rPr>
                <w:rFonts w:ascii="宋体" w:hAnsi="宋体" w:eastAsia="宋体"/>
                <w:b w:val="0"/>
                <w:sz w:val="18"/>
              </w:rPr>
              <w:t>1.创设情境，双向观察。</w:t>
            </w:r>
          </w:p>
          <w:p>
            <w:pPr>
              <w:spacing w:after="20" w:line="276" w:lineRule="auto"/>
            </w:pPr>
            <w:r>
              <w:rPr>
                <w:rFonts w:ascii="宋体" w:hAnsi="宋体" w:eastAsia="宋体"/>
                <w:b w:val="0"/>
                <w:sz w:val="18"/>
              </w:rPr>
              <w:t>请学生到讲台上站队，一边站5人，一边站1人。</w:t>
            </w:r>
          </w:p>
          <w:p>
            <w:pPr>
              <w:spacing w:after="20" w:line="276" w:lineRule="auto"/>
            </w:pPr>
            <w:r>
              <w:rPr>
                <w:rFonts w:ascii="宋体" w:hAnsi="宋体" w:eastAsia="宋体"/>
                <w:b w:val="0"/>
                <w:sz w:val="18"/>
              </w:rPr>
              <w:t>师：一共有多少人呢？你能列出算式吗？</w:t>
            </w:r>
          </w:p>
          <w:p>
            <w:pPr>
              <w:spacing w:after="20" w:line="276" w:lineRule="auto"/>
            </w:pPr>
            <w:r>
              <w:rPr>
                <w:rFonts w:ascii="宋体" w:hAnsi="宋体" w:eastAsia="宋体"/>
                <w:b w:val="0"/>
                <w:sz w:val="18"/>
              </w:rPr>
              <w:t>师：谁能说说你是怎么想的？说一说为什么能列出两个不同的加法算式。</w:t>
            </w:r>
          </w:p>
          <w:p>
            <w:pPr>
              <w:spacing w:after="20" w:line="276" w:lineRule="auto"/>
            </w:pPr>
            <w:r>
              <w:rPr>
                <w:rFonts w:ascii="宋体" w:hAnsi="宋体" w:eastAsia="宋体"/>
                <w:b w:val="0"/>
                <w:sz w:val="18"/>
              </w:rPr>
              <w:t>从左往右看，同学们的排列是5和1；从右往左看，同学们的排列是1和5。</w:t>
            </w:r>
          </w:p>
          <w:p>
            <w:pPr>
              <w:spacing w:after="20" w:line="276" w:lineRule="auto"/>
            </w:pPr>
            <w:r>
              <w:rPr>
                <w:rFonts w:ascii="宋体" w:hAnsi="宋体" w:eastAsia="宋体"/>
                <w:b w:val="0"/>
                <w:sz w:val="18"/>
              </w:rPr>
              <w:t>师小结：由于观察的方向不同，可以列出两个不同的加法算式。</w:t>
            </w:r>
          </w:p>
          <w:p>
            <w:pPr>
              <w:spacing w:after="20" w:line="276" w:lineRule="auto"/>
            </w:pPr>
            <w:r>
              <w:rPr>
                <w:rFonts w:ascii="宋体" w:hAnsi="宋体" w:eastAsia="宋体"/>
                <w:b w:val="0"/>
                <w:sz w:val="18"/>
              </w:rPr>
              <w:t>2．阐述算理，对比概括。</w:t>
            </w:r>
          </w:p>
          <w:p>
            <w:pPr>
              <w:spacing w:after="20" w:line="276" w:lineRule="auto"/>
            </w:pPr>
            <w:r>
              <w:rPr>
                <w:rFonts w:ascii="宋体" w:hAnsi="宋体" w:eastAsia="宋体"/>
                <w:b w:val="0"/>
                <w:sz w:val="18"/>
              </w:rPr>
              <w:t>师：这两个算式结果为什么都等于6？你能用红花摆一摆，说一说理由吗？</w:t>
            </w:r>
          </w:p>
          <w:p>
            <w:pPr>
              <w:spacing w:after="20" w:line="276" w:lineRule="auto"/>
            </w:pPr>
            <w:r>
              <w:rPr>
                <w:rFonts w:ascii="宋体" w:hAnsi="宋体" w:eastAsia="宋体"/>
                <w:b w:val="0"/>
                <w:sz w:val="18"/>
              </w:rPr>
              <w:t>展示学生摆的红花，引导学生理解5和1组成6，所以5＋1＝6；1和5组成6，所以1＋5＝6。</w:t>
            </w:r>
          </w:p>
          <w:p>
            <w:pPr>
              <w:spacing w:after="20" w:line="276" w:lineRule="auto"/>
            </w:pPr>
            <w:r>
              <w:rPr>
                <w:rFonts w:ascii="宋体" w:hAnsi="宋体" w:eastAsia="宋体"/>
                <w:b w:val="0"/>
                <w:sz w:val="18"/>
              </w:rPr>
              <w:t>师：请同学们仔细观察，说一说这两个算式的相同点和不同点。</w:t>
            </w:r>
          </w:p>
          <w:p>
            <w:pPr>
              <w:spacing w:after="20" w:line="276" w:lineRule="auto"/>
            </w:pPr>
            <w:r>
              <w:rPr>
                <w:rFonts w:ascii="宋体" w:hAnsi="宋体" w:eastAsia="宋体"/>
                <w:b w:val="0"/>
                <w:sz w:val="18"/>
              </w:rPr>
              <w:t>引导学生回答：相同点是都是加法且相加的两个数都是1和5，得数都是6。不同点是相加的两个数的位置不同，互换了。</w:t>
            </w:r>
          </w:p>
          <w:p>
            <w:pPr>
              <w:spacing w:after="20" w:line="276" w:lineRule="auto"/>
            </w:pPr>
            <w:r>
              <w:rPr>
                <w:rFonts w:ascii="宋体" w:hAnsi="宋体" w:eastAsia="宋体"/>
                <w:b w:val="0"/>
                <w:sz w:val="18"/>
              </w:rPr>
              <w:t>师小结：因为求的都是小红花的总数，所以计算结果相同。从算式看，交换加法算式中两个数的位置，得数不变。</w:t>
            </w:r>
          </w:p>
          <w:p>
            <w:pPr>
              <w:spacing w:after="20" w:line="276" w:lineRule="auto"/>
            </w:pPr>
            <w:r>
              <w:rPr>
                <w:rFonts w:ascii="宋体" w:hAnsi="宋体" w:eastAsia="宋体"/>
                <w:b w:val="0"/>
                <w:sz w:val="18"/>
              </w:rPr>
              <w:t>3．列举算式，回归图形。</w:t>
            </w:r>
          </w:p>
          <w:p>
            <w:pPr>
              <w:spacing w:after="20" w:line="276" w:lineRule="auto"/>
            </w:pPr>
            <w:r>
              <w:rPr>
                <w:rFonts w:ascii="宋体" w:hAnsi="宋体" w:eastAsia="宋体"/>
                <w:b w:val="0"/>
                <w:sz w:val="18"/>
              </w:rPr>
              <w:t>师：请大家用6朵红花分别摆一摆，还能写出哪些得数是6的加法算式？</w:t>
            </w:r>
          </w:p>
          <w:p>
            <w:pPr>
              <w:spacing w:after="20" w:line="276" w:lineRule="auto"/>
            </w:pPr>
            <w:r>
              <w:rPr>
                <w:rFonts w:ascii="宋体" w:hAnsi="宋体" w:eastAsia="宋体"/>
                <w:b w:val="0"/>
                <w:sz w:val="18"/>
              </w:rPr>
              <w:t>师：请再拿出7朵花摆一摆，大家能写出哪些得数是7的加法算式？</w:t>
            </w:r>
          </w:p>
        </w:tc>
        <w:tc>
          <w:tcPr>
            <w:tcW w:type="dxa" w:w="3061"/>
          </w:tcPr>
          <w:p>
            <w:pPr>
              <w:spacing w:after="20" w:line="276" w:lineRule="auto"/>
            </w:pPr>
            <w:r/>
            <w:r>
              <w:rPr>
                <w:rFonts w:ascii="宋体" w:hAnsi="宋体" w:eastAsia="宋体"/>
                <w:b w:val="0"/>
                <w:sz w:val="18"/>
              </w:rPr>
              <w:t>学生可能会列出5＋1＝6和1＋5＝6两个算式。(教师根据学生的回答板书算式)</w:t>
            </w:r>
          </w:p>
          <w:p>
            <w:pPr>
              <w:spacing w:after="20" w:line="276" w:lineRule="auto"/>
            </w:pPr>
            <w:r>
              <w:rPr>
                <w:rFonts w:ascii="宋体" w:hAnsi="宋体" w:eastAsia="宋体"/>
                <w:b w:val="0"/>
                <w:sz w:val="18"/>
              </w:rPr>
              <w:t>学生自由讨论，教师进行小结。</w:t>
            </w:r>
          </w:p>
          <w:p>
            <w:pPr>
              <w:spacing w:after="20" w:line="276" w:lineRule="auto"/>
            </w:pPr>
            <w:r>
              <w:rPr>
                <w:rFonts w:ascii="宋体" w:hAnsi="宋体" w:eastAsia="宋体"/>
                <w:b w:val="0"/>
                <w:sz w:val="18"/>
              </w:rPr>
              <w:t>学生自主动手摆红花，同桌交流后汇报。</w:t>
            </w:r>
          </w:p>
          <w:p>
            <w:pPr>
              <w:spacing w:after="20" w:line="276" w:lineRule="auto"/>
            </w:pPr>
            <w:r>
              <w:rPr>
                <w:rFonts w:ascii="宋体" w:hAnsi="宋体" w:eastAsia="宋体"/>
                <w:b w:val="0"/>
                <w:sz w:val="18"/>
              </w:rPr>
              <w:t>同桌之间合作，一人摆花，一人写算式。</w:t>
            </w:r>
          </w:p>
          <w:p>
            <w:pPr>
              <w:spacing w:after="20" w:line="276" w:lineRule="auto"/>
            </w:pPr>
            <w:r>
              <w:rPr>
                <w:rFonts w:ascii="宋体" w:hAnsi="宋体" w:eastAsia="宋体"/>
                <w:b w:val="0"/>
                <w:sz w:val="18"/>
              </w:rPr>
              <w:t>学生可能说出2＋4＝6，4＋2＝6，3＋3＝6。如果没有学生说出0＋6＝6，6＋0＝6，教师可以加以提示。</w:t>
            </w:r>
          </w:p>
          <w:p>
            <w:pPr>
              <w:spacing w:after="20" w:line="276" w:lineRule="auto"/>
            </w:pPr>
            <w:r>
              <w:rPr>
                <w:rFonts w:ascii="宋体" w:hAnsi="宋体" w:eastAsia="宋体"/>
                <w:b w:val="0"/>
                <w:sz w:val="18"/>
              </w:rPr>
              <w:t>同桌之间合作，一人摆花，一人写算式。</w:t>
            </w:r>
          </w:p>
          <w:p>
            <w:pPr>
              <w:spacing w:after="20" w:line="276" w:lineRule="auto"/>
            </w:pPr>
            <w:r>
              <w:rPr>
                <w:rFonts w:ascii="宋体" w:hAnsi="宋体" w:eastAsia="宋体"/>
                <w:b w:val="0"/>
                <w:sz w:val="18"/>
              </w:rPr>
              <w:t>学生可能说出1＋6＝7，6＋1＝7，2＋5＝7，5＋2＝7，3＋4＝7，4＋3＝7，0＋7＝7，7＋0＝7。</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创设情境激活学生已有经验，自然引出本课学习内容，激发学习兴趣，核心问题："一共有多少人呢？你能列出算式吗？"</w:t>
            </w:r>
          </w:p>
        </w:tc>
      </w:tr>
      <w:tr>
        <w:tc>
          <w:tcPr>
            <w:tcW w:type="dxa" w:w="1474"/>
          </w:tcPr>
          <w:p>
            <w:pPr>
              <w:spacing w:after="20" w:line="276" w:lineRule="auto"/>
            </w:pPr>
            <w:r>
              <w:rPr>
                <w:b/>
              </w:rPr>
            </w:r>
            <w:r>
              <w:rPr>
                <w:rFonts w:ascii="宋体" w:hAnsi="宋体" w:eastAsia="宋体"/>
                <w:b/>
                <w:sz w:val="18"/>
              </w:rPr>
              <w:t>自主探究，构建减法模型</w:t>
            </w:r>
          </w:p>
        </w:tc>
        <w:tc>
          <w:tcPr>
            <w:tcW w:type="dxa" w:w="3061"/>
          </w:tcPr>
          <w:p>
            <w:pPr>
              <w:spacing w:after="20" w:line="276" w:lineRule="auto"/>
            </w:pPr>
            <w:r/>
            <w:r>
              <w:rPr>
                <w:rFonts w:ascii="宋体" w:hAnsi="宋体" w:eastAsia="宋体"/>
                <w:b w:val="0"/>
                <w:sz w:val="18"/>
              </w:rPr>
              <w:t>师：仔细观察，说说这幅图的意思。(课件出示教科书P44上面右图)</w:t>
            </w:r>
          </w:p>
          <w:p>
            <w:pPr>
              <w:spacing w:after="20" w:line="276" w:lineRule="auto"/>
            </w:pPr>
            <w:r>
              <w:rPr>
                <w:rFonts w:ascii="宋体" w:hAnsi="宋体" w:eastAsia="宋体"/>
                <w:b w:val="0"/>
                <w:sz w:val="18"/>
              </w:rPr>
              <w:t>师：你能列出算式吗？</w:t>
            </w:r>
          </w:p>
          <w:p>
            <w:pPr>
              <w:spacing w:after="20" w:line="276" w:lineRule="auto"/>
            </w:pPr>
            <w:r>
              <w:rPr>
                <w:rFonts w:ascii="宋体" w:hAnsi="宋体" w:eastAsia="宋体"/>
                <w:b w:val="0"/>
                <w:sz w:val="18"/>
              </w:rPr>
              <w:t>师：计算6－1和6－5时，怎样算才能算得快？</w:t>
            </w:r>
          </w:p>
          <w:p>
            <w:pPr>
              <w:spacing w:after="20" w:line="276" w:lineRule="auto"/>
            </w:pPr>
            <w:r>
              <w:rPr>
                <w:rFonts w:ascii="宋体" w:hAnsi="宋体" w:eastAsia="宋体"/>
                <w:b w:val="0"/>
                <w:sz w:val="18"/>
              </w:rPr>
              <w:t>师小结：在图中，我们可以知道从总数里去掉一部分，求另一部分，一般可以列减法算式。从总数里去掉左边的部分，就得到右边的部分；从总数里去掉右边的部分，就得到左边的部分。</w:t>
            </w:r>
          </w:p>
        </w:tc>
        <w:tc>
          <w:tcPr>
            <w:tcW w:type="dxa" w:w="3061"/>
          </w:tcPr>
          <w:p>
            <w:pPr>
              <w:spacing w:after="20" w:line="276" w:lineRule="auto"/>
            </w:pPr>
            <w:r/>
            <w:r>
              <w:rPr>
                <w:rFonts w:ascii="宋体" w:hAnsi="宋体" w:eastAsia="宋体"/>
                <w:b w:val="0"/>
                <w:sz w:val="18"/>
              </w:rPr>
              <w:t>预设1：一共有6朵花，去掉左边的1朵花，右边还剩下5朵花。</w:t>
            </w:r>
          </w:p>
          <w:p>
            <w:pPr>
              <w:spacing w:after="20" w:line="276" w:lineRule="auto"/>
            </w:pPr>
            <w:r>
              <w:rPr>
                <w:rFonts w:ascii="宋体" w:hAnsi="宋体" w:eastAsia="宋体"/>
                <w:b w:val="0"/>
                <w:sz w:val="18"/>
              </w:rPr>
              <w:t>预设2：一共有6朵花，去掉右边的5朵花，左边还剩下1朵花。</w:t>
            </w:r>
          </w:p>
          <w:p>
            <w:pPr>
              <w:spacing w:after="20" w:line="276" w:lineRule="auto"/>
            </w:pPr>
            <w:r>
              <w:rPr>
                <w:rFonts w:ascii="宋体" w:hAnsi="宋体" w:eastAsia="宋体"/>
                <w:b w:val="0"/>
                <w:sz w:val="18"/>
              </w:rPr>
              <w:t>学生可能会列出6－1＝5，6－5＝1这两个减法算式。(教师根据学生的回答板书)</w:t>
            </w:r>
          </w:p>
          <w:p>
            <w:pPr>
              <w:spacing w:after="20" w:line="276" w:lineRule="auto"/>
            </w:pPr>
            <w:r>
              <w:rPr>
                <w:rFonts w:ascii="宋体" w:hAnsi="宋体" w:eastAsia="宋体"/>
                <w:b w:val="0"/>
                <w:sz w:val="18"/>
              </w:rPr>
              <w:t>学生可能说出不同的算法。例如，计算6－1等于几，因为1和5组成6，所以6－1＝5。也可以这样想：6可以分成1和5，所以6－1＝5。还可以这样想：因为1＋5＝6，所以6－1＝5。对于不同的说法，只要正确，教师都要予以肯定。</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设计递进式探究活动，引导学生在动手实践与合作交流中经历知识形成过程，突破本课重难点，核心问题："你能列出算式吗？"</w:t>
            </w:r>
          </w:p>
        </w:tc>
      </w:tr>
      <w:tr>
        <w:tc>
          <w:tcPr>
            <w:tcW w:type="dxa" w:w="1474"/>
          </w:tcPr>
          <w:p>
            <w:pPr>
              <w:spacing w:after="20" w:line="276" w:lineRule="auto"/>
            </w:pPr>
            <w:r>
              <w:rPr>
                <w:b/>
              </w:rPr>
            </w:r>
            <w:r>
              <w:rPr>
                <w:rFonts w:ascii="宋体" w:hAnsi="宋体" w:eastAsia="宋体"/>
                <w:b/>
                <w:sz w:val="18"/>
              </w:rPr>
              <w:t>理解“一图四式”</w:t>
            </w:r>
          </w:p>
        </w:tc>
        <w:tc>
          <w:tcPr>
            <w:tcW w:type="dxa" w:w="3061"/>
          </w:tcPr>
          <w:p>
            <w:pPr>
              <w:spacing w:after="20" w:line="276" w:lineRule="auto"/>
            </w:pPr>
            <w:r/>
            <w:r>
              <w:rPr>
                <w:rFonts w:ascii="宋体" w:hAnsi="宋体" w:eastAsia="宋体"/>
                <w:b w:val="0"/>
                <w:sz w:val="18"/>
              </w:rPr>
              <w:t>1.课件出示教科书P44“摆一摆，填一填”的第一组图。</w:t>
            </w:r>
          </w:p>
          <w:p>
            <w:pPr>
              <w:spacing w:after="20" w:line="276" w:lineRule="auto"/>
            </w:pPr>
            <w:r>
              <w:rPr>
                <w:rFonts w:ascii="宋体" w:hAnsi="宋体" w:eastAsia="宋体"/>
                <w:b w:val="0"/>
                <w:sz w:val="18"/>
              </w:rPr>
              <w:t>师：你能根据这幅图写出两个加法算式和两个减法算式吗？</w:t>
            </w:r>
          </w:p>
          <w:p>
            <w:pPr>
              <w:spacing w:after="20" w:line="276" w:lineRule="auto"/>
            </w:pPr>
            <w:r>
              <w:rPr>
                <w:rFonts w:ascii="宋体" w:hAnsi="宋体" w:eastAsia="宋体"/>
                <w:b w:val="0"/>
                <w:sz w:val="18"/>
              </w:rPr>
              <w:t>引导学生用圆片代替小花摆一摆，说一说。</w:t>
            </w:r>
          </w:p>
          <w:p>
            <w:pPr>
              <w:spacing w:after="20" w:line="276" w:lineRule="auto"/>
            </w:pPr>
            <w:r>
              <w:rPr>
                <w:rFonts w:ascii="宋体" w:hAnsi="宋体" w:eastAsia="宋体"/>
                <w:b w:val="0"/>
                <w:sz w:val="18"/>
              </w:rPr>
              <w:t>师：请大家比较两个加法算式和两个减法算式，看一看有什么发现。</w:t>
            </w:r>
          </w:p>
          <w:p>
            <w:pPr>
              <w:spacing w:after="20" w:line="276" w:lineRule="auto"/>
            </w:pPr>
            <w:r>
              <w:rPr>
                <w:rFonts w:ascii="宋体" w:hAnsi="宋体" w:eastAsia="宋体"/>
                <w:b w:val="0"/>
                <w:sz w:val="18"/>
              </w:rPr>
              <w:t>师小结：从不同的角度观察同一幅图，可以列出两个加法算式和两个减法算式。</w:t>
            </w:r>
          </w:p>
          <w:p>
            <w:pPr>
              <w:spacing w:after="20" w:line="276" w:lineRule="auto"/>
            </w:pPr>
            <w:r>
              <w:rPr>
                <w:rFonts w:ascii="宋体" w:hAnsi="宋体" w:eastAsia="宋体"/>
                <w:b w:val="0"/>
                <w:sz w:val="18"/>
              </w:rPr>
              <w:t>2．课件出示教科书P44“摆一摆，填一填”的第二组图。</w:t>
            </w:r>
          </w:p>
          <w:p>
            <w:pPr>
              <w:spacing w:after="20" w:line="276" w:lineRule="auto"/>
            </w:pPr>
            <w:r>
              <w:rPr>
                <w:rFonts w:ascii="宋体" w:hAnsi="宋体" w:eastAsia="宋体"/>
                <w:b w:val="0"/>
                <w:sz w:val="18"/>
              </w:rPr>
              <w:t>师：你能列出四个算式并说出算式的意思吗？</w:t>
            </w:r>
          </w:p>
          <w:p>
            <w:pPr>
              <w:spacing w:after="20" w:line="276" w:lineRule="auto"/>
            </w:pPr>
            <w:r>
              <w:rPr>
                <w:rFonts w:ascii="宋体" w:hAnsi="宋体" w:eastAsia="宋体"/>
                <w:b w:val="0"/>
                <w:sz w:val="18"/>
              </w:rPr>
              <w:t>3．课件出示教科书P44“摆一摆，填一填”的第三组图。</w:t>
            </w:r>
          </w:p>
          <w:p>
            <w:pPr>
              <w:spacing w:after="20" w:line="276" w:lineRule="auto"/>
            </w:pPr>
            <w:r>
              <w:rPr>
                <w:rFonts w:ascii="宋体" w:hAnsi="宋体" w:eastAsia="宋体"/>
                <w:b w:val="0"/>
                <w:sz w:val="18"/>
              </w:rPr>
              <w:t>师：你能根据图列出几个算式呢？</w:t>
            </w:r>
          </w:p>
          <w:p>
            <w:pPr>
              <w:spacing w:after="20" w:line="276" w:lineRule="auto"/>
            </w:pPr>
            <w:r>
              <w:rPr>
                <w:rFonts w:ascii="宋体" w:hAnsi="宋体" w:eastAsia="宋体"/>
                <w:b w:val="0"/>
                <w:sz w:val="18"/>
              </w:rPr>
              <w:t>根据第三组图，学生只能写出3＋3＝6，6－3＝3这两个算式。</w:t>
            </w:r>
          </w:p>
          <w:p>
            <w:pPr>
              <w:spacing w:after="20" w:line="276" w:lineRule="auto"/>
            </w:pPr>
            <w:r>
              <w:rPr>
                <w:rFonts w:ascii="宋体" w:hAnsi="宋体" w:eastAsia="宋体"/>
                <w:b w:val="0"/>
                <w:sz w:val="18"/>
              </w:rPr>
              <w:t>师：如果不摆学具，你能算出3＋3等于几吗？怎样算6－3呢？</w:t>
            </w:r>
          </w:p>
          <w:p>
            <w:pPr>
              <w:spacing w:after="20" w:line="276" w:lineRule="auto"/>
            </w:pPr>
            <w:r>
              <w:rPr>
                <w:rFonts w:ascii="宋体" w:hAnsi="宋体" w:eastAsia="宋体"/>
                <w:b w:val="0"/>
                <w:sz w:val="18"/>
              </w:rPr>
              <w:t>可以想6的组成，因为3和3组成6，所以3＋3＝6；又因为3＋3＝6，所以6－3＝3。</w:t>
            </w:r>
          </w:p>
          <w:p>
            <w:pPr>
              <w:spacing w:after="20" w:line="276" w:lineRule="auto"/>
            </w:pPr>
            <w:r>
              <w:rPr>
                <w:rFonts w:ascii="宋体" w:hAnsi="宋体" w:eastAsia="宋体"/>
                <w:b w:val="0"/>
                <w:sz w:val="18"/>
              </w:rPr>
              <w:t>师：不是说同一幅图，观察角度不同，可以列出两个加法算式和两个减法算式吗？怎么第三组图只列出了一个加法算式和一个减法算式呢？</w:t>
            </w:r>
          </w:p>
          <w:p>
            <w:pPr>
              <w:spacing w:after="20" w:line="276" w:lineRule="auto"/>
            </w:pPr>
            <w:r>
              <w:rPr>
                <w:rFonts w:ascii="宋体" w:hAnsi="宋体" w:eastAsia="宋体"/>
                <w:b w:val="0"/>
                <w:sz w:val="18"/>
              </w:rPr>
              <w:t>引导学生理解并掌握当两部分的数相同时，根据一幅图就只能列出一个加法算式和一个减法算式，体会这一情况的特殊性。</w:t>
            </w:r>
          </w:p>
        </w:tc>
        <w:tc>
          <w:tcPr>
            <w:tcW w:type="dxa" w:w="3061"/>
          </w:tcPr>
          <w:p>
            <w:pPr>
              <w:spacing w:after="20" w:line="276" w:lineRule="auto"/>
            </w:pPr>
            <w:r/>
            <w:r>
              <w:rPr>
                <w:rFonts w:ascii="宋体" w:hAnsi="宋体" w:eastAsia="宋体"/>
                <w:b w:val="0"/>
                <w:sz w:val="18"/>
              </w:rPr>
              <w:t>学生交流自己摆的过程和结果，着重说一说四个算式的得数是怎么来的。四个算式分别为：4＋2＝6，2＋4＝6，6－2＝4，6－4＝2。</w:t>
            </w:r>
          </w:p>
          <w:p>
            <w:pPr>
              <w:spacing w:after="20" w:line="276" w:lineRule="auto"/>
            </w:pPr>
            <w:r>
              <w:rPr>
                <w:rFonts w:ascii="宋体" w:hAnsi="宋体" w:eastAsia="宋体"/>
                <w:b w:val="0"/>
                <w:sz w:val="18"/>
              </w:rPr>
              <w:t>学生可能会说：这四个算式都可以根据2和4组成6来计算结果。</w:t>
            </w:r>
          </w:p>
          <w:p>
            <w:pPr>
              <w:spacing w:after="20" w:line="276" w:lineRule="auto"/>
            </w:pPr>
            <w:r>
              <w:rPr>
                <w:rFonts w:ascii="宋体" w:hAnsi="宋体" w:eastAsia="宋体"/>
                <w:b w:val="0"/>
                <w:sz w:val="18"/>
              </w:rPr>
              <w:t>学生拼摆学具，完成填空后指名汇报。</w:t>
            </w:r>
          </w:p>
          <w:p>
            <w:pPr>
              <w:spacing w:after="20" w:line="276" w:lineRule="auto"/>
            </w:pPr>
            <w:r>
              <w:rPr>
                <w:rFonts w:ascii="宋体" w:hAnsi="宋体" w:eastAsia="宋体"/>
                <w:b w:val="0"/>
                <w:sz w:val="18"/>
              </w:rPr>
              <w:t>学生能根据图意写出5＋2＝7，2＋5＝7，7－2＝5和7－5＝2，并表述每个算式的意思，教师着重让学生说说每个算式的得数是怎么算出来的。</w:t>
            </w:r>
          </w:p>
        </w:tc>
        <w:tc>
          <w:tcPr>
            <w:tcW w:type="dxa" w:w="1814"/>
          </w:tcPr>
          <w:p>
            <w:pPr>
              <w:spacing w:after="20" w:line="276" w:lineRule="auto"/>
            </w:pPr>
            <w:r/>
            <w:r>
              <w:rPr>
                <w:rFonts w:ascii="宋体" w:hAnsi="宋体" w:eastAsia="宋体"/>
                <w:b w:val="0"/>
                <w:sz w:val="18"/>
              </w:rPr>
              <w:t>围绕环节目标组织学习活动，引导学生主动参与、积极思考，核心问题："你能根据这幅图写出两个加法算式和两个减法算式吗？"</w:t>
            </w:r>
          </w:p>
        </w:tc>
      </w:tr>
      <w:tr>
        <w:tc>
          <w:tcPr>
            <w:tcW w:type="dxa" w:w="1474"/>
          </w:tcPr>
          <w:p>
            <w:pPr>
              <w:spacing w:after="20" w:line="276" w:lineRule="auto"/>
            </w:pPr>
            <w:r>
              <w:rPr>
                <w:b/>
              </w:rPr>
            </w:r>
            <w:r>
              <w:rPr>
                <w:rFonts w:ascii="宋体" w:hAnsi="宋体" w:eastAsia="宋体"/>
                <w:b/>
                <w:sz w:val="18"/>
              </w:rPr>
              <w:t>巩固练习</w:t>
            </w:r>
          </w:p>
        </w:tc>
        <w:tc>
          <w:tcPr>
            <w:tcW w:type="dxa" w:w="3061"/>
          </w:tcPr>
          <w:p>
            <w:pPr>
              <w:spacing w:after="20" w:line="276" w:lineRule="auto"/>
            </w:pPr>
            <w:r/>
            <w:r>
              <w:rPr>
                <w:rFonts w:ascii="宋体" w:hAnsi="宋体" w:eastAsia="宋体"/>
                <w:b w:val="0"/>
                <w:sz w:val="18"/>
              </w:rPr>
              <w:t>完成教科书P44“做一做”。</w:t>
            </w:r>
          </w:p>
        </w:tc>
        <w:tc>
          <w:tcPr>
            <w:tcW w:type="dxa" w:w="3061"/>
          </w:tcPr>
          <w:p>
            <w:pPr>
              <w:spacing w:after="20" w:line="276" w:lineRule="auto"/>
            </w:pPr>
            <w:r/>
            <w:r>
              <w:rPr>
                <w:rFonts w:ascii="宋体" w:hAnsi="宋体" w:eastAsia="宋体"/>
                <w:b w:val="0"/>
                <w:sz w:val="18"/>
              </w:rPr>
              <w:t>学生独立完成算式后全班汇报，教师指名学生说一说每个算式表示的含义，并说说是怎样算的。</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课堂小结</w:t>
            </w:r>
          </w:p>
        </w:tc>
        <w:tc>
          <w:tcPr>
            <w:tcW w:type="dxa" w:w="3061"/>
          </w:tcPr>
          <w:p>
            <w:pPr>
              <w:spacing w:after="20" w:line="276" w:lineRule="auto"/>
            </w:pPr>
            <w:r/>
            <w:r>
              <w:rPr>
                <w:rFonts w:ascii="宋体" w:hAnsi="宋体" w:eastAsia="宋体"/>
                <w:b w:val="0"/>
                <w:sz w:val="18"/>
              </w:rPr>
              <w:t>师：这节课你们有什么收获？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引导学生回顾梳理本课所学，完善认知结构，提升归纳与反思能力，核心问题："这节课你们有什么收获？"</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6和7的加、减法</w:t>
      </w:r>
    </w:p>
    <w:p>
      <w:pPr>
        <w:spacing w:after="40" w:line="300" w:lineRule="auto"/>
      </w:pPr>
      <w:r>
        <w:rPr>
          <w:rFonts w:ascii="宋体" w:hAnsi="宋体" w:eastAsia="宋体"/>
          <w:b w:val="0"/>
          <w:sz w:val="20"/>
        </w:rPr>
        <w:t>5＋1＝6　　　　6－1＝5</w:t>
      </w:r>
    </w:p>
    <w:p>
      <w:pPr>
        <w:spacing w:after="40" w:line="300" w:lineRule="auto"/>
      </w:pPr>
      <w:r>
        <w:rPr>
          <w:rFonts w:ascii="宋体" w:hAnsi="宋体" w:eastAsia="宋体"/>
          <w:b w:val="0"/>
          <w:sz w:val="20"/>
        </w:rPr>
        <w:t>1＋5＝6　　　　6－5＝1</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教科书P44例1，完成教科书P44“做一做”。</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在教学中把6和7的加、减法分开处理，先教学加法进行巩固，再教学减法进行拓展，这样学生能够在扎实理解加法“一图二式”的前提下，进一步学习减法，学会“一图四式”。在最后的练习中，再出现加法和减法的综合练习，使学生能够整体、全面地理解并巩固新知识。对于6和7的加、减法计算，部分学生已经会计算，看到每个算式时基本上能很快说出结果，但要说出是怎么算的，则会感觉很困难。教师要注意指导学生如何清晰表达算理，如利用数的组成计算或用想加法算减法的方法来计算等。</w:t>
      </w:r>
    </w:p>
    <w:p>
      <w:r>
        <w:br w:type="page"/>
      </w:r>
    </w:p>
    <w:p>
      <w:pPr>
        <w:spacing w:after="80" w:line="300" w:lineRule="auto"/>
      </w:pPr>
      <w:r>
        <w:rPr>
          <w:rFonts w:ascii="黑体" w:hAnsi="黑体" w:eastAsia="黑体"/>
          <w:b/>
          <w:sz w:val="24"/>
        </w:rPr>
        <w:t>二、课时教学方案（第3课时）</w:t>
      </w:r>
    </w:p>
    <w:p>
      <w:pPr>
        <w:spacing w:after="80" w:line="300" w:lineRule="auto"/>
      </w:pPr>
      <w:r>
        <w:rPr>
          <w:rFonts w:ascii="黑体" w:hAnsi="黑体" w:eastAsia="黑体"/>
          <w:b/>
          <w:sz w:val="24"/>
        </w:rPr>
        <w:t>第3课时　6～9的认识</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第3课时　6～9的认识</w:t>
            </w:r>
          </w:p>
        </w:tc>
        <w:tc>
          <w:tcPr>
            <w:tcW w:type="dxa" w:w="6009"/>
          </w:tcPr>
          <w:p>
            <w:pPr>
              <w:spacing w:after="20" w:line="276" w:lineRule="auto"/>
            </w:pPr>
            <w:r/>
            <w:r>
              <w:rPr>
                <w:rFonts w:ascii="宋体" w:hAnsi="宋体" w:eastAsia="宋体"/>
                <w:b w:val="0"/>
                <w:sz w:val="20"/>
              </w:rPr>
              <w:t>第2单元 6-10的认识和加、减法（～9的认识）</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通过第一单元“5以内数的认识和加、减法”的学习，学生已经积累了一定的学习经验，对数的概念的学习已经不陌生了。但是对数与数之间存在密切关系的认识还不够深刻，其中蕴含的数学推理和良好思维习惯还需要教师结合具体环节进行渗透和培养。由于一年级学生受年龄特点的限制，连加、连减这部分内容仍是学习的难点，因此要利用连续的两幅图帮助学生理解其意义及计算方法，使学生能在此基础上看清运算符号，顺利完成计算。</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教学内容：教科书P34～36、P37下方，完成教科书P38“做一做”第1题。</w:t>
      </w:r>
    </w:p>
    <w:p>
      <w:pPr>
        <w:spacing w:after="80" w:line="300" w:lineRule="auto"/>
        <w:ind w:firstLine="400"/>
      </w:pPr>
      <w:r>
        <w:rPr>
          <w:rFonts w:ascii="宋体" w:hAnsi="宋体" w:eastAsia="宋体"/>
          <w:b w:val="0"/>
          <w:sz w:val="20"/>
        </w:rPr>
        <w:t>设计思路：学生从具体数量中抽象出数，需要经历从实物到半抽象模型，最终到数的过程，因此，数学活动依然是本节课认识6～9的重要活动。本节课充分利用教科书中的情境图，一方面是学生感兴趣的动物，另一方面渗透保护海洋生物的意识。以海洋生物为线索，让学生经历点数、用自己的方式表示、涂圆点表示、拨计数器等活动，感悟6～9的内涵，感知数序，发展初步数感。</w:t>
      </w:r>
    </w:p>
    <w:p>
      <w:pPr>
        <w:spacing w:after="80" w:line="300" w:lineRule="auto"/>
        <w:ind w:firstLine="400"/>
      </w:pPr>
      <w:r>
        <w:rPr>
          <w:rFonts w:ascii="宋体" w:hAnsi="宋体" w:eastAsia="宋体"/>
          <w:b w:val="0"/>
          <w:sz w:val="20"/>
        </w:rPr>
        <w:t>教学准备：课件、计数器、直尺。</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（1）经历实物—点子图—数字符号的抽象过程，认识6、7、8、9，会用6、7、8、9表示物体的数量。</w:t>
      </w:r>
    </w:p>
    <w:p>
      <w:pPr>
        <w:spacing w:after="20" w:line="300" w:lineRule="auto"/>
        <w:ind w:firstLine="400"/>
      </w:pPr>
      <w:r>
        <w:rPr>
          <w:rFonts w:ascii="宋体" w:hAnsi="宋体" w:eastAsia="宋体"/>
          <w:b w:val="0"/>
          <w:sz w:val="20"/>
        </w:rPr>
        <w:t>（2）借助计数器、点子图等学具，体会相邻两数间的关系。</w:t>
      </w:r>
    </w:p>
    <w:p>
      <w:pPr>
        <w:spacing w:after="20" w:line="300" w:lineRule="auto"/>
        <w:ind w:firstLine="400"/>
      </w:pPr>
      <w:r>
        <w:rPr>
          <w:rFonts w:ascii="宋体" w:hAnsi="宋体" w:eastAsia="宋体"/>
          <w:b w:val="0"/>
          <w:sz w:val="20"/>
        </w:rPr>
        <w:t>（3）增加对海洋生物的了解，培养学生保护海洋生物的意识。</w:t>
      </w:r>
    </w:p>
    <w:p>
      <w:pPr>
        <w:spacing w:after="20" w:line="300" w:lineRule="auto"/>
      </w:pPr>
      <w:r>
        <w:rPr>
          <w:rFonts w:ascii="宋体" w:hAnsi="宋体" w:eastAsia="宋体"/>
          <w:b w:val="0"/>
          <w:sz w:val="20"/>
        </w:rPr>
        <w:t>教学重点：在数数过程中感受数的顺序，有序地数数。</w:t>
      </w:r>
    </w:p>
    <w:p>
      <w:pPr>
        <w:spacing w:after="20" w:line="300" w:lineRule="auto"/>
      </w:pPr>
      <w:r>
        <w:rPr>
          <w:rFonts w:ascii="宋体" w:hAnsi="宋体" w:eastAsia="宋体"/>
          <w:b w:val="0"/>
          <w:sz w:val="20"/>
        </w:rPr>
        <w:t>教学难点：经历从具体物体抽象到图形，最后用数字表达的过程。</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情境导入</w:t>
            </w:r>
          </w:p>
        </w:tc>
        <w:tc>
          <w:tcPr>
            <w:tcW w:type="dxa" w:w="1814"/>
          </w:tcPr>
          <w:p>
            <w:pPr>
              <w:spacing w:after="20" w:line="276" w:lineRule="auto"/>
            </w:pPr>
            <w:r/>
            <w:r>
              <w:rPr>
                <w:rFonts w:ascii="宋体" w:hAnsi="宋体" w:eastAsia="宋体"/>
                <w:b w:val="0"/>
                <w:sz w:val="18"/>
              </w:rPr>
              <w:t>课件、计数器</w:t>
            </w:r>
          </w:p>
        </w:tc>
        <w:tc>
          <w:tcPr>
            <w:tcW w:type="dxa" w:w="3402"/>
          </w:tcPr>
          <w:p>
            <w:pPr>
              <w:spacing w:after="20" w:line="276" w:lineRule="auto"/>
            </w:pPr>
            <w:r/>
            <w:r>
              <w:rPr>
                <w:rFonts w:ascii="宋体" w:hAnsi="宋体" w:eastAsia="宋体"/>
                <w:b w:val="0"/>
                <w:sz w:val="18"/>
              </w:rPr>
              <w:t>同学们，你们喜欢大海吗？；大家认识这些海洋生物吗？</w:t>
            </w:r>
          </w:p>
        </w:tc>
        <w:tc>
          <w:tcPr>
            <w:tcW w:type="dxa" w:w="1361"/>
          </w:tcPr>
          <w:p>
            <w:pPr>
              <w:spacing w:after="20" w:line="276" w:lineRule="auto"/>
            </w:pPr>
            <w:r/>
            <w:r>
              <w:rPr>
                <w:rFonts w:ascii="宋体" w:hAnsi="宋体" w:eastAsia="宋体"/>
                <w:b w:val="0"/>
                <w:sz w:val="18"/>
              </w:rPr>
              <w:t>2分钟</w:t>
            </w:r>
          </w:p>
        </w:tc>
      </w:tr>
      <w:tr>
        <w:tc>
          <w:tcPr>
            <w:tcW w:type="dxa" w:w="2835"/>
          </w:tcPr>
          <w:p>
            <w:pPr>
              <w:spacing w:after="20" w:line="276" w:lineRule="auto"/>
            </w:pPr>
            <w:r/>
            <w:r>
              <w:rPr>
                <w:rFonts w:ascii="宋体" w:hAnsi="宋体" w:eastAsia="宋体"/>
                <w:b w:val="0"/>
                <w:sz w:val="18"/>
              </w:rPr>
              <w:t>课件出示教科书P34～35主题图</w:t>
            </w:r>
          </w:p>
        </w:tc>
        <w:tc>
          <w:tcPr>
            <w:tcW w:type="dxa" w:w="1814"/>
          </w:tcPr>
          <w:p>
            <w:pPr>
              <w:spacing w:after="20" w:line="276" w:lineRule="auto"/>
            </w:pPr>
            <w:r/>
            <w:r>
              <w:rPr>
                <w:rFonts w:ascii="宋体" w:hAnsi="宋体" w:eastAsia="宋体"/>
                <w:b w:val="0"/>
                <w:sz w:val="18"/>
              </w:rPr>
              <w:t>课件、计数器</w:t>
            </w:r>
          </w:p>
        </w:tc>
        <w:tc>
          <w:tcPr>
            <w:tcW w:type="dxa" w:w="3402"/>
          </w:tcPr>
          <w:p>
            <w:pPr>
              <w:spacing w:after="20" w:line="276" w:lineRule="auto"/>
            </w:pPr>
            <w:r/>
            <w:r>
              <w:rPr>
                <w:rFonts w:ascii="宋体" w:hAnsi="宋体" w:eastAsia="宋体"/>
                <w:b w:val="0"/>
                <w:sz w:val="18"/>
              </w:rPr>
              <w:t>这里有多少条黄色的神仙鱼呀？(学生齐声说出5条)同学们真不错，会用我们前面认识的0～5来数数了。再加上这条粉色的神仙鱼呢？</w:t>
            </w:r>
          </w:p>
        </w:tc>
        <w:tc>
          <w:tcPr>
            <w:tcW w:type="dxa" w:w="1361"/>
          </w:tcPr>
          <w:p>
            <w:pPr>
              <w:spacing w:after="20" w:line="276" w:lineRule="auto"/>
            </w:pPr>
            <w:r/>
            <w:r>
              <w:rPr>
                <w:rFonts w:ascii="宋体" w:hAnsi="宋体" w:eastAsia="宋体"/>
                <w:b w:val="0"/>
                <w:sz w:val="18"/>
              </w:rPr>
              <w:t>3分钟</w:t>
            </w:r>
          </w:p>
        </w:tc>
      </w:tr>
      <w:tr>
        <w:tc>
          <w:tcPr>
            <w:tcW w:type="dxa" w:w="2835"/>
          </w:tcPr>
          <w:p>
            <w:pPr>
              <w:spacing w:after="20" w:line="276" w:lineRule="auto"/>
            </w:pPr>
            <w:r/>
            <w:r>
              <w:rPr>
                <w:rFonts w:ascii="宋体" w:hAnsi="宋体" w:eastAsia="宋体"/>
                <w:b w:val="0"/>
                <w:sz w:val="18"/>
              </w:rPr>
              <w:t>认识6</w:t>
            </w:r>
          </w:p>
        </w:tc>
        <w:tc>
          <w:tcPr>
            <w:tcW w:type="dxa" w:w="1814"/>
          </w:tcPr>
          <w:p>
            <w:pPr>
              <w:spacing w:after="20" w:line="276" w:lineRule="auto"/>
            </w:pPr>
            <w:r/>
            <w:r>
              <w:rPr>
                <w:rFonts w:ascii="宋体" w:hAnsi="宋体" w:eastAsia="宋体"/>
                <w:b w:val="0"/>
                <w:sz w:val="18"/>
              </w:rPr>
              <w:t>课件、视频、教科书、计数器</w:t>
            </w:r>
          </w:p>
        </w:tc>
        <w:tc>
          <w:tcPr>
            <w:tcW w:type="dxa" w:w="3402"/>
          </w:tcPr>
          <w:p>
            <w:pPr>
              <w:spacing w:after="20" w:line="276" w:lineRule="auto"/>
            </w:pPr>
            <w:r/>
            <w:r>
              <w:rPr>
                <w:rFonts w:ascii="宋体" w:hAnsi="宋体" w:eastAsia="宋体"/>
                <w:b w:val="0"/>
                <w:sz w:val="18"/>
              </w:rPr>
              <w:t>(指着主题图中的神仙鱼)刚刚我们一起数过了，这里一共有几条神仙鱼？；你有什么办法表示出神仙鱼的条数呢？</w:t>
            </w:r>
          </w:p>
        </w:tc>
        <w:tc>
          <w:tcPr>
            <w:tcW w:type="dxa" w:w="1361"/>
          </w:tcPr>
          <w:p>
            <w:pPr>
              <w:spacing w:after="20" w:line="276" w:lineRule="auto"/>
            </w:pPr>
            <w:r/>
            <w:r>
              <w:rPr>
                <w:rFonts w:ascii="宋体" w:hAnsi="宋体" w:eastAsia="宋体"/>
                <w:b w:val="0"/>
                <w:sz w:val="18"/>
              </w:rPr>
              <w:t>10分钟</w:t>
            </w:r>
          </w:p>
        </w:tc>
      </w:tr>
      <w:tr>
        <w:tc>
          <w:tcPr>
            <w:tcW w:type="dxa" w:w="2835"/>
          </w:tcPr>
          <w:p>
            <w:pPr>
              <w:spacing w:after="20" w:line="276" w:lineRule="auto"/>
            </w:pPr>
            <w:r/>
            <w:r>
              <w:rPr>
                <w:rFonts w:ascii="宋体" w:hAnsi="宋体" w:eastAsia="宋体"/>
                <w:b w:val="0"/>
                <w:sz w:val="18"/>
              </w:rPr>
              <w:t>认识7</w:t>
            </w:r>
          </w:p>
        </w:tc>
        <w:tc>
          <w:tcPr>
            <w:tcW w:type="dxa" w:w="1814"/>
          </w:tcPr>
          <w:p>
            <w:pPr>
              <w:spacing w:after="20" w:line="276" w:lineRule="auto"/>
            </w:pPr>
            <w:r/>
            <w:r>
              <w:rPr>
                <w:rFonts w:ascii="宋体" w:hAnsi="宋体" w:eastAsia="宋体"/>
                <w:b w:val="0"/>
                <w:sz w:val="18"/>
              </w:rPr>
              <w:t>课件、视频、教科书、计数器</w:t>
            </w:r>
          </w:p>
        </w:tc>
        <w:tc>
          <w:tcPr>
            <w:tcW w:type="dxa" w:w="3402"/>
          </w:tcPr>
          <w:p>
            <w:pPr>
              <w:spacing w:after="20" w:line="276" w:lineRule="auto"/>
            </w:pPr>
            <w:r/>
            <w:r>
              <w:rPr>
                <w:rFonts w:ascii="宋体" w:hAnsi="宋体" w:eastAsia="宋体"/>
                <w:b w:val="0"/>
                <w:sz w:val="18"/>
              </w:rPr>
              <w:t>这种鱼大家还记得是什么鱼吗？(蝠鲼)一共有多少条？；又游来了一条蝠鲼，现在有几条了呢？(7条)你是怎么知道的？</w:t>
            </w:r>
          </w:p>
        </w:tc>
        <w:tc>
          <w:tcPr>
            <w:tcW w:type="dxa" w:w="1361"/>
          </w:tcPr>
          <w:p>
            <w:pPr>
              <w:spacing w:after="20" w:line="276" w:lineRule="auto"/>
            </w:pPr>
            <w:r/>
            <w:r>
              <w:rPr>
                <w:rFonts w:ascii="宋体" w:hAnsi="宋体" w:eastAsia="宋体"/>
                <w:b w:val="0"/>
                <w:sz w:val="18"/>
              </w:rPr>
              <w:t>7分钟</w:t>
            </w:r>
          </w:p>
        </w:tc>
      </w:tr>
      <w:tr>
        <w:tc>
          <w:tcPr>
            <w:tcW w:type="dxa" w:w="2835"/>
          </w:tcPr>
          <w:p>
            <w:pPr>
              <w:spacing w:after="20" w:line="276" w:lineRule="auto"/>
            </w:pPr>
            <w:r/>
            <w:r>
              <w:rPr>
                <w:rFonts w:ascii="宋体" w:hAnsi="宋体" w:eastAsia="宋体"/>
                <w:b w:val="0"/>
                <w:sz w:val="18"/>
              </w:rPr>
              <w:t>认识8和9</w:t>
            </w:r>
          </w:p>
        </w:tc>
        <w:tc>
          <w:tcPr>
            <w:tcW w:type="dxa" w:w="1814"/>
          </w:tcPr>
          <w:p>
            <w:pPr>
              <w:spacing w:after="20" w:line="276" w:lineRule="auto"/>
            </w:pPr>
            <w:r/>
            <w:r>
              <w:rPr>
                <w:rFonts w:ascii="宋体" w:hAnsi="宋体" w:eastAsia="宋体"/>
                <w:b w:val="0"/>
                <w:sz w:val="18"/>
              </w:rPr>
              <w:t>课件、视频、图片、教科书、计数器</w:t>
            </w:r>
          </w:p>
        </w:tc>
        <w:tc>
          <w:tcPr>
            <w:tcW w:type="dxa" w:w="3402"/>
          </w:tcPr>
          <w:p>
            <w:pPr>
              <w:spacing w:after="20" w:line="276" w:lineRule="auto"/>
            </w:pPr>
            <w:r/>
            <w:r>
              <w:rPr>
                <w:rFonts w:ascii="宋体" w:hAnsi="宋体" w:eastAsia="宋体"/>
                <w:b w:val="0"/>
                <w:sz w:val="18"/>
              </w:rPr>
              <w:t>图中的海洋生物你还认识哪些？你能数一数它们的个数吗？；可以怎样表示8和9呢？</w:t>
            </w:r>
          </w:p>
        </w:tc>
        <w:tc>
          <w:tcPr>
            <w:tcW w:type="dxa" w:w="1361"/>
          </w:tcPr>
          <w:p>
            <w:pPr>
              <w:spacing w:after="20" w:line="276" w:lineRule="auto"/>
            </w:pPr>
            <w:r/>
            <w:r>
              <w:rPr>
                <w:rFonts w:ascii="宋体" w:hAnsi="宋体" w:eastAsia="宋体"/>
                <w:b w:val="0"/>
                <w:sz w:val="18"/>
              </w:rPr>
              <w:t>9分钟</w:t>
            </w:r>
          </w:p>
        </w:tc>
      </w:tr>
      <w:tr>
        <w:tc>
          <w:tcPr>
            <w:tcW w:type="dxa" w:w="2835"/>
          </w:tcPr>
          <w:p>
            <w:pPr>
              <w:spacing w:after="20" w:line="276" w:lineRule="auto"/>
            </w:pPr>
            <w:r/>
            <w:r>
              <w:rPr>
                <w:rFonts w:ascii="宋体" w:hAnsi="宋体" w:eastAsia="宋体"/>
                <w:b w:val="0"/>
                <w:sz w:val="18"/>
              </w:rPr>
              <w:t>教学数序</w:t>
            </w:r>
          </w:p>
        </w:tc>
        <w:tc>
          <w:tcPr>
            <w:tcW w:type="dxa" w:w="1814"/>
          </w:tcPr>
          <w:p>
            <w:pPr>
              <w:spacing w:after="20" w:line="276" w:lineRule="auto"/>
            </w:pPr>
            <w:r/>
            <w:r>
              <w:rPr>
                <w:rFonts w:ascii="宋体" w:hAnsi="宋体" w:eastAsia="宋体"/>
                <w:b w:val="0"/>
                <w:sz w:val="18"/>
              </w:rPr>
              <w:t>计数器、课件</w:t>
            </w:r>
          </w:p>
        </w:tc>
        <w:tc>
          <w:tcPr>
            <w:tcW w:type="dxa" w:w="3402"/>
          </w:tcPr>
          <w:p>
            <w:pPr>
              <w:spacing w:after="20" w:line="276" w:lineRule="auto"/>
            </w:pPr>
            <w:r/>
            <w:r>
              <w:rPr>
                <w:rFonts w:ascii="宋体" w:hAnsi="宋体" w:eastAsia="宋体"/>
                <w:b w:val="0"/>
                <w:sz w:val="18"/>
              </w:rPr>
              <w:t>如果要接着拨出6、7、8、9呢？怎么拨？；在刚才数数量是6个、7个、8个或9个的事物时，我们还发现了，5添上1是6。6再添上1呢？7再添上1呢？8再添上1呢？</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应用练习</w:t>
            </w:r>
          </w:p>
        </w:tc>
        <w:tc>
          <w:tcPr>
            <w:tcW w:type="dxa" w:w="1814"/>
          </w:tcPr>
          <w:p>
            <w:pPr>
              <w:spacing w:after="20" w:line="276" w:lineRule="auto"/>
            </w:pPr>
            <w:r/>
            <w:r>
              <w:rPr>
                <w:rFonts w:ascii="宋体" w:hAnsi="宋体" w:eastAsia="宋体"/>
                <w:b w:val="0"/>
                <w:sz w:val="18"/>
              </w:rPr>
              <w:t>教科书、课件、计数器</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2分钟</w:t>
            </w:r>
          </w:p>
        </w:tc>
      </w:tr>
      <w:tr>
        <w:tc>
          <w:tcPr>
            <w:tcW w:type="dxa" w:w="2835"/>
          </w:tcPr>
          <w:p>
            <w:pPr>
              <w:spacing w:after="20" w:line="276" w:lineRule="auto"/>
            </w:pPr>
            <w:r/>
            <w:r>
              <w:rPr>
                <w:rFonts w:ascii="宋体" w:hAnsi="宋体" w:eastAsia="宋体"/>
                <w:b w:val="0"/>
                <w:sz w:val="18"/>
              </w:rPr>
              <w:t>课堂小结</w:t>
            </w:r>
          </w:p>
        </w:tc>
        <w:tc>
          <w:tcPr>
            <w:tcW w:type="dxa" w:w="1814"/>
          </w:tcPr>
          <w:p>
            <w:pPr>
              <w:spacing w:after="20" w:line="276" w:lineRule="auto"/>
            </w:pPr>
            <w:r/>
            <w:r>
              <w:rPr>
                <w:rFonts w:ascii="宋体" w:hAnsi="宋体" w:eastAsia="宋体"/>
                <w:b w:val="0"/>
                <w:sz w:val="18"/>
              </w:rPr>
              <w:t>课件、计数器</w:t>
            </w:r>
          </w:p>
        </w:tc>
        <w:tc>
          <w:tcPr>
            <w:tcW w:type="dxa" w:w="3402"/>
          </w:tcPr>
          <w:p>
            <w:pPr>
              <w:spacing w:after="20" w:line="276" w:lineRule="auto"/>
            </w:pPr>
            <w:r/>
            <w:r>
              <w:rPr>
                <w:rFonts w:ascii="宋体" w:hAnsi="宋体" w:eastAsia="宋体"/>
                <w:b w:val="0"/>
                <w:sz w:val="18"/>
              </w:rPr>
              <w:t>同学们，今天你们跟哪些数做了好朋友？</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情境导入</w:t>
            </w:r>
          </w:p>
        </w:tc>
        <w:tc>
          <w:tcPr>
            <w:tcW w:type="dxa" w:w="3061"/>
          </w:tcPr>
          <w:p>
            <w:pPr>
              <w:spacing w:after="20" w:line="276" w:lineRule="auto"/>
            </w:pPr>
            <w:r/>
            <w:r>
              <w:rPr>
                <w:rFonts w:ascii="宋体" w:hAnsi="宋体" w:eastAsia="宋体"/>
                <w:b w:val="0"/>
                <w:sz w:val="18"/>
              </w:rPr>
              <w:t>师：同学们，你们喜欢大海吗？大海里有各种各样的生物，我们一起去看看吧。</w:t>
            </w:r>
          </w:p>
          <w:p>
            <w:pPr>
              <w:spacing w:after="20" w:line="276" w:lineRule="auto"/>
            </w:pPr>
            <w:r>
              <w:rPr>
                <w:rFonts w:ascii="宋体" w:hAnsi="宋体" w:eastAsia="宋体"/>
                <w:b w:val="0"/>
                <w:sz w:val="18"/>
              </w:rPr>
              <w:t>课件出示海底世界动画。</w:t>
            </w:r>
          </w:p>
          <w:p>
            <w:pPr>
              <w:spacing w:after="20" w:line="276" w:lineRule="auto"/>
            </w:pPr>
            <w:r>
              <w:rPr>
                <w:rFonts w:ascii="宋体" w:hAnsi="宋体" w:eastAsia="宋体"/>
                <w:b w:val="0"/>
                <w:sz w:val="18"/>
              </w:rPr>
              <w:t>师：大家认识这些海洋生物吗？(教师进行简单的科普)</w:t>
            </w:r>
          </w:p>
          <w:p>
            <w:pPr>
              <w:spacing w:after="20" w:line="276" w:lineRule="auto"/>
            </w:pPr>
            <w:r>
              <w:rPr>
                <w:rFonts w:ascii="宋体" w:hAnsi="宋体" w:eastAsia="宋体"/>
                <w:b w:val="0"/>
                <w:sz w:val="18"/>
              </w:rPr>
              <w:t>师：我们一起来数一数，这里的海洋生物各有多少？</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创设情境激活学生已有经验，自然引出本课学习内容，激发学习兴趣，核心问题："同学们，你们喜欢大海吗？"</w:t>
            </w:r>
          </w:p>
        </w:tc>
      </w:tr>
      <w:tr>
        <w:tc>
          <w:tcPr>
            <w:tcW w:type="dxa" w:w="1474"/>
          </w:tcPr>
          <w:p>
            <w:pPr>
              <w:spacing w:after="20" w:line="276" w:lineRule="auto"/>
            </w:pPr>
            <w:r>
              <w:rPr>
                <w:b/>
              </w:rPr>
            </w:r>
            <w:r>
              <w:rPr>
                <w:rFonts w:ascii="宋体" w:hAnsi="宋体" w:eastAsia="宋体"/>
                <w:b/>
                <w:sz w:val="18"/>
              </w:rPr>
              <w:t>课件出示教科书P34～35主题图</w:t>
            </w:r>
          </w:p>
        </w:tc>
        <w:tc>
          <w:tcPr>
            <w:tcW w:type="dxa" w:w="3061"/>
          </w:tcPr>
          <w:p>
            <w:pPr>
              <w:spacing w:after="20" w:line="276" w:lineRule="auto"/>
            </w:pPr>
            <w:r/>
            <w:r>
              <w:rPr>
                <w:rFonts w:ascii="宋体" w:hAnsi="宋体" w:eastAsia="宋体"/>
                <w:b w:val="0"/>
                <w:sz w:val="18"/>
              </w:rPr>
              <w:t>师：这里有多少条黄色的神仙鱼呀？(学生齐声说出5条)同学们真不错，会用我们前面认识的0～5来数数了。再加上这条粉色的神仙鱼呢？(6条)如果又游来一条呢？(7条)再来一条？(8条)再来一条？(9条)</w:t>
            </w:r>
          </w:p>
          <w:p>
            <w:pPr>
              <w:spacing w:after="20" w:line="276" w:lineRule="auto"/>
            </w:pPr>
            <w:r>
              <w:rPr>
                <w:rFonts w:ascii="宋体" w:hAnsi="宋体" w:eastAsia="宋体"/>
                <w:b w:val="0"/>
                <w:sz w:val="18"/>
              </w:rPr>
              <w:t>师：今天我们就一起来认识6、7、8、9。(板书课题：6～9的认识)</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围绕环节目标组织学习活动，引导学生主动参与、积极思考，核心问题："这里有多少条黄色的神仙鱼呀？(学生齐声说出5条)同学们真不错，会用我们前面认识的0～5来数数了。再加上这条粉色的神仙鱼呢？"</w:t>
            </w:r>
          </w:p>
        </w:tc>
      </w:tr>
      <w:tr>
        <w:tc>
          <w:tcPr>
            <w:tcW w:type="dxa" w:w="1474"/>
          </w:tcPr>
          <w:p>
            <w:pPr>
              <w:spacing w:after="20" w:line="276" w:lineRule="auto"/>
            </w:pPr>
            <w:r>
              <w:rPr>
                <w:b/>
              </w:rPr>
            </w:r>
            <w:r>
              <w:rPr>
                <w:rFonts w:ascii="宋体" w:hAnsi="宋体" w:eastAsia="宋体"/>
                <w:b/>
                <w:sz w:val="18"/>
              </w:rPr>
              <w:t>认识6</w:t>
            </w:r>
          </w:p>
        </w:tc>
        <w:tc>
          <w:tcPr>
            <w:tcW w:type="dxa" w:w="3061"/>
          </w:tcPr>
          <w:p>
            <w:pPr>
              <w:spacing w:after="20" w:line="276" w:lineRule="auto"/>
            </w:pPr>
            <w:r/>
            <w:r>
              <w:rPr>
                <w:rFonts w:ascii="宋体" w:hAnsi="宋体" w:eastAsia="宋体"/>
                <w:b w:val="0"/>
                <w:sz w:val="18"/>
              </w:rPr>
              <w:t>1.数出6。</w:t>
            </w:r>
          </w:p>
          <w:p>
            <w:pPr>
              <w:spacing w:after="20" w:line="276" w:lineRule="auto"/>
            </w:pPr>
            <w:r>
              <w:rPr>
                <w:rFonts w:ascii="宋体" w:hAnsi="宋体" w:eastAsia="宋体"/>
                <w:b w:val="0"/>
                <w:sz w:val="18"/>
              </w:rPr>
              <w:t>师：(指着主题图中的神仙鱼)刚刚我们一起数过了，这里一共有几条神仙鱼？</w:t>
            </w:r>
          </w:p>
          <w:p>
            <w:pPr>
              <w:spacing w:after="20" w:line="276" w:lineRule="auto"/>
            </w:pPr>
            <w:r>
              <w:rPr>
                <w:rFonts w:ascii="宋体" w:hAnsi="宋体" w:eastAsia="宋体"/>
                <w:b w:val="0"/>
                <w:sz w:val="18"/>
              </w:rPr>
              <w:t>2．表示6。</w:t>
            </w:r>
          </w:p>
          <w:p>
            <w:pPr>
              <w:spacing w:after="20" w:line="276" w:lineRule="auto"/>
            </w:pPr>
            <w:r>
              <w:rPr>
                <w:rFonts w:ascii="宋体" w:hAnsi="宋体" w:eastAsia="宋体"/>
                <w:b w:val="0"/>
                <w:sz w:val="18"/>
              </w:rPr>
              <w:t>师：你有什么办法表示出神仙鱼的条数呢？</w:t>
            </w:r>
          </w:p>
          <w:p>
            <w:pPr>
              <w:spacing w:after="20" w:line="276" w:lineRule="auto"/>
            </w:pPr>
            <w:r>
              <w:rPr>
                <w:rFonts w:ascii="宋体" w:hAnsi="宋体" w:eastAsia="宋体"/>
                <w:b w:val="0"/>
                <w:sz w:val="18"/>
              </w:rPr>
              <w:t>根据学生回答，课件依次呈现：</w:t>
            </w:r>
          </w:p>
          <w:p>
            <w:pPr>
              <w:spacing w:after="20" w:line="276" w:lineRule="auto"/>
            </w:pPr>
            <w:r>
              <w:rPr>
                <w:rFonts w:ascii="宋体" w:hAnsi="宋体" w:eastAsia="宋体"/>
                <w:b w:val="0"/>
                <w:sz w:val="18"/>
              </w:rPr>
              <w:t>师：你涂对了吗？可以手指点着自己涂色的圆圈，我们一起数一数。1、2、3、4、5、6。</w:t>
            </w:r>
          </w:p>
          <w:p>
            <w:pPr>
              <w:spacing w:after="20" w:line="276" w:lineRule="auto"/>
            </w:pPr>
            <w:r>
              <w:rPr>
                <w:rFonts w:ascii="宋体" w:hAnsi="宋体" w:eastAsia="宋体"/>
                <w:b w:val="0"/>
                <w:sz w:val="18"/>
              </w:rPr>
              <w:t>师：同学们的方法可真不少啊，除了可以用数手指、涂色表示，还可以用什么来表示呢？</w:t>
            </w:r>
          </w:p>
          <w:p>
            <w:pPr>
              <w:spacing w:after="20" w:line="276" w:lineRule="auto"/>
            </w:pPr>
            <w:r>
              <w:rPr>
                <w:rFonts w:ascii="宋体" w:hAnsi="宋体" w:eastAsia="宋体"/>
                <w:b w:val="0"/>
                <w:sz w:val="18"/>
              </w:rPr>
              <w:t>可以用数字6来表示。</w:t>
            </w:r>
          </w:p>
          <w:p>
            <w:pPr>
              <w:spacing w:after="20" w:line="276" w:lineRule="auto"/>
            </w:pPr>
            <w:r>
              <w:rPr>
                <w:rFonts w:ascii="宋体" w:hAnsi="宋体" w:eastAsia="宋体"/>
                <w:b w:val="0"/>
                <w:sz w:val="18"/>
              </w:rPr>
              <w:t>3．6的书写。</w:t>
            </w:r>
          </w:p>
          <w:p>
            <w:pPr>
              <w:spacing w:after="20" w:line="276" w:lineRule="auto"/>
            </w:pPr>
            <w:r>
              <w:rPr>
                <w:rFonts w:ascii="宋体" w:hAnsi="宋体" w:eastAsia="宋体"/>
                <w:b w:val="0"/>
                <w:sz w:val="18"/>
              </w:rPr>
              <w:t>师：认识了数字6，大家会写数字6吗？下面我们一起来看看，6像什么？</w:t>
            </w:r>
          </w:p>
          <w:p>
            <w:pPr>
              <w:spacing w:after="20" w:line="276" w:lineRule="auto"/>
            </w:pPr>
            <w:r>
              <w:rPr>
                <w:rFonts w:ascii="宋体" w:hAnsi="宋体" w:eastAsia="宋体"/>
                <w:b w:val="0"/>
                <w:sz w:val="18"/>
              </w:rPr>
              <w:t>6像哨子。</w:t>
            </w:r>
          </w:p>
          <w:p>
            <w:pPr>
              <w:spacing w:after="20" w:line="276" w:lineRule="auto"/>
            </w:pPr>
            <w:r>
              <w:rPr>
                <w:rFonts w:ascii="宋体" w:hAnsi="宋体" w:eastAsia="宋体"/>
                <w:b w:val="0"/>
                <w:sz w:val="18"/>
              </w:rPr>
              <w:t>师：我们再来一起看看这个数字怎么写吧！</w:t>
            </w:r>
          </w:p>
          <w:p>
            <w:pPr>
              <w:spacing w:after="20" w:line="276" w:lineRule="auto"/>
            </w:pPr>
            <w:r>
              <w:rPr>
                <w:rFonts w:ascii="宋体" w:hAnsi="宋体" w:eastAsia="宋体"/>
                <w:b w:val="0"/>
                <w:sz w:val="18"/>
              </w:rPr>
              <w:t>播放6的书写视频。</w:t>
            </w:r>
          </w:p>
          <w:p>
            <w:pPr>
              <w:spacing w:after="20" w:line="276" w:lineRule="auto"/>
            </w:pPr>
            <w:r>
              <w:rPr>
                <w:rFonts w:ascii="宋体" w:hAnsi="宋体" w:eastAsia="宋体"/>
                <w:b w:val="0"/>
                <w:sz w:val="18"/>
              </w:rPr>
              <w:t>师：下面和老师一起来写6。</w:t>
            </w:r>
          </w:p>
          <w:p>
            <w:pPr>
              <w:spacing w:after="20" w:line="276" w:lineRule="auto"/>
            </w:pPr>
            <w:r>
              <w:rPr>
                <w:rFonts w:ascii="宋体" w:hAnsi="宋体" w:eastAsia="宋体"/>
                <w:b w:val="0"/>
                <w:sz w:val="18"/>
              </w:rPr>
              <w:t>教师在黑板上进行书写示范，一边写一边指导。</w:t>
            </w:r>
          </w:p>
          <w:p>
            <w:pPr>
              <w:spacing w:after="20" w:line="276" w:lineRule="auto"/>
            </w:pPr>
            <w:r>
              <w:rPr>
                <w:rFonts w:ascii="宋体" w:hAnsi="宋体" w:eastAsia="宋体"/>
                <w:b w:val="0"/>
                <w:sz w:val="18"/>
              </w:rPr>
              <w:t>师：请同学们自己试一试，并在教科书的第37页写一写吧！</w:t>
            </w:r>
          </w:p>
          <w:p>
            <w:pPr>
              <w:spacing w:after="20" w:line="276" w:lineRule="auto"/>
            </w:pPr>
            <w:r>
              <w:rPr>
                <w:rFonts w:ascii="宋体" w:hAnsi="宋体" w:eastAsia="宋体"/>
                <w:b w:val="0"/>
                <w:sz w:val="18"/>
              </w:rPr>
              <w:t>4．身边的“6”。</w:t>
            </w:r>
          </w:p>
          <w:p>
            <w:pPr>
              <w:spacing w:after="20" w:line="276" w:lineRule="auto"/>
            </w:pPr>
            <w:r>
              <w:rPr>
                <w:rFonts w:ascii="宋体" w:hAnsi="宋体" w:eastAsia="宋体"/>
                <w:b w:val="0"/>
                <w:sz w:val="18"/>
              </w:rPr>
              <w:t>师：除了神仙鱼是6条，还有哪些事物的数量可以用6表示呢？</w:t>
            </w:r>
          </w:p>
          <w:p>
            <w:pPr>
              <w:spacing w:after="20" w:line="276" w:lineRule="auto"/>
            </w:pPr>
            <w:r>
              <w:rPr>
                <w:rFonts w:ascii="宋体" w:hAnsi="宋体" w:eastAsia="宋体"/>
                <w:b w:val="0"/>
                <w:sz w:val="18"/>
              </w:rPr>
              <w:t>师：虽然这些物体种类不一样，但它们的数量都是6。</w:t>
            </w:r>
          </w:p>
        </w:tc>
        <w:tc>
          <w:tcPr>
            <w:tcW w:type="dxa" w:w="3061"/>
          </w:tcPr>
          <w:p>
            <w:pPr>
              <w:spacing w:after="20" w:line="276" w:lineRule="auto"/>
            </w:pPr>
            <w:r/>
            <w:r>
              <w:rPr>
                <w:rFonts w:ascii="宋体" w:hAnsi="宋体" w:eastAsia="宋体"/>
                <w:b w:val="0"/>
                <w:sz w:val="18"/>
              </w:rPr>
              <w:t>学生回答有6条。</w:t>
            </w:r>
          </w:p>
          <w:p>
            <w:pPr>
              <w:spacing w:after="20" w:line="276" w:lineRule="auto"/>
            </w:pPr>
            <w:r>
              <w:rPr>
                <w:rFonts w:ascii="宋体" w:hAnsi="宋体" w:eastAsia="宋体"/>
                <w:b w:val="0"/>
                <w:sz w:val="18"/>
              </w:rPr>
              <w:t>预设1：可以用6根手指表示。左手有5根手指，再添上右手的1根手指，就是6根手指了。</w:t>
            </w:r>
          </w:p>
          <w:p>
            <w:pPr>
              <w:spacing w:after="20" w:line="276" w:lineRule="auto"/>
            </w:pPr>
            <w:r>
              <w:rPr>
                <w:rFonts w:ascii="宋体" w:hAnsi="宋体" w:eastAsia="宋体"/>
                <w:b w:val="0"/>
                <w:sz w:val="18"/>
              </w:rPr>
              <w:t>预设2：可以用课本上的点子图，将其中的6个涂上颜色。一行是5个，在第二行再涂1个就是6个。</w:t>
            </w:r>
          </w:p>
          <w:p>
            <w:pPr>
              <w:spacing w:after="20" w:line="276" w:lineRule="auto"/>
            </w:pPr>
            <w:r>
              <w:rPr>
                <w:rFonts w:ascii="宋体" w:hAnsi="宋体" w:eastAsia="宋体"/>
                <w:b w:val="0"/>
                <w:sz w:val="18"/>
              </w:rPr>
              <w:t>预设3：一列是2个，2、4、6，涂这样的3列就够了。</w:t>
            </w:r>
          </w:p>
          <w:p>
            <w:pPr>
              <w:spacing w:after="20" w:line="276" w:lineRule="auto"/>
            </w:pPr>
            <w:r>
              <w:rPr>
                <w:rFonts w:ascii="宋体" w:hAnsi="宋体" w:eastAsia="宋体"/>
                <w:b w:val="0"/>
                <w:sz w:val="18"/>
              </w:rPr>
              <w:t>学生自由数数，并交流。</w:t>
            </w:r>
          </w:p>
          <w:p>
            <w:pPr>
              <w:spacing w:after="20" w:line="276" w:lineRule="auto"/>
            </w:pPr>
            <w:r>
              <w:rPr>
                <w:rFonts w:ascii="宋体" w:hAnsi="宋体" w:eastAsia="宋体"/>
                <w:b w:val="0"/>
                <w:sz w:val="18"/>
              </w:rPr>
              <w:t>预设1：我们一年级有6个班。</w:t>
            </w:r>
          </w:p>
          <w:p>
            <w:pPr>
              <w:spacing w:after="20" w:line="276" w:lineRule="auto"/>
            </w:pPr>
            <w:r>
              <w:rPr>
                <w:rFonts w:ascii="宋体" w:hAnsi="宋体" w:eastAsia="宋体"/>
                <w:b w:val="0"/>
                <w:sz w:val="18"/>
              </w:rPr>
              <w:t>预设2：我有6本作业本。</w:t>
            </w:r>
          </w:p>
          <w:p>
            <w:pPr>
              <w:spacing w:after="20" w:line="276" w:lineRule="auto"/>
            </w:pPr>
            <w:r>
              <w:rPr>
                <w:rFonts w:ascii="宋体" w:hAnsi="宋体" w:eastAsia="宋体"/>
                <w:b w:val="0"/>
                <w:sz w:val="18"/>
              </w:rPr>
              <w:t>预设3：图中海星、海豚、小丑鱼的数量都可以用数字6表示。</w:t>
            </w:r>
          </w:p>
        </w:tc>
        <w:tc>
          <w:tcPr>
            <w:tcW w:type="dxa" w:w="1814"/>
          </w:tcPr>
          <w:p>
            <w:pPr>
              <w:spacing w:after="20" w:line="276" w:lineRule="auto"/>
            </w:pPr>
            <w:r/>
            <w:r>
              <w:rPr>
                <w:rFonts w:ascii="宋体" w:hAnsi="宋体" w:eastAsia="宋体"/>
                <w:b w:val="0"/>
                <w:sz w:val="18"/>
              </w:rPr>
              <w:t>围绕环节目标组织学习活动，引导学生主动参与、积极思考，核心问题："(指着主题图中的神仙鱼)刚刚我们一起数过了，这里一共有几条神仙鱼？"</w:t>
            </w:r>
          </w:p>
        </w:tc>
      </w:tr>
      <w:tr>
        <w:tc>
          <w:tcPr>
            <w:tcW w:type="dxa" w:w="1474"/>
          </w:tcPr>
          <w:p>
            <w:pPr>
              <w:spacing w:after="20" w:line="276" w:lineRule="auto"/>
            </w:pPr>
            <w:r>
              <w:rPr>
                <w:b/>
              </w:rPr>
            </w:r>
            <w:r>
              <w:rPr>
                <w:rFonts w:ascii="宋体" w:hAnsi="宋体" w:eastAsia="宋体"/>
                <w:b/>
                <w:sz w:val="18"/>
              </w:rPr>
              <w:t>认识7</w:t>
            </w:r>
          </w:p>
        </w:tc>
        <w:tc>
          <w:tcPr>
            <w:tcW w:type="dxa" w:w="3061"/>
          </w:tcPr>
          <w:p>
            <w:pPr>
              <w:spacing w:after="20" w:line="276" w:lineRule="auto"/>
            </w:pPr>
            <w:r/>
            <w:r>
              <w:rPr>
                <w:rFonts w:ascii="宋体" w:hAnsi="宋体" w:eastAsia="宋体"/>
                <w:b w:val="0"/>
                <w:sz w:val="18"/>
              </w:rPr>
              <w:t>1.数出7。</w:t>
            </w:r>
          </w:p>
          <w:p>
            <w:pPr>
              <w:spacing w:after="20" w:line="276" w:lineRule="auto"/>
            </w:pPr>
            <w:r>
              <w:rPr>
                <w:rFonts w:ascii="宋体" w:hAnsi="宋体" w:eastAsia="宋体"/>
                <w:b w:val="0"/>
                <w:sz w:val="18"/>
              </w:rPr>
              <w:t>课件先出示6条蝠鲼。</w:t>
            </w:r>
          </w:p>
          <w:p>
            <w:pPr>
              <w:spacing w:after="20" w:line="276" w:lineRule="auto"/>
            </w:pPr>
            <w:r>
              <w:rPr>
                <w:rFonts w:ascii="宋体" w:hAnsi="宋体" w:eastAsia="宋体"/>
                <w:b w:val="0"/>
                <w:sz w:val="18"/>
              </w:rPr>
              <w:t>师：这种鱼大家还记得是什么鱼吗？(蝠鲼)一共有多少条？(6条)</w:t>
            </w:r>
          </w:p>
          <w:p>
            <w:pPr>
              <w:spacing w:after="20" w:line="276" w:lineRule="auto"/>
            </w:pPr>
            <w:r>
              <w:rPr>
                <w:rFonts w:ascii="宋体" w:hAnsi="宋体" w:eastAsia="宋体"/>
                <w:b w:val="0"/>
                <w:sz w:val="18"/>
              </w:rPr>
              <w:t>师：又游来了一条蝠鲼，现在有几条了呢？(7条)你是怎么知道的？</w:t>
            </w:r>
          </w:p>
          <w:p>
            <w:pPr>
              <w:spacing w:after="20" w:line="276" w:lineRule="auto"/>
            </w:pPr>
            <w:r>
              <w:rPr>
                <w:rFonts w:ascii="宋体" w:hAnsi="宋体" w:eastAsia="宋体"/>
                <w:b w:val="0"/>
                <w:sz w:val="18"/>
              </w:rPr>
              <w:t>2．表示7。</w:t>
            </w:r>
          </w:p>
          <w:p>
            <w:pPr>
              <w:spacing w:after="20" w:line="276" w:lineRule="auto"/>
            </w:pPr>
            <w:r>
              <w:rPr>
                <w:rFonts w:ascii="宋体" w:hAnsi="宋体" w:eastAsia="宋体"/>
                <w:b w:val="0"/>
                <w:sz w:val="18"/>
              </w:rPr>
              <w:t>师：你有什么办法表示出7条蝠鲼呢？请你画一画，在点子图中涂一涂。</w:t>
            </w:r>
          </w:p>
          <w:p>
            <w:pPr>
              <w:spacing w:after="20" w:line="276" w:lineRule="auto"/>
            </w:pPr>
            <w:r>
              <w:rPr>
                <w:rFonts w:ascii="宋体" w:hAnsi="宋体" w:eastAsia="宋体"/>
                <w:b w:val="0"/>
                <w:sz w:val="18"/>
              </w:rPr>
              <w:t>3．书写7。</w:t>
            </w:r>
          </w:p>
          <w:p>
            <w:pPr>
              <w:spacing w:after="20" w:line="276" w:lineRule="auto"/>
            </w:pPr>
            <w:r>
              <w:rPr>
                <w:rFonts w:ascii="宋体" w:hAnsi="宋体" w:eastAsia="宋体"/>
                <w:b w:val="0"/>
                <w:sz w:val="18"/>
              </w:rPr>
              <w:t>师：7又该怎么写呢？我们先看一看它像什么？(像镰刀)</w:t>
            </w:r>
          </w:p>
          <w:p>
            <w:pPr>
              <w:spacing w:after="20" w:line="276" w:lineRule="auto"/>
            </w:pPr>
            <w:r>
              <w:rPr>
                <w:rFonts w:ascii="宋体" w:hAnsi="宋体" w:eastAsia="宋体"/>
                <w:b w:val="0"/>
                <w:sz w:val="18"/>
              </w:rPr>
              <w:t>师：电脑小博士要教我们书写数字7了，一起仔细看看吧。</w:t>
            </w:r>
          </w:p>
          <w:p>
            <w:pPr>
              <w:spacing w:after="20" w:line="276" w:lineRule="auto"/>
            </w:pPr>
            <w:r>
              <w:rPr>
                <w:rFonts w:ascii="宋体" w:hAnsi="宋体" w:eastAsia="宋体"/>
                <w:b w:val="0"/>
                <w:sz w:val="18"/>
              </w:rPr>
              <w:t>播放7的书写视频。</w:t>
            </w:r>
          </w:p>
          <w:p>
            <w:pPr>
              <w:spacing w:after="20" w:line="276" w:lineRule="auto"/>
            </w:pPr>
            <w:r>
              <w:rPr>
                <w:rFonts w:ascii="宋体" w:hAnsi="宋体" w:eastAsia="宋体"/>
                <w:b w:val="0"/>
                <w:sz w:val="18"/>
              </w:rPr>
              <w:t>写“7”的同时可展示“7”的儿歌：7、7、7，像镰刀，一笔写成7，横要短而平，折要斜而直。</w:t>
            </w:r>
          </w:p>
          <w:p>
            <w:pPr>
              <w:spacing w:after="20" w:line="276" w:lineRule="auto"/>
            </w:pPr>
            <w:r>
              <w:rPr>
                <w:rFonts w:ascii="宋体" w:hAnsi="宋体" w:eastAsia="宋体"/>
                <w:b w:val="0"/>
                <w:sz w:val="18"/>
              </w:rPr>
              <w:t>师：请同学们自己试一试，并在教科书的第37页写一写吧！</w:t>
            </w:r>
          </w:p>
          <w:p>
            <w:pPr>
              <w:spacing w:after="20" w:line="276" w:lineRule="auto"/>
            </w:pPr>
            <w:r>
              <w:rPr>
                <w:rFonts w:ascii="宋体" w:hAnsi="宋体" w:eastAsia="宋体"/>
                <w:b w:val="0"/>
                <w:sz w:val="18"/>
              </w:rPr>
              <w:t>4．身边的“7”。</w:t>
            </w:r>
          </w:p>
          <w:p>
            <w:pPr>
              <w:spacing w:after="20" w:line="276" w:lineRule="auto"/>
            </w:pPr>
            <w:r>
              <w:rPr>
                <w:rFonts w:ascii="宋体" w:hAnsi="宋体" w:eastAsia="宋体"/>
                <w:b w:val="0"/>
                <w:sz w:val="18"/>
              </w:rPr>
              <w:t>师：这个7除了能表示图中蝠鲼的条数外，还能表示哪些物体的数量呢？</w:t>
            </w:r>
          </w:p>
          <w:p>
            <w:pPr>
              <w:spacing w:after="20" w:line="276" w:lineRule="auto"/>
            </w:pPr>
            <w:r>
              <w:rPr>
                <w:rFonts w:ascii="宋体" w:hAnsi="宋体" w:eastAsia="宋体"/>
                <w:b w:val="0"/>
                <w:sz w:val="18"/>
              </w:rPr>
              <w:t>7只乌贼，7支铅笔，7盒牛奶，7个苹果。</w:t>
            </w:r>
          </w:p>
        </w:tc>
        <w:tc>
          <w:tcPr>
            <w:tcW w:type="dxa" w:w="3061"/>
          </w:tcPr>
          <w:p>
            <w:pPr>
              <w:spacing w:after="20" w:line="276" w:lineRule="auto"/>
            </w:pPr>
            <w:r/>
            <w:r>
              <w:rPr>
                <w:rFonts w:ascii="宋体" w:hAnsi="宋体" w:eastAsia="宋体"/>
                <w:b w:val="0"/>
                <w:sz w:val="18"/>
              </w:rPr>
              <w:t>预设1：再按顺序数一遍。1、2、3、4、5、6、7。</w:t>
            </w:r>
          </w:p>
          <w:p>
            <w:pPr>
              <w:spacing w:after="20" w:line="276" w:lineRule="auto"/>
            </w:pPr>
            <w:r>
              <w:rPr>
                <w:rFonts w:ascii="宋体" w:hAnsi="宋体" w:eastAsia="宋体"/>
                <w:b w:val="0"/>
                <w:sz w:val="18"/>
              </w:rPr>
              <w:t>预设2：刚才数出有6条蝠鲼，又来了1条蝠鲼，就从6接着往后数1条，有7条。</w:t>
            </w:r>
          </w:p>
          <w:p>
            <w:pPr>
              <w:spacing w:after="20" w:line="276" w:lineRule="auto"/>
            </w:pPr>
            <w:r>
              <w:rPr>
                <w:rFonts w:ascii="宋体" w:hAnsi="宋体" w:eastAsia="宋体"/>
                <w:b w:val="0"/>
                <w:sz w:val="18"/>
              </w:rPr>
              <w:t>学生运用涂6的方法涂出7，涂满1行再涂2个。</w:t>
            </w:r>
          </w:p>
        </w:tc>
        <w:tc>
          <w:tcPr>
            <w:tcW w:type="dxa" w:w="1814"/>
          </w:tcPr>
          <w:p>
            <w:pPr>
              <w:spacing w:after="20" w:line="276" w:lineRule="auto"/>
            </w:pPr>
            <w:r/>
            <w:r>
              <w:rPr>
                <w:rFonts w:ascii="宋体" w:hAnsi="宋体" w:eastAsia="宋体"/>
                <w:b w:val="0"/>
                <w:sz w:val="18"/>
              </w:rPr>
              <w:t>围绕环节目标组织学习活动，引导学生主动参与、积极思考，核心问题："这种鱼大家还记得是什么鱼吗？(蝠鲼)一共有多少条？"</w:t>
            </w:r>
          </w:p>
        </w:tc>
      </w:tr>
      <w:tr>
        <w:tc>
          <w:tcPr>
            <w:tcW w:type="dxa" w:w="1474"/>
          </w:tcPr>
          <w:p>
            <w:pPr>
              <w:spacing w:after="20" w:line="276" w:lineRule="auto"/>
            </w:pPr>
            <w:r>
              <w:rPr>
                <w:b/>
              </w:rPr>
            </w:r>
            <w:r>
              <w:rPr>
                <w:rFonts w:ascii="宋体" w:hAnsi="宋体" w:eastAsia="宋体"/>
                <w:b/>
                <w:sz w:val="18"/>
              </w:rPr>
              <w:t>认识8和9</w:t>
            </w:r>
          </w:p>
        </w:tc>
        <w:tc>
          <w:tcPr>
            <w:tcW w:type="dxa" w:w="3061"/>
          </w:tcPr>
          <w:p>
            <w:pPr>
              <w:spacing w:after="20" w:line="276" w:lineRule="auto"/>
            </w:pPr>
            <w:r/>
            <w:r>
              <w:rPr>
                <w:rFonts w:ascii="宋体" w:hAnsi="宋体" w:eastAsia="宋体"/>
                <w:b w:val="0"/>
                <w:sz w:val="18"/>
              </w:rPr>
              <w:t>1.数出8和9。</w:t>
            </w:r>
          </w:p>
          <w:p>
            <w:pPr>
              <w:spacing w:after="20" w:line="276" w:lineRule="auto"/>
            </w:pPr>
            <w:r>
              <w:rPr>
                <w:rFonts w:ascii="宋体" w:hAnsi="宋体" w:eastAsia="宋体"/>
                <w:b w:val="0"/>
                <w:sz w:val="18"/>
              </w:rPr>
              <w:t>师：图中的海洋生物你还认识哪些？你能数一数它们的个数吗？</w:t>
            </w:r>
          </w:p>
          <w:p>
            <w:pPr>
              <w:spacing w:after="20" w:line="276" w:lineRule="auto"/>
            </w:pPr>
            <w:r>
              <w:rPr>
                <w:rFonts w:ascii="宋体" w:hAnsi="宋体" w:eastAsia="宋体"/>
                <w:b w:val="0"/>
                <w:sz w:val="18"/>
              </w:rPr>
              <w:t>师：下面我们一起数一数。观察图的时候，为避免重复或遗漏，我们可以按照一定的顺序来观察。</w:t>
            </w:r>
          </w:p>
          <w:p>
            <w:pPr>
              <w:spacing w:after="20" w:line="276" w:lineRule="auto"/>
            </w:pPr>
            <w:r>
              <w:rPr>
                <w:rFonts w:ascii="宋体" w:hAnsi="宋体" w:eastAsia="宋体"/>
                <w:b w:val="0"/>
                <w:sz w:val="18"/>
              </w:rPr>
              <w:t>引导学生从左往右、从上往下去数一数。先确定种类，再确定个数。采取手指点数或做记号的方法。</w:t>
            </w:r>
          </w:p>
          <w:p>
            <w:pPr>
              <w:spacing w:after="20" w:line="276" w:lineRule="auto"/>
            </w:pPr>
            <w:r>
              <w:rPr>
                <w:rFonts w:ascii="宋体" w:hAnsi="宋体" w:eastAsia="宋体"/>
                <w:b w:val="0"/>
                <w:sz w:val="18"/>
              </w:rPr>
              <w:t>8只海贝，8只水母，9只海马……</w:t>
            </w:r>
          </w:p>
          <w:p>
            <w:pPr>
              <w:spacing w:after="20" w:line="276" w:lineRule="auto"/>
            </w:pPr>
            <w:r>
              <w:rPr>
                <w:rFonts w:ascii="宋体" w:hAnsi="宋体" w:eastAsia="宋体"/>
                <w:b w:val="0"/>
                <w:sz w:val="18"/>
              </w:rPr>
              <w:t>2．表示8和9。</w:t>
            </w:r>
          </w:p>
          <w:p>
            <w:pPr>
              <w:spacing w:after="20" w:line="276" w:lineRule="auto"/>
            </w:pPr>
            <w:r>
              <w:rPr>
                <w:rFonts w:ascii="宋体" w:hAnsi="宋体" w:eastAsia="宋体"/>
                <w:b w:val="0"/>
                <w:sz w:val="18"/>
              </w:rPr>
              <w:t>师：可以怎样表示8和9呢？</w:t>
            </w:r>
          </w:p>
          <w:p>
            <w:pPr>
              <w:spacing w:after="20" w:line="276" w:lineRule="auto"/>
            </w:pPr>
            <w:r>
              <w:rPr>
                <w:rFonts w:ascii="宋体" w:hAnsi="宋体" w:eastAsia="宋体"/>
                <w:b w:val="0"/>
                <w:sz w:val="18"/>
              </w:rPr>
              <w:t>3．数字8和9的书写。</w:t>
            </w:r>
          </w:p>
          <w:p>
            <w:pPr>
              <w:spacing w:after="20" w:line="276" w:lineRule="auto"/>
            </w:pPr>
            <w:r>
              <w:rPr>
                <w:rFonts w:ascii="宋体" w:hAnsi="宋体" w:eastAsia="宋体"/>
                <w:b w:val="0"/>
                <w:sz w:val="18"/>
              </w:rPr>
              <w:t>师：下面我们一起来看看8和9是怎么写的吧！</w:t>
            </w:r>
          </w:p>
          <w:p>
            <w:pPr>
              <w:spacing w:after="20" w:line="276" w:lineRule="auto"/>
            </w:pPr>
            <w:r>
              <w:rPr>
                <w:rFonts w:ascii="宋体" w:hAnsi="宋体" w:eastAsia="宋体"/>
                <w:b w:val="0"/>
                <w:sz w:val="18"/>
              </w:rPr>
              <w:t>课件先出示书写视频，再展示写好的8和9的图片。</w:t>
            </w:r>
          </w:p>
          <w:p>
            <w:pPr>
              <w:spacing w:after="20" w:line="276" w:lineRule="auto"/>
            </w:pPr>
            <w:r>
              <w:rPr>
                <w:rFonts w:ascii="宋体" w:hAnsi="宋体" w:eastAsia="宋体"/>
                <w:b w:val="0"/>
                <w:sz w:val="18"/>
              </w:rPr>
              <w:t>师：9和前面学习的哪个数字很像呢？</w:t>
            </w:r>
          </w:p>
          <w:p>
            <w:pPr>
              <w:spacing w:after="20" w:line="276" w:lineRule="auto"/>
            </w:pPr>
            <w:r>
              <w:rPr>
                <w:rFonts w:ascii="宋体" w:hAnsi="宋体" w:eastAsia="宋体"/>
                <w:b w:val="0"/>
                <w:sz w:val="18"/>
              </w:rPr>
              <w:t>像倒着的6。</w:t>
            </w:r>
          </w:p>
          <w:p>
            <w:pPr>
              <w:spacing w:after="20" w:line="276" w:lineRule="auto"/>
            </w:pPr>
            <w:r>
              <w:rPr>
                <w:rFonts w:ascii="宋体" w:hAnsi="宋体" w:eastAsia="宋体"/>
                <w:b w:val="0"/>
                <w:sz w:val="18"/>
              </w:rPr>
              <w:t>师：怎么区分它们呢？</w:t>
            </w:r>
          </w:p>
          <w:p>
            <w:pPr>
              <w:spacing w:after="20" w:line="276" w:lineRule="auto"/>
            </w:pPr>
            <w:r>
              <w:rPr>
                <w:rFonts w:ascii="宋体" w:hAnsi="宋体" w:eastAsia="宋体"/>
                <w:b w:val="0"/>
                <w:sz w:val="18"/>
              </w:rPr>
              <w:t>圈圈一个在上，一个在下。</w:t>
            </w:r>
          </w:p>
          <w:p>
            <w:pPr>
              <w:spacing w:after="20" w:line="276" w:lineRule="auto"/>
            </w:pPr>
            <w:r>
              <w:rPr>
                <w:rFonts w:ascii="宋体" w:hAnsi="宋体" w:eastAsia="宋体"/>
                <w:b w:val="0"/>
                <w:sz w:val="18"/>
              </w:rPr>
              <w:t>师：请同学们自己试一试，并在教科书的第37页写一写吧！</w:t>
            </w:r>
          </w:p>
          <w:p>
            <w:pPr>
              <w:spacing w:after="20" w:line="276" w:lineRule="auto"/>
            </w:pPr>
            <w:r>
              <w:rPr>
                <w:rFonts w:ascii="宋体" w:hAnsi="宋体" w:eastAsia="宋体"/>
                <w:b w:val="0"/>
                <w:sz w:val="18"/>
              </w:rPr>
              <w:t>4．身边的“8”和“9”。</w:t>
            </w:r>
          </w:p>
          <w:p>
            <w:pPr>
              <w:spacing w:after="20" w:line="276" w:lineRule="auto"/>
            </w:pPr>
            <w:r>
              <w:rPr>
                <w:rFonts w:ascii="宋体" w:hAnsi="宋体" w:eastAsia="宋体"/>
                <w:b w:val="0"/>
                <w:sz w:val="18"/>
              </w:rPr>
              <w:t>师：还有哪些事物的数量可以用8和9来表示？</w:t>
            </w:r>
          </w:p>
          <w:p>
            <w:pPr>
              <w:spacing w:after="20" w:line="276" w:lineRule="auto"/>
            </w:pPr>
            <w:r>
              <w:rPr>
                <w:rFonts w:ascii="宋体" w:hAnsi="宋体" w:eastAsia="宋体"/>
                <w:b w:val="0"/>
                <w:sz w:val="18"/>
              </w:rPr>
              <w:t>5．数一数，练一练。</w:t>
            </w:r>
          </w:p>
          <w:p>
            <w:pPr>
              <w:spacing w:after="20" w:line="276" w:lineRule="auto"/>
            </w:pPr>
            <w:r>
              <w:rPr>
                <w:rFonts w:ascii="宋体" w:hAnsi="宋体" w:eastAsia="宋体"/>
                <w:b w:val="0"/>
                <w:sz w:val="18"/>
              </w:rPr>
              <w:t>活动一：学了这么多数字，那么请第一组第一列同学上台，大家一起数一数，有多少人？</w:t>
            </w:r>
          </w:p>
          <w:p>
            <w:pPr>
              <w:spacing w:after="20" w:line="276" w:lineRule="auto"/>
            </w:pPr>
            <w:r>
              <w:rPr>
                <w:rFonts w:ascii="宋体" w:hAnsi="宋体" w:eastAsia="宋体"/>
                <w:b w:val="0"/>
                <w:sz w:val="18"/>
              </w:rPr>
              <w:t>活动二：请第一排同学起立，现在又是多少人？</w:t>
            </w:r>
          </w:p>
        </w:tc>
        <w:tc>
          <w:tcPr>
            <w:tcW w:type="dxa" w:w="3061"/>
          </w:tcPr>
          <w:p>
            <w:pPr>
              <w:spacing w:after="20" w:line="276" w:lineRule="auto"/>
            </w:pPr>
            <w:r/>
            <w:r>
              <w:rPr>
                <w:rFonts w:ascii="宋体" w:hAnsi="宋体" w:eastAsia="宋体"/>
                <w:b w:val="0"/>
                <w:sz w:val="18"/>
              </w:rPr>
              <w:t>预设1：画一画、涂一涂、写一写。</w:t>
            </w:r>
          </w:p>
          <w:p>
            <w:pPr>
              <w:spacing w:after="20" w:line="276" w:lineRule="auto"/>
            </w:pPr>
            <w:r>
              <w:rPr>
                <w:rFonts w:ascii="宋体" w:hAnsi="宋体" w:eastAsia="宋体"/>
                <w:b w:val="0"/>
                <w:sz w:val="18"/>
              </w:rPr>
              <w:t>预设2：学生直接说出用数字8和9表示，要予以肯定。同时反向要求，再回到书上点子图中涂一涂，加深对事物个数多少的印象。</w:t>
            </w:r>
          </w:p>
          <w:p>
            <w:pPr>
              <w:spacing w:after="20" w:line="276" w:lineRule="auto"/>
            </w:pPr>
            <w:r>
              <w:rPr>
                <w:rFonts w:ascii="宋体" w:hAnsi="宋体" w:eastAsia="宋体"/>
                <w:b w:val="0"/>
                <w:sz w:val="18"/>
              </w:rPr>
              <w:t>学生根据身边的情况，找到能用8和9表示的物体。教师引导学生发言，一起数一数。</w:t>
            </w:r>
          </w:p>
        </w:tc>
        <w:tc>
          <w:tcPr>
            <w:tcW w:type="dxa" w:w="1814"/>
          </w:tcPr>
          <w:p>
            <w:pPr>
              <w:spacing w:after="20" w:line="276" w:lineRule="auto"/>
            </w:pPr>
            <w:r/>
            <w:r>
              <w:rPr>
                <w:rFonts w:ascii="宋体" w:hAnsi="宋体" w:eastAsia="宋体"/>
                <w:b w:val="0"/>
                <w:sz w:val="18"/>
              </w:rPr>
              <w:t>围绕环节目标组织学习活动，引导学生主动参与、积极思考，核心问题："图中的海洋生物你还认识哪些？你能数一数它们的个数吗？"</w:t>
            </w:r>
          </w:p>
        </w:tc>
      </w:tr>
      <w:tr>
        <w:tc>
          <w:tcPr>
            <w:tcW w:type="dxa" w:w="1474"/>
          </w:tcPr>
          <w:p>
            <w:pPr>
              <w:spacing w:after="20" w:line="276" w:lineRule="auto"/>
            </w:pPr>
            <w:r>
              <w:rPr>
                <w:b/>
              </w:rPr>
            </w:r>
            <w:r>
              <w:rPr>
                <w:rFonts w:ascii="宋体" w:hAnsi="宋体" w:eastAsia="宋体"/>
                <w:b/>
                <w:sz w:val="18"/>
              </w:rPr>
              <w:t>教学数序</w:t>
            </w:r>
          </w:p>
        </w:tc>
        <w:tc>
          <w:tcPr>
            <w:tcW w:type="dxa" w:w="3061"/>
          </w:tcPr>
          <w:p>
            <w:pPr>
              <w:spacing w:after="20" w:line="276" w:lineRule="auto"/>
            </w:pPr>
            <w:r/>
            <w:r>
              <w:rPr>
                <w:rFonts w:ascii="宋体" w:hAnsi="宋体" w:eastAsia="宋体"/>
                <w:b w:val="0"/>
                <w:sz w:val="18"/>
              </w:rPr>
              <w:t>请同学们拿出计数器再来拨一拨5。</w:t>
            </w:r>
          </w:p>
          <w:p>
            <w:pPr>
              <w:spacing w:after="20" w:line="276" w:lineRule="auto"/>
            </w:pPr>
            <w:r>
              <w:rPr>
                <w:rFonts w:ascii="宋体" w:hAnsi="宋体" w:eastAsia="宋体"/>
                <w:b w:val="0"/>
                <w:sz w:val="18"/>
              </w:rPr>
              <w:t>师：如果要接着拨出6、7、8、9呢？怎么拨？</w:t>
            </w:r>
          </w:p>
          <w:p>
            <w:pPr>
              <w:spacing w:after="20" w:line="276" w:lineRule="auto"/>
            </w:pPr>
            <w:r>
              <w:rPr>
                <w:rFonts w:ascii="宋体" w:hAnsi="宋体" w:eastAsia="宋体"/>
                <w:b w:val="0"/>
                <w:sz w:val="18"/>
              </w:rPr>
              <w:t>师：在刚才数数量是6个、7个、8个或9个的事物时，我们还发现了，5添上1是6。6再添上1呢？7再添上1呢？8再添上1呢？(在计数器上拨一拨并填一填)</w:t>
            </w:r>
          </w:p>
          <w:p>
            <w:pPr>
              <w:spacing w:after="20" w:line="276" w:lineRule="auto"/>
            </w:pPr>
            <w:r>
              <w:rPr>
                <w:rFonts w:ascii="宋体" w:hAnsi="宋体" w:eastAsia="宋体"/>
                <w:b w:val="0"/>
                <w:sz w:val="18"/>
              </w:rPr>
              <w:t>5添上1是(　6　)</w:t>
            </w:r>
          </w:p>
          <w:p>
            <w:pPr>
              <w:spacing w:after="20" w:line="276" w:lineRule="auto"/>
            </w:pPr>
            <w:r>
              <w:rPr>
                <w:rFonts w:ascii="宋体" w:hAnsi="宋体" w:eastAsia="宋体"/>
                <w:b w:val="0"/>
                <w:sz w:val="18"/>
              </w:rPr>
              <w:t>6添上1是(　7　)</w:t>
            </w:r>
          </w:p>
          <w:p>
            <w:pPr>
              <w:spacing w:after="20" w:line="276" w:lineRule="auto"/>
            </w:pPr>
            <w:r>
              <w:rPr>
                <w:rFonts w:ascii="宋体" w:hAnsi="宋体" w:eastAsia="宋体"/>
                <w:b w:val="0"/>
                <w:sz w:val="18"/>
              </w:rPr>
              <w:t>7添上1是(　8　)</w:t>
            </w:r>
          </w:p>
          <w:p>
            <w:pPr>
              <w:spacing w:after="20" w:line="276" w:lineRule="auto"/>
            </w:pPr>
            <w:r>
              <w:rPr>
                <w:rFonts w:ascii="宋体" w:hAnsi="宋体" w:eastAsia="宋体"/>
                <w:b w:val="0"/>
                <w:sz w:val="18"/>
              </w:rPr>
              <w:t>8添上1是(　9　)</w:t>
            </w:r>
          </w:p>
          <w:p>
            <w:pPr>
              <w:spacing w:after="20" w:line="276" w:lineRule="auto"/>
            </w:pPr>
            <w:r>
              <w:rPr>
                <w:rFonts w:ascii="宋体" w:hAnsi="宋体" w:eastAsia="宋体"/>
                <w:b w:val="0"/>
                <w:sz w:val="18"/>
              </w:rPr>
              <w:t>师：你能根据前面对6、7、8、9的认识，在直尺上找到它们的位置吗？</w:t>
            </w:r>
          </w:p>
          <w:p>
            <w:pPr>
              <w:spacing w:after="20" w:line="276" w:lineRule="auto"/>
            </w:pPr>
            <w:r>
              <w:rPr>
                <w:rFonts w:ascii="宋体" w:hAnsi="宋体" w:eastAsia="宋体"/>
                <w:b w:val="0"/>
                <w:sz w:val="18"/>
              </w:rPr>
              <w:t>师：刚才我们帮助6、7、8、9找到了它们在直尺上的位置。下面一起读一读这些数。能倒着再读一遍吗？(手指点读)</w:t>
            </w:r>
          </w:p>
        </w:tc>
        <w:tc>
          <w:tcPr>
            <w:tcW w:type="dxa" w:w="3061"/>
          </w:tcPr>
          <w:p>
            <w:pPr>
              <w:spacing w:after="20" w:line="276" w:lineRule="auto"/>
            </w:pPr>
            <w:r/>
            <w:r>
              <w:rPr>
                <w:rFonts w:ascii="宋体" w:hAnsi="宋体" w:eastAsia="宋体"/>
                <w:b w:val="0"/>
                <w:sz w:val="18"/>
              </w:rPr>
              <w:t>预设1：6在5的后面。</w:t>
            </w:r>
          </w:p>
          <w:p>
            <w:pPr>
              <w:spacing w:after="20" w:line="276" w:lineRule="auto"/>
            </w:pPr>
            <w:r>
              <w:rPr>
                <w:rFonts w:ascii="宋体" w:hAnsi="宋体" w:eastAsia="宋体"/>
                <w:b w:val="0"/>
                <w:sz w:val="18"/>
              </w:rPr>
              <w:t>预设2：在直尺上数0～5，都是一个大格一个大格地数，6应该在5后面一个大格，7应该在6后面一个大格，8应该在7后面一个大格，9应该在8后面一个大格。</w:t>
            </w:r>
          </w:p>
        </w:tc>
        <w:tc>
          <w:tcPr>
            <w:tcW w:type="dxa" w:w="1814"/>
          </w:tcPr>
          <w:p>
            <w:pPr>
              <w:spacing w:after="20" w:line="276" w:lineRule="auto"/>
            </w:pPr>
            <w:r/>
            <w:r>
              <w:rPr>
                <w:rFonts w:ascii="宋体" w:hAnsi="宋体" w:eastAsia="宋体"/>
                <w:b w:val="0"/>
                <w:sz w:val="18"/>
              </w:rPr>
              <w:t>围绕环节目标组织学习活动，引导学生主动参与、积极思考，核心问题："如果要接着拨出6、7、8、9呢？怎么拨？"</w:t>
            </w:r>
          </w:p>
        </w:tc>
      </w:tr>
      <w:tr>
        <w:tc>
          <w:tcPr>
            <w:tcW w:type="dxa" w:w="1474"/>
          </w:tcPr>
          <w:p>
            <w:pPr>
              <w:spacing w:after="20" w:line="276" w:lineRule="auto"/>
            </w:pPr>
            <w:r>
              <w:rPr>
                <w:b/>
              </w:rPr>
            </w:r>
            <w:r>
              <w:rPr>
                <w:rFonts w:ascii="宋体" w:hAnsi="宋体" w:eastAsia="宋体"/>
                <w:b/>
                <w:sz w:val="18"/>
              </w:rPr>
              <w:t>应用练习</w:t>
            </w:r>
          </w:p>
        </w:tc>
        <w:tc>
          <w:tcPr>
            <w:tcW w:type="dxa" w:w="3061"/>
          </w:tcPr>
          <w:p>
            <w:pPr>
              <w:spacing w:after="20" w:line="276" w:lineRule="auto"/>
            </w:pPr>
            <w:r/>
            <w:r>
              <w:rPr>
                <w:rFonts w:ascii="宋体" w:hAnsi="宋体" w:eastAsia="宋体"/>
                <w:b w:val="0"/>
                <w:sz w:val="18"/>
              </w:rPr>
              <w:t>完成教科书P38“做一做”第1题。</w:t>
            </w:r>
          </w:p>
        </w:tc>
        <w:tc>
          <w:tcPr>
            <w:tcW w:type="dxa" w:w="3061"/>
          </w:tcPr>
          <w:p>
            <w:pPr>
              <w:spacing w:after="20" w:line="276" w:lineRule="auto"/>
            </w:pPr>
            <w:r/>
            <w:r>
              <w:rPr>
                <w:rFonts w:ascii="宋体" w:hAnsi="宋体" w:eastAsia="宋体"/>
                <w:b w:val="0"/>
                <w:sz w:val="18"/>
              </w:rPr>
              <w:t>学生独立完成，教师巡视指导。</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课堂小结</w:t>
            </w:r>
          </w:p>
        </w:tc>
        <w:tc>
          <w:tcPr>
            <w:tcW w:type="dxa" w:w="3061"/>
          </w:tcPr>
          <w:p>
            <w:pPr>
              <w:spacing w:after="20" w:line="276" w:lineRule="auto"/>
            </w:pPr>
            <w:r/>
            <w:r>
              <w:rPr>
                <w:rFonts w:ascii="宋体" w:hAnsi="宋体" w:eastAsia="宋体"/>
                <w:b w:val="0"/>
                <w:sz w:val="18"/>
              </w:rPr>
              <w:t>师：同学们，今天你们跟哪些数做了好朋友？想一想，说一说生活中的6、7、8、9吧！</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引导学生回顾梳理本课所学，完善认知结构，提升归纳与反思能力，核心问题："同学们，今天你们跟哪些数做了好朋友？"</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教科书P34～36、P37下方，完成教科书P38“做一做”第1题。</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通过让学生数物体的个数，了解数的实际意义，并让学生在具体情境中抽象出数，培养学生的数感。再通过利用计数器、直尺等工具表示数，让学生能够深入体会数的顺序，并且与前面所学的0～5的认识建立联系。课上学生容易出现的情况就是唱数，忽略对数的本质的理解，要及时提示，引起重视。</w:t>
      </w:r>
    </w:p>
    <w:p>
      <w:r>
        <w:br w:type="page"/>
      </w:r>
    </w:p>
    <w:p>
      <w:pPr>
        <w:spacing w:after="80" w:line="300" w:lineRule="auto"/>
      </w:pPr>
      <w:r>
        <w:rPr>
          <w:rFonts w:ascii="黑体" w:hAnsi="黑体" w:eastAsia="黑体"/>
          <w:b/>
          <w:sz w:val="24"/>
        </w:rPr>
        <w:t>二、课时教学方案（第4课时）</w:t>
      </w:r>
    </w:p>
    <w:p>
      <w:pPr>
        <w:spacing w:after="80" w:line="300" w:lineRule="auto"/>
      </w:pPr>
      <w:r>
        <w:rPr>
          <w:rFonts w:ascii="黑体" w:hAnsi="黑体" w:eastAsia="黑体"/>
          <w:b/>
          <w:sz w:val="24"/>
        </w:rPr>
        <w:t>第4课时　10的加、减法</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第4课时　10的加、减法</w:t>
            </w:r>
          </w:p>
        </w:tc>
        <w:tc>
          <w:tcPr>
            <w:tcW w:type="dxa" w:w="6009"/>
          </w:tcPr>
          <w:p>
            <w:pPr>
              <w:spacing w:after="20" w:line="276" w:lineRule="auto"/>
            </w:pPr>
            <w:r/>
            <w:r>
              <w:rPr>
                <w:rFonts w:ascii="宋体" w:hAnsi="宋体" w:eastAsia="宋体"/>
                <w:b w:val="0"/>
                <w:sz w:val="20"/>
              </w:rPr>
              <w:t>第2单元 6-10的认识和加、减法</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通过第一单元“5以内数的认识和加、减法”的学习，学生已经积累了一定的学习经验，对数的概念的学习已经不陌生了。但是对数与数之间存在密切关系的认识还不够深刻，其中蕴含的数学推理和良好思维习惯还需要教师结合具体环节进行渗透和培养。由于一年级学生受年龄特点的限制，连加、连减这部分内容仍是学习的难点，因此要利用连续的两幅图帮助学生理解其意义及计算方法，使学生能在此基础上看清运算符号，顺利完成计算。</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教学内容：教科书P56例1，完成教科书P56“做一做”第2题和P58“练一练”第6题。</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（1）根据点子图列加法算式和减法算式，感受“一图三式”和“一图四式”的联系与区别。</w:t>
      </w:r>
    </w:p>
    <w:p>
      <w:pPr>
        <w:spacing w:after="20" w:line="300" w:lineRule="auto"/>
        <w:ind w:firstLine="400"/>
      </w:pPr>
      <w:r>
        <w:rPr>
          <w:rFonts w:ascii="宋体" w:hAnsi="宋体" w:eastAsia="宋体"/>
          <w:b w:val="0"/>
          <w:sz w:val="20"/>
        </w:rPr>
        <w:t>（2）能够运用10的组成正确计算10的加、减法，进一步体会加、减法之间的联系。</w:t>
      </w:r>
    </w:p>
    <w:p>
      <w:pPr>
        <w:spacing w:after="20" w:line="300" w:lineRule="auto"/>
        <w:ind w:firstLine="400"/>
      </w:pPr>
      <w:r>
        <w:rPr>
          <w:rFonts w:ascii="宋体" w:hAnsi="宋体" w:eastAsia="宋体"/>
          <w:b w:val="0"/>
          <w:sz w:val="20"/>
        </w:rPr>
        <w:t>（3）进一步培养学生的观察能力和语言表达能力，拓展学生的思维能力。</w:t>
      </w:r>
    </w:p>
    <w:p>
      <w:pPr>
        <w:spacing w:after="20" w:line="300" w:lineRule="auto"/>
      </w:pPr>
      <w:r>
        <w:rPr>
          <w:rFonts w:ascii="宋体" w:hAnsi="宋体" w:eastAsia="宋体"/>
          <w:b w:val="0"/>
          <w:sz w:val="20"/>
        </w:rPr>
        <w:t>教学重点：正确计算关于10的加、减法。</w:t>
      </w:r>
    </w:p>
    <w:p>
      <w:pPr>
        <w:spacing w:after="20" w:line="300" w:lineRule="auto"/>
      </w:pPr>
      <w:r>
        <w:rPr>
          <w:rFonts w:ascii="宋体" w:hAnsi="宋体" w:eastAsia="宋体"/>
          <w:b w:val="0"/>
          <w:sz w:val="20"/>
        </w:rPr>
        <w:t>教学难点：利用10以内数与“10”的关系正确计算关于10的加、减法。</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复习10的组成</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探究10的加、减法</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你能和同桌互相说一说这幅图的意思吗？；你们是怎样算出这些算式的结果的呢？</w:t>
            </w:r>
          </w:p>
        </w:tc>
        <w:tc>
          <w:tcPr>
            <w:tcW w:type="dxa" w:w="1361"/>
          </w:tcPr>
          <w:p>
            <w:pPr>
              <w:spacing w:after="20" w:line="276" w:lineRule="auto"/>
            </w:pPr>
            <w:r/>
            <w:r>
              <w:rPr>
                <w:rFonts w:ascii="宋体" w:hAnsi="宋体" w:eastAsia="宋体"/>
                <w:b w:val="0"/>
                <w:sz w:val="18"/>
              </w:rPr>
              <w:t>25分钟</w:t>
            </w:r>
          </w:p>
        </w:tc>
      </w:tr>
      <w:tr>
        <w:tc>
          <w:tcPr>
            <w:tcW w:type="dxa" w:w="2835"/>
          </w:tcPr>
          <w:p>
            <w:pPr>
              <w:spacing w:after="20" w:line="276" w:lineRule="auto"/>
            </w:pPr>
            <w:r/>
            <w:r>
              <w:rPr>
                <w:rFonts w:ascii="宋体" w:hAnsi="宋体" w:eastAsia="宋体"/>
                <w:b w:val="0"/>
                <w:sz w:val="18"/>
              </w:rPr>
              <w:t>巩固应用</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7分钟</w:t>
            </w:r>
          </w:p>
        </w:tc>
      </w:tr>
      <w:tr>
        <w:tc>
          <w:tcPr>
            <w:tcW w:type="dxa" w:w="2835"/>
          </w:tcPr>
          <w:p>
            <w:pPr>
              <w:spacing w:after="20" w:line="276" w:lineRule="auto"/>
            </w:pPr>
            <w:r/>
            <w:r>
              <w:rPr>
                <w:rFonts w:ascii="宋体" w:hAnsi="宋体" w:eastAsia="宋体"/>
                <w:b w:val="0"/>
                <w:sz w:val="18"/>
              </w:rPr>
              <w:t>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这节课你们有什么收获？</w:t>
            </w:r>
          </w:p>
        </w:tc>
        <w:tc>
          <w:tcPr>
            <w:tcW w:type="dxa" w:w="1361"/>
          </w:tcPr>
          <w:p>
            <w:pPr>
              <w:spacing w:after="20" w:line="276" w:lineRule="auto"/>
            </w:pPr>
            <w:r/>
            <w:r>
              <w:rPr>
                <w:rFonts w:ascii="宋体" w:hAnsi="宋体" w:eastAsia="宋体"/>
                <w:b w:val="0"/>
                <w:sz w:val="18"/>
              </w:rPr>
              <w:t>3分钟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复习10的组成</w:t>
            </w:r>
          </w:p>
        </w:tc>
        <w:tc>
          <w:tcPr>
            <w:tcW w:type="dxa" w:w="3061"/>
          </w:tcPr>
          <w:p>
            <w:pPr>
              <w:spacing w:after="20" w:line="276" w:lineRule="auto"/>
            </w:pPr>
            <w:r/>
            <w:r>
              <w:rPr>
                <w:rFonts w:ascii="宋体" w:hAnsi="宋体" w:eastAsia="宋体"/>
                <w:b w:val="0"/>
                <w:sz w:val="18"/>
              </w:rPr>
              <w:t>师生共同朗读“凑十歌”。</w:t>
            </w:r>
          </w:p>
          <w:p>
            <w:pPr>
              <w:spacing w:after="20" w:line="276" w:lineRule="auto"/>
            </w:pPr>
            <w:r>
              <w:rPr>
                <w:rFonts w:ascii="宋体" w:hAnsi="宋体" w:eastAsia="宋体"/>
                <w:b w:val="0"/>
                <w:sz w:val="18"/>
              </w:rPr>
              <w:t>一九一九好朋友，二八二八手拉手，三七三七真亲密，四六四六一起走，五五凑成一双手。</w:t>
            </w:r>
          </w:p>
          <w:p>
            <w:pPr>
              <w:spacing w:after="20" w:line="276" w:lineRule="auto"/>
            </w:pPr>
            <w:r>
              <w:rPr>
                <w:rFonts w:ascii="宋体" w:hAnsi="宋体" w:eastAsia="宋体"/>
                <w:b w:val="0"/>
                <w:sz w:val="18"/>
              </w:rPr>
              <w:t>师：前面我们学习了10的组成，今天我们来学习10的加、减法计算。(板书课题：10的加、减法)</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围绕环节目标组织学习活动，引导学生主动参与、积极思考。</w:t>
            </w:r>
          </w:p>
        </w:tc>
      </w:tr>
      <w:tr>
        <w:tc>
          <w:tcPr>
            <w:tcW w:type="dxa" w:w="1474"/>
          </w:tcPr>
          <w:p>
            <w:pPr>
              <w:spacing w:after="20" w:line="276" w:lineRule="auto"/>
            </w:pPr>
            <w:r>
              <w:rPr>
                <w:b/>
              </w:rPr>
            </w:r>
            <w:r>
              <w:rPr>
                <w:rFonts w:ascii="宋体" w:hAnsi="宋体" w:eastAsia="宋体"/>
                <w:b/>
                <w:sz w:val="18"/>
              </w:rPr>
              <w:t>探究10的加、减法</w:t>
            </w:r>
          </w:p>
        </w:tc>
        <w:tc>
          <w:tcPr>
            <w:tcW w:type="dxa" w:w="3061"/>
          </w:tcPr>
          <w:p>
            <w:pPr>
              <w:spacing w:after="20" w:line="276" w:lineRule="auto"/>
            </w:pPr>
            <w:r/>
            <w:r>
              <w:rPr>
                <w:rFonts w:ascii="宋体" w:hAnsi="宋体" w:eastAsia="宋体"/>
                <w:b w:val="0"/>
                <w:sz w:val="18"/>
              </w:rPr>
              <w:t>1.学习“1＋9＝10”及相应的加、减法。</w:t>
            </w:r>
          </w:p>
          <w:p>
            <w:pPr>
              <w:spacing w:after="20" w:line="276" w:lineRule="auto"/>
            </w:pPr>
            <w:r>
              <w:rPr>
                <w:rFonts w:ascii="宋体" w:hAnsi="宋体" w:eastAsia="宋体"/>
                <w:b w:val="0"/>
                <w:sz w:val="18"/>
              </w:rPr>
              <w:t>课件出示教科书P56例1第一幅图。</w:t>
            </w:r>
          </w:p>
          <w:p>
            <w:pPr>
              <w:spacing w:after="20" w:line="276" w:lineRule="auto"/>
            </w:pPr>
            <w:r>
              <w:rPr>
                <w:rFonts w:ascii="宋体" w:hAnsi="宋体" w:eastAsia="宋体"/>
                <w:b w:val="0"/>
                <w:sz w:val="18"/>
              </w:rPr>
              <w:t>师：你能和同桌互相说一说这幅图的意思吗？</w:t>
            </w:r>
          </w:p>
          <w:p>
            <w:pPr>
              <w:spacing w:after="20" w:line="276" w:lineRule="auto"/>
            </w:pPr>
            <w:r>
              <w:rPr>
                <w:rFonts w:ascii="宋体" w:hAnsi="宋体" w:eastAsia="宋体"/>
                <w:b w:val="0"/>
                <w:sz w:val="18"/>
              </w:rPr>
              <w:t>教师根据学生的汇报板书四个算式。</w:t>
            </w:r>
          </w:p>
          <w:p>
            <w:pPr>
              <w:spacing w:after="20" w:line="276" w:lineRule="auto"/>
            </w:pPr>
            <w:r>
              <w:rPr>
                <w:rFonts w:ascii="宋体" w:hAnsi="宋体" w:eastAsia="宋体"/>
                <w:b w:val="0"/>
                <w:sz w:val="18"/>
              </w:rPr>
              <w:t>师：你们是怎样算出这些算式的结果的呢？</w:t>
            </w:r>
          </w:p>
          <w:p>
            <w:pPr>
              <w:spacing w:after="20" w:line="276" w:lineRule="auto"/>
            </w:pPr>
            <w:r>
              <w:rPr>
                <w:rFonts w:ascii="宋体" w:hAnsi="宋体" w:eastAsia="宋体"/>
                <w:b w:val="0"/>
                <w:sz w:val="18"/>
              </w:rPr>
              <w:t>引导学生说出是运用1和9组成10来进行计算的。1和9、9和1都可以组成10，反过来，10可以分成1和9，也可以分成9和1。</w:t>
            </w:r>
          </w:p>
          <w:p>
            <w:pPr>
              <w:spacing w:after="20" w:line="276" w:lineRule="auto"/>
            </w:pPr>
            <w:r>
              <w:rPr>
                <w:rFonts w:ascii="宋体" w:hAnsi="宋体" w:eastAsia="宋体"/>
                <w:b w:val="0"/>
                <w:sz w:val="18"/>
              </w:rPr>
              <w:t>2．学习“2＋8＝10”及相应的加、减法。</w:t>
            </w:r>
          </w:p>
          <w:p>
            <w:pPr>
              <w:spacing w:after="20" w:line="276" w:lineRule="auto"/>
            </w:pPr>
            <w:r>
              <w:rPr>
                <w:rFonts w:ascii="宋体" w:hAnsi="宋体" w:eastAsia="宋体"/>
                <w:b w:val="0"/>
                <w:sz w:val="18"/>
              </w:rPr>
              <w:t>课件出示教科书P56例1第二幅图。</w:t>
            </w:r>
          </w:p>
          <w:p>
            <w:pPr>
              <w:spacing w:after="20" w:line="276" w:lineRule="auto"/>
            </w:pPr>
            <w:r>
              <w:rPr>
                <w:rFonts w:ascii="宋体" w:hAnsi="宋体" w:eastAsia="宋体"/>
                <w:b w:val="0"/>
                <w:sz w:val="18"/>
              </w:rPr>
              <w:t>师：你能说说这幅图的意思吗？同桌之间互相说一说。</w:t>
            </w:r>
          </w:p>
          <w:p>
            <w:pPr>
              <w:spacing w:after="20" w:line="276" w:lineRule="auto"/>
            </w:pPr>
            <w:r>
              <w:rPr>
                <w:rFonts w:ascii="宋体" w:hAnsi="宋体" w:eastAsia="宋体"/>
                <w:b w:val="0"/>
                <w:sz w:val="18"/>
              </w:rPr>
              <w:t>组织学生汇报交流。</w:t>
            </w:r>
          </w:p>
          <w:p>
            <w:pPr>
              <w:spacing w:after="20" w:line="276" w:lineRule="auto"/>
            </w:pPr>
            <w:r>
              <w:rPr>
                <w:rFonts w:ascii="宋体" w:hAnsi="宋体" w:eastAsia="宋体"/>
                <w:b w:val="0"/>
                <w:sz w:val="18"/>
              </w:rPr>
              <w:t>根据之前的经验，多数学生能轻松说出四个算式，并说出每个算式表示的意思。通过交流，可以让学生完善自己的思考。</w:t>
            </w:r>
          </w:p>
          <w:p>
            <w:pPr>
              <w:spacing w:after="20" w:line="276" w:lineRule="auto"/>
            </w:pPr>
            <w:r>
              <w:rPr>
                <w:rFonts w:ascii="宋体" w:hAnsi="宋体" w:eastAsia="宋体"/>
                <w:b w:val="0"/>
                <w:sz w:val="18"/>
              </w:rPr>
              <w:t>根据学生的回答板书算式：2＋8＝10　8＋2＝10　10－2＝8　10－8＝2</w:t>
            </w:r>
          </w:p>
          <w:p>
            <w:pPr>
              <w:spacing w:after="20" w:line="276" w:lineRule="auto"/>
            </w:pPr>
            <w:r>
              <w:rPr>
                <w:rFonts w:ascii="宋体" w:hAnsi="宋体" w:eastAsia="宋体"/>
                <w:b w:val="0"/>
                <w:sz w:val="18"/>
              </w:rPr>
              <w:t>师：请仔细观察加法算式，再联系图的意思想一想，你发现了什么？</w:t>
            </w:r>
          </w:p>
          <w:p>
            <w:pPr>
              <w:spacing w:after="20" w:line="276" w:lineRule="auto"/>
            </w:pPr>
            <w:r>
              <w:rPr>
                <w:rFonts w:ascii="宋体" w:hAnsi="宋体" w:eastAsia="宋体"/>
                <w:b w:val="0"/>
                <w:sz w:val="18"/>
              </w:rPr>
              <w:t>根据图意我们可以写出两个加法算式，这两个加法算式表示的意思是一样的，所以我们只需要写出一个加法算式。但两个减法算式表示的意义不一样，两个都要分别写出来。</w:t>
            </w:r>
          </w:p>
          <w:p>
            <w:pPr>
              <w:spacing w:after="20" w:line="276" w:lineRule="auto"/>
            </w:pPr>
            <w:r>
              <w:rPr>
                <w:rFonts w:ascii="宋体" w:hAnsi="宋体" w:eastAsia="宋体"/>
                <w:b w:val="0"/>
                <w:sz w:val="18"/>
              </w:rPr>
              <w:t>3．自主学习“3＋7＝10，4＋6＝10，5＋5＝10”及相应的减法。</w:t>
            </w:r>
          </w:p>
          <w:p>
            <w:pPr>
              <w:spacing w:after="20" w:line="276" w:lineRule="auto"/>
            </w:pPr>
            <w:r>
              <w:rPr>
                <w:rFonts w:ascii="宋体" w:hAnsi="宋体" w:eastAsia="宋体"/>
                <w:b w:val="0"/>
                <w:sz w:val="18"/>
              </w:rPr>
              <w:t>师：你们是怎么算出这些算式的结果的呢？</w:t>
            </w:r>
          </w:p>
        </w:tc>
        <w:tc>
          <w:tcPr>
            <w:tcW w:type="dxa" w:w="3061"/>
          </w:tcPr>
          <w:p>
            <w:pPr>
              <w:spacing w:after="20" w:line="276" w:lineRule="auto"/>
            </w:pPr>
            <w:r/>
            <w:r>
              <w:rPr>
                <w:rFonts w:ascii="宋体" w:hAnsi="宋体" w:eastAsia="宋体"/>
                <w:b w:val="0"/>
                <w:sz w:val="18"/>
              </w:rPr>
              <w:t>学生交流后汇报。</w:t>
            </w:r>
          </w:p>
          <w:p>
            <w:pPr>
              <w:spacing w:after="20" w:line="276" w:lineRule="auto"/>
            </w:pPr>
            <w:r>
              <w:rPr>
                <w:rFonts w:ascii="宋体" w:hAnsi="宋体" w:eastAsia="宋体"/>
                <w:b w:val="0"/>
                <w:sz w:val="18"/>
              </w:rPr>
              <w:t>预设1：有1个蓝色的圆圈，9个白色的圆圈，合起来是10个圆圈，1＋9＝10。</w:t>
            </w:r>
          </w:p>
          <w:p>
            <w:pPr>
              <w:spacing w:after="20" w:line="276" w:lineRule="auto"/>
            </w:pPr>
            <w:r>
              <w:rPr>
                <w:rFonts w:ascii="宋体" w:hAnsi="宋体" w:eastAsia="宋体"/>
                <w:b w:val="0"/>
                <w:sz w:val="18"/>
              </w:rPr>
              <w:t>预设2：有9个白色的圆圈，1个蓝色的圆圈，合起来是10个圆圈，9＋1＝10。</w:t>
            </w:r>
          </w:p>
          <w:p>
            <w:pPr>
              <w:spacing w:after="20" w:line="276" w:lineRule="auto"/>
            </w:pPr>
            <w:r>
              <w:rPr>
                <w:rFonts w:ascii="宋体" w:hAnsi="宋体" w:eastAsia="宋体"/>
                <w:b w:val="0"/>
                <w:sz w:val="18"/>
              </w:rPr>
              <w:t>预设3：有10个圆圈，拿走1个蓝色的圆圈，还剩9个白色的圆圈，10－1＝9。</w:t>
            </w:r>
          </w:p>
          <w:p>
            <w:pPr>
              <w:spacing w:after="20" w:line="276" w:lineRule="auto"/>
            </w:pPr>
            <w:r>
              <w:rPr>
                <w:rFonts w:ascii="宋体" w:hAnsi="宋体" w:eastAsia="宋体"/>
                <w:b w:val="0"/>
                <w:sz w:val="18"/>
              </w:rPr>
              <w:t>预设4：有10个圆圈，拿走9个白色的圆圈，还剩1个蓝色的圆圈，10－9＝1。</w:t>
            </w:r>
          </w:p>
          <w:p>
            <w:pPr>
              <w:spacing w:after="20" w:line="276" w:lineRule="auto"/>
            </w:pPr>
            <w:r>
              <w:rPr>
                <w:rFonts w:ascii="宋体" w:hAnsi="宋体" w:eastAsia="宋体"/>
                <w:b w:val="0"/>
                <w:sz w:val="18"/>
              </w:rPr>
              <w:t>学生独立完成教科书P56例1填空，教师巡视指导。</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设计递进式探究活动，引导学生在动手实践与合作交流中经历知识形成过程，突破本课重难点，核心问题："你能和同桌互相说一说这幅图的意思吗？"</w:t>
            </w:r>
          </w:p>
        </w:tc>
      </w:tr>
      <w:tr>
        <w:tc>
          <w:tcPr>
            <w:tcW w:type="dxa" w:w="1474"/>
          </w:tcPr>
          <w:p>
            <w:pPr>
              <w:spacing w:after="20" w:line="276" w:lineRule="auto"/>
            </w:pPr>
            <w:r>
              <w:rPr>
                <w:b/>
              </w:rPr>
            </w:r>
            <w:r>
              <w:rPr>
                <w:rFonts w:ascii="宋体" w:hAnsi="宋体" w:eastAsia="宋体"/>
                <w:b/>
                <w:sz w:val="18"/>
              </w:rPr>
              <w:t>巩固应用</w:t>
            </w:r>
          </w:p>
        </w:tc>
        <w:tc>
          <w:tcPr>
            <w:tcW w:type="dxa" w:w="3061"/>
          </w:tcPr>
          <w:p>
            <w:pPr>
              <w:spacing w:after="20" w:line="276" w:lineRule="auto"/>
            </w:pPr>
            <w:r/>
            <w:r>
              <w:rPr>
                <w:rFonts w:ascii="宋体" w:hAnsi="宋体" w:eastAsia="宋体"/>
                <w:b w:val="0"/>
                <w:sz w:val="18"/>
              </w:rPr>
              <w:t>1.完成教科书P56“做一做”第2题。</w:t>
            </w:r>
          </w:p>
          <w:p>
            <w:pPr>
              <w:spacing w:after="20" w:line="276" w:lineRule="auto"/>
            </w:pPr>
            <w:r>
              <w:rPr>
                <w:rFonts w:ascii="宋体" w:hAnsi="宋体" w:eastAsia="宋体"/>
                <w:b w:val="0"/>
                <w:sz w:val="18"/>
              </w:rPr>
              <w:t>对错题进行交流，问一问怎样算，及时纠正，引导学生说出利用10的组成进行计算。当想不出结果时，可以配合手指算一算，对提升学生的理解能力有很大的帮助。</w:t>
            </w:r>
          </w:p>
          <w:p>
            <w:pPr>
              <w:spacing w:after="20" w:line="276" w:lineRule="auto"/>
            </w:pPr>
            <w:r>
              <w:rPr>
                <w:rFonts w:ascii="宋体" w:hAnsi="宋体" w:eastAsia="宋体"/>
                <w:b w:val="0"/>
                <w:sz w:val="18"/>
              </w:rPr>
              <w:t>2．完成教科书P58“练一练”第6题。</w:t>
            </w:r>
          </w:p>
          <w:p>
            <w:pPr>
              <w:spacing w:after="20" w:line="276" w:lineRule="auto"/>
            </w:pPr>
            <w:r>
              <w:rPr>
                <w:rFonts w:ascii="宋体" w:hAnsi="宋体" w:eastAsia="宋体"/>
                <w:b w:val="0"/>
                <w:sz w:val="18"/>
              </w:rPr>
              <w:t>这道题的后半部分有多种答案。让学生充分交流，达到互相启发的目的。</w:t>
            </w:r>
          </w:p>
        </w:tc>
        <w:tc>
          <w:tcPr>
            <w:tcW w:type="dxa" w:w="3061"/>
          </w:tcPr>
          <w:p>
            <w:pPr>
              <w:spacing w:after="20" w:line="276" w:lineRule="auto"/>
            </w:pPr>
            <w:r/>
            <w:r>
              <w:rPr>
                <w:rFonts w:ascii="宋体" w:hAnsi="宋体" w:eastAsia="宋体"/>
                <w:b w:val="0"/>
                <w:sz w:val="18"/>
              </w:rPr>
              <w:t>学生独立计算完成后与同桌交流订正。</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课堂小结</w:t>
            </w:r>
          </w:p>
        </w:tc>
        <w:tc>
          <w:tcPr>
            <w:tcW w:type="dxa" w:w="3061"/>
          </w:tcPr>
          <w:p>
            <w:pPr>
              <w:spacing w:after="20" w:line="276" w:lineRule="auto"/>
            </w:pPr>
            <w:r/>
            <w:r>
              <w:rPr>
                <w:rFonts w:ascii="宋体" w:hAnsi="宋体" w:eastAsia="宋体"/>
                <w:b w:val="0"/>
                <w:sz w:val="18"/>
              </w:rPr>
              <w:t>师：这节课你们有什么收获？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引导学生回顾梳理本课所学，完善认知结构，提升归纳与反思能力，核心问题："这节课你们有什么收获？"</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10的加、减法</w:t>
      </w:r>
    </w:p>
    <w:p>
      <w:pPr>
        <w:spacing w:after="40" w:line="300" w:lineRule="auto"/>
      </w:pPr>
      <w:r>
        <w:rPr>
          <w:rFonts w:ascii="宋体" w:hAnsi="宋体" w:eastAsia="宋体"/>
          <w:b w:val="0"/>
          <w:sz w:val="20"/>
        </w:rPr>
        <w:t>1＋9＝10　　　9＋1＝10　　　10－1＝9　　　10－9＝1</w:t>
      </w:r>
    </w:p>
    <w:p>
      <w:pPr>
        <w:spacing w:after="40" w:line="300" w:lineRule="auto"/>
      </w:pPr>
      <w:r>
        <w:rPr>
          <w:rFonts w:ascii="宋体" w:hAnsi="宋体" w:eastAsia="宋体"/>
          <w:b w:val="0"/>
          <w:sz w:val="20"/>
        </w:rPr>
        <w:t>2＋8＝10  8＋2＝10  10－2＝8  10－8＝2</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教科书P56例1，完成教科书P56“做一做”第2题和P58“练一练”第6题。</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在教学10的加、减法时，要先让学生看着实物图进行计算，理解算理，然后逐渐脱离实物图，想10的组成进行计算，体现了从具体到抽象的过程，促进了学生的思维发展。学生有了之前的经验，再加上可以利用手指来帮助计算，基本上都掌握了10的加、减法，效果不错。</w:t>
      </w:r>
    </w:p>
    <w:p>
      <w:r>
        <w:br w:type="page"/>
      </w:r>
    </w:p>
    <w:p>
      <w:pPr>
        <w:spacing w:after="80" w:line="300" w:lineRule="auto"/>
      </w:pPr>
      <w:r>
        <w:rPr>
          <w:rFonts w:ascii="黑体" w:hAnsi="黑体" w:eastAsia="黑体"/>
          <w:b/>
          <w:sz w:val="24"/>
        </w:rPr>
        <w:t>二、课时教学方案（第5课时）</w:t>
      </w:r>
    </w:p>
    <w:p>
      <w:pPr>
        <w:spacing w:after="80" w:line="300" w:lineRule="auto"/>
      </w:pPr>
      <w:r>
        <w:rPr>
          <w:rFonts w:ascii="黑体" w:hAnsi="黑体" w:eastAsia="黑体"/>
          <w:b/>
          <w:sz w:val="24"/>
        </w:rPr>
        <w:t>第5课时　比大小、第几</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第5课时　比大小、第几</w:t>
            </w:r>
          </w:p>
        </w:tc>
        <w:tc>
          <w:tcPr>
            <w:tcW w:type="dxa" w:w="6009"/>
          </w:tcPr>
          <w:p>
            <w:pPr>
              <w:spacing w:after="20" w:line="276" w:lineRule="auto"/>
            </w:pPr>
            <w:r/>
            <w:r>
              <w:rPr>
                <w:rFonts w:ascii="宋体" w:hAnsi="宋体" w:eastAsia="宋体"/>
                <w:b w:val="0"/>
                <w:sz w:val="20"/>
              </w:rPr>
              <w:t>第2单元 6-10的认识和加、减法（～9的认识）</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通过第一单元“5以内数的认识和加、减法”的学习，学生已经积累了一定的学习经验，对数的概念的学习已经不陌生了。但是对数与数之间存在密切关系的认识还不够深刻，其中蕴含的数学推理和良好思维习惯还需要教师结合具体环节进行渗透和培养。由于一年级学生受年龄特点的限制，连加、连减这部分内容仍是学习的难点，因此要利用连续的两幅图帮助学生理解其意义及计算方法，使学生能在此基础上看清运算符号，顺利完成计算。</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教学内容：教科书P37上方，完成教科书P38“做一做”第2、3题。</w:t>
      </w:r>
    </w:p>
    <w:p>
      <w:pPr>
        <w:spacing w:after="80" w:line="300" w:lineRule="auto"/>
        <w:ind w:firstLine="400"/>
      </w:pPr>
      <w:r>
        <w:rPr>
          <w:rFonts w:ascii="宋体" w:hAnsi="宋体" w:eastAsia="宋体"/>
          <w:b w:val="0"/>
          <w:sz w:val="20"/>
        </w:rPr>
        <w:t>设计思路：学生已经认识了“＞”“＜”“＝”，会用这些符号表示数的大小关系。本节课中，尊重学生的认知特点，借助直观图形，通过实物数量的多少抽象出数的大小，但是这样的学习只会让学生停留在表象，而不能从数的内涵角度进行思考和比较，因此，在直观图比较的基础上，引导学生进行抽象，从数的顺序和角度进行思考，发展学生的数学抽象意识。</w:t>
      </w:r>
    </w:p>
    <w:p>
      <w:pPr>
        <w:spacing w:after="80" w:line="300" w:lineRule="auto"/>
        <w:ind w:firstLine="400"/>
      </w:pPr>
      <w:r>
        <w:rPr>
          <w:rFonts w:ascii="宋体" w:hAnsi="宋体" w:eastAsia="宋体"/>
          <w:b w:val="0"/>
          <w:sz w:val="20"/>
        </w:rPr>
        <w:t>教学准备：课件、若干个小正方体。</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（1）在具体的情境中，会用6～9表示事物的数量、顺序和位置。能区分这些数的基数含义和序数含义。</w:t>
      </w:r>
    </w:p>
    <w:p>
      <w:pPr>
        <w:spacing w:after="20" w:line="300" w:lineRule="auto"/>
        <w:ind w:firstLine="400"/>
      </w:pPr>
      <w:r>
        <w:rPr>
          <w:rFonts w:ascii="宋体" w:hAnsi="宋体" w:eastAsia="宋体"/>
          <w:b w:val="0"/>
          <w:sz w:val="20"/>
        </w:rPr>
        <w:t>（2）能直观比较5～9中任意两个数之间的大小关系，进一步认识“＞”“＜”和“＝”的含义，知道用这些符号来表示数的大小。</w:t>
      </w:r>
    </w:p>
    <w:p>
      <w:pPr>
        <w:spacing w:after="20" w:line="300" w:lineRule="auto"/>
        <w:ind w:firstLine="400"/>
      </w:pPr>
      <w:r>
        <w:rPr>
          <w:rFonts w:ascii="宋体" w:hAnsi="宋体" w:eastAsia="宋体"/>
          <w:b w:val="0"/>
          <w:sz w:val="20"/>
        </w:rPr>
        <w:t>（3）能根据不同的情境选择合适的方法数数，养成良好的数数习惯。</w:t>
      </w:r>
    </w:p>
    <w:p>
      <w:pPr>
        <w:spacing w:after="20" w:line="300" w:lineRule="auto"/>
      </w:pPr>
      <w:r>
        <w:rPr>
          <w:rFonts w:ascii="宋体" w:hAnsi="宋体" w:eastAsia="宋体"/>
          <w:b w:val="0"/>
          <w:sz w:val="20"/>
        </w:rPr>
        <w:t>教学重点：会比较5～9中任意两个数的大小，能根据情境填写基数或序数。</w:t>
      </w:r>
    </w:p>
    <w:p>
      <w:pPr>
        <w:spacing w:after="20" w:line="300" w:lineRule="auto"/>
      </w:pPr>
      <w:r>
        <w:rPr>
          <w:rFonts w:ascii="宋体" w:hAnsi="宋体" w:eastAsia="宋体"/>
          <w:b w:val="0"/>
          <w:sz w:val="20"/>
        </w:rPr>
        <w:t>教学难点：能区分基数含义和序数含义。</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一、6～9的再认识</w:t>
            </w:r>
          </w:p>
        </w:tc>
        <w:tc>
          <w:tcPr>
            <w:tcW w:type="dxa" w:w="1814"/>
          </w:tcPr>
          <w:p>
            <w:pPr>
              <w:spacing w:after="20" w:line="276" w:lineRule="auto"/>
            </w:pPr>
            <w:r/>
            <w:r>
              <w:rPr>
                <w:rFonts w:ascii="宋体" w:hAnsi="宋体" w:eastAsia="宋体"/>
                <w:b w:val="0"/>
                <w:sz w:val="18"/>
              </w:rPr>
              <w:t>计数器、课件、教科书、小正方体</w:t>
            </w:r>
          </w:p>
        </w:tc>
        <w:tc>
          <w:tcPr>
            <w:tcW w:type="dxa" w:w="3402"/>
          </w:tcPr>
          <w:p>
            <w:pPr>
              <w:spacing w:after="20" w:line="276" w:lineRule="auto"/>
            </w:pPr>
            <w:r/>
            <w:r>
              <w:rPr>
                <w:rFonts w:ascii="宋体" w:hAnsi="宋体" w:eastAsia="宋体"/>
                <w:b w:val="0"/>
                <w:sz w:val="18"/>
              </w:rPr>
              <w:t>可以用哪些方法表示这些数呢？；每一行的小正方体分别可以用哪个数字来表示？</w:t>
            </w:r>
          </w:p>
        </w:tc>
        <w:tc>
          <w:tcPr>
            <w:tcW w:type="dxa" w:w="1361"/>
          </w:tcPr>
          <w:p>
            <w:pPr>
              <w:spacing w:after="20" w:line="276" w:lineRule="auto"/>
            </w:pPr>
            <w:r/>
            <w:r>
              <w:rPr>
                <w:rFonts w:ascii="宋体" w:hAnsi="宋体" w:eastAsia="宋体"/>
                <w:b w:val="0"/>
                <w:sz w:val="18"/>
              </w:rPr>
              <w:t>9分钟</w:t>
            </w:r>
          </w:p>
        </w:tc>
      </w:tr>
      <w:tr>
        <w:tc>
          <w:tcPr>
            <w:tcW w:type="dxa" w:w="2835"/>
          </w:tcPr>
          <w:p>
            <w:pPr>
              <w:spacing w:after="20" w:line="276" w:lineRule="auto"/>
            </w:pPr>
            <w:r/>
            <w:r>
              <w:rPr>
                <w:rFonts w:ascii="宋体" w:hAnsi="宋体" w:eastAsia="宋体"/>
                <w:b w:val="0"/>
                <w:sz w:val="18"/>
              </w:rPr>
              <w:t>根据小正方体个数的比较，感知数的大小</w:t>
            </w:r>
          </w:p>
        </w:tc>
        <w:tc>
          <w:tcPr>
            <w:tcW w:type="dxa" w:w="1814"/>
          </w:tcPr>
          <w:p>
            <w:pPr>
              <w:spacing w:after="20" w:line="276" w:lineRule="auto"/>
            </w:pPr>
            <w:r/>
            <w:r>
              <w:rPr>
                <w:rFonts w:ascii="宋体" w:hAnsi="宋体" w:eastAsia="宋体"/>
                <w:b w:val="0"/>
                <w:sz w:val="18"/>
              </w:rPr>
              <w:t>小正方体、课件、教科书</w:t>
            </w:r>
          </w:p>
        </w:tc>
        <w:tc>
          <w:tcPr>
            <w:tcW w:type="dxa" w:w="3402"/>
          </w:tcPr>
          <w:p>
            <w:pPr>
              <w:spacing w:after="20" w:line="276" w:lineRule="auto"/>
            </w:pPr>
            <w:r/>
            <w:r>
              <w:rPr>
                <w:rFonts w:ascii="宋体" w:hAnsi="宋体" w:eastAsia="宋体"/>
                <w:b w:val="0"/>
                <w:sz w:val="18"/>
              </w:rPr>
              <w:t>你能试着比较5和6的大小吗？说一说你是怎么想的？；5比6小，我们就说5小于6，可以怎样表示呢？</w:t>
            </w:r>
          </w:p>
        </w:tc>
        <w:tc>
          <w:tcPr>
            <w:tcW w:type="dxa" w:w="1361"/>
          </w:tcPr>
          <w:p>
            <w:pPr>
              <w:spacing w:after="20" w:line="276" w:lineRule="auto"/>
            </w:pPr>
            <w:r/>
            <w:r>
              <w:rPr>
                <w:rFonts w:ascii="宋体" w:hAnsi="宋体" w:eastAsia="宋体"/>
                <w:b w:val="0"/>
                <w:sz w:val="18"/>
              </w:rPr>
              <w:t>17分钟</w:t>
            </w:r>
          </w:p>
        </w:tc>
      </w:tr>
      <w:tr>
        <w:tc>
          <w:tcPr>
            <w:tcW w:type="dxa" w:w="2835"/>
          </w:tcPr>
          <w:p>
            <w:pPr>
              <w:spacing w:after="20" w:line="276" w:lineRule="auto"/>
            </w:pPr>
            <w:r/>
            <w:r>
              <w:rPr>
                <w:rFonts w:ascii="宋体" w:hAnsi="宋体" w:eastAsia="宋体"/>
                <w:b w:val="0"/>
                <w:sz w:val="18"/>
              </w:rPr>
              <w:t>区分数的基数意义和序数意义</w:t>
            </w:r>
          </w:p>
        </w:tc>
        <w:tc>
          <w:tcPr>
            <w:tcW w:type="dxa" w:w="1814"/>
          </w:tcPr>
          <w:p>
            <w:pPr>
              <w:spacing w:after="20" w:line="276" w:lineRule="auto"/>
            </w:pPr>
            <w:r/>
            <w:r>
              <w:rPr>
                <w:rFonts w:ascii="宋体" w:hAnsi="宋体" w:eastAsia="宋体"/>
                <w:b w:val="0"/>
                <w:sz w:val="18"/>
              </w:rPr>
              <w:t>课件、教科书、情境图、小正方体</w:t>
            </w:r>
          </w:p>
        </w:tc>
        <w:tc>
          <w:tcPr>
            <w:tcW w:type="dxa" w:w="3402"/>
          </w:tcPr>
          <w:p>
            <w:pPr>
              <w:spacing w:after="20" w:line="276" w:lineRule="auto"/>
            </w:pPr>
            <w:r/>
            <w:r>
              <w:rPr>
                <w:rFonts w:ascii="宋体" w:hAnsi="宋体" w:eastAsia="宋体"/>
                <w:b w:val="0"/>
                <w:sz w:val="18"/>
              </w:rPr>
              <w:t>“第6个鱼缸”和“6条鱼”有什么不同？；你能提一个类似的问题让同桌回答吗？</w:t>
            </w:r>
          </w:p>
        </w:tc>
        <w:tc>
          <w:tcPr>
            <w:tcW w:type="dxa" w:w="1361"/>
          </w:tcPr>
          <w:p>
            <w:pPr>
              <w:spacing w:after="20" w:line="276" w:lineRule="auto"/>
            </w:pPr>
            <w:r/>
            <w:r>
              <w:rPr>
                <w:rFonts w:ascii="宋体" w:hAnsi="宋体" w:eastAsia="宋体"/>
                <w:b w:val="0"/>
                <w:sz w:val="18"/>
              </w:rPr>
              <w:t>10分钟</w:t>
            </w:r>
          </w:p>
        </w:tc>
      </w:tr>
      <w:tr>
        <w:tc>
          <w:tcPr>
            <w:tcW w:type="dxa" w:w="2835"/>
          </w:tcPr>
          <w:p>
            <w:pPr>
              <w:spacing w:after="20" w:line="276" w:lineRule="auto"/>
            </w:pPr>
            <w:r/>
            <w:r>
              <w:rPr>
                <w:rFonts w:ascii="宋体" w:hAnsi="宋体" w:eastAsia="宋体"/>
                <w:b w:val="0"/>
                <w:sz w:val="18"/>
              </w:rPr>
              <w:t>应用练习</w:t>
            </w:r>
          </w:p>
        </w:tc>
        <w:tc>
          <w:tcPr>
            <w:tcW w:type="dxa" w:w="1814"/>
          </w:tcPr>
          <w:p>
            <w:pPr>
              <w:spacing w:after="20" w:line="276" w:lineRule="auto"/>
            </w:pPr>
            <w:r/>
            <w:r>
              <w:rPr>
                <w:rFonts w:ascii="宋体" w:hAnsi="宋体" w:eastAsia="宋体"/>
                <w:b w:val="0"/>
                <w:sz w:val="18"/>
              </w:rPr>
              <w:t>教科书、课件、小正方体</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2分钟</w:t>
            </w:r>
          </w:p>
        </w:tc>
      </w:tr>
      <w:tr>
        <w:tc>
          <w:tcPr>
            <w:tcW w:type="dxa" w:w="2835"/>
          </w:tcPr>
          <w:p>
            <w:pPr>
              <w:spacing w:after="20" w:line="276" w:lineRule="auto"/>
            </w:pPr>
            <w:r/>
            <w:r>
              <w:rPr>
                <w:rFonts w:ascii="宋体" w:hAnsi="宋体" w:eastAsia="宋体"/>
                <w:b w:val="0"/>
                <w:sz w:val="18"/>
              </w:rPr>
              <w:t>课堂小结</w:t>
            </w:r>
          </w:p>
        </w:tc>
        <w:tc>
          <w:tcPr>
            <w:tcW w:type="dxa" w:w="1814"/>
          </w:tcPr>
          <w:p>
            <w:pPr>
              <w:spacing w:after="20" w:line="276" w:lineRule="auto"/>
            </w:pPr>
            <w:r/>
            <w:r>
              <w:rPr>
                <w:rFonts w:ascii="宋体" w:hAnsi="宋体" w:eastAsia="宋体"/>
                <w:b w:val="0"/>
                <w:sz w:val="18"/>
              </w:rPr>
              <w:t>课件、小正方体</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一、6～9的再认识</w:t>
            </w:r>
          </w:p>
        </w:tc>
        <w:tc>
          <w:tcPr>
            <w:tcW w:type="dxa" w:w="3061"/>
          </w:tcPr>
          <w:p>
            <w:pPr>
              <w:spacing w:after="20" w:line="276" w:lineRule="auto"/>
            </w:pPr>
            <w:r/>
            <w:r>
              <w:rPr>
                <w:rFonts w:ascii="宋体" w:hAnsi="宋体" w:eastAsia="宋体"/>
                <w:b w:val="0"/>
                <w:sz w:val="18"/>
              </w:rPr>
              <w:t>1.数数，回顾各数的意义。</w:t>
            </w:r>
          </w:p>
          <w:p>
            <w:pPr>
              <w:spacing w:after="20" w:line="276" w:lineRule="auto"/>
            </w:pPr>
            <w:r>
              <w:rPr>
                <w:rFonts w:ascii="宋体" w:hAnsi="宋体" w:eastAsia="宋体"/>
                <w:b w:val="0"/>
                <w:sz w:val="18"/>
              </w:rPr>
              <w:t>复习0～9。拿出计数器，边拨珠子边数。</w:t>
            </w:r>
          </w:p>
          <w:p>
            <w:pPr>
              <w:spacing w:after="20" w:line="276" w:lineRule="auto"/>
            </w:pPr>
            <w:r>
              <w:rPr>
                <w:rFonts w:ascii="宋体" w:hAnsi="宋体" w:eastAsia="宋体"/>
                <w:b w:val="0"/>
                <w:sz w:val="18"/>
              </w:rPr>
              <w:t>2．表示数。</w:t>
            </w:r>
          </w:p>
          <w:p>
            <w:pPr>
              <w:spacing w:after="20" w:line="276" w:lineRule="auto"/>
            </w:pPr>
            <w:r>
              <w:rPr>
                <w:rFonts w:ascii="宋体" w:hAnsi="宋体" w:eastAsia="宋体"/>
                <w:b w:val="0"/>
                <w:sz w:val="18"/>
              </w:rPr>
              <w:t>课件出示教科书P37小正方形拼成的图。</w:t>
            </w:r>
          </w:p>
          <w:p>
            <w:pPr>
              <w:spacing w:after="20" w:line="276" w:lineRule="auto"/>
            </w:pPr>
            <w:r>
              <w:rPr>
                <w:rFonts w:ascii="宋体" w:hAnsi="宋体" w:eastAsia="宋体"/>
                <w:b w:val="0"/>
                <w:sz w:val="18"/>
              </w:rPr>
              <w:t>师：可以用哪些方法表示这些数呢？</w:t>
            </w:r>
          </w:p>
          <w:p>
            <w:pPr>
              <w:spacing w:after="20" w:line="276" w:lineRule="auto"/>
            </w:pPr>
            <w:r>
              <w:rPr>
                <w:rFonts w:ascii="宋体" w:hAnsi="宋体" w:eastAsia="宋体"/>
                <w:b w:val="0"/>
                <w:sz w:val="18"/>
              </w:rPr>
              <w:t>用实物表示，用点子图表示。由于课前提供了小正方体道具，学生很自然地会想到还可以用小正方体表示5～9各数。</w:t>
            </w:r>
          </w:p>
          <w:p>
            <w:pPr>
              <w:spacing w:after="20" w:line="276" w:lineRule="auto"/>
            </w:pPr>
            <w:r>
              <w:rPr>
                <w:rFonts w:ascii="宋体" w:hAnsi="宋体" w:eastAsia="宋体"/>
                <w:b w:val="0"/>
                <w:sz w:val="18"/>
              </w:rPr>
              <w:t>师：每一行的小正方体分别可以用哪个数字来表示？请你规范地写在教科书第37页的小正方体的左边。(教师对应板书)</w:t>
            </w:r>
          </w:p>
          <w:p>
            <w:pPr>
              <w:spacing w:after="20" w:line="276" w:lineRule="auto"/>
            </w:pPr>
            <w:r>
              <w:rPr>
                <w:rFonts w:ascii="宋体" w:hAnsi="宋体" w:eastAsia="宋体"/>
                <w:b w:val="0"/>
                <w:sz w:val="18"/>
              </w:rPr>
              <w:t>3．观察。</w:t>
            </w:r>
          </w:p>
          <w:p>
            <w:pPr>
              <w:spacing w:after="20" w:line="276" w:lineRule="auto"/>
            </w:pPr>
            <w:r>
              <w:rPr>
                <w:rFonts w:ascii="宋体" w:hAnsi="宋体" w:eastAsia="宋体"/>
                <w:b w:val="0"/>
                <w:sz w:val="18"/>
              </w:rPr>
              <w:t>师：观察摆好的小正方体，说一说你有什么发现？学生自由发言。</w:t>
            </w:r>
          </w:p>
          <w:p>
            <w:pPr>
              <w:spacing w:after="20" w:line="276" w:lineRule="auto"/>
            </w:pPr>
            <w:r>
              <w:rPr>
                <w:rFonts w:ascii="宋体" w:hAnsi="宋体" w:eastAsia="宋体"/>
                <w:b w:val="0"/>
                <w:sz w:val="18"/>
              </w:rPr>
              <w:t>师：今天就请利用小正方体来比较这些数的大小吧！(板书课题：比大小)</w:t>
            </w:r>
          </w:p>
        </w:tc>
        <w:tc>
          <w:tcPr>
            <w:tcW w:type="dxa" w:w="3061"/>
          </w:tcPr>
          <w:p>
            <w:pPr>
              <w:spacing w:after="20" w:line="276" w:lineRule="auto"/>
            </w:pPr>
            <w:r/>
            <w:r>
              <w:rPr>
                <w:rFonts w:ascii="宋体" w:hAnsi="宋体" w:eastAsia="宋体"/>
                <w:b w:val="0"/>
                <w:sz w:val="18"/>
              </w:rPr>
              <w:t>预设1：从摆成的样式来说，都摆成了一排，依次变长。</w:t>
            </w:r>
          </w:p>
          <w:p>
            <w:pPr>
              <w:spacing w:after="20" w:line="276" w:lineRule="auto"/>
            </w:pPr>
            <w:r>
              <w:rPr>
                <w:rFonts w:ascii="宋体" w:hAnsi="宋体" w:eastAsia="宋体"/>
                <w:b w:val="0"/>
                <w:sz w:val="18"/>
              </w:rPr>
              <w:t>预设2：从数的顺序来说明，用的小正方体依次增多，数也会越来越大。</w:t>
            </w:r>
          </w:p>
        </w:tc>
        <w:tc>
          <w:tcPr>
            <w:tcW w:type="dxa" w:w="1814"/>
          </w:tcPr>
          <w:p>
            <w:pPr>
              <w:spacing w:after="20" w:line="276" w:lineRule="auto"/>
            </w:pPr>
            <w:r/>
            <w:r>
              <w:rPr>
                <w:rFonts w:ascii="宋体" w:hAnsi="宋体" w:eastAsia="宋体"/>
                <w:b w:val="0"/>
                <w:sz w:val="18"/>
              </w:rPr>
              <w:t>围绕环节目标组织学习活动，引导学生主动参与、积极思考，核心问题："可以用哪些方法表示这些数呢？"</w:t>
            </w:r>
          </w:p>
        </w:tc>
      </w:tr>
      <w:tr>
        <w:tc>
          <w:tcPr>
            <w:tcW w:type="dxa" w:w="1474"/>
          </w:tcPr>
          <w:p>
            <w:pPr>
              <w:spacing w:after="20" w:line="276" w:lineRule="auto"/>
            </w:pPr>
            <w:r>
              <w:rPr>
                <w:b/>
              </w:rPr>
            </w:r>
            <w:r>
              <w:rPr>
                <w:rFonts w:ascii="宋体" w:hAnsi="宋体" w:eastAsia="宋体"/>
                <w:b/>
                <w:sz w:val="18"/>
              </w:rPr>
              <w:t>根据小正方体个数的比较，感知数的大小</w:t>
            </w:r>
          </w:p>
        </w:tc>
        <w:tc>
          <w:tcPr>
            <w:tcW w:type="dxa" w:w="3061"/>
          </w:tcPr>
          <w:p>
            <w:pPr>
              <w:spacing w:after="20" w:line="276" w:lineRule="auto"/>
            </w:pPr>
            <w:r/>
            <w:r>
              <w:rPr>
                <w:rFonts w:ascii="宋体" w:hAnsi="宋体" w:eastAsia="宋体"/>
                <w:b w:val="0"/>
                <w:sz w:val="18"/>
              </w:rPr>
              <w:t>1.比较5和6的大小。</w:t>
            </w:r>
          </w:p>
          <w:p>
            <w:pPr>
              <w:spacing w:after="20" w:line="276" w:lineRule="auto"/>
            </w:pPr>
            <w:r>
              <w:rPr>
                <w:rFonts w:ascii="宋体" w:hAnsi="宋体" w:eastAsia="宋体"/>
                <w:b w:val="0"/>
                <w:sz w:val="18"/>
              </w:rPr>
              <w:t>引导学生观察表示5的一行小正方体和表示6的一行小正方体。</w:t>
            </w:r>
          </w:p>
          <w:p>
            <w:pPr>
              <w:spacing w:after="20" w:line="276" w:lineRule="auto"/>
            </w:pPr>
            <w:r>
              <w:rPr>
                <w:rFonts w:ascii="宋体" w:hAnsi="宋体" w:eastAsia="宋体"/>
                <w:b w:val="0"/>
                <w:sz w:val="18"/>
              </w:rPr>
              <w:t>师：你能试着比较5和6的大小吗？说一说你是怎么想的？</w:t>
            </w:r>
          </w:p>
          <w:p>
            <w:pPr>
              <w:spacing w:after="20" w:line="276" w:lineRule="auto"/>
            </w:pPr>
            <w:r>
              <w:rPr>
                <w:rFonts w:ascii="宋体" w:hAnsi="宋体" w:eastAsia="宋体"/>
                <w:b w:val="0"/>
                <w:sz w:val="18"/>
              </w:rPr>
              <w:t>2．回顾“＞”“＜”和“＝”的用法。</w:t>
            </w:r>
          </w:p>
          <w:p>
            <w:pPr>
              <w:spacing w:after="20" w:line="276" w:lineRule="auto"/>
            </w:pPr>
            <w:r>
              <w:rPr>
                <w:rFonts w:ascii="宋体" w:hAnsi="宋体" w:eastAsia="宋体"/>
                <w:b w:val="0"/>
                <w:sz w:val="18"/>
              </w:rPr>
              <w:t>师：5比6小，我们就说5小于6，可以怎样表示呢？</w:t>
            </w:r>
          </w:p>
          <w:p>
            <w:pPr>
              <w:spacing w:after="20" w:line="276" w:lineRule="auto"/>
            </w:pPr>
            <w:r>
              <w:rPr>
                <w:rFonts w:ascii="宋体" w:hAnsi="宋体" w:eastAsia="宋体"/>
                <w:b w:val="0"/>
                <w:sz w:val="18"/>
              </w:rPr>
              <w:t>大部分学生可以利用数学符号表示，5＜6。</w:t>
            </w:r>
          </w:p>
          <w:p>
            <w:pPr>
              <w:spacing w:after="20" w:line="276" w:lineRule="auto"/>
            </w:pPr>
            <w:r>
              <w:rPr>
                <w:rFonts w:ascii="宋体" w:hAnsi="宋体" w:eastAsia="宋体"/>
                <w:b w:val="0"/>
                <w:sz w:val="18"/>
              </w:rPr>
              <w:t>师：5和6比较大小，还可以怎样说？用什么表示呢？</w:t>
            </w:r>
          </w:p>
          <w:p>
            <w:pPr>
              <w:spacing w:after="20" w:line="276" w:lineRule="auto"/>
            </w:pPr>
            <w:r>
              <w:rPr>
                <w:rFonts w:ascii="宋体" w:hAnsi="宋体" w:eastAsia="宋体"/>
                <w:b w:val="0"/>
                <w:sz w:val="18"/>
              </w:rPr>
              <w:t>引导学生从“小于”的反向“大于”来描述，通过提示，学生可以顺利说出6比5大，用“6＞5”表示。</w:t>
            </w:r>
          </w:p>
          <w:p>
            <w:pPr>
              <w:spacing w:after="20" w:line="276" w:lineRule="auto"/>
            </w:pPr>
            <w:r>
              <w:rPr>
                <w:rFonts w:ascii="宋体" w:hAnsi="宋体" w:eastAsia="宋体"/>
                <w:b w:val="0"/>
                <w:sz w:val="18"/>
              </w:rPr>
              <w:t>师：是的，这就是之前学习过的数学符号。(课件出示“＞”“＜”和“＝”)</w:t>
            </w:r>
          </w:p>
          <w:p>
            <w:pPr>
              <w:spacing w:after="20" w:line="276" w:lineRule="auto"/>
            </w:pPr>
            <w:r>
              <w:rPr>
                <w:rFonts w:ascii="宋体" w:hAnsi="宋体" w:eastAsia="宋体"/>
                <w:b w:val="0"/>
                <w:sz w:val="18"/>
              </w:rPr>
              <w:t>师：看来这两个数之间的大小关系可以用两种方式来表示。(板书)</w:t>
            </w:r>
          </w:p>
          <w:p>
            <w:pPr>
              <w:spacing w:after="20" w:line="276" w:lineRule="auto"/>
            </w:pPr>
            <w:r>
              <w:rPr>
                <w:rFonts w:ascii="宋体" w:hAnsi="宋体" w:eastAsia="宋体"/>
                <w:b w:val="0"/>
                <w:sz w:val="18"/>
              </w:rPr>
              <w:t>3．比较6和7的大小。</w:t>
            </w:r>
          </w:p>
          <w:p>
            <w:pPr>
              <w:spacing w:after="20" w:line="276" w:lineRule="auto"/>
            </w:pPr>
            <w:r>
              <w:rPr>
                <w:rFonts w:ascii="宋体" w:hAnsi="宋体" w:eastAsia="宋体"/>
                <w:b w:val="0"/>
                <w:sz w:val="18"/>
              </w:rPr>
              <w:t>引导学生观察表示6的一行小正方体和表示7的一行小正方体。</w:t>
            </w:r>
          </w:p>
          <w:p>
            <w:pPr>
              <w:spacing w:after="20" w:line="276" w:lineRule="auto"/>
            </w:pPr>
            <w:r>
              <w:rPr>
                <w:rFonts w:ascii="宋体" w:hAnsi="宋体" w:eastAsia="宋体"/>
                <w:b w:val="0"/>
                <w:sz w:val="18"/>
              </w:rPr>
              <w:t>师：6和7之间有怎样的大小关系呢？怎样表示？</w:t>
            </w:r>
          </w:p>
          <w:p>
            <w:pPr>
              <w:spacing w:after="20" w:line="276" w:lineRule="auto"/>
            </w:pPr>
            <w:r>
              <w:rPr>
                <w:rFonts w:ascii="宋体" w:hAnsi="宋体" w:eastAsia="宋体"/>
                <w:b w:val="0"/>
                <w:sz w:val="18"/>
              </w:rPr>
              <w:t>6小于7，6＜7；7大于6，7＞6。(适当板书)</w:t>
            </w:r>
          </w:p>
          <w:p>
            <w:pPr>
              <w:spacing w:after="20" w:line="276" w:lineRule="auto"/>
            </w:pPr>
            <w:r>
              <w:rPr>
                <w:rFonts w:ascii="宋体" w:hAnsi="宋体" w:eastAsia="宋体"/>
                <w:b w:val="0"/>
                <w:sz w:val="18"/>
              </w:rPr>
              <w:t>4．比较7和8、8和9之间的大小关系。</w:t>
            </w:r>
          </w:p>
          <w:p>
            <w:pPr>
              <w:spacing w:after="20" w:line="276" w:lineRule="auto"/>
            </w:pPr>
            <w:r>
              <w:rPr>
                <w:rFonts w:ascii="宋体" w:hAnsi="宋体" w:eastAsia="宋体"/>
                <w:b w:val="0"/>
                <w:sz w:val="18"/>
              </w:rPr>
              <w:t>师：7和8、8和9之间又有怎样的大小关系呢？怎样表示？请你填一填。</w:t>
            </w:r>
          </w:p>
          <w:p>
            <w:pPr>
              <w:spacing w:after="20" w:line="276" w:lineRule="auto"/>
            </w:pPr>
            <w:r>
              <w:rPr>
                <w:rFonts w:ascii="宋体" w:hAnsi="宋体" w:eastAsia="宋体"/>
                <w:b w:val="0"/>
                <w:sz w:val="18"/>
              </w:rPr>
              <w:t>要求学生先独立完成教科书上的7、8，8、9之间的大小比较。</w:t>
            </w:r>
          </w:p>
          <w:p>
            <w:pPr>
              <w:spacing w:after="20" w:line="276" w:lineRule="auto"/>
            </w:pPr>
            <w:r>
              <w:rPr>
                <w:rFonts w:ascii="宋体" w:hAnsi="宋体" w:eastAsia="宋体"/>
                <w:b w:val="0"/>
                <w:sz w:val="18"/>
              </w:rPr>
              <w:t>师：7＜8，还可以说成？(8＞7)同理，8＜9，也可以表示为？(9＞8)学生自由发言，有条理地表达自己的看法。(板书)</w:t>
            </w:r>
          </w:p>
          <w:p>
            <w:pPr>
              <w:spacing w:after="20" w:line="276" w:lineRule="auto"/>
            </w:pPr>
            <w:r>
              <w:rPr>
                <w:rFonts w:ascii="宋体" w:hAnsi="宋体" w:eastAsia="宋体"/>
                <w:b w:val="0"/>
                <w:sz w:val="18"/>
              </w:rPr>
              <w:t>师：不要这些小正方体，你还能比较出7和8、8和9的大小吗？说说你是怎样想的？</w:t>
            </w:r>
          </w:p>
          <w:p>
            <w:pPr>
              <w:spacing w:after="20" w:line="276" w:lineRule="auto"/>
            </w:pPr>
            <w:r>
              <w:rPr>
                <w:rFonts w:ascii="宋体" w:hAnsi="宋体" w:eastAsia="宋体"/>
                <w:b w:val="0"/>
                <w:sz w:val="18"/>
              </w:rPr>
              <w:t>引导学生从数的顺序进行比较。</w:t>
            </w:r>
          </w:p>
        </w:tc>
        <w:tc>
          <w:tcPr>
            <w:tcW w:type="dxa" w:w="3061"/>
          </w:tcPr>
          <w:p>
            <w:pPr>
              <w:spacing w:after="20" w:line="276" w:lineRule="auto"/>
            </w:pPr>
            <w:r/>
            <w:r>
              <w:rPr>
                <w:rFonts w:ascii="宋体" w:hAnsi="宋体" w:eastAsia="宋体"/>
                <w:b w:val="0"/>
                <w:sz w:val="18"/>
              </w:rPr>
              <w:t>预设1：表示6的那一行小正方体比表示5的那一行要长，所以6个比5个多一些，6大。</w:t>
            </w:r>
          </w:p>
          <w:p>
            <w:pPr>
              <w:spacing w:after="20" w:line="276" w:lineRule="auto"/>
            </w:pPr>
            <w:r>
              <w:rPr>
                <w:rFonts w:ascii="宋体" w:hAnsi="宋体" w:eastAsia="宋体"/>
                <w:b w:val="0"/>
                <w:sz w:val="18"/>
              </w:rPr>
              <w:t>预设2：5个小正方体后面再摆1个小正方体才是6个，说明5个要少一些，也就是5小。</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设计递进式探究活动，引导学生在动手实践与合作交流中经历知识形成过程，突破本课重难点，核心问题："你能试着比较5和6的大小吗？说一说你是怎么想的？"</w:t>
            </w:r>
          </w:p>
        </w:tc>
      </w:tr>
      <w:tr>
        <w:tc>
          <w:tcPr>
            <w:tcW w:type="dxa" w:w="1474"/>
          </w:tcPr>
          <w:p>
            <w:pPr>
              <w:spacing w:after="20" w:line="276" w:lineRule="auto"/>
            </w:pPr>
            <w:r>
              <w:rPr>
                <w:b/>
              </w:rPr>
            </w:r>
            <w:r>
              <w:rPr>
                <w:rFonts w:ascii="宋体" w:hAnsi="宋体" w:eastAsia="宋体"/>
                <w:b/>
                <w:sz w:val="18"/>
              </w:rPr>
              <w:t>区分数的基数意义和序数意义</w:t>
            </w:r>
          </w:p>
        </w:tc>
        <w:tc>
          <w:tcPr>
            <w:tcW w:type="dxa" w:w="3061"/>
          </w:tcPr>
          <w:p>
            <w:pPr>
              <w:spacing w:after="20" w:line="276" w:lineRule="auto"/>
            </w:pPr>
            <w:r/>
            <w:r>
              <w:rPr>
                <w:rFonts w:ascii="宋体" w:hAnsi="宋体" w:eastAsia="宋体"/>
                <w:b w:val="0"/>
                <w:sz w:val="18"/>
              </w:rPr>
              <w:t>1.游戏。</w:t>
            </w:r>
          </w:p>
          <w:p>
            <w:pPr>
              <w:spacing w:after="20" w:line="276" w:lineRule="auto"/>
            </w:pPr>
            <w:r>
              <w:rPr>
                <w:rFonts w:ascii="宋体" w:hAnsi="宋体" w:eastAsia="宋体"/>
                <w:b w:val="0"/>
                <w:sz w:val="18"/>
              </w:rPr>
              <w:t>师：现在我们一起做游戏，请6名同学排队，游戏名称是“我是第几”。(补充板书课题：第几)</w:t>
            </w:r>
          </w:p>
          <w:p>
            <w:pPr>
              <w:spacing w:after="20" w:line="276" w:lineRule="auto"/>
            </w:pPr>
            <w:r>
              <w:rPr>
                <w:rFonts w:ascii="宋体" w:hAnsi="宋体" w:eastAsia="宋体"/>
                <w:b w:val="0"/>
                <w:sz w:val="18"/>
              </w:rPr>
              <w:t>活动一：从前往后数，请前5名同学蹲下来，第6名同学到讲台上来拿6根粉笔。</w:t>
            </w:r>
          </w:p>
          <w:p>
            <w:pPr>
              <w:spacing w:after="20" w:line="276" w:lineRule="auto"/>
            </w:pPr>
            <w:r>
              <w:rPr>
                <w:rFonts w:ascii="宋体" w:hAnsi="宋体" w:eastAsia="宋体"/>
                <w:b w:val="0"/>
                <w:sz w:val="18"/>
              </w:rPr>
              <w:t>活动二：再请2名同学站在队伍最后面。从前往后数，请前6名同学蹲下来，第7名同学到讲台上来拿7根粉笔。</w:t>
            </w:r>
          </w:p>
          <w:p>
            <w:pPr>
              <w:spacing w:after="20" w:line="276" w:lineRule="auto"/>
            </w:pPr>
            <w:r>
              <w:rPr>
                <w:rFonts w:ascii="宋体" w:hAnsi="宋体" w:eastAsia="宋体"/>
                <w:b w:val="0"/>
                <w:sz w:val="18"/>
              </w:rPr>
              <w:t>教师组织活动，学生及时判断并说明依据。</w:t>
            </w:r>
          </w:p>
          <w:p>
            <w:pPr>
              <w:spacing w:after="20" w:line="276" w:lineRule="auto"/>
            </w:pPr>
            <w:r>
              <w:rPr>
                <w:rFonts w:ascii="宋体" w:hAnsi="宋体" w:eastAsia="宋体"/>
                <w:b w:val="0"/>
                <w:sz w:val="18"/>
              </w:rPr>
              <w:t>2．课件出示教科书P37情境图及问题。</w:t>
            </w:r>
          </w:p>
          <w:p>
            <w:pPr>
              <w:spacing w:after="20" w:line="276" w:lineRule="auto"/>
            </w:pPr>
            <w:r>
              <w:rPr>
                <w:rFonts w:ascii="宋体" w:hAnsi="宋体" w:eastAsia="宋体"/>
                <w:b w:val="0"/>
                <w:sz w:val="18"/>
              </w:rPr>
              <w:t>让学生先在教科书上完成，再汇报交流。</w:t>
            </w:r>
          </w:p>
          <w:p>
            <w:pPr>
              <w:spacing w:after="20" w:line="276" w:lineRule="auto"/>
            </w:pPr>
            <w:r>
              <w:rPr>
                <w:rFonts w:ascii="宋体" w:hAnsi="宋体" w:eastAsia="宋体"/>
                <w:b w:val="0"/>
                <w:sz w:val="18"/>
              </w:rPr>
              <w:t>一共有7个鱼缸。从左边数，第6个鱼缸里有9条鱼，有6条鱼的是第4个鱼缸。</w:t>
            </w:r>
          </w:p>
          <w:p>
            <w:pPr>
              <w:spacing w:after="20" w:line="276" w:lineRule="auto"/>
            </w:pPr>
            <w:r>
              <w:rPr>
                <w:rFonts w:ascii="宋体" w:hAnsi="宋体" w:eastAsia="宋体"/>
                <w:b w:val="0"/>
                <w:sz w:val="18"/>
              </w:rPr>
              <w:t>师：“第6个鱼缸”和“6条鱼”有什么不同？</w:t>
            </w:r>
          </w:p>
          <w:p>
            <w:pPr>
              <w:spacing w:after="20" w:line="276" w:lineRule="auto"/>
            </w:pPr>
            <w:r>
              <w:rPr>
                <w:rFonts w:ascii="宋体" w:hAnsi="宋体" w:eastAsia="宋体"/>
                <w:b w:val="0"/>
                <w:sz w:val="18"/>
              </w:rPr>
              <w:t>引导学生理解并回答出“第6个鱼缸”是指排在了第6的位置上的鱼缸，只有一个鱼缸；“6条鱼”是指鱼的数量有6条。</w:t>
            </w:r>
          </w:p>
          <w:p>
            <w:pPr>
              <w:spacing w:after="20" w:line="276" w:lineRule="auto"/>
            </w:pPr>
            <w:r>
              <w:rPr>
                <w:rFonts w:ascii="宋体" w:hAnsi="宋体" w:eastAsia="宋体"/>
                <w:b w:val="0"/>
                <w:sz w:val="18"/>
              </w:rPr>
              <w:t>师：你能提一个类似的问题让同桌回答吗？</w:t>
            </w:r>
          </w:p>
        </w:tc>
        <w:tc>
          <w:tcPr>
            <w:tcW w:type="dxa" w:w="3061"/>
          </w:tcPr>
          <w:p>
            <w:pPr>
              <w:spacing w:after="20" w:line="276" w:lineRule="auto"/>
            </w:pPr>
            <w:r/>
            <w:r>
              <w:rPr>
                <w:rFonts w:ascii="宋体" w:hAnsi="宋体" w:eastAsia="宋体"/>
                <w:b w:val="0"/>
                <w:sz w:val="18"/>
              </w:rPr>
              <w:t>学生模仿教师提问并回答，教师巡视指导，选几名学生代表汇报，集体交流。</w:t>
            </w:r>
          </w:p>
        </w:tc>
        <w:tc>
          <w:tcPr>
            <w:tcW w:type="dxa" w:w="1814"/>
          </w:tcPr>
          <w:p>
            <w:pPr>
              <w:spacing w:after="20" w:line="276" w:lineRule="auto"/>
            </w:pPr>
            <w:r/>
            <w:r>
              <w:rPr>
                <w:rFonts w:ascii="宋体" w:hAnsi="宋体" w:eastAsia="宋体"/>
                <w:b w:val="0"/>
                <w:sz w:val="18"/>
              </w:rPr>
              <w:t>围绕环节目标组织学习活动，引导学生主动参与、积极思考，核心问题："“第6个鱼缸”和“6条鱼”有什么不同？"</w:t>
            </w:r>
          </w:p>
        </w:tc>
      </w:tr>
      <w:tr>
        <w:tc>
          <w:tcPr>
            <w:tcW w:type="dxa" w:w="1474"/>
          </w:tcPr>
          <w:p>
            <w:pPr>
              <w:spacing w:after="20" w:line="276" w:lineRule="auto"/>
            </w:pPr>
            <w:r>
              <w:rPr>
                <w:b/>
              </w:rPr>
            </w:r>
            <w:r>
              <w:rPr>
                <w:rFonts w:ascii="宋体" w:hAnsi="宋体" w:eastAsia="宋体"/>
                <w:b/>
                <w:sz w:val="18"/>
              </w:rPr>
              <w:t>应用练习</w:t>
            </w:r>
          </w:p>
        </w:tc>
        <w:tc>
          <w:tcPr>
            <w:tcW w:type="dxa" w:w="3061"/>
          </w:tcPr>
          <w:p>
            <w:pPr>
              <w:spacing w:after="20" w:line="276" w:lineRule="auto"/>
            </w:pPr>
            <w:r/>
            <w:r>
              <w:rPr>
                <w:rFonts w:ascii="宋体" w:hAnsi="宋体" w:eastAsia="宋体"/>
                <w:b w:val="0"/>
                <w:sz w:val="18"/>
              </w:rPr>
              <w:t>完成教科书P38“做一做”第2、3题。</w:t>
            </w:r>
          </w:p>
        </w:tc>
        <w:tc>
          <w:tcPr>
            <w:tcW w:type="dxa" w:w="3061"/>
          </w:tcPr>
          <w:p>
            <w:pPr>
              <w:spacing w:after="20" w:line="276" w:lineRule="auto"/>
            </w:pPr>
            <w:r/>
            <w:r>
              <w:rPr>
                <w:rFonts w:ascii="宋体" w:hAnsi="宋体" w:eastAsia="宋体"/>
                <w:b w:val="0"/>
                <w:sz w:val="18"/>
              </w:rPr>
              <w:t>学生独立完成，再集体交流。</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课堂小结</w:t>
            </w:r>
          </w:p>
        </w:tc>
        <w:tc>
          <w:tcPr>
            <w:tcW w:type="dxa" w:w="3061"/>
          </w:tcPr>
          <w:p>
            <w:pPr>
              <w:spacing w:after="20" w:line="276" w:lineRule="auto"/>
            </w:pPr>
            <w:r/>
            <w:r>
              <w:rPr>
                <w:rFonts w:ascii="宋体" w:hAnsi="宋体" w:eastAsia="宋体"/>
                <w:b w:val="0"/>
                <w:sz w:val="18"/>
              </w:rPr>
              <w:t>通过这堂课的学习，你们有什么收获？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教科书P37上方，完成教科书P38“做一做”第2、3题。</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通过让学生结合具体的物体比较数的大小，区分基数和序数的含义，培养数感。教学中让学生根据鱼缸图提出问题，学生可能会感到困难，要注意引导学生模仿教师提出问题，并结合问题进一步理解基数与序数的意义。</w:t>
      </w:r>
    </w:p>
    <w:p>
      <w:r>
        <w:br w:type="page"/>
      </w:r>
    </w:p>
    <w:p>
      <w:pPr>
        <w:spacing w:after="80" w:line="300" w:lineRule="auto"/>
      </w:pPr>
      <w:r>
        <w:rPr>
          <w:rFonts w:ascii="黑体" w:hAnsi="黑体" w:eastAsia="黑体"/>
          <w:b/>
          <w:sz w:val="24"/>
        </w:rPr>
        <w:t>二、课时教学方案（第6课时）</w:t>
      </w:r>
    </w:p>
    <w:p>
      <w:pPr>
        <w:spacing w:after="80" w:line="300" w:lineRule="auto"/>
      </w:pPr>
      <w:r>
        <w:rPr>
          <w:rFonts w:ascii="黑体" w:hAnsi="黑体" w:eastAsia="黑体"/>
          <w:b/>
          <w:sz w:val="24"/>
        </w:rPr>
        <w:t>第6课时　解决问题(1)</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第6课时　解决问题(1)</w:t>
            </w:r>
          </w:p>
        </w:tc>
        <w:tc>
          <w:tcPr>
            <w:tcW w:type="dxa" w:w="6009"/>
          </w:tcPr>
          <w:p>
            <w:pPr>
              <w:spacing w:after="20" w:line="276" w:lineRule="auto"/>
            </w:pPr>
            <w:r/>
            <w:r>
              <w:rPr>
                <w:rFonts w:ascii="宋体" w:hAnsi="宋体" w:eastAsia="宋体"/>
                <w:b w:val="0"/>
                <w:sz w:val="20"/>
              </w:rPr>
              <w:t>第2单元 6-10的认识和加、减法（～9的加、减法）</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通过第一单元“5以内数的认识和加、减法”的学习，学生已经积累了一定的学习经验，对数的概念的学习已经不陌生了。但是对数与数之间存在密切关系的认识还不够深刻，其中蕴含的数学推理和良好思维习惯还需要教师结合具体环节进行渗透和培养。由于一年级学生受年龄特点的限制，连加、连减这部分内容仍是学习的难点，因此要利用连续的两幅图帮助学生理解其意义及计算方法，使学生能在此基础上看清运算符号，顺利完成计算。</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教学内容：教科书P45例2，完成教科书P45“做一做”。</w:t>
      </w:r>
    </w:p>
    <w:p>
      <w:pPr>
        <w:spacing w:after="80" w:line="300" w:lineRule="auto"/>
        <w:ind w:firstLine="400"/>
      </w:pPr>
      <w:r>
        <w:rPr>
          <w:rFonts w:ascii="宋体" w:hAnsi="宋体" w:eastAsia="宋体"/>
          <w:b w:val="0"/>
          <w:sz w:val="20"/>
        </w:rPr>
        <w:t>设计思路：学生首次接触到大括号和问号，首次规范地解决问题，所以本节课对于学生今后的学习至关重要。教学中，充分发挥教师的主导作用和学生的主体地位，一些规定性的内容，如大括号和问号表示的意思，解决问题的步骤，就让教师讲解。但是解决问题的全过程，要引导学生全程参与，如在阅读理解环节，引导学生自主读取信息，通过交流讨论，让学生感受到要选取有用的数学信息，从而理解数学问题的基本结构。再如，得到结果后，要引导学生进行回顾反思，规范解决问题的步骤，养成反思的习惯。</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（1）理解图中大括号和问号的意义，知道数学问题的基本结构，能理解图中的数学信息，能根据情境图正确地列出算式。</w:t>
      </w:r>
    </w:p>
    <w:p>
      <w:pPr>
        <w:spacing w:after="20" w:line="300" w:lineRule="auto"/>
        <w:ind w:firstLine="400"/>
      </w:pPr>
      <w:r>
        <w:rPr>
          <w:rFonts w:ascii="宋体" w:hAnsi="宋体" w:eastAsia="宋体"/>
          <w:b w:val="0"/>
          <w:sz w:val="20"/>
        </w:rPr>
        <w:t>（2）经历解决问题的过程，掌握解决问题的基本步骤和基本方法，会按照规范的步骤解决问题。</w:t>
      </w:r>
    </w:p>
    <w:p>
      <w:pPr>
        <w:spacing w:after="20" w:line="300" w:lineRule="auto"/>
        <w:ind w:firstLine="400"/>
      </w:pPr>
      <w:r>
        <w:rPr>
          <w:rFonts w:ascii="宋体" w:hAnsi="宋体" w:eastAsia="宋体"/>
          <w:b w:val="0"/>
          <w:sz w:val="20"/>
        </w:rPr>
        <w:t>（3）体会到生活中处处有数学，激发学生用数学解决问题的兴趣。</w:t>
      </w:r>
    </w:p>
    <w:p>
      <w:pPr>
        <w:spacing w:after="20" w:line="300" w:lineRule="auto"/>
      </w:pPr>
      <w:r>
        <w:rPr>
          <w:rFonts w:ascii="宋体" w:hAnsi="宋体" w:eastAsia="宋体"/>
          <w:b w:val="0"/>
          <w:sz w:val="20"/>
        </w:rPr>
        <w:t>教学重点：能理解图中的数学信息，依据解决问题的基本步骤正确地解决问题。</w:t>
      </w:r>
    </w:p>
    <w:p>
      <w:pPr>
        <w:spacing w:after="20" w:line="300" w:lineRule="auto"/>
      </w:pPr>
      <w:r>
        <w:rPr>
          <w:rFonts w:ascii="宋体" w:hAnsi="宋体" w:eastAsia="宋体"/>
          <w:b w:val="0"/>
          <w:sz w:val="20"/>
        </w:rPr>
        <w:t>教学难点：能理解图中的数学信息，能根据情境图正确地列出算式。</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情境演示，导入新课</w:t>
            </w:r>
          </w:p>
        </w:tc>
        <w:tc>
          <w:tcPr>
            <w:tcW w:type="dxa" w:w="1814"/>
          </w:tcPr>
          <w:p>
            <w:pPr>
              <w:spacing w:after="20" w:line="276" w:lineRule="auto"/>
            </w:pPr>
            <w:r/>
            <w:r>
              <w:rPr>
                <w:rFonts w:ascii="宋体" w:hAnsi="宋体" w:eastAsia="宋体"/>
                <w:b w:val="0"/>
                <w:sz w:val="18"/>
              </w:rPr>
              <w:t>教科书、情境图、课件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逐步探索，发现新知</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在这里，大括号表示把什么和什么合起来呢？；(板书“？只”，手指向问号)这是问号。“？</w:t>
            </w:r>
          </w:p>
        </w:tc>
        <w:tc>
          <w:tcPr>
            <w:tcW w:type="dxa" w:w="1361"/>
          </w:tcPr>
          <w:p>
            <w:pPr>
              <w:spacing w:after="20" w:line="276" w:lineRule="auto"/>
            </w:pPr>
            <w:r/>
            <w:r>
              <w:rPr>
                <w:rFonts w:ascii="宋体" w:hAnsi="宋体" w:eastAsia="宋体"/>
                <w:b w:val="0"/>
                <w:sz w:val="18"/>
              </w:rPr>
              <w:t>26分钟</w:t>
            </w:r>
          </w:p>
        </w:tc>
      </w:tr>
      <w:tr>
        <w:tc>
          <w:tcPr>
            <w:tcW w:type="dxa" w:w="2835"/>
          </w:tcPr>
          <w:p>
            <w:pPr>
              <w:spacing w:after="20" w:line="276" w:lineRule="auto"/>
            </w:pPr>
            <w:r/>
            <w:r>
              <w:rPr>
                <w:rFonts w:ascii="宋体" w:hAnsi="宋体" w:eastAsia="宋体"/>
                <w:b w:val="0"/>
                <w:sz w:val="18"/>
              </w:rPr>
              <w:t>巩固练习</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你会解决这个问题吗？</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同学们，今天你们学到了什么？</w:t>
            </w:r>
          </w:p>
        </w:tc>
        <w:tc>
          <w:tcPr>
            <w:tcW w:type="dxa" w:w="1361"/>
          </w:tcPr>
          <w:p>
            <w:pPr>
              <w:spacing w:after="20" w:line="276" w:lineRule="auto"/>
            </w:pPr>
            <w:r/>
            <w:r>
              <w:rPr>
                <w:rFonts w:ascii="宋体" w:hAnsi="宋体" w:eastAsia="宋体"/>
                <w:b w:val="0"/>
                <w:sz w:val="18"/>
              </w:rPr>
              <w:t>3分钟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情境演示，导入新课</w:t>
            </w:r>
          </w:p>
        </w:tc>
        <w:tc>
          <w:tcPr>
            <w:tcW w:type="dxa" w:w="3061"/>
          </w:tcPr>
          <w:p>
            <w:pPr>
              <w:spacing w:after="20" w:line="276" w:lineRule="auto"/>
            </w:pPr>
            <w:r/>
            <w:r>
              <w:rPr>
                <w:rFonts w:ascii="宋体" w:hAnsi="宋体" w:eastAsia="宋体"/>
                <w:b w:val="0"/>
                <w:sz w:val="18"/>
              </w:rPr>
              <w:t>师：请大家认真观察教科书P45例2的情境图，说说图里有什么。</w:t>
            </w:r>
          </w:p>
          <w:p>
            <w:pPr>
              <w:spacing w:after="20" w:line="276" w:lineRule="auto"/>
            </w:pPr>
            <w:r>
              <w:rPr>
                <w:rFonts w:ascii="宋体" w:hAnsi="宋体" w:eastAsia="宋体"/>
                <w:b w:val="0"/>
                <w:sz w:val="18"/>
              </w:rPr>
              <w:t>师：兔妈妈还给我们带来了一个问题，下面我们就去帮兔妈妈解决问题吧！[板书课题：解决问题(1)]</w:t>
            </w:r>
          </w:p>
        </w:tc>
        <w:tc>
          <w:tcPr>
            <w:tcW w:type="dxa" w:w="3061"/>
          </w:tcPr>
          <w:p>
            <w:pPr>
              <w:spacing w:after="20" w:line="276" w:lineRule="auto"/>
            </w:pPr>
            <w:r/>
            <w:r>
              <w:rPr>
                <w:rFonts w:ascii="宋体" w:hAnsi="宋体" w:eastAsia="宋体"/>
                <w:b w:val="0"/>
                <w:sz w:val="18"/>
              </w:rPr>
              <w:t>预设1：可能会说有兔爸爸、兔妈妈，还有4只兔宝宝。</w:t>
            </w:r>
          </w:p>
          <w:p>
            <w:pPr>
              <w:spacing w:after="20" w:line="276" w:lineRule="auto"/>
            </w:pPr>
            <w:r>
              <w:rPr>
                <w:rFonts w:ascii="宋体" w:hAnsi="宋体" w:eastAsia="宋体"/>
                <w:b w:val="0"/>
                <w:sz w:val="18"/>
              </w:rPr>
              <w:t>预设2：左边有4只兔子，右边有2只兔子。</w:t>
            </w:r>
          </w:p>
        </w:tc>
        <w:tc>
          <w:tcPr>
            <w:tcW w:type="dxa" w:w="1814"/>
          </w:tcPr>
          <w:p>
            <w:pPr>
              <w:spacing w:after="20" w:line="276" w:lineRule="auto"/>
            </w:pPr>
            <w:r/>
            <w:r>
              <w:rPr>
                <w:rFonts w:ascii="宋体" w:hAnsi="宋体" w:eastAsia="宋体"/>
                <w:b w:val="0"/>
                <w:sz w:val="18"/>
              </w:rPr>
              <w:t>创设情境激活学生已有经验，自然引出本课学习内容，激发学习兴趣。</w:t>
            </w:r>
          </w:p>
        </w:tc>
      </w:tr>
      <w:tr>
        <w:tc>
          <w:tcPr>
            <w:tcW w:type="dxa" w:w="1474"/>
          </w:tcPr>
          <w:p>
            <w:pPr>
              <w:spacing w:after="20" w:line="276" w:lineRule="auto"/>
            </w:pPr>
            <w:r>
              <w:rPr>
                <w:b/>
              </w:rPr>
            </w:r>
            <w:r>
              <w:rPr>
                <w:rFonts w:ascii="宋体" w:hAnsi="宋体" w:eastAsia="宋体"/>
                <w:b/>
                <w:sz w:val="18"/>
              </w:rPr>
              <w:t>逐步探索，发现新知</w:t>
            </w:r>
          </w:p>
        </w:tc>
        <w:tc>
          <w:tcPr>
            <w:tcW w:type="dxa" w:w="3061"/>
          </w:tcPr>
          <w:p>
            <w:pPr>
              <w:spacing w:after="20" w:line="276" w:lineRule="auto"/>
            </w:pPr>
            <w:r/>
            <w:r>
              <w:rPr>
                <w:rFonts w:ascii="宋体" w:hAnsi="宋体" w:eastAsia="宋体"/>
                <w:b w:val="0"/>
                <w:sz w:val="18"/>
              </w:rPr>
              <w:t>1.认识大括号。</w:t>
            </w:r>
          </w:p>
          <w:p>
            <w:pPr>
              <w:spacing w:after="20" w:line="276" w:lineRule="auto"/>
            </w:pPr>
            <w:r>
              <w:rPr>
                <w:rFonts w:ascii="宋体" w:hAnsi="宋体" w:eastAsia="宋体"/>
                <w:b w:val="0"/>
                <w:sz w:val="18"/>
              </w:rPr>
              <w:t>师：(板书：)这个符号是大括号，以后我们会经常在实际问题中见到它。</w:t>
            </w:r>
          </w:p>
          <w:p>
            <w:pPr>
              <w:spacing w:after="20" w:line="276" w:lineRule="auto"/>
            </w:pPr>
            <w:r>
              <w:rPr>
                <w:rFonts w:ascii="宋体" w:hAnsi="宋体" w:eastAsia="宋体"/>
                <w:b w:val="0"/>
                <w:sz w:val="18"/>
              </w:rPr>
              <w:t>大括号就是“合起来”的意思。(板书：合起来)</w:t>
            </w:r>
          </w:p>
          <w:p>
            <w:pPr>
              <w:spacing w:after="20" w:line="276" w:lineRule="auto"/>
            </w:pPr>
            <w:r>
              <w:rPr>
                <w:rFonts w:ascii="宋体" w:hAnsi="宋体" w:eastAsia="宋体"/>
                <w:b w:val="0"/>
                <w:sz w:val="18"/>
              </w:rPr>
              <w:t>教师示范把两部分合起来的手势，带领学生一起做。</w:t>
            </w:r>
          </w:p>
          <w:p>
            <w:pPr>
              <w:spacing w:after="20" w:line="276" w:lineRule="auto"/>
            </w:pPr>
            <w:r>
              <w:rPr>
                <w:rFonts w:ascii="宋体" w:hAnsi="宋体" w:eastAsia="宋体"/>
                <w:b w:val="0"/>
                <w:sz w:val="18"/>
              </w:rPr>
              <w:t>师：在这里，大括号表示把什么和什么合起来呢？</w:t>
            </w:r>
          </w:p>
          <w:p>
            <w:pPr>
              <w:spacing w:after="20" w:line="276" w:lineRule="auto"/>
            </w:pPr>
            <w:r>
              <w:rPr>
                <w:rFonts w:ascii="宋体" w:hAnsi="宋体" w:eastAsia="宋体"/>
                <w:b w:val="0"/>
                <w:sz w:val="18"/>
              </w:rPr>
              <w:t>师：对，我们把左边的兔子看成一部分，右边的兔子看成一部分，大括号表示的是把这两部分合起来。</w:t>
            </w:r>
          </w:p>
          <w:p>
            <w:pPr>
              <w:spacing w:after="20" w:line="276" w:lineRule="auto"/>
            </w:pPr>
            <w:r>
              <w:rPr>
                <w:rFonts w:ascii="宋体" w:hAnsi="宋体" w:eastAsia="宋体"/>
                <w:b w:val="0"/>
                <w:sz w:val="18"/>
              </w:rPr>
              <w:t>2．认识问号。</w:t>
            </w:r>
          </w:p>
          <w:p>
            <w:pPr>
              <w:spacing w:after="20" w:line="276" w:lineRule="auto"/>
            </w:pPr>
            <w:r>
              <w:rPr>
                <w:rFonts w:ascii="宋体" w:hAnsi="宋体" w:eastAsia="宋体"/>
                <w:b w:val="0"/>
                <w:sz w:val="18"/>
              </w:rPr>
              <w:t>师：(板书“？只”，手指向问号)这是问号。“？”表示要求的问题，即表示求一共有几只兔子。(接着板书：一共有几只？)</w:t>
            </w:r>
          </w:p>
          <w:p>
            <w:pPr>
              <w:spacing w:after="20" w:line="276" w:lineRule="auto"/>
            </w:pPr>
            <w:r>
              <w:rPr>
                <w:rFonts w:ascii="宋体" w:hAnsi="宋体" w:eastAsia="宋体"/>
                <w:b w:val="0"/>
                <w:sz w:val="18"/>
              </w:rPr>
              <w:t>3．完整表达图意。</w:t>
            </w:r>
          </w:p>
          <w:p>
            <w:pPr>
              <w:spacing w:after="20" w:line="276" w:lineRule="auto"/>
            </w:pPr>
            <w:r>
              <w:rPr>
                <w:rFonts w:ascii="宋体" w:hAnsi="宋体" w:eastAsia="宋体"/>
                <w:b w:val="0"/>
                <w:sz w:val="18"/>
              </w:rPr>
              <w:t>师：现在谁能完整地说一说这幅图的意思？试一试。</w:t>
            </w:r>
          </w:p>
          <w:p>
            <w:pPr>
              <w:spacing w:after="20" w:line="276" w:lineRule="auto"/>
            </w:pPr>
            <w:r>
              <w:rPr>
                <w:rFonts w:ascii="宋体" w:hAnsi="宋体" w:eastAsia="宋体"/>
                <w:b w:val="0"/>
                <w:sz w:val="18"/>
              </w:rPr>
              <w:t>引导学生完整表述：左边有4只兔子，右边有2只兔子，一共有几只兔子？</w:t>
            </w:r>
          </w:p>
          <w:p>
            <w:pPr>
              <w:spacing w:after="20" w:line="276" w:lineRule="auto"/>
            </w:pPr>
            <w:r>
              <w:rPr>
                <w:rFonts w:ascii="宋体" w:hAnsi="宋体" w:eastAsia="宋体"/>
                <w:b w:val="0"/>
                <w:sz w:val="18"/>
              </w:rPr>
              <w:t>师：“左边有4只兔子”和“右边有2只兔子”是这道题的两个条件，“一共有几只兔子”是要解决的问题。</w:t>
            </w:r>
          </w:p>
          <w:p>
            <w:pPr>
              <w:spacing w:after="20" w:line="276" w:lineRule="auto"/>
            </w:pPr>
            <w:r>
              <w:rPr>
                <w:rFonts w:ascii="宋体" w:hAnsi="宋体" w:eastAsia="宋体"/>
                <w:b w:val="0"/>
                <w:sz w:val="18"/>
              </w:rPr>
              <w:t>教师完整板书：</w:t>
            </w:r>
          </w:p>
          <w:p>
            <w:pPr>
              <w:spacing w:after="20" w:line="276" w:lineRule="auto"/>
            </w:pPr>
            <w:r>
              <w:rPr>
                <w:rFonts w:ascii="宋体" w:hAnsi="宋体" w:eastAsia="宋体"/>
                <w:b w:val="0"/>
                <w:sz w:val="18"/>
              </w:rPr>
              <w:t>4．列式解答并理解算式表示的意思。</w:t>
            </w:r>
          </w:p>
          <w:p>
            <w:pPr>
              <w:spacing w:after="20" w:line="276" w:lineRule="auto"/>
            </w:pPr>
            <w:r>
              <w:rPr>
                <w:rFonts w:ascii="宋体" w:hAnsi="宋体" w:eastAsia="宋体"/>
                <w:b w:val="0"/>
                <w:sz w:val="18"/>
              </w:rPr>
              <w:t>师：我们现在明白这幅图表示的意思了，那么求一共有几只要怎样解答呢？</w:t>
            </w:r>
          </w:p>
          <w:p>
            <w:pPr>
              <w:spacing w:after="20" w:line="276" w:lineRule="auto"/>
            </w:pPr>
            <w:r>
              <w:rPr>
                <w:rFonts w:ascii="宋体" w:hAnsi="宋体" w:eastAsia="宋体"/>
                <w:b w:val="0"/>
                <w:sz w:val="18"/>
              </w:rPr>
              <w:t>师：同学们说得都有道理，求一共有几只，就要把两部分合起来，用加法计算。</w:t>
            </w:r>
          </w:p>
          <w:p>
            <w:pPr>
              <w:spacing w:after="20" w:line="276" w:lineRule="auto"/>
            </w:pPr>
            <w:r>
              <w:rPr>
                <w:rFonts w:ascii="宋体" w:hAnsi="宋体" w:eastAsia="宋体"/>
                <w:b w:val="0"/>
                <w:sz w:val="18"/>
              </w:rPr>
              <w:t>教师根据学生的回答板书算式。</w:t>
            </w:r>
          </w:p>
          <w:p>
            <w:pPr>
              <w:spacing w:after="20" w:line="276" w:lineRule="auto"/>
            </w:pPr>
            <w:r>
              <w:rPr>
                <w:rFonts w:ascii="宋体" w:hAnsi="宋体" w:eastAsia="宋体"/>
                <w:b w:val="0"/>
                <w:sz w:val="18"/>
              </w:rPr>
              <w:t>5．检验反思。</w:t>
            </w:r>
          </w:p>
          <w:p>
            <w:pPr>
              <w:spacing w:after="20" w:line="276" w:lineRule="auto"/>
            </w:pPr>
            <w:r>
              <w:rPr>
                <w:rFonts w:ascii="宋体" w:hAnsi="宋体" w:eastAsia="宋体"/>
                <w:b w:val="0"/>
                <w:sz w:val="18"/>
              </w:rPr>
              <w:t>师：同学们，我们的解答正确吗？要怎样检查呢？</w:t>
            </w:r>
          </w:p>
          <w:p>
            <w:pPr>
              <w:spacing w:after="20" w:line="276" w:lineRule="auto"/>
            </w:pPr>
            <w:r>
              <w:rPr>
                <w:rFonts w:ascii="宋体" w:hAnsi="宋体" w:eastAsia="宋体"/>
                <w:b w:val="0"/>
                <w:sz w:val="18"/>
              </w:rPr>
              <w:t>师：我们在解决问题时，还需要注意什么？</w:t>
            </w:r>
          </w:p>
          <w:p>
            <w:pPr>
              <w:spacing w:after="20" w:line="276" w:lineRule="auto"/>
            </w:pPr>
            <w:r>
              <w:rPr>
                <w:rFonts w:ascii="宋体" w:hAnsi="宋体" w:eastAsia="宋体"/>
                <w:b w:val="0"/>
                <w:sz w:val="18"/>
              </w:rPr>
              <w:t>根据学生的回答小结：要注意看数有没有抄错，答案有没有算错。</w:t>
            </w:r>
          </w:p>
          <w:p>
            <w:pPr>
              <w:spacing w:after="20" w:line="276" w:lineRule="auto"/>
            </w:pPr>
            <w:r>
              <w:rPr>
                <w:rFonts w:ascii="宋体" w:hAnsi="宋体" w:eastAsia="宋体"/>
                <w:b w:val="0"/>
                <w:sz w:val="18"/>
              </w:rPr>
              <w:t>6．总结解决问题的一般步骤。</w:t>
            </w:r>
          </w:p>
          <w:p>
            <w:pPr>
              <w:spacing w:after="20" w:line="276" w:lineRule="auto"/>
            </w:pPr>
            <w:r>
              <w:rPr>
                <w:rFonts w:ascii="宋体" w:hAnsi="宋体" w:eastAsia="宋体"/>
                <w:b w:val="0"/>
                <w:sz w:val="18"/>
              </w:rPr>
              <w:t>师：请大家回忆一下我们是怎样解决这个问题的。</w:t>
            </w:r>
          </w:p>
          <w:p>
            <w:pPr>
              <w:spacing w:after="20" w:line="276" w:lineRule="auto"/>
            </w:pPr>
            <w:r>
              <w:rPr>
                <w:rFonts w:ascii="宋体" w:hAnsi="宋体" w:eastAsia="宋体"/>
                <w:b w:val="0"/>
                <w:sz w:val="18"/>
              </w:rPr>
              <w:t>在解决问题时，要先看懂题意，明确知道图里有什么，让我们求什么，再想用什么方法解决。想的时候还可以用简单的符号或者图形代替原图来表示题意，然后列出算式进行解答。解答完后，还要检查答案是否正确。</w:t>
            </w:r>
          </w:p>
        </w:tc>
        <w:tc>
          <w:tcPr>
            <w:tcW w:type="dxa" w:w="3061"/>
          </w:tcPr>
          <w:p>
            <w:pPr>
              <w:spacing w:after="20" w:line="276" w:lineRule="auto"/>
            </w:pPr>
            <w:r/>
            <w:r>
              <w:rPr>
                <w:rFonts w:ascii="宋体" w:hAnsi="宋体" w:eastAsia="宋体"/>
                <w:b w:val="0"/>
                <w:sz w:val="18"/>
              </w:rPr>
              <w:t>学生会说是把左边的兔子和右边的兔子合起来。</w:t>
            </w:r>
          </w:p>
          <w:p>
            <w:pPr>
              <w:spacing w:after="20" w:line="276" w:lineRule="auto"/>
            </w:pPr>
            <w:r>
              <w:rPr>
                <w:rFonts w:ascii="宋体" w:hAnsi="宋体" w:eastAsia="宋体"/>
                <w:b w:val="0"/>
                <w:sz w:val="18"/>
              </w:rPr>
              <w:t>同桌之间交流讨论，教师指名说一说。</w:t>
            </w:r>
          </w:p>
          <w:p>
            <w:pPr>
              <w:spacing w:after="20" w:line="276" w:lineRule="auto"/>
            </w:pPr>
            <w:r>
              <w:rPr>
                <w:rFonts w:ascii="宋体" w:hAnsi="宋体" w:eastAsia="宋体"/>
                <w:b w:val="0"/>
                <w:sz w:val="18"/>
              </w:rPr>
              <w:t>预设1：左边有4只兔子，右边有2只兔子，把它们合起来就是4＋2＝6(只)。</w:t>
            </w:r>
          </w:p>
          <w:p>
            <w:pPr>
              <w:spacing w:after="20" w:line="276" w:lineRule="auto"/>
            </w:pPr>
            <w:r>
              <w:rPr>
                <w:rFonts w:ascii="宋体" w:hAnsi="宋体" w:eastAsia="宋体"/>
                <w:b w:val="0"/>
                <w:sz w:val="18"/>
              </w:rPr>
              <w:t>预设2：右边有2只兔子，左边有4只兔子，把它们合起来就是2＋4＝6(只)。</w:t>
            </w:r>
          </w:p>
          <w:p>
            <w:pPr>
              <w:spacing w:after="20" w:line="276" w:lineRule="auto"/>
            </w:pPr>
            <w:r>
              <w:rPr>
                <w:rFonts w:ascii="宋体" w:hAnsi="宋体" w:eastAsia="宋体"/>
                <w:b w:val="0"/>
                <w:sz w:val="18"/>
              </w:rPr>
              <w:t>学生可能说在图中再数一数，检查是不是一共有6只兔子。</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设计递进式探究活动，引导学生在动手实践与合作交流中经历知识形成过程，突破本课重难点，核心问题："在这里，大括号表示把什么和什么合起来呢？"</w:t>
            </w:r>
          </w:p>
        </w:tc>
      </w:tr>
      <w:tr>
        <w:tc>
          <w:tcPr>
            <w:tcW w:type="dxa" w:w="1474"/>
          </w:tcPr>
          <w:p>
            <w:pPr>
              <w:spacing w:after="20" w:line="276" w:lineRule="auto"/>
            </w:pPr>
            <w:r>
              <w:rPr>
                <w:b/>
              </w:rPr>
            </w:r>
            <w:r>
              <w:rPr>
                <w:rFonts w:ascii="宋体" w:hAnsi="宋体" w:eastAsia="宋体"/>
                <w:b/>
                <w:sz w:val="18"/>
              </w:rPr>
              <w:t>巩固练习</w:t>
            </w:r>
          </w:p>
        </w:tc>
        <w:tc>
          <w:tcPr>
            <w:tcW w:type="dxa" w:w="3061"/>
          </w:tcPr>
          <w:p>
            <w:pPr>
              <w:spacing w:after="20" w:line="276" w:lineRule="auto"/>
            </w:pPr>
            <w:r/>
            <w:r>
              <w:rPr>
                <w:rFonts w:ascii="宋体" w:hAnsi="宋体" w:eastAsia="宋体"/>
                <w:b w:val="0"/>
                <w:sz w:val="18"/>
              </w:rPr>
              <w:t>完成教科书P45“做一做”。</w:t>
            </w:r>
          </w:p>
          <w:p>
            <w:pPr>
              <w:spacing w:after="20" w:line="276" w:lineRule="auto"/>
            </w:pPr>
            <w:r>
              <w:rPr>
                <w:rFonts w:ascii="宋体" w:hAnsi="宋体" w:eastAsia="宋体"/>
                <w:b w:val="0"/>
                <w:sz w:val="18"/>
              </w:rPr>
              <w:t>师：企鹅也想请你们帮帮忙，请大家仔细观察，完整地说一说图意。</w:t>
            </w:r>
          </w:p>
          <w:p>
            <w:pPr>
              <w:spacing w:after="20" w:line="276" w:lineRule="auto"/>
            </w:pPr>
            <w:r>
              <w:rPr>
                <w:rFonts w:ascii="宋体" w:hAnsi="宋体" w:eastAsia="宋体"/>
                <w:b w:val="0"/>
                <w:sz w:val="18"/>
              </w:rPr>
              <w:t>师：你会解决这个问题吗？</w:t>
            </w:r>
          </w:p>
        </w:tc>
        <w:tc>
          <w:tcPr>
            <w:tcW w:type="dxa" w:w="3061"/>
          </w:tcPr>
          <w:p>
            <w:pPr>
              <w:spacing w:after="20" w:line="276" w:lineRule="auto"/>
            </w:pPr>
            <w:r/>
            <w:r>
              <w:rPr>
                <w:rFonts w:ascii="宋体" w:hAnsi="宋体" w:eastAsia="宋体"/>
                <w:b w:val="0"/>
                <w:sz w:val="18"/>
              </w:rPr>
              <w:t>学生会说出左边原来有5只，又从右边跑来2只，要求一共有几只。</w:t>
            </w:r>
          </w:p>
          <w:p>
            <w:pPr>
              <w:spacing w:after="20" w:line="276" w:lineRule="auto"/>
            </w:pPr>
            <w:r>
              <w:rPr>
                <w:rFonts w:ascii="宋体" w:hAnsi="宋体" w:eastAsia="宋体"/>
                <w:b w:val="0"/>
                <w:sz w:val="18"/>
              </w:rPr>
              <w:t>学生独立解决问题后先跟同桌交流，再集体汇报并检验。</w:t>
            </w:r>
          </w:p>
          <w:p>
            <w:pPr>
              <w:spacing w:after="20" w:line="276" w:lineRule="auto"/>
            </w:pPr>
            <w:r>
              <w:rPr>
                <w:rFonts w:ascii="宋体" w:hAnsi="宋体" w:eastAsia="宋体"/>
                <w:b w:val="0"/>
                <w:sz w:val="18"/>
              </w:rPr>
              <w:t>学生会列出算式2＋5＝7(只)或者5＋2＝7(只)，并检查数写错了没有，计算是否正确。</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通过有层次的练习及时反馈学情，巩固新知，培养学生灵活运用知识解决问题的能力，核心问题："你会解决这个问题吗？"</w:t>
            </w:r>
          </w:p>
        </w:tc>
      </w:tr>
      <w:tr>
        <w:tc>
          <w:tcPr>
            <w:tcW w:type="dxa" w:w="1474"/>
          </w:tcPr>
          <w:p>
            <w:pPr>
              <w:spacing w:after="20" w:line="276" w:lineRule="auto"/>
            </w:pPr>
            <w:r>
              <w:rPr>
                <w:b/>
              </w:rPr>
            </w:r>
            <w:r>
              <w:rPr>
                <w:rFonts w:ascii="宋体" w:hAnsi="宋体" w:eastAsia="宋体"/>
                <w:b/>
                <w:sz w:val="18"/>
              </w:rPr>
              <w:t>课堂小结</w:t>
            </w:r>
          </w:p>
        </w:tc>
        <w:tc>
          <w:tcPr>
            <w:tcW w:type="dxa" w:w="3061"/>
          </w:tcPr>
          <w:p>
            <w:pPr>
              <w:spacing w:after="20" w:line="276" w:lineRule="auto"/>
            </w:pPr>
            <w:r/>
            <w:r>
              <w:rPr>
                <w:rFonts w:ascii="宋体" w:hAnsi="宋体" w:eastAsia="宋体"/>
                <w:b w:val="0"/>
                <w:sz w:val="18"/>
              </w:rPr>
              <w:t>师：同学们，今天你们学到了什么？</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引导学生回顾梳理本课所学，完善认知结构，提升归纳与反思能力，核心问题："同学们，今天你们学到了什么？"</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解决问题(1)</w:t>
      </w:r>
    </w:p>
    <w:p>
      <w:pPr>
        <w:spacing w:after="40" w:line="300" w:lineRule="auto"/>
      </w:pPr>
      <w:r>
        <w:rPr>
          <w:rFonts w:ascii="宋体" w:hAnsi="宋体" w:eastAsia="宋体"/>
          <w:b w:val="0"/>
          <w:sz w:val="20"/>
        </w:rPr>
        <w:t>4＋2＝6(只)　　2＋4＝6(只)</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教科书P45例2，完成教科书P45“做一做”。</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教学中需要重点引导学生理解大括号和问号所表示的意思，并会用三句话来清晰、完整地表达图意，再根据加法的含义列出算式。部分学生可能在检验反思这个环节有困难，不知道怎样检验，教师要注意加强指导。</w:t>
      </w:r>
    </w:p>
    <w:p>
      <w:r>
        <w:br w:type="page"/>
      </w:r>
    </w:p>
    <w:p>
      <w:pPr>
        <w:spacing w:after="80" w:line="300" w:lineRule="auto"/>
      </w:pPr>
      <w:r>
        <w:rPr>
          <w:rFonts w:ascii="黑体" w:hAnsi="黑体" w:eastAsia="黑体"/>
          <w:b/>
          <w:sz w:val="24"/>
        </w:rPr>
        <w:t>二、课时教学方案（第7课时）</w:t>
      </w:r>
    </w:p>
    <w:p>
      <w:pPr>
        <w:spacing w:after="80" w:line="300" w:lineRule="auto"/>
      </w:pPr>
      <w:r>
        <w:rPr>
          <w:rFonts w:ascii="黑体" w:hAnsi="黑体" w:eastAsia="黑体"/>
          <w:b/>
          <w:sz w:val="24"/>
        </w:rPr>
        <w:t>第7课时　6、7的分与合</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第7课时　6、7的分与合</w:t>
            </w:r>
          </w:p>
        </w:tc>
        <w:tc>
          <w:tcPr>
            <w:tcW w:type="dxa" w:w="6009"/>
          </w:tcPr>
          <w:p>
            <w:pPr>
              <w:spacing w:after="20" w:line="276" w:lineRule="auto"/>
            </w:pPr>
            <w:r/>
            <w:r>
              <w:rPr>
                <w:rFonts w:ascii="宋体" w:hAnsi="宋体" w:eastAsia="宋体"/>
                <w:b w:val="0"/>
                <w:sz w:val="20"/>
              </w:rPr>
              <w:t>第2单元 6-10的认识和加、减法（～9的认识）</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通过第一单元“5以内数的认识和加、减法”的学习，学生已经积累了一定的学习经验，对数的概念的学习已经不陌生了。但是对数与数之间存在密切关系的认识还不够深刻，其中蕴含的数学推理和良好思维习惯还需要教师结合具体环节进行渗透和培养。由于一年级学生受年龄特点的限制，连加、连减这部分内容仍是学习的难点，因此要利用连续的两幅图帮助学生理解其意义及计算方法，使学生能在此基础上看清运算符号，顺利完成计算。</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教学内容：教科书P39～40例1和“试一试”，完成教科书P40“做一做”。</w:t>
      </w:r>
    </w:p>
    <w:p>
      <w:pPr>
        <w:spacing w:after="80" w:line="300" w:lineRule="auto"/>
        <w:ind w:firstLine="400"/>
      </w:pPr>
      <w:r>
        <w:rPr>
          <w:rFonts w:ascii="宋体" w:hAnsi="宋体" w:eastAsia="宋体"/>
          <w:b w:val="0"/>
          <w:sz w:val="20"/>
        </w:rPr>
        <w:t>设计思路：学生已有分与合的操作经验，因此本节课充分地让学生自主操作，通过分小红花的活动，抽象出6的组成式，并通过观察，发现一种分法有两种组成式，为后面的“一图二式”奠定基础。从6到7，教师由扶到放，逐步地培养学生的自主能力。</w:t>
      </w:r>
    </w:p>
    <w:p>
      <w:pPr>
        <w:spacing w:after="80" w:line="300" w:lineRule="auto"/>
        <w:ind w:firstLine="400"/>
      </w:pPr>
      <w:r>
        <w:rPr>
          <w:rFonts w:ascii="宋体" w:hAnsi="宋体" w:eastAsia="宋体"/>
          <w:b w:val="0"/>
          <w:sz w:val="20"/>
        </w:rPr>
        <w:t>教学准备：课件、小红花若干、数字卡片1～7。</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（1）借助具体操作，能列举出6、7的全部分法，并观察分析出一种分法对应两个不同组成式。</w:t>
      </w:r>
    </w:p>
    <w:p>
      <w:pPr>
        <w:spacing w:after="20" w:line="300" w:lineRule="auto"/>
        <w:ind w:firstLine="400"/>
      </w:pPr>
      <w:r>
        <w:rPr>
          <w:rFonts w:ascii="宋体" w:hAnsi="宋体" w:eastAsia="宋体"/>
          <w:b w:val="0"/>
          <w:sz w:val="20"/>
        </w:rPr>
        <w:t>（2）在探索6、7的不同分法的过程中，培养应用规律的主动性。养成有序思考的习惯，渗透交换律的思想。</w:t>
      </w:r>
    </w:p>
    <w:p>
      <w:pPr>
        <w:spacing w:after="20" w:line="300" w:lineRule="auto"/>
        <w:ind w:firstLine="400"/>
      </w:pPr>
      <w:r>
        <w:rPr>
          <w:rFonts w:ascii="宋体" w:hAnsi="宋体" w:eastAsia="宋体"/>
          <w:b w:val="0"/>
          <w:sz w:val="20"/>
        </w:rPr>
        <w:t>（3）在活动中进一步增强小组合作的意识，提高动手操作的能力。</w:t>
      </w:r>
    </w:p>
    <w:p>
      <w:pPr>
        <w:spacing w:after="20" w:line="300" w:lineRule="auto"/>
      </w:pPr>
      <w:r>
        <w:rPr>
          <w:rFonts w:ascii="宋体" w:hAnsi="宋体" w:eastAsia="宋体"/>
          <w:b w:val="0"/>
          <w:sz w:val="20"/>
        </w:rPr>
        <w:t>教学重点：通过实践探索、合作交流，得出6、7的分与合。</w:t>
      </w:r>
    </w:p>
    <w:p>
      <w:pPr>
        <w:spacing w:after="20" w:line="300" w:lineRule="auto"/>
      </w:pPr>
      <w:r>
        <w:rPr>
          <w:rFonts w:ascii="宋体" w:hAnsi="宋体" w:eastAsia="宋体"/>
          <w:b w:val="0"/>
          <w:sz w:val="20"/>
        </w:rPr>
        <w:t>教学难点：有序地掌握6、7的组成。</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创设情境，自主探索</w:t>
            </w:r>
          </w:p>
        </w:tc>
        <w:tc>
          <w:tcPr>
            <w:tcW w:type="dxa" w:w="1814"/>
          </w:tcPr>
          <w:p>
            <w:pPr>
              <w:spacing w:after="20" w:line="276" w:lineRule="auto"/>
            </w:pPr>
            <w:r/>
            <w:r>
              <w:rPr>
                <w:rFonts w:ascii="宋体" w:hAnsi="宋体" w:eastAsia="宋体"/>
                <w:b w:val="0"/>
                <w:sz w:val="18"/>
              </w:rPr>
              <w:t>课件、数字卡片</w:t>
            </w:r>
          </w:p>
        </w:tc>
        <w:tc>
          <w:tcPr>
            <w:tcW w:type="dxa" w:w="3402"/>
          </w:tcPr>
          <w:p>
            <w:pPr>
              <w:spacing w:after="20" w:line="276" w:lineRule="auto"/>
            </w:pPr>
            <w:r/>
            <w:r>
              <w:rPr>
                <w:rFonts w:ascii="宋体" w:hAnsi="宋体" w:eastAsia="宋体"/>
                <w:b w:val="0"/>
                <w:sz w:val="18"/>
              </w:rPr>
              <w:t>现在要将这6朵小红花分成两组，可以怎样分呢？；现在一共有多少种分法？</w:t>
            </w:r>
          </w:p>
        </w:tc>
        <w:tc>
          <w:tcPr>
            <w:tcW w:type="dxa" w:w="1361"/>
          </w:tcPr>
          <w:p>
            <w:pPr>
              <w:spacing w:after="20" w:line="276" w:lineRule="auto"/>
            </w:pPr>
            <w:r/>
            <w:r>
              <w:rPr>
                <w:rFonts w:ascii="宋体" w:hAnsi="宋体" w:eastAsia="宋体"/>
                <w:b w:val="0"/>
                <w:sz w:val="18"/>
              </w:rPr>
              <w:t>20分钟</w:t>
            </w:r>
          </w:p>
        </w:tc>
      </w:tr>
      <w:tr>
        <w:tc>
          <w:tcPr>
            <w:tcW w:type="dxa" w:w="2835"/>
          </w:tcPr>
          <w:p>
            <w:pPr>
              <w:spacing w:after="20" w:line="276" w:lineRule="auto"/>
            </w:pPr>
            <w:r/>
            <w:r>
              <w:rPr>
                <w:rFonts w:ascii="宋体" w:hAnsi="宋体" w:eastAsia="宋体"/>
                <w:b w:val="0"/>
                <w:sz w:val="18"/>
              </w:rPr>
              <w:t>动手操作，尝试练习</w:t>
            </w:r>
          </w:p>
        </w:tc>
        <w:tc>
          <w:tcPr>
            <w:tcW w:type="dxa" w:w="1814"/>
          </w:tcPr>
          <w:p>
            <w:pPr>
              <w:spacing w:after="20" w:line="276" w:lineRule="auto"/>
            </w:pPr>
            <w:r/>
            <w:r>
              <w:rPr>
                <w:rFonts w:ascii="宋体" w:hAnsi="宋体" w:eastAsia="宋体"/>
                <w:b w:val="0"/>
                <w:sz w:val="18"/>
              </w:rPr>
              <w:t>教科书、课件、数字卡片</w:t>
            </w:r>
          </w:p>
        </w:tc>
        <w:tc>
          <w:tcPr>
            <w:tcW w:type="dxa" w:w="3402"/>
          </w:tcPr>
          <w:p>
            <w:pPr>
              <w:spacing w:after="20" w:line="276" w:lineRule="auto"/>
            </w:pPr>
            <w:r/>
            <w:r>
              <w:rPr>
                <w:rFonts w:ascii="宋体" w:hAnsi="宋体" w:eastAsia="宋体"/>
                <w:b w:val="0"/>
                <w:sz w:val="18"/>
              </w:rPr>
              <w:t>再拿出一朵小红花放进来，现在你们有几朵小红花？；看看教科书P40的“试一试”，这里是按什么顺序分成两组的？</w:t>
            </w:r>
          </w:p>
        </w:tc>
        <w:tc>
          <w:tcPr>
            <w:tcW w:type="dxa" w:w="1361"/>
          </w:tcPr>
          <w:p>
            <w:pPr>
              <w:spacing w:after="20" w:line="276" w:lineRule="auto"/>
            </w:pPr>
            <w:r/>
            <w:r>
              <w:rPr>
                <w:rFonts w:ascii="宋体" w:hAnsi="宋体" w:eastAsia="宋体"/>
                <w:b w:val="0"/>
                <w:sz w:val="18"/>
              </w:rPr>
              <w:t>9分钟</w:t>
            </w:r>
          </w:p>
        </w:tc>
      </w:tr>
      <w:tr>
        <w:tc>
          <w:tcPr>
            <w:tcW w:type="dxa" w:w="2835"/>
          </w:tcPr>
          <w:p>
            <w:pPr>
              <w:spacing w:after="20" w:line="276" w:lineRule="auto"/>
            </w:pPr>
            <w:r/>
            <w:r>
              <w:rPr>
                <w:rFonts w:ascii="宋体" w:hAnsi="宋体" w:eastAsia="宋体"/>
                <w:b w:val="0"/>
                <w:sz w:val="18"/>
              </w:rPr>
              <w:t>活动游戏，巩固练习</w:t>
            </w:r>
          </w:p>
        </w:tc>
        <w:tc>
          <w:tcPr>
            <w:tcW w:type="dxa" w:w="1814"/>
          </w:tcPr>
          <w:p>
            <w:pPr>
              <w:spacing w:after="20" w:line="276" w:lineRule="auto"/>
            </w:pPr>
            <w:r/>
            <w:r>
              <w:rPr>
                <w:rFonts w:ascii="宋体" w:hAnsi="宋体" w:eastAsia="宋体"/>
                <w:b w:val="0"/>
                <w:sz w:val="18"/>
              </w:rPr>
              <w:t>教科书、课件、数字卡片</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7分钟</w:t>
            </w:r>
          </w:p>
        </w:tc>
      </w:tr>
      <w:tr>
        <w:tc>
          <w:tcPr>
            <w:tcW w:type="dxa" w:w="2835"/>
          </w:tcPr>
          <w:p>
            <w:pPr>
              <w:spacing w:after="20" w:line="276" w:lineRule="auto"/>
            </w:pPr>
            <w:r/>
            <w:r>
              <w:rPr>
                <w:rFonts w:ascii="宋体" w:hAnsi="宋体" w:eastAsia="宋体"/>
                <w:b w:val="0"/>
                <w:sz w:val="18"/>
              </w:rPr>
              <w:t>课堂小结</w:t>
            </w:r>
          </w:p>
        </w:tc>
        <w:tc>
          <w:tcPr>
            <w:tcW w:type="dxa" w:w="1814"/>
          </w:tcPr>
          <w:p>
            <w:pPr>
              <w:spacing w:after="20" w:line="276" w:lineRule="auto"/>
            </w:pPr>
            <w:r/>
            <w:r>
              <w:rPr>
                <w:rFonts w:ascii="宋体" w:hAnsi="宋体" w:eastAsia="宋体"/>
                <w:b w:val="0"/>
                <w:sz w:val="18"/>
              </w:rPr>
              <w:t>课件、数字卡片</w:t>
            </w:r>
          </w:p>
        </w:tc>
        <w:tc>
          <w:tcPr>
            <w:tcW w:type="dxa" w:w="3402"/>
          </w:tcPr>
          <w:p>
            <w:pPr>
              <w:spacing w:after="20" w:line="276" w:lineRule="auto"/>
            </w:pPr>
            <w:r/>
            <w:r>
              <w:rPr>
                <w:rFonts w:ascii="宋体" w:hAnsi="宋体" w:eastAsia="宋体"/>
                <w:b w:val="0"/>
                <w:sz w:val="18"/>
              </w:rPr>
              <w:t>今天我们学习了6和7的组成，大家记住6和7的组成了吗？</w:t>
            </w:r>
          </w:p>
        </w:tc>
        <w:tc>
          <w:tcPr>
            <w:tcW w:type="dxa" w:w="1361"/>
          </w:tcPr>
          <w:p>
            <w:pPr>
              <w:spacing w:after="20" w:line="276" w:lineRule="auto"/>
            </w:pPr>
            <w:r/>
            <w:r>
              <w:rPr>
                <w:rFonts w:ascii="宋体" w:hAnsi="宋体" w:eastAsia="宋体"/>
                <w:b w:val="0"/>
                <w:sz w:val="18"/>
              </w:rPr>
              <w:t>4分钟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创设情境，自主探索</w:t>
            </w:r>
          </w:p>
        </w:tc>
        <w:tc>
          <w:tcPr>
            <w:tcW w:type="dxa" w:w="3061"/>
          </w:tcPr>
          <w:p>
            <w:pPr>
              <w:spacing w:after="20" w:line="276" w:lineRule="auto"/>
            </w:pPr>
            <w:r/>
            <w:r>
              <w:rPr>
                <w:rFonts w:ascii="宋体" w:hAnsi="宋体" w:eastAsia="宋体"/>
                <w:b w:val="0"/>
                <w:sz w:val="18"/>
              </w:rPr>
              <w:t>1.情境导入，分小红花。</w:t>
            </w:r>
          </w:p>
          <w:p>
            <w:pPr>
              <w:spacing w:after="20" w:line="276" w:lineRule="auto"/>
            </w:pPr>
            <w:r>
              <w:rPr>
                <w:rFonts w:ascii="宋体" w:hAnsi="宋体" w:eastAsia="宋体"/>
                <w:b w:val="0"/>
                <w:sz w:val="18"/>
              </w:rPr>
              <w:t>师：今天老师给你们带来了一些奖品，你们猜一猜是什么？</w:t>
            </w:r>
          </w:p>
          <w:p>
            <w:pPr>
              <w:spacing w:after="20" w:line="276" w:lineRule="auto"/>
            </w:pPr>
            <w:r>
              <w:rPr>
                <w:rFonts w:ascii="宋体" w:hAnsi="宋体" w:eastAsia="宋体"/>
                <w:b w:val="0"/>
                <w:sz w:val="18"/>
              </w:rPr>
              <w:t>出示6朵小红花贴在黑板上。</w:t>
            </w:r>
          </w:p>
          <w:p>
            <w:pPr>
              <w:spacing w:after="20" w:line="276" w:lineRule="auto"/>
            </w:pPr>
            <w:r>
              <w:rPr>
                <w:rFonts w:ascii="宋体" w:hAnsi="宋体" w:eastAsia="宋体"/>
                <w:b w:val="0"/>
                <w:sz w:val="18"/>
              </w:rPr>
              <w:t>师：这6朵小红花会奖励给认真学习的同学哦！接下来我们来分一分这6朵小红花。</w:t>
            </w:r>
          </w:p>
          <w:p>
            <w:pPr>
              <w:spacing w:after="20" w:line="276" w:lineRule="auto"/>
            </w:pPr>
            <w:r>
              <w:rPr>
                <w:rFonts w:ascii="宋体" w:hAnsi="宋体" w:eastAsia="宋体"/>
                <w:b w:val="0"/>
                <w:sz w:val="18"/>
              </w:rPr>
              <w:t>师：现在要将这6朵小红花分成两组，可以怎样分呢？</w:t>
            </w:r>
          </w:p>
          <w:p>
            <w:pPr>
              <w:spacing w:after="20" w:line="276" w:lineRule="auto"/>
            </w:pPr>
            <w:r>
              <w:rPr>
                <w:rFonts w:ascii="宋体" w:hAnsi="宋体" w:eastAsia="宋体"/>
                <w:b w:val="0"/>
                <w:sz w:val="18"/>
              </w:rPr>
              <w:t>教师请学生上台在黑板上分一分。</w:t>
            </w:r>
          </w:p>
          <w:p>
            <w:pPr>
              <w:spacing w:after="20" w:line="276" w:lineRule="auto"/>
            </w:pPr>
            <w:r>
              <w:rPr>
                <w:rFonts w:ascii="宋体" w:hAnsi="宋体" w:eastAsia="宋体"/>
                <w:b w:val="0"/>
                <w:sz w:val="18"/>
              </w:rPr>
              <w:t>师：现在一共有多少种分法？</w:t>
            </w:r>
          </w:p>
          <w:p>
            <w:pPr>
              <w:spacing w:after="20" w:line="276" w:lineRule="auto"/>
            </w:pPr>
            <w:r>
              <w:rPr>
                <w:rFonts w:ascii="宋体" w:hAnsi="宋体" w:eastAsia="宋体"/>
                <w:b w:val="0"/>
                <w:sz w:val="18"/>
              </w:rPr>
              <w:t>1和5，2和4，3和3，4和2，5和1，一共有5种分法。</w:t>
            </w:r>
          </w:p>
          <w:p>
            <w:pPr>
              <w:spacing w:after="20" w:line="276" w:lineRule="auto"/>
            </w:pPr>
            <w:r>
              <w:rPr>
                <w:rFonts w:ascii="宋体" w:hAnsi="宋体" w:eastAsia="宋体"/>
                <w:b w:val="0"/>
                <w:sz w:val="18"/>
              </w:rPr>
              <w:t>师：根据前面我们学习的2至5的组成，这5种分法可以怎样表示出来呢？</w:t>
            </w:r>
          </w:p>
          <w:p>
            <w:pPr>
              <w:spacing w:after="20" w:line="276" w:lineRule="auto"/>
            </w:pPr>
            <w:r>
              <w:rPr>
                <w:rFonts w:ascii="宋体" w:hAnsi="宋体" w:eastAsia="宋体"/>
                <w:b w:val="0"/>
                <w:sz w:val="18"/>
              </w:rPr>
              <w:t>根据学生的交流，板书出5种分法。</w:t>
            </w:r>
          </w:p>
          <w:p>
            <w:pPr>
              <w:spacing w:after="20" w:line="276" w:lineRule="auto"/>
            </w:pPr>
            <w:r>
              <w:rPr>
                <w:rFonts w:ascii="宋体" w:hAnsi="宋体" w:eastAsia="宋体"/>
                <w:b w:val="0"/>
                <w:sz w:val="18"/>
              </w:rPr>
              <w:t>板书：</w:t>
            </w:r>
          </w:p>
          <w:p>
            <w:pPr>
              <w:spacing w:after="20" w:line="276" w:lineRule="auto"/>
            </w:pPr>
            <w:r>
              <w:rPr>
                <w:rFonts w:ascii="宋体" w:hAnsi="宋体" w:eastAsia="宋体"/>
                <w:b w:val="0"/>
                <w:sz w:val="18"/>
              </w:rPr>
              <w:t>按顺序分：</w:t>
            </w:r>
          </w:p>
          <w:p>
            <w:pPr>
              <w:spacing w:after="20" w:line="276" w:lineRule="auto"/>
            </w:pPr>
            <w:r>
              <w:rPr>
                <w:rFonts w:ascii="宋体" w:hAnsi="宋体" w:eastAsia="宋体"/>
                <w:b w:val="0"/>
                <w:sz w:val="18"/>
              </w:rPr>
              <w:t>2．整理分法，理解一种分法对应两个组成式。</w:t>
            </w:r>
          </w:p>
          <w:p>
            <w:pPr>
              <w:spacing w:after="20" w:line="276" w:lineRule="auto"/>
            </w:pPr>
            <w:r>
              <w:rPr>
                <w:rFonts w:ascii="宋体" w:hAnsi="宋体" w:eastAsia="宋体"/>
                <w:b w:val="0"/>
                <w:sz w:val="18"/>
              </w:rPr>
              <w:t>师：同学们观察这5种分法两边的数字，你们发现有什么规律吗？</w:t>
            </w:r>
          </w:p>
          <w:p>
            <w:pPr>
              <w:spacing w:after="20" w:line="276" w:lineRule="auto"/>
            </w:pPr>
            <w:r>
              <w:rPr>
                <w:rFonts w:ascii="宋体" w:hAnsi="宋体" w:eastAsia="宋体"/>
                <w:b w:val="0"/>
                <w:sz w:val="18"/>
              </w:rPr>
              <w:t>1．从左往右，前面的数在增大，后面的数在减小。2.有些分法相同，只是两组的前后顺序交换了。</w:t>
            </w:r>
          </w:p>
          <w:p>
            <w:pPr>
              <w:spacing w:after="20" w:line="276" w:lineRule="auto"/>
            </w:pPr>
            <w:r>
              <w:rPr>
                <w:rFonts w:ascii="宋体" w:hAnsi="宋体" w:eastAsia="宋体"/>
                <w:b w:val="0"/>
                <w:sz w:val="18"/>
              </w:rPr>
              <w:t>师：同学们眼力真好！发现了这么多的规律！我们来看看1和5与5和1这组，这两种分法有什么联系？</w:t>
            </w:r>
          </w:p>
          <w:p>
            <w:pPr>
              <w:spacing w:after="20" w:line="276" w:lineRule="auto"/>
            </w:pPr>
            <w:r>
              <w:rPr>
                <w:rFonts w:ascii="宋体" w:hAnsi="宋体" w:eastAsia="宋体"/>
                <w:b w:val="0"/>
                <w:sz w:val="18"/>
              </w:rPr>
              <w:t>只是两组的前后顺序交换了，都是分成了1和5。</w:t>
            </w:r>
          </w:p>
          <w:p>
            <w:pPr>
              <w:spacing w:after="20" w:line="276" w:lineRule="auto"/>
            </w:pPr>
            <w:r>
              <w:rPr>
                <w:rFonts w:ascii="宋体" w:hAnsi="宋体" w:eastAsia="宋体"/>
                <w:b w:val="0"/>
                <w:sz w:val="18"/>
              </w:rPr>
              <w:t>师：对！其实就是一种分法！那将6朵花分成1朵和5朵，可以怎样表示呀？</w:t>
            </w:r>
          </w:p>
          <w:p>
            <w:pPr>
              <w:spacing w:after="20" w:line="276" w:lineRule="auto"/>
            </w:pPr>
            <w:r>
              <w:rPr>
                <w:rFonts w:ascii="宋体" w:hAnsi="宋体" w:eastAsia="宋体"/>
                <w:b w:val="0"/>
                <w:sz w:val="18"/>
              </w:rPr>
              <w:t>引导学生理解一种分法可以写出两种组成式，两种组成式可以表示同一种分法。</w:t>
            </w:r>
          </w:p>
          <w:p>
            <w:pPr>
              <w:spacing w:after="20" w:line="276" w:lineRule="auto"/>
            </w:pPr>
            <w:r>
              <w:rPr>
                <w:rFonts w:ascii="宋体" w:hAnsi="宋体" w:eastAsia="宋体"/>
                <w:b w:val="0"/>
                <w:sz w:val="18"/>
              </w:rPr>
              <w:t>板书：</w:t>
            </w:r>
          </w:p>
          <w:p>
            <w:pPr>
              <w:spacing w:after="20" w:line="276" w:lineRule="auto"/>
            </w:pPr>
            <w:r>
              <w:rPr>
                <w:rFonts w:ascii="宋体" w:hAnsi="宋体" w:eastAsia="宋体"/>
                <w:b w:val="0"/>
                <w:sz w:val="18"/>
              </w:rPr>
              <w:t>成对写：</w:t>
            </w:r>
          </w:p>
          <w:p>
            <w:pPr>
              <w:spacing w:after="20" w:line="276" w:lineRule="auto"/>
            </w:pPr>
            <w:r>
              <w:rPr>
                <w:rFonts w:ascii="宋体" w:hAnsi="宋体" w:eastAsia="宋体"/>
                <w:b w:val="0"/>
                <w:sz w:val="18"/>
              </w:rPr>
              <w:t>小结：一种分法可以写出两种组成式，只是分成的两个数的前后顺序交换了，所以可以成对写。</w:t>
            </w:r>
          </w:p>
          <w:p>
            <w:pPr>
              <w:spacing w:after="20" w:line="276" w:lineRule="auto"/>
            </w:pPr>
            <w:r>
              <w:rPr>
                <w:rFonts w:ascii="宋体" w:hAnsi="宋体" w:eastAsia="宋体"/>
                <w:b w:val="0"/>
                <w:sz w:val="18"/>
              </w:rPr>
              <w:t>3．记忆6的分与合。</w:t>
            </w:r>
          </w:p>
          <w:p>
            <w:pPr>
              <w:spacing w:after="20" w:line="276" w:lineRule="auto"/>
            </w:pPr>
            <w:r>
              <w:rPr>
                <w:rFonts w:ascii="宋体" w:hAnsi="宋体" w:eastAsia="宋体"/>
                <w:b w:val="0"/>
                <w:sz w:val="18"/>
              </w:rPr>
              <w:t>师：接下来，检验同学们的时刻来了，我们来进行一个小比赛，给你们1分钟的时间记住6的各种分与合，看谁记得又准又快。</w:t>
            </w:r>
          </w:p>
          <w:p>
            <w:pPr>
              <w:spacing w:after="20" w:line="276" w:lineRule="auto"/>
            </w:pPr>
            <w:r>
              <w:rPr>
                <w:rFonts w:ascii="宋体" w:hAnsi="宋体" w:eastAsia="宋体"/>
                <w:b w:val="0"/>
                <w:sz w:val="18"/>
              </w:rPr>
              <w:t>师：我们一起来说一说6的分与合吧！</w:t>
            </w:r>
          </w:p>
          <w:p>
            <w:pPr>
              <w:spacing w:after="20" w:line="276" w:lineRule="auto"/>
            </w:pPr>
            <w:r>
              <w:rPr>
                <w:rFonts w:ascii="宋体" w:hAnsi="宋体" w:eastAsia="宋体"/>
                <w:b w:val="0"/>
                <w:sz w:val="18"/>
              </w:rPr>
              <w:t>指名回答，开始速度稍慢，后面速度逐渐加快。</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创设情境激活学生已有经验，自然引出本课学习内容，激发学习兴趣，核心问题："现在要将这6朵小红花分成两组，可以怎样分呢？"</w:t>
            </w:r>
          </w:p>
        </w:tc>
      </w:tr>
      <w:tr>
        <w:tc>
          <w:tcPr>
            <w:tcW w:type="dxa" w:w="1474"/>
          </w:tcPr>
          <w:p>
            <w:pPr>
              <w:spacing w:after="20" w:line="276" w:lineRule="auto"/>
            </w:pPr>
            <w:r>
              <w:rPr>
                <w:b/>
              </w:rPr>
            </w:r>
            <w:r>
              <w:rPr>
                <w:rFonts w:ascii="宋体" w:hAnsi="宋体" w:eastAsia="宋体"/>
                <w:b/>
                <w:sz w:val="18"/>
              </w:rPr>
              <w:t>动手操作，尝试练习</w:t>
            </w:r>
          </w:p>
        </w:tc>
        <w:tc>
          <w:tcPr>
            <w:tcW w:type="dxa" w:w="3061"/>
          </w:tcPr>
          <w:p>
            <w:pPr>
              <w:spacing w:after="20" w:line="276" w:lineRule="auto"/>
            </w:pPr>
            <w:r/>
            <w:r>
              <w:rPr>
                <w:rFonts w:ascii="宋体" w:hAnsi="宋体" w:eastAsia="宋体"/>
                <w:b w:val="0"/>
                <w:sz w:val="18"/>
              </w:rPr>
              <w:t>1.独立操作，自主探索。</w:t>
            </w:r>
          </w:p>
          <w:p>
            <w:pPr>
              <w:spacing w:after="20" w:line="276" w:lineRule="auto"/>
            </w:pPr>
            <w:r>
              <w:rPr>
                <w:rFonts w:ascii="宋体" w:hAnsi="宋体" w:eastAsia="宋体"/>
                <w:b w:val="0"/>
                <w:sz w:val="18"/>
              </w:rPr>
              <w:t>师：再拿出一朵小红花放进来，现在你们有几朵小红花？</w:t>
            </w:r>
          </w:p>
          <w:p>
            <w:pPr>
              <w:spacing w:after="20" w:line="276" w:lineRule="auto"/>
            </w:pPr>
            <w:r>
              <w:rPr>
                <w:rFonts w:ascii="宋体" w:hAnsi="宋体" w:eastAsia="宋体"/>
                <w:b w:val="0"/>
                <w:sz w:val="18"/>
              </w:rPr>
              <w:t>师：像刚才一样，按照一定的顺序将7朵小红花分成两组，将每次分的结果写下来，看有几种分法。(板书课题：6、7的分与合)</w:t>
            </w:r>
          </w:p>
          <w:p>
            <w:pPr>
              <w:spacing w:after="20" w:line="276" w:lineRule="auto"/>
            </w:pPr>
            <w:r>
              <w:rPr>
                <w:rFonts w:ascii="宋体" w:hAnsi="宋体" w:eastAsia="宋体"/>
                <w:b w:val="0"/>
                <w:sz w:val="18"/>
              </w:rPr>
              <w:t>2．集体交流，展示成果。</w:t>
            </w:r>
          </w:p>
          <w:p>
            <w:pPr>
              <w:spacing w:after="20" w:line="276" w:lineRule="auto"/>
            </w:pPr>
            <w:r>
              <w:rPr>
                <w:rFonts w:ascii="宋体" w:hAnsi="宋体" w:eastAsia="宋体"/>
                <w:b w:val="0"/>
                <w:sz w:val="18"/>
              </w:rPr>
              <w:t>师：看看教科书P40的“试一试”，这里是按什么顺序分成两组的？</w:t>
            </w:r>
          </w:p>
          <w:p>
            <w:pPr>
              <w:spacing w:after="20" w:line="276" w:lineRule="auto"/>
            </w:pPr>
            <w:r>
              <w:rPr>
                <w:rFonts w:ascii="宋体" w:hAnsi="宋体" w:eastAsia="宋体"/>
                <w:b w:val="0"/>
                <w:sz w:val="18"/>
              </w:rPr>
              <w:t>先按从小到大的顺序分，再成对写。</w:t>
            </w:r>
          </w:p>
          <w:p>
            <w:pPr>
              <w:spacing w:after="20" w:line="276" w:lineRule="auto"/>
            </w:pPr>
            <w:r>
              <w:rPr>
                <w:rFonts w:ascii="宋体" w:hAnsi="宋体" w:eastAsia="宋体"/>
                <w:b w:val="0"/>
                <w:sz w:val="18"/>
              </w:rPr>
              <w:t>师：请根据这个顺序将后面几种分法补充完整。</w:t>
            </w:r>
          </w:p>
          <w:p>
            <w:pPr>
              <w:spacing w:after="20" w:line="276" w:lineRule="auto"/>
            </w:pPr>
            <w:r>
              <w:rPr>
                <w:rFonts w:ascii="宋体" w:hAnsi="宋体" w:eastAsia="宋体"/>
                <w:b w:val="0"/>
                <w:sz w:val="18"/>
              </w:rPr>
              <w:t>让学生一边分，一边把分出的结果写在教科书P40“试一试”的空格里。</w:t>
            </w:r>
          </w:p>
          <w:p>
            <w:pPr>
              <w:spacing w:after="20" w:line="276" w:lineRule="auto"/>
            </w:pPr>
            <w:r>
              <w:rPr>
                <w:rFonts w:ascii="宋体" w:hAnsi="宋体" w:eastAsia="宋体"/>
                <w:b w:val="0"/>
                <w:sz w:val="18"/>
              </w:rPr>
              <w:t>3．师生对口令，说7的分与合。</w:t>
            </w:r>
          </w:p>
          <w:p>
            <w:pPr>
              <w:spacing w:after="20" w:line="276" w:lineRule="auto"/>
            </w:pPr>
            <w:r>
              <w:rPr>
                <w:rFonts w:ascii="宋体" w:hAnsi="宋体" w:eastAsia="宋体"/>
                <w:b w:val="0"/>
                <w:sz w:val="18"/>
              </w:rPr>
              <w:t>老师说一个数，学生说一个能与老师说的数合起来是7的数。</w:t>
            </w:r>
          </w:p>
        </w:tc>
        <w:tc>
          <w:tcPr>
            <w:tcW w:type="dxa" w:w="3061"/>
          </w:tcPr>
          <w:p>
            <w:pPr>
              <w:spacing w:after="20" w:line="276" w:lineRule="auto"/>
            </w:pPr>
            <w:r/>
            <w:r>
              <w:rPr>
                <w:rFonts w:ascii="宋体" w:hAnsi="宋体" w:eastAsia="宋体"/>
                <w:b w:val="0"/>
                <w:sz w:val="18"/>
              </w:rPr>
              <w:t>学生齐答：7朵。</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设计递进式探究活动，引导学生在动手实践与合作交流中经历知识形成过程，突破本课重难点，核心问题："再拿出一朵小红花放进来，现在你们有几朵小红花？"</w:t>
            </w:r>
          </w:p>
        </w:tc>
      </w:tr>
      <w:tr>
        <w:tc>
          <w:tcPr>
            <w:tcW w:type="dxa" w:w="1474"/>
          </w:tcPr>
          <w:p>
            <w:pPr>
              <w:spacing w:after="20" w:line="276" w:lineRule="auto"/>
            </w:pPr>
            <w:r>
              <w:rPr>
                <w:b/>
              </w:rPr>
            </w:r>
            <w:r>
              <w:rPr>
                <w:rFonts w:ascii="宋体" w:hAnsi="宋体" w:eastAsia="宋体"/>
                <w:b/>
                <w:sz w:val="18"/>
              </w:rPr>
              <w:t>活动游戏，巩固练习</w:t>
            </w:r>
          </w:p>
        </w:tc>
        <w:tc>
          <w:tcPr>
            <w:tcW w:type="dxa" w:w="3061"/>
          </w:tcPr>
          <w:p>
            <w:pPr>
              <w:spacing w:after="20" w:line="276" w:lineRule="auto"/>
            </w:pPr>
            <w:r/>
            <w:r>
              <w:rPr>
                <w:rFonts w:ascii="宋体" w:hAnsi="宋体" w:eastAsia="宋体"/>
                <w:b w:val="0"/>
                <w:sz w:val="18"/>
              </w:rPr>
              <w:t>1.完成教科书P40“做一做”第1题。</w:t>
            </w:r>
          </w:p>
          <w:p>
            <w:pPr>
              <w:spacing w:after="20" w:line="276" w:lineRule="auto"/>
            </w:pPr>
            <w:r>
              <w:rPr>
                <w:rFonts w:ascii="宋体" w:hAnsi="宋体" w:eastAsia="宋体"/>
                <w:b w:val="0"/>
                <w:sz w:val="18"/>
              </w:rPr>
              <w:t>教师组织进行两轮多次的合成游戏，分别练习6和7的组成。</w:t>
            </w:r>
          </w:p>
          <w:p>
            <w:pPr>
              <w:spacing w:after="20" w:line="276" w:lineRule="auto"/>
            </w:pPr>
            <w:r>
              <w:rPr>
                <w:rFonts w:ascii="宋体" w:hAnsi="宋体" w:eastAsia="宋体"/>
                <w:b w:val="0"/>
                <w:sz w:val="18"/>
              </w:rPr>
              <w:t>2．完成教科书P40“做一做”第2题。</w:t>
            </w:r>
          </w:p>
          <w:p>
            <w:pPr>
              <w:spacing w:after="20" w:line="276" w:lineRule="auto"/>
            </w:pPr>
            <w:r>
              <w:rPr>
                <w:rFonts w:ascii="宋体" w:hAnsi="宋体" w:eastAsia="宋体"/>
                <w:b w:val="0"/>
                <w:sz w:val="18"/>
              </w:rPr>
              <w:t>独立完成，集体交流。</w:t>
            </w:r>
          </w:p>
          <w:p>
            <w:pPr>
              <w:spacing w:after="20" w:line="276" w:lineRule="auto"/>
            </w:pPr>
            <w:r>
              <w:rPr>
                <w:rFonts w:ascii="宋体" w:hAnsi="宋体" w:eastAsia="宋体"/>
                <w:b w:val="0"/>
                <w:sz w:val="18"/>
              </w:rPr>
              <w:t>3．完成教科书P40“做一做”第3题。</w:t>
            </w:r>
          </w:p>
          <w:p>
            <w:pPr>
              <w:spacing w:after="20" w:line="276" w:lineRule="auto"/>
            </w:pPr>
            <w:r>
              <w:rPr>
                <w:rFonts w:ascii="宋体" w:hAnsi="宋体" w:eastAsia="宋体"/>
                <w:b w:val="0"/>
                <w:sz w:val="18"/>
              </w:rPr>
              <w:t>读一读并说一说，你觉得应该怎么做？</w:t>
            </w:r>
          </w:p>
          <w:p>
            <w:pPr>
              <w:spacing w:after="20" w:line="276" w:lineRule="auto"/>
            </w:pPr>
            <w:r>
              <w:rPr>
                <w:rFonts w:ascii="宋体" w:hAnsi="宋体" w:eastAsia="宋体"/>
                <w:b w:val="0"/>
                <w:sz w:val="18"/>
              </w:rPr>
              <w:t>引导学生先分析题意，再讨论怎么解答。</w:t>
            </w:r>
          </w:p>
          <w:p>
            <w:pPr>
              <w:spacing w:after="20" w:line="276" w:lineRule="auto"/>
            </w:pPr>
            <w:r>
              <w:rPr>
                <w:rFonts w:ascii="宋体" w:hAnsi="宋体" w:eastAsia="宋体"/>
                <w:b w:val="0"/>
                <w:sz w:val="18"/>
              </w:rPr>
              <w:t>先用数字标出每个盘子里草莓的个数，再根据6的分与合来连一连。</w:t>
            </w:r>
          </w:p>
          <w:p>
            <w:pPr>
              <w:spacing w:after="20" w:line="276" w:lineRule="auto"/>
            </w:pPr>
            <w:r>
              <w:rPr>
                <w:rFonts w:ascii="宋体" w:hAnsi="宋体" w:eastAsia="宋体"/>
                <w:b w:val="0"/>
                <w:sz w:val="18"/>
              </w:rPr>
              <w:t>独立完成，展示结果，集体订正。</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w:t>
            </w:r>
          </w:p>
        </w:tc>
      </w:tr>
      <w:tr>
        <w:tc>
          <w:tcPr>
            <w:tcW w:type="dxa" w:w="1474"/>
          </w:tcPr>
          <w:p>
            <w:pPr>
              <w:spacing w:after="20" w:line="276" w:lineRule="auto"/>
            </w:pPr>
            <w:r>
              <w:rPr>
                <w:b/>
              </w:rPr>
            </w:r>
            <w:r>
              <w:rPr>
                <w:rFonts w:ascii="宋体" w:hAnsi="宋体" w:eastAsia="宋体"/>
                <w:b/>
                <w:sz w:val="18"/>
              </w:rPr>
              <w:t>课堂小结</w:t>
            </w:r>
          </w:p>
        </w:tc>
        <w:tc>
          <w:tcPr>
            <w:tcW w:type="dxa" w:w="3061"/>
          </w:tcPr>
          <w:p>
            <w:pPr>
              <w:spacing w:after="20" w:line="276" w:lineRule="auto"/>
            </w:pPr>
            <w:r/>
            <w:r>
              <w:rPr>
                <w:rFonts w:ascii="宋体" w:hAnsi="宋体" w:eastAsia="宋体"/>
                <w:b w:val="0"/>
                <w:sz w:val="18"/>
              </w:rPr>
              <w:t>师：今天我们学习了6和7的组成，大家记住6和7的组成了吗？跟同桌再互相对一对口令吧！</w:t>
            </w:r>
          </w:p>
          <w:p>
            <w:pPr>
              <w:spacing w:after="20" w:line="276" w:lineRule="auto"/>
            </w:pPr>
            <w:r>
              <w:rPr>
                <w:rFonts w:ascii="宋体" w:hAnsi="宋体" w:eastAsia="宋体"/>
                <w:b w:val="0"/>
                <w:sz w:val="18"/>
              </w:rPr>
              <w:t>两人说出数字6或7的分与合。</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引导学生回顾梳理本课所学，完善认知结构，提升归纳与反思能力，核心问题："今天我们学习了6和7的组成，大家记住6和7的组成了吗？"</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教科书P39～40例1和“试一试”，完成教科书P40“做一做”。</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的教学是引导学生自主探究6和7的组成，学生基本上都能自主完成，但有两个方面还要加强。一是在摆和写的时候，要引导学生做到图与数对应；二是在分成、组成时，要引导学生有序思考，如：先摆出一种后，除两边相等的情况外，再交换两堆的位置，得到另一种；再如：在摆的时候，从一边向另一边一个一个地移动小红花，每移动一个就是一种新的组成。</w:t>
      </w:r>
    </w:p>
    <w:p>
      <w:r>
        <w:br w:type="page"/>
      </w:r>
    </w:p>
    <w:p>
      <w:pPr>
        <w:spacing w:after="80" w:line="300" w:lineRule="auto"/>
      </w:pPr>
      <w:r>
        <w:rPr>
          <w:rFonts w:ascii="黑体" w:hAnsi="黑体" w:eastAsia="黑体"/>
          <w:b/>
          <w:sz w:val="24"/>
        </w:rPr>
        <w:t>二、课时教学方案（第8课时）</w:t>
      </w:r>
    </w:p>
    <w:p>
      <w:pPr>
        <w:spacing w:after="80" w:line="300" w:lineRule="auto"/>
      </w:pPr>
      <w:r>
        <w:rPr>
          <w:rFonts w:ascii="黑体" w:hAnsi="黑体" w:eastAsia="黑体"/>
          <w:b/>
          <w:sz w:val="24"/>
        </w:rPr>
        <w:t>第8课时　解决问题(2)</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第8课时　解决问题(2)</w:t>
            </w:r>
          </w:p>
        </w:tc>
        <w:tc>
          <w:tcPr>
            <w:tcW w:type="dxa" w:w="6009"/>
          </w:tcPr>
          <w:p>
            <w:pPr>
              <w:spacing w:after="20" w:line="276" w:lineRule="auto"/>
            </w:pPr>
            <w:r/>
            <w:r>
              <w:rPr>
                <w:rFonts w:ascii="宋体" w:hAnsi="宋体" w:eastAsia="宋体"/>
                <w:b w:val="0"/>
                <w:sz w:val="20"/>
              </w:rPr>
              <w:t>第2单元 6-10的认识和加、减法（～9的加、减法）</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通过第一单元“5以内数的认识和加、减法”的学习，学生已经积累了一定的学习经验，对数的概念的学习已经不陌生了。但是对数与数之间存在密切关系的认识还不够深刻，其中蕴含的数学推理和良好思维习惯还需要教师结合具体环节进行渗透和培养。由于一年级学生受年龄特点的限制，连加、连减这部分内容仍是学习的难点，因此要利用连续的两幅图帮助学生理解其意义及计算方法，使学生能在此基础上看清运算符号，顺利完成计算。</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教学内容：教科书P46例3，完成教科书P46“做一做”。</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（1）知道图中加大括号和问号的意义，能从图中理解已知和未知的内容，知道从一个数里去掉一部分后求还剩多少的数学问题是用减法计算。</w:t>
      </w:r>
    </w:p>
    <w:p>
      <w:pPr>
        <w:spacing w:after="20" w:line="300" w:lineRule="auto"/>
        <w:ind w:firstLine="400"/>
      </w:pPr>
      <w:r>
        <w:rPr>
          <w:rFonts w:ascii="宋体" w:hAnsi="宋体" w:eastAsia="宋体"/>
          <w:b w:val="0"/>
          <w:sz w:val="20"/>
        </w:rPr>
        <w:t>（2）能根据图示列出减法算式，按步骤解决减法计算的问题。</w:t>
      </w:r>
    </w:p>
    <w:p>
      <w:pPr>
        <w:spacing w:after="20" w:line="300" w:lineRule="auto"/>
        <w:ind w:firstLine="400"/>
      </w:pPr>
      <w:r>
        <w:rPr>
          <w:rFonts w:ascii="宋体" w:hAnsi="宋体" w:eastAsia="宋体"/>
          <w:b w:val="0"/>
          <w:sz w:val="20"/>
        </w:rPr>
        <w:t>（3）感受数学与日常生活的紧密联系，体验学数学、用数学的乐趣。</w:t>
      </w:r>
    </w:p>
    <w:p>
      <w:pPr>
        <w:spacing w:after="20" w:line="300" w:lineRule="auto"/>
      </w:pPr>
      <w:r>
        <w:rPr>
          <w:rFonts w:ascii="宋体" w:hAnsi="宋体" w:eastAsia="宋体"/>
          <w:b w:val="0"/>
          <w:sz w:val="20"/>
        </w:rPr>
        <w:t>教学重点：会正确地口述图意及列式计算。</w:t>
      </w:r>
    </w:p>
    <w:p>
      <w:pPr>
        <w:spacing w:after="20" w:line="300" w:lineRule="auto"/>
      </w:pPr>
      <w:r>
        <w:rPr>
          <w:rFonts w:ascii="宋体" w:hAnsi="宋体" w:eastAsia="宋体"/>
          <w:b w:val="0"/>
          <w:sz w:val="20"/>
        </w:rPr>
        <w:t>教学难点：明确问题，知道要求的是哪一部分，正确地列出算式。</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猜谜激趣，导入新课</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自主探究，发现新知</w:t>
            </w:r>
          </w:p>
        </w:tc>
        <w:tc>
          <w:tcPr>
            <w:tcW w:type="dxa" w:w="1814"/>
          </w:tcPr>
          <w:p>
            <w:pPr>
              <w:spacing w:after="20" w:line="276" w:lineRule="auto"/>
            </w:pPr>
            <w:r/>
            <w:r>
              <w:rPr>
                <w:rFonts w:ascii="宋体" w:hAnsi="宋体" w:eastAsia="宋体"/>
                <w:b w:val="0"/>
                <w:sz w:val="18"/>
              </w:rPr>
              <w:t>教科书、情境图、课件</w:t>
            </w:r>
          </w:p>
        </w:tc>
        <w:tc>
          <w:tcPr>
            <w:tcW w:type="dxa" w:w="3402"/>
          </w:tcPr>
          <w:p>
            <w:pPr>
              <w:spacing w:after="20" w:line="276" w:lineRule="auto"/>
            </w:pPr>
            <w:r/>
            <w:r>
              <w:rPr>
                <w:rFonts w:ascii="宋体" w:hAnsi="宋体" w:eastAsia="宋体"/>
                <w:b w:val="0"/>
                <w:sz w:val="18"/>
              </w:rPr>
              <w:t>请大家仔细观察教科书P46例3的情境图，这里的大括号表示什么？问号又表示什么呢？；我们现在明白这幅图表示的意思了，那么求还剩几只要怎样解答呢？</w:t>
            </w:r>
          </w:p>
        </w:tc>
        <w:tc>
          <w:tcPr>
            <w:tcW w:type="dxa" w:w="1361"/>
          </w:tcPr>
          <w:p>
            <w:pPr>
              <w:spacing w:after="20" w:line="276" w:lineRule="auto"/>
            </w:pPr>
            <w:r/>
            <w:r>
              <w:rPr>
                <w:rFonts w:ascii="宋体" w:hAnsi="宋体" w:eastAsia="宋体"/>
                <w:b w:val="0"/>
                <w:sz w:val="18"/>
              </w:rPr>
              <w:t>23分钟</w:t>
            </w:r>
          </w:p>
        </w:tc>
      </w:tr>
      <w:tr>
        <w:tc>
          <w:tcPr>
            <w:tcW w:type="dxa" w:w="2835"/>
          </w:tcPr>
          <w:p>
            <w:pPr>
              <w:spacing w:after="20" w:line="276" w:lineRule="auto"/>
            </w:pPr>
            <w:r/>
            <w:r>
              <w:rPr>
                <w:rFonts w:ascii="宋体" w:hAnsi="宋体" w:eastAsia="宋体"/>
                <w:b w:val="0"/>
                <w:sz w:val="18"/>
              </w:rPr>
              <w:t>巩固练习</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企鹅们又来了，这次它们又带来了什么问题呢？</w:t>
            </w:r>
          </w:p>
        </w:tc>
        <w:tc>
          <w:tcPr>
            <w:tcW w:type="dxa" w:w="1361"/>
          </w:tcPr>
          <w:p>
            <w:pPr>
              <w:spacing w:after="20" w:line="276" w:lineRule="auto"/>
            </w:pPr>
            <w:r/>
            <w:r>
              <w:rPr>
                <w:rFonts w:ascii="宋体" w:hAnsi="宋体" w:eastAsia="宋体"/>
                <w:b w:val="0"/>
                <w:sz w:val="18"/>
              </w:rPr>
              <w:t>8分钟</w:t>
            </w:r>
          </w:p>
        </w:tc>
      </w:tr>
      <w:tr>
        <w:tc>
          <w:tcPr>
            <w:tcW w:type="dxa" w:w="2835"/>
          </w:tcPr>
          <w:p>
            <w:pPr>
              <w:spacing w:after="20" w:line="276" w:lineRule="auto"/>
            </w:pPr>
            <w:r/>
            <w:r>
              <w:rPr>
                <w:rFonts w:ascii="宋体" w:hAnsi="宋体" w:eastAsia="宋体"/>
                <w:b w:val="0"/>
                <w:sz w:val="18"/>
              </w:rPr>
              <w:t>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同学们，这节课你们学到了什么？</w:t>
            </w:r>
          </w:p>
        </w:tc>
        <w:tc>
          <w:tcPr>
            <w:tcW w:type="dxa" w:w="1361"/>
          </w:tcPr>
          <w:p>
            <w:pPr>
              <w:spacing w:after="20" w:line="276" w:lineRule="auto"/>
            </w:pPr>
            <w:r/>
            <w:r>
              <w:rPr>
                <w:rFonts w:ascii="宋体" w:hAnsi="宋体" w:eastAsia="宋体"/>
                <w:b w:val="0"/>
                <w:sz w:val="18"/>
              </w:rPr>
              <w:t>3分钟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猜谜激趣，导入新课</w:t>
            </w:r>
          </w:p>
        </w:tc>
        <w:tc>
          <w:tcPr>
            <w:tcW w:type="dxa" w:w="3061"/>
          </w:tcPr>
          <w:p>
            <w:pPr>
              <w:spacing w:after="20" w:line="276" w:lineRule="auto"/>
            </w:pPr>
            <w:r/>
            <w:r>
              <w:rPr>
                <w:rFonts w:ascii="宋体" w:hAnsi="宋体" w:eastAsia="宋体"/>
                <w:b w:val="0"/>
                <w:sz w:val="18"/>
              </w:rPr>
              <w:t>课件出示谜语。</w:t>
            </w:r>
          </w:p>
          <w:p>
            <w:pPr>
              <w:spacing w:after="20" w:line="276" w:lineRule="auto"/>
            </w:pPr>
            <w:r>
              <w:rPr>
                <w:rFonts w:ascii="宋体" w:hAnsi="宋体" w:eastAsia="宋体"/>
                <w:b w:val="0"/>
                <w:sz w:val="18"/>
              </w:rPr>
              <w:t>一位游泳家，说话呱呱呱，小时有尾没有脚，大时有脚没尾巴。(打一动物)</w:t>
            </w:r>
          </w:p>
          <w:p>
            <w:pPr>
              <w:spacing w:after="20" w:line="276" w:lineRule="auto"/>
            </w:pPr>
            <w:r>
              <w:rPr>
                <w:rFonts w:ascii="宋体" w:hAnsi="宋体" w:eastAsia="宋体"/>
                <w:b w:val="0"/>
                <w:sz w:val="18"/>
              </w:rPr>
              <w:t>师：对，这个谜语描述的就是青蛙。青蛙是人类的好朋友，今天它还带来了数学问题请我们帮忙解决呢。下面我们就去帮青蛙解决问题吧！[板书课题：解决问题(2)]</w:t>
            </w:r>
          </w:p>
        </w:tc>
        <w:tc>
          <w:tcPr>
            <w:tcW w:type="dxa" w:w="3061"/>
          </w:tcPr>
          <w:p>
            <w:pPr>
              <w:spacing w:after="20" w:line="276" w:lineRule="auto"/>
            </w:pPr>
            <w:r/>
            <w:r>
              <w:rPr>
                <w:rFonts w:ascii="宋体" w:hAnsi="宋体" w:eastAsia="宋体"/>
                <w:b w:val="0"/>
                <w:sz w:val="18"/>
              </w:rPr>
              <w:t>学生能猜出谜底是青蛙。</w:t>
            </w:r>
          </w:p>
        </w:tc>
        <w:tc>
          <w:tcPr>
            <w:tcW w:type="dxa" w:w="1814"/>
          </w:tcPr>
          <w:p>
            <w:pPr>
              <w:spacing w:after="20" w:line="276" w:lineRule="auto"/>
            </w:pPr>
            <w:r/>
            <w:r>
              <w:rPr>
                <w:rFonts w:ascii="宋体" w:hAnsi="宋体" w:eastAsia="宋体"/>
                <w:b w:val="0"/>
                <w:sz w:val="18"/>
              </w:rPr>
              <w:t>创设情境激活学生已有经验，自然引出本课学习内容，激发学习兴趣。</w:t>
            </w:r>
          </w:p>
        </w:tc>
      </w:tr>
      <w:tr>
        <w:tc>
          <w:tcPr>
            <w:tcW w:type="dxa" w:w="1474"/>
          </w:tcPr>
          <w:p>
            <w:pPr>
              <w:spacing w:after="20" w:line="276" w:lineRule="auto"/>
            </w:pPr>
            <w:r>
              <w:rPr>
                <w:b/>
              </w:rPr>
            </w:r>
            <w:r>
              <w:rPr>
                <w:rFonts w:ascii="宋体" w:hAnsi="宋体" w:eastAsia="宋体"/>
                <w:b/>
                <w:sz w:val="18"/>
              </w:rPr>
              <w:t>自主探究，发现新知</w:t>
            </w:r>
          </w:p>
        </w:tc>
        <w:tc>
          <w:tcPr>
            <w:tcW w:type="dxa" w:w="3061"/>
          </w:tcPr>
          <w:p>
            <w:pPr>
              <w:spacing w:after="20" w:line="276" w:lineRule="auto"/>
            </w:pPr>
            <w:r/>
            <w:r>
              <w:rPr>
                <w:rFonts w:ascii="宋体" w:hAnsi="宋体" w:eastAsia="宋体"/>
                <w:b w:val="0"/>
                <w:sz w:val="18"/>
              </w:rPr>
              <w:t>1.完整表达图意。</w:t>
            </w:r>
          </w:p>
          <w:p>
            <w:pPr>
              <w:spacing w:after="20" w:line="276" w:lineRule="auto"/>
            </w:pPr>
            <w:r>
              <w:rPr>
                <w:rFonts w:ascii="宋体" w:hAnsi="宋体" w:eastAsia="宋体"/>
                <w:b w:val="0"/>
                <w:sz w:val="18"/>
              </w:rPr>
              <w:t>师：请大家仔细观察教科书P46例3的情境图，这里的大括号表示什么？问号又表示什么呢？完整汇报一下图意。</w:t>
            </w:r>
          </w:p>
          <w:p>
            <w:pPr>
              <w:spacing w:after="20" w:line="276" w:lineRule="auto"/>
            </w:pPr>
            <w:r>
              <w:rPr>
                <w:rFonts w:ascii="宋体" w:hAnsi="宋体" w:eastAsia="宋体"/>
                <w:b w:val="0"/>
                <w:sz w:val="18"/>
              </w:rPr>
              <w:t>引导学生说出图中的大括号表示一共有7只青蛙，跳走了2只，“？只”表示求荷叶上还剩几只。</w:t>
            </w:r>
          </w:p>
          <w:p>
            <w:pPr>
              <w:spacing w:after="20" w:line="276" w:lineRule="auto"/>
            </w:pPr>
            <w:r>
              <w:rPr>
                <w:rFonts w:ascii="宋体" w:hAnsi="宋体" w:eastAsia="宋体"/>
                <w:b w:val="0"/>
                <w:sz w:val="18"/>
              </w:rPr>
              <w:t>教师根据学生的表述板书。</w:t>
            </w:r>
          </w:p>
          <w:p>
            <w:pPr>
              <w:spacing w:after="20" w:line="276" w:lineRule="auto"/>
            </w:pPr>
            <w:r>
              <w:rPr>
                <w:rFonts w:ascii="宋体" w:hAnsi="宋体" w:eastAsia="宋体"/>
                <w:b w:val="0"/>
                <w:sz w:val="18"/>
              </w:rPr>
              <w:t>2．分析和解决问题。</w:t>
            </w:r>
          </w:p>
          <w:p>
            <w:pPr>
              <w:spacing w:after="20" w:line="276" w:lineRule="auto"/>
            </w:pPr>
            <w:r>
              <w:rPr>
                <w:rFonts w:ascii="宋体" w:hAnsi="宋体" w:eastAsia="宋体"/>
                <w:b w:val="0"/>
                <w:sz w:val="18"/>
              </w:rPr>
              <w:t>师：我们现在明白这幅图表示的意思了，那么求还剩几只要怎样解答呢？</w:t>
            </w:r>
          </w:p>
          <w:p>
            <w:pPr>
              <w:spacing w:after="20" w:line="276" w:lineRule="auto"/>
            </w:pPr>
            <w:r>
              <w:rPr>
                <w:rFonts w:ascii="宋体" w:hAnsi="宋体" w:eastAsia="宋体"/>
                <w:b w:val="0"/>
                <w:sz w:val="18"/>
              </w:rPr>
              <w:t>师：这几位同学都说还剩5只，为什么列的算式不一样呢？谁的对？谁的错？为什么？</w:t>
            </w:r>
          </w:p>
          <w:p>
            <w:pPr>
              <w:spacing w:after="20" w:line="276" w:lineRule="auto"/>
            </w:pPr>
            <w:r>
              <w:rPr>
                <w:rFonts w:ascii="宋体" w:hAnsi="宋体" w:eastAsia="宋体"/>
                <w:b w:val="0"/>
                <w:sz w:val="18"/>
              </w:rPr>
              <w:t>师：有两位同学列出了不同的减法算式，7－5＝2，7－2＝5，这两个算式都对吗？</w:t>
            </w:r>
          </w:p>
          <w:p>
            <w:pPr>
              <w:spacing w:after="20" w:line="276" w:lineRule="auto"/>
            </w:pPr>
            <w:r>
              <w:rPr>
                <w:rFonts w:ascii="宋体" w:hAnsi="宋体" w:eastAsia="宋体"/>
                <w:b w:val="0"/>
                <w:sz w:val="18"/>
              </w:rPr>
              <w:t>师：同学们很善于思考和表达，为自己点个赞吧！</w:t>
            </w:r>
          </w:p>
          <w:p>
            <w:pPr>
              <w:spacing w:after="20" w:line="276" w:lineRule="auto"/>
            </w:pPr>
            <w:r>
              <w:rPr>
                <w:rFonts w:ascii="宋体" w:hAnsi="宋体" w:eastAsia="宋体"/>
                <w:b w:val="0"/>
                <w:sz w:val="18"/>
              </w:rPr>
              <w:t>根据学生的回答板书：7－2＝5(只)</w:t>
            </w:r>
          </w:p>
          <w:p>
            <w:pPr>
              <w:spacing w:after="20" w:line="276" w:lineRule="auto"/>
            </w:pPr>
            <w:r>
              <w:rPr>
                <w:rFonts w:ascii="宋体" w:hAnsi="宋体" w:eastAsia="宋体"/>
                <w:b w:val="0"/>
                <w:sz w:val="18"/>
              </w:rPr>
              <w:t>3．检验反思。</w:t>
            </w:r>
          </w:p>
          <w:p>
            <w:pPr>
              <w:spacing w:after="20" w:line="276" w:lineRule="auto"/>
            </w:pPr>
            <w:r>
              <w:rPr>
                <w:rFonts w:ascii="宋体" w:hAnsi="宋体" w:eastAsia="宋体"/>
                <w:b w:val="0"/>
                <w:sz w:val="18"/>
              </w:rPr>
              <w:t>师：同学们，我们的解答正确吗？应该怎样检查呢？</w:t>
            </w:r>
          </w:p>
          <w:p>
            <w:pPr>
              <w:spacing w:after="20" w:line="276" w:lineRule="auto"/>
            </w:pPr>
            <w:r>
              <w:rPr>
                <w:rFonts w:ascii="宋体" w:hAnsi="宋体" w:eastAsia="宋体"/>
                <w:b w:val="0"/>
                <w:sz w:val="18"/>
              </w:rPr>
              <w:t>用跳走的2只加上剩下的5只，看是不是等于7只。</w:t>
            </w:r>
          </w:p>
          <w:p>
            <w:pPr>
              <w:spacing w:after="20" w:line="276" w:lineRule="auto"/>
            </w:pPr>
            <w:r>
              <w:rPr>
                <w:rFonts w:ascii="宋体" w:hAnsi="宋体" w:eastAsia="宋体"/>
                <w:b w:val="0"/>
                <w:sz w:val="18"/>
              </w:rPr>
              <w:t>小结：大括号表示合起来，？表示要求的部分，已经知道合起来的数和其中一部分的数，求？表示的数，列减法算式计算。</w:t>
            </w:r>
          </w:p>
        </w:tc>
        <w:tc>
          <w:tcPr>
            <w:tcW w:type="dxa" w:w="3061"/>
          </w:tcPr>
          <w:p>
            <w:pPr>
              <w:spacing w:after="20" w:line="276" w:lineRule="auto"/>
            </w:pPr>
            <w:r/>
            <w:r>
              <w:rPr>
                <w:rFonts w:ascii="宋体" w:hAnsi="宋体" w:eastAsia="宋体"/>
                <w:b w:val="0"/>
                <w:sz w:val="18"/>
              </w:rPr>
              <w:t>学生相互交流讨论，教师指名汇报。</w:t>
            </w:r>
          </w:p>
          <w:p>
            <w:pPr>
              <w:spacing w:after="20" w:line="276" w:lineRule="auto"/>
            </w:pPr>
            <w:r>
              <w:rPr>
                <w:rFonts w:ascii="宋体" w:hAnsi="宋体" w:eastAsia="宋体"/>
                <w:b w:val="0"/>
                <w:sz w:val="18"/>
              </w:rPr>
              <w:t>预设1：5＋2＝7，还剩5只。预设2：7－5＝2，还剩5只。预设3：7－2＝5，还剩5只。</w:t>
            </w:r>
          </w:p>
          <w:p>
            <w:pPr>
              <w:spacing w:after="20" w:line="276" w:lineRule="auto"/>
            </w:pPr>
            <w:r>
              <w:rPr>
                <w:rFonts w:ascii="宋体" w:hAnsi="宋体" w:eastAsia="宋体"/>
                <w:b w:val="0"/>
                <w:sz w:val="18"/>
              </w:rPr>
              <w:t>学生思考并相互交流后汇报。</w:t>
            </w:r>
          </w:p>
          <w:p>
            <w:pPr>
              <w:spacing w:after="20" w:line="276" w:lineRule="auto"/>
            </w:pPr>
            <w:r>
              <w:rPr>
                <w:rFonts w:ascii="宋体" w:hAnsi="宋体" w:eastAsia="宋体"/>
                <w:b w:val="0"/>
                <w:sz w:val="18"/>
              </w:rPr>
              <w:t>学生会说不能用加法计算，因为一共有7只已经告诉我们了。一共有7只青蛙，跳走了2只，就是从7只里去掉2只，所以用减法计算。</w:t>
            </w:r>
          </w:p>
          <w:p>
            <w:pPr>
              <w:spacing w:after="20" w:line="276" w:lineRule="auto"/>
            </w:pPr>
            <w:r>
              <w:rPr>
                <w:rFonts w:ascii="宋体" w:hAnsi="宋体" w:eastAsia="宋体"/>
                <w:b w:val="0"/>
                <w:sz w:val="18"/>
              </w:rPr>
              <w:t>预设1：7－5＝2这个算式也不对，求的是跳走了几只，不是求还剩几只。</w:t>
            </w:r>
          </w:p>
          <w:p>
            <w:pPr>
              <w:spacing w:after="20" w:line="276" w:lineRule="auto"/>
            </w:pPr>
            <w:r>
              <w:rPr>
                <w:rFonts w:ascii="宋体" w:hAnsi="宋体" w:eastAsia="宋体"/>
                <w:b w:val="0"/>
                <w:sz w:val="18"/>
              </w:rPr>
              <w:t>预设2：7－2＝5这个算式是正确的。因为一共有7只青蛙，跳走了2只，从7只里去掉2只，就剩下5只青蛙。</w:t>
            </w:r>
          </w:p>
          <w:p>
            <w:pPr>
              <w:spacing w:after="20" w:line="276" w:lineRule="auto"/>
            </w:pPr>
            <w:r>
              <w:rPr>
                <w:rFonts w:ascii="宋体" w:hAnsi="宋体" w:eastAsia="宋体"/>
                <w:b w:val="0"/>
                <w:sz w:val="18"/>
              </w:rPr>
              <w:t>学生思考后与同桌互相说一说，再集体汇报。</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设计递进式探究活动，引导学生在动手实践与合作交流中经历知识形成过程，突破本课重难点，核心问题："请大家仔细观察教科书P46例3的情境图，这里的大括号表示什么？问号又表示什么呢？"</w:t>
            </w:r>
          </w:p>
        </w:tc>
      </w:tr>
      <w:tr>
        <w:tc>
          <w:tcPr>
            <w:tcW w:type="dxa" w:w="1474"/>
          </w:tcPr>
          <w:p>
            <w:pPr>
              <w:spacing w:after="20" w:line="276" w:lineRule="auto"/>
            </w:pPr>
            <w:r>
              <w:rPr>
                <w:b/>
              </w:rPr>
            </w:r>
            <w:r>
              <w:rPr>
                <w:rFonts w:ascii="宋体" w:hAnsi="宋体" w:eastAsia="宋体"/>
                <w:b/>
                <w:sz w:val="18"/>
              </w:rPr>
              <w:t>巩固练习</w:t>
            </w:r>
          </w:p>
        </w:tc>
        <w:tc>
          <w:tcPr>
            <w:tcW w:type="dxa" w:w="3061"/>
          </w:tcPr>
          <w:p>
            <w:pPr>
              <w:spacing w:after="20" w:line="276" w:lineRule="auto"/>
            </w:pPr>
            <w:r/>
            <w:r>
              <w:rPr>
                <w:rFonts w:ascii="宋体" w:hAnsi="宋体" w:eastAsia="宋体"/>
                <w:b w:val="0"/>
                <w:sz w:val="18"/>
              </w:rPr>
              <w:t>1.完成教科书P46“做一做”。</w:t>
            </w:r>
          </w:p>
          <w:p>
            <w:pPr>
              <w:spacing w:after="20" w:line="276" w:lineRule="auto"/>
            </w:pPr>
            <w:r>
              <w:rPr>
                <w:rFonts w:ascii="宋体" w:hAnsi="宋体" w:eastAsia="宋体"/>
                <w:b w:val="0"/>
                <w:sz w:val="18"/>
              </w:rPr>
              <w:t>师：企鹅们又来了，这次它们又带来了什么问题呢？请大家仔细观察，完整地说一说图意。</w:t>
            </w:r>
          </w:p>
          <w:p>
            <w:pPr>
              <w:spacing w:after="20" w:line="276" w:lineRule="auto"/>
            </w:pPr>
            <w:r>
              <w:rPr>
                <w:rFonts w:ascii="宋体" w:hAnsi="宋体" w:eastAsia="宋体"/>
                <w:b w:val="0"/>
                <w:sz w:val="18"/>
              </w:rPr>
              <w:t>2．对比分析。</w:t>
            </w:r>
          </w:p>
          <w:p>
            <w:pPr>
              <w:spacing w:after="20" w:line="276" w:lineRule="auto"/>
            </w:pPr>
            <w:r>
              <w:rPr>
                <w:rFonts w:ascii="宋体" w:hAnsi="宋体" w:eastAsia="宋体"/>
                <w:b w:val="0"/>
                <w:sz w:val="18"/>
              </w:rPr>
              <w:t>课件展示教科书P45“做一做”和P46“做一做”，对比分析这两道题的区别与联系。</w:t>
            </w:r>
          </w:p>
          <w:p>
            <w:pPr>
              <w:spacing w:after="20" w:line="276" w:lineRule="auto"/>
            </w:pPr>
            <w:r>
              <w:rPr>
                <w:rFonts w:ascii="宋体" w:hAnsi="宋体" w:eastAsia="宋体"/>
                <w:b w:val="0"/>
                <w:sz w:val="18"/>
              </w:rPr>
              <w:t>引导学生说出：已知两部分，求两部分合起来是多少，要用加法计算；从整体里去掉一部分，求另一部分，用减法计算。</w:t>
            </w:r>
          </w:p>
        </w:tc>
        <w:tc>
          <w:tcPr>
            <w:tcW w:type="dxa" w:w="3061"/>
          </w:tcPr>
          <w:p>
            <w:pPr>
              <w:spacing w:after="20" w:line="276" w:lineRule="auto"/>
            </w:pPr>
            <w:r/>
            <w:r>
              <w:rPr>
                <w:rFonts w:ascii="宋体" w:hAnsi="宋体" w:eastAsia="宋体"/>
                <w:b w:val="0"/>
                <w:sz w:val="18"/>
              </w:rPr>
              <w:t>学生独立解决问题后先跟同桌交流，再集体汇报，并检验。</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通过有层次的练习及时反馈学情，巩固新知，培养学生灵活运用知识解决问题的能力，核心问题："企鹅们又来了，这次它们又带来了什么问题呢？"</w:t>
            </w:r>
          </w:p>
        </w:tc>
      </w:tr>
      <w:tr>
        <w:tc>
          <w:tcPr>
            <w:tcW w:type="dxa" w:w="1474"/>
          </w:tcPr>
          <w:p>
            <w:pPr>
              <w:spacing w:after="20" w:line="276" w:lineRule="auto"/>
            </w:pPr>
            <w:r>
              <w:rPr>
                <w:b/>
              </w:rPr>
            </w:r>
            <w:r>
              <w:rPr>
                <w:rFonts w:ascii="宋体" w:hAnsi="宋体" w:eastAsia="宋体"/>
                <w:b/>
                <w:sz w:val="18"/>
              </w:rPr>
              <w:t>课堂小结</w:t>
            </w:r>
          </w:p>
        </w:tc>
        <w:tc>
          <w:tcPr>
            <w:tcW w:type="dxa" w:w="3061"/>
          </w:tcPr>
          <w:p>
            <w:pPr>
              <w:spacing w:after="20" w:line="276" w:lineRule="auto"/>
            </w:pPr>
            <w:r/>
            <w:r>
              <w:rPr>
                <w:rFonts w:ascii="宋体" w:hAnsi="宋体" w:eastAsia="宋体"/>
                <w:b w:val="0"/>
                <w:sz w:val="18"/>
              </w:rPr>
              <w:t>师：同学们，这节课你们学到了什么？</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引导学生回顾梳理本课所学，完善认知结构，提升归纳与反思能力，核心问题："同学们，这节课你们学到了什么？"</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教科书P46例3，完成教科书P46“做一做”。</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对减法的理解是本课的难点，教学时注意强调大括号表示合起来的数，还可以通过手势等帮助学生理解题意，让学生明白表示去掉一部分时，就用减法计算。通过比较，学生进一步体会到加、减法之间的联系，感受知识结构的完整性。针对剩余部分的“？只”，学生在表达上可能有困难，要注意指导。</w:t>
      </w:r>
    </w:p>
    <w:p>
      <w:r>
        <w:br w:type="page"/>
      </w:r>
    </w:p>
    <w:p>
      <w:pPr>
        <w:spacing w:after="80" w:line="300" w:lineRule="auto"/>
      </w:pPr>
      <w:r>
        <w:rPr>
          <w:rFonts w:ascii="黑体" w:hAnsi="黑体" w:eastAsia="黑体"/>
          <w:b/>
          <w:sz w:val="24"/>
        </w:rPr>
        <w:t>二、课时教学方案（第9课时）</w:t>
      </w:r>
    </w:p>
    <w:p>
      <w:pPr>
        <w:spacing w:after="80" w:line="300" w:lineRule="auto"/>
      </w:pPr>
      <w:r>
        <w:rPr>
          <w:rFonts w:ascii="黑体" w:hAnsi="黑体" w:eastAsia="黑体"/>
          <w:b/>
          <w:sz w:val="24"/>
        </w:rPr>
        <w:t>第9课时　连加、连减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第9课时　连加、连减</w:t>
            </w:r>
          </w:p>
        </w:tc>
        <w:tc>
          <w:tcPr>
            <w:tcW w:type="dxa" w:w="6009"/>
          </w:tcPr>
          <w:p>
            <w:pPr>
              <w:spacing w:after="20" w:line="276" w:lineRule="auto"/>
            </w:pPr>
            <w:r/>
            <w:r>
              <w:rPr>
                <w:rFonts w:ascii="宋体" w:hAnsi="宋体" w:eastAsia="宋体"/>
                <w:b w:val="0"/>
                <w:sz w:val="20"/>
              </w:rPr>
              <w:t>第2单元 6-10的认识和加、减法</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通过第一单元“5以内数的认识和加、减法”的学习，学生已经积累了一定的学习经验，对数的概念的学习已经不陌生了。但是对数与数之间存在密切关系的认识还不够深刻，其中蕴含的数学推理和良好思维习惯还需要教师结合具体环节进行渗透和培养。由于一年级学生受年龄特点的限制，连加、连减这部分内容仍是学习的难点，因此要利用连续的两幅图帮助学生理解其意义及计算方法，使学生能在此基础上看清运算符号，顺利完成计算。</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教学内容：教科书P59例2，完成教科书P59“做一做”。</w:t>
      </w:r>
    </w:p>
    <w:p>
      <w:pPr>
        <w:spacing w:after="80" w:line="300" w:lineRule="auto"/>
        <w:ind w:firstLine="400"/>
      </w:pPr>
      <w:r>
        <w:rPr>
          <w:rFonts w:ascii="宋体" w:hAnsi="宋体" w:eastAsia="宋体"/>
          <w:b w:val="0"/>
          <w:sz w:val="20"/>
        </w:rPr>
        <w:t>设计思路：通过让学生观察情境图叙述事情发展顺序，到用算式表达图意，从具体情境到抽象出算式，让学生理解连加、连减的含义，同时感悟连加、连减的计算顺序，发展初步的模型意识。</w:t>
      </w:r>
    </w:p>
    <w:p>
      <w:pPr>
        <w:spacing w:after="80" w:line="300" w:lineRule="auto"/>
        <w:ind w:firstLine="400"/>
      </w:pPr>
      <w:r>
        <w:rPr>
          <w:rFonts w:ascii="宋体" w:hAnsi="宋体" w:eastAsia="宋体"/>
          <w:b w:val="0"/>
          <w:sz w:val="20"/>
        </w:rPr>
        <w:t>教学准备：课件、小棒。</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（1）结合具体情境，理解数量之间的关系，初步理解10以内数连加、连减的意义。</w:t>
      </w:r>
    </w:p>
    <w:p>
      <w:pPr>
        <w:spacing w:after="20" w:line="300" w:lineRule="auto"/>
        <w:ind w:firstLine="400"/>
      </w:pPr>
      <w:r>
        <w:rPr>
          <w:rFonts w:ascii="宋体" w:hAnsi="宋体" w:eastAsia="宋体"/>
          <w:b w:val="0"/>
          <w:sz w:val="20"/>
        </w:rPr>
        <w:t>（2）结合具体情境理解并掌握连加、连减的运算顺序和计算方法。</w:t>
      </w:r>
    </w:p>
    <w:p>
      <w:pPr>
        <w:spacing w:after="20" w:line="300" w:lineRule="auto"/>
        <w:ind w:firstLine="400"/>
      </w:pPr>
      <w:r>
        <w:rPr>
          <w:rFonts w:ascii="宋体" w:hAnsi="宋体" w:eastAsia="宋体"/>
          <w:b w:val="0"/>
          <w:sz w:val="20"/>
        </w:rPr>
        <w:t>（3）能看懂情境中的数量关系，知道不同图示的含义，能根据图示列出连加、连减的算式。</w:t>
      </w:r>
    </w:p>
    <w:p>
      <w:pPr>
        <w:spacing w:after="20" w:line="300" w:lineRule="auto"/>
      </w:pPr>
      <w:r>
        <w:rPr>
          <w:rFonts w:ascii="宋体" w:hAnsi="宋体" w:eastAsia="宋体"/>
          <w:b w:val="0"/>
          <w:sz w:val="20"/>
        </w:rPr>
        <w:t>教学重点：能看懂情境中的数量关系，理解连加、连减的意义和运算顺序。</w:t>
      </w:r>
    </w:p>
    <w:p>
      <w:pPr>
        <w:spacing w:after="20" w:line="300" w:lineRule="auto"/>
      </w:pPr>
      <w:r>
        <w:rPr>
          <w:rFonts w:ascii="宋体" w:hAnsi="宋体" w:eastAsia="宋体"/>
          <w:b w:val="0"/>
          <w:sz w:val="20"/>
        </w:rPr>
        <w:t>教学难点：看懂情境中的数量关系，理解连加、连减的意义和运算顺序。</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尝试，建立连加模型</w:t>
            </w:r>
          </w:p>
        </w:tc>
        <w:tc>
          <w:tcPr>
            <w:tcW w:type="dxa" w:w="1814"/>
          </w:tcPr>
          <w:p>
            <w:pPr>
              <w:spacing w:after="20" w:line="276" w:lineRule="auto"/>
            </w:pPr>
            <w:r/>
            <w:r>
              <w:rPr>
                <w:rFonts w:ascii="宋体" w:hAnsi="宋体" w:eastAsia="宋体"/>
                <w:b w:val="0"/>
                <w:sz w:val="18"/>
              </w:rPr>
              <w:t>课件、教科书、情境图、小棒</w:t>
            </w:r>
          </w:p>
        </w:tc>
        <w:tc>
          <w:tcPr>
            <w:tcW w:type="dxa" w:w="3402"/>
          </w:tcPr>
          <w:p>
            <w:pPr>
              <w:spacing w:after="20" w:line="276" w:lineRule="auto"/>
            </w:pPr>
            <w:r/>
            <w:r>
              <w:rPr>
                <w:rFonts w:ascii="宋体" w:hAnsi="宋体" w:eastAsia="宋体"/>
                <w:b w:val="0"/>
                <w:sz w:val="18"/>
              </w:rPr>
              <w:t>周末到了，小丁回老家帮奶奶喂小鸡，他在地上撒了些米。认真观察情境图，你看见了什么？；(课件动画出示先跑来了2只小鸡，又跑来了1只小鸡)继续观察，你又看见了什么？</w:t>
            </w:r>
          </w:p>
        </w:tc>
        <w:tc>
          <w:tcPr>
            <w:tcW w:type="dxa" w:w="1361"/>
          </w:tcPr>
          <w:p>
            <w:pPr>
              <w:spacing w:after="20" w:line="276" w:lineRule="auto"/>
            </w:pPr>
            <w:r/>
            <w:r>
              <w:rPr>
                <w:rFonts w:ascii="宋体" w:hAnsi="宋体" w:eastAsia="宋体"/>
                <w:b w:val="0"/>
                <w:sz w:val="18"/>
              </w:rPr>
              <w:t>20分钟</w:t>
            </w:r>
          </w:p>
        </w:tc>
      </w:tr>
      <w:tr>
        <w:tc>
          <w:tcPr>
            <w:tcW w:type="dxa" w:w="2835"/>
          </w:tcPr>
          <w:p>
            <w:pPr>
              <w:spacing w:after="20" w:line="276" w:lineRule="auto"/>
            </w:pPr>
            <w:r/>
            <w:r>
              <w:rPr>
                <w:rFonts w:ascii="宋体" w:hAnsi="宋体" w:eastAsia="宋体"/>
                <w:b w:val="0"/>
                <w:sz w:val="18"/>
              </w:rPr>
              <w:t>迁移，建立连减模型</w:t>
            </w:r>
          </w:p>
        </w:tc>
        <w:tc>
          <w:tcPr>
            <w:tcW w:type="dxa" w:w="1814"/>
          </w:tcPr>
          <w:p>
            <w:pPr>
              <w:spacing w:after="20" w:line="276" w:lineRule="auto"/>
            </w:pPr>
            <w:r/>
            <w:r>
              <w:rPr>
                <w:rFonts w:ascii="宋体" w:hAnsi="宋体" w:eastAsia="宋体"/>
                <w:b w:val="0"/>
                <w:sz w:val="18"/>
              </w:rPr>
              <w:t>课件、教科书、情境图、小棒</w:t>
            </w:r>
          </w:p>
        </w:tc>
        <w:tc>
          <w:tcPr>
            <w:tcW w:type="dxa" w:w="3402"/>
          </w:tcPr>
          <w:p>
            <w:pPr>
              <w:spacing w:after="20" w:line="276" w:lineRule="auto"/>
            </w:pPr>
            <w:r/>
            <w:r>
              <w:rPr>
                <w:rFonts w:ascii="宋体" w:hAnsi="宋体" w:eastAsia="宋体"/>
                <w:b w:val="0"/>
                <w:sz w:val="18"/>
              </w:rPr>
              <w:t>请你仔细观察情境图，你看到了什么？；根据信息，我们可以提出什么数学问题？</w:t>
            </w:r>
          </w:p>
        </w:tc>
        <w:tc>
          <w:tcPr>
            <w:tcW w:type="dxa" w:w="1361"/>
          </w:tcPr>
          <w:p>
            <w:pPr>
              <w:spacing w:after="20" w:line="276" w:lineRule="auto"/>
            </w:pPr>
            <w:r/>
            <w:r>
              <w:rPr>
                <w:rFonts w:ascii="宋体" w:hAnsi="宋体" w:eastAsia="宋体"/>
                <w:b w:val="0"/>
                <w:sz w:val="18"/>
              </w:rPr>
              <w:t>16分钟</w:t>
            </w:r>
          </w:p>
        </w:tc>
      </w:tr>
      <w:tr>
        <w:tc>
          <w:tcPr>
            <w:tcW w:type="dxa" w:w="2835"/>
          </w:tcPr>
          <w:p>
            <w:pPr>
              <w:spacing w:after="20" w:line="276" w:lineRule="auto"/>
            </w:pPr>
            <w:r/>
            <w:r>
              <w:rPr>
                <w:rFonts w:ascii="宋体" w:hAnsi="宋体" w:eastAsia="宋体"/>
                <w:b w:val="0"/>
                <w:sz w:val="18"/>
              </w:rPr>
              <w:t>巩固练习</w:t>
            </w:r>
          </w:p>
        </w:tc>
        <w:tc>
          <w:tcPr>
            <w:tcW w:type="dxa" w:w="1814"/>
          </w:tcPr>
          <w:p>
            <w:pPr>
              <w:spacing w:after="20" w:line="276" w:lineRule="auto"/>
            </w:pPr>
            <w:r/>
            <w:r>
              <w:rPr>
                <w:rFonts w:ascii="宋体" w:hAnsi="宋体" w:eastAsia="宋体"/>
                <w:b w:val="0"/>
                <w:sz w:val="18"/>
              </w:rPr>
              <w:t>教科书、课件、小棒</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2分钟</w:t>
            </w:r>
          </w:p>
        </w:tc>
      </w:tr>
      <w:tr>
        <w:tc>
          <w:tcPr>
            <w:tcW w:type="dxa" w:w="2835"/>
          </w:tcPr>
          <w:p>
            <w:pPr>
              <w:spacing w:after="20" w:line="276" w:lineRule="auto"/>
            </w:pPr>
            <w:r/>
            <w:r>
              <w:rPr>
                <w:rFonts w:ascii="宋体" w:hAnsi="宋体" w:eastAsia="宋体"/>
                <w:b w:val="0"/>
                <w:sz w:val="18"/>
              </w:rPr>
              <w:t>课堂小结</w:t>
            </w:r>
          </w:p>
        </w:tc>
        <w:tc>
          <w:tcPr>
            <w:tcW w:type="dxa" w:w="1814"/>
          </w:tcPr>
          <w:p>
            <w:pPr>
              <w:spacing w:after="20" w:line="276" w:lineRule="auto"/>
            </w:pPr>
            <w:r/>
            <w:r>
              <w:rPr>
                <w:rFonts w:ascii="宋体" w:hAnsi="宋体" w:eastAsia="宋体"/>
                <w:b w:val="0"/>
                <w:sz w:val="18"/>
              </w:rPr>
              <w:t>课件、小棒</w:t>
            </w:r>
          </w:p>
        </w:tc>
        <w:tc>
          <w:tcPr>
            <w:tcW w:type="dxa" w:w="3402"/>
          </w:tcPr>
          <w:p>
            <w:pPr>
              <w:spacing w:after="20" w:line="276" w:lineRule="auto"/>
            </w:pPr>
            <w:r/>
            <w:r>
              <w:rPr>
                <w:rFonts w:ascii="宋体" w:hAnsi="宋体" w:eastAsia="宋体"/>
                <w:b w:val="0"/>
                <w:sz w:val="18"/>
              </w:rPr>
              <w:t>同学们，今天你们学到了什么？</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尝试，建立连加模型</w:t>
            </w:r>
          </w:p>
        </w:tc>
        <w:tc>
          <w:tcPr>
            <w:tcW w:type="dxa" w:w="3061"/>
          </w:tcPr>
          <w:p>
            <w:pPr>
              <w:spacing w:after="20" w:line="276" w:lineRule="auto"/>
            </w:pPr>
            <w:r/>
            <w:r>
              <w:rPr>
                <w:rFonts w:ascii="宋体" w:hAnsi="宋体" w:eastAsia="宋体"/>
                <w:b w:val="0"/>
                <w:sz w:val="18"/>
              </w:rPr>
              <w:t>1.感知事情发展顺序。</w:t>
            </w:r>
          </w:p>
          <w:p>
            <w:pPr>
              <w:spacing w:after="20" w:line="276" w:lineRule="auto"/>
            </w:pPr>
            <w:r>
              <w:rPr>
                <w:rFonts w:ascii="宋体" w:hAnsi="宋体" w:eastAsia="宋体"/>
                <w:b w:val="0"/>
                <w:sz w:val="18"/>
              </w:rPr>
              <w:t>课件出示教科书P59例2情境图上面的部分。</w:t>
            </w:r>
          </w:p>
          <w:p>
            <w:pPr>
              <w:spacing w:after="20" w:line="276" w:lineRule="auto"/>
            </w:pPr>
            <w:r>
              <w:rPr>
                <w:rFonts w:ascii="宋体" w:hAnsi="宋体" w:eastAsia="宋体"/>
                <w:b w:val="0"/>
                <w:sz w:val="18"/>
              </w:rPr>
              <w:t>师：周末到了，小丁回老家帮奶奶喂小鸡，他在地上撒了些米。认真观察情境图，你看见了什么？</w:t>
            </w:r>
          </w:p>
          <w:p>
            <w:pPr>
              <w:spacing w:after="20" w:line="276" w:lineRule="auto"/>
            </w:pPr>
            <w:r>
              <w:rPr>
                <w:rFonts w:ascii="宋体" w:hAnsi="宋体" w:eastAsia="宋体"/>
                <w:b w:val="0"/>
                <w:sz w:val="18"/>
              </w:rPr>
              <w:t>师：(课件动画出示先跑来了2只小鸡，又跑来了1只小鸡)继续观察，你又看见了什么？</w:t>
            </w:r>
          </w:p>
          <w:p>
            <w:pPr>
              <w:spacing w:after="20" w:line="276" w:lineRule="auto"/>
            </w:pPr>
            <w:r>
              <w:rPr>
                <w:rFonts w:ascii="宋体" w:hAnsi="宋体" w:eastAsia="宋体"/>
                <w:b w:val="0"/>
                <w:sz w:val="18"/>
              </w:rPr>
              <w:t>师：你觉得谁说得更准确？想一想3只小鸡是怎样来的。是一起来的吗？</w:t>
            </w:r>
          </w:p>
          <w:p>
            <w:pPr>
              <w:spacing w:after="20" w:line="276" w:lineRule="auto"/>
            </w:pPr>
            <w:r>
              <w:rPr>
                <w:rFonts w:ascii="宋体" w:hAnsi="宋体" w:eastAsia="宋体"/>
                <w:b w:val="0"/>
                <w:sz w:val="18"/>
              </w:rPr>
              <w:t>引导学生说出：3只小鸡是分两批来的。</w:t>
            </w:r>
          </w:p>
          <w:p>
            <w:pPr>
              <w:spacing w:after="20" w:line="276" w:lineRule="auto"/>
            </w:pPr>
            <w:r>
              <w:rPr>
                <w:rFonts w:ascii="宋体" w:hAnsi="宋体" w:eastAsia="宋体"/>
                <w:b w:val="0"/>
                <w:sz w:val="18"/>
              </w:rPr>
              <w:t>师：现在谁能完整地说一说这幅图的意思？</w:t>
            </w:r>
          </w:p>
          <w:p>
            <w:pPr>
              <w:spacing w:after="20" w:line="276" w:lineRule="auto"/>
            </w:pPr>
            <w:r>
              <w:rPr>
                <w:rFonts w:ascii="宋体" w:hAnsi="宋体" w:eastAsia="宋体"/>
                <w:b w:val="0"/>
                <w:sz w:val="18"/>
              </w:rPr>
              <w:t>引导学生说出：原来有5只小鸡，先跑来2只小鸡，又跑来1只小鸡。(课件动画出示文字)</w:t>
            </w:r>
          </w:p>
          <w:p>
            <w:pPr>
              <w:spacing w:after="20" w:line="276" w:lineRule="auto"/>
            </w:pPr>
            <w:r>
              <w:rPr>
                <w:rFonts w:ascii="宋体" w:hAnsi="宋体" w:eastAsia="宋体"/>
                <w:b w:val="0"/>
                <w:sz w:val="18"/>
              </w:rPr>
              <w:t>2．尝试列式表达模型。</w:t>
            </w:r>
          </w:p>
          <w:p>
            <w:pPr>
              <w:spacing w:after="20" w:line="276" w:lineRule="auto"/>
            </w:pPr>
            <w:r>
              <w:rPr>
                <w:rFonts w:ascii="宋体" w:hAnsi="宋体" w:eastAsia="宋体"/>
                <w:b w:val="0"/>
                <w:sz w:val="18"/>
              </w:rPr>
              <w:t>师：根据这些信息，你能提出什么数学问题？</w:t>
            </w:r>
          </w:p>
          <w:p>
            <w:pPr>
              <w:spacing w:after="20" w:line="276" w:lineRule="auto"/>
            </w:pPr>
            <w:r>
              <w:rPr>
                <w:rFonts w:ascii="宋体" w:hAnsi="宋体" w:eastAsia="宋体"/>
                <w:b w:val="0"/>
                <w:sz w:val="18"/>
              </w:rPr>
              <w:t>师：我们可以用什么方法来计算？你们会列式吗？</w:t>
            </w:r>
          </w:p>
          <w:p>
            <w:pPr>
              <w:spacing w:after="20" w:line="276" w:lineRule="auto"/>
            </w:pPr>
            <w:r>
              <w:rPr>
                <w:rFonts w:ascii="宋体" w:hAnsi="宋体" w:eastAsia="宋体"/>
                <w:b w:val="0"/>
                <w:sz w:val="18"/>
              </w:rPr>
              <w:t>引导学生说出原来有5只小鸡，先跑来2只，又跑来1只，求一共有多少只小鸡，就是要把5只、2只、1只全部合起来，用加法计算，列式为5＋2＋1。(教师追问：算式中的“5”“2”“1”分别表示什么？)</w:t>
            </w:r>
          </w:p>
          <w:p>
            <w:pPr>
              <w:spacing w:after="20" w:line="276" w:lineRule="auto"/>
            </w:pPr>
            <w:r>
              <w:rPr>
                <w:rFonts w:ascii="宋体" w:hAnsi="宋体" w:eastAsia="宋体"/>
                <w:b w:val="0"/>
                <w:sz w:val="18"/>
              </w:rPr>
              <w:t>师：观察这个算式，与以前学过的加法算式有什么不同？(教师板书算式)</w:t>
            </w:r>
          </w:p>
          <w:p>
            <w:pPr>
              <w:spacing w:after="20" w:line="276" w:lineRule="auto"/>
            </w:pPr>
            <w:r>
              <w:rPr>
                <w:rFonts w:ascii="宋体" w:hAnsi="宋体" w:eastAsia="宋体"/>
                <w:b w:val="0"/>
                <w:sz w:val="18"/>
              </w:rPr>
              <w:t>师：请同学们给这样的算式起个名字。(学生自由回答)</w:t>
            </w:r>
          </w:p>
          <w:p>
            <w:pPr>
              <w:spacing w:after="20" w:line="276" w:lineRule="auto"/>
            </w:pPr>
            <w:r>
              <w:rPr>
                <w:rFonts w:ascii="宋体" w:hAnsi="宋体" w:eastAsia="宋体"/>
                <w:b w:val="0"/>
                <w:sz w:val="18"/>
              </w:rPr>
              <w:t>师小结：像这样把3个数合起来，也可以用加法计算，数学上把这样的算式叫作连加。(板书课题：连加)</w:t>
            </w:r>
          </w:p>
          <w:p>
            <w:pPr>
              <w:spacing w:after="20" w:line="276" w:lineRule="auto"/>
            </w:pPr>
            <w:r>
              <w:rPr>
                <w:rFonts w:ascii="宋体" w:hAnsi="宋体" w:eastAsia="宋体"/>
                <w:b w:val="0"/>
                <w:sz w:val="18"/>
              </w:rPr>
              <w:t>师：这个算式读作：5加2加1。我们一起来读一读吧！(学生齐读算式)</w:t>
            </w:r>
          </w:p>
          <w:p>
            <w:pPr>
              <w:spacing w:after="20" w:line="276" w:lineRule="auto"/>
            </w:pPr>
            <w:r>
              <w:rPr>
                <w:rFonts w:ascii="宋体" w:hAnsi="宋体" w:eastAsia="宋体"/>
                <w:b w:val="0"/>
                <w:sz w:val="18"/>
              </w:rPr>
              <w:t>3．理解算理，掌握算法。</w:t>
            </w:r>
          </w:p>
          <w:p>
            <w:pPr>
              <w:spacing w:after="20" w:line="276" w:lineRule="auto"/>
            </w:pPr>
            <w:r>
              <w:rPr>
                <w:rFonts w:ascii="宋体" w:hAnsi="宋体" w:eastAsia="宋体"/>
                <w:b w:val="0"/>
                <w:sz w:val="18"/>
              </w:rPr>
              <w:t>师：5＋2＋1等于多少呢？怎么算呢？</w:t>
            </w:r>
          </w:p>
          <w:p>
            <w:pPr>
              <w:spacing w:after="20" w:line="276" w:lineRule="auto"/>
            </w:pPr>
            <w:r>
              <w:rPr>
                <w:rFonts w:ascii="宋体" w:hAnsi="宋体" w:eastAsia="宋体"/>
                <w:b w:val="0"/>
                <w:sz w:val="18"/>
              </w:rPr>
              <w:t>师：对，我们先算5＋2＝7，再算7＋1＝8。(一边说一边板书，强调学生要搭桥画线，先算出的“7”要写出来。)</w:t>
            </w:r>
          </w:p>
          <w:p>
            <w:pPr>
              <w:spacing w:after="20" w:line="276" w:lineRule="auto"/>
            </w:pPr>
            <w:r>
              <w:rPr>
                <w:rFonts w:ascii="宋体" w:hAnsi="宋体" w:eastAsia="宋体"/>
                <w:b w:val="0"/>
                <w:sz w:val="18"/>
              </w:rPr>
              <w:t>请学生再说一说先算什么，再算什么。</w:t>
            </w:r>
          </w:p>
          <w:p>
            <w:pPr>
              <w:spacing w:after="20" w:line="276" w:lineRule="auto"/>
            </w:pPr>
            <w:r>
              <w:rPr>
                <w:rFonts w:ascii="宋体" w:hAnsi="宋体" w:eastAsia="宋体"/>
                <w:b w:val="0"/>
                <w:sz w:val="18"/>
              </w:rPr>
              <w:t>师小结：三个数相加，我们可以先将前两个数相加，再用算出的得数加上第三个数。</w:t>
            </w:r>
          </w:p>
        </w:tc>
        <w:tc>
          <w:tcPr>
            <w:tcW w:type="dxa" w:w="3061"/>
          </w:tcPr>
          <w:p>
            <w:pPr>
              <w:spacing w:after="20" w:line="276" w:lineRule="auto"/>
            </w:pPr>
            <w:r/>
            <w:r>
              <w:rPr>
                <w:rFonts w:ascii="宋体" w:hAnsi="宋体" w:eastAsia="宋体"/>
                <w:b w:val="0"/>
                <w:sz w:val="18"/>
              </w:rPr>
              <w:t>学生说出：有5只小鸡在吃米。</w:t>
            </w:r>
          </w:p>
          <w:p>
            <w:pPr>
              <w:spacing w:after="20" w:line="276" w:lineRule="auto"/>
            </w:pPr>
            <w:r>
              <w:rPr>
                <w:rFonts w:ascii="宋体" w:hAnsi="宋体" w:eastAsia="宋体"/>
                <w:b w:val="0"/>
                <w:sz w:val="18"/>
              </w:rPr>
              <w:t>预设1：跑来了3只小鸡。</w:t>
            </w:r>
          </w:p>
          <w:p>
            <w:pPr>
              <w:spacing w:after="20" w:line="276" w:lineRule="auto"/>
            </w:pPr>
            <w:r>
              <w:rPr>
                <w:rFonts w:ascii="宋体" w:hAnsi="宋体" w:eastAsia="宋体"/>
                <w:b w:val="0"/>
                <w:sz w:val="18"/>
              </w:rPr>
              <w:t>预设2：先跑来了2只小鸡，又跑来了1只小鸡。</w:t>
            </w:r>
          </w:p>
          <w:p>
            <w:pPr>
              <w:spacing w:after="20" w:line="276" w:lineRule="auto"/>
            </w:pPr>
            <w:r>
              <w:rPr>
                <w:rFonts w:ascii="宋体" w:hAnsi="宋体" w:eastAsia="宋体"/>
                <w:b w:val="0"/>
                <w:sz w:val="18"/>
              </w:rPr>
              <w:t>学生会说出：一共有多少只小鸡？</w:t>
            </w:r>
          </w:p>
          <w:p>
            <w:pPr>
              <w:spacing w:after="20" w:line="276" w:lineRule="auto"/>
            </w:pPr>
            <w:r>
              <w:rPr>
                <w:rFonts w:ascii="宋体" w:hAnsi="宋体" w:eastAsia="宋体"/>
                <w:b w:val="0"/>
                <w:sz w:val="18"/>
              </w:rPr>
              <w:t>学生会说出：有3个数，两个加号。</w:t>
            </w:r>
          </w:p>
          <w:p>
            <w:pPr>
              <w:spacing w:after="20" w:line="276" w:lineRule="auto"/>
            </w:pPr>
            <w:r>
              <w:rPr>
                <w:rFonts w:ascii="宋体" w:hAnsi="宋体" w:eastAsia="宋体"/>
                <w:b w:val="0"/>
                <w:sz w:val="18"/>
              </w:rPr>
              <w:t>学生可能会说出先算5＋2＝7，再算7＋1＝8。(教师可以结合题目的情境让学生说一说5＋2＝7算的是什么，7＋1＝8算的是什么。)</w:t>
            </w:r>
          </w:p>
        </w:tc>
        <w:tc>
          <w:tcPr>
            <w:tcW w:type="dxa" w:w="1814"/>
          </w:tcPr>
          <w:p>
            <w:pPr>
              <w:spacing w:after="20" w:line="276" w:lineRule="auto"/>
            </w:pPr>
            <w:r/>
            <w:r>
              <w:rPr>
                <w:rFonts w:ascii="宋体" w:hAnsi="宋体" w:eastAsia="宋体"/>
                <w:b w:val="0"/>
                <w:sz w:val="18"/>
              </w:rPr>
              <w:t>围绕环节目标组织学习活动，引导学生主动参与、积极思考，核心问题："周末到了，小丁回老家帮奶奶喂小鸡，他在地上撒了些米。认真观察情境图，你看见了什么？"</w:t>
            </w:r>
          </w:p>
        </w:tc>
      </w:tr>
      <w:tr>
        <w:tc>
          <w:tcPr>
            <w:tcW w:type="dxa" w:w="1474"/>
          </w:tcPr>
          <w:p>
            <w:pPr>
              <w:spacing w:after="20" w:line="276" w:lineRule="auto"/>
            </w:pPr>
            <w:r>
              <w:rPr>
                <w:b/>
              </w:rPr>
            </w:r>
            <w:r>
              <w:rPr>
                <w:rFonts w:ascii="宋体" w:hAnsi="宋体" w:eastAsia="宋体"/>
                <w:b/>
                <w:sz w:val="18"/>
              </w:rPr>
              <w:t>迁移，建立连减模型</w:t>
            </w:r>
          </w:p>
        </w:tc>
        <w:tc>
          <w:tcPr>
            <w:tcW w:type="dxa" w:w="3061"/>
          </w:tcPr>
          <w:p>
            <w:pPr>
              <w:spacing w:after="20" w:line="276" w:lineRule="auto"/>
            </w:pPr>
            <w:r/>
            <w:r>
              <w:rPr>
                <w:rFonts w:ascii="宋体" w:hAnsi="宋体" w:eastAsia="宋体"/>
                <w:b w:val="0"/>
                <w:sz w:val="18"/>
              </w:rPr>
              <w:t>1.尝试列式。</w:t>
            </w:r>
          </w:p>
          <w:p>
            <w:pPr>
              <w:spacing w:after="20" w:line="276" w:lineRule="auto"/>
            </w:pPr>
            <w:r>
              <w:rPr>
                <w:rFonts w:ascii="宋体" w:hAnsi="宋体" w:eastAsia="宋体"/>
                <w:b w:val="0"/>
                <w:sz w:val="18"/>
              </w:rPr>
              <w:t>课件出示教科书P59例2情境图下面的部分。</w:t>
            </w:r>
          </w:p>
          <w:p>
            <w:pPr>
              <w:spacing w:after="20" w:line="276" w:lineRule="auto"/>
            </w:pPr>
            <w:r>
              <w:rPr>
                <w:rFonts w:ascii="宋体" w:hAnsi="宋体" w:eastAsia="宋体"/>
                <w:b w:val="0"/>
                <w:sz w:val="18"/>
              </w:rPr>
              <w:t>师：请你仔细观察情境图，你看到了什么？</w:t>
            </w:r>
          </w:p>
          <w:p>
            <w:pPr>
              <w:spacing w:after="20" w:line="276" w:lineRule="auto"/>
            </w:pPr>
            <w:r>
              <w:rPr>
                <w:rFonts w:ascii="宋体" w:hAnsi="宋体" w:eastAsia="宋体"/>
                <w:b w:val="0"/>
                <w:sz w:val="18"/>
              </w:rPr>
              <w:t>引导学生说出：一共有8只小鸡，先跑走2只，又跑走2只。</w:t>
            </w:r>
          </w:p>
          <w:p>
            <w:pPr>
              <w:spacing w:after="20" w:line="276" w:lineRule="auto"/>
            </w:pPr>
            <w:r>
              <w:rPr>
                <w:rFonts w:ascii="宋体" w:hAnsi="宋体" w:eastAsia="宋体"/>
                <w:b w:val="0"/>
                <w:sz w:val="18"/>
              </w:rPr>
              <w:t>师：根据信息，我们可以提出什么数学问题？</w:t>
            </w:r>
          </w:p>
          <w:p>
            <w:pPr>
              <w:spacing w:after="20" w:line="276" w:lineRule="auto"/>
            </w:pPr>
            <w:r>
              <w:rPr>
                <w:rFonts w:ascii="宋体" w:hAnsi="宋体" w:eastAsia="宋体"/>
                <w:b w:val="0"/>
                <w:sz w:val="18"/>
              </w:rPr>
              <w:t>师：你会列式吗？</w:t>
            </w:r>
          </w:p>
          <w:p>
            <w:pPr>
              <w:spacing w:after="20" w:line="276" w:lineRule="auto"/>
            </w:pPr>
            <w:r>
              <w:rPr>
                <w:rFonts w:ascii="宋体" w:hAnsi="宋体" w:eastAsia="宋体"/>
                <w:b w:val="0"/>
                <w:sz w:val="18"/>
              </w:rPr>
              <w:t>教师根据学生的回答板书算式。</w:t>
            </w:r>
          </w:p>
          <w:p>
            <w:pPr>
              <w:spacing w:after="20" w:line="276" w:lineRule="auto"/>
            </w:pPr>
            <w:r>
              <w:rPr>
                <w:rFonts w:ascii="宋体" w:hAnsi="宋体" w:eastAsia="宋体"/>
                <w:b w:val="0"/>
                <w:sz w:val="18"/>
              </w:rPr>
              <w:t>师：说一说为什么用减法计算，算式中的“8”“2”“2”分别表示什么意思。</w:t>
            </w:r>
          </w:p>
          <w:p>
            <w:pPr>
              <w:spacing w:after="20" w:line="276" w:lineRule="auto"/>
            </w:pPr>
            <w:r>
              <w:rPr>
                <w:rFonts w:ascii="宋体" w:hAnsi="宋体" w:eastAsia="宋体"/>
                <w:b w:val="0"/>
                <w:sz w:val="18"/>
              </w:rPr>
              <w:t>引导学生说出从总数里先去掉一部分，再去掉一部分，求还剩多少，要用减法计算。</w:t>
            </w:r>
          </w:p>
          <w:p>
            <w:pPr>
              <w:spacing w:after="20" w:line="276" w:lineRule="auto"/>
            </w:pPr>
            <w:r>
              <w:rPr>
                <w:rFonts w:ascii="宋体" w:hAnsi="宋体" w:eastAsia="宋体"/>
                <w:b w:val="0"/>
                <w:sz w:val="18"/>
              </w:rPr>
              <w:t>2．理解算理，掌握算法。</w:t>
            </w:r>
          </w:p>
          <w:p>
            <w:pPr>
              <w:spacing w:after="20" w:line="276" w:lineRule="auto"/>
            </w:pPr>
            <w:r>
              <w:rPr>
                <w:rFonts w:ascii="宋体" w:hAnsi="宋体" w:eastAsia="宋体"/>
                <w:b w:val="0"/>
                <w:sz w:val="18"/>
              </w:rPr>
              <w:t>师：(教师指着8－2－2)这个算式读作“8减2减2”(学生齐读)，8－2－2等于多少呢？怎么算呢？</w:t>
            </w:r>
          </w:p>
          <w:p>
            <w:pPr>
              <w:spacing w:after="20" w:line="276" w:lineRule="auto"/>
            </w:pPr>
            <w:r>
              <w:rPr>
                <w:rFonts w:ascii="宋体" w:hAnsi="宋体" w:eastAsia="宋体"/>
                <w:b w:val="0"/>
                <w:sz w:val="18"/>
              </w:rPr>
              <w:t>师：对，我们先算8－2＝6，再算6－2＝4。(一边说一边板书，强调学生要搭桥画线，先算出的“6”要写出来。)</w:t>
            </w:r>
          </w:p>
          <w:p>
            <w:pPr>
              <w:spacing w:after="20" w:line="276" w:lineRule="auto"/>
            </w:pPr>
            <w:r>
              <w:rPr>
                <w:rFonts w:ascii="宋体" w:hAnsi="宋体" w:eastAsia="宋体"/>
                <w:b w:val="0"/>
                <w:sz w:val="18"/>
              </w:rPr>
              <w:t>请学生再说一说先算什么，再算什么。</w:t>
            </w:r>
          </w:p>
          <w:p>
            <w:pPr>
              <w:spacing w:after="20" w:line="276" w:lineRule="auto"/>
            </w:pPr>
            <w:r>
              <w:rPr>
                <w:rFonts w:ascii="宋体" w:hAnsi="宋体" w:eastAsia="宋体"/>
                <w:b w:val="0"/>
                <w:sz w:val="18"/>
              </w:rPr>
              <w:t>师：这个算式和我们以前学过的减法算式有什么不同？你能给它取个名字吗？(补充板书课题：连减)</w:t>
            </w:r>
          </w:p>
          <w:p>
            <w:pPr>
              <w:spacing w:after="20" w:line="276" w:lineRule="auto"/>
            </w:pPr>
            <w:r>
              <w:rPr>
                <w:rFonts w:ascii="宋体" w:hAnsi="宋体" w:eastAsia="宋体"/>
                <w:b w:val="0"/>
                <w:sz w:val="18"/>
              </w:rPr>
              <w:t>师小结：像这样从一个数中连续减去两个数，也可以用减法计算，数学上把这样的算式叫作连减。计算连减时一般也是先把前两个数相减，再用算出的得数减去第三个数，也就是按从左往右的顺序计算。(板书：从左往右计算)</w:t>
            </w:r>
          </w:p>
          <w:p>
            <w:pPr>
              <w:spacing w:after="20" w:line="276" w:lineRule="auto"/>
            </w:pPr>
            <w:r>
              <w:rPr>
                <w:rFonts w:ascii="宋体" w:hAnsi="宋体" w:eastAsia="宋体"/>
                <w:b w:val="0"/>
                <w:sz w:val="18"/>
              </w:rPr>
              <w:t>3．对比归纳。</w:t>
            </w:r>
          </w:p>
          <w:p>
            <w:pPr>
              <w:spacing w:after="20" w:line="276" w:lineRule="auto"/>
            </w:pPr>
            <w:r>
              <w:rPr>
                <w:rFonts w:ascii="宋体" w:hAnsi="宋体" w:eastAsia="宋体"/>
                <w:b w:val="0"/>
                <w:sz w:val="18"/>
              </w:rPr>
              <w:t>师：刚才我们学习了连减，与连加的运算顺序比较一下，有什么发现？</w:t>
            </w:r>
          </w:p>
          <w:p>
            <w:pPr>
              <w:spacing w:after="20" w:line="276" w:lineRule="auto"/>
            </w:pPr>
            <w:r>
              <w:rPr>
                <w:rFonts w:ascii="宋体" w:hAnsi="宋体" w:eastAsia="宋体"/>
                <w:b w:val="0"/>
                <w:sz w:val="18"/>
              </w:rPr>
              <w:t>引导学生说出在计算连加、连减时，一般是按从左往右的顺序依次计算的。</w:t>
            </w:r>
          </w:p>
        </w:tc>
        <w:tc>
          <w:tcPr>
            <w:tcW w:type="dxa" w:w="3061"/>
          </w:tcPr>
          <w:p>
            <w:pPr>
              <w:spacing w:after="20" w:line="276" w:lineRule="auto"/>
            </w:pPr>
            <w:r/>
            <w:r>
              <w:rPr>
                <w:rFonts w:ascii="宋体" w:hAnsi="宋体" w:eastAsia="宋体"/>
                <w:b w:val="0"/>
                <w:sz w:val="18"/>
              </w:rPr>
              <w:t>同桌之间交流讨论，教师指名说一说。</w:t>
            </w:r>
          </w:p>
          <w:p>
            <w:pPr>
              <w:spacing w:after="20" w:line="276" w:lineRule="auto"/>
            </w:pPr>
            <w:r>
              <w:rPr>
                <w:rFonts w:ascii="宋体" w:hAnsi="宋体" w:eastAsia="宋体"/>
                <w:b w:val="0"/>
                <w:sz w:val="18"/>
              </w:rPr>
              <w:t>学生会说出：还剩多少只小鸡？</w:t>
            </w:r>
          </w:p>
          <w:p>
            <w:pPr>
              <w:spacing w:after="20" w:line="276" w:lineRule="auto"/>
            </w:pPr>
            <w:r>
              <w:rPr>
                <w:rFonts w:ascii="宋体" w:hAnsi="宋体" w:eastAsia="宋体"/>
                <w:b w:val="0"/>
                <w:sz w:val="18"/>
              </w:rPr>
              <w:t>学生可能会说出先算8－2＝6，再算6－2＝4。(教师可以结合题目的情境让学生说一说8－2＝6算的是什么，6－2＝4算的是什么。)</w:t>
            </w:r>
          </w:p>
        </w:tc>
        <w:tc>
          <w:tcPr>
            <w:tcW w:type="dxa" w:w="1814"/>
          </w:tcPr>
          <w:p>
            <w:pPr>
              <w:spacing w:after="20" w:line="276" w:lineRule="auto"/>
            </w:pPr>
            <w:r/>
            <w:r>
              <w:rPr>
                <w:rFonts w:ascii="宋体" w:hAnsi="宋体" w:eastAsia="宋体"/>
                <w:b w:val="0"/>
                <w:sz w:val="18"/>
              </w:rPr>
              <w:t>围绕环节目标组织学习活动，引导学生主动参与、积极思考，核心问题："请你仔细观察情境图，你看到了什么？"</w:t>
            </w:r>
          </w:p>
        </w:tc>
      </w:tr>
      <w:tr>
        <w:tc>
          <w:tcPr>
            <w:tcW w:type="dxa" w:w="1474"/>
          </w:tcPr>
          <w:p>
            <w:pPr>
              <w:spacing w:after="20" w:line="276" w:lineRule="auto"/>
            </w:pPr>
            <w:r>
              <w:rPr>
                <w:b/>
              </w:rPr>
            </w:r>
            <w:r>
              <w:rPr>
                <w:rFonts w:ascii="宋体" w:hAnsi="宋体" w:eastAsia="宋体"/>
                <w:b/>
                <w:sz w:val="18"/>
              </w:rPr>
              <w:t>巩固练习</w:t>
            </w:r>
          </w:p>
        </w:tc>
        <w:tc>
          <w:tcPr>
            <w:tcW w:type="dxa" w:w="3061"/>
          </w:tcPr>
          <w:p>
            <w:pPr>
              <w:spacing w:after="20" w:line="276" w:lineRule="auto"/>
            </w:pPr>
            <w:r/>
            <w:r>
              <w:rPr>
                <w:rFonts w:ascii="宋体" w:hAnsi="宋体" w:eastAsia="宋体"/>
                <w:b w:val="0"/>
                <w:sz w:val="18"/>
              </w:rPr>
              <w:t>完成教科书P59“做一做”。</w:t>
            </w:r>
          </w:p>
          <w:p>
            <w:pPr>
              <w:spacing w:after="20" w:line="276" w:lineRule="auto"/>
            </w:pPr>
            <w:r>
              <w:rPr>
                <w:rFonts w:ascii="宋体" w:hAnsi="宋体" w:eastAsia="宋体"/>
                <w:b w:val="0"/>
                <w:sz w:val="18"/>
              </w:rPr>
              <w:t>师：请大家按照图意先摆一摆，再列出算式解答。</w:t>
            </w:r>
          </w:p>
        </w:tc>
        <w:tc>
          <w:tcPr>
            <w:tcW w:type="dxa" w:w="3061"/>
          </w:tcPr>
          <w:p>
            <w:pPr>
              <w:spacing w:after="20" w:line="276" w:lineRule="auto"/>
            </w:pPr>
            <w:r/>
            <w:r>
              <w:rPr>
                <w:rFonts w:ascii="宋体" w:hAnsi="宋体" w:eastAsia="宋体"/>
                <w:b w:val="0"/>
                <w:sz w:val="18"/>
              </w:rPr>
              <w:t>学生独立解决问题后先跟同桌交流，再集体汇报。</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课堂小结</w:t>
            </w:r>
          </w:p>
        </w:tc>
        <w:tc>
          <w:tcPr>
            <w:tcW w:type="dxa" w:w="3061"/>
          </w:tcPr>
          <w:p>
            <w:pPr>
              <w:spacing w:after="20" w:line="276" w:lineRule="auto"/>
            </w:pPr>
            <w:r/>
            <w:r>
              <w:rPr>
                <w:rFonts w:ascii="宋体" w:hAnsi="宋体" w:eastAsia="宋体"/>
                <w:b w:val="0"/>
                <w:sz w:val="18"/>
              </w:rPr>
              <w:t>师：同学们，今天你们学到了什么？</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引导学生回顾梳理本课所学，完善认知结构，提升归纳与反思能力，核心问题："同学们，今天你们学到了什么？"</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连加、连减</w:t>
      </w:r>
    </w:p>
    <w:p>
      <w:pPr>
        <w:spacing w:after="40" w:line="300" w:lineRule="auto"/>
      </w:pPr>
      <w:r>
        <w:rPr>
          <w:rFonts w:ascii="宋体" w:hAnsi="宋体" w:eastAsia="宋体"/>
          <w:b w:val="0"/>
          <w:sz w:val="20"/>
        </w:rPr>
        <w:t>从左往右计算</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教科书P59例2，完成教科书P59“做一做”。</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将连加、连减两部分内容安排在一起教学，帮助学生借助直观理解运算顺序的规则，使学生理解了连加、连减的含义，收到了较好的反馈。在进行课件演示的时候，着重提醒学生注意观察，促使学生将生动的具体情境转化为抽象的数的运算，为掌握运算顺序打好基础。课堂中尽量让学生充分表达，这样效果会更好。</w:t>
      </w:r>
    </w:p>
    <w:p>
      <w:r>
        <w:br w:type="page"/>
      </w:r>
    </w:p>
    <w:p>
      <w:pPr>
        <w:spacing w:after="80" w:line="300" w:lineRule="auto"/>
      </w:pPr>
      <w:r>
        <w:rPr>
          <w:rFonts w:ascii="黑体" w:hAnsi="黑体" w:eastAsia="黑体"/>
          <w:b/>
          <w:sz w:val="24"/>
        </w:rPr>
        <w:t>二、课时教学方案（第10课时）</w:t>
      </w:r>
    </w:p>
    <w:p>
      <w:pPr>
        <w:spacing w:after="80" w:line="300" w:lineRule="auto"/>
      </w:pPr>
      <w:r>
        <w:rPr>
          <w:rFonts w:ascii="黑体" w:hAnsi="黑体" w:eastAsia="黑体"/>
          <w:b/>
          <w:sz w:val="24"/>
        </w:rPr>
        <w:t>第10课时　8、9的分与合</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第10课时　8、9的分与合</w:t>
            </w:r>
          </w:p>
        </w:tc>
        <w:tc>
          <w:tcPr>
            <w:tcW w:type="dxa" w:w="6009"/>
          </w:tcPr>
          <w:p>
            <w:pPr>
              <w:spacing w:after="20" w:line="276" w:lineRule="auto"/>
            </w:pPr>
            <w:r/>
            <w:r>
              <w:rPr>
                <w:rFonts w:ascii="宋体" w:hAnsi="宋体" w:eastAsia="宋体"/>
                <w:b w:val="0"/>
                <w:sz w:val="20"/>
              </w:rPr>
              <w:t>第2单元 6-10的认识和加、减法（～9的认识）</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通过第一单元“5以内数的认识和加、减法”的学习，学生已经积累了一定的学习经验，对数的概念的学习已经不陌生了。但是对数与数之间存在密切关系的认识还不够深刻，其中蕴含的数学推理和良好思维习惯还需要教师结合具体环节进行渗透和培养。由于一年级学生受年龄特点的限制，连加、连减这部分内容仍是学习的难点，因此要利用连续的两幅图帮助学生理解其意义及计算方法，使学生能在此基础上看清运算符号，顺利完成计算。</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教学内容：教科书P41例2和“试一试”，完成教科书P41“做一做”。</w:t>
      </w:r>
    </w:p>
    <w:p>
      <w:pPr>
        <w:spacing w:after="80" w:line="300" w:lineRule="auto"/>
        <w:ind w:firstLine="400"/>
      </w:pPr>
      <w:r>
        <w:rPr>
          <w:rFonts w:ascii="宋体" w:hAnsi="宋体" w:eastAsia="宋体"/>
          <w:b w:val="0"/>
          <w:sz w:val="20"/>
        </w:rPr>
        <w:t>设计思路：8和9相对于数较大，分法也比较多，组成式相对也比较多，学生很容易重复或者遗漏。在教学过程中，充分发挥教师的指导作用，引导学生有序思考，寻找成对出现的组成式。探究活动由操作到推理，8的分法中，先让学生操作，得到4种分法，再由4种分法推理出另外的分法，9的分法中，教师不再一一展示具体的操作，而是重视推理得到最后的组成式，这样的设计过程由扶到放，逐步发展学生的推理意识。</w:t>
      </w:r>
    </w:p>
    <w:p>
      <w:pPr>
        <w:spacing w:after="80" w:line="300" w:lineRule="auto"/>
        <w:ind w:firstLine="400"/>
      </w:pPr>
      <w:r>
        <w:rPr>
          <w:rFonts w:ascii="宋体" w:hAnsi="宋体" w:eastAsia="宋体"/>
          <w:b w:val="0"/>
          <w:sz w:val="20"/>
        </w:rPr>
        <w:t>教学准备：课件、圆片、三角形学具。</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（1）体会分与合的思想，熟练掌握8、9的分与合，加深对8和9的认识。</w:t>
      </w:r>
    </w:p>
    <w:p>
      <w:pPr>
        <w:spacing w:after="20" w:line="300" w:lineRule="auto"/>
        <w:ind w:firstLine="400"/>
      </w:pPr>
      <w:r>
        <w:rPr>
          <w:rFonts w:ascii="宋体" w:hAnsi="宋体" w:eastAsia="宋体"/>
          <w:b w:val="0"/>
          <w:sz w:val="20"/>
        </w:rPr>
        <w:t>（2）能进行有序思考，成对推理出9的组成式，养成有序思考的习惯。</w:t>
      </w:r>
    </w:p>
    <w:p>
      <w:pPr>
        <w:spacing w:after="20" w:line="300" w:lineRule="auto"/>
        <w:ind w:firstLine="400"/>
      </w:pPr>
      <w:r>
        <w:rPr>
          <w:rFonts w:ascii="宋体" w:hAnsi="宋体" w:eastAsia="宋体"/>
          <w:b w:val="0"/>
          <w:sz w:val="20"/>
        </w:rPr>
        <w:t>（3）经历探索、发现简单规律的过程，感受数学的魅力，激发积极学习的兴趣。</w:t>
      </w:r>
    </w:p>
    <w:p>
      <w:pPr>
        <w:spacing w:after="20" w:line="300" w:lineRule="auto"/>
      </w:pPr>
      <w:r>
        <w:rPr>
          <w:rFonts w:ascii="宋体" w:hAnsi="宋体" w:eastAsia="宋体"/>
          <w:b w:val="0"/>
          <w:sz w:val="20"/>
        </w:rPr>
        <w:t>教学重点：有序思考，成对写出8和9的组成式。</w:t>
      </w:r>
    </w:p>
    <w:p>
      <w:pPr>
        <w:spacing w:after="20" w:line="300" w:lineRule="auto"/>
      </w:pPr>
      <w:r>
        <w:rPr>
          <w:rFonts w:ascii="宋体" w:hAnsi="宋体" w:eastAsia="宋体"/>
          <w:b w:val="0"/>
          <w:sz w:val="20"/>
        </w:rPr>
        <w:t>教学难点：掌握“有序分”和“从一组数的组成联想到另外一组”的方法，培养学生有序思考的能力。</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游戏激趣，导入新课</w:t>
            </w:r>
          </w:p>
        </w:tc>
        <w:tc>
          <w:tcPr>
            <w:tcW w:type="dxa" w:w="1814"/>
          </w:tcPr>
          <w:p>
            <w:pPr>
              <w:spacing w:after="20" w:line="276" w:lineRule="auto"/>
            </w:pPr>
            <w:r/>
            <w:r>
              <w:rPr>
                <w:rFonts w:ascii="宋体" w:hAnsi="宋体" w:eastAsia="宋体"/>
                <w:b w:val="0"/>
                <w:sz w:val="18"/>
              </w:rPr>
              <w:t>圆片、课件、学具</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11分钟</w:t>
            </w:r>
          </w:p>
        </w:tc>
      </w:tr>
      <w:tr>
        <w:tc>
          <w:tcPr>
            <w:tcW w:type="dxa" w:w="2835"/>
          </w:tcPr>
          <w:p>
            <w:pPr>
              <w:spacing w:after="20" w:line="276" w:lineRule="auto"/>
            </w:pPr>
            <w:r/>
            <w:r>
              <w:rPr>
                <w:rFonts w:ascii="宋体" w:hAnsi="宋体" w:eastAsia="宋体"/>
                <w:b w:val="0"/>
                <w:sz w:val="18"/>
              </w:rPr>
              <w:t>探究新知</w:t>
            </w:r>
          </w:p>
        </w:tc>
        <w:tc>
          <w:tcPr>
            <w:tcW w:type="dxa" w:w="1814"/>
          </w:tcPr>
          <w:p>
            <w:pPr>
              <w:spacing w:after="20" w:line="276" w:lineRule="auto"/>
            </w:pPr>
            <w:r/>
            <w:r>
              <w:rPr>
                <w:rFonts w:ascii="宋体" w:hAnsi="宋体" w:eastAsia="宋体"/>
                <w:b w:val="0"/>
                <w:sz w:val="18"/>
              </w:rPr>
              <w:t>圆片、学具、教科书、课件</w:t>
            </w:r>
          </w:p>
        </w:tc>
        <w:tc>
          <w:tcPr>
            <w:tcW w:type="dxa" w:w="3402"/>
          </w:tcPr>
          <w:p>
            <w:pPr>
              <w:spacing w:after="20" w:line="276" w:lineRule="auto"/>
            </w:pPr>
            <w:r/>
            <w:r>
              <w:rPr>
                <w:rFonts w:ascii="宋体" w:hAnsi="宋体" w:eastAsia="宋体"/>
                <w:b w:val="0"/>
                <w:sz w:val="18"/>
              </w:rPr>
              <w:t>如果要将这8个圆片分为两部分，有几种分法？；我先移动1个圆片(学生跟着移一移)，这时8分成了几和几？</w:t>
            </w:r>
          </w:p>
        </w:tc>
        <w:tc>
          <w:tcPr>
            <w:tcW w:type="dxa" w:w="1361"/>
          </w:tcPr>
          <w:p>
            <w:pPr>
              <w:spacing w:after="20" w:line="276" w:lineRule="auto"/>
            </w:pPr>
            <w:r/>
            <w:r>
              <w:rPr>
                <w:rFonts w:ascii="宋体" w:hAnsi="宋体" w:eastAsia="宋体"/>
                <w:b w:val="0"/>
                <w:sz w:val="18"/>
              </w:rPr>
              <w:t>19分钟</w:t>
            </w:r>
          </w:p>
        </w:tc>
      </w:tr>
      <w:tr>
        <w:tc>
          <w:tcPr>
            <w:tcW w:type="dxa" w:w="2835"/>
          </w:tcPr>
          <w:p>
            <w:pPr>
              <w:spacing w:after="20" w:line="276" w:lineRule="auto"/>
            </w:pPr>
            <w:r/>
            <w:r>
              <w:rPr>
                <w:rFonts w:ascii="宋体" w:hAnsi="宋体" w:eastAsia="宋体"/>
                <w:b w:val="0"/>
                <w:sz w:val="18"/>
              </w:rPr>
              <w:t>巩固应用</w:t>
            </w:r>
          </w:p>
        </w:tc>
        <w:tc>
          <w:tcPr>
            <w:tcW w:type="dxa" w:w="1814"/>
          </w:tcPr>
          <w:p>
            <w:pPr>
              <w:spacing w:after="20" w:line="276" w:lineRule="auto"/>
            </w:pPr>
            <w:r/>
            <w:r>
              <w:rPr>
                <w:rFonts w:ascii="宋体" w:hAnsi="宋体" w:eastAsia="宋体"/>
                <w:b w:val="0"/>
                <w:sz w:val="18"/>
              </w:rPr>
              <w:t>教科书、课件、圆片、学具</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8分钟</w:t>
            </w:r>
          </w:p>
        </w:tc>
      </w:tr>
      <w:tr>
        <w:tc>
          <w:tcPr>
            <w:tcW w:type="dxa" w:w="2835"/>
          </w:tcPr>
          <w:p>
            <w:pPr>
              <w:spacing w:after="20" w:line="276" w:lineRule="auto"/>
            </w:pPr>
            <w:r/>
            <w:r>
              <w:rPr>
                <w:rFonts w:ascii="宋体" w:hAnsi="宋体" w:eastAsia="宋体"/>
                <w:b w:val="0"/>
                <w:sz w:val="18"/>
              </w:rPr>
              <w:t>课堂小结</w:t>
            </w:r>
          </w:p>
        </w:tc>
        <w:tc>
          <w:tcPr>
            <w:tcW w:type="dxa" w:w="1814"/>
          </w:tcPr>
          <w:p>
            <w:pPr>
              <w:spacing w:after="20" w:line="276" w:lineRule="auto"/>
            </w:pPr>
            <w:r/>
            <w:r>
              <w:rPr>
                <w:rFonts w:ascii="宋体" w:hAnsi="宋体" w:eastAsia="宋体"/>
                <w:b w:val="0"/>
                <w:sz w:val="18"/>
              </w:rPr>
              <w:t>课件、圆片、学具</w:t>
            </w:r>
          </w:p>
        </w:tc>
        <w:tc>
          <w:tcPr>
            <w:tcW w:type="dxa" w:w="3402"/>
          </w:tcPr>
          <w:p>
            <w:pPr>
              <w:spacing w:after="20" w:line="276" w:lineRule="auto"/>
            </w:pPr>
            <w:r/>
            <w:r>
              <w:rPr>
                <w:rFonts w:ascii="宋体" w:hAnsi="宋体" w:eastAsia="宋体"/>
                <w:b w:val="0"/>
                <w:sz w:val="18"/>
              </w:rPr>
              <w:t>说一说这节课你们有什么收获？</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游戏激趣，导入新课</w:t>
            </w:r>
          </w:p>
        </w:tc>
        <w:tc>
          <w:tcPr>
            <w:tcW w:type="dxa" w:w="3061"/>
          </w:tcPr>
          <w:p>
            <w:pPr>
              <w:spacing w:after="20" w:line="276" w:lineRule="auto"/>
            </w:pPr>
            <w:r/>
            <w:r>
              <w:rPr>
                <w:rFonts w:ascii="宋体" w:hAnsi="宋体" w:eastAsia="宋体"/>
                <w:b w:val="0"/>
                <w:sz w:val="18"/>
              </w:rPr>
              <w:t>师：同学们，我们先来做个游戏。老师的袋子里有8个圆片，请你从袋子里拿出几个，只要告诉我拿出了几个，我就能说出袋子里还剩几个。你相信吗？</w:t>
            </w:r>
          </w:p>
          <w:p>
            <w:pPr>
              <w:spacing w:after="20" w:line="276" w:lineRule="auto"/>
            </w:pPr>
            <w:r>
              <w:rPr>
                <w:rFonts w:ascii="宋体" w:hAnsi="宋体" w:eastAsia="宋体"/>
                <w:b w:val="0"/>
                <w:sz w:val="18"/>
              </w:rPr>
              <w:t>师：你们知道老师为什么说得这么准吗？</w:t>
            </w:r>
          </w:p>
          <w:p>
            <w:pPr>
              <w:spacing w:after="20" w:line="276" w:lineRule="auto"/>
            </w:pPr>
            <w:r>
              <w:rPr>
                <w:rFonts w:ascii="宋体" w:hAnsi="宋体" w:eastAsia="宋体"/>
                <w:b w:val="0"/>
                <w:sz w:val="18"/>
              </w:rPr>
              <w:t>师：老师知道袋子里一共有8个圆片，根据8的分与合，知道了拿出的个数，就能推出还剩几个。你们学了8的分与合以后，保证你们也能说对。(板书课题：8、9的分与合)</w:t>
            </w:r>
          </w:p>
        </w:tc>
        <w:tc>
          <w:tcPr>
            <w:tcW w:type="dxa" w:w="3061"/>
          </w:tcPr>
          <w:p>
            <w:pPr>
              <w:spacing w:after="20" w:line="276" w:lineRule="auto"/>
            </w:pPr>
            <w:r/>
            <w:r>
              <w:rPr>
                <w:rFonts w:ascii="宋体" w:hAnsi="宋体" w:eastAsia="宋体"/>
                <w:b w:val="0"/>
                <w:sz w:val="18"/>
              </w:rPr>
              <w:t>学生从袋子里拿出了3个圆片，教师就说袋子里还有5个，然后师生一起验证。像这样玩2～3次。</w:t>
            </w:r>
          </w:p>
          <w:p>
            <w:pPr>
              <w:spacing w:after="20" w:line="276" w:lineRule="auto"/>
            </w:pPr>
            <w:r>
              <w:rPr>
                <w:rFonts w:ascii="宋体" w:hAnsi="宋体" w:eastAsia="宋体"/>
                <w:b w:val="0"/>
                <w:sz w:val="18"/>
              </w:rPr>
              <w:t>学生可能会说用8减去拿出的圆片的个数，就是袋子里剩下的圆片的个数。</w:t>
            </w:r>
          </w:p>
        </w:tc>
        <w:tc>
          <w:tcPr>
            <w:tcW w:type="dxa" w:w="1814"/>
          </w:tcPr>
          <w:p>
            <w:pPr>
              <w:spacing w:after="20" w:line="276" w:lineRule="auto"/>
            </w:pPr>
            <w:r/>
            <w:r>
              <w:rPr>
                <w:rFonts w:ascii="宋体" w:hAnsi="宋体" w:eastAsia="宋体"/>
                <w:b w:val="0"/>
                <w:sz w:val="18"/>
              </w:rPr>
              <w:t>创设情境激活学生已有经验，自然引出本课学习内容，激发学习兴趣。</w:t>
            </w:r>
          </w:p>
        </w:tc>
      </w:tr>
      <w:tr>
        <w:tc>
          <w:tcPr>
            <w:tcW w:type="dxa" w:w="1474"/>
          </w:tcPr>
          <w:p>
            <w:pPr>
              <w:spacing w:after="20" w:line="276" w:lineRule="auto"/>
            </w:pPr>
            <w:r>
              <w:rPr>
                <w:b/>
              </w:rPr>
            </w:r>
            <w:r>
              <w:rPr>
                <w:rFonts w:ascii="宋体" w:hAnsi="宋体" w:eastAsia="宋体"/>
                <w:b/>
                <w:sz w:val="18"/>
              </w:rPr>
              <w:t>探究新知</w:t>
            </w:r>
          </w:p>
        </w:tc>
        <w:tc>
          <w:tcPr>
            <w:tcW w:type="dxa" w:w="3061"/>
          </w:tcPr>
          <w:p>
            <w:pPr>
              <w:spacing w:after="20" w:line="276" w:lineRule="auto"/>
            </w:pPr>
            <w:r/>
            <w:r>
              <w:rPr>
                <w:rFonts w:ascii="宋体" w:hAnsi="宋体" w:eastAsia="宋体"/>
                <w:b w:val="0"/>
                <w:sz w:val="18"/>
              </w:rPr>
              <w:t>1.探究8的分与合。</w:t>
            </w:r>
          </w:p>
          <w:p>
            <w:pPr>
              <w:spacing w:after="20" w:line="276" w:lineRule="auto"/>
            </w:pPr>
            <w:r>
              <w:rPr>
                <w:rFonts w:ascii="宋体" w:hAnsi="宋体" w:eastAsia="宋体"/>
                <w:b w:val="0"/>
                <w:sz w:val="18"/>
              </w:rPr>
              <w:t>师：如果要将这8个圆片分为两部分，有几种分法？我们一起在桌上摆一摆。</w:t>
            </w:r>
          </w:p>
          <w:p>
            <w:pPr>
              <w:spacing w:after="20" w:line="276" w:lineRule="auto"/>
            </w:pPr>
            <w:r>
              <w:rPr>
                <w:rFonts w:ascii="宋体" w:hAnsi="宋体" w:eastAsia="宋体"/>
                <w:b w:val="0"/>
                <w:sz w:val="18"/>
              </w:rPr>
              <w:t>师：我先移动1个圆片(学生跟着移一移)，这时8分成了几和几？(8分成了1和7)</w:t>
            </w:r>
          </w:p>
          <w:p>
            <w:pPr>
              <w:spacing w:after="20" w:line="276" w:lineRule="auto"/>
            </w:pPr>
            <w:r>
              <w:rPr>
                <w:rFonts w:ascii="宋体" w:hAnsi="宋体" w:eastAsia="宋体"/>
                <w:b w:val="0"/>
                <w:sz w:val="18"/>
              </w:rPr>
              <w:t>师：我再移动1个圆片，这时8分成了几和几？(8分成了2和6)同学们，如果再移动1个圆片呢？继续移动1个圆片，又会得到什么结果呢？</w:t>
            </w:r>
          </w:p>
          <w:p>
            <w:pPr>
              <w:spacing w:after="20" w:line="276" w:lineRule="auto"/>
            </w:pPr>
            <w:r>
              <w:rPr>
                <w:rFonts w:ascii="宋体" w:hAnsi="宋体" w:eastAsia="宋体"/>
                <w:b w:val="0"/>
                <w:sz w:val="18"/>
              </w:rPr>
              <w:t>师：看到这几种分法，你们还能想到其他分法吗？</w:t>
            </w:r>
          </w:p>
          <w:p>
            <w:pPr>
              <w:spacing w:after="20" w:line="276" w:lineRule="auto"/>
            </w:pPr>
            <w:r>
              <w:rPr>
                <w:rFonts w:ascii="宋体" w:hAnsi="宋体" w:eastAsia="宋体"/>
                <w:b w:val="0"/>
                <w:sz w:val="18"/>
              </w:rPr>
              <w:t>引导学生说出看到其中的一组可以想到另一组。例如，看到8可以分成1和7，就可以想到8可以分成7和1……</w:t>
            </w:r>
          </w:p>
          <w:p>
            <w:pPr>
              <w:spacing w:after="20" w:line="276" w:lineRule="auto"/>
            </w:pPr>
            <w:r>
              <w:rPr>
                <w:rFonts w:ascii="宋体" w:hAnsi="宋体" w:eastAsia="宋体"/>
                <w:b w:val="0"/>
                <w:sz w:val="18"/>
              </w:rPr>
              <w:t>师生一起整理并板书8的分与合，通过板书过程让学生有序地记忆。</w:t>
            </w:r>
          </w:p>
          <w:p>
            <w:pPr>
              <w:spacing w:after="20" w:line="276" w:lineRule="auto"/>
            </w:pPr>
            <w:r>
              <w:rPr>
                <w:rFonts w:ascii="宋体" w:hAnsi="宋体" w:eastAsia="宋体"/>
                <w:b w:val="0"/>
                <w:sz w:val="18"/>
              </w:rPr>
              <w:t>2．自主探究9的分与合。</w:t>
            </w:r>
          </w:p>
          <w:p>
            <w:pPr>
              <w:spacing w:after="20" w:line="276" w:lineRule="auto"/>
            </w:pPr>
            <w:r>
              <w:rPr>
                <w:rFonts w:ascii="宋体" w:hAnsi="宋体" w:eastAsia="宋体"/>
                <w:b w:val="0"/>
                <w:sz w:val="18"/>
              </w:rPr>
              <w:t>师：请大家数出9个三角形学具，摆一摆，把它们分成两部分，并完成教科书P41“试一试”。</w:t>
            </w:r>
          </w:p>
          <w:p>
            <w:pPr>
              <w:spacing w:after="20" w:line="276" w:lineRule="auto"/>
            </w:pPr>
            <w:r>
              <w:rPr>
                <w:rFonts w:ascii="宋体" w:hAnsi="宋体" w:eastAsia="宋体"/>
                <w:b w:val="0"/>
                <w:sz w:val="18"/>
              </w:rPr>
              <w:t>师：不摆三角形，你能完成吗？</w:t>
            </w:r>
          </w:p>
          <w:p>
            <w:pPr>
              <w:spacing w:after="20" w:line="276" w:lineRule="auto"/>
            </w:pPr>
            <w:r>
              <w:rPr>
                <w:rFonts w:ascii="宋体" w:hAnsi="宋体" w:eastAsia="宋体"/>
                <w:b w:val="0"/>
                <w:sz w:val="18"/>
              </w:rPr>
              <w:t>师生一起整理并板书9的分与合，通过板书过程让学生有序地记忆。</w:t>
            </w:r>
          </w:p>
          <w:p>
            <w:pPr>
              <w:spacing w:after="20" w:line="276" w:lineRule="auto"/>
            </w:pPr>
            <w:r>
              <w:rPr>
                <w:rFonts w:ascii="宋体" w:hAnsi="宋体" w:eastAsia="宋体"/>
                <w:b w:val="0"/>
                <w:sz w:val="18"/>
              </w:rPr>
              <w:t>师：观察9的组成式，它与我们前面的组成式有什么不同吗？</w:t>
            </w:r>
          </w:p>
          <w:p>
            <w:pPr>
              <w:spacing w:after="20" w:line="276" w:lineRule="auto"/>
            </w:pPr>
            <w:r>
              <w:rPr>
                <w:rFonts w:ascii="宋体" w:hAnsi="宋体" w:eastAsia="宋体"/>
                <w:b w:val="0"/>
                <w:sz w:val="18"/>
              </w:rPr>
              <w:t>它是成对的写的，将一种分法的两种组成式写在一起。</w:t>
            </w:r>
          </w:p>
          <w:p>
            <w:pPr>
              <w:spacing w:after="20" w:line="276" w:lineRule="auto"/>
            </w:pPr>
            <w:r>
              <w:rPr>
                <w:rFonts w:ascii="宋体" w:hAnsi="宋体" w:eastAsia="宋体"/>
                <w:b w:val="0"/>
                <w:sz w:val="18"/>
              </w:rPr>
              <w:t>小结：在数的分与合中，要有序思考，将分法与组成式对应起来，一种分法有两种组成式。</w:t>
            </w:r>
          </w:p>
        </w:tc>
        <w:tc>
          <w:tcPr>
            <w:tcW w:type="dxa" w:w="3061"/>
          </w:tcPr>
          <w:p>
            <w:pPr>
              <w:spacing w:after="20" w:line="276" w:lineRule="auto"/>
            </w:pPr>
            <w:r/>
            <w:r>
              <w:rPr>
                <w:rFonts w:ascii="宋体" w:hAnsi="宋体" w:eastAsia="宋体"/>
                <w:b w:val="0"/>
                <w:sz w:val="18"/>
              </w:rPr>
              <w:t>学生移动圆片，指名说说分的结果。</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设计递进式探究活动，引导学生在动手实践与合作交流中经历知识形成过程，突破本课重难点，核心问题："如果要将这8个圆片分为两部分，有几种分法？"</w:t>
            </w:r>
          </w:p>
        </w:tc>
      </w:tr>
      <w:tr>
        <w:tc>
          <w:tcPr>
            <w:tcW w:type="dxa" w:w="1474"/>
          </w:tcPr>
          <w:p>
            <w:pPr>
              <w:spacing w:after="20" w:line="276" w:lineRule="auto"/>
            </w:pPr>
            <w:r>
              <w:rPr>
                <w:b/>
              </w:rPr>
            </w:r>
            <w:r>
              <w:rPr>
                <w:rFonts w:ascii="宋体" w:hAnsi="宋体" w:eastAsia="宋体"/>
                <w:b/>
                <w:sz w:val="18"/>
              </w:rPr>
              <w:t>巩固应用</w:t>
            </w:r>
          </w:p>
        </w:tc>
        <w:tc>
          <w:tcPr>
            <w:tcW w:type="dxa" w:w="3061"/>
          </w:tcPr>
          <w:p>
            <w:pPr>
              <w:spacing w:after="20" w:line="276" w:lineRule="auto"/>
            </w:pPr>
            <w:r/>
            <w:r>
              <w:rPr>
                <w:rFonts w:ascii="宋体" w:hAnsi="宋体" w:eastAsia="宋体"/>
                <w:b w:val="0"/>
                <w:sz w:val="18"/>
              </w:rPr>
              <w:t>1.完成教科书P41“做一做”第1、2题。</w:t>
            </w:r>
          </w:p>
          <w:p>
            <w:pPr>
              <w:spacing w:after="20" w:line="276" w:lineRule="auto"/>
            </w:pPr>
            <w:r>
              <w:rPr>
                <w:rFonts w:ascii="宋体" w:hAnsi="宋体" w:eastAsia="宋体"/>
                <w:b w:val="0"/>
                <w:sz w:val="18"/>
              </w:rPr>
              <w:t>第1题注意引导学生弄清变式的意义后再填写；第2题要求学生照例子填出能组成8和9的数。</w:t>
            </w:r>
          </w:p>
          <w:p>
            <w:pPr>
              <w:spacing w:after="20" w:line="276" w:lineRule="auto"/>
            </w:pPr>
            <w:r>
              <w:rPr>
                <w:rFonts w:ascii="宋体" w:hAnsi="宋体" w:eastAsia="宋体"/>
                <w:b w:val="0"/>
                <w:sz w:val="18"/>
              </w:rPr>
              <w:t>2．对口令游戏。</w:t>
            </w:r>
          </w:p>
          <w:p>
            <w:pPr>
              <w:spacing w:after="20" w:line="276" w:lineRule="auto"/>
            </w:pPr>
            <w:r>
              <w:rPr>
                <w:rFonts w:ascii="宋体" w:hAnsi="宋体" w:eastAsia="宋体"/>
                <w:b w:val="0"/>
                <w:sz w:val="18"/>
              </w:rPr>
              <w:t>师：下面我们来玩一个对口令游戏。例如，老师问8可以分成2和几，你们就回答8可以分成2和6；或者老师问4和5组成几，你们就回答4和5组成9等等。</w:t>
            </w:r>
          </w:p>
        </w:tc>
        <w:tc>
          <w:tcPr>
            <w:tcW w:type="dxa" w:w="3061"/>
          </w:tcPr>
          <w:p>
            <w:pPr>
              <w:spacing w:after="20" w:line="276" w:lineRule="auto"/>
            </w:pPr>
            <w:r/>
            <w:r>
              <w:rPr>
                <w:rFonts w:ascii="宋体" w:hAnsi="宋体" w:eastAsia="宋体"/>
                <w:b w:val="0"/>
                <w:sz w:val="18"/>
              </w:rPr>
              <w:t>学生先独立完成，教师巡视指导，再集体交流。</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课堂小结</w:t>
            </w:r>
          </w:p>
        </w:tc>
        <w:tc>
          <w:tcPr>
            <w:tcW w:type="dxa" w:w="3061"/>
          </w:tcPr>
          <w:p>
            <w:pPr>
              <w:spacing w:after="20" w:line="276" w:lineRule="auto"/>
            </w:pPr>
            <w:r/>
            <w:r>
              <w:rPr>
                <w:rFonts w:ascii="宋体" w:hAnsi="宋体" w:eastAsia="宋体"/>
                <w:b w:val="0"/>
                <w:sz w:val="18"/>
              </w:rPr>
              <w:t>师：说一说这节课你们有什么收获？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引导学生回顾梳理本课所学，完善认知结构，提升归纳与反思能力，核心问题："说一说这节课你们有什么收获？"</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教科书P41例2和“试一试”，完成教科书P41“做一做”。</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在教学8、9的分与合时，学生通过摆学具，先发现其中的一部分，再完善另一部分。因为有些学生已经熟练掌握了8、9的分与合，所以不需要摆学具就能写出8、9的分与合。教师可以根据学情进行调整，没必要每次都去摆学具，只要学生能有序说出8、9的分与合即可。</w:t>
      </w:r>
    </w:p>
    <w:p>
      <w:r>
        <w:br w:type="page"/>
      </w:r>
    </w:p>
    <w:p>
      <w:pPr>
        <w:spacing w:after="80" w:line="300" w:lineRule="auto"/>
      </w:pPr>
      <w:r>
        <w:rPr>
          <w:rFonts w:ascii="黑体" w:hAnsi="黑体" w:eastAsia="黑体"/>
          <w:b/>
          <w:sz w:val="24"/>
        </w:rPr>
        <w:t>二、课时教学方案（第11课时）</w:t>
      </w:r>
    </w:p>
    <w:p>
      <w:pPr>
        <w:spacing w:after="80" w:line="300" w:lineRule="auto"/>
      </w:pPr>
      <w:r>
        <w:rPr>
          <w:rFonts w:ascii="黑体" w:hAnsi="黑体" w:eastAsia="黑体"/>
          <w:b/>
          <w:sz w:val="24"/>
        </w:rPr>
        <w:t>第11课时　8和9的加、减法</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第11课时　8和9的加、减法</w:t>
            </w:r>
          </w:p>
        </w:tc>
        <w:tc>
          <w:tcPr>
            <w:tcW w:type="dxa" w:w="6009"/>
          </w:tcPr>
          <w:p>
            <w:pPr>
              <w:spacing w:after="20" w:line="276" w:lineRule="auto"/>
            </w:pPr>
            <w:r/>
            <w:r>
              <w:rPr>
                <w:rFonts w:ascii="宋体" w:hAnsi="宋体" w:eastAsia="宋体"/>
                <w:b w:val="0"/>
                <w:sz w:val="20"/>
              </w:rPr>
              <w:t>第2单元 6-10的认识和加、减法（～9的加、减法）</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通过第一单元“5以内数的认识和加、减法”的学习，学生已经积累了一定的学习经验，对数的概念的学习已经不陌生了。但是对数与数之间存在密切关系的认识还不够深刻，其中蕴含的数学推理和良好思维习惯还需要教师结合具体环节进行渗透和培养。由于一年级学生受年龄特点的限制，连加、连减这部分内容仍是学习的难点，因此要利用连续的两幅图帮助学生理解其意义及计算方法，使学生能在此基础上看清运算符号，顺利完成计算。</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教学内容：教科书P50例4，完成教科书P50“做一做”。</w:t>
      </w:r>
    </w:p>
    <w:p>
      <w:pPr>
        <w:spacing w:after="80" w:line="300" w:lineRule="auto"/>
        <w:ind w:firstLine="400"/>
      </w:pPr>
      <w:r>
        <w:rPr>
          <w:rFonts w:ascii="宋体" w:hAnsi="宋体" w:eastAsia="宋体"/>
          <w:b w:val="0"/>
          <w:sz w:val="20"/>
        </w:rPr>
        <w:t>设计思路：借助具体的情境，引导学生充分交流并进一步体会部分和整体的关系，感受加、减法之间的联系，明确利用数的分与合进行计算的优越性。</w:t>
      </w:r>
    </w:p>
    <w:p>
      <w:pPr>
        <w:spacing w:after="80" w:line="300" w:lineRule="auto"/>
        <w:ind w:firstLine="400"/>
      </w:pPr>
      <w:r>
        <w:rPr>
          <w:rFonts w:ascii="宋体" w:hAnsi="宋体" w:eastAsia="宋体"/>
          <w:b w:val="0"/>
          <w:sz w:val="20"/>
        </w:rPr>
        <w:t>教学准备：课件、1～8的数字卡片。</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（1）能看懂情境图，知道其中的部分与整体的关系，会根据一个情境图列出四道算式，知道这些算式间的联系。</w:t>
      </w:r>
    </w:p>
    <w:p>
      <w:pPr>
        <w:spacing w:after="20" w:line="300" w:lineRule="auto"/>
        <w:ind w:firstLine="400"/>
      </w:pPr>
      <w:r>
        <w:rPr>
          <w:rFonts w:ascii="宋体" w:hAnsi="宋体" w:eastAsia="宋体"/>
          <w:b w:val="0"/>
          <w:sz w:val="20"/>
        </w:rPr>
        <w:t>（2）知道当两部分数量相同时，只能列出一道加法算式和一道减法算式。</w:t>
      </w:r>
    </w:p>
    <w:p>
      <w:pPr>
        <w:spacing w:after="20" w:line="300" w:lineRule="auto"/>
        <w:ind w:firstLine="400"/>
      </w:pPr>
      <w:r>
        <w:rPr>
          <w:rFonts w:ascii="宋体" w:hAnsi="宋体" w:eastAsia="宋体"/>
          <w:b w:val="0"/>
          <w:sz w:val="20"/>
        </w:rPr>
        <w:t>（3）会根据8和9的组成计算8和9的加、减法。</w:t>
      </w:r>
    </w:p>
    <w:p>
      <w:pPr>
        <w:spacing w:after="20" w:line="300" w:lineRule="auto"/>
      </w:pPr>
      <w:r>
        <w:rPr>
          <w:rFonts w:ascii="宋体" w:hAnsi="宋体" w:eastAsia="宋体"/>
          <w:b w:val="0"/>
          <w:sz w:val="20"/>
        </w:rPr>
        <w:t>教学重点：会根据一个情境图列出四道算式，能正确计算关于8和9的加、减法。</w:t>
      </w:r>
    </w:p>
    <w:p>
      <w:pPr>
        <w:spacing w:after="20" w:line="300" w:lineRule="auto"/>
      </w:pPr>
      <w:r>
        <w:rPr>
          <w:rFonts w:ascii="宋体" w:hAnsi="宋体" w:eastAsia="宋体"/>
          <w:b w:val="0"/>
          <w:sz w:val="20"/>
        </w:rPr>
        <w:t>教学难点：能看懂情境图，会根据一个情境图列出四道算式，</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游戏导入，揭示课题</w:t>
            </w:r>
          </w:p>
        </w:tc>
        <w:tc>
          <w:tcPr>
            <w:tcW w:type="dxa" w:w="1814"/>
          </w:tcPr>
          <w:p>
            <w:pPr>
              <w:spacing w:after="20" w:line="276" w:lineRule="auto"/>
            </w:pPr>
            <w:r/>
            <w:r>
              <w:rPr>
                <w:rFonts w:ascii="宋体" w:hAnsi="宋体" w:eastAsia="宋体"/>
                <w:b w:val="0"/>
                <w:sz w:val="18"/>
              </w:rPr>
              <w:t>数字卡片、课件</w:t>
            </w:r>
          </w:p>
        </w:tc>
        <w:tc>
          <w:tcPr>
            <w:tcW w:type="dxa" w:w="3402"/>
          </w:tcPr>
          <w:p>
            <w:pPr>
              <w:spacing w:after="20" w:line="276" w:lineRule="auto"/>
            </w:pPr>
            <w:r/>
            <w:r>
              <w:rPr>
                <w:rFonts w:ascii="宋体" w:hAnsi="宋体" w:eastAsia="宋体"/>
                <w:b w:val="0"/>
                <w:sz w:val="18"/>
              </w:rPr>
              <w:t>你们是怎样迅速找到好朋友的？</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探究8的加、减法</w:t>
            </w:r>
          </w:p>
        </w:tc>
        <w:tc>
          <w:tcPr>
            <w:tcW w:type="dxa" w:w="1814"/>
          </w:tcPr>
          <w:p>
            <w:pPr>
              <w:spacing w:after="20" w:line="276" w:lineRule="auto"/>
            </w:pPr>
            <w:r/>
            <w:r>
              <w:rPr>
                <w:rFonts w:ascii="宋体" w:hAnsi="宋体" w:eastAsia="宋体"/>
                <w:b w:val="0"/>
                <w:sz w:val="18"/>
              </w:rPr>
              <w:t>课件、教科书、数字卡片</w:t>
            </w:r>
          </w:p>
        </w:tc>
        <w:tc>
          <w:tcPr>
            <w:tcW w:type="dxa" w:w="3402"/>
          </w:tcPr>
          <w:p>
            <w:pPr>
              <w:spacing w:after="20" w:line="276" w:lineRule="auto"/>
            </w:pPr>
            <w:r/>
            <w:r>
              <w:rPr>
                <w:rFonts w:ascii="宋体" w:hAnsi="宋体" w:eastAsia="宋体"/>
                <w:b w:val="0"/>
                <w:sz w:val="18"/>
              </w:rPr>
              <w:t>看一看图中漂亮的花朵。你能和同桌相互说一说这幅图的意思吗？；根据这幅图你能提出什么数学问题？怎样列式呢？</w:t>
            </w:r>
          </w:p>
        </w:tc>
        <w:tc>
          <w:tcPr>
            <w:tcW w:type="dxa" w:w="1361"/>
          </w:tcPr>
          <w:p>
            <w:pPr>
              <w:spacing w:after="20" w:line="276" w:lineRule="auto"/>
            </w:pPr>
            <w:r/>
            <w:r>
              <w:rPr>
                <w:rFonts w:ascii="宋体" w:hAnsi="宋体" w:eastAsia="宋体"/>
                <w:b w:val="0"/>
                <w:sz w:val="18"/>
              </w:rPr>
              <w:t>12分钟</w:t>
            </w:r>
          </w:p>
        </w:tc>
      </w:tr>
      <w:tr>
        <w:tc>
          <w:tcPr>
            <w:tcW w:type="dxa" w:w="2835"/>
          </w:tcPr>
          <w:p>
            <w:pPr>
              <w:spacing w:after="20" w:line="276" w:lineRule="auto"/>
            </w:pPr>
            <w:r/>
            <w:r>
              <w:rPr>
                <w:rFonts w:ascii="宋体" w:hAnsi="宋体" w:eastAsia="宋体"/>
                <w:b w:val="0"/>
                <w:sz w:val="18"/>
              </w:rPr>
              <w:t>探究9的加、减法</w:t>
            </w:r>
          </w:p>
        </w:tc>
        <w:tc>
          <w:tcPr>
            <w:tcW w:type="dxa" w:w="1814"/>
          </w:tcPr>
          <w:p>
            <w:pPr>
              <w:spacing w:after="20" w:line="276" w:lineRule="auto"/>
            </w:pPr>
            <w:r/>
            <w:r>
              <w:rPr>
                <w:rFonts w:ascii="宋体" w:hAnsi="宋体" w:eastAsia="宋体"/>
                <w:b w:val="0"/>
                <w:sz w:val="18"/>
              </w:rPr>
              <w:t>课件、教科书、数字卡片</w:t>
            </w:r>
          </w:p>
        </w:tc>
        <w:tc>
          <w:tcPr>
            <w:tcW w:type="dxa" w:w="3402"/>
          </w:tcPr>
          <w:p>
            <w:pPr>
              <w:spacing w:after="20" w:line="276" w:lineRule="auto"/>
            </w:pPr>
            <w:r/>
            <w:r>
              <w:rPr>
                <w:rFonts w:ascii="宋体" w:hAnsi="宋体" w:eastAsia="宋体"/>
                <w:b w:val="0"/>
                <w:sz w:val="18"/>
              </w:rPr>
              <w:t>写算式的时候有没有什么好办法能写全所有的算式呢？怎样算才算得快？</w:t>
            </w:r>
          </w:p>
        </w:tc>
        <w:tc>
          <w:tcPr>
            <w:tcW w:type="dxa" w:w="1361"/>
          </w:tcPr>
          <w:p>
            <w:pPr>
              <w:spacing w:after="20" w:line="276" w:lineRule="auto"/>
            </w:pPr>
            <w:r/>
            <w:r>
              <w:rPr>
                <w:rFonts w:ascii="宋体" w:hAnsi="宋体" w:eastAsia="宋体"/>
                <w:b w:val="0"/>
                <w:sz w:val="18"/>
              </w:rPr>
              <w:t>4分钟</w:t>
            </w:r>
          </w:p>
        </w:tc>
      </w:tr>
      <w:tr>
        <w:tc>
          <w:tcPr>
            <w:tcW w:type="dxa" w:w="2835"/>
          </w:tcPr>
          <w:p>
            <w:pPr>
              <w:spacing w:after="20" w:line="276" w:lineRule="auto"/>
            </w:pPr>
            <w:r/>
            <w:r>
              <w:rPr>
                <w:rFonts w:ascii="宋体" w:hAnsi="宋体" w:eastAsia="宋体"/>
                <w:b w:val="0"/>
                <w:sz w:val="18"/>
              </w:rPr>
              <w:t>探究8和9的加、减法的计算方法</w:t>
            </w:r>
          </w:p>
        </w:tc>
        <w:tc>
          <w:tcPr>
            <w:tcW w:type="dxa" w:w="1814"/>
          </w:tcPr>
          <w:p>
            <w:pPr>
              <w:spacing w:after="20" w:line="276" w:lineRule="auto"/>
            </w:pPr>
            <w:r/>
            <w:r>
              <w:rPr>
                <w:rFonts w:ascii="宋体" w:hAnsi="宋体" w:eastAsia="宋体"/>
                <w:b w:val="0"/>
                <w:sz w:val="18"/>
              </w:rPr>
              <w:t>课件、教科书、图片、数字卡片</w:t>
            </w:r>
          </w:p>
        </w:tc>
        <w:tc>
          <w:tcPr>
            <w:tcW w:type="dxa" w:w="3402"/>
          </w:tcPr>
          <w:p>
            <w:pPr>
              <w:spacing w:after="20" w:line="276" w:lineRule="auto"/>
            </w:pPr>
            <w:r/>
            <w:r>
              <w:rPr>
                <w:rFonts w:ascii="宋体" w:hAnsi="宋体" w:eastAsia="宋体"/>
                <w:b w:val="0"/>
                <w:sz w:val="18"/>
              </w:rPr>
              <w:t>我们会根据图片列出对应的加法算式和减法算式，如果这两幅图中的方块都没有区别，你还能计算这些算式吗？；不画图，你还能写出其他得数是8和9的加法算式吗？你是用什么方法列出来的？</w:t>
            </w:r>
          </w:p>
        </w:tc>
        <w:tc>
          <w:tcPr>
            <w:tcW w:type="dxa" w:w="1361"/>
          </w:tcPr>
          <w:p>
            <w:pPr>
              <w:spacing w:after="20" w:line="276" w:lineRule="auto"/>
            </w:pPr>
            <w:r/>
            <w:r>
              <w:rPr>
                <w:rFonts w:ascii="宋体" w:hAnsi="宋体" w:eastAsia="宋体"/>
                <w:b w:val="0"/>
                <w:sz w:val="18"/>
              </w:rPr>
              <w:t>13分钟</w:t>
            </w:r>
          </w:p>
        </w:tc>
      </w:tr>
      <w:tr>
        <w:tc>
          <w:tcPr>
            <w:tcW w:type="dxa" w:w="2835"/>
          </w:tcPr>
          <w:p>
            <w:pPr>
              <w:spacing w:after="20" w:line="276" w:lineRule="auto"/>
            </w:pPr>
            <w:r/>
            <w:r>
              <w:rPr>
                <w:rFonts w:ascii="宋体" w:hAnsi="宋体" w:eastAsia="宋体"/>
                <w:b w:val="0"/>
                <w:sz w:val="18"/>
              </w:rPr>
              <w:t>五、巩固练习</w:t>
            </w:r>
          </w:p>
        </w:tc>
        <w:tc>
          <w:tcPr>
            <w:tcW w:type="dxa" w:w="1814"/>
          </w:tcPr>
          <w:p>
            <w:pPr>
              <w:spacing w:after="20" w:line="276" w:lineRule="auto"/>
            </w:pPr>
            <w:r/>
            <w:r>
              <w:rPr>
                <w:rFonts w:ascii="宋体" w:hAnsi="宋体" w:eastAsia="宋体"/>
                <w:b w:val="0"/>
                <w:sz w:val="18"/>
              </w:rPr>
              <w:t>教科书、课件、数字卡片</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3分钟</w:t>
            </w:r>
          </w:p>
        </w:tc>
      </w:tr>
      <w:tr>
        <w:tc>
          <w:tcPr>
            <w:tcW w:type="dxa" w:w="2835"/>
          </w:tcPr>
          <w:p>
            <w:pPr>
              <w:spacing w:after="20" w:line="276" w:lineRule="auto"/>
            </w:pPr>
            <w:r/>
            <w:r>
              <w:rPr>
                <w:rFonts w:ascii="宋体" w:hAnsi="宋体" w:eastAsia="宋体"/>
                <w:b w:val="0"/>
                <w:sz w:val="18"/>
              </w:rPr>
              <w:t>课堂小结</w:t>
            </w:r>
          </w:p>
        </w:tc>
        <w:tc>
          <w:tcPr>
            <w:tcW w:type="dxa" w:w="1814"/>
          </w:tcPr>
          <w:p>
            <w:pPr>
              <w:spacing w:after="20" w:line="276" w:lineRule="auto"/>
            </w:pPr>
            <w:r/>
            <w:r>
              <w:rPr>
                <w:rFonts w:ascii="宋体" w:hAnsi="宋体" w:eastAsia="宋体"/>
                <w:b w:val="0"/>
                <w:sz w:val="18"/>
              </w:rPr>
              <w:t>课件、数字卡片</w:t>
            </w:r>
          </w:p>
        </w:tc>
        <w:tc>
          <w:tcPr>
            <w:tcW w:type="dxa" w:w="3402"/>
          </w:tcPr>
          <w:p>
            <w:pPr>
              <w:spacing w:after="20" w:line="276" w:lineRule="auto"/>
            </w:pPr>
            <w:r/>
            <w:r>
              <w:rPr>
                <w:rFonts w:ascii="宋体" w:hAnsi="宋体" w:eastAsia="宋体"/>
                <w:b w:val="0"/>
                <w:sz w:val="18"/>
              </w:rPr>
              <w:t>这节课你们有什么收获？</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游戏导入，揭示课题</w:t>
            </w:r>
          </w:p>
        </w:tc>
        <w:tc>
          <w:tcPr>
            <w:tcW w:type="dxa" w:w="3061"/>
          </w:tcPr>
          <w:p>
            <w:pPr>
              <w:spacing w:after="20" w:line="276" w:lineRule="auto"/>
            </w:pPr>
            <w:r/>
            <w:r>
              <w:rPr>
                <w:rFonts w:ascii="宋体" w:hAnsi="宋体" w:eastAsia="宋体"/>
                <w:b w:val="0"/>
                <w:sz w:val="18"/>
              </w:rPr>
              <w:t>教师随机给学生发1～7的数字卡片(有两张4)。</w:t>
            </w:r>
          </w:p>
          <w:p>
            <w:pPr>
              <w:spacing w:after="20" w:line="276" w:lineRule="auto"/>
            </w:pPr>
            <w:r>
              <w:rPr>
                <w:rFonts w:ascii="宋体" w:hAnsi="宋体" w:eastAsia="宋体"/>
                <w:b w:val="0"/>
                <w:sz w:val="18"/>
              </w:rPr>
              <w:t>师：我们一起来玩个游戏吧！要求是拿到的卡片中的数字能组成8的两名同学成为好朋友，现在请拿到了卡片的同学仔细观察，迅速找到自己的好朋友。其他同学帮忙看一看他们是不是好朋友。</w:t>
            </w:r>
          </w:p>
          <w:p>
            <w:pPr>
              <w:spacing w:after="20" w:line="276" w:lineRule="auto"/>
            </w:pPr>
            <w:r>
              <w:rPr>
                <w:rFonts w:ascii="宋体" w:hAnsi="宋体" w:eastAsia="宋体"/>
                <w:b w:val="0"/>
                <w:sz w:val="18"/>
              </w:rPr>
              <w:t>师：你们是怎样迅速找到好朋友的？(学生回答：想8的分与合)</w:t>
            </w:r>
          </w:p>
          <w:p>
            <w:pPr>
              <w:spacing w:after="20" w:line="276" w:lineRule="auto"/>
            </w:pPr>
            <w:r>
              <w:rPr>
                <w:rFonts w:ascii="宋体" w:hAnsi="宋体" w:eastAsia="宋体"/>
                <w:b w:val="0"/>
                <w:sz w:val="18"/>
              </w:rPr>
              <w:t>师：请同学们按照游戏规则利用9的分与合玩游戏。(给学生发1～8的数字卡片)</w:t>
            </w:r>
          </w:p>
          <w:p>
            <w:pPr>
              <w:spacing w:after="20" w:line="276" w:lineRule="auto"/>
            </w:pPr>
            <w:r>
              <w:rPr>
                <w:rFonts w:ascii="宋体" w:hAnsi="宋体" w:eastAsia="宋体"/>
                <w:b w:val="0"/>
                <w:sz w:val="18"/>
              </w:rPr>
              <w:t>师：今天我们就来利用8和9的分与合的知识学习8和9的加、减法。(板书课题：8和9的加、减法)</w:t>
            </w:r>
          </w:p>
        </w:tc>
        <w:tc>
          <w:tcPr>
            <w:tcW w:type="dxa" w:w="3061"/>
          </w:tcPr>
          <w:p>
            <w:pPr>
              <w:spacing w:after="20" w:line="276" w:lineRule="auto"/>
            </w:pPr>
            <w:r/>
            <w:r>
              <w:rPr>
                <w:rFonts w:ascii="宋体" w:hAnsi="宋体" w:eastAsia="宋体"/>
                <w:b w:val="0"/>
                <w:sz w:val="18"/>
              </w:rPr>
              <w:t>学生根据要求迅速找到各自的好朋友。1和7，2和6，3和5，4和4分别合在一起组成8。</w:t>
            </w:r>
          </w:p>
          <w:p>
            <w:pPr>
              <w:spacing w:after="20" w:line="276" w:lineRule="auto"/>
            </w:pPr>
            <w:r>
              <w:rPr>
                <w:rFonts w:ascii="宋体" w:hAnsi="宋体" w:eastAsia="宋体"/>
                <w:b w:val="0"/>
                <w:sz w:val="18"/>
              </w:rPr>
              <w:t>学生能熟练地利用9的分与合完成游戏。教师引导学生说一说9有几组分与合。</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创设情境激活学生已有经验，自然引出本课学习内容，激发学习兴趣，核心问题："你们是怎样迅速找到好朋友的？"</w:t>
            </w:r>
          </w:p>
        </w:tc>
      </w:tr>
      <w:tr>
        <w:tc>
          <w:tcPr>
            <w:tcW w:type="dxa" w:w="1474"/>
          </w:tcPr>
          <w:p>
            <w:pPr>
              <w:spacing w:after="20" w:line="276" w:lineRule="auto"/>
            </w:pPr>
            <w:r>
              <w:rPr>
                <w:b/>
              </w:rPr>
            </w:r>
            <w:r>
              <w:rPr>
                <w:rFonts w:ascii="宋体" w:hAnsi="宋体" w:eastAsia="宋体"/>
                <w:b/>
                <w:sz w:val="18"/>
              </w:rPr>
              <w:t>探究8的加、减法</w:t>
            </w:r>
          </w:p>
        </w:tc>
        <w:tc>
          <w:tcPr>
            <w:tcW w:type="dxa" w:w="3061"/>
          </w:tcPr>
          <w:p>
            <w:pPr>
              <w:spacing w:after="20" w:line="276" w:lineRule="auto"/>
            </w:pPr>
            <w:r/>
            <w:r>
              <w:rPr>
                <w:rFonts w:ascii="宋体" w:hAnsi="宋体" w:eastAsia="宋体"/>
                <w:b w:val="0"/>
                <w:sz w:val="18"/>
              </w:rPr>
              <w:t>1.看图列出两个加法算式和两个减法算式。</w:t>
            </w:r>
          </w:p>
          <w:p>
            <w:pPr>
              <w:spacing w:after="20" w:line="276" w:lineRule="auto"/>
            </w:pPr>
            <w:r>
              <w:rPr>
                <w:rFonts w:ascii="宋体" w:hAnsi="宋体" w:eastAsia="宋体"/>
                <w:b w:val="0"/>
                <w:sz w:val="18"/>
              </w:rPr>
              <w:t>课件出示教科书P50例4上面左图。</w:t>
            </w:r>
          </w:p>
          <w:p>
            <w:pPr>
              <w:spacing w:after="20" w:line="276" w:lineRule="auto"/>
            </w:pPr>
            <w:r>
              <w:rPr>
                <w:rFonts w:ascii="宋体" w:hAnsi="宋体" w:eastAsia="宋体"/>
                <w:b w:val="0"/>
                <w:sz w:val="18"/>
              </w:rPr>
              <w:t>师：看一看图中漂亮的花朵。你能和同桌相互说一说这幅图的意思吗？</w:t>
            </w:r>
          </w:p>
          <w:p>
            <w:pPr>
              <w:spacing w:after="20" w:line="276" w:lineRule="auto"/>
            </w:pPr>
            <w:r>
              <w:rPr>
                <w:rFonts w:ascii="宋体" w:hAnsi="宋体" w:eastAsia="宋体"/>
                <w:b w:val="0"/>
                <w:sz w:val="18"/>
              </w:rPr>
              <w:t>师：根据这幅图你能提出什么数学问题？怎样列式呢？</w:t>
            </w:r>
          </w:p>
          <w:p>
            <w:pPr>
              <w:spacing w:after="20" w:line="276" w:lineRule="auto"/>
            </w:pPr>
            <w:r>
              <w:rPr>
                <w:rFonts w:ascii="宋体" w:hAnsi="宋体" w:eastAsia="宋体"/>
                <w:b w:val="0"/>
                <w:sz w:val="18"/>
              </w:rPr>
              <w:t>根据学生的回答板书四个算式。</w:t>
            </w:r>
          </w:p>
          <w:p>
            <w:pPr>
              <w:spacing w:after="20" w:line="276" w:lineRule="auto"/>
            </w:pPr>
            <w:r>
              <w:rPr>
                <w:rFonts w:ascii="宋体" w:hAnsi="宋体" w:eastAsia="宋体"/>
                <w:b w:val="0"/>
                <w:sz w:val="18"/>
              </w:rPr>
              <w:t>师：根据这幅图我们能列出两个加法算式和两个减法算式，加法算式的含义同学们已经说得很清楚了，谁来说说减法算式的含义呢？</w:t>
            </w:r>
          </w:p>
          <w:p>
            <w:pPr>
              <w:spacing w:after="20" w:line="276" w:lineRule="auto"/>
            </w:pPr>
            <w:r>
              <w:rPr>
                <w:rFonts w:ascii="宋体" w:hAnsi="宋体" w:eastAsia="宋体"/>
                <w:b w:val="0"/>
                <w:sz w:val="18"/>
              </w:rPr>
              <w:t>师：这样就容易提出用减法解决的问题了。</w:t>
            </w:r>
          </w:p>
          <w:p>
            <w:pPr>
              <w:spacing w:after="20" w:line="276" w:lineRule="auto"/>
            </w:pPr>
            <w:r>
              <w:rPr>
                <w:rFonts w:ascii="宋体" w:hAnsi="宋体" w:eastAsia="宋体"/>
                <w:b w:val="0"/>
                <w:sz w:val="18"/>
              </w:rPr>
              <w:t>2．阐述算理，对比概括。</w:t>
            </w:r>
          </w:p>
          <w:p>
            <w:pPr>
              <w:spacing w:after="20" w:line="276" w:lineRule="auto"/>
            </w:pPr>
            <w:r>
              <w:rPr>
                <w:rFonts w:ascii="宋体" w:hAnsi="宋体" w:eastAsia="宋体"/>
                <w:b w:val="0"/>
                <w:sz w:val="18"/>
              </w:rPr>
              <w:t>师：仔细观察5＋3＝8，3＋5＝8这两个加法算式，你们有什么发现？</w:t>
            </w:r>
          </w:p>
          <w:p>
            <w:pPr>
              <w:spacing w:after="20" w:line="276" w:lineRule="auto"/>
            </w:pPr>
            <w:r>
              <w:rPr>
                <w:rFonts w:ascii="宋体" w:hAnsi="宋体" w:eastAsia="宋体"/>
                <w:b w:val="0"/>
                <w:sz w:val="18"/>
              </w:rPr>
              <w:t>引导学生说出：相加的两个数都是5和3，得数都是8，但是相加的两个数调换了位置。</w:t>
            </w:r>
          </w:p>
          <w:p>
            <w:pPr>
              <w:spacing w:after="20" w:line="276" w:lineRule="auto"/>
            </w:pPr>
            <w:r>
              <w:rPr>
                <w:rFonts w:ascii="宋体" w:hAnsi="宋体" w:eastAsia="宋体"/>
                <w:b w:val="0"/>
                <w:sz w:val="18"/>
              </w:rPr>
              <w:t>师：仔细观察8－5＝3，8－3＝5这两个减法算式，你们有什么发现？</w:t>
            </w:r>
          </w:p>
          <w:p>
            <w:pPr>
              <w:spacing w:after="20" w:line="276" w:lineRule="auto"/>
            </w:pPr>
            <w:r>
              <w:rPr>
                <w:rFonts w:ascii="宋体" w:hAnsi="宋体" w:eastAsia="宋体"/>
                <w:b w:val="0"/>
                <w:sz w:val="18"/>
              </w:rPr>
              <w:t>引导学生说出：等号前后的两个数都是5和3，减号前的数都是8。</w:t>
            </w:r>
          </w:p>
          <w:p>
            <w:pPr>
              <w:spacing w:after="20" w:line="276" w:lineRule="auto"/>
            </w:pPr>
            <w:r>
              <w:rPr>
                <w:rFonts w:ascii="宋体" w:hAnsi="宋体" w:eastAsia="宋体"/>
                <w:b w:val="0"/>
                <w:sz w:val="18"/>
              </w:rPr>
              <w:t>师：同一幅图，根据不同的问题，我们一般可以列出四个算式，而且我们根据其中的一个算式可以得出另外三个算式的结果。</w:t>
            </w:r>
          </w:p>
          <w:p>
            <w:pPr>
              <w:spacing w:after="20" w:line="276" w:lineRule="auto"/>
            </w:pPr>
            <w:r>
              <w:rPr>
                <w:rFonts w:ascii="宋体" w:hAnsi="宋体" w:eastAsia="宋体"/>
                <w:b w:val="0"/>
                <w:sz w:val="18"/>
              </w:rPr>
              <w:t>师：谁还有其他的方法？</w:t>
            </w:r>
          </w:p>
          <w:p>
            <w:pPr>
              <w:spacing w:after="20" w:line="276" w:lineRule="auto"/>
            </w:pPr>
            <w:r>
              <w:rPr>
                <w:rFonts w:ascii="宋体" w:hAnsi="宋体" w:eastAsia="宋体"/>
                <w:b w:val="0"/>
                <w:sz w:val="18"/>
              </w:rPr>
              <w:t>根据8的分与合来进行计算。(教师可以让学生具体说一说自己是怎么想的)</w:t>
            </w:r>
          </w:p>
          <w:p>
            <w:pPr>
              <w:spacing w:after="20" w:line="276" w:lineRule="auto"/>
            </w:pPr>
            <w:r>
              <w:rPr>
                <w:rFonts w:ascii="宋体" w:hAnsi="宋体" w:eastAsia="宋体"/>
                <w:b w:val="0"/>
                <w:sz w:val="18"/>
              </w:rPr>
              <w:t>师：当没有图的时候，我们计算时用数的分与合会又快又准。</w:t>
            </w:r>
          </w:p>
        </w:tc>
        <w:tc>
          <w:tcPr>
            <w:tcW w:type="dxa" w:w="3061"/>
          </w:tcPr>
          <w:p>
            <w:pPr>
              <w:spacing w:after="20" w:line="276" w:lineRule="auto"/>
            </w:pPr>
            <w:r/>
            <w:r>
              <w:rPr>
                <w:rFonts w:ascii="宋体" w:hAnsi="宋体" w:eastAsia="宋体"/>
                <w:b w:val="0"/>
                <w:sz w:val="18"/>
              </w:rPr>
              <w:t>学生可能会说有5朵红花，3朵黄花。</w:t>
            </w:r>
          </w:p>
          <w:p>
            <w:pPr>
              <w:spacing w:after="20" w:line="276" w:lineRule="auto"/>
            </w:pPr>
            <w:r>
              <w:rPr>
                <w:rFonts w:ascii="宋体" w:hAnsi="宋体" w:eastAsia="宋体"/>
                <w:b w:val="0"/>
                <w:sz w:val="18"/>
              </w:rPr>
              <w:t>学生能根据图列出四个算式：5＋3＝8，3＋5＝8，8－5＝3，8－3＝5。大部分同学能很容易地提出“一共有多少朵花”的问题，但提出其他问题有些困难。</w:t>
            </w:r>
          </w:p>
          <w:p>
            <w:pPr>
              <w:spacing w:after="20" w:line="276" w:lineRule="auto"/>
            </w:pPr>
            <w:r>
              <w:rPr>
                <w:rFonts w:ascii="宋体" w:hAnsi="宋体" w:eastAsia="宋体"/>
                <w:b w:val="0"/>
                <w:sz w:val="18"/>
              </w:rPr>
              <w:t>预设1：一共有8朵花，其中红花有5朵，黄花有几朵？用算式8－5＝3表示。</w:t>
            </w:r>
          </w:p>
          <w:p>
            <w:pPr>
              <w:spacing w:after="20" w:line="276" w:lineRule="auto"/>
            </w:pPr>
            <w:r>
              <w:rPr>
                <w:rFonts w:ascii="宋体" w:hAnsi="宋体" w:eastAsia="宋体"/>
                <w:b w:val="0"/>
                <w:sz w:val="18"/>
              </w:rPr>
              <w:t>预设2：一共有8朵花，其中黄花有3朵，红花有几朵？用算式8－3＝5表示。</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设计递进式探究活动，引导学生在动手实践与合作交流中经历知识形成过程，突破本课重难点，核心问题："看一看图中漂亮的花朵。你能和同桌相互说一说这幅图的意思吗？"</w:t>
            </w:r>
          </w:p>
        </w:tc>
      </w:tr>
      <w:tr>
        <w:tc>
          <w:tcPr>
            <w:tcW w:type="dxa" w:w="1474"/>
          </w:tcPr>
          <w:p>
            <w:pPr>
              <w:spacing w:after="20" w:line="276" w:lineRule="auto"/>
            </w:pPr>
            <w:r>
              <w:rPr>
                <w:b/>
              </w:rPr>
            </w:r>
            <w:r>
              <w:rPr>
                <w:rFonts w:ascii="宋体" w:hAnsi="宋体" w:eastAsia="宋体"/>
                <w:b/>
                <w:sz w:val="18"/>
              </w:rPr>
              <w:t>探究9的加、减法</w:t>
            </w:r>
          </w:p>
        </w:tc>
        <w:tc>
          <w:tcPr>
            <w:tcW w:type="dxa" w:w="3061"/>
          </w:tcPr>
          <w:p>
            <w:pPr>
              <w:spacing w:after="20" w:line="276" w:lineRule="auto"/>
            </w:pPr>
            <w:r/>
            <w:r>
              <w:rPr>
                <w:rFonts w:ascii="宋体" w:hAnsi="宋体" w:eastAsia="宋体"/>
                <w:b w:val="0"/>
                <w:sz w:val="18"/>
              </w:rPr>
              <w:t>课件出示教科书P50例4上面右图。</w:t>
            </w:r>
          </w:p>
          <w:p>
            <w:pPr>
              <w:spacing w:after="20" w:line="276" w:lineRule="auto"/>
            </w:pPr>
            <w:r>
              <w:rPr>
                <w:rFonts w:ascii="宋体" w:hAnsi="宋体" w:eastAsia="宋体"/>
                <w:b w:val="0"/>
                <w:sz w:val="18"/>
              </w:rPr>
              <w:t>师：仔细观察，看图列出两个加法算式和两个减法算式。</w:t>
            </w:r>
          </w:p>
          <w:p>
            <w:pPr>
              <w:spacing w:after="20" w:line="276" w:lineRule="auto"/>
            </w:pPr>
            <w:r>
              <w:rPr>
                <w:rFonts w:ascii="宋体" w:hAnsi="宋体" w:eastAsia="宋体"/>
                <w:b w:val="0"/>
                <w:sz w:val="18"/>
              </w:rPr>
              <w:t>师：写算式的时候有没有什么好办法能写全所有的算式呢？怎样算才算得快？</w:t>
            </w:r>
          </w:p>
        </w:tc>
        <w:tc>
          <w:tcPr>
            <w:tcW w:type="dxa" w:w="3061"/>
          </w:tcPr>
          <w:p>
            <w:pPr>
              <w:spacing w:after="20" w:line="276" w:lineRule="auto"/>
            </w:pPr>
            <w:r/>
            <w:r>
              <w:rPr>
                <w:rFonts w:ascii="宋体" w:hAnsi="宋体" w:eastAsia="宋体"/>
                <w:b w:val="0"/>
                <w:sz w:val="18"/>
              </w:rPr>
              <w:t>学生能比较快地列出5＋4＝9，4＋5＝9，9－5＝4，9－4＝5这四个算式(教师根据学生的回答板书)，让学生说说每个算式表示的意思。</w:t>
            </w:r>
          </w:p>
          <w:p>
            <w:pPr>
              <w:spacing w:after="20" w:line="276" w:lineRule="auto"/>
            </w:pPr>
            <w:r>
              <w:rPr>
                <w:rFonts w:ascii="宋体" w:hAnsi="宋体" w:eastAsia="宋体"/>
                <w:b w:val="0"/>
                <w:sz w:val="18"/>
              </w:rPr>
              <w:t>预设1：根据一个算式，就能写出其他三个算式。</w:t>
            </w:r>
          </w:p>
          <w:p>
            <w:pPr>
              <w:spacing w:after="20" w:line="276" w:lineRule="auto"/>
            </w:pPr>
            <w:r>
              <w:rPr>
                <w:rFonts w:ascii="宋体" w:hAnsi="宋体" w:eastAsia="宋体"/>
                <w:b w:val="0"/>
                <w:sz w:val="18"/>
              </w:rPr>
              <w:t>预设2：根据9的分与合来计算。</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设计递进式探究活动，引导学生在动手实践与合作交流中经历知识形成过程，突破本课重难点，核心问题："写算式的时候有没有什么好办法能写全所有的算式呢？怎样算才算得快？"</w:t>
            </w:r>
          </w:p>
        </w:tc>
      </w:tr>
      <w:tr>
        <w:tc>
          <w:tcPr>
            <w:tcW w:type="dxa" w:w="1474"/>
          </w:tcPr>
          <w:p>
            <w:pPr>
              <w:spacing w:after="20" w:line="276" w:lineRule="auto"/>
            </w:pPr>
            <w:r>
              <w:rPr>
                <w:b/>
              </w:rPr>
            </w:r>
            <w:r>
              <w:rPr>
                <w:rFonts w:ascii="宋体" w:hAnsi="宋体" w:eastAsia="宋体"/>
                <w:b/>
                <w:sz w:val="18"/>
              </w:rPr>
              <w:t>探究8和9的加、减法的计算方法</w:t>
            </w:r>
          </w:p>
        </w:tc>
        <w:tc>
          <w:tcPr>
            <w:tcW w:type="dxa" w:w="3061"/>
          </w:tcPr>
          <w:p>
            <w:pPr>
              <w:spacing w:after="20" w:line="276" w:lineRule="auto"/>
            </w:pPr>
            <w:r/>
            <w:r>
              <w:rPr>
                <w:rFonts w:ascii="宋体" w:hAnsi="宋体" w:eastAsia="宋体"/>
                <w:b w:val="0"/>
                <w:sz w:val="18"/>
              </w:rPr>
              <w:t>1.课件出示教科书P50例4下面两幅图。</w:t>
            </w:r>
          </w:p>
          <w:p>
            <w:pPr>
              <w:spacing w:after="20" w:line="276" w:lineRule="auto"/>
            </w:pPr>
            <w:r>
              <w:rPr>
                <w:rFonts w:ascii="宋体" w:hAnsi="宋体" w:eastAsia="宋体"/>
                <w:b w:val="0"/>
                <w:sz w:val="18"/>
              </w:rPr>
              <w:t>(1)利用画图计算8和9的加、减法。</w:t>
            </w:r>
          </w:p>
          <w:p>
            <w:pPr>
              <w:spacing w:after="20" w:line="276" w:lineRule="auto"/>
            </w:pPr>
            <w:r>
              <w:rPr>
                <w:rFonts w:ascii="宋体" w:hAnsi="宋体" w:eastAsia="宋体"/>
                <w:b w:val="0"/>
                <w:sz w:val="18"/>
              </w:rPr>
              <w:t>师：我们会根据图片列出对应的加法算式和减法算式，如果这两幅图中的方块都没有区别，你还能计算这些算式吗？你会怎么利用这两幅图来解决问题呢？</w:t>
            </w:r>
          </w:p>
          <w:p>
            <w:pPr>
              <w:spacing w:after="20" w:line="276" w:lineRule="auto"/>
            </w:pPr>
            <w:r>
              <w:rPr>
                <w:rFonts w:ascii="宋体" w:hAnsi="宋体" w:eastAsia="宋体"/>
                <w:b w:val="0"/>
                <w:sz w:val="18"/>
              </w:rPr>
              <w:t>(2)利用数的分与合计算8和9的加、减法。</w:t>
            </w:r>
          </w:p>
          <w:p>
            <w:pPr>
              <w:spacing w:after="20" w:line="276" w:lineRule="auto"/>
            </w:pPr>
            <w:r>
              <w:rPr>
                <w:rFonts w:ascii="宋体" w:hAnsi="宋体" w:eastAsia="宋体"/>
                <w:b w:val="0"/>
                <w:sz w:val="18"/>
              </w:rPr>
              <w:t>师：不画图，你还能写出其他得数是8和9的加法算式吗？你是用什么方法列出来的？</w:t>
            </w:r>
          </w:p>
          <w:p>
            <w:pPr>
              <w:spacing w:after="20" w:line="276" w:lineRule="auto"/>
            </w:pPr>
            <w:r>
              <w:rPr>
                <w:rFonts w:ascii="宋体" w:hAnsi="宋体" w:eastAsia="宋体"/>
                <w:b w:val="0"/>
                <w:sz w:val="18"/>
              </w:rPr>
              <w:t>师：很棒，我们写出了8和9的加法算式，你们能根据这些加法算式写出减法算式吗？</w:t>
            </w:r>
          </w:p>
          <w:p>
            <w:pPr>
              <w:spacing w:after="20" w:line="276" w:lineRule="auto"/>
            </w:pPr>
            <w:r>
              <w:rPr>
                <w:rFonts w:ascii="宋体" w:hAnsi="宋体" w:eastAsia="宋体"/>
                <w:b w:val="0"/>
                <w:sz w:val="18"/>
              </w:rPr>
              <w:t>师：观察我们写出的加、减法算式，有一组算式很特别，你们看出来了吗？(4＋4＝8，8－4＝4)</w:t>
            </w:r>
          </w:p>
          <w:p>
            <w:pPr>
              <w:spacing w:after="20" w:line="276" w:lineRule="auto"/>
            </w:pPr>
            <w:r>
              <w:rPr>
                <w:rFonts w:ascii="宋体" w:hAnsi="宋体" w:eastAsia="宋体"/>
                <w:b w:val="0"/>
                <w:sz w:val="18"/>
              </w:rPr>
              <w:t>师：你们知道为什么这一组只有一个加法算式和一个减法算式吗？画图看一看。</w:t>
            </w:r>
          </w:p>
          <w:p>
            <w:pPr>
              <w:spacing w:after="20" w:line="276" w:lineRule="auto"/>
            </w:pPr>
            <w:r>
              <w:rPr>
                <w:rFonts w:ascii="宋体" w:hAnsi="宋体" w:eastAsia="宋体"/>
                <w:b w:val="0"/>
                <w:sz w:val="18"/>
              </w:rPr>
              <w:t>2．完成教科书P50例4“想一想”。</w:t>
            </w:r>
          </w:p>
        </w:tc>
        <w:tc>
          <w:tcPr>
            <w:tcW w:type="dxa" w:w="3061"/>
          </w:tcPr>
          <w:p>
            <w:pPr>
              <w:spacing w:after="20" w:line="276" w:lineRule="auto"/>
            </w:pPr>
            <w:r/>
            <w:r>
              <w:rPr>
                <w:rFonts w:ascii="宋体" w:hAnsi="宋体" w:eastAsia="宋体"/>
                <w:b w:val="0"/>
                <w:sz w:val="18"/>
              </w:rPr>
              <w:t>学生能想到根据算式给方块涂上不同的颜色。</w:t>
            </w:r>
          </w:p>
          <w:p>
            <w:pPr>
              <w:spacing w:after="20" w:line="276" w:lineRule="auto"/>
            </w:pPr>
            <w:r>
              <w:rPr>
                <w:rFonts w:ascii="宋体" w:hAnsi="宋体" w:eastAsia="宋体"/>
                <w:b w:val="0"/>
                <w:sz w:val="18"/>
              </w:rPr>
              <w:t>预设1：左图有8个方块，将其中6个方块涂红色，另外2个方块涂蓝色，可以得到6＋2＝8，2＋6＝8，8－2＝6，8－6＝2。</w:t>
            </w:r>
          </w:p>
          <w:p>
            <w:pPr>
              <w:spacing w:after="20" w:line="276" w:lineRule="auto"/>
            </w:pPr>
            <w:r>
              <w:rPr>
                <w:rFonts w:ascii="宋体" w:hAnsi="宋体" w:eastAsia="宋体"/>
                <w:b w:val="0"/>
                <w:sz w:val="18"/>
              </w:rPr>
              <w:t>预设2：右图有9个方块，将其中6个方块涂黄色，另外3个方块涂绿色，可以得到6＋3＝9，3＋6＝9，9－3＝6，9－6＝3。</w:t>
            </w:r>
          </w:p>
          <w:p>
            <w:pPr>
              <w:spacing w:after="20" w:line="276" w:lineRule="auto"/>
            </w:pPr>
            <w:r>
              <w:rPr>
                <w:rFonts w:ascii="宋体" w:hAnsi="宋体" w:eastAsia="宋体"/>
                <w:b w:val="0"/>
                <w:sz w:val="18"/>
              </w:rPr>
              <w:t>学生会用8和9的分与合列出算式。1＋7＝8，7＋1＝8，4＋4＝8；1＋8＝9，8＋1＝9，2＋7＝9，7＋2＝9。如果学生根据数的分与合只写出1个算式，教师适时提示学生可以交换相加的两个数的位置。</w:t>
            </w:r>
          </w:p>
          <w:p>
            <w:pPr>
              <w:spacing w:after="20" w:line="276" w:lineRule="auto"/>
            </w:pPr>
            <w:r>
              <w:rPr>
                <w:rFonts w:ascii="宋体" w:hAnsi="宋体" w:eastAsia="宋体"/>
                <w:b w:val="0"/>
                <w:sz w:val="18"/>
              </w:rPr>
              <w:t>同桌之间合作，互相检查。</w:t>
            </w:r>
          </w:p>
          <w:p>
            <w:pPr>
              <w:spacing w:after="20" w:line="276" w:lineRule="auto"/>
            </w:pPr>
            <w:r>
              <w:rPr>
                <w:rFonts w:ascii="宋体" w:hAnsi="宋体" w:eastAsia="宋体"/>
                <w:b w:val="0"/>
                <w:sz w:val="18"/>
              </w:rPr>
              <w:t>学生能说出8－7＝1，8－1＝7，8－4＝4；9－8＝1，9－1＝8，9－7＝2，9－2＝7。</w:t>
            </w:r>
          </w:p>
          <w:p>
            <w:pPr>
              <w:spacing w:after="20" w:line="276" w:lineRule="auto"/>
            </w:pPr>
            <w:r>
              <w:rPr>
                <w:rFonts w:ascii="宋体" w:hAnsi="宋体" w:eastAsia="宋体"/>
                <w:b w:val="0"/>
                <w:sz w:val="18"/>
              </w:rPr>
              <w:t>学生在交流中明确8可以分成4和4，这里分成的两个部分的数相同，所以只能列出一个加法算式和一个减法算式。</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我们会根据图片列出对应的加法算式和减法算式，如果这两幅图中的方块都没有区别，你还能计算这些算式吗？"</w:t>
            </w:r>
          </w:p>
        </w:tc>
      </w:tr>
      <w:tr>
        <w:tc>
          <w:tcPr>
            <w:tcW w:type="dxa" w:w="1474"/>
          </w:tcPr>
          <w:p>
            <w:pPr>
              <w:spacing w:after="20" w:line="276" w:lineRule="auto"/>
            </w:pPr>
            <w:r>
              <w:rPr>
                <w:b/>
              </w:rPr>
            </w:r>
            <w:r>
              <w:rPr>
                <w:rFonts w:ascii="宋体" w:hAnsi="宋体" w:eastAsia="宋体"/>
                <w:b/>
                <w:sz w:val="18"/>
              </w:rPr>
              <w:t>五、巩固练习</w:t>
            </w:r>
          </w:p>
        </w:tc>
        <w:tc>
          <w:tcPr>
            <w:tcW w:type="dxa" w:w="3061"/>
          </w:tcPr>
          <w:p>
            <w:pPr>
              <w:spacing w:after="20" w:line="276" w:lineRule="auto"/>
            </w:pPr>
            <w:r/>
            <w:r>
              <w:rPr>
                <w:rFonts w:ascii="宋体" w:hAnsi="宋体" w:eastAsia="宋体"/>
                <w:b w:val="0"/>
                <w:sz w:val="18"/>
              </w:rPr>
              <w:t>1.完成教科书P50“做一做”第1题。</w:t>
            </w:r>
          </w:p>
          <w:p>
            <w:pPr>
              <w:spacing w:after="20" w:line="276" w:lineRule="auto"/>
            </w:pPr>
            <w:r>
              <w:rPr>
                <w:rFonts w:ascii="宋体" w:hAnsi="宋体" w:eastAsia="宋体"/>
                <w:b w:val="0"/>
                <w:sz w:val="18"/>
              </w:rPr>
              <w:t>2．完成教科书P50“做一做”第2题。</w:t>
            </w:r>
          </w:p>
          <w:p>
            <w:pPr>
              <w:spacing w:after="20" w:line="276" w:lineRule="auto"/>
            </w:pPr>
            <w:r>
              <w:rPr>
                <w:rFonts w:ascii="宋体" w:hAnsi="宋体" w:eastAsia="宋体"/>
                <w:b w:val="0"/>
                <w:sz w:val="18"/>
              </w:rPr>
              <w:t>引导学生读懂题意，根据8和9的分与合说出减法算式。</w:t>
            </w:r>
          </w:p>
        </w:tc>
        <w:tc>
          <w:tcPr>
            <w:tcW w:type="dxa" w:w="3061"/>
          </w:tcPr>
          <w:p>
            <w:pPr>
              <w:spacing w:after="20" w:line="276" w:lineRule="auto"/>
            </w:pPr>
            <w:r/>
            <w:r>
              <w:rPr>
                <w:rFonts w:ascii="宋体" w:hAnsi="宋体" w:eastAsia="宋体"/>
                <w:b w:val="0"/>
                <w:sz w:val="18"/>
              </w:rPr>
              <w:t>学生自主完成后交流怎么计算的。</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课堂小结</w:t>
            </w:r>
          </w:p>
        </w:tc>
        <w:tc>
          <w:tcPr>
            <w:tcW w:type="dxa" w:w="3061"/>
          </w:tcPr>
          <w:p>
            <w:pPr>
              <w:spacing w:after="20" w:line="276" w:lineRule="auto"/>
            </w:pPr>
            <w:r/>
            <w:r>
              <w:rPr>
                <w:rFonts w:ascii="宋体" w:hAnsi="宋体" w:eastAsia="宋体"/>
                <w:b w:val="0"/>
                <w:sz w:val="18"/>
              </w:rPr>
              <w:t>师：这节课你们有什么收获？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引导学生回顾梳理本课所学，完善认知结构，提升归纳与反思能力，核心问题："这节课你们有什么收获？"</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教科书P50例4，完成教科书P50“做一做”。</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课之前，学生已经学习了6和7的加、减法及8和9的分与合，所以在已有知识和方法的引领下，学生完全可以主动探究本课的全部内容。教师要重点帮助学生用相对完整的语言表达四个算式对应的意义及其与加、减法的联系。鼓励学生不借助学具，直接看着算式写得数。初步培养学生的抽象思维能力，提高学生计算的熟练程度。</w:t>
      </w:r>
    </w:p>
    <w:p>
      <w:r>
        <w:br w:type="page"/>
      </w:r>
    </w:p>
    <w:p>
      <w:pPr>
        <w:spacing w:after="80" w:line="300" w:lineRule="auto"/>
      </w:pPr>
      <w:r>
        <w:rPr>
          <w:rFonts w:ascii="黑体" w:hAnsi="黑体" w:eastAsia="黑体"/>
          <w:b/>
          <w:sz w:val="24"/>
        </w:rPr>
        <w:t>二、课时教学方案（第12课时）</w:t>
      </w:r>
    </w:p>
    <w:p>
      <w:pPr>
        <w:spacing w:after="80" w:line="300" w:lineRule="auto"/>
      </w:pPr>
      <w:r>
        <w:rPr>
          <w:rFonts w:ascii="黑体" w:hAnsi="黑体" w:eastAsia="黑体"/>
          <w:b/>
          <w:sz w:val="24"/>
        </w:rPr>
        <w:t>第12课时　加减混合</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第12课时　加减混合</w:t>
            </w:r>
          </w:p>
        </w:tc>
        <w:tc>
          <w:tcPr>
            <w:tcW w:type="dxa" w:w="6009"/>
          </w:tcPr>
          <w:p>
            <w:pPr>
              <w:spacing w:after="20" w:line="276" w:lineRule="auto"/>
            </w:pPr>
            <w:r/>
            <w:r>
              <w:rPr>
                <w:rFonts w:ascii="宋体" w:hAnsi="宋体" w:eastAsia="宋体"/>
                <w:b w:val="0"/>
                <w:sz w:val="20"/>
              </w:rPr>
              <w:t>第2单元 6-10的认识和加、减法</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通过第一单元“5以内数的认识和加、减法”的学习，学生已经积累了一定的学习经验，对数的概念的学习已经不陌生了。但是对数与数之间存在密切关系的认识还不够深刻，其中蕴含的数学推理和良好思维习惯还需要教师结合具体环节进行渗透和培养。由于一年级学生受年龄特点的限制，连加、连减这部分内容仍是学习的难点，因此要利用连续的两幅图帮助学生理解其意义及计算方法，使学生能在此基础上看清运算符号，顺利完成计算。</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教学内容：教科书P60例3，完成教科书P60“做一做”和P61“练一练”第1题。</w:t>
      </w:r>
    </w:p>
    <w:p>
      <w:pPr>
        <w:spacing w:after="80" w:line="300" w:lineRule="auto"/>
        <w:ind w:firstLine="400"/>
      </w:pPr>
      <w:r>
        <w:rPr>
          <w:rFonts w:ascii="宋体" w:hAnsi="宋体" w:eastAsia="宋体"/>
          <w:b w:val="0"/>
          <w:sz w:val="20"/>
        </w:rPr>
        <w:t>设计思路：引导学生看懂图示，知道不同图示表示的意义，能结合生活经验根据图示和文字理解数量关系，知道什么情况下用加法计算，什么情况下用减法计算。特别是对于用减法计算的情境，因为原图中只留下“减去”后的数量，学生需要在算式中还原“减去”前的数量，其实这里面有隐含的“加法”过程，这个过程引导学生反复表述，深化理解。</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（1）联系实际情境，理解加减混合的意义，掌握加减混合运算的顺序和计算方法，能较熟练地进行加减混合运算。</w:t>
      </w:r>
    </w:p>
    <w:p>
      <w:pPr>
        <w:spacing w:after="20" w:line="300" w:lineRule="auto"/>
        <w:ind w:firstLine="400"/>
      </w:pPr>
      <w:r>
        <w:rPr>
          <w:rFonts w:ascii="宋体" w:hAnsi="宋体" w:eastAsia="宋体"/>
          <w:b w:val="0"/>
          <w:sz w:val="20"/>
        </w:rPr>
        <w:t>（2）能看懂图示和情境，根据其中的数量关系列出加减混合的算式。</w:t>
      </w:r>
    </w:p>
    <w:p>
      <w:pPr>
        <w:spacing w:after="20" w:line="300" w:lineRule="auto"/>
        <w:ind w:firstLine="400"/>
      </w:pPr>
      <w:r>
        <w:rPr>
          <w:rFonts w:ascii="宋体" w:hAnsi="宋体" w:eastAsia="宋体"/>
          <w:b w:val="0"/>
          <w:sz w:val="20"/>
        </w:rPr>
        <w:t>（3）在数学活动中激发学习兴趣，培养学生良好的学习习惯。</w:t>
      </w:r>
    </w:p>
    <w:p>
      <w:pPr>
        <w:spacing w:after="20" w:line="300" w:lineRule="auto"/>
      </w:pPr>
      <w:r>
        <w:rPr>
          <w:rFonts w:ascii="宋体" w:hAnsi="宋体" w:eastAsia="宋体"/>
          <w:b w:val="0"/>
          <w:sz w:val="20"/>
        </w:rPr>
        <w:t>教学重点：理解加减混合的意义及其运算顺序。</w:t>
      </w:r>
    </w:p>
    <w:p>
      <w:pPr>
        <w:spacing w:after="20" w:line="300" w:lineRule="auto"/>
      </w:pPr>
      <w:r>
        <w:rPr>
          <w:rFonts w:ascii="宋体" w:hAnsi="宋体" w:eastAsia="宋体"/>
          <w:b w:val="0"/>
          <w:sz w:val="20"/>
        </w:rPr>
        <w:t>教学难点：理解图意，列出算式。</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复习导入</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你能快速算出它们的结果吗？；计算连加、连减算式时，要按照什么样的顺序呢？</w:t>
            </w:r>
          </w:p>
        </w:tc>
        <w:tc>
          <w:tcPr>
            <w:tcW w:type="dxa" w:w="1361"/>
          </w:tcPr>
          <w:p>
            <w:pPr>
              <w:spacing w:after="20" w:line="276" w:lineRule="auto"/>
            </w:pPr>
            <w:r/>
            <w:r>
              <w:rPr>
                <w:rFonts w:ascii="宋体" w:hAnsi="宋体" w:eastAsia="宋体"/>
                <w:b w:val="0"/>
                <w:sz w:val="18"/>
              </w:rPr>
              <w:t>4分钟</w:t>
            </w:r>
          </w:p>
        </w:tc>
      </w:tr>
      <w:tr>
        <w:tc>
          <w:tcPr>
            <w:tcW w:type="dxa" w:w="2835"/>
          </w:tcPr>
          <w:p>
            <w:pPr>
              <w:spacing w:after="20" w:line="276" w:lineRule="auto"/>
            </w:pPr>
            <w:r/>
            <w:r>
              <w:rPr>
                <w:rFonts w:ascii="宋体" w:hAnsi="宋体" w:eastAsia="宋体"/>
                <w:b w:val="0"/>
                <w:sz w:val="18"/>
              </w:rPr>
              <w:t>自主探索，发现新知</w:t>
            </w:r>
          </w:p>
        </w:tc>
        <w:tc>
          <w:tcPr>
            <w:tcW w:type="dxa" w:w="1814"/>
          </w:tcPr>
          <w:p>
            <w:pPr>
              <w:spacing w:after="20" w:line="276" w:lineRule="auto"/>
            </w:pPr>
            <w:r/>
            <w:r>
              <w:rPr>
                <w:rFonts w:ascii="宋体" w:hAnsi="宋体" w:eastAsia="宋体"/>
                <w:b w:val="0"/>
                <w:sz w:val="18"/>
              </w:rPr>
              <w:t>课件、教科书、情境图</w:t>
            </w:r>
          </w:p>
        </w:tc>
        <w:tc>
          <w:tcPr>
            <w:tcW w:type="dxa" w:w="3402"/>
          </w:tcPr>
          <w:p>
            <w:pPr>
              <w:spacing w:after="20" w:line="276" w:lineRule="auto"/>
            </w:pPr>
            <w:r/>
            <w:r>
              <w:rPr>
                <w:rFonts w:ascii="宋体" w:hAnsi="宋体" w:eastAsia="宋体"/>
                <w:b w:val="0"/>
                <w:sz w:val="18"/>
              </w:rPr>
              <w:t>根据这些信息，你能提出什么问题呢？；你能完整地说一说图中的信息，再提出一个问题吗？</w:t>
            </w:r>
          </w:p>
        </w:tc>
        <w:tc>
          <w:tcPr>
            <w:tcW w:type="dxa" w:w="1361"/>
          </w:tcPr>
          <w:p>
            <w:pPr>
              <w:spacing w:after="20" w:line="276" w:lineRule="auto"/>
            </w:pPr>
            <w:r/>
            <w:r>
              <w:rPr>
                <w:rFonts w:ascii="宋体" w:hAnsi="宋体" w:eastAsia="宋体"/>
                <w:b w:val="0"/>
                <w:sz w:val="18"/>
              </w:rPr>
              <w:t>30分钟</w:t>
            </w:r>
          </w:p>
        </w:tc>
      </w:tr>
      <w:tr>
        <w:tc>
          <w:tcPr>
            <w:tcW w:type="dxa" w:w="2835"/>
          </w:tcPr>
          <w:p>
            <w:pPr>
              <w:spacing w:after="20" w:line="276" w:lineRule="auto"/>
            </w:pPr>
            <w:r/>
            <w:r>
              <w:rPr>
                <w:rFonts w:ascii="宋体" w:hAnsi="宋体" w:eastAsia="宋体"/>
                <w:b w:val="0"/>
                <w:sz w:val="18"/>
              </w:rPr>
              <w:t>巩固练习</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看到你们这么会解决问题，小鸭子们也来了，它们带来了什么问题呢？</w:t>
            </w:r>
          </w:p>
        </w:tc>
        <w:tc>
          <w:tcPr>
            <w:tcW w:type="dxa" w:w="1361"/>
          </w:tcPr>
          <w:p>
            <w:pPr>
              <w:spacing w:after="20" w:line="276" w:lineRule="auto"/>
            </w:pPr>
            <w:r/>
            <w:r>
              <w:rPr>
                <w:rFonts w:ascii="宋体" w:hAnsi="宋体" w:eastAsia="宋体"/>
                <w:b w:val="0"/>
                <w:sz w:val="18"/>
              </w:rPr>
              <w:t>4分钟</w:t>
            </w:r>
          </w:p>
        </w:tc>
      </w:tr>
      <w:tr>
        <w:tc>
          <w:tcPr>
            <w:tcW w:type="dxa" w:w="2835"/>
          </w:tcPr>
          <w:p>
            <w:pPr>
              <w:spacing w:after="20" w:line="276" w:lineRule="auto"/>
            </w:pPr>
            <w:r/>
            <w:r>
              <w:rPr>
                <w:rFonts w:ascii="宋体" w:hAnsi="宋体" w:eastAsia="宋体"/>
                <w:b w:val="0"/>
                <w:sz w:val="18"/>
              </w:rPr>
              <w:t>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同学们，今天你们学到了什么？</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复习导入</w:t>
            </w:r>
          </w:p>
        </w:tc>
        <w:tc>
          <w:tcPr>
            <w:tcW w:type="dxa" w:w="3061"/>
          </w:tcPr>
          <w:p>
            <w:pPr>
              <w:spacing w:after="20" w:line="276" w:lineRule="auto"/>
            </w:pPr>
            <w:r/>
            <w:r>
              <w:rPr>
                <w:rFonts w:ascii="宋体" w:hAnsi="宋体" w:eastAsia="宋体"/>
                <w:b w:val="0"/>
                <w:sz w:val="18"/>
              </w:rPr>
              <w:t>课件出示口算练习。</w:t>
            </w:r>
          </w:p>
          <w:p>
            <w:pPr>
              <w:spacing w:after="20" w:line="276" w:lineRule="auto"/>
            </w:pPr>
            <w:r>
              <w:rPr>
                <w:rFonts w:ascii="宋体" w:hAnsi="宋体" w:eastAsia="宋体"/>
                <w:b w:val="0"/>
                <w:sz w:val="18"/>
              </w:rPr>
              <w:t>4＋3＋3＝　　　　3＋4＋0＝　　　　5＋1＋3＝</w:t>
            </w:r>
          </w:p>
          <w:p>
            <w:pPr>
              <w:spacing w:after="20" w:line="276" w:lineRule="auto"/>
            </w:pPr>
            <w:r>
              <w:rPr>
                <w:rFonts w:ascii="宋体" w:hAnsi="宋体" w:eastAsia="宋体"/>
                <w:b w:val="0"/>
                <w:sz w:val="18"/>
              </w:rPr>
              <w:t>9－5－2＝       10－3－7＝        7－0－6＝</w:t>
            </w:r>
          </w:p>
          <w:p>
            <w:pPr>
              <w:spacing w:after="20" w:line="276" w:lineRule="auto"/>
            </w:pPr>
            <w:r>
              <w:rPr>
                <w:rFonts w:ascii="宋体" w:hAnsi="宋体" w:eastAsia="宋体"/>
                <w:b w:val="0"/>
                <w:sz w:val="18"/>
              </w:rPr>
              <w:t>师：你能快速算出它们的结果吗？</w:t>
            </w:r>
          </w:p>
          <w:p>
            <w:pPr>
              <w:spacing w:after="20" w:line="276" w:lineRule="auto"/>
            </w:pPr>
            <w:r>
              <w:rPr>
                <w:rFonts w:ascii="宋体" w:hAnsi="宋体" w:eastAsia="宋体"/>
                <w:b w:val="0"/>
                <w:sz w:val="18"/>
              </w:rPr>
              <w:t>引导学生说出先算什么，再算什么。</w:t>
            </w:r>
          </w:p>
          <w:p>
            <w:pPr>
              <w:spacing w:after="20" w:line="276" w:lineRule="auto"/>
            </w:pPr>
            <w:r>
              <w:rPr>
                <w:rFonts w:ascii="宋体" w:hAnsi="宋体" w:eastAsia="宋体"/>
                <w:b w:val="0"/>
                <w:sz w:val="18"/>
              </w:rPr>
              <w:t>师：计算连加、连减算式时，要按照什么样的顺序呢？(学生回答：按从左往右的顺序计算)</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创设情境激活学生已有经验，自然引出本课学习内容，激发学习兴趣，核心问题："你能快速算出它们的结果吗？"</w:t>
            </w:r>
          </w:p>
        </w:tc>
      </w:tr>
      <w:tr>
        <w:tc>
          <w:tcPr>
            <w:tcW w:type="dxa" w:w="1474"/>
          </w:tcPr>
          <w:p>
            <w:pPr>
              <w:spacing w:after="20" w:line="276" w:lineRule="auto"/>
            </w:pPr>
            <w:r>
              <w:rPr>
                <w:b/>
              </w:rPr>
            </w:r>
            <w:r>
              <w:rPr>
                <w:rFonts w:ascii="宋体" w:hAnsi="宋体" w:eastAsia="宋体"/>
                <w:b/>
                <w:sz w:val="18"/>
              </w:rPr>
              <w:t>自主探索，发现新知</w:t>
            </w:r>
          </w:p>
        </w:tc>
        <w:tc>
          <w:tcPr>
            <w:tcW w:type="dxa" w:w="3061"/>
          </w:tcPr>
          <w:p>
            <w:pPr>
              <w:spacing w:after="20" w:line="276" w:lineRule="auto"/>
            </w:pPr>
            <w:r/>
            <w:r>
              <w:rPr>
                <w:rFonts w:ascii="宋体" w:hAnsi="宋体" w:eastAsia="宋体"/>
                <w:b w:val="0"/>
                <w:sz w:val="18"/>
              </w:rPr>
              <w:t>1.课件分步演示教科书P60例3情境图的第一组图。</w:t>
            </w:r>
          </w:p>
          <w:p>
            <w:pPr>
              <w:spacing w:after="20" w:line="276" w:lineRule="auto"/>
            </w:pPr>
            <w:r>
              <w:rPr>
                <w:rFonts w:ascii="宋体" w:hAnsi="宋体" w:eastAsia="宋体"/>
                <w:b w:val="0"/>
                <w:sz w:val="18"/>
              </w:rPr>
              <w:t>(1)理解图意。</w:t>
            </w:r>
          </w:p>
          <w:p>
            <w:pPr>
              <w:spacing w:after="20" w:line="276" w:lineRule="auto"/>
            </w:pPr>
            <w:r>
              <w:rPr>
                <w:rFonts w:ascii="宋体" w:hAnsi="宋体" w:eastAsia="宋体"/>
                <w:b w:val="0"/>
                <w:sz w:val="18"/>
              </w:rPr>
              <w:t>师：仔细观察，说一说你发现了什么数学信息。</w:t>
            </w:r>
          </w:p>
          <w:p>
            <w:pPr>
              <w:spacing w:after="20" w:line="276" w:lineRule="auto"/>
            </w:pPr>
            <w:r>
              <w:rPr>
                <w:rFonts w:ascii="宋体" w:hAnsi="宋体" w:eastAsia="宋体"/>
                <w:b w:val="0"/>
                <w:sz w:val="18"/>
              </w:rPr>
              <w:t>师：根据这些信息，你能提出什么问题呢？(引导学生说出：湖里现在有多少只天鹅？)</w:t>
            </w:r>
          </w:p>
          <w:p>
            <w:pPr>
              <w:spacing w:after="20" w:line="276" w:lineRule="auto"/>
            </w:pPr>
            <w:r>
              <w:rPr>
                <w:rFonts w:ascii="宋体" w:hAnsi="宋体" w:eastAsia="宋体"/>
                <w:b w:val="0"/>
                <w:sz w:val="18"/>
              </w:rPr>
              <w:t>师：你能完整地说一说图中的信息，再提出一个问题吗？</w:t>
            </w:r>
          </w:p>
          <w:p>
            <w:pPr>
              <w:spacing w:after="20" w:line="276" w:lineRule="auto"/>
            </w:pPr>
            <w:r>
              <w:rPr>
                <w:rFonts w:ascii="宋体" w:hAnsi="宋体" w:eastAsia="宋体"/>
                <w:b w:val="0"/>
                <w:sz w:val="18"/>
              </w:rPr>
              <w:t>(2)尝试列式。</w:t>
            </w:r>
          </w:p>
          <w:p>
            <w:pPr>
              <w:spacing w:after="20" w:line="276" w:lineRule="auto"/>
            </w:pPr>
            <w:r>
              <w:rPr>
                <w:rFonts w:ascii="宋体" w:hAnsi="宋体" w:eastAsia="宋体"/>
                <w:b w:val="0"/>
                <w:sz w:val="18"/>
              </w:rPr>
              <w:t>师：同学们，求现在有多少只天鹅，用什么方法计算？你能用算式把天鹅飞来、飞走的过程表示出来吗？</w:t>
            </w:r>
          </w:p>
          <w:p>
            <w:pPr>
              <w:spacing w:after="20" w:line="276" w:lineRule="auto"/>
            </w:pPr>
            <w:r>
              <w:rPr>
                <w:rFonts w:ascii="宋体" w:hAnsi="宋体" w:eastAsia="宋体"/>
                <w:b w:val="0"/>
                <w:sz w:val="18"/>
              </w:rPr>
              <w:t>教师根据学生的回答板书：4＋3－2。</w:t>
            </w:r>
          </w:p>
          <w:p>
            <w:pPr>
              <w:spacing w:after="20" w:line="276" w:lineRule="auto"/>
            </w:pPr>
            <w:r>
              <w:rPr>
                <w:rFonts w:ascii="宋体" w:hAnsi="宋体" w:eastAsia="宋体"/>
                <w:b w:val="0"/>
                <w:sz w:val="18"/>
              </w:rPr>
              <w:t>师：请你结合图来说一说这个算式表示的含义。</w:t>
            </w:r>
          </w:p>
          <w:p>
            <w:pPr>
              <w:spacing w:after="20" w:line="276" w:lineRule="auto"/>
            </w:pPr>
            <w:r>
              <w:rPr>
                <w:rFonts w:ascii="宋体" w:hAnsi="宋体" w:eastAsia="宋体"/>
                <w:b w:val="0"/>
                <w:sz w:val="18"/>
              </w:rPr>
              <w:t>引导学生说出：“4”表示湖里原来有4只天鹅，飞来3只，就用4＋3来表示，又飞走2只，就再减去2，求的就是湖里现在有多少只天鹅。</w:t>
            </w:r>
          </w:p>
          <w:p>
            <w:pPr>
              <w:spacing w:after="20" w:line="276" w:lineRule="auto"/>
            </w:pPr>
            <w:r>
              <w:rPr>
                <w:rFonts w:ascii="宋体" w:hAnsi="宋体" w:eastAsia="宋体"/>
                <w:b w:val="0"/>
                <w:sz w:val="18"/>
              </w:rPr>
              <w:t>师：请大家互相说一说算式的含义。</w:t>
            </w:r>
          </w:p>
          <w:p>
            <w:pPr>
              <w:spacing w:after="20" w:line="276" w:lineRule="auto"/>
            </w:pPr>
            <w:r>
              <w:rPr>
                <w:rFonts w:ascii="宋体" w:hAnsi="宋体" w:eastAsia="宋体"/>
                <w:b w:val="0"/>
                <w:sz w:val="18"/>
              </w:rPr>
              <w:t>(3)初步理解加减混合的意义及其运算顺序。</w:t>
            </w:r>
          </w:p>
          <w:p>
            <w:pPr>
              <w:spacing w:after="20" w:line="276" w:lineRule="auto"/>
            </w:pPr>
            <w:r>
              <w:rPr>
                <w:rFonts w:ascii="宋体" w:hAnsi="宋体" w:eastAsia="宋体"/>
                <w:b w:val="0"/>
                <w:sz w:val="18"/>
              </w:rPr>
              <w:t>师：同学们，从图上可以看出4＋3－2的结果是多少吗？先算什么？再算什么？</w:t>
            </w:r>
          </w:p>
          <w:p>
            <w:pPr>
              <w:spacing w:after="20" w:line="276" w:lineRule="auto"/>
            </w:pPr>
            <w:r>
              <w:rPr>
                <w:rFonts w:ascii="宋体" w:hAnsi="宋体" w:eastAsia="宋体"/>
                <w:b w:val="0"/>
                <w:sz w:val="18"/>
              </w:rPr>
              <w:t>教师根据学生的回答在算式中用线标明运算顺序，并写出第一步的得数7。</w:t>
            </w:r>
          </w:p>
          <w:p>
            <w:pPr>
              <w:spacing w:after="20" w:line="276" w:lineRule="auto"/>
            </w:pPr>
            <w:r>
              <w:rPr>
                <w:rFonts w:ascii="宋体" w:hAnsi="宋体" w:eastAsia="宋体"/>
                <w:b w:val="0"/>
                <w:sz w:val="18"/>
              </w:rPr>
              <w:t>师：“7”是怎么来的？为什么用“7”减2?</w:t>
            </w:r>
          </w:p>
          <w:p>
            <w:pPr>
              <w:spacing w:after="20" w:line="276" w:lineRule="auto"/>
            </w:pPr>
            <w:r>
              <w:rPr>
                <w:rFonts w:ascii="宋体" w:hAnsi="宋体" w:eastAsia="宋体"/>
                <w:b w:val="0"/>
                <w:sz w:val="18"/>
              </w:rPr>
              <w:t>联系情境图引导学生说出：“7”表示飞来了3只天鹅后一共有7只天鹅，又飞走2只，就用“7”减2。</w:t>
            </w:r>
          </w:p>
          <w:p>
            <w:pPr>
              <w:spacing w:after="20" w:line="276" w:lineRule="auto"/>
            </w:pPr>
            <w:r>
              <w:rPr>
                <w:rFonts w:ascii="宋体" w:hAnsi="宋体" w:eastAsia="宋体"/>
                <w:b w:val="0"/>
                <w:sz w:val="18"/>
              </w:rPr>
              <w:t>结合图中反映的湖里天鹅只数的变化过程确定先算什么，再算什么。让学生在交流讨论中理解加减混合算式的运算顺序。</w:t>
            </w:r>
          </w:p>
          <w:p>
            <w:pPr>
              <w:spacing w:after="20" w:line="276" w:lineRule="auto"/>
            </w:pPr>
            <w:r>
              <w:rPr>
                <w:rFonts w:ascii="宋体" w:hAnsi="宋体" w:eastAsia="宋体"/>
                <w:b w:val="0"/>
                <w:sz w:val="18"/>
              </w:rPr>
              <w:t>2．课件分步演示教科书P60例3情境图的第二组图。</w:t>
            </w:r>
          </w:p>
          <w:p>
            <w:pPr>
              <w:spacing w:after="20" w:line="276" w:lineRule="auto"/>
            </w:pPr>
            <w:r>
              <w:rPr>
                <w:rFonts w:ascii="宋体" w:hAnsi="宋体" w:eastAsia="宋体"/>
                <w:b w:val="0"/>
                <w:sz w:val="18"/>
              </w:rPr>
              <w:t>(1)理解图意。</w:t>
            </w:r>
          </w:p>
          <w:p>
            <w:pPr>
              <w:spacing w:after="20" w:line="276" w:lineRule="auto"/>
            </w:pPr>
            <w:r>
              <w:rPr>
                <w:rFonts w:ascii="宋体" w:hAnsi="宋体" w:eastAsia="宋体"/>
                <w:b w:val="0"/>
                <w:sz w:val="18"/>
              </w:rPr>
              <w:t>师：仔细观察，说一说你发现了什么数学信息。根据这些信息，你能提出什么问题呢？</w:t>
            </w:r>
          </w:p>
          <w:p>
            <w:pPr>
              <w:spacing w:after="20" w:line="276" w:lineRule="auto"/>
            </w:pPr>
            <w:r>
              <w:rPr>
                <w:rFonts w:ascii="宋体" w:hAnsi="宋体" w:eastAsia="宋体"/>
                <w:b w:val="0"/>
                <w:sz w:val="18"/>
              </w:rPr>
              <w:t>引导学生完整表达：湖里原来有4只天鹅，飞走2只后，又飞来3只。湖里现在有多少只天鹅？</w:t>
            </w:r>
          </w:p>
          <w:p>
            <w:pPr>
              <w:spacing w:after="20" w:line="276" w:lineRule="auto"/>
            </w:pPr>
            <w:r>
              <w:rPr>
                <w:rFonts w:ascii="宋体" w:hAnsi="宋体" w:eastAsia="宋体"/>
                <w:b w:val="0"/>
                <w:sz w:val="18"/>
              </w:rPr>
              <w:t>(2)尝试列式并计算。</w:t>
            </w:r>
          </w:p>
          <w:p>
            <w:pPr>
              <w:spacing w:after="20" w:line="276" w:lineRule="auto"/>
            </w:pPr>
            <w:r>
              <w:rPr>
                <w:rFonts w:ascii="宋体" w:hAnsi="宋体" w:eastAsia="宋体"/>
                <w:b w:val="0"/>
                <w:sz w:val="18"/>
              </w:rPr>
              <w:t>师：同学们，求现在有多少只天鹅，用什么方法计算？你能用算式把天鹅飞走、飞来的过程表示出来吗？</w:t>
            </w:r>
          </w:p>
          <w:p>
            <w:pPr>
              <w:spacing w:after="20" w:line="276" w:lineRule="auto"/>
            </w:pPr>
            <w:r>
              <w:rPr>
                <w:rFonts w:ascii="宋体" w:hAnsi="宋体" w:eastAsia="宋体"/>
                <w:b w:val="0"/>
                <w:sz w:val="18"/>
              </w:rPr>
              <w:t>教师根据学生的回答板书：4－2＋3。</w:t>
            </w:r>
          </w:p>
          <w:p>
            <w:pPr>
              <w:spacing w:after="20" w:line="276" w:lineRule="auto"/>
            </w:pPr>
            <w:r>
              <w:rPr>
                <w:rFonts w:ascii="宋体" w:hAnsi="宋体" w:eastAsia="宋体"/>
                <w:b w:val="0"/>
                <w:sz w:val="18"/>
              </w:rPr>
              <w:t>师：请你结合图来说一说这个算式表示的含义。</w:t>
            </w:r>
          </w:p>
          <w:p>
            <w:pPr>
              <w:spacing w:after="20" w:line="276" w:lineRule="auto"/>
            </w:pPr>
            <w:r>
              <w:rPr>
                <w:rFonts w:ascii="宋体" w:hAnsi="宋体" w:eastAsia="宋体"/>
                <w:b w:val="0"/>
                <w:sz w:val="18"/>
              </w:rPr>
              <w:t>引导学生说出：“4”表示湖里原来有4只天鹅，飞走2只，就用4－2来表示，又飞来3只，就再加上3，求的就是湖里现在有多少只天鹅。</w:t>
            </w:r>
          </w:p>
          <w:p>
            <w:pPr>
              <w:spacing w:after="20" w:line="276" w:lineRule="auto"/>
            </w:pPr>
            <w:r>
              <w:rPr>
                <w:rFonts w:ascii="宋体" w:hAnsi="宋体" w:eastAsia="宋体"/>
                <w:b w:val="0"/>
                <w:sz w:val="18"/>
              </w:rPr>
              <w:t>师：请大家互相说一说算式的含义。</w:t>
            </w:r>
          </w:p>
          <w:p>
            <w:pPr>
              <w:spacing w:after="20" w:line="276" w:lineRule="auto"/>
            </w:pPr>
            <w:r>
              <w:rPr>
                <w:rFonts w:ascii="宋体" w:hAnsi="宋体" w:eastAsia="宋体"/>
                <w:b w:val="0"/>
                <w:sz w:val="18"/>
              </w:rPr>
              <w:t>师：(指着算式4＋3－2和4－2＋3)第一个算式大家会算了，第二个算式又该怎么算呢？请同学们自己想办法解决。</w:t>
            </w:r>
          </w:p>
          <w:p>
            <w:pPr>
              <w:spacing w:after="20" w:line="276" w:lineRule="auto"/>
            </w:pPr>
            <w:r>
              <w:rPr>
                <w:rFonts w:ascii="宋体" w:hAnsi="宋体" w:eastAsia="宋体"/>
                <w:b w:val="0"/>
                <w:sz w:val="18"/>
              </w:rPr>
              <w:t>教师根据学生的回答在算式中用线标明运算顺序，并写出第一步的得数2。</w:t>
            </w:r>
          </w:p>
          <w:p>
            <w:pPr>
              <w:spacing w:after="20" w:line="276" w:lineRule="auto"/>
            </w:pPr>
            <w:r>
              <w:rPr>
                <w:rFonts w:ascii="宋体" w:hAnsi="宋体" w:eastAsia="宋体"/>
                <w:b w:val="0"/>
                <w:sz w:val="18"/>
              </w:rPr>
              <w:t>(3)观察比较，总结运算顺序。</w:t>
            </w:r>
          </w:p>
          <w:p>
            <w:pPr>
              <w:spacing w:after="20" w:line="276" w:lineRule="auto"/>
            </w:pPr>
            <w:r>
              <w:rPr>
                <w:rFonts w:ascii="宋体" w:hAnsi="宋体" w:eastAsia="宋体"/>
                <w:b w:val="0"/>
                <w:sz w:val="18"/>
              </w:rPr>
              <w:t>师：请仔细观察4＋3－2和4－2＋3这两个算式的计算过程，有什么相同点和不同点？</w:t>
            </w:r>
          </w:p>
          <w:p>
            <w:pPr>
              <w:spacing w:after="20" w:line="276" w:lineRule="auto"/>
            </w:pPr>
            <w:r>
              <w:rPr>
                <w:rFonts w:ascii="宋体" w:hAnsi="宋体" w:eastAsia="宋体"/>
                <w:b w:val="0"/>
                <w:sz w:val="18"/>
              </w:rPr>
              <w:t>师：这两个算式中都有加法和减法，我们把这一类算式叫作加减混合。(板书课题：加减混合)加减混合算式的运算顺序和连加、连减一样，都是从左往右计算。(板书：从左往右计算)</w:t>
            </w:r>
          </w:p>
          <w:p>
            <w:pPr>
              <w:spacing w:after="20" w:line="276" w:lineRule="auto"/>
            </w:pPr>
            <w:r>
              <w:rPr>
                <w:rFonts w:ascii="宋体" w:hAnsi="宋体" w:eastAsia="宋体"/>
                <w:b w:val="0"/>
                <w:sz w:val="18"/>
              </w:rPr>
              <w:t>(4)小结。</w:t>
            </w:r>
          </w:p>
          <w:p>
            <w:pPr>
              <w:spacing w:after="20" w:line="276" w:lineRule="auto"/>
            </w:pPr>
            <w:r>
              <w:rPr>
                <w:rFonts w:ascii="宋体" w:hAnsi="宋体" w:eastAsia="宋体"/>
                <w:b w:val="0"/>
                <w:sz w:val="18"/>
              </w:rPr>
              <w:t>师：关于加减混合运算，你有什么要提醒大家的吗？你认为计算时关键要记住哪个数？</w:t>
            </w:r>
          </w:p>
        </w:tc>
        <w:tc>
          <w:tcPr>
            <w:tcW w:type="dxa" w:w="3061"/>
          </w:tcPr>
          <w:p>
            <w:pPr>
              <w:spacing w:after="20" w:line="276" w:lineRule="auto"/>
            </w:pPr>
            <w:r/>
            <w:r>
              <w:rPr>
                <w:rFonts w:ascii="宋体" w:hAnsi="宋体" w:eastAsia="宋体"/>
                <w:b w:val="0"/>
                <w:sz w:val="18"/>
              </w:rPr>
              <w:t>学生通过观察，依次得到以下信息：湖里原来有4只天鹅，飞来3只后，又飞走2只。</w:t>
            </w:r>
          </w:p>
          <w:p>
            <w:pPr>
              <w:spacing w:after="20" w:line="276" w:lineRule="auto"/>
            </w:pPr>
            <w:r>
              <w:rPr>
                <w:rFonts w:ascii="宋体" w:hAnsi="宋体" w:eastAsia="宋体"/>
                <w:b w:val="0"/>
                <w:sz w:val="18"/>
              </w:rPr>
              <w:t>学生完整表达：湖里原来有4只天鹅，飞来3只后，又飞走2只。湖里现在有多少只天鹅？</w:t>
            </w:r>
          </w:p>
          <w:p>
            <w:pPr>
              <w:spacing w:after="20" w:line="276" w:lineRule="auto"/>
            </w:pPr>
            <w:r>
              <w:rPr>
                <w:rFonts w:ascii="宋体" w:hAnsi="宋体" w:eastAsia="宋体"/>
                <w:b w:val="0"/>
                <w:sz w:val="18"/>
              </w:rPr>
              <w:t>同桌之间互相说一说，教师巡视指导。</w:t>
            </w:r>
          </w:p>
          <w:p>
            <w:pPr>
              <w:spacing w:after="20" w:line="276" w:lineRule="auto"/>
            </w:pPr>
            <w:r>
              <w:rPr>
                <w:rFonts w:ascii="宋体" w:hAnsi="宋体" w:eastAsia="宋体"/>
                <w:b w:val="0"/>
                <w:sz w:val="18"/>
              </w:rPr>
              <w:t>学生说出：先算4＋3＝7，再算7－2＝5。</w:t>
            </w:r>
          </w:p>
          <w:p>
            <w:pPr>
              <w:spacing w:after="20" w:line="276" w:lineRule="auto"/>
            </w:pPr>
            <w:r>
              <w:rPr>
                <w:rFonts w:ascii="宋体" w:hAnsi="宋体" w:eastAsia="宋体"/>
                <w:b w:val="0"/>
                <w:sz w:val="18"/>
              </w:rPr>
              <w:t>同桌之间互相说一说，教师巡视指导。</w:t>
            </w:r>
          </w:p>
          <w:p>
            <w:pPr>
              <w:spacing w:after="20" w:line="276" w:lineRule="auto"/>
            </w:pPr>
            <w:r>
              <w:rPr>
                <w:rFonts w:ascii="宋体" w:hAnsi="宋体" w:eastAsia="宋体"/>
                <w:b w:val="0"/>
                <w:sz w:val="18"/>
              </w:rPr>
              <w:t>学生说出：先算4－2＝2，再算2＋3＝5。</w:t>
            </w:r>
          </w:p>
          <w:p>
            <w:pPr>
              <w:spacing w:after="20" w:line="276" w:lineRule="auto"/>
            </w:pPr>
            <w:r>
              <w:rPr>
                <w:rFonts w:ascii="宋体" w:hAnsi="宋体" w:eastAsia="宋体"/>
                <w:b w:val="0"/>
                <w:sz w:val="18"/>
              </w:rPr>
              <w:t>预设1：第一个算式是先算加法，再算减法；第二个算式是先算减法，再算加法。</w:t>
            </w:r>
          </w:p>
          <w:p>
            <w:pPr>
              <w:spacing w:after="20" w:line="276" w:lineRule="auto"/>
            </w:pPr>
            <w:r>
              <w:rPr>
                <w:rFonts w:ascii="宋体" w:hAnsi="宋体" w:eastAsia="宋体"/>
                <w:b w:val="0"/>
                <w:sz w:val="18"/>
              </w:rPr>
              <w:t>预设2：它们都是从左往右计算。</w:t>
            </w:r>
          </w:p>
          <w:p>
            <w:pPr>
              <w:spacing w:after="20" w:line="276" w:lineRule="auto"/>
            </w:pPr>
            <w:r>
              <w:rPr>
                <w:rFonts w:ascii="宋体" w:hAnsi="宋体" w:eastAsia="宋体"/>
                <w:b w:val="0"/>
                <w:sz w:val="18"/>
              </w:rPr>
              <w:t>学生完成教科书P60例3情境图中算式的填写。</w:t>
            </w:r>
          </w:p>
          <w:p>
            <w:pPr>
              <w:spacing w:after="20" w:line="276" w:lineRule="auto"/>
            </w:pPr>
            <w:r>
              <w:rPr>
                <w:rFonts w:ascii="宋体" w:hAnsi="宋体" w:eastAsia="宋体"/>
                <w:b w:val="0"/>
                <w:sz w:val="18"/>
              </w:rPr>
              <w:t>学生可能说出计算时要注意运算顺序，要记住第一步算出的得数。</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设计递进式探究活动，引导学生在动手实践与合作交流中经历知识形成过程，突破本课重难点，核心问题："根据这些信息，你能提出什么问题呢？"</w:t>
            </w:r>
          </w:p>
        </w:tc>
      </w:tr>
      <w:tr>
        <w:tc>
          <w:tcPr>
            <w:tcW w:type="dxa" w:w="1474"/>
          </w:tcPr>
          <w:p>
            <w:pPr>
              <w:spacing w:after="20" w:line="276" w:lineRule="auto"/>
            </w:pPr>
            <w:r>
              <w:rPr>
                <w:b/>
              </w:rPr>
            </w:r>
            <w:r>
              <w:rPr>
                <w:rFonts w:ascii="宋体" w:hAnsi="宋体" w:eastAsia="宋体"/>
                <w:b/>
                <w:sz w:val="18"/>
              </w:rPr>
              <w:t>巩固练习</w:t>
            </w:r>
          </w:p>
        </w:tc>
        <w:tc>
          <w:tcPr>
            <w:tcW w:type="dxa" w:w="3061"/>
          </w:tcPr>
          <w:p>
            <w:pPr>
              <w:spacing w:after="20" w:line="276" w:lineRule="auto"/>
            </w:pPr>
            <w:r/>
            <w:r>
              <w:rPr>
                <w:rFonts w:ascii="宋体" w:hAnsi="宋体" w:eastAsia="宋体"/>
                <w:b w:val="0"/>
                <w:sz w:val="18"/>
              </w:rPr>
              <w:t>1.完成教科书P60“做一做”。</w:t>
            </w:r>
          </w:p>
          <w:p>
            <w:pPr>
              <w:spacing w:after="20" w:line="276" w:lineRule="auto"/>
            </w:pPr>
            <w:r>
              <w:rPr>
                <w:rFonts w:ascii="宋体" w:hAnsi="宋体" w:eastAsia="宋体"/>
                <w:b w:val="0"/>
                <w:sz w:val="18"/>
              </w:rPr>
              <w:t>师：看到你们这么会解决问题，小鸭子们也来了，它们带来了什么问题呢？请你仔细观察，完整地说一说图的意思并解答。</w:t>
            </w:r>
          </w:p>
          <w:p>
            <w:pPr>
              <w:spacing w:after="20" w:line="276" w:lineRule="auto"/>
            </w:pPr>
            <w:r>
              <w:rPr>
                <w:rFonts w:ascii="宋体" w:hAnsi="宋体" w:eastAsia="宋体"/>
                <w:b w:val="0"/>
                <w:sz w:val="18"/>
              </w:rPr>
              <w:t>2．完成教科书P61“练一练”第1题。</w:t>
            </w:r>
          </w:p>
          <w:p>
            <w:pPr>
              <w:spacing w:after="20" w:line="276" w:lineRule="auto"/>
            </w:pPr>
            <w:r>
              <w:rPr>
                <w:rFonts w:ascii="宋体" w:hAnsi="宋体" w:eastAsia="宋体"/>
                <w:b w:val="0"/>
                <w:sz w:val="18"/>
              </w:rPr>
              <w:t>引导学生说出每组中三个算式之间的联系。</w:t>
            </w:r>
          </w:p>
        </w:tc>
        <w:tc>
          <w:tcPr>
            <w:tcW w:type="dxa" w:w="3061"/>
          </w:tcPr>
          <w:p>
            <w:pPr>
              <w:spacing w:after="20" w:line="276" w:lineRule="auto"/>
            </w:pPr>
            <w:r/>
            <w:r>
              <w:rPr>
                <w:rFonts w:ascii="宋体" w:hAnsi="宋体" w:eastAsia="宋体"/>
                <w:b w:val="0"/>
                <w:sz w:val="18"/>
              </w:rPr>
              <w:t>学生独立解决问题后先和同桌交流，再集体汇报。</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通过有层次的练习及时反馈学情，巩固新知，培养学生灵活运用知识解决问题的能力，核心问题："看到你们这么会解决问题，小鸭子们也来了，它们带来了什么问题呢？"</w:t>
            </w:r>
          </w:p>
        </w:tc>
      </w:tr>
      <w:tr>
        <w:tc>
          <w:tcPr>
            <w:tcW w:type="dxa" w:w="1474"/>
          </w:tcPr>
          <w:p>
            <w:pPr>
              <w:spacing w:after="20" w:line="276" w:lineRule="auto"/>
            </w:pPr>
            <w:r>
              <w:rPr>
                <w:b/>
              </w:rPr>
            </w:r>
            <w:r>
              <w:rPr>
                <w:rFonts w:ascii="宋体" w:hAnsi="宋体" w:eastAsia="宋体"/>
                <w:b/>
                <w:sz w:val="18"/>
              </w:rPr>
              <w:t>课堂小结</w:t>
            </w:r>
          </w:p>
        </w:tc>
        <w:tc>
          <w:tcPr>
            <w:tcW w:type="dxa" w:w="3061"/>
          </w:tcPr>
          <w:p>
            <w:pPr>
              <w:spacing w:after="20" w:line="276" w:lineRule="auto"/>
            </w:pPr>
            <w:r/>
            <w:r>
              <w:rPr>
                <w:rFonts w:ascii="宋体" w:hAnsi="宋体" w:eastAsia="宋体"/>
                <w:b w:val="0"/>
                <w:sz w:val="18"/>
              </w:rPr>
              <w:t>师：同学们，今天你们学到了什么？说一说你们的收获吧！</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引导学生回顾梳理本课所学，完善认知结构，提升归纳与反思能力，核心问题："同学们，今天你们学到了什么？"</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加减混合</w:t>
      </w:r>
    </w:p>
    <w:p>
      <w:pPr>
        <w:spacing w:after="40" w:line="300" w:lineRule="auto"/>
      </w:pPr>
      <w:r>
        <w:rPr>
          <w:rFonts w:ascii="宋体" w:hAnsi="宋体" w:eastAsia="宋体"/>
          <w:b w:val="0"/>
          <w:sz w:val="20"/>
        </w:rPr>
        <w:t>从左往右计算</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教科书P60例3，完成教科书P60“做一做”和P61“练一练”第1题。</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加减混合”这节课是在学生学习了连加、连减的基础上进行教学的。教科书安排了两个小题，它们在编排上基本相同，因此在教学时使用了“教——扶——放”的方式。要注意的是第2小题与第1小题的不同之处在于第一步的得数教科书上没有标明，留给学生自己去填写。这样处理，有利于学生从看着第一步算出的得数计算第二步，逐步过渡到将第一步算出的得数记在心里去完成第二步计算，以此逐步提高学生的计算水平。</w:t>
      </w:r>
    </w:p>
    <w:p>
      <w:r>
        <w:br w:type="page"/>
      </w:r>
    </w:p>
    <w:p>
      <w:pPr>
        <w:spacing w:after="80" w:line="300" w:lineRule="auto"/>
      </w:pPr>
      <w:r>
        <w:rPr>
          <w:rFonts w:ascii="黑体" w:hAnsi="黑体" w:eastAsia="黑体"/>
          <w:b/>
          <w:sz w:val="24"/>
        </w:rPr>
        <w:t>二、课时教学方案（第13课时）</w:t>
      </w:r>
    </w:p>
    <w:p>
      <w:pPr>
        <w:spacing w:after="80" w:line="300" w:lineRule="auto"/>
      </w:pPr>
      <w:r>
        <w:rPr>
          <w:rFonts w:ascii="黑体" w:hAnsi="黑体" w:eastAsia="黑体"/>
          <w:b/>
          <w:sz w:val="24"/>
        </w:rPr>
        <w:t>第13课时　解决问题</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第13课时　解决问题</w:t>
            </w:r>
          </w:p>
        </w:tc>
        <w:tc>
          <w:tcPr>
            <w:tcW w:type="dxa" w:w="6009"/>
          </w:tcPr>
          <w:p>
            <w:pPr>
              <w:spacing w:after="20" w:line="276" w:lineRule="auto"/>
            </w:pPr>
            <w:r/>
            <w:r>
              <w:rPr>
                <w:rFonts w:ascii="宋体" w:hAnsi="宋体" w:eastAsia="宋体"/>
                <w:b w:val="0"/>
                <w:sz w:val="20"/>
              </w:rPr>
              <w:t>第2单元 6-10的认识和加、减法（～9的加、减法）</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通过第一单元“5以内数的认识和加、减法”的学习，学生已经积累了一定的学习经验，对数的概念的学习已经不陌生了。但是对数与数之间存在密切关系的认识还不够深刻，其中蕴含的数学推理和良好思维习惯还需要教师结合具体环节进行渗透和培养。由于一年级学生受年龄特点的限制，连加、连减这部分内容仍是学习的难点，因此要利用连续的两幅图帮助学生理解其意义及计算方法，使学生能在此基础上看清运算符号，顺利完成计算。</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教学内容：教科书P51例5。</w:t>
      </w:r>
    </w:p>
    <w:p>
      <w:pPr>
        <w:spacing w:after="80" w:line="300" w:lineRule="auto"/>
        <w:ind w:firstLine="400"/>
      </w:pPr>
      <w:r>
        <w:rPr>
          <w:rFonts w:ascii="宋体" w:hAnsi="宋体" w:eastAsia="宋体"/>
          <w:b w:val="0"/>
          <w:sz w:val="20"/>
        </w:rPr>
        <w:t>设计思路：本节课第一次出现了文字呈现的数学信息，而且情境图中有三组数学信息。这一内容对于初次接触的学生来说，有一定的难度。教学时，采用“综——分”的方法，先整体呈现情境图，让学生读取数学信息，再将情境根据解决问题需要的信息分解成三个小情境，根据每个小情境中的信息解决问题。一方面让学生知道有图示和文字都是数学信息，解决问题时，选择合适的途径获取信息，另一方面为后续选择合适的信息解决问题奠定基础。</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（1）能结合图示和文字理解题意，了解数学问题的基本结构。体会到两个相关的信息和一个问题可以构成一个数学问题。</w:t>
      </w:r>
    </w:p>
    <w:p>
      <w:pPr>
        <w:spacing w:after="20" w:line="300" w:lineRule="auto"/>
        <w:ind w:firstLine="400"/>
      </w:pPr>
      <w:r>
        <w:rPr>
          <w:rFonts w:ascii="宋体" w:hAnsi="宋体" w:eastAsia="宋体"/>
          <w:b w:val="0"/>
          <w:sz w:val="20"/>
        </w:rPr>
        <w:t>（2）进一步理解加、减法的意义，能够根据已知条件和问题选择合适的计算方法并列式计算。</w:t>
      </w:r>
    </w:p>
    <w:p>
      <w:pPr>
        <w:spacing w:after="20" w:line="300" w:lineRule="auto"/>
      </w:pPr>
      <w:r>
        <w:rPr>
          <w:rFonts w:ascii="宋体" w:hAnsi="宋体" w:eastAsia="宋体"/>
          <w:b w:val="0"/>
          <w:sz w:val="20"/>
        </w:rPr>
        <w:t>教学重点：明确“解决问题需要的信息”。</w:t>
      </w:r>
    </w:p>
    <w:p>
      <w:pPr>
        <w:spacing w:after="20" w:line="300" w:lineRule="auto"/>
      </w:pPr>
      <w:r>
        <w:rPr>
          <w:rFonts w:ascii="宋体" w:hAnsi="宋体" w:eastAsia="宋体"/>
          <w:b w:val="0"/>
          <w:sz w:val="20"/>
        </w:rPr>
        <w:t>教学难点：根据已知量和问题之间的关系分析数量关系，选择合适的计算方法并列式计算。</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创设情境，导入新课</w:t>
            </w:r>
          </w:p>
        </w:tc>
        <w:tc>
          <w:tcPr>
            <w:tcW w:type="dxa" w:w="1814"/>
          </w:tcPr>
          <w:p>
            <w:pPr>
              <w:spacing w:after="20" w:line="276" w:lineRule="auto"/>
            </w:pPr>
            <w:r/>
            <w:r>
              <w:rPr>
                <w:rFonts w:ascii="宋体" w:hAnsi="宋体" w:eastAsia="宋体"/>
                <w:b w:val="0"/>
                <w:sz w:val="18"/>
              </w:rPr>
              <w:t>课件、教科书、情境图</w:t>
            </w:r>
          </w:p>
        </w:tc>
        <w:tc>
          <w:tcPr>
            <w:tcW w:type="dxa" w:w="3402"/>
          </w:tcPr>
          <w:p>
            <w:pPr>
              <w:spacing w:after="20" w:line="276" w:lineRule="auto"/>
            </w:pPr>
            <w:r/>
            <w:r>
              <w:rPr>
                <w:rFonts w:ascii="宋体" w:hAnsi="宋体" w:eastAsia="宋体"/>
                <w:b w:val="0"/>
                <w:sz w:val="18"/>
              </w:rPr>
              <w:t>同学们想不想到森林里去看一看呀？；说一说，在美丽森林的一角，你们看到了什么？</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探索交流，解决问题</w:t>
            </w:r>
          </w:p>
        </w:tc>
        <w:tc>
          <w:tcPr>
            <w:tcW w:type="dxa" w:w="1814"/>
          </w:tcPr>
          <w:p>
            <w:pPr>
              <w:spacing w:after="20" w:line="276" w:lineRule="auto"/>
            </w:pPr>
            <w:r/>
            <w:r>
              <w:rPr>
                <w:rFonts w:ascii="宋体" w:hAnsi="宋体" w:eastAsia="宋体"/>
                <w:b w:val="0"/>
                <w:sz w:val="18"/>
              </w:rPr>
              <w:t>情境图、课件</w:t>
            </w:r>
          </w:p>
        </w:tc>
        <w:tc>
          <w:tcPr>
            <w:tcW w:type="dxa" w:w="3402"/>
          </w:tcPr>
          <w:p>
            <w:pPr>
              <w:spacing w:after="20" w:line="276" w:lineRule="auto"/>
            </w:pPr>
            <w:r/>
            <w:r>
              <w:rPr>
                <w:rFonts w:ascii="宋体" w:hAnsi="宋体" w:eastAsia="宋体"/>
                <w:b w:val="0"/>
                <w:sz w:val="18"/>
              </w:rPr>
              <w:t>现在请你们用数学的眼光仔细观察，关于小鹿，你知道了什么？；你发现了一个非常重要的信息，很好！你是怎么知道的？</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引导学生说出“跑走了3只，还剩几只？”</w:t>
            </w:r>
          </w:p>
        </w:tc>
        <w:tc>
          <w:tcPr>
            <w:tcW w:type="dxa" w:w="1814"/>
          </w:tcPr>
          <w:p>
            <w:pPr>
              <w:spacing w:after="20" w:line="276" w:lineRule="auto"/>
            </w:pPr>
            <w:r/>
            <w:r>
              <w:rPr>
                <w:rFonts w:ascii="宋体" w:hAnsi="宋体" w:eastAsia="宋体"/>
                <w:b w:val="0"/>
                <w:sz w:val="18"/>
              </w:rPr>
              <w:t>情境图、课件</w:t>
            </w:r>
          </w:p>
        </w:tc>
        <w:tc>
          <w:tcPr>
            <w:tcW w:type="dxa" w:w="3402"/>
          </w:tcPr>
          <w:p>
            <w:pPr>
              <w:spacing w:after="20" w:line="276" w:lineRule="auto"/>
            </w:pPr>
            <w:r/>
            <w:r>
              <w:rPr>
                <w:rFonts w:ascii="宋体" w:hAnsi="宋体" w:eastAsia="宋体"/>
                <w:b w:val="0"/>
                <w:sz w:val="18"/>
              </w:rPr>
              <w:t>你们真聪明，能用自己的语言说出图画表达的意思。发现了这么多信息，谁能完整地说一说，关于小鹿我们知道了什么？要解决什么问题？；为什么用减法计算？</w:t>
            </w:r>
          </w:p>
        </w:tc>
        <w:tc>
          <w:tcPr>
            <w:tcW w:type="dxa" w:w="1361"/>
          </w:tcPr>
          <w:p>
            <w:pPr>
              <w:spacing w:after="20" w:line="276" w:lineRule="auto"/>
            </w:pPr>
            <w:r/>
            <w:r>
              <w:rPr>
                <w:rFonts w:ascii="宋体" w:hAnsi="宋体" w:eastAsia="宋体"/>
                <w:b w:val="0"/>
                <w:sz w:val="18"/>
              </w:rPr>
              <w:t>25分钟</w:t>
            </w:r>
          </w:p>
        </w:tc>
      </w:tr>
      <w:tr>
        <w:tc>
          <w:tcPr>
            <w:tcW w:type="dxa" w:w="2835"/>
          </w:tcPr>
          <w:p>
            <w:pPr>
              <w:spacing w:after="20" w:line="276" w:lineRule="auto"/>
            </w:pPr>
            <w:r/>
            <w:r>
              <w:rPr>
                <w:rFonts w:ascii="宋体" w:hAnsi="宋体" w:eastAsia="宋体"/>
                <w:b w:val="0"/>
                <w:sz w:val="18"/>
              </w:rPr>
              <w:t>应用练习</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2分钟</w:t>
            </w:r>
          </w:p>
        </w:tc>
      </w:tr>
      <w:tr>
        <w:tc>
          <w:tcPr>
            <w:tcW w:type="dxa" w:w="2835"/>
          </w:tcPr>
          <w:p>
            <w:pPr>
              <w:spacing w:after="20" w:line="276" w:lineRule="auto"/>
            </w:pPr>
            <w:r/>
            <w:r>
              <w:rPr>
                <w:rFonts w:ascii="宋体" w:hAnsi="宋体" w:eastAsia="宋体"/>
                <w:b w:val="0"/>
                <w:sz w:val="18"/>
              </w:rPr>
              <w:t>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今天这节课，你们学到了什么？</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创设情境，导入新课</w:t>
            </w:r>
          </w:p>
        </w:tc>
        <w:tc>
          <w:tcPr>
            <w:tcW w:type="dxa" w:w="3061"/>
          </w:tcPr>
          <w:p>
            <w:pPr>
              <w:spacing w:after="20" w:line="276" w:lineRule="auto"/>
            </w:pPr>
            <w:r/>
            <w:r>
              <w:rPr>
                <w:rFonts w:ascii="宋体" w:hAnsi="宋体" w:eastAsia="宋体"/>
                <w:b w:val="0"/>
                <w:sz w:val="18"/>
              </w:rPr>
              <w:t>课件出示教科书P51例5情境图。</w:t>
            </w:r>
          </w:p>
          <w:p>
            <w:pPr>
              <w:spacing w:after="20" w:line="276" w:lineRule="auto"/>
            </w:pPr>
            <w:r>
              <w:rPr>
                <w:rFonts w:ascii="宋体" w:hAnsi="宋体" w:eastAsia="宋体"/>
                <w:b w:val="0"/>
                <w:sz w:val="18"/>
              </w:rPr>
              <w:t>师：同学们想不想到森林里去看一看呀？找一找我们人类的好朋友。今天老师就带同学们一起走进“美丽的森林”。</w:t>
            </w:r>
          </w:p>
          <w:p>
            <w:pPr>
              <w:spacing w:after="20" w:line="276" w:lineRule="auto"/>
            </w:pPr>
            <w:r>
              <w:rPr>
                <w:rFonts w:ascii="宋体" w:hAnsi="宋体" w:eastAsia="宋体"/>
                <w:b w:val="0"/>
                <w:sz w:val="18"/>
              </w:rPr>
              <w:t>师：说一说，在美丽森林的一角，你们看到了什么？</w:t>
            </w:r>
          </w:p>
          <w:p>
            <w:pPr>
              <w:spacing w:after="20" w:line="276" w:lineRule="auto"/>
            </w:pPr>
            <w:r>
              <w:rPr>
                <w:rFonts w:ascii="宋体" w:hAnsi="宋体" w:eastAsia="宋体"/>
                <w:b w:val="0"/>
                <w:sz w:val="18"/>
              </w:rPr>
              <w:t>师：同学们很善于观察，森林中不仅有许多可爱的小动物和美丽的植物，还隐藏着许多的数学问题。今天，我们就一起来解决这些数学问题。(板书课题：解决问题)</w:t>
            </w:r>
          </w:p>
        </w:tc>
        <w:tc>
          <w:tcPr>
            <w:tcW w:type="dxa" w:w="3061"/>
          </w:tcPr>
          <w:p>
            <w:pPr>
              <w:spacing w:after="20" w:line="276" w:lineRule="auto"/>
            </w:pPr>
            <w:r/>
            <w:r>
              <w:rPr>
                <w:rFonts w:ascii="宋体" w:hAnsi="宋体" w:eastAsia="宋体"/>
                <w:b w:val="0"/>
                <w:sz w:val="18"/>
              </w:rPr>
              <w:t>学生会说看到了小鹿、天鹅、蘑菇、大树、小河。</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创设情境激活学生已有经验，自然引出本课学习内容，激发学习兴趣，核心问题："同学们想不想到森林里去看一看呀？"</w:t>
            </w:r>
          </w:p>
        </w:tc>
      </w:tr>
      <w:tr>
        <w:tc>
          <w:tcPr>
            <w:tcW w:type="dxa" w:w="1474"/>
          </w:tcPr>
          <w:p>
            <w:pPr>
              <w:spacing w:after="20" w:line="276" w:lineRule="auto"/>
            </w:pPr>
            <w:r>
              <w:rPr>
                <w:b/>
              </w:rPr>
            </w:r>
            <w:r>
              <w:rPr>
                <w:rFonts w:ascii="宋体" w:hAnsi="宋体" w:eastAsia="宋体"/>
                <w:b/>
                <w:sz w:val="18"/>
              </w:rPr>
              <w:t>探索交流，解决问题</w:t>
            </w:r>
          </w:p>
        </w:tc>
        <w:tc>
          <w:tcPr>
            <w:tcW w:type="dxa" w:w="3061"/>
          </w:tcPr>
          <w:p>
            <w:pPr>
              <w:spacing w:after="20" w:line="276" w:lineRule="auto"/>
            </w:pPr>
            <w:r/>
            <w:r>
              <w:rPr>
                <w:rFonts w:ascii="宋体" w:hAnsi="宋体" w:eastAsia="宋体"/>
                <w:b w:val="0"/>
                <w:sz w:val="18"/>
              </w:rPr>
              <w:t>1.解决小鹿的问题。</w:t>
            </w:r>
          </w:p>
          <w:p>
            <w:pPr>
              <w:spacing w:after="20" w:line="276" w:lineRule="auto"/>
            </w:pPr>
            <w:r>
              <w:rPr>
                <w:rFonts w:ascii="宋体" w:hAnsi="宋体" w:eastAsia="宋体"/>
                <w:b w:val="0"/>
                <w:sz w:val="18"/>
              </w:rPr>
              <w:t>(1)聚焦小鹿的情境图，完整表述题意。</w:t>
            </w:r>
          </w:p>
          <w:p>
            <w:pPr>
              <w:spacing w:after="20" w:line="276" w:lineRule="auto"/>
            </w:pPr>
            <w:r>
              <w:rPr>
                <w:rFonts w:ascii="宋体" w:hAnsi="宋体" w:eastAsia="宋体"/>
                <w:b w:val="0"/>
                <w:sz w:val="18"/>
              </w:rPr>
              <w:t>师：看，已经有小动物迫不及待要和大家见面了！(出示小鹿的情境图)</w:t>
            </w:r>
          </w:p>
          <w:p>
            <w:pPr>
              <w:spacing w:after="20" w:line="276" w:lineRule="auto"/>
            </w:pPr>
            <w:r>
              <w:rPr>
                <w:rFonts w:ascii="宋体" w:hAnsi="宋体" w:eastAsia="宋体"/>
                <w:b w:val="0"/>
                <w:sz w:val="18"/>
              </w:rPr>
              <w:t>还剩几只？</w:t>
            </w:r>
          </w:p>
          <w:p>
            <w:pPr>
              <w:spacing w:after="20" w:line="276" w:lineRule="auto"/>
            </w:pPr>
            <w:r>
              <w:rPr>
                <w:rFonts w:ascii="宋体" w:hAnsi="宋体" w:eastAsia="宋体"/>
                <w:b w:val="0"/>
                <w:sz w:val="18"/>
              </w:rPr>
              <w:t>师：现在请你们用数学的眼光仔细观察，关于小鹿，你知道了什么？</w:t>
            </w:r>
          </w:p>
          <w:p>
            <w:pPr>
              <w:spacing w:after="20" w:line="276" w:lineRule="auto"/>
            </w:pPr>
            <w:r>
              <w:rPr>
                <w:rFonts w:ascii="宋体" w:hAnsi="宋体" w:eastAsia="宋体"/>
                <w:b w:val="0"/>
                <w:sz w:val="18"/>
              </w:rPr>
              <w:t>师：你发现了一个非常重要的信息，很好！你是怎么知道的？</w:t>
            </w:r>
          </w:p>
          <w:p>
            <w:pPr>
              <w:spacing w:after="20" w:line="276" w:lineRule="auto"/>
            </w:pPr>
            <w:r>
              <w:rPr>
                <w:rFonts w:ascii="宋体" w:hAnsi="宋体" w:eastAsia="宋体"/>
                <w:b w:val="0"/>
                <w:sz w:val="18"/>
              </w:rPr>
              <w:t>师：看来图中的文字也蕴含着很重要的信息，对于已经给出的信息我们就不用数了，这样不容易出错。仔细观察，你还知道了什么？</w:t>
            </w:r>
          </w:p>
        </w:tc>
        <w:tc>
          <w:tcPr>
            <w:tcW w:type="dxa" w:w="3061"/>
          </w:tcPr>
          <w:p>
            <w:pPr>
              <w:spacing w:after="20" w:line="276" w:lineRule="auto"/>
            </w:pPr>
            <w:r/>
            <w:r>
              <w:rPr>
                <w:rFonts w:ascii="宋体" w:hAnsi="宋体" w:eastAsia="宋体"/>
                <w:b w:val="0"/>
                <w:sz w:val="18"/>
              </w:rPr>
              <w:t>学生说出：一共有9只小鹿。</w:t>
            </w:r>
          </w:p>
          <w:p>
            <w:pPr>
              <w:spacing w:after="20" w:line="276" w:lineRule="auto"/>
            </w:pPr>
            <w:r>
              <w:rPr>
                <w:rFonts w:ascii="宋体" w:hAnsi="宋体" w:eastAsia="宋体"/>
                <w:b w:val="0"/>
                <w:sz w:val="18"/>
              </w:rPr>
              <w:t>学生可能说是数出来的，教师就让学生带着大家数一数，并追问：还有不同的方法吗？引导学生发现图中的文字信息。</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设计递进式探究活动，引导学生在动手实践与合作交流中经历知识形成过程，突破本课重难点，核心问题："现在请你们用数学的眼光仔细观察，关于小鹿，你知道了什么？"</w:t>
            </w:r>
          </w:p>
        </w:tc>
      </w:tr>
      <w:tr>
        <w:tc>
          <w:tcPr>
            <w:tcW w:type="dxa" w:w="1474"/>
          </w:tcPr>
          <w:p>
            <w:pPr>
              <w:spacing w:after="20" w:line="276" w:lineRule="auto"/>
            </w:pPr>
            <w:r>
              <w:rPr>
                <w:b/>
              </w:rPr>
            </w:r>
            <w:r>
              <w:rPr>
                <w:rFonts w:ascii="宋体" w:hAnsi="宋体" w:eastAsia="宋体"/>
                <w:b/>
                <w:sz w:val="18"/>
              </w:rPr>
              <w:t>引导学生说出“跑走了3只，还剩几只？”</w:t>
            </w:r>
          </w:p>
        </w:tc>
        <w:tc>
          <w:tcPr>
            <w:tcW w:type="dxa" w:w="3061"/>
          </w:tcPr>
          <w:p>
            <w:pPr>
              <w:spacing w:after="20" w:line="276" w:lineRule="auto"/>
            </w:pPr>
            <w:r/>
            <w:r>
              <w:rPr>
                <w:rFonts w:ascii="宋体" w:hAnsi="宋体" w:eastAsia="宋体"/>
                <w:b w:val="0"/>
                <w:sz w:val="18"/>
              </w:rPr>
              <w:t>教师追问：你怎么知道跑走了3只？怎么看出来的？</w:t>
            </w:r>
          </w:p>
          <w:p>
            <w:pPr>
              <w:spacing w:after="20" w:line="276" w:lineRule="auto"/>
            </w:pPr>
            <w:r>
              <w:rPr>
                <w:rFonts w:ascii="宋体" w:hAnsi="宋体" w:eastAsia="宋体"/>
                <w:b w:val="0"/>
                <w:sz w:val="18"/>
              </w:rPr>
              <w:t>师：你们真聪明，能用自己的语言说出图画表达的意思。发现了这么多信息，谁能完整地说一说，关于小鹿我们知道了什么？要解决什么问题？同桌之间可以互相说一说。</w:t>
            </w:r>
          </w:p>
          <w:p>
            <w:pPr>
              <w:spacing w:after="20" w:line="276" w:lineRule="auto"/>
            </w:pPr>
            <w:r>
              <w:rPr>
                <w:rFonts w:ascii="宋体" w:hAnsi="宋体" w:eastAsia="宋体"/>
                <w:b w:val="0"/>
                <w:sz w:val="18"/>
              </w:rPr>
              <w:t>(2)分析和解决问题。</w:t>
            </w:r>
          </w:p>
          <w:p>
            <w:pPr>
              <w:spacing w:after="20" w:line="276" w:lineRule="auto"/>
            </w:pPr>
            <w:r>
              <w:rPr>
                <w:rFonts w:ascii="宋体" w:hAnsi="宋体" w:eastAsia="宋体"/>
                <w:b w:val="0"/>
                <w:sz w:val="18"/>
              </w:rPr>
              <w:t>师：这道题里不论是用图画表示，还是用文字表述，我们都把它叫作数学信息。(板书：一共有9只小鹿，跑走了3只，还剩几只？)这些就是数学信息。知道了这些信息，你们会解答这个问题吗？</w:t>
            </w:r>
          </w:p>
          <w:p>
            <w:pPr>
              <w:spacing w:after="20" w:line="276" w:lineRule="auto"/>
            </w:pPr>
            <w:r>
              <w:rPr>
                <w:rFonts w:ascii="宋体" w:hAnsi="宋体" w:eastAsia="宋体"/>
                <w:b w:val="0"/>
                <w:sz w:val="18"/>
              </w:rPr>
              <w:t>教师根据学生的回答板书：9－3＝6(只)。</w:t>
            </w:r>
          </w:p>
          <w:p>
            <w:pPr>
              <w:spacing w:after="20" w:line="276" w:lineRule="auto"/>
            </w:pPr>
            <w:r>
              <w:rPr>
                <w:rFonts w:ascii="宋体" w:hAnsi="宋体" w:eastAsia="宋体"/>
                <w:b w:val="0"/>
                <w:sz w:val="18"/>
              </w:rPr>
              <w:t>师：为什么用减法计算？</w:t>
            </w:r>
          </w:p>
          <w:p>
            <w:pPr>
              <w:spacing w:after="20" w:line="276" w:lineRule="auto"/>
            </w:pPr>
            <w:r>
              <w:rPr>
                <w:rFonts w:ascii="宋体" w:hAnsi="宋体" w:eastAsia="宋体"/>
                <w:b w:val="0"/>
                <w:sz w:val="18"/>
              </w:rPr>
              <w:t>(3)检验反思。</w:t>
            </w:r>
          </w:p>
          <w:p>
            <w:pPr>
              <w:spacing w:after="20" w:line="276" w:lineRule="auto"/>
            </w:pPr>
            <w:r>
              <w:rPr>
                <w:rFonts w:ascii="宋体" w:hAnsi="宋体" w:eastAsia="宋体"/>
                <w:b w:val="0"/>
                <w:sz w:val="18"/>
              </w:rPr>
              <w:t>师：我们来检查一下计算是否正确。</w:t>
            </w:r>
          </w:p>
          <w:p>
            <w:pPr>
              <w:spacing w:after="20" w:line="276" w:lineRule="auto"/>
            </w:pPr>
            <w:r>
              <w:rPr>
                <w:rFonts w:ascii="宋体" w:hAnsi="宋体" w:eastAsia="宋体"/>
                <w:b w:val="0"/>
                <w:sz w:val="18"/>
              </w:rPr>
              <w:t>师：我们做完题之后要认真检查，养成良好的学习习惯。</w:t>
            </w:r>
          </w:p>
          <w:p>
            <w:pPr>
              <w:spacing w:after="20" w:line="276" w:lineRule="auto"/>
            </w:pPr>
            <w:r>
              <w:rPr>
                <w:rFonts w:ascii="宋体" w:hAnsi="宋体" w:eastAsia="宋体"/>
                <w:b w:val="0"/>
                <w:sz w:val="18"/>
              </w:rPr>
              <w:t>2．解决天鹅的问题。</w:t>
            </w:r>
          </w:p>
          <w:p>
            <w:pPr>
              <w:spacing w:after="20" w:line="276" w:lineRule="auto"/>
            </w:pPr>
            <w:r>
              <w:rPr>
                <w:rFonts w:ascii="宋体" w:hAnsi="宋体" w:eastAsia="宋体"/>
                <w:b w:val="0"/>
                <w:sz w:val="18"/>
              </w:rPr>
              <w:t>出示天鹅的情境图。</w:t>
            </w:r>
          </w:p>
          <w:p>
            <w:pPr>
              <w:spacing w:after="20" w:line="276" w:lineRule="auto"/>
            </w:pPr>
            <w:r>
              <w:rPr>
                <w:rFonts w:ascii="宋体" w:hAnsi="宋体" w:eastAsia="宋体"/>
                <w:b w:val="0"/>
                <w:sz w:val="18"/>
              </w:rPr>
              <w:t>师：关于天鹅，你知道了什么？能提出什么问题？</w:t>
            </w:r>
          </w:p>
          <w:p>
            <w:pPr>
              <w:spacing w:after="20" w:line="276" w:lineRule="auto"/>
            </w:pPr>
            <w:r>
              <w:rPr>
                <w:rFonts w:ascii="宋体" w:hAnsi="宋体" w:eastAsia="宋体"/>
                <w:b w:val="0"/>
                <w:sz w:val="18"/>
              </w:rPr>
              <w:t>教师根据学生的回答板书。</w:t>
            </w:r>
          </w:p>
          <w:p>
            <w:pPr>
              <w:spacing w:after="20" w:line="276" w:lineRule="auto"/>
            </w:pPr>
            <w:r>
              <w:rPr>
                <w:rFonts w:ascii="宋体" w:hAnsi="宋体" w:eastAsia="宋体"/>
                <w:b w:val="0"/>
                <w:sz w:val="18"/>
              </w:rPr>
              <w:t>师：同学们真棒！不仅找到了两个相关的数学信息，而且还提出了一个数学问题。我们一起来读一读，这个问题你会解答吗？</w:t>
            </w:r>
          </w:p>
          <w:p>
            <w:pPr>
              <w:spacing w:after="20" w:line="276" w:lineRule="auto"/>
            </w:pPr>
            <w:r>
              <w:rPr>
                <w:rFonts w:ascii="宋体" w:hAnsi="宋体" w:eastAsia="宋体"/>
                <w:b w:val="0"/>
                <w:sz w:val="18"/>
              </w:rPr>
              <w:t>根据学生回答，教师板书：8－3＝5(只)。</w:t>
            </w:r>
          </w:p>
          <w:p>
            <w:pPr>
              <w:spacing w:after="20" w:line="276" w:lineRule="auto"/>
            </w:pPr>
            <w:r>
              <w:rPr>
                <w:rFonts w:ascii="宋体" w:hAnsi="宋体" w:eastAsia="宋体"/>
                <w:b w:val="0"/>
                <w:sz w:val="18"/>
              </w:rPr>
              <w:t>师：为什么用减法计算？</w:t>
            </w:r>
          </w:p>
          <w:p>
            <w:pPr>
              <w:spacing w:after="20" w:line="276" w:lineRule="auto"/>
            </w:pPr>
            <w:r>
              <w:rPr>
                <w:rFonts w:ascii="宋体" w:hAnsi="宋体" w:eastAsia="宋体"/>
                <w:b w:val="0"/>
                <w:sz w:val="18"/>
              </w:rPr>
              <w:t>师：我们来检验一下解答对不对。</w:t>
            </w:r>
          </w:p>
          <w:p>
            <w:pPr>
              <w:spacing w:after="20" w:line="276" w:lineRule="auto"/>
            </w:pPr>
            <w:r>
              <w:rPr>
                <w:rFonts w:ascii="宋体" w:hAnsi="宋体" w:eastAsia="宋体"/>
                <w:b w:val="0"/>
                <w:sz w:val="18"/>
              </w:rPr>
              <w:t>3．对比交流。</w:t>
            </w:r>
          </w:p>
          <w:p>
            <w:pPr>
              <w:spacing w:after="20" w:line="276" w:lineRule="auto"/>
            </w:pPr>
            <w:r>
              <w:rPr>
                <w:rFonts w:ascii="宋体" w:hAnsi="宋体" w:eastAsia="宋体"/>
                <w:b w:val="0"/>
                <w:sz w:val="18"/>
              </w:rPr>
              <w:t>师：对比小鹿和天鹅的问题，你有什么发现？</w:t>
            </w:r>
          </w:p>
          <w:p>
            <w:pPr>
              <w:spacing w:after="20" w:line="276" w:lineRule="auto"/>
            </w:pPr>
            <w:r>
              <w:rPr>
                <w:rFonts w:ascii="宋体" w:hAnsi="宋体" w:eastAsia="宋体"/>
                <w:b w:val="0"/>
                <w:sz w:val="18"/>
              </w:rPr>
              <w:t>4．解决蘑菇的问题。</w:t>
            </w:r>
          </w:p>
          <w:p>
            <w:pPr>
              <w:spacing w:after="20" w:line="276" w:lineRule="auto"/>
            </w:pPr>
            <w:r>
              <w:rPr>
                <w:rFonts w:ascii="宋体" w:hAnsi="宋体" w:eastAsia="宋体"/>
                <w:b w:val="0"/>
                <w:sz w:val="18"/>
              </w:rPr>
              <w:t>出示蘑菇的情境图。</w:t>
            </w:r>
          </w:p>
          <w:p>
            <w:pPr>
              <w:spacing w:after="20" w:line="276" w:lineRule="auto"/>
            </w:pPr>
            <w:r>
              <w:rPr>
                <w:rFonts w:ascii="宋体" w:hAnsi="宋体" w:eastAsia="宋体"/>
                <w:b w:val="0"/>
                <w:sz w:val="18"/>
              </w:rPr>
              <w:t>师：关于蘑菇，你知道了什么？能提出什么数学问题？和你的同桌说一说，算一算。</w:t>
            </w:r>
          </w:p>
          <w:p>
            <w:pPr>
              <w:spacing w:after="20" w:line="276" w:lineRule="auto"/>
            </w:pPr>
            <w:r>
              <w:rPr>
                <w:rFonts w:ascii="宋体" w:hAnsi="宋体" w:eastAsia="宋体"/>
                <w:b w:val="0"/>
                <w:sz w:val="18"/>
              </w:rPr>
              <w:t>树根处有6朵蘑菇，树根旁边的草地上有2朵蘑菇，一共有几朵蘑菇？</w:t>
            </w:r>
          </w:p>
          <w:p>
            <w:pPr>
              <w:spacing w:after="20" w:line="276" w:lineRule="auto"/>
            </w:pPr>
            <w:r>
              <w:rPr>
                <w:rFonts w:ascii="宋体" w:hAnsi="宋体" w:eastAsia="宋体"/>
                <w:b w:val="0"/>
                <w:sz w:val="18"/>
              </w:rPr>
              <w:t>师：一共有几朵蘑菇这个问题应该怎么解答呢？(教师板书完整信息)</w:t>
            </w:r>
          </w:p>
          <w:p>
            <w:pPr>
              <w:spacing w:after="20" w:line="276" w:lineRule="auto"/>
            </w:pPr>
            <w:r>
              <w:rPr>
                <w:rFonts w:ascii="宋体" w:hAnsi="宋体" w:eastAsia="宋体"/>
                <w:b w:val="0"/>
                <w:sz w:val="18"/>
              </w:rPr>
              <w:t>教师板书：6＋2＝8(朵)。</w:t>
            </w:r>
          </w:p>
          <w:p>
            <w:pPr>
              <w:spacing w:after="20" w:line="276" w:lineRule="auto"/>
            </w:pPr>
            <w:r>
              <w:rPr>
                <w:rFonts w:ascii="宋体" w:hAnsi="宋体" w:eastAsia="宋体"/>
                <w:b w:val="0"/>
                <w:sz w:val="18"/>
              </w:rPr>
              <w:t>师：为什么前面两道题我们都用减法计算，而这道题用加法计算？</w:t>
            </w:r>
          </w:p>
          <w:p>
            <w:pPr>
              <w:spacing w:after="20" w:line="276" w:lineRule="auto"/>
            </w:pPr>
            <w:r>
              <w:rPr>
                <w:rFonts w:ascii="宋体" w:hAnsi="宋体" w:eastAsia="宋体"/>
                <w:b w:val="0"/>
                <w:sz w:val="18"/>
              </w:rPr>
              <w:t>要求一共有几朵蘑菇，就是要把这两部分合起来，所以要用加法计算。</w:t>
            </w:r>
          </w:p>
          <w:p>
            <w:pPr>
              <w:spacing w:after="20" w:line="276" w:lineRule="auto"/>
            </w:pPr>
            <w:r>
              <w:rPr>
                <w:rFonts w:ascii="宋体" w:hAnsi="宋体" w:eastAsia="宋体"/>
                <w:b w:val="0"/>
                <w:sz w:val="18"/>
              </w:rPr>
              <w:t>师：还能提出其他问题吗？</w:t>
            </w:r>
          </w:p>
          <w:p>
            <w:pPr>
              <w:spacing w:after="20" w:line="276" w:lineRule="auto"/>
            </w:pPr>
            <w:r>
              <w:rPr>
                <w:rFonts w:ascii="宋体" w:hAnsi="宋体" w:eastAsia="宋体"/>
                <w:b w:val="0"/>
                <w:sz w:val="18"/>
              </w:rPr>
              <w:t>师小结：同学们真棒！根据一幅图，我们可以提出这么多问题，并且通过自己的努力解决了它们。我们知道把两部分合起来，求一共是多少，要用加法计算；知道总数和其中一部分，求另一部分，要用减法计算。</w:t>
            </w:r>
          </w:p>
        </w:tc>
        <w:tc>
          <w:tcPr>
            <w:tcW w:type="dxa" w:w="3061"/>
          </w:tcPr>
          <w:p>
            <w:pPr>
              <w:spacing w:after="20" w:line="276" w:lineRule="auto"/>
            </w:pPr>
            <w:r/>
            <w:r>
              <w:rPr>
                <w:rFonts w:ascii="宋体" w:hAnsi="宋体" w:eastAsia="宋体"/>
                <w:b w:val="0"/>
                <w:sz w:val="18"/>
              </w:rPr>
              <w:t>学生完整表述题意。</w:t>
            </w:r>
          </w:p>
          <w:p>
            <w:pPr>
              <w:spacing w:after="20" w:line="276" w:lineRule="auto"/>
            </w:pPr>
            <w:r>
              <w:rPr>
                <w:rFonts w:ascii="宋体" w:hAnsi="宋体" w:eastAsia="宋体"/>
                <w:b w:val="0"/>
                <w:sz w:val="18"/>
              </w:rPr>
              <w:t>学生思考并列式解答。</w:t>
            </w:r>
          </w:p>
          <w:p>
            <w:pPr>
              <w:spacing w:after="20" w:line="276" w:lineRule="auto"/>
            </w:pPr>
            <w:r>
              <w:rPr>
                <w:rFonts w:ascii="宋体" w:hAnsi="宋体" w:eastAsia="宋体"/>
                <w:b w:val="0"/>
                <w:sz w:val="18"/>
              </w:rPr>
              <w:t>学生可能用跑走的3只加上剩下的6只，得到原来一共有9只小鹿。</w:t>
            </w:r>
          </w:p>
          <w:p>
            <w:pPr>
              <w:spacing w:after="20" w:line="276" w:lineRule="auto"/>
            </w:pPr>
            <w:r>
              <w:rPr>
                <w:rFonts w:ascii="宋体" w:hAnsi="宋体" w:eastAsia="宋体"/>
                <w:b w:val="0"/>
                <w:sz w:val="18"/>
              </w:rPr>
              <w:t>学生说出：一共有8只天鹅，游走了3只，还剩几只？(教师追问：你从哪里知道游走了3只？学生在图中指一指。)</w:t>
            </w:r>
          </w:p>
          <w:p>
            <w:pPr>
              <w:spacing w:after="20" w:line="276" w:lineRule="auto"/>
            </w:pPr>
            <w:r>
              <w:rPr>
                <w:rFonts w:ascii="宋体" w:hAnsi="宋体" w:eastAsia="宋体"/>
                <w:b w:val="0"/>
                <w:sz w:val="18"/>
              </w:rPr>
              <w:t>学生说出：从8只里去掉3只，求还剩几只，要用减法计算。</w:t>
            </w:r>
          </w:p>
          <w:p>
            <w:pPr>
              <w:spacing w:after="20" w:line="276" w:lineRule="auto"/>
            </w:pPr>
            <w:r>
              <w:rPr>
                <w:rFonts w:ascii="宋体" w:hAnsi="宋体" w:eastAsia="宋体"/>
                <w:b w:val="0"/>
                <w:sz w:val="18"/>
              </w:rPr>
              <w:t>学生可能用游走的3只加上剩下的5只，得到原来一共有8只天鹅。可以判断解答是正确的。</w:t>
            </w:r>
          </w:p>
          <w:p>
            <w:pPr>
              <w:spacing w:after="20" w:line="276" w:lineRule="auto"/>
            </w:pPr>
            <w:r>
              <w:rPr>
                <w:rFonts w:ascii="宋体" w:hAnsi="宋体" w:eastAsia="宋体"/>
                <w:b w:val="0"/>
                <w:sz w:val="18"/>
              </w:rPr>
              <w:t>学生会发现两道题都是“从总数里去掉一部分，求还剩多少”的问题，都是用减法计算，不同的是小鹿的情境图直接给出了问题，天鹅的情境图没有给出问题，需要自己提出问题。</w:t>
            </w:r>
          </w:p>
          <w:p>
            <w:pPr>
              <w:spacing w:after="20" w:line="276" w:lineRule="auto"/>
            </w:pPr>
            <w:r>
              <w:rPr>
                <w:rFonts w:ascii="宋体" w:hAnsi="宋体" w:eastAsia="宋体"/>
                <w:b w:val="0"/>
                <w:sz w:val="18"/>
              </w:rPr>
              <w:t>同桌合作解决问题。</w:t>
            </w:r>
          </w:p>
          <w:p>
            <w:pPr>
              <w:spacing w:after="20" w:line="276" w:lineRule="auto"/>
            </w:pPr>
            <w:r>
              <w:rPr>
                <w:rFonts w:ascii="宋体" w:hAnsi="宋体" w:eastAsia="宋体"/>
                <w:b w:val="0"/>
                <w:sz w:val="18"/>
              </w:rPr>
              <w:t>预设1：一共有8朵蘑菇，树根处有6朵，树根旁边的草地上有几朵？解答：8－6＝2(朵)。</w:t>
            </w:r>
          </w:p>
          <w:p>
            <w:pPr>
              <w:spacing w:after="20" w:line="276" w:lineRule="auto"/>
            </w:pPr>
            <w:r>
              <w:rPr>
                <w:rFonts w:ascii="宋体" w:hAnsi="宋体" w:eastAsia="宋体"/>
                <w:b w:val="0"/>
                <w:sz w:val="18"/>
              </w:rPr>
              <w:t>预设2：一共有8朵蘑菇，树根旁边的草地上有2朵，树根处有几朵？解答：8－2＝6(朵)。</w:t>
            </w:r>
          </w:p>
        </w:tc>
        <w:tc>
          <w:tcPr>
            <w:tcW w:type="dxa" w:w="1814"/>
          </w:tcPr>
          <w:p>
            <w:pPr>
              <w:spacing w:after="20" w:line="276" w:lineRule="auto"/>
            </w:pPr>
            <w:r/>
            <w:r>
              <w:rPr>
                <w:rFonts w:ascii="宋体" w:hAnsi="宋体" w:eastAsia="宋体"/>
                <w:b w:val="0"/>
                <w:sz w:val="18"/>
              </w:rPr>
              <w:t>围绕环节目标组织学习活动，引导学生主动参与、积极思考，核心问题："你们真聪明，能用自己的语言说出图画表达的意思。发现了这么多信息，谁能完整地说一说，关于小鹿我们知道了什么？要解决什么问题？"</w:t>
            </w:r>
          </w:p>
        </w:tc>
      </w:tr>
      <w:tr>
        <w:tc>
          <w:tcPr>
            <w:tcW w:type="dxa" w:w="1474"/>
          </w:tcPr>
          <w:p>
            <w:pPr>
              <w:spacing w:after="20" w:line="276" w:lineRule="auto"/>
            </w:pPr>
            <w:r>
              <w:rPr>
                <w:b/>
              </w:rPr>
            </w:r>
            <w:r>
              <w:rPr>
                <w:rFonts w:ascii="宋体" w:hAnsi="宋体" w:eastAsia="宋体"/>
                <w:b/>
                <w:sz w:val="18"/>
              </w:rPr>
              <w:t>应用练习</w:t>
            </w:r>
          </w:p>
        </w:tc>
        <w:tc>
          <w:tcPr>
            <w:tcW w:type="dxa" w:w="3061"/>
          </w:tcPr>
          <w:p>
            <w:pPr>
              <w:spacing w:after="20" w:line="276" w:lineRule="auto"/>
            </w:pPr>
            <w:r/>
            <w:r>
              <w:rPr>
                <w:rFonts w:ascii="宋体" w:hAnsi="宋体" w:eastAsia="宋体"/>
                <w:b w:val="0"/>
                <w:sz w:val="18"/>
              </w:rPr>
              <w:t>课件出示练习题。</w:t>
            </w:r>
          </w:p>
          <w:p>
            <w:pPr>
              <w:spacing w:after="20" w:line="276" w:lineRule="auto"/>
            </w:pPr>
            <w:r>
              <w:rPr>
                <w:rFonts w:ascii="宋体" w:hAnsi="宋体" w:eastAsia="宋体"/>
                <w:b w:val="0"/>
                <w:sz w:val="18"/>
              </w:rPr>
              <w:t>指名学生完整地说出知道了哪些信息，要求什么问题，应该用加法还是减法。再让学生独立解答。</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课堂小结</w:t>
            </w:r>
          </w:p>
        </w:tc>
        <w:tc>
          <w:tcPr>
            <w:tcW w:type="dxa" w:w="3061"/>
          </w:tcPr>
          <w:p>
            <w:pPr>
              <w:spacing w:after="20" w:line="276" w:lineRule="auto"/>
            </w:pPr>
            <w:r/>
            <w:r>
              <w:rPr>
                <w:rFonts w:ascii="宋体" w:hAnsi="宋体" w:eastAsia="宋体"/>
                <w:b w:val="0"/>
                <w:sz w:val="18"/>
              </w:rPr>
              <w:t>师：今天这节课，你们学到了什么？</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引导学生回顾梳理本课所学，完善认知结构，提升归纳与反思能力，核心问题："今天这节课，你们学到了什么？"</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解决问题</w:t>
      </w:r>
    </w:p>
    <w:p>
      <w:pPr>
        <w:spacing w:after="40" w:line="300" w:lineRule="auto"/>
      </w:pPr>
      <w:r>
        <w:rPr>
          <w:rFonts w:ascii="宋体" w:hAnsi="宋体" w:eastAsia="宋体"/>
          <w:b w:val="0"/>
          <w:sz w:val="20"/>
        </w:rPr>
        <w:t>一共有9只小鹿，跑走了3只，还剩几只？</w:t>
      </w:r>
    </w:p>
    <w:p>
      <w:pPr>
        <w:spacing w:after="40" w:line="300" w:lineRule="auto"/>
      </w:pPr>
      <w:r>
        <w:rPr>
          <w:rFonts w:ascii="宋体" w:hAnsi="宋体" w:eastAsia="宋体"/>
          <w:b w:val="0"/>
          <w:sz w:val="20"/>
        </w:rPr>
        <w:t>9－3＝6(只)</w:t>
      </w:r>
    </w:p>
    <w:p>
      <w:pPr>
        <w:spacing w:after="40" w:line="300" w:lineRule="auto"/>
      </w:pPr>
      <w:r>
        <w:rPr>
          <w:rFonts w:ascii="宋体" w:hAnsi="宋体" w:eastAsia="宋体"/>
          <w:b w:val="0"/>
          <w:sz w:val="20"/>
        </w:rPr>
        <w:t>一共有8只天鹅，游走了3只，还剩几只？</w:t>
      </w:r>
    </w:p>
    <w:p>
      <w:pPr>
        <w:spacing w:after="40" w:line="300" w:lineRule="auto"/>
      </w:pPr>
      <w:r>
        <w:rPr>
          <w:rFonts w:ascii="宋体" w:hAnsi="宋体" w:eastAsia="宋体"/>
          <w:b w:val="0"/>
          <w:sz w:val="20"/>
        </w:rPr>
        <w:t>8－3＝5(只)</w:t>
      </w:r>
    </w:p>
    <w:p>
      <w:pPr>
        <w:spacing w:after="40" w:line="300" w:lineRule="auto"/>
      </w:pPr>
      <w:r>
        <w:rPr>
          <w:rFonts w:ascii="宋体" w:hAnsi="宋体" w:eastAsia="宋体"/>
          <w:b w:val="0"/>
          <w:sz w:val="20"/>
        </w:rPr>
        <w:t>树根处有6朵蘑菇，树根旁边的草地上</w:t>
      </w:r>
    </w:p>
    <w:p>
      <w:pPr>
        <w:spacing w:after="40" w:line="300" w:lineRule="auto"/>
      </w:pPr>
      <w:r>
        <w:rPr>
          <w:rFonts w:ascii="宋体" w:hAnsi="宋体" w:eastAsia="宋体"/>
          <w:b w:val="0"/>
          <w:sz w:val="20"/>
        </w:rPr>
        <w:t>有2朵蘑菇，一共有几朵蘑菇？</w:t>
      </w:r>
    </w:p>
    <w:p>
      <w:pPr>
        <w:spacing w:after="40" w:line="300" w:lineRule="auto"/>
      </w:pPr>
      <w:r>
        <w:rPr>
          <w:rFonts w:ascii="宋体" w:hAnsi="宋体" w:eastAsia="宋体"/>
          <w:b w:val="0"/>
          <w:sz w:val="20"/>
        </w:rPr>
        <w:t>6＋2＝8(朵)</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教科书P51例5。</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的开始，教师就引导学生用三句话来完整地描述情境图，帮助学生逐步感悟部分数和总数之间的关系。在经历解决问题的过程中，明确“解决问题需要的信息”是重点，初步让学生体会到两个相关的信息和一个问题构成一个数学问题。本节课出现了用图片和文字呈现的数学信息，教学中要让学生明白，数学信息可以是文字，也可以是图片，要学会多角度地发现信息、收集信息。</w:t>
      </w:r>
    </w:p>
    <w:p>
      <w:r>
        <w:br w:type="page"/>
      </w:r>
    </w:p>
    <w:p>
      <w:pPr>
        <w:spacing w:after="80" w:line="300" w:lineRule="auto"/>
      </w:pPr>
      <w:r>
        <w:rPr>
          <w:rFonts w:ascii="黑体" w:hAnsi="黑体" w:eastAsia="黑体"/>
          <w:b/>
          <w:sz w:val="24"/>
        </w:rPr>
        <w:t>二、课时教学方案（第14课时）</w:t>
      </w:r>
    </w:p>
    <w:p>
      <w:pPr>
        <w:spacing w:after="80" w:line="300" w:lineRule="auto"/>
      </w:pPr>
      <w:r>
        <w:rPr>
          <w:rFonts w:ascii="黑体" w:hAnsi="黑体" w:eastAsia="黑体"/>
          <w:b/>
          <w:sz w:val="24"/>
        </w:rPr>
        <w:t>第14课时　整理和复习(1)</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第14课时　整理和复习(1)</w:t>
            </w:r>
          </w:p>
        </w:tc>
        <w:tc>
          <w:tcPr>
            <w:tcW w:type="dxa" w:w="6009"/>
          </w:tcPr>
          <w:p>
            <w:pPr>
              <w:spacing w:after="20" w:line="276" w:lineRule="auto"/>
            </w:pPr>
            <w:r/>
            <w:r>
              <w:rPr>
                <w:rFonts w:ascii="宋体" w:hAnsi="宋体" w:eastAsia="宋体"/>
                <w:b w:val="0"/>
                <w:sz w:val="20"/>
              </w:rPr>
              <w:t>第2单元 6-10的认识和加、减法</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通过第一单元“5以内数的认识和加、减法”的学习，学生已经积累了一定的学习经验，对数的概念的学习已经不陌生了。但是对数与数之间存在密切关系的认识还不够深刻，其中蕴含的数学推理和良好思维习惯还需要教师结合具体环节进行渗透和培养。由于一年级学生受年龄特点的限制，连加、连减这部分内容仍是学习的难点，因此要利用连续的两幅图帮助学生理解其意义及计算方法，使学生能在此基础上看清运算符号，顺利完成计算。</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教学内容：教科书P63，完成教科书P65～66“练一练”第1、2、6、7、8题。</w:t>
      </w:r>
    </w:p>
    <w:p>
      <w:pPr>
        <w:spacing w:after="80" w:line="300" w:lineRule="auto"/>
        <w:ind w:firstLine="400"/>
      </w:pPr>
      <w:r>
        <w:rPr>
          <w:rFonts w:ascii="宋体" w:hAnsi="宋体" w:eastAsia="宋体"/>
          <w:b w:val="0"/>
          <w:sz w:val="20"/>
        </w:rPr>
        <w:t>设计思路：充分发挥学生的主体性，让学生根据第一单元整理复习的经验自主构建“知识图”，将本单元所学内容联系起来，沟通知识间的联系。在展示交流时，通过问题引领，启发学生质疑和互动，进一步深化理解知识，解决学习中的难点。</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（1）在具体的情境中，引导学生全面梳理总结本单元内容，扩充完善知识结构。</w:t>
      </w:r>
    </w:p>
    <w:p>
      <w:pPr>
        <w:spacing w:after="20" w:line="300" w:lineRule="auto"/>
        <w:ind w:firstLine="400"/>
      </w:pPr>
      <w:r>
        <w:rPr>
          <w:rFonts w:ascii="宋体" w:hAnsi="宋体" w:eastAsia="宋体"/>
          <w:b w:val="0"/>
          <w:sz w:val="20"/>
        </w:rPr>
        <w:t>（2）通过构建指示图，探索、发现、总结知识之间的内在联系，深化对知识的认识。</w:t>
      </w:r>
    </w:p>
    <w:p>
      <w:pPr>
        <w:spacing w:after="20" w:line="300" w:lineRule="auto"/>
        <w:ind w:firstLine="400"/>
      </w:pPr>
      <w:r>
        <w:rPr>
          <w:rFonts w:ascii="宋体" w:hAnsi="宋体" w:eastAsia="宋体"/>
          <w:b w:val="0"/>
          <w:sz w:val="20"/>
        </w:rPr>
        <w:t>（3）在整理归纳的过程中，培养学生有序思考的能力，提升数感和符号意识。</w:t>
      </w:r>
    </w:p>
    <w:p>
      <w:pPr>
        <w:spacing w:after="20" w:line="300" w:lineRule="auto"/>
      </w:pPr>
      <w:r>
        <w:rPr>
          <w:rFonts w:ascii="宋体" w:hAnsi="宋体" w:eastAsia="宋体"/>
          <w:b w:val="0"/>
          <w:sz w:val="20"/>
        </w:rPr>
        <w:t>教学重点：经历知识整理的过程，进一步理解和巩固知识，初步掌握整理和复习的方法。</w:t>
      </w:r>
    </w:p>
    <w:p>
      <w:pPr>
        <w:spacing w:after="20" w:line="300" w:lineRule="auto"/>
      </w:pPr>
      <w:r>
        <w:rPr>
          <w:rFonts w:ascii="宋体" w:hAnsi="宋体" w:eastAsia="宋体"/>
          <w:b w:val="0"/>
          <w:sz w:val="20"/>
        </w:rPr>
        <w:t>教学难点：主动探索和发现各部分知识之间的联系。</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谈话导入</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7分钟</w:t>
            </w:r>
          </w:p>
        </w:tc>
      </w:tr>
      <w:tr>
        <w:tc>
          <w:tcPr>
            <w:tcW w:type="dxa" w:w="2835"/>
          </w:tcPr>
          <w:p>
            <w:pPr>
              <w:spacing w:after="20" w:line="276" w:lineRule="auto"/>
            </w:pPr>
            <w:r/>
            <w:r>
              <w:rPr>
                <w:rFonts w:ascii="宋体" w:hAnsi="宋体" w:eastAsia="宋体"/>
                <w:b w:val="0"/>
                <w:sz w:val="18"/>
              </w:rPr>
              <w:t>整理和复习本单元内容</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回忆一下，在6～10的认识中，你学到了什么？都有哪些收获呢？；还学习了什么呢？</w:t>
            </w:r>
          </w:p>
        </w:tc>
        <w:tc>
          <w:tcPr>
            <w:tcW w:type="dxa" w:w="1361"/>
          </w:tcPr>
          <w:p>
            <w:pPr>
              <w:spacing w:after="20" w:line="276" w:lineRule="auto"/>
            </w:pPr>
            <w:r/>
            <w:r>
              <w:rPr>
                <w:rFonts w:ascii="宋体" w:hAnsi="宋体" w:eastAsia="宋体"/>
                <w:b w:val="0"/>
                <w:sz w:val="18"/>
              </w:rPr>
              <w:t>25分钟</w:t>
            </w:r>
          </w:p>
        </w:tc>
      </w:tr>
      <w:tr>
        <w:tc>
          <w:tcPr>
            <w:tcW w:type="dxa" w:w="2835"/>
          </w:tcPr>
          <w:p>
            <w:pPr>
              <w:spacing w:after="20" w:line="276" w:lineRule="auto"/>
            </w:pPr>
            <w:r/>
            <w:r>
              <w:rPr>
                <w:rFonts w:ascii="宋体" w:hAnsi="宋体" w:eastAsia="宋体"/>
                <w:b w:val="0"/>
                <w:sz w:val="18"/>
              </w:rPr>
              <w:t>巩固练习</w:t>
            </w:r>
          </w:p>
        </w:tc>
        <w:tc>
          <w:tcPr>
            <w:tcW w:type="dxa" w:w="1814"/>
          </w:tcPr>
          <w:p>
            <w:pPr>
              <w:spacing w:after="20" w:line="276" w:lineRule="auto"/>
            </w:pPr>
            <w:r/>
            <w:r>
              <w:rPr>
                <w:rFonts w:ascii="宋体" w:hAnsi="宋体" w:eastAsia="宋体"/>
                <w:b w:val="0"/>
                <w:sz w:val="18"/>
              </w:rPr>
              <w:t>教科书P65～66、教科书、课件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说一说这节课你们有什么收获？</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谈话导入</w:t>
            </w:r>
          </w:p>
        </w:tc>
        <w:tc>
          <w:tcPr>
            <w:tcW w:type="dxa" w:w="3061"/>
          </w:tcPr>
          <w:p>
            <w:pPr>
              <w:spacing w:after="20" w:line="276" w:lineRule="auto"/>
            </w:pPr>
            <w:r/>
            <w:r>
              <w:rPr>
                <w:rFonts w:ascii="宋体" w:hAnsi="宋体" w:eastAsia="宋体"/>
                <w:b w:val="0"/>
                <w:sz w:val="18"/>
              </w:rPr>
              <w:t>师：同学们，前面几节课我们已经学习了《6～10的认识和加、减法》，今天这节课我们将对本单元的内容进行整理和复习。在第一单元我们已经了解过整理和复习的方法，谁能说一说呢？</w:t>
            </w:r>
          </w:p>
          <w:p>
            <w:pPr>
              <w:spacing w:after="20" w:line="276" w:lineRule="auto"/>
            </w:pPr>
            <w:r>
              <w:rPr>
                <w:rFonts w:ascii="宋体" w:hAnsi="宋体" w:eastAsia="宋体"/>
                <w:b w:val="0"/>
                <w:sz w:val="18"/>
              </w:rPr>
              <w:t>可以请数学书来帮忙，按照学习的顺序找到学过的知识点。</w:t>
            </w:r>
          </w:p>
          <w:p>
            <w:pPr>
              <w:spacing w:after="20" w:line="276" w:lineRule="auto"/>
            </w:pPr>
            <w:r>
              <w:rPr>
                <w:rFonts w:ascii="宋体" w:hAnsi="宋体" w:eastAsia="宋体"/>
                <w:b w:val="0"/>
                <w:sz w:val="18"/>
              </w:rPr>
              <w:t>师：同学们的这个方法真不错，整理就是把我们学过的知识进行梳理，复习就是让学过的知识在我们的头脑中排好队，再用它们去解决一些实际问题。接下来我们就按大家说的方法一起来将本单元的知识进行整理和复习。</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创设情境激活学生已有经验，自然引出本课学习内容，激发学习兴趣。</w:t>
            </w:r>
          </w:p>
        </w:tc>
      </w:tr>
      <w:tr>
        <w:tc>
          <w:tcPr>
            <w:tcW w:type="dxa" w:w="1474"/>
          </w:tcPr>
          <w:p>
            <w:pPr>
              <w:spacing w:after="20" w:line="276" w:lineRule="auto"/>
            </w:pPr>
            <w:r>
              <w:rPr>
                <w:b/>
              </w:rPr>
            </w:r>
            <w:r>
              <w:rPr>
                <w:rFonts w:ascii="宋体" w:hAnsi="宋体" w:eastAsia="宋体"/>
                <w:b/>
                <w:sz w:val="18"/>
              </w:rPr>
              <w:t>整理和复习本单元内容</w:t>
            </w:r>
          </w:p>
        </w:tc>
        <w:tc>
          <w:tcPr>
            <w:tcW w:type="dxa" w:w="3061"/>
          </w:tcPr>
          <w:p>
            <w:pPr>
              <w:spacing w:after="20" w:line="276" w:lineRule="auto"/>
            </w:pPr>
            <w:r/>
            <w:r>
              <w:rPr>
                <w:rFonts w:ascii="宋体" w:hAnsi="宋体" w:eastAsia="宋体"/>
                <w:b w:val="0"/>
                <w:sz w:val="18"/>
              </w:rPr>
              <w:t>师：请同学们打开数学书，翻到第34页，这是本单元的开始，一直到第66页，这是本单元的结束。请同学们翻看这部分内容，找找本单元我们学习了什么。</w:t>
            </w:r>
          </w:p>
          <w:p>
            <w:pPr>
              <w:spacing w:after="20" w:line="276" w:lineRule="auto"/>
            </w:pPr>
            <w:r>
              <w:rPr>
                <w:rFonts w:ascii="宋体" w:hAnsi="宋体" w:eastAsia="宋体"/>
                <w:b w:val="0"/>
                <w:sz w:val="18"/>
              </w:rPr>
              <w:t>师：回忆一下，在6～10的认识中，你学到了什么？都有哪些收获呢？</w:t>
            </w:r>
          </w:p>
          <w:p>
            <w:pPr>
              <w:spacing w:after="20" w:line="276" w:lineRule="auto"/>
            </w:pPr>
            <w:r>
              <w:rPr>
                <w:rFonts w:ascii="宋体" w:hAnsi="宋体" w:eastAsia="宋体"/>
                <w:b w:val="0"/>
                <w:sz w:val="18"/>
              </w:rPr>
              <w:t>组织学生汇报交流。</w:t>
            </w:r>
          </w:p>
          <w:p>
            <w:pPr>
              <w:spacing w:after="20" w:line="276" w:lineRule="auto"/>
            </w:pPr>
            <w:r>
              <w:rPr>
                <w:rFonts w:ascii="宋体" w:hAnsi="宋体" w:eastAsia="宋体"/>
                <w:b w:val="0"/>
                <w:sz w:val="18"/>
              </w:rPr>
              <w:t>师：我们一起从0开始数一数：0、1、2、3、4、5、6、7、8、9、10。</w:t>
            </w:r>
          </w:p>
          <w:p>
            <w:pPr>
              <w:spacing w:after="20" w:line="276" w:lineRule="auto"/>
            </w:pPr>
            <w:r>
              <w:rPr>
                <w:rFonts w:ascii="宋体" w:hAnsi="宋体" w:eastAsia="宋体"/>
                <w:b w:val="0"/>
                <w:sz w:val="18"/>
              </w:rPr>
              <w:t>师：还可以倒着数一数：10、9、8、7、6、5、4、3、2、1、0。</w:t>
            </w:r>
          </w:p>
          <w:p>
            <w:pPr>
              <w:spacing w:after="20" w:line="276" w:lineRule="auto"/>
            </w:pPr>
            <w:r>
              <w:rPr>
                <w:rFonts w:ascii="宋体" w:hAnsi="宋体" w:eastAsia="宋体"/>
                <w:b w:val="0"/>
                <w:sz w:val="18"/>
              </w:rPr>
              <w:t>师：还学习了什么呢？</w:t>
            </w:r>
          </w:p>
          <w:p>
            <w:pPr>
              <w:spacing w:after="20" w:line="276" w:lineRule="auto"/>
            </w:pPr>
            <w:r>
              <w:rPr>
                <w:rFonts w:ascii="宋体" w:hAnsi="宋体" w:eastAsia="宋体"/>
                <w:b w:val="0"/>
                <w:sz w:val="18"/>
              </w:rPr>
              <w:t>我还学会了比较大小的方法。</w:t>
            </w:r>
          </w:p>
          <w:p>
            <w:pPr>
              <w:spacing w:after="20" w:line="276" w:lineRule="auto"/>
            </w:pPr>
            <w:r>
              <w:rPr>
                <w:rFonts w:ascii="宋体" w:hAnsi="宋体" w:eastAsia="宋体"/>
                <w:b w:val="0"/>
                <w:sz w:val="18"/>
              </w:rPr>
              <w:t>师：当表示物体的多少时，可以比较数的大小；当表示物体的顺序时，就不能比较数的大小了。大家能举一个用数表示顺序的例子吗？</w:t>
            </w:r>
          </w:p>
          <w:p>
            <w:pPr>
              <w:spacing w:after="20" w:line="276" w:lineRule="auto"/>
            </w:pPr>
            <w:r>
              <w:rPr>
                <w:rFonts w:ascii="宋体" w:hAnsi="宋体" w:eastAsia="宋体"/>
                <w:b w:val="0"/>
                <w:sz w:val="18"/>
              </w:rPr>
              <w:t>从前往后数我排在第3，从后往前数我排在第5。</w:t>
            </w:r>
          </w:p>
          <w:p>
            <w:pPr>
              <w:spacing w:after="20" w:line="276" w:lineRule="auto"/>
            </w:pPr>
            <w:r>
              <w:rPr>
                <w:rFonts w:ascii="宋体" w:hAnsi="宋体" w:eastAsia="宋体"/>
                <w:b w:val="0"/>
                <w:sz w:val="18"/>
              </w:rPr>
              <w:t>师：同学们真棒！已经可以完整地表述了。大家还有哪些收获呢？</w:t>
            </w:r>
          </w:p>
          <w:p>
            <w:pPr>
              <w:spacing w:after="20" w:line="276" w:lineRule="auto"/>
            </w:pPr>
            <w:r>
              <w:rPr>
                <w:rFonts w:ascii="宋体" w:hAnsi="宋体" w:eastAsia="宋体"/>
                <w:b w:val="0"/>
                <w:sz w:val="18"/>
              </w:rPr>
              <w:t>我还知道了6～10的分与合。</w:t>
            </w:r>
          </w:p>
          <w:p>
            <w:pPr>
              <w:spacing w:after="20" w:line="276" w:lineRule="auto"/>
            </w:pPr>
            <w:r>
              <w:rPr>
                <w:rFonts w:ascii="宋体" w:hAnsi="宋体" w:eastAsia="宋体"/>
                <w:b w:val="0"/>
                <w:sz w:val="18"/>
              </w:rPr>
              <w:t>师：我们在写数的分与合时要注意按顺序写，或者成对写，这样才能做到不重复、不遗漏。</w:t>
            </w:r>
          </w:p>
          <w:p>
            <w:pPr>
              <w:spacing w:after="20" w:line="276" w:lineRule="auto"/>
            </w:pPr>
            <w:r>
              <w:rPr>
                <w:rFonts w:ascii="宋体" w:hAnsi="宋体" w:eastAsia="宋体"/>
                <w:b w:val="0"/>
                <w:sz w:val="18"/>
              </w:rPr>
              <w:t>我还会根据分与合写加法算式和减法算式，还会列“一图四式”。</w:t>
            </w:r>
          </w:p>
          <w:p>
            <w:pPr>
              <w:spacing w:after="20" w:line="276" w:lineRule="auto"/>
            </w:pPr>
            <w:r>
              <w:rPr>
                <w:rFonts w:ascii="宋体" w:hAnsi="宋体" w:eastAsia="宋体"/>
                <w:b w:val="0"/>
                <w:sz w:val="18"/>
              </w:rPr>
              <w:t>师：“一图四式”是什么意思？“一图三式”又是什么意思呢？</w:t>
            </w:r>
          </w:p>
          <w:p>
            <w:pPr>
              <w:spacing w:after="20" w:line="276" w:lineRule="auto"/>
            </w:pPr>
            <w:r>
              <w:rPr>
                <w:rFonts w:ascii="宋体" w:hAnsi="宋体" w:eastAsia="宋体"/>
                <w:b w:val="0"/>
                <w:sz w:val="18"/>
              </w:rPr>
              <w:t>“一图四式”就是指根据一幅图可以列两个加法算式和两个减法算式。因为加法算式中的两个数可以交换位置，一幅图只需要写一个加法算式。“一图三式”就是一个加法算式，两个减法算式。</w:t>
            </w:r>
          </w:p>
          <w:p>
            <w:pPr>
              <w:spacing w:after="20" w:line="276" w:lineRule="auto"/>
            </w:pPr>
            <w:r>
              <w:rPr>
                <w:rFonts w:ascii="宋体" w:hAnsi="宋体" w:eastAsia="宋体"/>
                <w:b w:val="0"/>
                <w:sz w:val="18"/>
              </w:rPr>
              <w:t>师：同学们真厉害！已经掌握了这么多知识。本单元我们还学习了哪些内容？</w:t>
            </w:r>
          </w:p>
          <w:p>
            <w:pPr>
              <w:spacing w:after="20" w:line="276" w:lineRule="auto"/>
            </w:pPr>
            <w:r>
              <w:rPr>
                <w:rFonts w:ascii="宋体" w:hAnsi="宋体" w:eastAsia="宋体"/>
                <w:b w:val="0"/>
                <w:sz w:val="18"/>
              </w:rPr>
              <w:t>我还学会了用加、减法解决实际问题，把两部分合起来，求总数量，要用加法计算；从总量中去掉一部分，求剩下的部分，要用减法计算。</w:t>
            </w:r>
          </w:p>
          <w:p>
            <w:pPr>
              <w:spacing w:after="20" w:line="276" w:lineRule="auto"/>
            </w:pPr>
            <w:r>
              <w:rPr>
                <w:rFonts w:ascii="宋体" w:hAnsi="宋体" w:eastAsia="宋体"/>
                <w:b w:val="0"/>
                <w:sz w:val="18"/>
              </w:rPr>
              <w:t>师：是的，有的时候我们还会用连加、连减和加减混合运算来解决实际问题，要想知道到底该采取哪种方法，就一定要先把图的意思理解清楚，再列式计算。</w:t>
            </w:r>
          </w:p>
          <w:p>
            <w:pPr>
              <w:spacing w:after="20" w:line="276" w:lineRule="auto"/>
            </w:pPr>
            <w:r>
              <w:rPr>
                <w:rFonts w:ascii="宋体" w:hAnsi="宋体" w:eastAsia="宋体"/>
                <w:b w:val="0"/>
                <w:sz w:val="18"/>
              </w:rPr>
              <w:t>师：同学们都总结得很全面，我们先来回忆一下之前画“知识图”的方法吧。</w:t>
            </w:r>
          </w:p>
          <w:p>
            <w:pPr>
              <w:spacing w:after="20" w:line="276" w:lineRule="auto"/>
            </w:pPr>
            <w:r>
              <w:rPr>
                <w:rFonts w:ascii="宋体" w:hAnsi="宋体" w:eastAsia="宋体"/>
                <w:b w:val="0"/>
                <w:sz w:val="18"/>
              </w:rPr>
              <w:t>课件展示学生之前画的“知识图”，再由学生介绍方法。</w:t>
            </w:r>
          </w:p>
        </w:tc>
        <w:tc>
          <w:tcPr>
            <w:tcW w:type="dxa" w:w="3061"/>
          </w:tcPr>
          <w:p>
            <w:pPr>
              <w:spacing w:after="20" w:line="276" w:lineRule="auto"/>
            </w:pPr>
            <w:r/>
            <w:r>
              <w:rPr>
                <w:rFonts w:ascii="宋体" w:hAnsi="宋体" w:eastAsia="宋体"/>
                <w:b w:val="0"/>
                <w:sz w:val="18"/>
              </w:rPr>
              <w:t>学生会说到“6、7、8、9、10的认识及分与合”“10以内的加、减法”“连加、连减”“加减混合”“解决问题”等。</w:t>
            </w:r>
          </w:p>
          <w:p>
            <w:pPr>
              <w:spacing w:after="20" w:line="276" w:lineRule="auto"/>
            </w:pPr>
            <w:r>
              <w:rPr>
                <w:rFonts w:ascii="宋体" w:hAnsi="宋体" w:eastAsia="宋体"/>
                <w:b w:val="0"/>
                <w:sz w:val="18"/>
              </w:rPr>
              <w:t>学生独立完成本单元“知识图”，教师组织交流分享。</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引导学生回顾梳理本课所学，完善认知结构，提升归纳与反思能力，核心问题："回忆一下，在6～10的认识中，你学到了什么？都有哪些收获呢？"</w:t>
            </w:r>
          </w:p>
        </w:tc>
      </w:tr>
      <w:tr>
        <w:tc>
          <w:tcPr>
            <w:tcW w:type="dxa" w:w="1474"/>
          </w:tcPr>
          <w:p>
            <w:pPr>
              <w:spacing w:after="20" w:line="276" w:lineRule="auto"/>
            </w:pPr>
            <w:r>
              <w:rPr>
                <w:b/>
              </w:rPr>
            </w:r>
            <w:r>
              <w:rPr>
                <w:rFonts w:ascii="宋体" w:hAnsi="宋体" w:eastAsia="宋体"/>
                <w:b/>
                <w:sz w:val="18"/>
              </w:rPr>
              <w:t>巩固练习</w:t>
            </w:r>
          </w:p>
        </w:tc>
        <w:tc>
          <w:tcPr>
            <w:tcW w:type="dxa" w:w="3061"/>
          </w:tcPr>
          <w:p>
            <w:pPr>
              <w:spacing w:after="20" w:line="276" w:lineRule="auto"/>
            </w:pPr>
            <w:r/>
            <w:r>
              <w:rPr>
                <w:rFonts w:ascii="宋体" w:hAnsi="宋体" w:eastAsia="宋体"/>
                <w:b w:val="0"/>
                <w:sz w:val="18"/>
              </w:rPr>
              <w:t>1.完成教科书P65～66“练一练”第1、2、6题。</w:t>
            </w:r>
          </w:p>
          <w:p>
            <w:pPr>
              <w:spacing w:after="20" w:line="276" w:lineRule="auto"/>
            </w:pPr>
            <w:r>
              <w:rPr>
                <w:rFonts w:ascii="宋体" w:hAnsi="宋体" w:eastAsia="宋体"/>
                <w:b w:val="0"/>
                <w:sz w:val="18"/>
              </w:rPr>
              <w:t>2．完成教科书P66“练一练”第7题。</w:t>
            </w:r>
          </w:p>
          <w:p>
            <w:pPr>
              <w:spacing w:after="20" w:line="276" w:lineRule="auto"/>
            </w:pPr>
            <w:r>
              <w:rPr>
                <w:rFonts w:ascii="宋体" w:hAnsi="宋体" w:eastAsia="宋体"/>
                <w:b w:val="0"/>
                <w:sz w:val="18"/>
              </w:rPr>
              <w:t>教师让学生先说说题目的意思，再让学生独立填写。</w:t>
            </w:r>
          </w:p>
          <w:p>
            <w:pPr>
              <w:spacing w:after="20" w:line="276" w:lineRule="auto"/>
            </w:pPr>
            <w:r>
              <w:rPr>
                <w:rFonts w:ascii="宋体" w:hAnsi="宋体" w:eastAsia="宋体"/>
                <w:b w:val="0"/>
                <w:sz w:val="18"/>
              </w:rPr>
              <w:t>3．完成教科书P66“练一练”第8题。</w:t>
            </w:r>
          </w:p>
          <w:p>
            <w:pPr>
              <w:spacing w:after="20" w:line="276" w:lineRule="auto"/>
            </w:pPr>
            <w:r>
              <w:rPr>
                <w:rFonts w:ascii="宋体" w:hAnsi="宋体" w:eastAsia="宋体"/>
                <w:b w:val="0"/>
                <w:sz w:val="18"/>
              </w:rPr>
              <w:t>教师先引导学生理解“最小”的意思，再由学生独立完成。</w:t>
            </w:r>
          </w:p>
        </w:tc>
        <w:tc>
          <w:tcPr>
            <w:tcW w:type="dxa" w:w="3061"/>
          </w:tcPr>
          <w:p>
            <w:pPr>
              <w:spacing w:after="20" w:line="276" w:lineRule="auto"/>
            </w:pPr>
            <w:r/>
            <w:r>
              <w:rPr>
                <w:rFonts w:ascii="宋体" w:hAnsi="宋体" w:eastAsia="宋体"/>
                <w:b w:val="0"/>
                <w:sz w:val="18"/>
              </w:rPr>
              <w:t>学生独立完成，再在小组内交流，然后集体订正。</w:t>
            </w:r>
          </w:p>
          <w:p>
            <w:pPr>
              <w:spacing w:after="20" w:line="276" w:lineRule="auto"/>
            </w:pPr>
            <w:r>
              <w:rPr>
                <w:rFonts w:ascii="宋体" w:hAnsi="宋体" w:eastAsia="宋体"/>
                <w:b w:val="0"/>
                <w:sz w:val="18"/>
              </w:rPr>
              <w:t>学生完成后，在小组内交流，教师巡视指导。</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课堂小结</w:t>
            </w:r>
          </w:p>
        </w:tc>
        <w:tc>
          <w:tcPr>
            <w:tcW w:type="dxa" w:w="3061"/>
          </w:tcPr>
          <w:p>
            <w:pPr>
              <w:spacing w:after="20" w:line="276" w:lineRule="auto"/>
            </w:pPr>
            <w:r/>
            <w:r>
              <w:rPr>
                <w:rFonts w:ascii="宋体" w:hAnsi="宋体" w:eastAsia="宋体"/>
                <w:b w:val="0"/>
                <w:sz w:val="18"/>
              </w:rPr>
              <w:t>师：说一说这节课你们有什么收获？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引导学生回顾梳理本课所学，完善认知结构，提升归纳与反思能力，核心问题："说一说这节课你们有什么收获？"</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教科书P63，完成教科书P65～66“练一练”第1、2、6、7、8题。</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是整理和复习，在课堂上应该把更多的时间交还给学生，先学后教。整理本单元知识时其实老师可以适当放手，让学生分小组整理和归纳出“知识图”，再在班上展示，其他小组进行补充，让学生自主感受，发现交流，获得自主合作的成就感。本节课的教学目标基本达成，在课堂小结部分如果有更多的时间留给学生，效果会更好。</w:t>
      </w:r>
    </w:p>
    <w:p>
      <w:r>
        <w:br w:type="page"/>
      </w:r>
    </w:p>
    <w:p>
      <w:pPr>
        <w:spacing w:after="80" w:line="300" w:lineRule="auto"/>
      </w:pPr>
      <w:r>
        <w:rPr>
          <w:rFonts w:ascii="黑体" w:hAnsi="黑体" w:eastAsia="黑体"/>
          <w:b/>
          <w:sz w:val="24"/>
        </w:rPr>
        <w:t>二、课时教学方案（第15课时）</w:t>
      </w:r>
    </w:p>
    <w:p>
      <w:pPr>
        <w:spacing w:after="80" w:line="300" w:lineRule="auto"/>
      </w:pPr>
      <w:r>
        <w:rPr>
          <w:rFonts w:ascii="黑体" w:hAnsi="黑体" w:eastAsia="黑体"/>
          <w:b/>
          <w:sz w:val="24"/>
        </w:rPr>
        <w:t>第15课时　整理和复习(2)</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第15课时　整理和复习(2)</w:t>
            </w:r>
          </w:p>
        </w:tc>
        <w:tc>
          <w:tcPr>
            <w:tcW w:type="dxa" w:w="6009"/>
          </w:tcPr>
          <w:p>
            <w:pPr>
              <w:spacing w:after="20" w:line="276" w:lineRule="auto"/>
            </w:pPr>
            <w:r/>
            <w:r>
              <w:rPr>
                <w:rFonts w:ascii="宋体" w:hAnsi="宋体" w:eastAsia="宋体"/>
                <w:b w:val="0"/>
                <w:sz w:val="20"/>
              </w:rPr>
              <w:t>第2单元 6-10的认识和加、减法</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通过第一单元“5以内数的认识和加、减法”的学习，学生已经积累了一定的学习经验，对数的概念的学习已经不陌生了。但是对数与数之间存在密切关系的认识还不够深刻，其中蕴含的数学推理和良好思维习惯还需要教师结合具体环节进行渗透和培养。由于一年级学生受年龄特点的限制，连加、连减这部分内容仍是学习的难点，因此要利用连续的两幅图帮助学生理解其意义及计算方法，使学生能在此基础上看清运算符号，顺利完成计算。</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教学内容：教科书P64，完成教科书P65～66“练一练”第3、4、5题。</w:t>
      </w:r>
    </w:p>
    <w:p>
      <w:pPr>
        <w:spacing w:after="80" w:line="300" w:lineRule="auto"/>
        <w:ind w:firstLine="400"/>
      </w:pPr>
      <w:r>
        <w:rPr>
          <w:rFonts w:ascii="宋体" w:hAnsi="宋体" w:eastAsia="宋体"/>
          <w:b w:val="0"/>
          <w:sz w:val="20"/>
        </w:rPr>
        <w:t>设计思路：学生已有整理加、减法算式的经验，本节课充分利用他们的已有经验，课前让他们自己写出所有10以内的加、减法算式，并全班交流如何写算式才能不重复、不遗漏，引导学生积累经验的同时系统整理10以内的加、减法。在此基础上，引导学生对整理好的卡片进行有序排列，发现规律，感受10以内加、减法算式间的联系，提升相应的口算能力。</w:t>
      </w:r>
    </w:p>
    <w:p>
      <w:pPr>
        <w:spacing w:after="80" w:line="300" w:lineRule="auto"/>
        <w:ind w:firstLine="400"/>
      </w:pPr>
      <w:r>
        <w:rPr>
          <w:rFonts w:ascii="宋体" w:hAnsi="宋体" w:eastAsia="宋体"/>
          <w:b w:val="0"/>
          <w:sz w:val="20"/>
        </w:rPr>
        <w:t>教学准备：课件和10以内的加、减法算式卡片。</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（1）经历整理10以内加法、减法表的过程，通过观察发现表中的简单规律，进一步理解算式间的关系，能正确计算。</w:t>
      </w:r>
    </w:p>
    <w:p>
      <w:pPr>
        <w:spacing w:after="20" w:line="300" w:lineRule="auto"/>
        <w:ind w:firstLine="400"/>
      </w:pPr>
      <w:r>
        <w:rPr>
          <w:rFonts w:ascii="宋体" w:hAnsi="宋体" w:eastAsia="宋体"/>
          <w:b w:val="0"/>
          <w:sz w:val="20"/>
        </w:rPr>
        <w:t>（2）通过解决问题、知识整理，提高运用所学知识解决简单实际问题的能力。</w:t>
      </w:r>
    </w:p>
    <w:p>
      <w:pPr>
        <w:spacing w:after="20" w:line="300" w:lineRule="auto"/>
        <w:ind w:firstLine="400"/>
      </w:pPr>
      <w:r>
        <w:rPr>
          <w:rFonts w:ascii="宋体" w:hAnsi="宋体" w:eastAsia="宋体"/>
          <w:b w:val="0"/>
          <w:sz w:val="20"/>
        </w:rPr>
        <w:t>（3）进一步学习整理和复习的方法，培养学生自觉整理所学知识的意识和良好习惯。</w:t>
      </w:r>
    </w:p>
    <w:p>
      <w:pPr>
        <w:spacing w:after="20" w:line="300" w:lineRule="auto"/>
      </w:pPr>
      <w:r>
        <w:rPr>
          <w:rFonts w:ascii="宋体" w:hAnsi="宋体" w:eastAsia="宋体"/>
          <w:b w:val="0"/>
          <w:sz w:val="20"/>
        </w:rPr>
        <w:t>教学重点：整理10以内数的加法、减法表并发现规律，提高口算10以内加、减法的能力。</w:t>
      </w:r>
    </w:p>
    <w:p>
      <w:pPr>
        <w:spacing w:after="20" w:line="300" w:lineRule="auto"/>
      </w:pPr>
      <w:r>
        <w:rPr>
          <w:rFonts w:ascii="宋体" w:hAnsi="宋体" w:eastAsia="宋体"/>
          <w:b w:val="0"/>
          <w:sz w:val="20"/>
        </w:rPr>
        <w:t>教学难点：发现10以内数的加、减法规律。</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谈话导入</w:t>
            </w:r>
          </w:p>
        </w:tc>
        <w:tc>
          <w:tcPr>
            <w:tcW w:type="dxa" w:w="1814"/>
          </w:tcPr>
          <w:p>
            <w:pPr>
              <w:spacing w:after="20" w:line="276" w:lineRule="auto"/>
            </w:pPr>
            <w:r/>
            <w:r>
              <w:rPr>
                <w:rFonts w:ascii="宋体" w:hAnsi="宋体" w:eastAsia="宋体"/>
                <w:b w:val="0"/>
                <w:sz w:val="18"/>
              </w:rPr>
              <w:t>课件、算式卡片</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3分钟</w:t>
            </w:r>
          </w:p>
        </w:tc>
      </w:tr>
      <w:tr>
        <w:tc>
          <w:tcPr>
            <w:tcW w:type="dxa" w:w="2835"/>
          </w:tcPr>
          <w:p>
            <w:pPr>
              <w:spacing w:after="20" w:line="276" w:lineRule="auto"/>
            </w:pPr>
            <w:r/>
            <w:r>
              <w:rPr>
                <w:rFonts w:ascii="宋体" w:hAnsi="宋体" w:eastAsia="宋体"/>
                <w:b w:val="0"/>
                <w:sz w:val="18"/>
              </w:rPr>
              <w:t>自主整理，复习巩固</w:t>
            </w:r>
          </w:p>
        </w:tc>
        <w:tc>
          <w:tcPr>
            <w:tcW w:type="dxa" w:w="1814"/>
          </w:tcPr>
          <w:p>
            <w:pPr>
              <w:spacing w:after="20" w:line="276" w:lineRule="auto"/>
            </w:pPr>
            <w:r/>
            <w:r>
              <w:rPr>
                <w:rFonts w:ascii="宋体" w:hAnsi="宋体" w:eastAsia="宋体"/>
                <w:b w:val="0"/>
                <w:sz w:val="18"/>
              </w:rPr>
              <w:t>算式卡片、课件</w:t>
            </w:r>
          </w:p>
        </w:tc>
        <w:tc>
          <w:tcPr>
            <w:tcW w:type="dxa" w:w="3402"/>
          </w:tcPr>
          <w:p>
            <w:pPr>
              <w:spacing w:after="20" w:line="276" w:lineRule="auto"/>
            </w:pPr>
            <w:r/>
            <w:r>
              <w:rPr>
                <w:rFonts w:ascii="宋体" w:hAnsi="宋体" w:eastAsia="宋体"/>
                <w:b w:val="0"/>
                <w:sz w:val="18"/>
              </w:rPr>
              <w:t>我们已经学习了10以内的加、减法，同学们手上都有10以内的加法算式卡片，谁能把它们整理一下呢？；你们能接着整理10以内的加法表吗？</w:t>
            </w:r>
          </w:p>
        </w:tc>
        <w:tc>
          <w:tcPr>
            <w:tcW w:type="dxa" w:w="1361"/>
          </w:tcPr>
          <w:p>
            <w:pPr>
              <w:spacing w:after="20" w:line="276" w:lineRule="auto"/>
            </w:pPr>
            <w:r/>
            <w:r>
              <w:rPr>
                <w:rFonts w:ascii="宋体" w:hAnsi="宋体" w:eastAsia="宋体"/>
                <w:b w:val="0"/>
                <w:sz w:val="18"/>
              </w:rPr>
              <w:t>23分钟</w:t>
            </w:r>
          </w:p>
        </w:tc>
      </w:tr>
      <w:tr>
        <w:tc>
          <w:tcPr>
            <w:tcW w:type="dxa" w:w="2835"/>
          </w:tcPr>
          <w:p>
            <w:pPr>
              <w:spacing w:after="20" w:line="276" w:lineRule="auto"/>
            </w:pPr>
            <w:r/>
            <w:r>
              <w:rPr>
                <w:rFonts w:ascii="宋体" w:hAnsi="宋体" w:eastAsia="宋体"/>
                <w:b w:val="0"/>
                <w:sz w:val="18"/>
              </w:rPr>
              <w:t>复习解决问题</w:t>
            </w:r>
          </w:p>
        </w:tc>
        <w:tc>
          <w:tcPr>
            <w:tcW w:type="dxa" w:w="1814"/>
          </w:tcPr>
          <w:p>
            <w:pPr>
              <w:spacing w:after="20" w:line="276" w:lineRule="auto"/>
            </w:pPr>
            <w:r/>
            <w:r>
              <w:rPr>
                <w:rFonts w:ascii="宋体" w:hAnsi="宋体" w:eastAsia="宋体"/>
                <w:b w:val="0"/>
                <w:sz w:val="18"/>
              </w:rPr>
              <w:t>课件、教科书、算式卡片</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巩固练习</w:t>
            </w:r>
          </w:p>
        </w:tc>
        <w:tc>
          <w:tcPr>
            <w:tcW w:type="dxa" w:w="1814"/>
          </w:tcPr>
          <w:p>
            <w:pPr>
              <w:spacing w:after="20" w:line="276" w:lineRule="auto"/>
            </w:pPr>
            <w:r/>
            <w:r>
              <w:rPr>
                <w:rFonts w:ascii="宋体" w:hAnsi="宋体" w:eastAsia="宋体"/>
                <w:b w:val="0"/>
                <w:sz w:val="18"/>
              </w:rPr>
              <w:t>教科书、课件、算式卡片</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7分钟</w:t>
            </w:r>
          </w:p>
        </w:tc>
      </w:tr>
      <w:tr>
        <w:tc>
          <w:tcPr>
            <w:tcW w:type="dxa" w:w="2835"/>
          </w:tcPr>
          <w:p>
            <w:pPr>
              <w:spacing w:after="20" w:line="276" w:lineRule="auto"/>
            </w:pPr>
            <w:r/>
            <w:r>
              <w:rPr>
                <w:rFonts w:ascii="宋体" w:hAnsi="宋体" w:eastAsia="宋体"/>
                <w:b w:val="0"/>
                <w:sz w:val="18"/>
              </w:rPr>
              <w:t>课堂小结</w:t>
            </w:r>
          </w:p>
        </w:tc>
        <w:tc>
          <w:tcPr>
            <w:tcW w:type="dxa" w:w="1814"/>
          </w:tcPr>
          <w:p>
            <w:pPr>
              <w:spacing w:after="20" w:line="276" w:lineRule="auto"/>
            </w:pPr>
            <w:r/>
            <w:r>
              <w:rPr>
                <w:rFonts w:ascii="宋体" w:hAnsi="宋体" w:eastAsia="宋体"/>
                <w:b w:val="0"/>
                <w:sz w:val="18"/>
              </w:rPr>
              <w:t>课件、算式卡片</w:t>
            </w:r>
          </w:p>
        </w:tc>
        <w:tc>
          <w:tcPr>
            <w:tcW w:type="dxa" w:w="3402"/>
          </w:tcPr>
          <w:p>
            <w:pPr>
              <w:spacing w:after="20" w:line="276" w:lineRule="auto"/>
            </w:pPr>
            <w:r/>
            <w:r>
              <w:rPr>
                <w:rFonts w:ascii="宋体" w:hAnsi="宋体" w:eastAsia="宋体"/>
                <w:b w:val="0"/>
                <w:sz w:val="18"/>
              </w:rPr>
              <w:t>说一说这节课你们有什么收获？你们还有什么问题？</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谈话导入</w:t>
            </w:r>
          </w:p>
        </w:tc>
        <w:tc>
          <w:tcPr>
            <w:tcW w:type="dxa" w:w="3061"/>
          </w:tcPr>
          <w:p>
            <w:pPr>
              <w:spacing w:after="20" w:line="276" w:lineRule="auto"/>
            </w:pPr>
            <w:r/>
            <w:r>
              <w:rPr>
                <w:rFonts w:ascii="宋体" w:hAnsi="宋体" w:eastAsia="宋体"/>
                <w:b w:val="0"/>
                <w:sz w:val="18"/>
              </w:rPr>
              <w:t>师：上节课我们一起整理和复习了10以内有关数的知识，同学们自己还画了“知识图”。今天这节课我们就用之前的方法一起来整理10以内的加法、减法表。</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创设情境激活学生已有经验，自然引出本课学习内容，激发学习兴趣。</w:t>
            </w:r>
          </w:p>
        </w:tc>
      </w:tr>
      <w:tr>
        <w:tc>
          <w:tcPr>
            <w:tcW w:type="dxa" w:w="1474"/>
          </w:tcPr>
          <w:p>
            <w:pPr>
              <w:spacing w:after="20" w:line="276" w:lineRule="auto"/>
            </w:pPr>
            <w:r>
              <w:rPr>
                <w:b/>
              </w:rPr>
            </w:r>
            <w:r>
              <w:rPr>
                <w:rFonts w:ascii="宋体" w:hAnsi="宋体" w:eastAsia="宋体"/>
                <w:b/>
                <w:sz w:val="18"/>
              </w:rPr>
              <w:t>自主整理，复习巩固</w:t>
            </w:r>
          </w:p>
        </w:tc>
        <w:tc>
          <w:tcPr>
            <w:tcW w:type="dxa" w:w="3061"/>
          </w:tcPr>
          <w:p>
            <w:pPr>
              <w:spacing w:after="20" w:line="276" w:lineRule="auto"/>
            </w:pPr>
            <w:r/>
            <w:r>
              <w:rPr>
                <w:rFonts w:ascii="宋体" w:hAnsi="宋体" w:eastAsia="宋体"/>
                <w:b w:val="0"/>
                <w:sz w:val="18"/>
              </w:rPr>
              <w:t>1.整理加法表。</w:t>
            </w:r>
          </w:p>
          <w:p>
            <w:pPr>
              <w:spacing w:after="20" w:line="276" w:lineRule="auto"/>
            </w:pPr>
            <w:r>
              <w:rPr>
                <w:rFonts w:ascii="宋体" w:hAnsi="宋体" w:eastAsia="宋体"/>
                <w:b w:val="0"/>
                <w:sz w:val="18"/>
              </w:rPr>
              <w:t>(1)分一分。</w:t>
            </w:r>
          </w:p>
          <w:p>
            <w:pPr>
              <w:spacing w:after="20" w:line="276" w:lineRule="auto"/>
            </w:pPr>
            <w:r>
              <w:rPr>
                <w:rFonts w:ascii="宋体" w:hAnsi="宋体" w:eastAsia="宋体"/>
                <w:b w:val="0"/>
                <w:sz w:val="18"/>
              </w:rPr>
              <w:t>师：我们已经学习了10以内的加、减法，同学们手上都有10以内的加法算式卡片，谁能把它们整理一下呢？说说你想怎么整理。</w:t>
            </w:r>
          </w:p>
          <w:p>
            <w:pPr>
              <w:spacing w:after="20" w:line="276" w:lineRule="auto"/>
            </w:pPr>
            <w:r>
              <w:rPr>
                <w:rFonts w:ascii="宋体" w:hAnsi="宋体" w:eastAsia="宋体"/>
                <w:b w:val="0"/>
                <w:sz w:val="18"/>
              </w:rPr>
              <w:t>根据学生的回答示范整理，例如：找出所有得数是6的加法算式，6＋0＝6，5＋1＝6，4＋2＝6，3＋3＝6，2＋4＝6，1＋5＝6，0＋6＝6。也有学生说出：把0加几的算式放在一起，1加几的算式放在一起……</w:t>
            </w:r>
          </w:p>
          <w:p>
            <w:pPr>
              <w:spacing w:after="20" w:line="276" w:lineRule="auto"/>
            </w:pPr>
            <w:r>
              <w:rPr>
                <w:rFonts w:ascii="宋体" w:hAnsi="宋体" w:eastAsia="宋体"/>
                <w:b w:val="0"/>
                <w:sz w:val="18"/>
              </w:rPr>
              <w:t>师：你们能接着整理10以内的加法表吗？</w:t>
            </w:r>
          </w:p>
          <w:p>
            <w:pPr>
              <w:spacing w:after="20" w:line="276" w:lineRule="auto"/>
            </w:pPr>
            <w:r>
              <w:rPr>
                <w:rFonts w:ascii="宋体" w:hAnsi="宋体" w:eastAsia="宋体"/>
                <w:b w:val="0"/>
                <w:sz w:val="18"/>
              </w:rPr>
              <w:t>(2)汇报整理。</w:t>
            </w:r>
          </w:p>
          <w:p>
            <w:pPr>
              <w:spacing w:after="20" w:line="276" w:lineRule="auto"/>
            </w:pPr>
            <w:r>
              <w:rPr>
                <w:rFonts w:ascii="宋体" w:hAnsi="宋体" w:eastAsia="宋体"/>
                <w:b w:val="0"/>
                <w:sz w:val="18"/>
              </w:rPr>
              <w:t>教师选取有代表性的加法表进行展示，让学生说说自己的想法。</w:t>
            </w:r>
          </w:p>
          <w:p>
            <w:pPr>
              <w:spacing w:after="20" w:line="276" w:lineRule="auto"/>
            </w:pPr>
            <w:r>
              <w:rPr>
                <w:rFonts w:ascii="宋体" w:hAnsi="宋体" w:eastAsia="宋体"/>
                <w:b w:val="0"/>
                <w:sz w:val="18"/>
              </w:rPr>
              <w:t>师：我也整理了一份10以内的加法表(课件出示)。请同学们仔细观察，可以横着看、竖着看、斜着看，你们发现了什么规律？</w:t>
            </w:r>
          </w:p>
          <w:p>
            <w:pPr>
              <w:spacing w:after="20" w:line="276" w:lineRule="auto"/>
            </w:pPr>
            <w:r>
              <w:rPr>
                <w:rFonts w:ascii="宋体" w:hAnsi="宋体" w:eastAsia="宋体"/>
                <w:b w:val="0"/>
                <w:sz w:val="18"/>
              </w:rPr>
              <w:t>师：比一比，看谁算得又对又快！</w:t>
            </w:r>
          </w:p>
          <w:p>
            <w:pPr>
              <w:spacing w:after="20" w:line="276" w:lineRule="auto"/>
            </w:pPr>
            <w:r>
              <w:rPr>
                <w:rFonts w:ascii="宋体" w:hAnsi="宋体" w:eastAsia="宋体"/>
                <w:b w:val="0"/>
                <w:sz w:val="18"/>
              </w:rPr>
              <w:t>教师任意指定一个算式，让学生快速地说出得数，再说说是如何计算的。</w:t>
            </w:r>
          </w:p>
          <w:p>
            <w:pPr>
              <w:spacing w:after="20" w:line="276" w:lineRule="auto"/>
            </w:pPr>
            <w:r>
              <w:rPr>
                <w:rFonts w:ascii="宋体" w:hAnsi="宋体" w:eastAsia="宋体"/>
                <w:b w:val="0"/>
                <w:sz w:val="18"/>
              </w:rPr>
              <w:t>师：计算第一列算式，你发现了什么？</w:t>
            </w:r>
          </w:p>
          <w:p>
            <w:pPr>
              <w:spacing w:after="20" w:line="276" w:lineRule="auto"/>
            </w:pPr>
            <w:r>
              <w:rPr>
                <w:rFonts w:ascii="宋体" w:hAnsi="宋体" w:eastAsia="宋体"/>
                <w:b w:val="0"/>
                <w:sz w:val="18"/>
              </w:rPr>
              <w:t>引导学生说出：一个数加0还得原数。</w:t>
            </w:r>
          </w:p>
          <w:p>
            <w:pPr>
              <w:spacing w:after="20" w:line="276" w:lineRule="auto"/>
            </w:pPr>
            <w:r>
              <w:rPr>
                <w:rFonts w:ascii="宋体" w:hAnsi="宋体" w:eastAsia="宋体"/>
                <w:b w:val="0"/>
                <w:sz w:val="18"/>
              </w:rPr>
              <w:t>(3)根据加法表练习计算。</w:t>
            </w:r>
          </w:p>
          <w:p>
            <w:pPr>
              <w:spacing w:after="20" w:line="276" w:lineRule="auto"/>
            </w:pPr>
            <w:r>
              <w:rPr>
                <w:rFonts w:ascii="宋体" w:hAnsi="宋体" w:eastAsia="宋体"/>
                <w:b w:val="0"/>
                <w:sz w:val="18"/>
              </w:rPr>
              <w:t>2．整理减法表。</w:t>
            </w:r>
          </w:p>
          <w:p>
            <w:pPr>
              <w:spacing w:after="20" w:line="276" w:lineRule="auto"/>
            </w:pPr>
            <w:r>
              <w:rPr>
                <w:rFonts w:ascii="宋体" w:hAnsi="宋体" w:eastAsia="宋体"/>
                <w:b w:val="0"/>
                <w:sz w:val="18"/>
              </w:rPr>
              <w:t>(1)初步整理。</w:t>
            </w:r>
          </w:p>
          <w:p>
            <w:pPr>
              <w:spacing w:after="20" w:line="276" w:lineRule="auto"/>
            </w:pPr>
            <w:r>
              <w:rPr>
                <w:rFonts w:ascii="宋体" w:hAnsi="宋体" w:eastAsia="宋体"/>
                <w:b w:val="0"/>
                <w:sz w:val="18"/>
              </w:rPr>
              <w:t>师：同学们手上都有10以内的减法算式卡片，你们能把它们整理一下吗？赶紧试一试吧！学生借助摆卡片的方法初步整理减法表。</w:t>
            </w:r>
          </w:p>
          <w:p>
            <w:pPr>
              <w:spacing w:after="20" w:line="276" w:lineRule="auto"/>
            </w:pPr>
            <w:r>
              <w:rPr>
                <w:rFonts w:ascii="宋体" w:hAnsi="宋体" w:eastAsia="宋体"/>
                <w:b w:val="0"/>
                <w:sz w:val="18"/>
              </w:rPr>
              <w:t>教师选取优秀作品进行展示，让学生说说自己的想法。</w:t>
            </w:r>
          </w:p>
          <w:p>
            <w:pPr>
              <w:spacing w:after="20" w:line="276" w:lineRule="auto"/>
            </w:pPr>
            <w:r>
              <w:rPr>
                <w:rFonts w:ascii="宋体" w:hAnsi="宋体" w:eastAsia="宋体"/>
                <w:b w:val="0"/>
                <w:sz w:val="18"/>
              </w:rPr>
              <w:t>受整理加法表的影响，一部分同学可能会把得数相同的减法算式整理在一起，比如0－0、1－1、2－2、3－3等；也有一部分同学会按减数相同来整理，比如1－1、2－1、3－1、4－1等。</w:t>
            </w:r>
          </w:p>
          <w:p>
            <w:pPr>
              <w:spacing w:after="20" w:line="276" w:lineRule="auto"/>
            </w:pPr>
            <w:r>
              <w:rPr>
                <w:rFonts w:ascii="宋体" w:hAnsi="宋体" w:eastAsia="宋体"/>
                <w:b w:val="0"/>
                <w:sz w:val="18"/>
              </w:rPr>
              <w:t>(2)完善整理。</w:t>
            </w:r>
          </w:p>
          <w:p>
            <w:pPr>
              <w:spacing w:after="20" w:line="276" w:lineRule="auto"/>
            </w:pPr>
            <w:r>
              <w:rPr>
                <w:rFonts w:ascii="宋体" w:hAnsi="宋体" w:eastAsia="宋体"/>
                <w:b w:val="0"/>
                <w:sz w:val="18"/>
              </w:rPr>
              <w:t>引导学生完善减法表，课件出示。</w:t>
            </w:r>
          </w:p>
          <w:p>
            <w:pPr>
              <w:spacing w:after="20" w:line="276" w:lineRule="auto"/>
            </w:pPr>
            <w:r>
              <w:rPr>
                <w:rFonts w:ascii="宋体" w:hAnsi="宋体" w:eastAsia="宋体"/>
                <w:b w:val="0"/>
                <w:sz w:val="18"/>
              </w:rPr>
              <w:t>师：请你仔细观察减法表，可以横着看，也可以竖着看或斜着看，说说你发现了什么规律？</w:t>
            </w:r>
          </w:p>
          <w:p>
            <w:pPr>
              <w:spacing w:after="20" w:line="276" w:lineRule="auto"/>
            </w:pPr>
            <w:r>
              <w:rPr>
                <w:rFonts w:ascii="宋体" w:hAnsi="宋体" w:eastAsia="宋体"/>
                <w:b w:val="0"/>
                <w:sz w:val="18"/>
              </w:rPr>
              <w:t>师：比一比，看谁算得又对又快！</w:t>
            </w:r>
          </w:p>
          <w:p>
            <w:pPr>
              <w:spacing w:after="20" w:line="276" w:lineRule="auto"/>
            </w:pPr>
            <w:r>
              <w:rPr>
                <w:rFonts w:ascii="宋体" w:hAnsi="宋体" w:eastAsia="宋体"/>
                <w:b w:val="0"/>
                <w:sz w:val="18"/>
              </w:rPr>
              <w:t>教师任意指定一个算式，让学生快速地说出得数。</w:t>
            </w:r>
          </w:p>
          <w:p>
            <w:pPr>
              <w:spacing w:after="20" w:line="276" w:lineRule="auto"/>
            </w:pPr>
            <w:r>
              <w:rPr>
                <w:rFonts w:ascii="宋体" w:hAnsi="宋体" w:eastAsia="宋体"/>
                <w:b w:val="0"/>
                <w:sz w:val="18"/>
              </w:rPr>
              <w:t>师：计算第一列算式，你发现了什么？</w:t>
            </w:r>
          </w:p>
          <w:p>
            <w:pPr>
              <w:spacing w:after="20" w:line="276" w:lineRule="auto"/>
            </w:pPr>
            <w:r>
              <w:rPr>
                <w:rFonts w:ascii="宋体" w:hAnsi="宋体" w:eastAsia="宋体"/>
                <w:b w:val="0"/>
                <w:sz w:val="18"/>
              </w:rPr>
              <w:t>引导学生说出：一个数减去0还得原数。</w:t>
            </w:r>
          </w:p>
          <w:p>
            <w:pPr>
              <w:spacing w:after="20" w:line="276" w:lineRule="auto"/>
            </w:pPr>
            <w:r>
              <w:rPr>
                <w:rFonts w:ascii="宋体" w:hAnsi="宋体" w:eastAsia="宋体"/>
                <w:b w:val="0"/>
                <w:sz w:val="18"/>
              </w:rPr>
              <w:t>(3)根据减法表练习计算。</w:t>
            </w:r>
          </w:p>
        </w:tc>
        <w:tc>
          <w:tcPr>
            <w:tcW w:type="dxa" w:w="3061"/>
          </w:tcPr>
          <w:p>
            <w:pPr>
              <w:spacing w:after="20" w:line="276" w:lineRule="auto"/>
            </w:pPr>
            <w:r/>
            <w:r>
              <w:rPr>
                <w:rFonts w:ascii="宋体" w:hAnsi="宋体" w:eastAsia="宋体"/>
                <w:b w:val="0"/>
                <w:sz w:val="18"/>
              </w:rPr>
              <w:t>预设1：把得数相同的算式放在一起。</w:t>
            </w:r>
          </w:p>
          <w:p>
            <w:pPr>
              <w:spacing w:after="20" w:line="276" w:lineRule="auto"/>
            </w:pPr>
            <w:r>
              <w:rPr>
                <w:rFonts w:ascii="宋体" w:hAnsi="宋体" w:eastAsia="宋体"/>
                <w:b w:val="0"/>
                <w:sz w:val="18"/>
              </w:rPr>
              <w:t>预设2：把有相同加数的算式放在一起。</w:t>
            </w:r>
          </w:p>
          <w:p>
            <w:pPr>
              <w:spacing w:after="20" w:line="276" w:lineRule="auto"/>
            </w:pPr>
            <w:r>
              <w:rPr>
                <w:rFonts w:ascii="宋体" w:hAnsi="宋体" w:eastAsia="宋体"/>
                <w:b w:val="0"/>
                <w:sz w:val="18"/>
              </w:rPr>
              <w:t>学生借助摆卡片的形式进行初步整理。</w:t>
            </w:r>
          </w:p>
          <w:p>
            <w:pPr>
              <w:spacing w:after="20" w:line="276" w:lineRule="auto"/>
            </w:pPr>
            <w:r>
              <w:rPr>
                <w:rFonts w:ascii="宋体" w:hAnsi="宋体" w:eastAsia="宋体"/>
                <w:b w:val="0"/>
                <w:sz w:val="18"/>
              </w:rPr>
              <w:t>学生可能发现：横着看，每一行得数都相同；竖着看，每一列的算式中第二个加数相同，第一个加数依次多1，结果也依次多1；斜着看，从左上往右下第一个加数相同，第二个加数依次多1，结果也依次多1。</w:t>
            </w:r>
          </w:p>
          <w:p>
            <w:pPr>
              <w:spacing w:after="20" w:line="276" w:lineRule="auto"/>
            </w:pPr>
            <w:r>
              <w:rPr>
                <w:rFonts w:ascii="宋体" w:hAnsi="宋体" w:eastAsia="宋体"/>
                <w:b w:val="0"/>
                <w:sz w:val="18"/>
              </w:rPr>
              <w:t>同桌之间互相指定算式说出结果，完成后教师抽查计算情况。</w:t>
            </w:r>
          </w:p>
          <w:p>
            <w:pPr>
              <w:spacing w:after="20" w:line="276" w:lineRule="auto"/>
            </w:pPr>
            <w:r>
              <w:rPr>
                <w:rFonts w:ascii="宋体" w:hAnsi="宋体" w:eastAsia="宋体"/>
                <w:b w:val="0"/>
                <w:sz w:val="18"/>
              </w:rPr>
              <w:t>学生通过观察减法表，可能发现：竖着看，每一列从上往下减号前面的数依次多1，减号后面的数都相同；横着看，减号前面的数都相同，每一行从左往右减号后面的数依次多1；斜着看，每一斜排算式的结果都相等，最外面一排结果都是0。</w:t>
            </w:r>
          </w:p>
          <w:p>
            <w:pPr>
              <w:spacing w:after="20" w:line="276" w:lineRule="auto"/>
            </w:pPr>
            <w:r>
              <w:rPr>
                <w:rFonts w:ascii="宋体" w:hAnsi="宋体" w:eastAsia="宋体"/>
                <w:b w:val="0"/>
                <w:sz w:val="18"/>
              </w:rPr>
              <w:t>同桌之间互相指定算式说出得数，如说出减法算式的得数时，可让一人说出一个与它有关系的加法算式并说出得数，再让另一人说出相应的另一个减法算式和得数，完成后教师抽查计算情况。</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设计递进式探究活动，引导学生在动手实践与合作交流中经历知识形成过程，突破本课重难点，核心问题："我们已经学习了10以内的加、减法，同学们手上都有10以内的加法算式卡片，谁能把它们整理一下呢？"</w:t>
            </w:r>
          </w:p>
        </w:tc>
      </w:tr>
      <w:tr>
        <w:tc>
          <w:tcPr>
            <w:tcW w:type="dxa" w:w="1474"/>
          </w:tcPr>
          <w:p>
            <w:pPr>
              <w:spacing w:after="20" w:line="276" w:lineRule="auto"/>
            </w:pPr>
            <w:r>
              <w:rPr>
                <w:b/>
              </w:rPr>
            </w:r>
            <w:r>
              <w:rPr>
                <w:rFonts w:ascii="宋体" w:hAnsi="宋体" w:eastAsia="宋体"/>
                <w:b/>
                <w:sz w:val="18"/>
              </w:rPr>
              <w:t>复习解决问题</w:t>
            </w:r>
          </w:p>
        </w:tc>
        <w:tc>
          <w:tcPr>
            <w:tcW w:type="dxa" w:w="3061"/>
          </w:tcPr>
          <w:p>
            <w:pPr>
              <w:spacing w:after="20" w:line="276" w:lineRule="auto"/>
            </w:pPr>
            <w:r/>
            <w:r>
              <w:rPr>
                <w:rFonts w:ascii="宋体" w:hAnsi="宋体" w:eastAsia="宋体"/>
                <w:b w:val="0"/>
                <w:sz w:val="18"/>
              </w:rPr>
              <w:t>课件出示教科书P65“练一练”第4题。</w:t>
            </w:r>
          </w:p>
          <w:p>
            <w:pPr>
              <w:spacing w:after="20" w:line="276" w:lineRule="auto"/>
            </w:pPr>
            <w:r>
              <w:rPr>
                <w:rFonts w:ascii="宋体" w:hAnsi="宋体" w:eastAsia="宋体"/>
                <w:b w:val="0"/>
                <w:sz w:val="18"/>
              </w:rPr>
              <w:t>师：仔细观察要解决什么问题，需要用什么信息解答，再独立解答。</w:t>
            </w:r>
          </w:p>
          <w:p>
            <w:pPr>
              <w:spacing w:after="20" w:line="276" w:lineRule="auto"/>
            </w:pPr>
            <w:r>
              <w:rPr>
                <w:rFonts w:ascii="宋体" w:hAnsi="宋体" w:eastAsia="宋体"/>
                <w:b w:val="0"/>
                <w:sz w:val="18"/>
              </w:rPr>
              <w:t>可能有的学生会将图中所有动物的数量都加起来，如7＋3＋3，如果出现这种错例，让学生明确要求的是一共有多少只熊猫，与小鸟的数量无关，3只小鸟的信息是多余的。如果没有出现错例，教师也要追问“为什么不用3只小鸟的信息”。</w:t>
            </w:r>
          </w:p>
        </w:tc>
        <w:tc>
          <w:tcPr>
            <w:tcW w:type="dxa" w:w="3061"/>
          </w:tcPr>
          <w:p>
            <w:pPr>
              <w:spacing w:after="20" w:line="276" w:lineRule="auto"/>
            </w:pPr>
            <w:r/>
            <w:r>
              <w:rPr>
                <w:rFonts w:ascii="宋体" w:hAnsi="宋体" w:eastAsia="宋体"/>
                <w:b w:val="0"/>
                <w:sz w:val="18"/>
              </w:rPr>
              <w:t>学生独立完成后，集体订正。</w:t>
            </w:r>
          </w:p>
        </w:tc>
        <w:tc>
          <w:tcPr>
            <w:tcW w:type="dxa" w:w="1814"/>
          </w:tcPr>
          <w:p>
            <w:pPr>
              <w:spacing w:after="20" w:line="276" w:lineRule="auto"/>
            </w:pPr>
            <w:r/>
            <w:r>
              <w:rPr>
                <w:rFonts w:ascii="宋体" w:hAnsi="宋体" w:eastAsia="宋体"/>
                <w:b w:val="0"/>
                <w:sz w:val="18"/>
              </w:rPr>
              <w:t>围绕环节目标组织学习活动，引导学生主动参与、积极思考。</w:t>
            </w:r>
          </w:p>
        </w:tc>
      </w:tr>
      <w:tr>
        <w:tc>
          <w:tcPr>
            <w:tcW w:type="dxa" w:w="1474"/>
          </w:tcPr>
          <w:p>
            <w:pPr>
              <w:spacing w:after="20" w:line="276" w:lineRule="auto"/>
            </w:pPr>
            <w:r>
              <w:rPr>
                <w:b/>
              </w:rPr>
            </w:r>
            <w:r>
              <w:rPr>
                <w:rFonts w:ascii="宋体" w:hAnsi="宋体" w:eastAsia="宋体"/>
                <w:b/>
                <w:sz w:val="18"/>
              </w:rPr>
              <w:t>巩固练习</w:t>
            </w:r>
          </w:p>
        </w:tc>
        <w:tc>
          <w:tcPr>
            <w:tcW w:type="dxa" w:w="3061"/>
          </w:tcPr>
          <w:p>
            <w:pPr>
              <w:spacing w:after="20" w:line="276" w:lineRule="auto"/>
            </w:pPr>
            <w:r/>
            <w:r>
              <w:rPr>
                <w:rFonts w:ascii="宋体" w:hAnsi="宋体" w:eastAsia="宋体"/>
                <w:b w:val="0"/>
                <w:sz w:val="18"/>
              </w:rPr>
              <w:t>1.完成教科书P65“练一练”第3题。</w:t>
            </w:r>
          </w:p>
          <w:p>
            <w:pPr>
              <w:spacing w:after="20" w:line="276" w:lineRule="auto"/>
            </w:pPr>
            <w:r>
              <w:rPr>
                <w:rFonts w:ascii="宋体" w:hAnsi="宋体" w:eastAsia="宋体"/>
                <w:b w:val="0"/>
                <w:sz w:val="18"/>
              </w:rPr>
              <w:t>师：请你先找到题目中的信息和问题，再解答。</w:t>
            </w:r>
          </w:p>
          <w:p>
            <w:pPr>
              <w:spacing w:after="20" w:line="276" w:lineRule="auto"/>
            </w:pPr>
            <w:r>
              <w:rPr>
                <w:rFonts w:ascii="宋体" w:hAnsi="宋体" w:eastAsia="宋体"/>
                <w:b w:val="0"/>
                <w:sz w:val="18"/>
              </w:rPr>
              <w:t>师：说说为什么第一题选择用加法解决，第二题选择用减法解决。</w:t>
            </w:r>
          </w:p>
          <w:p>
            <w:pPr>
              <w:spacing w:after="20" w:line="276" w:lineRule="auto"/>
            </w:pPr>
            <w:r>
              <w:rPr>
                <w:rFonts w:ascii="宋体" w:hAnsi="宋体" w:eastAsia="宋体"/>
                <w:b w:val="0"/>
                <w:sz w:val="18"/>
              </w:rPr>
              <w:t>引导学生说出大括号在题目中表示的意思，明确大括号摆放的位置不同，但意思是相同的，都表示“合起来”的意思。第一题是求上面和下面一共有多少只蜻蜓，把两部分合起来，用加法计算；第二题是一共有9只蜗牛，爬走了2只，求还剩几只，用减法计算。</w:t>
            </w:r>
          </w:p>
          <w:p>
            <w:pPr>
              <w:spacing w:after="20" w:line="276" w:lineRule="auto"/>
            </w:pPr>
            <w:r>
              <w:rPr>
                <w:rFonts w:ascii="宋体" w:hAnsi="宋体" w:eastAsia="宋体"/>
                <w:b w:val="0"/>
                <w:sz w:val="18"/>
              </w:rPr>
              <w:t>2．完成教科书P66“练一练”第5题。</w:t>
            </w:r>
          </w:p>
          <w:p>
            <w:pPr>
              <w:spacing w:after="20" w:line="276" w:lineRule="auto"/>
            </w:pPr>
            <w:r>
              <w:rPr>
                <w:rFonts w:ascii="宋体" w:hAnsi="宋体" w:eastAsia="宋体"/>
                <w:b w:val="0"/>
                <w:sz w:val="18"/>
              </w:rPr>
              <w:t>师：请你先找到图中的信息，再根据这些信息提出合适的问题并解答。</w:t>
            </w:r>
          </w:p>
        </w:tc>
        <w:tc>
          <w:tcPr>
            <w:tcW w:type="dxa" w:w="3061"/>
          </w:tcPr>
          <w:p>
            <w:pPr>
              <w:spacing w:after="20" w:line="276" w:lineRule="auto"/>
            </w:pPr>
            <w:r/>
            <w:r>
              <w:rPr>
                <w:rFonts w:ascii="宋体" w:hAnsi="宋体" w:eastAsia="宋体"/>
                <w:b w:val="0"/>
                <w:sz w:val="18"/>
              </w:rPr>
              <w:t>学生独立完成，再集体订正。</w:t>
            </w:r>
          </w:p>
          <w:p>
            <w:pPr>
              <w:spacing w:after="20" w:line="276" w:lineRule="auto"/>
            </w:pPr>
            <w:r>
              <w:rPr>
                <w:rFonts w:ascii="宋体" w:hAnsi="宋体" w:eastAsia="宋体"/>
                <w:b w:val="0"/>
                <w:sz w:val="18"/>
              </w:rPr>
              <w:t>预设1：上面有5只蜻蜓，下面有3只，一共有几只？用加法计算，列式为5＋3＝8(只)。</w:t>
            </w:r>
          </w:p>
          <w:p>
            <w:pPr>
              <w:spacing w:after="20" w:line="276" w:lineRule="auto"/>
            </w:pPr>
            <w:r>
              <w:rPr>
                <w:rFonts w:ascii="宋体" w:hAnsi="宋体" w:eastAsia="宋体"/>
                <w:b w:val="0"/>
                <w:sz w:val="18"/>
              </w:rPr>
              <w:t>预设2：一共有9只蜗牛，爬走了2只，还剩几只？用减法计算，列式为9－2＝7(只)。</w:t>
            </w:r>
          </w:p>
          <w:p>
            <w:pPr>
              <w:spacing w:after="20" w:line="276" w:lineRule="auto"/>
            </w:pPr>
            <w:r>
              <w:rPr>
                <w:rFonts w:ascii="宋体" w:hAnsi="宋体" w:eastAsia="宋体"/>
                <w:b w:val="0"/>
                <w:sz w:val="18"/>
              </w:rPr>
              <w:t>学生独立解决问题，汇报时注意结合图意说清算式的含义。</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课堂小结</w:t>
            </w:r>
          </w:p>
        </w:tc>
        <w:tc>
          <w:tcPr>
            <w:tcW w:type="dxa" w:w="3061"/>
          </w:tcPr>
          <w:p>
            <w:pPr>
              <w:spacing w:after="20" w:line="276" w:lineRule="auto"/>
            </w:pPr>
            <w:r/>
            <w:r>
              <w:rPr>
                <w:rFonts w:ascii="宋体" w:hAnsi="宋体" w:eastAsia="宋体"/>
                <w:b w:val="0"/>
                <w:sz w:val="18"/>
              </w:rPr>
              <w:t>师：说一说这节课你们有什么收获？你们还有什么问题？</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引导学生回顾梳理本课所学，完善认知结构，提升归纳与反思能力，核心问题："说一说这节课你们有什么收获？你们还有什么问题？"</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教科书P64，完成教科书P65～66“练一练”第3、4、5题。</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这节课成功地引导学生把学习方法进行了迁移，加强了知识间的沟通与联系。整理和复习重点在于建立知识间相互的联系，而这却是学生思维所欠缺的。解决问题练习中也注重对学生分析问题、解决问题能力的培养，让学生根据要解决的问题去寻找有用的数学信息，真正理解加、减法的意义。本节课很好地达到了教学目标.</w:t>
      </w:r>
    </w:p>
    <w:sectPr w:rsidR="00FC693F" w:rsidRPr="0006063C" w:rsidSect="00034616">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