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人教版一年级数学上册</w:t>
      </w:r>
    </w:p>
    <w:p>
      <w:pPr>
        <w:spacing w:after="80" w:line="300" w:lineRule="auto"/>
        <w:jc w:val="center"/>
      </w:pPr>
      <w:r>
        <w:rPr>
          <w:rFonts w:ascii="黑体" w:hAnsi="黑体" w:eastAsia="黑体"/>
          <w:b/>
          <w:sz w:val="26"/>
        </w:rPr>
        <w:t>第4单元 11-20的认识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第4单元 11-20的认识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主要是在10以内数的认识的基础上教学11～20的认识，包括10的再认识、11～20的认识、简单的加、减法及解决简单实际问题等内容。本单元主要凸显事物数量多了以后，为了计数方便，采用新的单位来计数，主要体现在认识新的计数单位“十”，初步感悟任何一个数都是由计数单位及其个数组成。这些是认识更大自然数的基础，是认数过程中的一个重要节点。</w:t>
      </w:r>
    </w:p>
    <w:p>
      <w:pPr>
        <w:spacing w:after="80" w:line="300" w:lineRule="auto"/>
        <w:ind w:firstLine="400"/>
      </w:pPr>
      <w:r>
        <w:rPr>
          <w:rFonts w:ascii="宋体" w:hAnsi="宋体" w:eastAsia="宋体"/>
          <w:b w:val="0"/>
          <w:sz w:val="20"/>
        </w:rPr>
        <w:t>教科书将“11～20的认识”与“简单的加、减法”结合起来，无论是认数还是运算都体现了相同计数单位的累加和递减，便于学生理解数与数之间的联系，从整体上感悟数的认识与数的运算的一致性。在学习活动中教科书设计了丰富的操作活动，让学生在数小棒、拨计数器、摆卡片、观察直尺和数轴等活动中观察、发现，深入理解数的意义和运算，发展数感并提升运算能力。在认数和运算之后，教科书编排了与间隔数有关、涉及“植树模型”的解决问题环节，提供了具有丰富生活情境的实际问题，为理解“植树模型”积累了活动经验，发展初步的模型意识。</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第1课时：结合生活实际，知道“10个一是1个十”。</w:t>
      </w:r>
    </w:p>
    <w:p>
      <w:pPr>
        <w:spacing w:after="20" w:line="300" w:lineRule="auto"/>
        <w:ind w:firstLine="400"/>
      </w:pPr>
      <w:r>
        <w:rPr>
          <w:rFonts w:ascii="宋体" w:hAnsi="宋体" w:eastAsia="宋体"/>
          <w:b w:val="0"/>
          <w:sz w:val="20"/>
        </w:rPr>
        <w:t>第2课时：通过数小棒的活动，让学生认识11～20各数的组成，进一步体会十进制。</w:t>
      </w:r>
    </w:p>
    <w:p>
      <w:pPr>
        <w:spacing w:after="20" w:line="300" w:lineRule="auto"/>
        <w:ind w:firstLine="400"/>
      </w:pPr>
      <w:r>
        <w:rPr>
          <w:rFonts w:ascii="宋体" w:hAnsi="宋体" w:eastAsia="宋体"/>
          <w:b w:val="0"/>
          <w:sz w:val="20"/>
        </w:rPr>
        <w:t>第3课时：知道20以内数的顺序，能在直尺上准确找出数的位置，会比较数的大小。</w:t>
      </w:r>
    </w:p>
    <w:p>
      <w:pPr>
        <w:spacing w:after="20" w:line="300" w:lineRule="auto"/>
        <w:ind w:firstLine="400"/>
      </w:pPr>
      <w:r>
        <w:rPr>
          <w:rFonts w:ascii="宋体" w:hAnsi="宋体" w:eastAsia="宋体"/>
          <w:b w:val="0"/>
          <w:sz w:val="20"/>
        </w:rPr>
        <w:t>第4课时：加深对11～20各数的认识，能够计算简单的10加几、十几加几及相应的减法。</w:t>
      </w:r>
    </w:p>
    <w:p>
      <w:pPr>
        <w:spacing w:after="20" w:line="300" w:lineRule="auto"/>
        <w:ind w:firstLine="400"/>
      </w:pPr>
      <w:r>
        <w:rPr>
          <w:rFonts w:ascii="宋体" w:hAnsi="宋体" w:eastAsia="宋体"/>
          <w:b w:val="0"/>
          <w:sz w:val="20"/>
        </w:rPr>
        <w:t>第5课时：理解“之间有几人”的含义，加深对基数和序数的认识，借助画图、数数等方法解决问题。初步渗透“植树模型”。</w:t>
      </w:r>
    </w:p>
    <w:p>
      <w:pPr>
        <w:spacing w:after="20" w:line="300" w:lineRule="auto"/>
        <w:ind w:firstLine="400"/>
      </w:pPr>
      <w:r>
        <w:rPr>
          <w:rFonts w:ascii="宋体" w:hAnsi="宋体" w:eastAsia="宋体"/>
          <w:b w:val="0"/>
          <w:sz w:val="20"/>
        </w:rPr>
        <w:t>第6课时：梳理本单元知识内容，让学生熟练掌握20以内数的顺序、序数含义、组成等知识，加深对加、减法含义的理解，提高计算能力。</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注重动手操作和直观经验的积累。教师应引导学生借助实物、小棒、计数器等直观素材，充分经历数数的过程，在数数的过程中认识数的组成、数序，感受数的大小关系。</w:t>
      </w:r>
    </w:p>
    <w:p>
      <w:pPr>
        <w:spacing w:after="20" w:line="300" w:lineRule="auto"/>
      </w:pPr>
      <w:r>
        <w:rPr>
          <w:rFonts w:ascii="宋体" w:hAnsi="宋体" w:eastAsia="宋体"/>
          <w:b w:val="0"/>
          <w:sz w:val="20"/>
        </w:rPr>
        <w:t>● 在操作中建立“十”这个计数单位的概念。对于一年级的学生来说，由10个一到1个十是非常抽象的概念，学生难以理解，在教学中要让学生充分的操作，在操作中感受到，如果数量较大，为了计数方便，要用到较大的计数单位，建立计数单位“十”的概念。</w:t>
      </w:r>
    </w:p>
    <w:p>
      <w:pPr>
        <w:spacing w:after="20" w:line="300" w:lineRule="auto"/>
      </w:pPr>
      <w:r>
        <w:rPr>
          <w:rFonts w:ascii="宋体" w:hAnsi="宋体" w:eastAsia="宋体"/>
          <w:b w:val="0"/>
          <w:sz w:val="20"/>
        </w:rPr>
        <w:t>● 加强解决问题策略的指导，培养初步的模型意识。教学时，让学生体验解决问题的一般过程，充分尊重学生的思维和经验，让学生体会多种解决问题的策略。可以设计不同的问题类型，让学生感受到不同的问题对应不同的解决策略，初步发展学生的模型意识。</w:t>
      </w:r>
    </w:p>
    <w:p>
      <w:pPr>
        <w:spacing w:after="20" w:line="300" w:lineRule="auto"/>
      </w:pPr>
      <w:r>
        <w:rPr>
          <w:rFonts w:ascii="宋体" w:hAnsi="宋体" w:eastAsia="宋体"/>
          <w:b w:val="0"/>
          <w:sz w:val="20"/>
        </w:rPr>
        <w:t>符号意识：知道10个一是1个十，认识个位和十位，能够说清楚个位和十位上数的含义；初步认识十进制和位值制，体会其作用。</w:t>
      </w:r>
    </w:p>
    <w:p>
      <w:pPr>
        <w:spacing w:after="20" w:line="300" w:lineRule="auto"/>
      </w:pPr>
      <w:r>
        <w:rPr>
          <w:rFonts w:ascii="宋体" w:hAnsi="宋体" w:eastAsia="宋体"/>
          <w:b w:val="0"/>
          <w:sz w:val="20"/>
        </w:rPr>
        <w:t>数感：认识11～20各数，能够正确、有序地读、写各数，了解数与数之间的大小关系；能够在数数过程中，感受10个为一组数起来更方便。</w:t>
      </w:r>
    </w:p>
    <w:p>
      <w:pPr>
        <w:spacing w:after="20" w:line="300" w:lineRule="auto"/>
      </w:pPr>
      <w:r>
        <w:rPr>
          <w:rFonts w:ascii="宋体" w:hAnsi="宋体" w:eastAsia="宋体"/>
          <w:b w:val="0"/>
          <w:sz w:val="20"/>
        </w:rPr>
        <w:t>运算能力：能够清楚表述出11～20各数的组成，知道加法和减法算式各部分的名称，能熟练计算十加几及相应的减法、十几加几(不进位)及相应的减法(不退位)，体会数的认识与运算具有密切联系。</w:t>
      </w:r>
    </w:p>
    <w:p>
      <w:pPr>
        <w:spacing w:after="20" w:line="300" w:lineRule="auto"/>
      </w:pPr>
      <w:r>
        <w:rPr>
          <w:rFonts w:ascii="宋体" w:hAnsi="宋体" w:eastAsia="宋体"/>
          <w:b w:val="0"/>
          <w:sz w:val="20"/>
        </w:rPr>
        <w:t>模型意识和应用意识：能运用数数、画图等方法解决简单的实际问题，进一步感受数的基数和序数含义在解决问题中的作用，提高分析问题和解决问题的能力。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10的再认识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结合生活实际，知道“10个一是1个十”。</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11～20的认识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通过数小棒的活动，让学生认识11～20各数的组成，进一步体会十进制。</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20以内数的顺序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知道20以内数的顺序，能在直尺上准确找出数的位置，会比较数的大小。</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简单的加、减法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加深对11～20各数的认识，能够计算简单的10加几、十几加几及相应的减法。</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理解“之间有几人”的含义，加深对基数和序数的认识，借助画图、数数等方法解决问题。初步渗透“植树模型”。</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梳理本单元知识内容，让学生熟练掌握20以内数的顺序、序数含义、组成等知识，加深对加、减法含义的理解，提高计算能力。</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10的再认识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10的再认识</w:t>
            </w:r>
          </w:p>
        </w:tc>
        <w:tc>
          <w:tcPr>
            <w:tcW w:type="dxa" w:w="6009"/>
          </w:tcPr>
          <w:p>
            <w:pPr>
              <w:spacing w:after="20" w:line="276" w:lineRule="auto"/>
            </w:pPr>
            <w:r/>
            <w:r>
              <w:rPr>
                <w:rFonts w:ascii="宋体" w:hAnsi="宋体" w:eastAsia="宋体"/>
                <w:b w:val="0"/>
                <w:sz w:val="20"/>
              </w:rPr>
              <w:t>第4单元 11-20的认识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教学内容：教科书P74～75“10的再认识”，完成教科书P75“做一做”第2、3题。</w:t>
      </w:r>
    </w:p>
    <w:p>
      <w:pPr>
        <w:spacing w:after="80" w:line="300" w:lineRule="auto"/>
        <w:ind w:firstLine="400"/>
      </w:pPr>
      <w:r>
        <w:rPr>
          <w:rFonts w:ascii="宋体" w:hAnsi="宋体" w:eastAsia="宋体"/>
          <w:b w:val="0"/>
          <w:sz w:val="20"/>
        </w:rPr>
        <w:t>设计思路：本节课“再认识10”，主要是强调产生新的计数单位“十”，凸显计数单位“十”的重要性。在【教学过程】中，让学生通过数一数、摆一摆、拨一拨等丰富的操作活动建立“10个一就是1个十”，感受计数单位“十”的优越性。在写数的过程中，认识数位，初步感悟位值制。</w:t>
      </w:r>
    </w:p>
    <w:p>
      <w:pPr>
        <w:spacing w:after="80" w:line="300" w:lineRule="auto"/>
        <w:ind w:firstLine="400"/>
      </w:pPr>
      <w:r>
        <w:rPr>
          <w:rFonts w:ascii="宋体" w:hAnsi="宋体" w:eastAsia="宋体"/>
          <w:b w:val="0"/>
          <w:sz w:val="20"/>
        </w:rPr>
        <w:t>教学准备：主题图图片、课件、计数器、小棒、橡皮。</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（1）结合生活实际，知道“10个一是1个十”。</w:t>
      </w:r>
    </w:p>
    <w:p>
      <w:pPr>
        <w:spacing w:after="20" w:line="300" w:lineRule="auto"/>
        <w:ind w:firstLine="400"/>
      </w:pPr>
      <w:r>
        <w:rPr>
          <w:rFonts w:ascii="宋体" w:hAnsi="宋体" w:eastAsia="宋体"/>
          <w:b w:val="0"/>
          <w:sz w:val="20"/>
        </w:rPr>
        <w:t>（2）知道“一”和“十”之间的十进关系，了解个位和十位的含义，初步体会十进制、位值制思想，初步发展符号意识。</w:t>
      </w:r>
    </w:p>
    <w:p>
      <w:pPr>
        <w:spacing w:after="20" w:line="300" w:lineRule="auto"/>
      </w:pPr>
      <w:r>
        <w:rPr>
          <w:rFonts w:ascii="宋体" w:hAnsi="宋体" w:eastAsia="宋体"/>
          <w:b w:val="0"/>
          <w:sz w:val="20"/>
        </w:rPr>
        <w:t>教学重点：建立“10个一是1个十”的概念，了解个位和十位的含义。</w:t>
      </w:r>
    </w:p>
    <w:p>
      <w:pPr>
        <w:spacing w:after="20" w:line="300" w:lineRule="auto"/>
      </w:pPr>
      <w:r>
        <w:rPr>
          <w:rFonts w:ascii="宋体" w:hAnsi="宋体" w:eastAsia="宋体"/>
          <w:b w:val="0"/>
          <w:sz w:val="20"/>
        </w:rPr>
        <w:t>教学难点：认识个位和十位的意义，初步体验位值制，知道0具有占位的作用。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情境导入，揭示课题</w:t>
            </w:r>
          </w:p>
        </w:tc>
        <w:tc>
          <w:tcPr>
            <w:tcW w:type="dxa" w:w="1814"/>
          </w:tcPr>
          <w:p>
            <w:pPr>
              <w:spacing w:after="20" w:line="276" w:lineRule="auto"/>
            </w:pPr>
            <w:r/>
            <w:r>
              <w:rPr>
                <w:rFonts w:ascii="宋体" w:hAnsi="宋体" w:eastAsia="宋体"/>
                <w:b w:val="0"/>
                <w:sz w:val="18"/>
              </w:rPr>
              <w:t>图片、课件、计数器、小棒</w:t>
            </w:r>
          </w:p>
        </w:tc>
        <w:tc>
          <w:tcPr>
            <w:tcW w:type="dxa" w:w="3402"/>
          </w:tcPr>
          <w:p>
            <w:pPr>
              <w:spacing w:after="20" w:line="276" w:lineRule="auto"/>
            </w:pPr>
            <w:r/>
            <w:r>
              <w:rPr>
                <w:rFonts w:ascii="宋体" w:hAnsi="宋体" w:eastAsia="宋体"/>
                <w:b w:val="0"/>
                <w:sz w:val="18"/>
              </w:rPr>
              <w:t>观察这些物体，你有什么发现？</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合作探索，学习新知</w:t>
            </w:r>
          </w:p>
        </w:tc>
        <w:tc>
          <w:tcPr>
            <w:tcW w:type="dxa" w:w="1814"/>
          </w:tcPr>
          <w:p>
            <w:pPr>
              <w:spacing w:after="20" w:line="276" w:lineRule="auto"/>
            </w:pPr>
            <w:r/>
            <w:r>
              <w:rPr>
                <w:rFonts w:ascii="宋体" w:hAnsi="宋体" w:eastAsia="宋体"/>
                <w:b w:val="0"/>
                <w:sz w:val="18"/>
              </w:rPr>
              <w:t>小棒、课件、计数器、图片</w:t>
            </w:r>
          </w:p>
        </w:tc>
        <w:tc>
          <w:tcPr>
            <w:tcW w:type="dxa" w:w="3402"/>
          </w:tcPr>
          <w:p>
            <w:pPr>
              <w:spacing w:after="20" w:line="276" w:lineRule="auto"/>
            </w:pPr>
            <w:r/>
            <w:r>
              <w:rPr>
                <w:rFonts w:ascii="宋体" w:hAnsi="宋体" w:eastAsia="宋体"/>
                <w:b w:val="0"/>
                <w:sz w:val="18"/>
              </w:rPr>
              <w:t>如果用一根小棒表示一块橡皮，我们要表示这10块橡皮，应该摆几根小棒呢？；在之前我们学习过一根小棒表示1个一，那这10根小棒表示几个一呢？</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教科书、图片、课件、计数器、小棒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图片、课件、计数器、小棒</w:t>
            </w:r>
          </w:p>
        </w:tc>
        <w:tc>
          <w:tcPr>
            <w:tcW w:type="dxa" w:w="3402"/>
          </w:tcPr>
          <w:p>
            <w:pPr>
              <w:spacing w:after="20" w:line="276" w:lineRule="auto"/>
            </w:pPr>
            <w:r/>
            <w:r>
              <w:rPr>
                <w:rFonts w:ascii="宋体" w:hAnsi="宋体" w:eastAsia="宋体"/>
                <w:b w:val="0"/>
                <w:sz w:val="18"/>
              </w:rPr>
              <w:t>通过本节课的学习，你有哪些收获呢？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情境导入，揭示课题</w:t>
            </w:r>
          </w:p>
        </w:tc>
        <w:tc>
          <w:tcPr>
            <w:tcW w:type="dxa" w:w="3061"/>
          </w:tcPr>
          <w:p>
            <w:pPr>
              <w:spacing w:after="20" w:line="276" w:lineRule="auto"/>
            </w:pPr>
            <w:r/>
            <w:r>
              <w:rPr>
                <w:rFonts w:ascii="宋体" w:hAnsi="宋体" w:eastAsia="宋体"/>
                <w:b w:val="0"/>
                <w:sz w:val="18"/>
              </w:rPr>
              <w:t>教师出示图片，学生观察。(10个一袋的鸡蛋、10支摆放的铅笔、10本一摞的书本等)</w:t>
            </w:r>
          </w:p>
          <w:p>
            <w:pPr>
              <w:spacing w:after="20" w:line="276" w:lineRule="auto"/>
            </w:pPr>
            <w:r>
              <w:rPr>
                <w:rFonts w:ascii="宋体" w:hAnsi="宋体" w:eastAsia="宋体"/>
                <w:b w:val="0"/>
                <w:sz w:val="18"/>
              </w:rPr>
              <w:t>师：观察这些物体，你有什么发现？</w:t>
            </w:r>
          </w:p>
          <w:p>
            <w:pPr>
              <w:spacing w:after="20" w:line="276" w:lineRule="auto"/>
            </w:pPr>
            <w:r>
              <w:rPr>
                <w:rFonts w:ascii="宋体" w:hAnsi="宋体" w:eastAsia="宋体"/>
                <w:b w:val="0"/>
                <w:sz w:val="18"/>
              </w:rPr>
              <w:t>它们都是10个10个地放在一起的。</w:t>
            </w:r>
          </w:p>
          <w:p>
            <w:pPr>
              <w:spacing w:after="20" w:line="276" w:lineRule="auto"/>
            </w:pPr>
            <w:r>
              <w:rPr>
                <w:rFonts w:ascii="宋体" w:hAnsi="宋体" w:eastAsia="宋体"/>
                <w:b w:val="0"/>
                <w:sz w:val="18"/>
              </w:rPr>
              <w:t>师：是的，生活中很多时候为了计数方便都是把物体每10个放在一起。</w:t>
            </w:r>
          </w:p>
          <w:p>
            <w:pPr>
              <w:spacing w:after="20" w:line="276" w:lineRule="auto"/>
            </w:pPr>
            <w:r>
              <w:rPr>
                <w:rFonts w:ascii="宋体" w:hAnsi="宋体" w:eastAsia="宋体"/>
                <w:b w:val="0"/>
                <w:sz w:val="18"/>
              </w:rPr>
              <w:t>课件演示10个物体放在一起成为一个整体的过程。</w:t>
            </w:r>
          </w:p>
          <w:p>
            <w:pPr>
              <w:spacing w:after="20" w:line="276" w:lineRule="auto"/>
            </w:pPr>
            <w:r>
              <w:rPr>
                <w:rFonts w:ascii="宋体" w:hAnsi="宋体" w:eastAsia="宋体"/>
                <w:b w:val="0"/>
                <w:sz w:val="18"/>
              </w:rPr>
              <w:t>师：看来10这个数很重要，今天这节课我们就一起再来认识一下10这个老朋友吧。(板书课题：10的再认识)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创设情境激活学生已有经验，自然引出本课学习内容，激发学习兴趣，核心问题："观察这些物体，你有什么发现？"</w:t>
            </w:r>
          </w:p>
        </w:tc>
      </w:tr>
      <w:tr>
        <w:tc>
          <w:tcPr>
            <w:tcW w:type="dxa" w:w="1474"/>
          </w:tcPr>
          <w:p>
            <w:pPr>
              <w:spacing w:after="20" w:line="276" w:lineRule="auto"/>
            </w:pPr>
            <w:r>
              <w:rPr>
                <w:b/>
              </w:rPr>
            </w:r>
            <w:r>
              <w:rPr>
                <w:rFonts w:ascii="宋体" w:hAnsi="宋体" w:eastAsia="宋体"/>
                <w:b/>
                <w:sz w:val="18"/>
              </w:rPr>
              <w:t>合作探索，学习新知</w:t>
            </w:r>
          </w:p>
        </w:tc>
        <w:tc>
          <w:tcPr>
            <w:tcW w:type="dxa" w:w="3061"/>
          </w:tcPr>
          <w:p>
            <w:pPr>
              <w:spacing w:after="20" w:line="276" w:lineRule="auto"/>
            </w:pPr>
            <w:r/>
            <w:r>
              <w:rPr>
                <w:rFonts w:ascii="宋体" w:hAnsi="宋体" w:eastAsia="宋体"/>
                <w:b w:val="0"/>
                <w:sz w:val="18"/>
              </w:rPr>
              <w:t>1.认识计数单位“十”，知道10个一就是1个十。</w:t>
            </w:r>
          </w:p>
          <w:p>
            <w:pPr>
              <w:spacing w:after="20" w:line="276" w:lineRule="auto"/>
            </w:pPr>
            <w:r>
              <w:rPr>
                <w:rFonts w:ascii="宋体" w:hAnsi="宋体" w:eastAsia="宋体"/>
                <w:b w:val="0"/>
                <w:sz w:val="18"/>
              </w:rPr>
              <w:t>教师出示10块橡皮。</w:t>
            </w:r>
          </w:p>
          <w:p>
            <w:pPr>
              <w:spacing w:after="20" w:line="276" w:lineRule="auto"/>
            </w:pPr>
            <w:r>
              <w:rPr>
                <w:rFonts w:ascii="宋体" w:hAnsi="宋体" w:eastAsia="宋体"/>
                <w:b w:val="0"/>
                <w:sz w:val="18"/>
              </w:rPr>
              <w:t>师：请同学们用自己喜欢的图形来表示这10块橡皮。</w:t>
            </w:r>
          </w:p>
          <w:p>
            <w:pPr>
              <w:spacing w:after="20" w:line="276" w:lineRule="auto"/>
            </w:pPr>
            <w:r>
              <w:rPr>
                <w:rFonts w:ascii="宋体" w:hAnsi="宋体" w:eastAsia="宋体"/>
                <w:b w:val="0"/>
                <w:sz w:val="18"/>
              </w:rPr>
              <w:t>师：如果用一根小棒表示一块橡皮，我们要表示这10块橡皮，应该摆几根小棒呢？</w:t>
            </w:r>
          </w:p>
          <w:p>
            <w:pPr>
              <w:spacing w:after="20" w:line="276" w:lineRule="auto"/>
            </w:pPr>
            <w:r>
              <w:rPr>
                <w:rFonts w:ascii="宋体" w:hAnsi="宋体" w:eastAsia="宋体"/>
                <w:b w:val="0"/>
                <w:sz w:val="18"/>
              </w:rPr>
              <w:t>在之前已经学习过用小棒表示数，学生很容易就知道应该要摆10根小棒。</w:t>
            </w:r>
          </w:p>
          <w:p>
            <w:pPr>
              <w:spacing w:after="20" w:line="276" w:lineRule="auto"/>
            </w:pPr>
            <w:r>
              <w:rPr>
                <w:rFonts w:ascii="宋体" w:hAnsi="宋体" w:eastAsia="宋体"/>
                <w:b w:val="0"/>
                <w:sz w:val="18"/>
              </w:rPr>
              <w:t>师：在之前我们学习过一根小棒表示1个一，那这10根小棒表示几个一呢？</w:t>
            </w:r>
          </w:p>
          <w:p>
            <w:pPr>
              <w:spacing w:after="20" w:line="276" w:lineRule="auto"/>
            </w:pPr>
            <w:r>
              <w:rPr>
                <w:rFonts w:ascii="宋体" w:hAnsi="宋体" w:eastAsia="宋体"/>
                <w:b w:val="0"/>
                <w:sz w:val="18"/>
              </w:rPr>
              <w:t>师：10块橡皮、10根小棒能表示10个一，那我们身边还有哪些事物能表示10个一呢？</w:t>
            </w:r>
          </w:p>
          <w:p>
            <w:pPr>
              <w:spacing w:after="20" w:line="276" w:lineRule="auto"/>
            </w:pPr>
            <w:r>
              <w:rPr>
                <w:rFonts w:ascii="宋体" w:hAnsi="宋体" w:eastAsia="宋体"/>
                <w:b w:val="0"/>
                <w:sz w:val="18"/>
              </w:rPr>
              <w:t>10根手指、10本书、10个同学、10朵花……都可以表示10个一。</w:t>
            </w:r>
          </w:p>
          <w:p>
            <w:pPr>
              <w:spacing w:after="20" w:line="276" w:lineRule="auto"/>
            </w:pPr>
            <w:r>
              <w:rPr>
                <w:rFonts w:ascii="宋体" w:hAnsi="宋体" w:eastAsia="宋体"/>
                <w:b w:val="0"/>
                <w:sz w:val="18"/>
              </w:rPr>
              <w:t>师：生活中，为了方便，经常将10个物体作为一组。如果我把这10根小棒捆在一起，变成一个整体，那这10根小棒又可以表示1个几呢？</w:t>
            </w:r>
          </w:p>
          <w:p>
            <w:pPr>
              <w:spacing w:after="20" w:line="276" w:lineRule="auto"/>
            </w:pPr>
            <w:r>
              <w:rPr>
                <w:rFonts w:ascii="宋体" w:hAnsi="宋体" w:eastAsia="宋体"/>
                <w:b w:val="0"/>
                <w:sz w:val="18"/>
              </w:rPr>
              <w:t>课件展示10根小棒捆成一捆。</w:t>
            </w:r>
          </w:p>
          <w:p>
            <w:pPr>
              <w:spacing w:after="20" w:line="276" w:lineRule="auto"/>
            </w:pPr>
            <w:r>
              <w:rPr>
                <w:rFonts w:ascii="宋体" w:hAnsi="宋体" w:eastAsia="宋体"/>
                <w:b w:val="0"/>
                <w:sz w:val="18"/>
              </w:rPr>
              <w:t>请学生说说这一捆小棒表示的意思。</w:t>
            </w:r>
          </w:p>
          <w:p>
            <w:pPr>
              <w:spacing w:after="20" w:line="276" w:lineRule="auto"/>
            </w:pPr>
            <w:r>
              <w:rPr>
                <w:rFonts w:ascii="宋体" w:hAnsi="宋体" w:eastAsia="宋体"/>
                <w:b w:val="0"/>
                <w:sz w:val="18"/>
              </w:rPr>
              <w:t>师：这10根小棒既可以表示10个一，也可以表示1个十，所以10个一就是1个十。(板书：10个一就是1个十)</w:t>
            </w:r>
          </w:p>
          <w:p>
            <w:pPr>
              <w:spacing w:after="20" w:line="276" w:lineRule="auto"/>
            </w:pPr>
            <w:r>
              <w:rPr>
                <w:rFonts w:ascii="宋体" w:hAnsi="宋体" w:eastAsia="宋体"/>
                <w:b w:val="0"/>
                <w:sz w:val="18"/>
              </w:rPr>
              <w:t>2．认识计数器，了解个位和十位。</w:t>
            </w:r>
          </w:p>
          <w:p>
            <w:pPr>
              <w:spacing w:after="20" w:line="276" w:lineRule="auto"/>
            </w:pPr>
            <w:r>
              <w:rPr>
                <w:rFonts w:ascii="宋体" w:hAnsi="宋体" w:eastAsia="宋体"/>
                <w:b w:val="0"/>
                <w:sz w:val="18"/>
              </w:rPr>
              <w:t>师：大家看，数学家为我们制造了计数的工具(出示计数器)，这叫计数器。计数器上有好多的“位置”，从右边起的第一位叫“个位”，第二位叫“十位”。(板书：从右边起的第一位是个位，第二位是十位。)</w:t>
            </w:r>
          </w:p>
          <w:p>
            <w:pPr>
              <w:spacing w:after="20" w:line="276" w:lineRule="auto"/>
            </w:pPr>
            <w:r>
              <w:rPr>
                <w:rFonts w:ascii="宋体" w:hAnsi="宋体" w:eastAsia="宋体"/>
                <w:b w:val="0"/>
                <w:sz w:val="18"/>
              </w:rPr>
              <w:t>师：请同学们找到自己计数器上的个位和十位。</w:t>
            </w:r>
          </w:p>
          <w:p>
            <w:pPr>
              <w:spacing w:after="20" w:line="276" w:lineRule="auto"/>
            </w:pPr>
            <w:r>
              <w:rPr>
                <w:rFonts w:ascii="宋体" w:hAnsi="宋体" w:eastAsia="宋体"/>
                <w:b w:val="0"/>
                <w:sz w:val="18"/>
              </w:rPr>
              <w:t>师：请同学们观察老师用计数器表示5的过程，再自己尝试着在计数器上表示9。</w:t>
            </w:r>
          </w:p>
          <w:p>
            <w:pPr>
              <w:spacing w:after="20" w:line="276" w:lineRule="auto"/>
            </w:pPr>
            <w:r>
              <w:rPr>
                <w:rFonts w:ascii="宋体" w:hAnsi="宋体" w:eastAsia="宋体"/>
                <w:b w:val="0"/>
                <w:sz w:val="18"/>
              </w:rPr>
              <w:t>个位上的一颗珠子表示1个一，要表示5就要在个位上拨5颗珠子，要表示9就要在个位上拨9颗珠子。</w:t>
            </w:r>
          </w:p>
          <w:p>
            <w:pPr>
              <w:spacing w:after="20" w:line="276" w:lineRule="auto"/>
            </w:pPr>
            <w:r>
              <w:rPr>
                <w:rFonts w:ascii="宋体" w:hAnsi="宋体" w:eastAsia="宋体"/>
                <w:b w:val="0"/>
                <w:sz w:val="18"/>
              </w:rPr>
              <w:t>师：在计数器上如何表示10呢？</w:t>
            </w:r>
          </w:p>
          <w:p>
            <w:pPr>
              <w:spacing w:after="20" w:line="276" w:lineRule="auto"/>
            </w:pPr>
            <w:r>
              <w:rPr>
                <w:rFonts w:ascii="宋体" w:hAnsi="宋体" w:eastAsia="宋体"/>
                <w:b w:val="0"/>
                <w:sz w:val="18"/>
              </w:rPr>
              <w:t>有的学生会直接在个位上再拨1颗珠子，有的学生会把9颗珠子拨回去，再在十位上拨1颗。教师演示正确的表示方法，并说明十位上的一颗珠子就表示1个十。</w:t>
            </w:r>
          </w:p>
          <w:p>
            <w:pPr>
              <w:spacing w:after="20" w:line="276" w:lineRule="auto"/>
            </w:pPr>
            <w:r>
              <w:rPr>
                <w:rFonts w:ascii="宋体" w:hAnsi="宋体" w:eastAsia="宋体"/>
                <w:b w:val="0"/>
                <w:sz w:val="18"/>
              </w:rPr>
              <w:t>师：小小的计数器可真神奇，当珠子在不同的位置时表示的数也不同。当1颗珠子在个位时就表示1，1颗珠子在十位时表示的就是10了。</w:t>
            </w:r>
          </w:p>
          <w:p>
            <w:pPr>
              <w:spacing w:after="20" w:line="276" w:lineRule="auto"/>
            </w:pPr>
            <w:r>
              <w:rPr>
                <w:rFonts w:ascii="宋体" w:hAnsi="宋体" w:eastAsia="宋体"/>
                <w:b w:val="0"/>
                <w:sz w:val="18"/>
              </w:rPr>
              <w:t>3．了解0的占位作用。</w:t>
            </w:r>
          </w:p>
          <w:p>
            <w:pPr>
              <w:spacing w:after="20" w:line="276" w:lineRule="auto"/>
            </w:pPr>
            <w:r>
              <w:rPr>
                <w:rFonts w:ascii="宋体" w:hAnsi="宋体" w:eastAsia="宋体"/>
                <w:b w:val="0"/>
                <w:sz w:val="18"/>
              </w:rPr>
              <w:t>师：结合计数器，说说10中的“1”和“0”分别表示什么。</w:t>
            </w:r>
          </w:p>
          <w:p>
            <w:pPr>
              <w:spacing w:after="20" w:line="276" w:lineRule="auto"/>
            </w:pPr>
            <w:r>
              <w:rPr>
                <w:rFonts w:ascii="宋体" w:hAnsi="宋体" w:eastAsia="宋体"/>
                <w:b w:val="0"/>
                <w:sz w:val="18"/>
              </w:rPr>
              <w:t>1表示1个十，0表示没有。</w:t>
            </w:r>
          </w:p>
          <w:p>
            <w:pPr>
              <w:spacing w:after="20" w:line="276" w:lineRule="auto"/>
            </w:pPr>
            <w:r>
              <w:rPr>
                <w:rFonts w:ascii="宋体" w:hAnsi="宋体" w:eastAsia="宋体"/>
                <w:b w:val="0"/>
                <w:sz w:val="18"/>
              </w:rPr>
              <w:t>师：0既然在这里表示没有，那可以不写吗？</w:t>
            </w:r>
          </w:p>
          <w:p>
            <w:pPr>
              <w:spacing w:after="20" w:line="276" w:lineRule="auto"/>
            </w:pPr>
            <w:r>
              <w:rPr>
                <w:rFonts w:ascii="宋体" w:hAnsi="宋体" w:eastAsia="宋体"/>
                <w:b w:val="0"/>
                <w:sz w:val="18"/>
              </w:rPr>
              <w:t>有的学生认为可以不写，有的学生认为必须写。教师指出：不写时，此时只能表示“1”而不是“10”，所以0必须写，0起占位作用。</w:t>
            </w:r>
          </w:p>
        </w:tc>
        <w:tc>
          <w:tcPr>
            <w:tcW w:type="dxa" w:w="3061"/>
          </w:tcPr>
          <w:p>
            <w:pPr>
              <w:spacing w:after="20" w:line="276" w:lineRule="auto"/>
            </w:pPr>
            <w:r/>
            <w:r>
              <w:rPr>
                <w:rFonts w:ascii="宋体" w:hAnsi="宋体" w:eastAsia="宋体"/>
                <w:b w:val="0"/>
                <w:sz w:val="18"/>
              </w:rPr>
              <w:t>学生展示，并分享自己的方法。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设计递进式探究活动，引导学生在动手实践与合作交流中经历知识形成过程，突破本课重难点，核心问题："如果用一根小棒表示一块橡皮，我们要表示这10块橡皮，应该摆几根小棒呢？"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完成教科书P75“做一做”第2、3题。</w:t>
            </w:r>
          </w:p>
        </w:tc>
        <w:tc>
          <w:tcPr>
            <w:tcW w:type="dxa" w:w="3061"/>
          </w:tcPr>
          <w:p>
            <w:pPr>
              <w:spacing w:after="20" w:line="276" w:lineRule="auto"/>
            </w:pPr>
            <w:r/>
            <w:r>
              <w:rPr>
                <w:rFonts w:ascii="宋体" w:hAnsi="宋体" w:eastAsia="宋体"/>
                <w:b w:val="0"/>
                <w:sz w:val="18"/>
              </w:rPr>
              <w:t>学生解答后交流，教师巡视并指导。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师：通过本节课的学习，你有哪些收获呢？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10的再认识</w:t>
      </w:r>
    </w:p>
    <w:p>
      <w:pPr>
        <w:spacing w:after="40" w:line="300" w:lineRule="auto"/>
      </w:pPr>
      <w:r>
        <w:rPr>
          <w:rFonts w:ascii="宋体" w:hAnsi="宋体" w:eastAsia="宋体"/>
          <w:b w:val="0"/>
          <w:sz w:val="20"/>
        </w:rPr>
        <w:t>10个一就是1个十　从右边起的第一位是个位，第二位是十位。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教科书P74～75“10的再认识”，完成教科书P75“做一做”第2、3题。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在之前的学习中就已经认识了10，知道10的读写方法，了解10以内数的顺序，所以本节课的内容对他们来说并不陌生。但10又是一个很特殊的数，它不仅是计数的结果，还表示计数单位。在本节课的教学中，针对一年级学生的特点，通过一系列活动，让学生经历从具体到抽象、由模型到符号的过程，了解十进制原理，感受位值制，体会数学的趣味性。</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11～20的认识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11～20的认识</w:t>
            </w:r>
          </w:p>
        </w:tc>
        <w:tc>
          <w:tcPr>
            <w:tcW w:type="dxa" w:w="6009"/>
          </w:tcPr>
          <w:p>
            <w:pPr>
              <w:spacing w:after="20" w:line="276" w:lineRule="auto"/>
            </w:pPr>
            <w:r/>
            <w:r>
              <w:rPr>
                <w:rFonts w:ascii="宋体" w:hAnsi="宋体" w:eastAsia="宋体"/>
                <w:b w:val="0"/>
                <w:sz w:val="20"/>
              </w:rPr>
              <w:t>第4单元 11-20的认识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教学内容：教科书P76～77例1、例2，完成教科书P76“做一做”和P77“做一做”。</w:t>
      </w:r>
    </w:p>
    <w:p>
      <w:pPr>
        <w:spacing w:after="80" w:line="300" w:lineRule="auto"/>
        <w:ind w:firstLine="400"/>
      </w:pPr>
      <w:r>
        <w:rPr>
          <w:rFonts w:ascii="宋体" w:hAnsi="宋体" w:eastAsia="宋体"/>
          <w:b w:val="0"/>
          <w:sz w:val="20"/>
        </w:rPr>
        <w:t>设计思路：通过动手操作，从数到捆，让学生进一步认识：10根捆成1捆的方法最容易一眼看出小棒的数量，从而体会“一”和“十”的十进关系。利用读数、写数活动理解数的意义和结构。</w:t>
      </w:r>
    </w:p>
    <w:p>
      <w:pPr>
        <w:spacing w:after="80" w:line="300" w:lineRule="auto"/>
        <w:ind w:firstLine="400"/>
      </w:pPr>
      <w:r>
        <w:rPr>
          <w:rFonts w:ascii="宋体" w:hAnsi="宋体" w:eastAsia="宋体"/>
          <w:b w:val="0"/>
          <w:sz w:val="20"/>
        </w:rPr>
        <w:t>教学准备：课件、学生每人20根小棒和2根橡皮筋、数字卡片、计数器。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（1）通过数小棒的活动，让学生认识11～20各数的组成，进一步体会十进制。</w:t>
      </w:r>
    </w:p>
    <w:p>
      <w:pPr>
        <w:spacing w:after="20" w:line="300" w:lineRule="auto"/>
        <w:ind w:firstLine="400"/>
      </w:pPr>
      <w:r>
        <w:rPr>
          <w:rFonts w:ascii="宋体" w:hAnsi="宋体" w:eastAsia="宋体"/>
          <w:b w:val="0"/>
          <w:sz w:val="20"/>
        </w:rPr>
        <w:t>（2）通过辨析“11”的活动，让学生进一步认识“十位”和“个位”，进一步体会位值制。</w:t>
      </w:r>
    </w:p>
    <w:p>
      <w:pPr>
        <w:spacing w:after="20" w:line="300" w:lineRule="auto"/>
        <w:ind w:firstLine="400"/>
      </w:pPr>
      <w:r>
        <w:rPr>
          <w:rFonts w:ascii="宋体" w:hAnsi="宋体" w:eastAsia="宋体"/>
          <w:b w:val="0"/>
          <w:sz w:val="20"/>
        </w:rPr>
        <w:t>（3）感受11～20在生活中的应用价值，初步体会数学与生活的联系。激发学生的学习兴趣，培养良好的书写习惯。</w:t>
      </w:r>
    </w:p>
    <w:p>
      <w:pPr>
        <w:spacing w:after="20" w:line="300" w:lineRule="auto"/>
      </w:pPr>
      <w:r>
        <w:rPr>
          <w:rFonts w:ascii="宋体" w:hAnsi="宋体" w:eastAsia="宋体"/>
          <w:b w:val="0"/>
          <w:sz w:val="20"/>
        </w:rPr>
        <w:t>教学重点：让学生认识11～20各数，知道11～20各数的组成。</w:t>
      </w:r>
    </w:p>
    <w:p>
      <w:pPr>
        <w:spacing w:after="20" w:line="300" w:lineRule="auto"/>
      </w:pPr>
      <w:r>
        <w:rPr>
          <w:rFonts w:ascii="宋体" w:hAnsi="宋体" w:eastAsia="宋体"/>
          <w:b w:val="0"/>
          <w:sz w:val="20"/>
        </w:rPr>
        <w:t>教学难点：引导学生理解11中两个“1”的含义，知道用数描述生活中的简单现象。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创设情境，引出新知</w:t>
            </w:r>
          </w:p>
        </w:tc>
        <w:tc>
          <w:tcPr>
            <w:tcW w:type="dxa" w:w="1814"/>
          </w:tcPr>
          <w:p>
            <w:pPr>
              <w:spacing w:after="20" w:line="276" w:lineRule="auto"/>
            </w:pPr>
            <w:r/>
            <w:r>
              <w:rPr>
                <w:rFonts w:ascii="宋体" w:hAnsi="宋体" w:eastAsia="宋体"/>
                <w:b w:val="0"/>
                <w:sz w:val="18"/>
              </w:rPr>
              <w:t>小棒、课件、数字卡片、计数器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动手操作，探究新知</w:t>
            </w:r>
          </w:p>
        </w:tc>
        <w:tc>
          <w:tcPr>
            <w:tcW w:type="dxa" w:w="1814"/>
          </w:tcPr>
          <w:p>
            <w:pPr>
              <w:spacing w:after="20" w:line="276" w:lineRule="auto"/>
            </w:pPr>
            <w:r/>
            <w:r>
              <w:rPr>
                <w:rFonts w:ascii="宋体" w:hAnsi="宋体" w:eastAsia="宋体"/>
                <w:b w:val="0"/>
                <w:sz w:val="18"/>
              </w:rPr>
              <w:t>课件、小棒、数字卡片、情境图、教科书</w:t>
            </w:r>
          </w:p>
        </w:tc>
        <w:tc>
          <w:tcPr>
            <w:tcW w:type="dxa" w:w="3402"/>
          </w:tcPr>
          <w:p>
            <w:pPr>
              <w:spacing w:after="20" w:line="276" w:lineRule="auto"/>
            </w:pPr>
            <w:r/>
            <w:r>
              <w:rPr>
                <w:rFonts w:ascii="宋体" w:hAnsi="宋体" w:eastAsia="宋体"/>
                <w:b w:val="0"/>
                <w:sz w:val="18"/>
              </w:rPr>
              <w:t>谁来说一说你是怎么做的？；10根小棒表示10个“一”，把它们捆成1捆，就是1个“十”。你能像他这样把10根小棒捆成1捆表示1个“十”吗？</w:t>
            </w:r>
          </w:p>
        </w:tc>
        <w:tc>
          <w:tcPr>
            <w:tcW w:type="dxa" w:w="1361"/>
          </w:tcPr>
          <w:p>
            <w:pPr>
              <w:spacing w:after="20" w:line="276" w:lineRule="auto"/>
            </w:pPr>
            <w:r/>
            <w:r>
              <w:rPr>
                <w:rFonts w:ascii="宋体" w:hAnsi="宋体" w:eastAsia="宋体"/>
                <w:b w:val="0"/>
                <w:sz w:val="18"/>
              </w:rPr>
              <w:t>34分钟</w:t>
            </w:r>
          </w:p>
        </w:tc>
      </w:tr>
      <w:tr>
        <w:tc>
          <w:tcPr>
            <w:tcW w:type="dxa" w:w="2835"/>
          </w:tcPr>
          <w:p>
            <w:pPr>
              <w:spacing w:after="20" w:line="276" w:lineRule="auto"/>
            </w:pPr>
            <w:r/>
            <w:r>
              <w:rPr>
                <w:rFonts w:ascii="宋体" w:hAnsi="宋体" w:eastAsia="宋体"/>
                <w:b w:val="0"/>
                <w:sz w:val="18"/>
              </w:rPr>
              <w:t>回顾总结，内化新知</w:t>
            </w:r>
          </w:p>
        </w:tc>
        <w:tc>
          <w:tcPr>
            <w:tcW w:type="dxa" w:w="1814"/>
          </w:tcPr>
          <w:p>
            <w:pPr>
              <w:spacing w:after="20" w:line="276" w:lineRule="auto"/>
            </w:pPr>
            <w:r/>
            <w:r>
              <w:rPr>
                <w:rFonts w:ascii="宋体" w:hAnsi="宋体" w:eastAsia="宋体"/>
                <w:b w:val="0"/>
                <w:sz w:val="18"/>
              </w:rPr>
              <w:t>课件、小棒、数字卡片、计数器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创设情境，引出新知</w:t>
            </w:r>
          </w:p>
        </w:tc>
        <w:tc>
          <w:tcPr>
            <w:tcW w:type="dxa" w:w="3061"/>
          </w:tcPr>
          <w:p>
            <w:pPr>
              <w:spacing w:after="20" w:line="276" w:lineRule="auto"/>
            </w:pPr>
            <w:r/>
            <w:r>
              <w:rPr>
                <w:rFonts w:ascii="宋体" w:hAnsi="宋体" w:eastAsia="宋体"/>
                <w:b w:val="0"/>
                <w:sz w:val="18"/>
              </w:rPr>
              <w:t>师：(手里拿11根小棒)同学们，老师手里拿了一些小棒，你能一眼看出来有几根吗？猜一猜。</w:t>
            </w:r>
          </w:p>
          <w:p>
            <w:pPr>
              <w:spacing w:after="20" w:line="276" w:lineRule="auto"/>
            </w:pPr>
            <w:r>
              <w:rPr>
                <w:rFonts w:ascii="宋体" w:hAnsi="宋体" w:eastAsia="宋体"/>
                <w:b w:val="0"/>
                <w:sz w:val="18"/>
              </w:rPr>
              <w:t>师：请你们拿出自己准备的小棒，也数出11根。</w:t>
            </w:r>
          </w:p>
          <w:p>
            <w:pPr>
              <w:spacing w:after="20" w:line="276" w:lineRule="auto"/>
            </w:pPr>
            <w:r>
              <w:rPr>
                <w:rFonts w:ascii="宋体" w:hAnsi="宋体" w:eastAsia="宋体"/>
                <w:b w:val="0"/>
                <w:sz w:val="18"/>
              </w:rPr>
              <w:t>师：之前，我们认识了0～10这些“数宝宝”，今天我们就来认识比10还大的数。(板书课题：11～20的认识)</w:t>
            </w:r>
          </w:p>
        </w:tc>
        <w:tc>
          <w:tcPr>
            <w:tcW w:type="dxa" w:w="3061"/>
          </w:tcPr>
          <w:p>
            <w:pPr>
              <w:spacing w:after="20" w:line="276" w:lineRule="auto"/>
            </w:pPr>
            <w:r/>
            <w:r>
              <w:rPr>
                <w:rFonts w:ascii="宋体" w:hAnsi="宋体" w:eastAsia="宋体"/>
                <w:b w:val="0"/>
                <w:sz w:val="18"/>
              </w:rPr>
              <w:t>学生猜数。(教师用“多了”或者“少了”来提示)</w:t>
            </w:r>
          </w:p>
          <w:p>
            <w:pPr>
              <w:spacing w:after="20" w:line="276" w:lineRule="auto"/>
            </w:pPr>
            <w:r>
              <w:rPr>
                <w:rFonts w:ascii="宋体" w:hAnsi="宋体" w:eastAsia="宋体"/>
                <w:b w:val="0"/>
                <w:sz w:val="18"/>
              </w:rPr>
              <w:t>学生动手数小棒，教师巡视。</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动手操作，探究新知</w:t>
            </w:r>
          </w:p>
        </w:tc>
        <w:tc>
          <w:tcPr>
            <w:tcW w:type="dxa" w:w="3061"/>
          </w:tcPr>
          <w:p>
            <w:pPr>
              <w:spacing w:after="20" w:line="276" w:lineRule="auto"/>
            </w:pPr>
            <w:r/>
            <w:r>
              <w:rPr>
                <w:rFonts w:ascii="宋体" w:hAnsi="宋体" w:eastAsia="宋体"/>
                <w:b w:val="0"/>
                <w:sz w:val="18"/>
              </w:rPr>
              <w:t>(一)认识11～20各数</w:t>
            </w:r>
          </w:p>
          <w:p>
            <w:pPr>
              <w:spacing w:after="20" w:line="276" w:lineRule="auto"/>
            </w:pPr>
            <w:r>
              <w:rPr>
                <w:rFonts w:ascii="宋体" w:hAnsi="宋体" w:eastAsia="宋体"/>
                <w:b w:val="0"/>
                <w:sz w:val="18"/>
              </w:rPr>
              <w:t>课件出示11～20各数。</w:t>
            </w:r>
          </w:p>
          <w:p>
            <w:pPr>
              <w:spacing w:after="20" w:line="276" w:lineRule="auto"/>
            </w:pPr>
            <w:r>
              <w:rPr>
                <w:rFonts w:ascii="宋体" w:hAnsi="宋体" w:eastAsia="宋体"/>
                <w:b w:val="0"/>
                <w:sz w:val="18"/>
              </w:rPr>
              <w:t>师：请你们将这些数大声读出来！</w:t>
            </w:r>
          </w:p>
          <w:p>
            <w:pPr>
              <w:spacing w:after="20" w:line="276" w:lineRule="auto"/>
            </w:pPr>
            <w:r>
              <w:rPr>
                <w:rFonts w:ascii="宋体" w:hAnsi="宋体" w:eastAsia="宋体"/>
                <w:b w:val="0"/>
                <w:sz w:val="18"/>
              </w:rPr>
              <w:t>师：今天我们就一起来认识这些数。</w:t>
            </w:r>
          </w:p>
          <w:p>
            <w:pPr>
              <w:spacing w:after="20" w:line="276" w:lineRule="auto"/>
            </w:pPr>
            <w:r>
              <w:rPr>
                <w:rFonts w:ascii="宋体" w:hAnsi="宋体" w:eastAsia="宋体"/>
                <w:b w:val="0"/>
                <w:sz w:val="18"/>
              </w:rPr>
              <w:t>师：先摆一摆，看看有什么好办法可以让我们一眼就能看出你摆的小棒数是11根。学生动手操作，教师巡视。</w:t>
            </w:r>
          </w:p>
          <w:p>
            <w:pPr>
              <w:spacing w:after="20" w:line="276" w:lineRule="auto"/>
            </w:pPr>
            <w:r>
              <w:rPr>
                <w:rFonts w:ascii="宋体" w:hAnsi="宋体" w:eastAsia="宋体"/>
                <w:b w:val="0"/>
                <w:sz w:val="18"/>
              </w:rPr>
              <w:t>师：谁来说一说你是怎么做的？</w:t>
            </w:r>
          </w:p>
          <w:p>
            <w:pPr>
              <w:spacing w:after="20" w:line="276" w:lineRule="auto"/>
            </w:pPr>
            <w:r>
              <w:rPr>
                <w:rFonts w:ascii="宋体" w:hAnsi="宋体" w:eastAsia="宋体"/>
                <w:b w:val="0"/>
                <w:sz w:val="18"/>
              </w:rPr>
              <w:t>把10根小棒捆成一捆数起来既方便又清楚，先数出10根小棒，用橡皮筋捆起来，还剩下1根小棒。这样就能很快看出我摆了11根小棒。</w:t>
            </w:r>
          </w:p>
          <w:p>
            <w:pPr>
              <w:spacing w:after="20" w:line="276" w:lineRule="auto"/>
            </w:pPr>
            <w:r>
              <w:rPr>
                <w:rFonts w:ascii="宋体" w:hAnsi="宋体" w:eastAsia="宋体"/>
                <w:b w:val="0"/>
                <w:sz w:val="18"/>
              </w:rPr>
              <w:t>师：10根小棒表示10个“一”，把它们捆成1捆，就是1个“十”。你能像他这样把10根小棒捆成1捆表示1个“十”吗？</w:t>
            </w:r>
          </w:p>
          <w:p>
            <w:pPr>
              <w:spacing w:after="20" w:line="276" w:lineRule="auto"/>
            </w:pPr>
            <w:r>
              <w:rPr>
                <w:rFonts w:ascii="宋体" w:hAnsi="宋体" w:eastAsia="宋体"/>
                <w:b w:val="0"/>
                <w:sz w:val="18"/>
              </w:rPr>
              <w:t>2．认识11～20。</w:t>
            </w:r>
          </w:p>
          <w:p>
            <w:pPr>
              <w:spacing w:after="20" w:line="276" w:lineRule="auto"/>
            </w:pPr>
            <w:r>
              <w:rPr>
                <w:rFonts w:ascii="宋体" w:hAnsi="宋体" w:eastAsia="宋体"/>
                <w:b w:val="0"/>
                <w:sz w:val="18"/>
              </w:rPr>
              <w:t>(1)认识11。</w:t>
            </w:r>
          </w:p>
          <w:p>
            <w:pPr>
              <w:spacing w:after="20" w:line="276" w:lineRule="auto"/>
            </w:pPr>
            <w:r>
              <w:rPr>
                <w:rFonts w:ascii="宋体" w:hAnsi="宋体" w:eastAsia="宋体"/>
                <w:b w:val="0"/>
                <w:sz w:val="18"/>
              </w:rPr>
              <w:t>师：我们把10根小棒捆成1捆，就变成了1个“十”，再加上旁边的1根，是多少根小棒？</w:t>
            </w:r>
          </w:p>
          <w:p>
            <w:pPr>
              <w:spacing w:after="20" w:line="276" w:lineRule="auto"/>
            </w:pPr>
            <w:r>
              <w:rPr>
                <w:rFonts w:ascii="宋体" w:hAnsi="宋体" w:eastAsia="宋体"/>
                <w:b w:val="0"/>
                <w:sz w:val="18"/>
              </w:rPr>
              <w:t>1捆就是1个十，再加1根就是11。</w:t>
            </w:r>
          </w:p>
          <w:p>
            <w:pPr>
              <w:spacing w:after="20" w:line="276" w:lineRule="auto"/>
            </w:pPr>
            <w:r>
              <w:rPr>
                <w:rFonts w:ascii="宋体" w:hAnsi="宋体" w:eastAsia="宋体"/>
                <w:b w:val="0"/>
                <w:sz w:val="18"/>
              </w:rPr>
              <w:t>师：10根小棒捆成1捆，就是1个“十”，读作：十；1根小棒是1个“一”，1个“十”和1个“一”合起来是11，读作：十一。</w:t>
            </w:r>
          </w:p>
          <w:p>
            <w:pPr>
              <w:spacing w:after="20" w:line="276" w:lineRule="auto"/>
            </w:pPr>
            <w:r>
              <w:rPr>
                <w:rFonts w:ascii="宋体" w:hAnsi="宋体" w:eastAsia="宋体"/>
                <w:b w:val="0"/>
                <w:sz w:val="18"/>
              </w:rPr>
              <w:t>教师在黑板上贴数字卡片“11”。(板书：十一)</w:t>
            </w:r>
          </w:p>
          <w:p>
            <w:pPr>
              <w:spacing w:after="20" w:line="276" w:lineRule="auto"/>
            </w:pPr>
            <w:r>
              <w:rPr>
                <w:rFonts w:ascii="宋体" w:hAnsi="宋体" w:eastAsia="宋体"/>
                <w:b w:val="0"/>
                <w:sz w:val="18"/>
              </w:rPr>
              <w:t>师：同学们，11这个数很特别，它个位和十位上都是数字1，但这两个1的意义可不一样。(举起1捆小棒)这个1表示1个十，(举起1根小棒)这个1表示1个一。</w:t>
            </w:r>
          </w:p>
          <w:p>
            <w:pPr>
              <w:spacing w:after="20" w:line="276" w:lineRule="auto"/>
            </w:pPr>
            <w:r>
              <w:rPr>
                <w:rFonts w:ascii="宋体" w:hAnsi="宋体" w:eastAsia="宋体"/>
                <w:b w:val="0"/>
                <w:sz w:val="18"/>
              </w:rPr>
              <w:t>(2)认识12～19。</w:t>
            </w:r>
          </w:p>
          <w:p>
            <w:pPr>
              <w:spacing w:after="20" w:line="276" w:lineRule="auto"/>
            </w:pPr>
            <w:r>
              <w:rPr>
                <w:rFonts w:ascii="宋体" w:hAnsi="宋体" w:eastAsia="宋体"/>
                <w:b w:val="0"/>
                <w:sz w:val="18"/>
              </w:rPr>
              <w:t>师：刚才我们已经数出了11根小棒，再添上1根，是多少根小棒？</w:t>
            </w:r>
          </w:p>
          <w:p>
            <w:pPr>
              <w:spacing w:after="20" w:line="276" w:lineRule="auto"/>
            </w:pPr>
            <w:r>
              <w:rPr>
                <w:rFonts w:ascii="宋体" w:hAnsi="宋体" w:eastAsia="宋体"/>
                <w:b w:val="0"/>
                <w:sz w:val="18"/>
              </w:rPr>
              <w:t>师：你是怎么想的？这个数应该怎样读？</w:t>
            </w:r>
          </w:p>
          <w:p>
            <w:pPr>
              <w:spacing w:after="20" w:line="276" w:lineRule="auto"/>
            </w:pPr>
            <w:r>
              <w:rPr>
                <w:rFonts w:ascii="宋体" w:hAnsi="宋体" w:eastAsia="宋体"/>
                <w:b w:val="0"/>
                <w:sz w:val="18"/>
              </w:rPr>
              <w:t>1个“十”和2个“一”合起来就是12，读作：十二。</w:t>
            </w:r>
          </w:p>
          <w:p>
            <w:pPr>
              <w:spacing w:after="20" w:line="276" w:lineRule="auto"/>
            </w:pPr>
            <w:r>
              <w:rPr>
                <w:rFonts w:ascii="宋体" w:hAnsi="宋体" w:eastAsia="宋体"/>
                <w:b w:val="0"/>
                <w:sz w:val="18"/>
              </w:rPr>
              <w:t>教师在黑板上贴数字卡片“12”。(板书：1个十和2个一组成12，读作：十二。)</w:t>
            </w:r>
          </w:p>
          <w:p>
            <w:pPr>
              <w:spacing w:after="20" w:line="276" w:lineRule="auto"/>
            </w:pPr>
            <w:r>
              <w:rPr>
                <w:rFonts w:ascii="宋体" w:hAnsi="宋体" w:eastAsia="宋体"/>
                <w:b w:val="0"/>
                <w:sz w:val="18"/>
              </w:rPr>
              <w:t>师：如果我们继续添上小棒呢？</w:t>
            </w:r>
          </w:p>
          <w:p>
            <w:pPr>
              <w:spacing w:after="20" w:line="276" w:lineRule="auto"/>
            </w:pPr>
            <w:r>
              <w:rPr>
                <w:rFonts w:ascii="宋体" w:hAnsi="宋体" w:eastAsia="宋体"/>
                <w:b w:val="0"/>
                <w:sz w:val="18"/>
              </w:rPr>
              <w:t>教师指导学生在12的基础上1根1根地继续添上小棒，学生边数边说：1个十和3个一，是13，读作：十三；1个十和4个一，是14，读作：十四；1个十和5个一，是15，读作：十五……1个十和9个一，是19，读作：十九。</w:t>
            </w:r>
          </w:p>
          <w:p>
            <w:pPr>
              <w:spacing w:after="20" w:line="276" w:lineRule="auto"/>
            </w:pPr>
            <w:r>
              <w:rPr>
                <w:rFonts w:ascii="宋体" w:hAnsi="宋体" w:eastAsia="宋体"/>
                <w:b w:val="0"/>
                <w:sz w:val="18"/>
              </w:rPr>
              <w:t>教师依次在黑板上贴数字卡片“13～19”，并板书各数的读法。</w:t>
            </w:r>
          </w:p>
          <w:p>
            <w:pPr>
              <w:spacing w:after="20" w:line="276" w:lineRule="auto"/>
            </w:pPr>
            <w:r>
              <w:rPr>
                <w:rFonts w:ascii="宋体" w:hAnsi="宋体" w:eastAsia="宋体"/>
                <w:b w:val="0"/>
                <w:sz w:val="18"/>
              </w:rPr>
              <w:t>教师引导学生发现规律：10根小棒捆成1捆，就是1个“十”，再添上几根小棒，合起来就是十几。</w:t>
            </w:r>
          </w:p>
          <w:p>
            <w:pPr>
              <w:spacing w:after="20" w:line="276" w:lineRule="auto"/>
            </w:pPr>
            <w:r>
              <w:rPr>
                <w:rFonts w:ascii="宋体" w:hAnsi="宋体" w:eastAsia="宋体"/>
                <w:b w:val="0"/>
                <w:sz w:val="18"/>
              </w:rPr>
              <w:t>(3)认识20。</w:t>
            </w:r>
          </w:p>
          <w:p>
            <w:pPr>
              <w:spacing w:after="20" w:line="276" w:lineRule="auto"/>
            </w:pPr>
            <w:r>
              <w:rPr>
                <w:rFonts w:ascii="宋体" w:hAnsi="宋体" w:eastAsia="宋体"/>
                <w:b w:val="0"/>
                <w:sz w:val="18"/>
              </w:rPr>
              <w:t>师：19根小棒再添上1根是多少根？怎样能更清楚地看出是20根？</w:t>
            </w:r>
          </w:p>
          <w:p>
            <w:pPr>
              <w:spacing w:after="20" w:line="276" w:lineRule="auto"/>
            </w:pPr>
            <w:r>
              <w:rPr>
                <w:rFonts w:ascii="宋体" w:hAnsi="宋体" w:eastAsia="宋体"/>
                <w:b w:val="0"/>
                <w:sz w:val="18"/>
              </w:rPr>
              <w:t>19根小棒再添上1根，散着的小棒又够10根，把这10根再捆成1捆，就有2捆小棒，也就是2个十，即20，读作：二十。</w:t>
            </w:r>
          </w:p>
          <w:p>
            <w:pPr>
              <w:spacing w:after="20" w:line="276" w:lineRule="auto"/>
            </w:pPr>
            <w:r>
              <w:rPr>
                <w:rFonts w:ascii="宋体" w:hAnsi="宋体" w:eastAsia="宋体"/>
                <w:b w:val="0"/>
                <w:sz w:val="18"/>
              </w:rPr>
              <w:t>教师在黑板上贴数字卡片“20”，并板书“二十”。</w:t>
            </w:r>
          </w:p>
          <w:p>
            <w:pPr>
              <w:spacing w:after="20" w:line="276" w:lineRule="auto"/>
            </w:pPr>
            <w:r>
              <w:rPr>
                <w:rFonts w:ascii="宋体" w:hAnsi="宋体" w:eastAsia="宋体"/>
                <w:b w:val="0"/>
                <w:sz w:val="18"/>
              </w:rPr>
              <w:t>师：同学们，(举起2捆小棒)这里的2表示2个“十”。</w:t>
            </w:r>
          </w:p>
          <w:p>
            <w:pPr>
              <w:spacing w:after="20" w:line="276" w:lineRule="auto"/>
            </w:pPr>
            <w:r>
              <w:rPr>
                <w:rFonts w:ascii="宋体" w:hAnsi="宋体" w:eastAsia="宋体"/>
                <w:b w:val="0"/>
                <w:sz w:val="18"/>
              </w:rPr>
              <w:t>师：够10根就捆成1捆，这样表示数更清楚。</w:t>
            </w:r>
          </w:p>
          <w:p>
            <w:pPr>
              <w:spacing w:after="20" w:line="276" w:lineRule="auto"/>
            </w:pPr>
            <w:r>
              <w:rPr>
                <w:rFonts w:ascii="宋体" w:hAnsi="宋体" w:eastAsia="宋体"/>
                <w:b w:val="0"/>
                <w:sz w:val="18"/>
              </w:rPr>
              <w:t>(二)巩固应用，强化新知</w:t>
            </w:r>
          </w:p>
          <w:p>
            <w:pPr>
              <w:spacing w:after="20" w:line="276" w:lineRule="auto"/>
            </w:pPr>
            <w:r>
              <w:rPr>
                <w:rFonts w:ascii="宋体" w:hAnsi="宋体" w:eastAsia="宋体"/>
                <w:b w:val="0"/>
                <w:sz w:val="18"/>
              </w:rPr>
              <w:t>1．课件出示P73情境图。</w:t>
            </w:r>
          </w:p>
          <w:p>
            <w:pPr>
              <w:spacing w:after="20" w:line="276" w:lineRule="auto"/>
            </w:pPr>
            <w:r>
              <w:rPr>
                <w:rFonts w:ascii="宋体" w:hAnsi="宋体" w:eastAsia="宋体"/>
                <w:b w:val="0"/>
                <w:sz w:val="18"/>
              </w:rPr>
              <w:t>师：看看图上有什么，数出它们的数量。</w:t>
            </w:r>
          </w:p>
          <w:p>
            <w:pPr>
              <w:spacing w:after="20" w:line="276" w:lineRule="auto"/>
            </w:pPr>
            <w:r>
              <w:rPr>
                <w:rFonts w:ascii="宋体" w:hAnsi="宋体" w:eastAsia="宋体"/>
                <w:b w:val="0"/>
                <w:sz w:val="18"/>
              </w:rPr>
              <w:t>教师巡视，指名学生上台汇报。</w:t>
            </w:r>
          </w:p>
          <w:p>
            <w:pPr>
              <w:spacing w:after="20" w:line="276" w:lineRule="auto"/>
            </w:pPr>
            <w:r>
              <w:rPr>
                <w:rFonts w:ascii="宋体" w:hAnsi="宋体" w:eastAsia="宋体"/>
                <w:b w:val="0"/>
                <w:sz w:val="18"/>
              </w:rPr>
              <w:t>2．完成教科书P76“做一做”。</w:t>
            </w:r>
          </w:p>
          <w:p>
            <w:pPr>
              <w:spacing w:after="20" w:line="276" w:lineRule="auto"/>
            </w:pPr>
            <w:r>
              <w:rPr>
                <w:rFonts w:ascii="宋体" w:hAnsi="宋体" w:eastAsia="宋体"/>
                <w:b w:val="0"/>
                <w:sz w:val="18"/>
              </w:rPr>
              <w:t>(三)11～20各数的写法</w:t>
            </w:r>
          </w:p>
          <w:p>
            <w:pPr>
              <w:spacing w:after="20" w:line="276" w:lineRule="auto"/>
            </w:pPr>
            <w:r>
              <w:rPr>
                <w:rFonts w:ascii="宋体" w:hAnsi="宋体" w:eastAsia="宋体"/>
                <w:b w:val="0"/>
                <w:sz w:val="18"/>
              </w:rPr>
              <w:t>(1)写11。</w:t>
            </w:r>
          </w:p>
          <w:p>
            <w:pPr>
              <w:spacing w:after="20" w:line="276" w:lineRule="auto"/>
            </w:pPr>
            <w:r>
              <w:rPr>
                <w:rFonts w:ascii="宋体" w:hAnsi="宋体" w:eastAsia="宋体"/>
                <w:b w:val="0"/>
                <w:sz w:val="18"/>
              </w:rPr>
              <w:t>师：我们能用小棒表示出11，在计数器上该怎样表示呢？</w:t>
            </w:r>
          </w:p>
          <w:p>
            <w:pPr>
              <w:spacing w:after="20" w:line="276" w:lineRule="auto"/>
            </w:pPr>
            <w:r>
              <w:rPr>
                <w:rFonts w:ascii="宋体" w:hAnsi="宋体" w:eastAsia="宋体"/>
                <w:b w:val="0"/>
                <w:sz w:val="18"/>
              </w:rPr>
              <w:t>师：1个十和1个一合起来就是11。写数的时候，如果有1个“十”就在十位上写“1”，有1个“一”就在个位上写“1”。</w:t>
            </w:r>
          </w:p>
          <w:p>
            <w:pPr>
              <w:spacing w:after="20" w:line="276" w:lineRule="auto"/>
            </w:pPr>
            <w:r>
              <w:rPr>
                <w:rFonts w:ascii="宋体" w:hAnsi="宋体" w:eastAsia="宋体"/>
                <w:b w:val="0"/>
                <w:sz w:val="18"/>
              </w:rPr>
              <w:t>(2)写12～19各数。</w:t>
            </w:r>
          </w:p>
          <w:p>
            <w:pPr>
              <w:spacing w:after="20" w:line="276" w:lineRule="auto"/>
            </w:pPr>
            <w:r>
              <w:rPr>
                <w:rFonts w:ascii="宋体" w:hAnsi="宋体" w:eastAsia="宋体"/>
                <w:b w:val="0"/>
                <w:sz w:val="18"/>
              </w:rPr>
              <w:t>师：请你拿出计数器，在计数器上拨出这个数，这个数是多少？怎么写呢？(课件出示)</w:t>
            </w:r>
          </w:p>
          <w:p>
            <w:pPr>
              <w:spacing w:after="20" w:line="276" w:lineRule="auto"/>
            </w:pPr>
            <w:r>
              <w:rPr>
                <w:rFonts w:ascii="宋体" w:hAnsi="宋体" w:eastAsia="宋体"/>
                <w:b w:val="0"/>
                <w:sz w:val="18"/>
              </w:rPr>
              <w:t>师：同学们真棒！不仅能用计数器表示出15，还能写出15。你还能在计数器上表示出哪些十几的数呢？试一试，和同桌说一说。</w:t>
            </w:r>
          </w:p>
          <w:p>
            <w:pPr>
              <w:spacing w:after="20" w:line="276" w:lineRule="auto"/>
            </w:pPr>
            <w:r>
              <w:rPr>
                <w:rFonts w:ascii="宋体" w:hAnsi="宋体" w:eastAsia="宋体"/>
                <w:b w:val="0"/>
                <w:sz w:val="18"/>
              </w:rPr>
              <w:t>(3)20的写法。</w:t>
            </w:r>
          </w:p>
          <w:p>
            <w:pPr>
              <w:spacing w:after="20" w:line="276" w:lineRule="auto"/>
            </w:pPr>
            <w:r>
              <w:rPr>
                <w:rFonts w:ascii="宋体" w:hAnsi="宋体" w:eastAsia="宋体"/>
                <w:b w:val="0"/>
                <w:sz w:val="18"/>
              </w:rPr>
              <w:t>师：你们能在计数器上拨出20这个数吗？该怎么拨呢？(课件出示)</w:t>
            </w:r>
          </w:p>
          <w:p>
            <w:pPr>
              <w:spacing w:after="20" w:line="276" w:lineRule="auto"/>
            </w:pPr>
            <w:r>
              <w:rPr>
                <w:rFonts w:ascii="宋体" w:hAnsi="宋体" w:eastAsia="宋体"/>
                <w:b w:val="0"/>
                <w:sz w:val="18"/>
              </w:rPr>
              <w:t>在计数器十位上拨2颗珠子，个位上不拨珠子。[教师追问：为什么个位上不拨珠子呢？(因为十位上的2颗珠子就表示2个“十”)]</w:t>
            </w:r>
          </w:p>
          <w:p>
            <w:pPr>
              <w:spacing w:after="20" w:line="276" w:lineRule="auto"/>
            </w:pPr>
            <w:r>
              <w:rPr>
                <w:rFonts w:ascii="宋体" w:hAnsi="宋体" w:eastAsia="宋体"/>
                <w:b w:val="0"/>
                <w:sz w:val="18"/>
              </w:rPr>
              <w:t>师：你们能写出20这个数吗？为什么这样写？</w:t>
            </w:r>
          </w:p>
          <w:p>
            <w:pPr>
              <w:spacing w:after="20" w:line="276" w:lineRule="auto"/>
            </w:pPr>
            <w:r>
              <w:rPr>
                <w:rFonts w:ascii="宋体" w:hAnsi="宋体" w:eastAsia="宋体"/>
                <w:b w:val="0"/>
                <w:sz w:val="18"/>
              </w:rPr>
              <w:t>师：你认为20个位上的“0”不写行不行？为什么？</w:t>
            </w:r>
          </w:p>
          <w:p>
            <w:pPr>
              <w:spacing w:after="20" w:line="276" w:lineRule="auto"/>
            </w:pPr>
            <w:r>
              <w:rPr>
                <w:rFonts w:ascii="宋体" w:hAnsi="宋体" w:eastAsia="宋体"/>
                <w:b w:val="0"/>
                <w:sz w:val="18"/>
              </w:rPr>
              <w:t>2．归纳写数的方法。</w:t>
            </w:r>
          </w:p>
          <w:p>
            <w:pPr>
              <w:spacing w:after="20" w:line="276" w:lineRule="auto"/>
            </w:pPr>
            <w:r>
              <w:rPr>
                <w:rFonts w:ascii="宋体" w:hAnsi="宋体" w:eastAsia="宋体"/>
                <w:b w:val="0"/>
                <w:sz w:val="18"/>
              </w:rPr>
              <w:t>师：说一说你是怎样写出11～20这些数的。</w:t>
            </w:r>
          </w:p>
          <w:p>
            <w:pPr>
              <w:spacing w:after="20" w:line="276" w:lineRule="auto"/>
            </w:pPr>
            <w:r>
              <w:rPr>
                <w:rFonts w:ascii="宋体" w:hAnsi="宋体" w:eastAsia="宋体"/>
                <w:b w:val="0"/>
                <w:sz w:val="18"/>
              </w:rPr>
              <w:t>师小结：在写数时一定要分清数位，有1个十就在十位上写1，有2个十就在十位上写2，有几个一就在个位上写几。注意先写十位上的数，再写个位上的数，从高位写起。</w:t>
            </w:r>
          </w:p>
          <w:p>
            <w:pPr>
              <w:spacing w:after="20" w:line="276" w:lineRule="auto"/>
            </w:pPr>
            <w:r>
              <w:rPr>
                <w:rFonts w:ascii="宋体" w:hAnsi="宋体" w:eastAsia="宋体"/>
                <w:b w:val="0"/>
                <w:sz w:val="18"/>
              </w:rPr>
              <w:t>3．在田字格里书写11～20各数。</w:t>
            </w:r>
          </w:p>
          <w:p>
            <w:pPr>
              <w:spacing w:after="20" w:line="276" w:lineRule="auto"/>
            </w:pPr>
            <w:r>
              <w:rPr>
                <w:rFonts w:ascii="宋体" w:hAnsi="宋体" w:eastAsia="宋体"/>
                <w:b w:val="0"/>
                <w:sz w:val="18"/>
              </w:rPr>
              <w:t>教师指导学生在田字格里书写11～20各数。</w:t>
            </w:r>
          </w:p>
          <w:p>
            <w:pPr>
              <w:spacing w:after="20" w:line="276" w:lineRule="auto"/>
            </w:pPr>
            <w:r>
              <w:rPr>
                <w:rFonts w:ascii="宋体" w:hAnsi="宋体" w:eastAsia="宋体"/>
                <w:b w:val="0"/>
                <w:sz w:val="18"/>
              </w:rPr>
              <w:t>展示学生书写的作业，进行评价。</w:t>
            </w:r>
          </w:p>
          <w:p>
            <w:pPr>
              <w:spacing w:after="20" w:line="276" w:lineRule="auto"/>
            </w:pPr>
            <w:r>
              <w:rPr>
                <w:rFonts w:ascii="宋体" w:hAnsi="宋体" w:eastAsia="宋体"/>
                <w:b w:val="0"/>
                <w:sz w:val="18"/>
              </w:rPr>
              <w:t>(四)巩固练习</w:t>
            </w:r>
          </w:p>
          <w:p>
            <w:pPr>
              <w:spacing w:after="20" w:line="276" w:lineRule="auto"/>
            </w:pPr>
            <w:r>
              <w:rPr>
                <w:rFonts w:ascii="宋体" w:hAnsi="宋体" w:eastAsia="宋体"/>
                <w:b w:val="0"/>
                <w:sz w:val="18"/>
              </w:rPr>
              <w:t>完成教科书P77“做一做”第1、2题。</w:t>
            </w:r>
          </w:p>
        </w:tc>
        <w:tc>
          <w:tcPr>
            <w:tcW w:type="dxa" w:w="3061"/>
          </w:tcPr>
          <w:p>
            <w:pPr>
              <w:spacing w:after="20" w:line="276" w:lineRule="auto"/>
            </w:pPr>
            <w:r/>
            <w:r>
              <w:rPr>
                <w:rFonts w:ascii="宋体" w:hAnsi="宋体" w:eastAsia="宋体"/>
                <w:b w:val="0"/>
                <w:sz w:val="18"/>
              </w:rPr>
              <w:t>1．动手操作，进一步体会“一”和“十”的十进关系。</w:t>
            </w:r>
          </w:p>
          <w:p>
            <w:pPr>
              <w:spacing w:after="20" w:line="276" w:lineRule="auto"/>
            </w:pPr>
            <w:r>
              <w:rPr>
                <w:rFonts w:ascii="宋体" w:hAnsi="宋体" w:eastAsia="宋体"/>
                <w:b w:val="0"/>
                <w:sz w:val="18"/>
              </w:rPr>
              <w:t>学生自己操作后，指名学生到前面示范。</w:t>
            </w:r>
          </w:p>
          <w:p>
            <w:pPr>
              <w:spacing w:after="20" w:line="276" w:lineRule="auto"/>
            </w:pPr>
            <w:r>
              <w:rPr>
                <w:rFonts w:ascii="宋体" w:hAnsi="宋体" w:eastAsia="宋体"/>
                <w:b w:val="0"/>
                <w:sz w:val="18"/>
              </w:rPr>
              <w:t>学生再次动手操作。</w:t>
            </w:r>
          </w:p>
          <w:p>
            <w:pPr>
              <w:spacing w:after="20" w:line="276" w:lineRule="auto"/>
            </w:pPr>
            <w:r>
              <w:rPr>
                <w:rFonts w:ascii="宋体" w:hAnsi="宋体" w:eastAsia="宋体"/>
                <w:b w:val="0"/>
                <w:sz w:val="18"/>
              </w:rPr>
              <w:t>学生独立数出情境图中各物体的个数，将每组中的“10”圈起来。</w:t>
            </w:r>
          </w:p>
          <w:p>
            <w:pPr>
              <w:spacing w:after="20" w:line="276" w:lineRule="auto"/>
            </w:pPr>
            <w:r>
              <w:rPr>
                <w:rFonts w:ascii="宋体" w:hAnsi="宋体" w:eastAsia="宋体"/>
                <w:b w:val="0"/>
                <w:sz w:val="18"/>
              </w:rPr>
              <w:t>1．动手操作，学习写11～20各数。</w:t>
            </w:r>
          </w:p>
          <w:p>
            <w:pPr>
              <w:spacing w:after="20" w:line="276" w:lineRule="auto"/>
            </w:pPr>
            <w:r>
              <w:rPr>
                <w:rFonts w:ascii="宋体" w:hAnsi="宋体" w:eastAsia="宋体"/>
                <w:b w:val="0"/>
                <w:sz w:val="18"/>
              </w:rPr>
              <w:t>学生独立思考后汇报。</w:t>
            </w:r>
          </w:p>
          <w:p>
            <w:pPr>
              <w:spacing w:after="20" w:line="276" w:lineRule="auto"/>
            </w:pPr>
            <w:r>
              <w:rPr>
                <w:rFonts w:ascii="宋体" w:hAnsi="宋体" w:eastAsia="宋体"/>
                <w:b w:val="0"/>
                <w:sz w:val="18"/>
              </w:rPr>
              <w:t>学生说出：在个位上放1颗珠子，在十位上放1颗珠子。[教师追问：个位上放1颗珠子表示什么？(表示“1”)十位上放1颗珠子表示什么？(表示“10”)]</w:t>
            </w:r>
          </w:p>
          <w:p>
            <w:pPr>
              <w:spacing w:after="20" w:line="276" w:lineRule="auto"/>
            </w:pPr>
            <w:r>
              <w:rPr>
                <w:rFonts w:ascii="宋体" w:hAnsi="宋体" w:eastAsia="宋体"/>
                <w:b w:val="0"/>
                <w:sz w:val="18"/>
              </w:rPr>
              <w:t>学生按要求操作，同桌互相说一说，教师巡视指导。</w:t>
            </w:r>
          </w:p>
          <w:p>
            <w:pPr>
              <w:spacing w:after="20" w:line="276" w:lineRule="auto"/>
            </w:pPr>
            <w:r>
              <w:rPr>
                <w:rFonts w:ascii="宋体" w:hAnsi="宋体" w:eastAsia="宋体"/>
                <w:b w:val="0"/>
                <w:sz w:val="18"/>
              </w:rPr>
              <w:t>学生自主操作，同桌交流，教师巡视指导，分别写出11～19各数。</w:t>
            </w:r>
          </w:p>
          <w:p>
            <w:pPr>
              <w:spacing w:after="20" w:line="276" w:lineRule="auto"/>
            </w:pPr>
            <w:r>
              <w:rPr>
                <w:rFonts w:ascii="宋体" w:hAnsi="宋体" w:eastAsia="宋体"/>
                <w:b w:val="0"/>
                <w:sz w:val="18"/>
              </w:rPr>
              <w:t>学生说出：如果不写20个位上的“0”，就只能表示2个“一”。0起占位作用。</w:t>
            </w:r>
          </w:p>
          <w:p>
            <w:pPr>
              <w:spacing w:after="20" w:line="276" w:lineRule="auto"/>
            </w:pPr>
            <w:r>
              <w:rPr>
                <w:rFonts w:ascii="宋体" w:hAnsi="宋体" w:eastAsia="宋体"/>
                <w:b w:val="0"/>
                <w:sz w:val="18"/>
              </w:rPr>
              <w:t>学生讨论后回答。</w:t>
            </w:r>
          </w:p>
          <w:p>
            <w:pPr>
              <w:spacing w:after="20" w:line="276" w:lineRule="auto"/>
            </w:pPr>
            <w:r>
              <w:rPr>
                <w:rFonts w:ascii="宋体" w:hAnsi="宋体" w:eastAsia="宋体"/>
                <w:b w:val="0"/>
                <w:sz w:val="18"/>
              </w:rPr>
              <w:t>学生解答后交流。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设计递进式探究活动，引导学生在动手实践与合作交流中经历知识形成过程，突破本课重难点，核心问题："谁来说一说你是怎么做的？"</w:t>
            </w:r>
          </w:p>
        </w:tc>
      </w:tr>
      <w:tr>
        <w:tc>
          <w:tcPr>
            <w:tcW w:type="dxa" w:w="1474"/>
          </w:tcPr>
          <w:p>
            <w:pPr>
              <w:spacing w:after="20" w:line="276" w:lineRule="auto"/>
            </w:pPr>
            <w:r>
              <w:rPr>
                <w:b/>
              </w:rPr>
            </w:r>
            <w:r>
              <w:rPr>
                <w:rFonts w:ascii="宋体" w:hAnsi="宋体" w:eastAsia="宋体"/>
                <w:b/>
                <w:sz w:val="18"/>
              </w:rPr>
              <w:t>回顾总结，内化新知</w:t>
            </w:r>
          </w:p>
        </w:tc>
        <w:tc>
          <w:tcPr>
            <w:tcW w:type="dxa" w:w="3061"/>
          </w:tcPr>
          <w:p>
            <w:pPr>
              <w:spacing w:after="20" w:line="276" w:lineRule="auto"/>
            </w:pPr>
            <w:r/>
            <w:r>
              <w:rPr>
                <w:rFonts w:ascii="宋体" w:hAnsi="宋体" w:eastAsia="宋体"/>
                <w:b w:val="0"/>
                <w:sz w:val="18"/>
              </w:rPr>
              <w:t>师生共同回顾本节课教学过程，对学生学习情况进行总结。</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11～20的认识</w:t>
      </w:r>
    </w:p>
    <w:p>
      <w:pPr>
        <w:spacing w:after="40" w:line="300" w:lineRule="auto"/>
      </w:pPr>
      <w:r>
        <w:rPr>
          <w:rFonts w:ascii="宋体" w:hAnsi="宋体" w:eastAsia="宋体"/>
          <w:b w:val="0"/>
          <w:sz w:val="20"/>
        </w:rPr>
        <w:t>从右边起第一位是个位，第二位是十位。</w:t>
      </w:r>
    </w:p>
    <w:p>
      <w:pPr>
        <w:spacing w:after="40" w:line="300" w:lineRule="auto"/>
      </w:pPr>
      <w:r>
        <w:rPr>
          <w:rFonts w:ascii="宋体" w:hAnsi="宋体" w:eastAsia="宋体"/>
          <w:b w:val="0"/>
          <w:sz w:val="20"/>
        </w:rPr>
        <w:t>写数时，有1个十在十位写1，有2个十在十位写2。</w:t>
      </w:r>
    </w:p>
    <w:p>
      <w:pPr>
        <w:spacing w:after="40" w:line="300" w:lineRule="auto"/>
      </w:pPr>
      <w:r>
        <w:rPr>
          <w:rFonts w:ascii="宋体" w:hAnsi="宋体" w:eastAsia="宋体"/>
          <w:b w:val="0"/>
          <w:sz w:val="20"/>
        </w:rPr>
        <w:t>有几个一就在个位写几。</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教科书P76～77例1、例2，完成教科书P76“做一做”和P77“做一做”。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11～20各数，学生并不陌生，但对于它们的读法、写法，或者用数的组成对一个具体的数加以解释、说明它的意思，会感到困难。教学中借助小棒、计数器等实物，使学生在摆一摆、拨一拨等操作活动中，充分理解位值制的含义，使抽象的概念在操作活动中变得具体直观，易于接受。在实际操作中感悟并理解“1个十和几个一表示十几”，真正理解数的实际意义，建立数感。</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20以内数的顺序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20以内数的顺序</w:t>
            </w:r>
          </w:p>
        </w:tc>
        <w:tc>
          <w:tcPr>
            <w:tcW w:type="dxa" w:w="6009"/>
          </w:tcPr>
          <w:p>
            <w:pPr>
              <w:spacing w:after="20" w:line="276" w:lineRule="auto"/>
            </w:pPr>
            <w:r/>
            <w:r>
              <w:rPr>
                <w:rFonts w:ascii="宋体" w:hAnsi="宋体" w:eastAsia="宋体"/>
                <w:b w:val="0"/>
                <w:sz w:val="20"/>
              </w:rPr>
              <w:t>第4单元 11-20的认识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教学内容：教科书P78例3，完成教科书P78“做一做”。</w:t>
      </w:r>
    </w:p>
    <w:p>
      <w:pPr>
        <w:spacing w:after="80" w:line="300" w:lineRule="auto"/>
        <w:ind w:firstLine="400"/>
      </w:pPr>
      <w:r>
        <w:rPr>
          <w:rFonts w:ascii="宋体" w:hAnsi="宋体" w:eastAsia="宋体"/>
          <w:b w:val="0"/>
          <w:sz w:val="20"/>
        </w:rPr>
        <w:t>设计思路：在前面的学习中，学生已经初步感知了相邻两个数之间的联系和顺序，本节课充分借助卡片，让学生在摆一摆的活动中整体把握0～20的顺序，借助直尺直观感知0～20在实际中的应用，进一步理解0～20的顺序。</w:t>
      </w:r>
    </w:p>
    <w:p>
      <w:pPr>
        <w:spacing w:after="80" w:line="300" w:lineRule="auto"/>
        <w:ind w:firstLine="400"/>
      </w:pPr>
      <w:r>
        <w:rPr>
          <w:rFonts w:ascii="宋体" w:hAnsi="宋体" w:eastAsia="宋体"/>
          <w:b w:val="0"/>
          <w:sz w:val="20"/>
        </w:rPr>
        <w:t>教学准备：课件、0～20的数字卡片、直尺。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（1）知道20以内数的顺序，能在直尺上准确找出数的位置，会比较数的大小。</w:t>
      </w:r>
    </w:p>
    <w:p>
      <w:pPr>
        <w:spacing w:after="20" w:line="300" w:lineRule="auto"/>
        <w:ind w:firstLine="400"/>
      </w:pPr>
      <w:r>
        <w:rPr>
          <w:rFonts w:ascii="宋体" w:hAnsi="宋体" w:eastAsia="宋体"/>
          <w:b w:val="0"/>
          <w:sz w:val="20"/>
        </w:rPr>
        <w:t>（2）会根据数的排列规律找相邻数、中间数以及相近数。</w:t>
      </w:r>
    </w:p>
    <w:p>
      <w:pPr>
        <w:spacing w:after="20" w:line="300" w:lineRule="auto"/>
        <w:ind w:firstLine="400"/>
      </w:pPr>
      <w:r>
        <w:rPr>
          <w:rFonts w:ascii="宋体" w:hAnsi="宋体" w:eastAsia="宋体"/>
          <w:b w:val="0"/>
          <w:sz w:val="20"/>
        </w:rPr>
        <w:t>（3）通过数学活动，培养学生初步的迁移类推及有序思考的能力。</w:t>
      </w:r>
    </w:p>
    <w:p>
      <w:pPr>
        <w:spacing w:after="20" w:line="300" w:lineRule="auto"/>
      </w:pPr>
      <w:r>
        <w:rPr>
          <w:rFonts w:ascii="宋体" w:hAnsi="宋体" w:eastAsia="宋体"/>
          <w:b w:val="0"/>
          <w:sz w:val="20"/>
        </w:rPr>
        <w:t>教学重点：掌握20以内数的顺序并能比较数的大小。</w:t>
      </w:r>
    </w:p>
    <w:p>
      <w:pPr>
        <w:spacing w:after="20" w:line="300" w:lineRule="auto"/>
      </w:pPr>
      <w:r>
        <w:rPr>
          <w:rFonts w:ascii="宋体" w:hAnsi="宋体" w:eastAsia="宋体"/>
          <w:b w:val="0"/>
          <w:sz w:val="20"/>
        </w:rPr>
        <w:t>教学难点：培养学生初步的迁移类推及有序思考的能力。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(课件出示5、3、1、4、2、0)同学们，快看！谁来啦？；你能按从小到大的顺序给它们排排队吗？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课件、尺子、数字卡片</w:t>
            </w:r>
          </w:p>
        </w:tc>
        <w:tc>
          <w:tcPr>
            <w:tcW w:type="dxa" w:w="3402"/>
          </w:tcPr>
          <w:p>
            <w:pPr>
              <w:spacing w:after="20" w:line="276" w:lineRule="auto"/>
            </w:pPr>
            <w:r/>
            <w:r>
              <w:rPr>
                <w:rFonts w:ascii="宋体" w:hAnsi="宋体" w:eastAsia="宋体"/>
                <w:b w:val="0"/>
                <w:sz w:val="18"/>
              </w:rPr>
              <w:t>请同学们仔细观察，你们能发现这些数之间有什么奥秘吗？；我们再来看一看完整尺子上的数，你得到了哪些信息？</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巩固应用</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通过今天的学习，你有哪些新的收获？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w:t>
            </w:r>
          </w:p>
        </w:tc>
        <w:tc>
          <w:tcPr>
            <w:tcW w:type="dxa" w:w="3061"/>
          </w:tcPr>
          <w:p>
            <w:pPr>
              <w:spacing w:after="20" w:line="276" w:lineRule="auto"/>
            </w:pPr>
            <w:r/>
            <w:r>
              <w:rPr>
                <w:rFonts w:ascii="宋体" w:hAnsi="宋体" w:eastAsia="宋体"/>
                <w:b w:val="0"/>
                <w:sz w:val="18"/>
              </w:rPr>
              <w:t>师：同学们，老师今天要带着大家一起去数宝宝们的王国里探险，你们想不想去？</w:t>
            </w:r>
          </w:p>
          <w:p>
            <w:pPr>
              <w:spacing w:after="20" w:line="276" w:lineRule="auto"/>
            </w:pPr>
            <w:r>
              <w:rPr>
                <w:rFonts w:ascii="宋体" w:hAnsi="宋体" w:eastAsia="宋体"/>
                <w:b w:val="0"/>
                <w:sz w:val="18"/>
              </w:rPr>
              <w:t>师：(课件出示5、3、1、4、2、0)同学们，快看！谁来啦？</w:t>
            </w:r>
          </w:p>
          <w:p>
            <w:pPr>
              <w:spacing w:after="20" w:line="276" w:lineRule="auto"/>
            </w:pPr>
            <w:r>
              <w:rPr>
                <w:rFonts w:ascii="宋体" w:hAnsi="宋体" w:eastAsia="宋体"/>
                <w:b w:val="0"/>
                <w:sz w:val="18"/>
              </w:rPr>
              <w:t>引导学生大声读出屏幕上出现的数。</w:t>
            </w:r>
          </w:p>
          <w:p>
            <w:pPr>
              <w:spacing w:after="20" w:line="276" w:lineRule="auto"/>
            </w:pPr>
            <w:r>
              <w:rPr>
                <w:rFonts w:ascii="宋体" w:hAnsi="宋体" w:eastAsia="宋体"/>
                <w:b w:val="0"/>
                <w:sz w:val="18"/>
              </w:rPr>
              <w:t>师：你能按从小到大的顺序给它们排排队吗？</w:t>
            </w:r>
          </w:p>
          <w:p>
            <w:pPr>
              <w:spacing w:after="20" w:line="276" w:lineRule="auto"/>
            </w:pPr>
            <w:r>
              <w:rPr>
                <w:rFonts w:ascii="宋体" w:hAnsi="宋体" w:eastAsia="宋体"/>
                <w:b w:val="0"/>
                <w:sz w:val="18"/>
              </w:rPr>
              <w:t>师：你能接着数出5后面的5个数吗？</w:t>
            </w:r>
          </w:p>
          <w:p>
            <w:pPr>
              <w:spacing w:after="20" w:line="276" w:lineRule="auto"/>
            </w:pPr>
            <w:r>
              <w:rPr>
                <w:rFonts w:ascii="宋体" w:hAnsi="宋体" w:eastAsia="宋体"/>
                <w:b w:val="0"/>
                <w:sz w:val="18"/>
              </w:rPr>
              <w:t>(教师根据学生回答依次贴出6～10的数字卡片，课件出示依次排在5后面的6、7、8、9、10)</w:t>
            </w:r>
          </w:p>
          <w:p>
            <w:pPr>
              <w:spacing w:after="20" w:line="276" w:lineRule="auto"/>
            </w:pPr>
            <w:r>
              <w:rPr>
                <w:rFonts w:ascii="宋体" w:hAnsi="宋体" w:eastAsia="宋体"/>
                <w:b w:val="0"/>
                <w:sz w:val="18"/>
              </w:rPr>
              <w:t>师：我们发现这些数都是按一定的顺序排列的。今天我们就一起来学习20以内数的顺序。(板书课题：20以内数的顺序)</w:t>
            </w:r>
          </w:p>
        </w:tc>
        <w:tc>
          <w:tcPr>
            <w:tcW w:type="dxa" w:w="3061"/>
          </w:tcPr>
          <w:p>
            <w:pPr>
              <w:spacing w:after="20" w:line="276" w:lineRule="auto"/>
            </w:pPr>
            <w:r/>
            <w:r>
              <w:rPr>
                <w:rFonts w:ascii="宋体" w:hAnsi="宋体" w:eastAsia="宋体"/>
                <w:b w:val="0"/>
                <w:sz w:val="18"/>
              </w:rPr>
              <w:t>学生举手，教师指名学生上台按从小到大的顺序贴出0～5的数字卡片。(课件出示0、1、2、3、4、5排成一队)</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创设情境激活学生已有经验，自然引出本课学习内容，激发学习兴趣，核心问题："(课件出示5、3、1、4、2、0)同学们，快看！谁来啦？"</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1.用卡片帮助学生理解数的顺序。</w:t>
            </w:r>
          </w:p>
          <w:p>
            <w:pPr>
              <w:spacing w:after="20" w:line="276" w:lineRule="auto"/>
            </w:pPr>
            <w:r>
              <w:rPr>
                <w:rFonts w:ascii="宋体" w:hAnsi="宋体" w:eastAsia="宋体"/>
                <w:b w:val="0"/>
                <w:sz w:val="18"/>
              </w:rPr>
              <w:t>师：请同学们仔细观察，你们能发现这些数之间有什么奥秘吗？</w:t>
            </w:r>
          </w:p>
          <w:p>
            <w:pPr>
              <w:spacing w:after="20" w:line="276" w:lineRule="auto"/>
            </w:pPr>
            <w:r>
              <w:rPr>
                <w:rFonts w:ascii="宋体" w:hAnsi="宋体" w:eastAsia="宋体"/>
                <w:b w:val="0"/>
                <w:sz w:val="18"/>
              </w:rPr>
              <w:t>教师引导学生说出从0到10，数一个比一个大。</w:t>
            </w:r>
          </w:p>
          <w:p>
            <w:pPr>
              <w:spacing w:after="20" w:line="276" w:lineRule="auto"/>
            </w:pPr>
            <w:r>
              <w:rPr>
                <w:rFonts w:ascii="宋体" w:hAnsi="宋体" w:eastAsia="宋体"/>
                <w:b w:val="0"/>
                <w:sz w:val="18"/>
              </w:rPr>
              <w:t>师：谁能按这样的规律把老师手中的数宝宝卡片接着贴在黑板上吗？</w:t>
            </w:r>
          </w:p>
          <w:p>
            <w:pPr>
              <w:spacing w:after="20" w:line="276" w:lineRule="auto"/>
            </w:pPr>
            <w:r>
              <w:rPr>
                <w:rFonts w:ascii="宋体" w:hAnsi="宋体" w:eastAsia="宋体"/>
                <w:b w:val="0"/>
                <w:sz w:val="18"/>
              </w:rPr>
              <w:t>2．利用直尺直观感知数的顺序。</w:t>
            </w:r>
          </w:p>
          <w:p>
            <w:pPr>
              <w:spacing w:after="20" w:line="276" w:lineRule="auto"/>
            </w:pPr>
            <w:r>
              <w:rPr>
                <w:rFonts w:ascii="宋体" w:hAnsi="宋体" w:eastAsia="宋体"/>
                <w:b w:val="0"/>
                <w:sz w:val="18"/>
              </w:rPr>
              <w:t>师：刚才我们了解了20以内数的顺序，这些数在直尺上也能看到。请看！(课件出示直尺图)</w:t>
            </w:r>
          </w:p>
          <w:p>
            <w:pPr>
              <w:spacing w:after="20" w:line="276" w:lineRule="auto"/>
            </w:pPr>
            <w:r>
              <w:rPr>
                <w:rFonts w:ascii="宋体" w:hAnsi="宋体" w:eastAsia="宋体"/>
                <w:b w:val="0"/>
                <w:sz w:val="18"/>
              </w:rPr>
              <w:t>师：老师的直尺上缺了几个数，谁来帮老师补上？</w:t>
            </w:r>
          </w:p>
          <w:p>
            <w:pPr>
              <w:spacing w:after="20" w:line="276" w:lineRule="auto"/>
            </w:pPr>
            <w:r>
              <w:rPr>
                <w:rFonts w:ascii="宋体" w:hAnsi="宋体" w:eastAsia="宋体"/>
                <w:b w:val="0"/>
                <w:sz w:val="18"/>
              </w:rPr>
              <w:t>师：我们再来看一看完整尺子上的数，你得到了哪些信息？</w:t>
            </w:r>
          </w:p>
          <w:p>
            <w:pPr>
              <w:spacing w:after="20" w:line="276" w:lineRule="auto"/>
            </w:pPr>
            <w:r>
              <w:rPr>
                <w:rFonts w:ascii="宋体" w:hAnsi="宋体" w:eastAsia="宋体"/>
                <w:b w:val="0"/>
                <w:sz w:val="18"/>
              </w:rPr>
              <w:t>3．通过提问，加深学生对20以内数的顺序的认识。</w:t>
            </w:r>
          </w:p>
          <w:p>
            <w:pPr>
              <w:spacing w:after="20" w:line="276" w:lineRule="auto"/>
            </w:pPr>
            <w:r>
              <w:rPr>
                <w:rFonts w:ascii="宋体" w:hAnsi="宋体" w:eastAsia="宋体"/>
                <w:b w:val="0"/>
                <w:sz w:val="18"/>
              </w:rPr>
              <w:t>师：比15大1的数是几？比20小1的数是几？说说你是怎么找的。</w:t>
            </w:r>
          </w:p>
          <w:p>
            <w:pPr>
              <w:spacing w:after="20" w:line="276" w:lineRule="auto"/>
            </w:pPr>
            <w:r>
              <w:rPr>
                <w:rFonts w:ascii="宋体" w:hAnsi="宋体" w:eastAsia="宋体"/>
                <w:b w:val="0"/>
                <w:sz w:val="18"/>
              </w:rPr>
              <w:t>师：12更接近10，还是更接近20？说说你是怎么判断的。</w:t>
            </w:r>
          </w:p>
          <w:p>
            <w:pPr>
              <w:spacing w:after="20" w:line="276" w:lineRule="auto"/>
            </w:pPr>
            <w:r>
              <w:rPr>
                <w:rFonts w:ascii="宋体" w:hAnsi="宋体" w:eastAsia="宋体"/>
                <w:b w:val="0"/>
                <w:sz w:val="18"/>
              </w:rPr>
              <w:t>有的学生会根据直尺上面两个数之间的距离长短直观地得出答案，有的学生还能根据两个数之间有几个数来判断。</w:t>
            </w:r>
          </w:p>
          <w:p>
            <w:pPr>
              <w:spacing w:after="20" w:line="276" w:lineRule="auto"/>
            </w:pPr>
            <w:r>
              <w:rPr>
                <w:rFonts w:ascii="宋体" w:hAnsi="宋体" w:eastAsia="宋体"/>
                <w:b w:val="0"/>
                <w:sz w:val="18"/>
              </w:rPr>
              <w:t>师小结：没错，两个数之间的数越少，它们就越接近。</w:t>
            </w:r>
          </w:p>
          <w:p>
            <w:pPr>
              <w:spacing w:after="20" w:line="276" w:lineRule="auto"/>
            </w:pPr>
            <w:r>
              <w:rPr>
                <w:rFonts w:ascii="宋体" w:hAnsi="宋体" w:eastAsia="宋体"/>
                <w:b w:val="0"/>
                <w:sz w:val="18"/>
              </w:rPr>
              <w:t>师：你们能像老师这样提出问题吗？</w:t>
            </w:r>
          </w:p>
          <w:p>
            <w:pPr>
              <w:spacing w:after="20" w:line="276" w:lineRule="auto"/>
            </w:pPr>
            <w:r>
              <w:rPr>
                <w:rFonts w:ascii="宋体" w:hAnsi="宋体" w:eastAsia="宋体"/>
                <w:b w:val="0"/>
                <w:sz w:val="18"/>
              </w:rPr>
              <w:t>师：老师手中有一张数宝宝卡片，这个数在10到20之间，更接近10，请你们猜一猜这个数是多少？</w:t>
            </w:r>
          </w:p>
          <w:p>
            <w:pPr>
              <w:spacing w:after="20" w:line="276" w:lineRule="auto"/>
            </w:pPr>
            <w:r>
              <w:rPr>
                <w:rFonts w:ascii="宋体" w:hAnsi="宋体" w:eastAsia="宋体"/>
                <w:b w:val="0"/>
                <w:sz w:val="18"/>
              </w:rPr>
              <w:t>师：为什么不猜18、19呢？</w:t>
            </w:r>
          </w:p>
        </w:tc>
        <w:tc>
          <w:tcPr>
            <w:tcW w:type="dxa" w:w="3061"/>
          </w:tcPr>
          <w:p>
            <w:pPr>
              <w:spacing w:after="20" w:line="276" w:lineRule="auto"/>
            </w:pPr>
            <w:r/>
            <w:r>
              <w:rPr>
                <w:rFonts w:ascii="宋体" w:hAnsi="宋体" w:eastAsia="宋体"/>
                <w:b w:val="0"/>
                <w:sz w:val="18"/>
              </w:rPr>
              <w:t>学生举手，教师指名学生上台继续贴11～20的数字卡片。</w:t>
            </w:r>
          </w:p>
          <w:p>
            <w:pPr>
              <w:spacing w:after="20" w:line="276" w:lineRule="auto"/>
            </w:pPr>
            <w:r>
              <w:rPr>
                <w:rFonts w:ascii="宋体" w:hAnsi="宋体" w:eastAsia="宋体"/>
                <w:b w:val="0"/>
                <w:sz w:val="18"/>
              </w:rPr>
              <w:t>学生开火车读数。</w:t>
            </w:r>
          </w:p>
          <w:p>
            <w:pPr>
              <w:spacing w:after="20" w:line="276" w:lineRule="auto"/>
            </w:pPr>
            <w:r>
              <w:rPr>
                <w:rFonts w:ascii="宋体" w:hAnsi="宋体" w:eastAsia="宋体"/>
                <w:b w:val="0"/>
                <w:sz w:val="18"/>
              </w:rPr>
              <w:t>学生汇报，教师评价。</w:t>
            </w:r>
          </w:p>
          <w:p>
            <w:pPr>
              <w:spacing w:after="20" w:line="276" w:lineRule="auto"/>
            </w:pPr>
            <w:r>
              <w:rPr>
                <w:rFonts w:ascii="宋体" w:hAnsi="宋体" w:eastAsia="宋体"/>
                <w:b w:val="0"/>
                <w:sz w:val="18"/>
              </w:rPr>
              <w:t>预设1：从左往右看数依次增加，是从小到大的顺序。</w:t>
            </w:r>
          </w:p>
          <w:p>
            <w:pPr>
              <w:spacing w:after="20" w:line="276" w:lineRule="auto"/>
            </w:pPr>
            <w:r>
              <w:rPr>
                <w:rFonts w:ascii="宋体" w:hAnsi="宋体" w:eastAsia="宋体"/>
                <w:b w:val="0"/>
                <w:sz w:val="18"/>
              </w:rPr>
              <w:t>预设2：从右往左看数依次减少，是从大到小的顺序。</w:t>
            </w:r>
          </w:p>
          <w:p>
            <w:pPr>
              <w:spacing w:after="20" w:line="276" w:lineRule="auto"/>
            </w:pPr>
            <w:r>
              <w:rPr>
                <w:rFonts w:ascii="宋体" w:hAnsi="宋体" w:eastAsia="宋体"/>
                <w:b w:val="0"/>
                <w:sz w:val="18"/>
              </w:rPr>
              <w:t>预设3：越靠近前面的数越小，越靠近后面的数越大。</w:t>
            </w:r>
          </w:p>
          <w:p>
            <w:pPr>
              <w:spacing w:after="20" w:line="276" w:lineRule="auto"/>
            </w:pPr>
            <w:r>
              <w:rPr>
                <w:rFonts w:ascii="宋体" w:hAnsi="宋体" w:eastAsia="宋体"/>
                <w:b w:val="0"/>
                <w:sz w:val="18"/>
              </w:rPr>
              <w:t>预设4：通过观察，我发现14比13大，14又比15小，14前面的数是13，14后面的数是15。</w:t>
            </w:r>
          </w:p>
          <w:p>
            <w:pPr>
              <w:spacing w:after="20" w:line="276" w:lineRule="auto"/>
            </w:pPr>
            <w:r>
              <w:rPr>
                <w:rFonts w:ascii="宋体" w:hAnsi="宋体" w:eastAsia="宋体"/>
                <w:b w:val="0"/>
                <w:sz w:val="18"/>
              </w:rPr>
              <w:t>学生能根据填好的直尺图准确回答，知道找比一个数大1的数要看后一个数，找比一个数小1的数要看前一个数。</w:t>
            </w:r>
          </w:p>
          <w:p>
            <w:pPr>
              <w:spacing w:after="20" w:line="276" w:lineRule="auto"/>
            </w:pPr>
            <w:r>
              <w:rPr>
                <w:rFonts w:ascii="宋体" w:hAnsi="宋体" w:eastAsia="宋体"/>
                <w:b w:val="0"/>
                <w:sz w:val="18"/>
              </w:rPr>
              <w:t>学生模仿教师提问，并找其他学生回答，教师及时评价。</w:t>
            </w:r>
          </w:p>
          <w:p>
            <w:pPr>
              <w:spacing w:after="20" w:line="276" w:lineRule="auto"/>
            </w:pPr>
            <w:r>
              <w:rPr>
                <w:rFonts w:ascii="宋体" w:hAnsi="宋体" w:eastAsia="宋体"/>
                <w:b w:val="0"/>
                <w:sz w:val="18"/>
              </w:rPr>
              <w:t>学生举手猜数。</w:t>
            </w:r>
          </w:p>
          <w:p>
            <w:pPr>
              <w:spacing w:after="20" w:line="276" w:lineRule="auto"/>
            </w:pPr>
            <w:r>
              <w:rPr>
                <w:rFonts w:ascii="宋体" w:hAnsi="宋体" w:eastAsia="宋体"/>
                <w:b w:val="0"/>
                <w:sz w:val="18"/>
              </w:rPr>
              <w:t>学生思考并回答。</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设计递进式探究活动，引导学生在动手实践与合作交流中经历知识形成过程，突破本课重难点，核心问题："请同学们仔细观察，你们能发现这些数之间有什么奥秘吗？"</w:t>
            </w:r>
          </w:p>
        </w:tc>
      </w:tr>
      <w:tr>
        <w:tc>
          <w:tcPr>
            <w:tcW w:type="dxa" w:w="1474"/>
          </w:tcPr>
          <w:p>
            <w:pPr>
              <w:spacing w:after="20" w:line="276" w:lineRule="auto"/>
            </w:pPr>
            <w:r>
              <w:rPr>
                <w:b/>
              </w:rPr>
            </w:r>
            <w:r>
              <w:rPr>
                <w:rFonts w:ascii="宋体" w:hAnsi="宋体" w:eastAsia="宋体"/>
                <w:b/>
                <w:sz w:val="18"/>
              </w:rPr>
              <w:t>巩固应用</w:t>
            </w:r>
          </w:p>
        </w:tc>
        <w:tc>
          <w:tcPr>
            <w:tcW w:type="dxa" w:w="3061"/>
          </w:tcPr>
          <w:p>
            <w:pPr>
              <w:spacing w:after="20" w:line="276" w:lineRule="auto"/>
            </w:pPr>
            <w:r/>
            <w:r>
              <w:rPr>
                <w:rFonts w:ascii="宋体" w:hAnsi="宋体" w:eastAsia="宋体"/>
                <w:b w:val="0"/>
                <w:sz w:val="18"/>
              </w:rPr>
              <w:t>1.完成教科书P78“做一做”第1题。</w:t>
            </w:r>
          </w:p>
          <w:p>
            <w:pPr>
              <w:spacing w:after="20" w:line="276" w:lineRule="auto"/>
            </w:pPr>
            <w:r>
              <w:rPr>
                <w:rFonts w:ascii="宋体" w:hAnsi="宋体" w:eastAsia="宋体"/>
                <w:b w:val="0"/>
                <w:sz w:val="18"/>
              </w:rPr>
              <w:t>2．完成教科书P78“做一做”第2、3题。</w:t>
            </w:r>
          </w:p>
        </w:tc>
        <w:tc>
          <w:tcPr>
            <w:tcW w:type="dxa" w:w="3061"/>
          </w:tcPr>
          <w:p>
            <w:pPr>
              <w:spacing w:after="20" w:line="276" w:lineRule="auto"/>
            </w:pPr>
            <w:r/>
            <w:r>
              <w:rPr>
                <w:rFonts w:ascii="宋体" w:hAnsi="宋体" w:eastAsia="宋体"/>
                <w:b w:val="0"/>
                <w:sz w:val="18"/>
              </w:rPr>
              <w:t>学生独立完成，集体订正。</w:t>
            </w:r>
          </w:p>
          <w:p>
            <w:pPr>
              <w:spacing w:after="20" w:line="276" w:lineRule="auto"/>
            </w:pPr>
            <w:r>
              <w:rPr>
                <w:rFonts w:ascii="宋体" w:hAnsi="宋体" w:eastAsia="宋体"/>
                <w:b w:val="0"/>
                <w:sz w:val="18"/>
              </w:rPr>
              <w:t>学生独立完成，教师巡视指导。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师：通过今天的学习，你有哪些新的收获？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引导学生回顾梳理本课所学，完善认知结构，提升归纳与反思能力，核心问题："通过今天的学习，你有哪些新的收获？"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教科书P78例3，完成教科书P78“做一做”。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利用直尺、卡片等学习素材，引导学生通过给数排序等活动，进一步从多种角度感知20以内数的顺序，建立数与数之间的联系。在教学中渗透数轴思想，拓展学生的思维。课堂上，充分发挥学生的主体地位，培养学生的语言表达能力和数学思维能力，让学生在活动中学习，在学习中成长。</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简单的加、减法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简单的加、减法</w:t>
            </w:r>
          </w:p>
        </w:tc>
        <w:tc>
          <w:tcPr>
            <w:tcW w:type="dxa" w:w="6009"/>
          </w:tcPr>
          <w:p>
            <w:pPr>
              <w:spacing w:after="20" w:line="276" w:lineRule="auto"/>
            </w:pPr>
            <w:r/>
            <w:r>
              <w:rPr>
                <w:rFonts w:ascii="宋体" w:hAnsi="宋体" w:eastAsia="宋体"/>
                <w:b w:val="0"/>
                <w:sz w:val="20"/>
              </w:rPr>
              <w:t>第4单元 11-20的认识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教学内容：教科书P81例4、例5，完成教科书P81“做一做”。</w:t>
      </w:r>
    </w:p>
    <w:p>
      <w:pPr>
        <w:spacing w:after="80" w:line="300" w:lineRule="auto"/>
        <w:ind w:firstLine="400"/>
      </w:pPr>
      <w:r>
        <w:rPr>
          <w:rFonts w:ascii="宋体" w:hAnsi="宋体" w:eastAsia="宋体"/>
          <w:b w:val="0"/>
          <w:sz w:val="20"/>
        </w:rPr>
        <w:t>设计思路：借助直观图形感性认识相同计数单位相加、减。在组织学生交流多种算法中让学生体会到数的认识与数的运算的一致性，都是相同计数单位的累加和递减。借助“一图三式”理解加法和减法之间的内在联系。</w:t>
      </w:r>
    </w:p>
    <w:p>
      <w:pPr>
        <w:spacing w:after="80" w:line="300" w:lineRule="auto"/>
        <w:ind w:firstLine="400"/>
      </w:pPr>
      <w:r>
        <w:rPr>
          <w:rFonts w:ascii="宋体" w:hAnsi="宋体" w:eastAsia="宋体"/>
          <w:b w:val="0"/>
          <w:sz w:val="20"/>
        </w:rPr>
        <w:t>教学准备：课件、计数器、小棒。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（1）加深对11～20各数的认识，能够计算简单的10加几、十几加几及相应的减法。</w:t>
      </w:r>
    </w:p>
    <w:p>
      <w:pPr>
        <w:spacing w:after="20" w:line="300" w:lineRule="auto"/>
        <w:ind w:firstLine="400"/>
      </w:pPr>
      <w:r>
        <w:rPr>
          <w:rFonts w:ascii="宋体" w:hAnsi="宋体" w:eastAsia="宋体"/>
          <w:b w:val="0"/>
          <w:sz w:val="20"/>
        </w:rPr>
        <w:t>（2）认识加、减法算式各部分的名称，体会加、减法之间的关系。</w:t>
      </w:r>
    </w:p>
    <w:p>
      <w:pPr>
        <w:spacing w:after="20" w:line="300" w:lineRule="auto"/>
        <w:ind w:firstLine="400"/>
      </w:pPr>
      <w:r>
        <w:rPr>
          <w:rFonts w:ascii="宋体" w:hAnsi="宋体" w:eastAsia="宋体"/>
          <w:b w:val="0"/>
          <w:sz w:val="20"/>
        </w:rPr>
        <w:t>（3）通过动手操作、自主探索等方式，经历计算10加几、十几加几及相应减法的过程，能根据图意列出三个算式，并计算出结果。</w:t>
      </w:r>
    </w:p>
    <w:p>
      <w:pPr>
        <w:spacing w:after="20" w:line="300" w:lineRule="auto"/>
      </w:pPr>
      <w:r>
        <w:rPr>
          <w:rFonts w:ascii="宋体" w:hAnsi="宋体" w:eastAsia="宋体"/>
          <w:b w:val="0"/>
          <w:sz w:val="20"/>
        </w:rPr>
        <w:t>教学重点：根据一幅图写出三个算式，并能正确地进行计算。</w:t>
      </w:r>
    </w:p>
    <w:p>
      <w:pPr>
        <w:spacing w:after="20" w:line="300" w:lineRule="auto"/>
      </w:pPr>
      <w:r>
        <w:rPr>
          <w:rFonts w:ascii="宋体" w:hAnsi="宋体" w:eastAsia="宋体"/>
          <w:b w:val="0"/>
          <w:sz w:val="20"/>
        </w:rPr>
        <w:t>教学难点：理解10加几、十几加几及相应减法的算理。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探索算理，掌握算法</w:t>
            </w:r>
          </w:p>
        </w:tc>
        <w:tc>
          <w:tcPr>
            <w:tcW w:type="dxa" w:w="1814"/>
          </w:tcPr>
          <w:p>
            <w:pPr>
              <w:spacing w:after="20" w:line="276" w:lineRule="auto"/>
            </w:pPr>
            <w:r/>
            <w:r>
              <w:rPr>
                <w:rFonts w:ascii="宋体" w:hAnsi="宋体" w:eastAsia="宋体"/>
                <w:b w:val="0"/>
                <w:sz w:val="18"/>
              </w:rPr>
              <w:t>课件、教科书、小棒、计数器</w:t>
            </w:r>
          </w:p>
        </w:tc>
        <w:tc>
          <w:tcPr>
            <w:tcW w:type="dxa" w:w="3402"/>
          </w:tcPr>
          <w:p>
            <w:pPr>
              <w:spacing w:after="20" w:line="276" w:lineRule="auto"/>
            </w:pPr>
            <w:r/>
            <w:r>
              <w:rPr>
                <w:rFonts w:ascii="宋体" w:hAnsi="宋体" w:eastAsia="宋体"/>
                <w:b w:val="0"/>
                <w:sz w:val="18"/>
              </w:rPr>
              <w:t>你们能根据图意列出一个加法算式和两个减法算式吗？；10加3等于13，你是怎样算的？</w:t>
            </w:r>
          </w:p>
        </w:tc>
        <w:tc>
          <w:tcPr>
            <w:tcW w:type="dxa" w:w="1361"/>
          </w:tcPr>
          <w:p>
            <w:pPr>
              <w:spacing w:after="20" w:line="276" w:lineRule="auto"/>
            </w:pPr>
            <w:r/>
            <w:r>
              <w:rPr>
                <w:rFonts w:ascii="宋体" w:hAnsi="宋体" w:eastAsia="宋体"/>
                <w:b w:val="0"/>
                <w:sz w:val="18"/>
              </w:rPr>
              <w:t>36分钟</w:t>
            </w:r>
          </w:p>
        </w:tc>
      </w:tr>
      <w:tr>
        <w:tc>
          <w:tcPr>
            <w:tcW w:type="dxa" w:w="2835"/>
          </w:tcPr>
          <w:p>
            <w:pPr>
              <w:spacing w:after="20" w:line="276" w:lineRule="auto"/>
            </w:pPr>
            <w:r/>
            <w:r>
              <w:rPr>
                <w:rFonts w:ascii="宋体" w:hAnsi="宋体" w:eastAsia="宋体"/>
                <w:b w:val="0"/>
                <w:sz w:val="18"/>
              </w:rPr>
              <w:t>巩固应用</w:t>
            </w:r>
          </w:p>
        </w:tc>
        <w:tc>
          <w:tcPr>
            <w:tcW w:type="dxa" w:w="1814"/>
          </w:tcPr>
          <w:p>
            <w:pPr>
              <w:spacing w:after="20" w:line="276" w:lineRule="auto"/>
            </w:pPr>
            <w:r/>
            <w:r>
              <w:rPr>
                <w:rFonts w:ascii="宋体" w:hAnsi="宋体" w:eastAsia="宋体"/>
                <w:b w:val="0"/>
                <w:sz w:val="18"/>
              </w:rPr>
              <w:t>教科书、课件、计数器、小棒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课件、计数器、小棒</w:t>
            </w:r>
          </w:p>
        </w:tc>
        <w:tc>
          <w:tcPr>
            <w:tcW w:type="dxa" w:w="3402"/>
          </w:tcPr>
          <w:p>
            <w:pPr>
              <w:spacing w:after="20" w:line="276" w:lineRule="auto"/>
            </w:pPr>
            <w:r/>
            <w:r>
              <w:rPr>
                <w:rFonts w:ascii="宋体" w:hAnsi="宋体" w:eastAsia="宋体"/>
                <w:b w:val="0"/>
                <w:sz w:val="18"/>
              </w:rPr>
              <w:t>今天这节课你们有哪些收获？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探索算理，掌握算法</w:t>
            </w:r>
          </w:p>
        </w:tc>
        <w:tc>
          <w:tcPr>
            <w:tcW w:type="dxa" w:w="3061"/>
          </w:tcPr>
          <w:p>
            <w:pPr>
              <w:spacing w:after="20" w:line="276" w:lineRule="auto"/>
            </w:pPr>
            <w:r/>
            <w:r>
              <w:rPr>
                <w:rFonts w:ascii="宋体" w:hAnsi="宋体" w:eastAsia="宋体"/>
                <w:b w:val="0"/>
                <w:sz w:val="18"/>
              </w:rPr>
              <w:t>1.探究10加几及相应减法的计算方法。</w:t>
            </w:r>
          </w:p>
          <w:p>
            <w:pPr>
              <w:spacing w:after="20" w:line="276" w:lineRule="auto"/>
            </w:pPr>
            <w:r>
              <w:rPr>
                <w:rFonts w:ascii="宋体" w:hAnsi="宋体" w:eastAsia="宋体"/>
                <w:b w:val="0"/>
                <w:sz w:val="18"/>
              </w:rPr>
              <w:t>(1)课件出示教科书P81例4小棒图。</w:t>
            </w:r>
          </w:p>
          <w:p>
            <w:pPr>
              <w:spacing w:after="20" w:line="276" w:lineRule="auto"/>
            </w:pPr>
            <w:r>
              <w:rPr>
                <w:rFonts w:ascii="宋体" w:hAnsi="宋体" w:eastAsia="宋体"/>
                <w:b w:val="0"/>
                <w:sz w:val="18"/>
              </w:rPr>
              <w:t>师：你们能根据图意列出一个加法算式和两个减法算式吗？(板书课题：简单的加、减法)</w:t>
            </w:r>
          </w:p>
          <w:p>
            <w:pPr>
              <w:spacing w:after="20" w:line="276" w:lineRule="auto"/>
            </w:pPr>
            <w:r>
              <w:rPr>
                <w:rFonts w:ascii="宋体" w:hAnsi="宋体" w:eastAsia="宋体"/>
                <w:b w:val="0"/>
                <w:sz w:val="18"/>
              </w:rPr>
              <w:t>根据以前的经验，学生会列出10＋3＝13(或3＋10＝13)、13－3＝10、13－10＝3。</w:t>
            </w:r>
          </w:p>
          <w:p>
            <w:pPr>
              <w:spacing w:after="20" w:line="276" w:lineRule="auto"/>
            </w:pPr>
            <w:r>
              <w:rPr>
                <w:rFonts w:ascii="宋体" w:hAnsi="宋体" w:eastAsia="宋体"/>
                <w:b w:val="0"/>
                <w:sz w:val="18"/>
              </w:rPr>
              <w:t>教师根据学生的回答板书算式。</w:t>
            </w:r>
          </w:p>
          <w:p>
            <w:pPr>
              <w:spacing w:after="20" w:line="276" w:lineRule="auto"/>
            </w:pPr>
            <w:r>
              <w:rPr>
                <w:rFonts w:ascii="宋体" w:hAnsi="宋体" w:eastAsia="宋体"/>
                <w:b w:val="0"/>
                <w:sz w:val="18"/>
              </w:rPr>
              <w:t>(2)理解算理，掌握算法。</w:t>
            </w:r>
          </w:p>
          <w:p>
            <w:pPr>
              <w:spacing w:after="20" w:line="276" w:lineRule="auto"/>
            </w:pPr>
            <w:r>
              <w:rPr>
                <w:rFonts w:ascii="宋体" w:hAnsi="宋体" w:eastAsia="宋体"/>
                <w:b w:val="0"/>
                <w:sz w:val="18"/>
              </w:rPr>
              <w:t>师：10加3等于13，你是怎样算的？</w:t>
            </w:r>
          </w:p>
          <w:p>
            <w:pPr>
              <w:spacing w:after="20" w:line="276" w:lineRule="auto"/>
            </w:pPr>
            <w:r>
              <w:rPr>
                <w:rFonts w:ascii="宋体" w:hAnsi="宋体" w:eastAsia="宋体"/>
                <w:b w:val="0"/>
                <w:sz w:val="18"/>
              </w:rPr>
              <w:t>引导学生回答：因为1个十和3个一组成13，所以10加3等于13。</w:t>
            </w:r>
          </w:p>
          <w:p>
            <w:pPr>
              <w:spacing w:after="20" w:line="276" w:lineRule="auto"/>
            </w:pPr>
            <w:r>
              <w:rPr>
                <w:rFonts w:ascii="宋体" w:hAnsi="宋体" w:eastAsia="宋体"/>
                <w:b w:val="0"/>
                <w:sz w:val="18"/>
              </w:rPr>
              <w:t>师：13－10＝3、13－3＝10这两个算式，你是怎样算的？</w:t>
            </w:r>
          </w:p>
          <w:p>
            <w:pPr>
              <w:spacing w:after="20" w:line="276" w:lineRule="auto"/>
            </w:pPr>
            <w:r>
              <w:rPr>
                <w:rFonts w:ascii="宋体" w:hAnsi="宋体" w:eastAsia="宋体"/>
                <w:b w:val="0"/>
                <w:sz w:val="18"/>
              </w:rPr>
              <w:t>引导学生回答：因为13是由1个十和3个一组成的，去掉3就剩下10，去掉10就剩下3。</w:t>
            </w:r>
          </w:p>
          <w:p>
            <w:pPr>
              <w:spacing w:after="20" w:line="276" w:lineRule="auto"/>
            </w:pPr>
            <w:r>
              <w:rPr>
                <w:rFonts w:ascii="宋体" w:hAnsi="宋体" w:eastAsia="宋体"/>
                <w:b w:val="0"/>
                <w:sz w:val="18"/>
              </w:rPr>
              <w:t>(3)完成教科书P81“做一做”第1题。</w:t>
            </w:r>
          </w:p>
          <w:p>
            <w:pPr>
              <w:spacing w:after="20" w:line="276" w:lineRule="auto"/>
            </w:pPr>
            <w:r>
              <w:rPr>
                <w:rFonts w:ascii="宋体" w:hAnsi="宋体" w:eastAsia="宋体"/>
                <w:b w:val="0"/>
                <w:sz w:val="18"/>
              </w:rPr>
              <w:t>根据学生汇报板书算式：</w:t>
            </w:r>
          </w:p>
          <w:p>
            <w:pPr>
              <w:spacing w:after="20" w:line="276" w:lineRule="auto"/>
            </w:pPr>
            <w:r>
              <w:rPr>
                <w:rFonts w:ascii="宋体" w:hAnsi="宋体" w:eastAsia="宋体"/>
                <w:b w:val="0"/>
                <w:sz w:val="18"/>
              </w:rPr>
              <w:t>10＋6＝16</w:t>
            </w:r>
          </w:p>
          <w:p>
            <w:pPr>
              <w:spacing w:after="20" w:line="276" w:lineRule="auto"/>
            </w:pPr>
            <w:r>
              <w:rPr>
                <w:rFonts w:ascii="宋体" w:hAnsi="宋体" w:eastAsia="宋体"/>
                <w:b w:val="0"/>
                <w:sz w:val="18"/>
              </w:rPr>
              <w:t>16－6＝10</w:t>
            </w:r>
          </w:p>
          <w:p>
            <w:pPr>
              <w:spacing w:after="20" w:line="276" w:lineRule="auto"/>
            </w:pPr>
            <w:r>
              <w:rPr>
                <w:rFonts w:ascii="宋体" w:hAnsi="宋体" w:eastAsia="宋体"/>
                <w:b w:val="0"/>
                <w:sz w:val="18"/>
              </w:rPr>
              <w:t>16－10＝6</w:t>
            </w:r>
          </w:p>
          <w:p>
            <w:pPr>
              <w:spacing w:after="20" w:line="276" w:lineRule="auto"/>
            </w:pPr>
            <w:r>
              <w:rPr>
                <w:rFonts w:ascii="宋体" w:hAnsi="宋体" w:eastAsia="宋体"/>
                <w:b w:val="0"/>
                <w:sz w:val="18"/>
              </w:rPr>
              <w:t>(4)引导观察，发现规律。</w:t>
            </w:r>
          </w:p>
          <w:p>
            <w:pPr>
              <w:spacing w:after="20" w:line="276" w:lineRule="auto"/>
            </w:pPr>
            <w:r>
              <w:rPr>
                <w:rFonts w:ascii="宋体" w:hAnsi="宋体" w:eastAsia="宋体"/>
                <w:b w:val="0"/>
                <w:sz w:val="18"/>
              </w:rPr>
              <w:t>师：同学们的方法可真多，既可以用数的组成来算，也可以利用加、减法的关系来算。我们看一看这些算式有什么规律。</w:t>
            </w:r>
          </w:p>
          <w:p>
            <w:pPr>
              <w:spacing w:after="20" w:line="276" w:lineRule="auto"/>
            </w:pPr>
            <w:r>
              <w:rPr>
                <w:rFonts w:ascii="宋体" w:hAnsi="宋体" w:eastAsia="宋体"/>
                <w:b w:val="0"/>
                <w:sz w:val="18"/>
              </w:rPr>
              <w:t>2．探究十几加几及相应减法的计算方法。</w:t>
            </w:r>
          </w:p>
          <w:p>
            <w:pPr>
              <w:spacing w:after="20" w:line="276" w:lineRule="auto"/>
            </w:pPr>
            <w:r>
              <w:rPr>
                <w:rFonts w:ascii="宋体" w:hAnsi="宋体" w:eastAsia="宋体"/>
                <w:b w:val="0"/>
                <w:sz w:val="18"/>
              </w:rPr>
              <w:t>(1)十几加几的计算。</w:t>
            </w:r>
          </w:p>
          <w:p>
            <w:pPr>
              <w:spacing w:after="20" w:line="276" w:lineRule="auto"/>
            </w:pPr>
            <w:r>
              <w:rPr>
                <w:rFonts w:ascii="宋体" w:hAnsi="宋体" w:eastAsia="宋体"/>
                <w:b w:val="0"/>
                <w:sz w:val="18"/>
              </w:rPr>
              <w:t>课件出示教科书P81例5左边的计数器。</w:t>
            </w:r>
          </w:p>
          <w:p>
            <w:pPr>
              <w:spacing w:after="20" w:line="276" w:lineRule="auto"/>
            </w:pPr>
            <w:r>
              <w:rPr>
                <w:rFonts w:ascii="宋体" w:hAnsi="宋体" w:eastAsia="宋体"/>
                <w:b w:val="0"/>
                <w:sz w:val="18"/>
              </w:rPr>
              <w:t>师：观察计数器，你能列一个加法算式吗？</w:t>
            </w:r>
          </w:p>
          <w:p>
            <w:pPr>
              <w:spacing w:after="20" w:line="276" w:lineRule="auto"/>
            </w:pPr>
            <w:r>
              <w:rPr>
                <w:rFonts w:ascii="宋体" w:hAnsi="宋体" w:eastAsia="宋体"/>
                <w:b w:val="0"/>
                <w:sz w:val="18"/>
              </w:rPr>
              <w:t>师：你是怎么算出结果的？</w:t>
            </w:r>
          </w:p>
          <w:p>
            <w:pPr>
              <w:spacing w:after="20" w:line="276" w:lineRule="auto"/>
            </w:pPr>
            <w:r>
              <w:rPr>
                <w:rFonts w:ascii="宋体" w:hAnsi="宋体" w:eastAsia="宋体"/>
                <w:b w:val="0"/>
                <w:sz w:val="18"/>
              </w:rPr>
              <w:t>引导学生回答：用数的组成可以帮助计算，1个十和1个一，再加上2个一，就是1个十和3个一，也就是13。</w:t>
            </w:r>
          </w:p>
          <w:p>
            <w:pPr>
              <w:spacing w:after="20" w:line="276" w:lineRule="auto"/>
            </w:pPr>
            <w:r>
              <w:rPr>
                <w:rFonts w:ascii="宋体" w:hAnsi="宋体" w:eastAsia="宋体"/>
                <w:b w:val="0"/>
                <w:sz w:val="18"/>
              </w:rPr>
              <w:t>完成教科书P81“做一做”第3题上面一行的题目。</w:t>
            </w:r>
          </w:p>
          <w:p>
            <w:pPr>
              <w:spacing w:after="20" w:line="276" w:lineRule="auto"/>
            </w:pPr>
            <w:r>
              <w:rPr>
                <w:rFonts w:ascii="宋体" w:hAnsi="宋体" w:eastAsia="宋体"/>
                <w:b w:val="0"/>
                <w:sz w:val="18"/>
              </w:rPr>
              <w:t>师：你为什么算得这么快？有什么窍门吗？</w:t>
            </w:r>
          </w:p>
          <w:p>
            <w:pPr>
              <w:spacing w:after="20" w:line="276" w:lineRule="auto"/>
            </w:pPr>
            <w:r>
              <w:rPr>
                <w:rFonts w:ascii="宋体" w:hAnsi="宋体" w:eastAsia="宋体"/>
                <w:b w:val="0"/>
                <w:sz w:val="18"/>
              </w:rPr>
              <w:t>引导学生体会：计算十几加几时，十位上的数不变，把个位上的数相加。</w:t>
            </w:r>
          </w:p>
          <w:p>
            <w:pPr>
              <w:spacing w:after="20" w:line="276" w:lineRule="auto"/>
            </w:pPr>
            <w:r>
              <w:rPr>
                <w:rFonts w:ascii="宋体" w:hAnsi="宋体" w:eastAsia="宋体"/>
                <w:b w:val="0"/>
                <w:sz w:val="18"/>
              </w:rPr>
              <w:t>(2)介绍加法算式各部分的名称。</w:t>
            </w:r>
          </w:p>
          <w:p>
            <w:pPr>
              <w:spacing w:after="20" w:line="276" w:lineRule="auto"/>
            </w:pPr>
            <w:r>
              <w:rPr>
                <w:rFonts w:ascii="宋体" w:hAnsi="宋体" w:eastAsia="宋体"/>
                <w:b w:val="0"/>
                <w:sz w:val="18"/>
              </w:rPr>
              <w:t>师：在加法算式中，加号前面的数叫作加数，加号后面的数也叫作加数，等号后面的数叫作和。</w:t>
            </w:r>
          </w:p>
          <w:p>
            <w:pPr>
              <w:spacing w:after="20" w:line="276" w:lineRule="auto"/>
            </w:pPr>
            <w:r>
              <w:rPr>
                <w:rFonts w:ascii="宋体" w:hAnsi="宋体" w:eastAsia="宋体"/>
                <w:b w:val="0"/>
                <w:sz w:val="18"/>
              </w:rPr>
              <w:t>教师边说边板书：</w:t>
            </w:r>
          </w:p>
          <w:p>
            <w:pPr>
              <w:spacing w:after="20" w:line="276" w:lineRule="auto"/>
            </w:pPr>
            <w:r>
              <w:rPr>
                <w:rFonts w:ascii="宋体" w:hAnsi="宋体" w:eastAsia="宋体"/>
                <w:b w:val="0"/>
                <w:sz w:val="18"/>
              </w:rPr>
              <w:t>(3)十几减几的计算。</w:t>
            </w:r>
          </w:p>
          <w:p>
            <w:pPr>
              <w:spacing w:after="20" w:line="276" w:lineRule="auto"/>
            </w:pPr>
            <w:r>
              <w:rPr>
                <w:rFonts w:ascii="宋体" w:hAnsi="宋体" w:eastAsia="宋体"/>
                <w:b w:val="0"/>
                <w:sz w:val="18"/>
              </w:rPr>
              <w:t>课件出示教科书P81例5右边的计数器。</w:t>
            </w:r>
          </w:p>
          <w:p>
            <w:pPr>
              <w:spacing w:after="20" w:line="276" w:lineRule="auto"/>
            </w:pPr>
            <w:r>
              <w:rPr>
                <w:rFonts w:ascii="宋体" w:hAnsi="宋体" w:eastAsia="宋体"/>
                <w:b w:val="0"/>
                <w:sz w:val="18"/>
              </w:rPr>
              <w:t>师：把看到的用算式表示出来。</w:t>
            </w:r>
          </w:p>
          <w:p>
            <w:pPr>
              <w:spacing w:after="20" w:line="276" w:lineRule="auto"/>
            </w:pPr>
            <w:r>
              <w:rPr>
                <w:rFonts w:ascii="宋体" w:hAnsi="宋体" w:eastAsia="宋体"/>
                <w:b w:val="0"/>
                <w:sz w:val="18"/>
              </w:rPr>
              <w:t>师：你是怎么算出结果的？请你们继续用手中的小棒、计数器操作，说说你是怎样想的。</w:t>
            </w:r>
          </w:p>
          <w:p>
            <w:pPr>
              <w:spacing w:after="20" w:line="276" w:lineRule="auto"/>
            </w:pPr>
            <w:r>
              <w:rPr>
                <w:rFonts w:ascii="宋体" w:hAnsi="宋体" w:eastAsia="宋体"/>
                <w:b w:val="0"/>
                <w:sz w:val="18"/>
              </w:rPr>
              <w:t>(4)完成教科书P81“做一做”第3题下面一行的题目。</w:t>
            </w:r>
          </w:p>
          <w:p>
            <w:pPr>
              <w:spacing w:after="20" w:line="276" w:lineRule="auto"/>
            </w:pPr>
            <w:r>
              <w:rPr>
                <w:rFonts w:ascii="宋体" w:hAnsi="宋体" w:eastAsia="宋体"/>
                <w:b w:val="0"/>
                <w:sz w:val="18"/>
              </w:rPr>
              <w:t>教师追问：说说你是怎么计算的。</w:t>
            </w:r>
          </w:p>
          <w:p>
            <w:pPr>
              <w:spacing w:after="20" w:line="276" w:lineRule="auto"/>
            </w:pPr>
            <w:r>
              <w:rPr>
                <w:rFonts w:ascii="宋体" w:hAnsi="宋体" w:eastAsia="宋体"/>
                <w:b w:val="0"/>
                <w:sz w:val="18"/>
              </w:rPr>
              <w:t>(5)介绍减法算式各部分的名称。</w:t>
            </w:r>
          </w:p>
          <w:p>
            <w:pPr>
              <w:spacing w:after="20" w:line="276" w:lineRule="auto"/>
            </w:pPr>
            <w:r>
              <w:rPr>
                <w:rFonts w:ascii="宋体" w:hAnsi="宋体" w:eastAsia="宋体"/>
                <w:b w:val="0"/>
                <w:sz w:val="18"/>
              </w:rPr>
              <w:t>师：“减法家庭”里的每个成员也有名字。减号前面的数叫作被减数，减号后面的数叫作减数，等号后面的数叫作差。</w:t>
            </w:r>
          </w:p>
          <w:p>
            <w:pPr>
              <w:spacing w:after="20" w:line="276" w:lineRule="auto"/>
            </w:pPr>
            <w:r>
              <w:rPr>
                <w:rFonts w:ascii="宋体" w:hAnsi="宋体" w:eastAsia="宋体"/>
                <w:b w:val="0"/>
                <w:sz w:val="18"/>
              </w:rPr>
              <w:t>教师边介绍边板书：</w:t>
            </w:r>
          </w:p>
        </w:tc>
        <w:tc>
          <w:tcPr>
            <w:tcW w:type="dxa" w:w="3061"/>
          </w:tcPr>
          <w:p>
            <w:pPr>
              <w:spacing w:after="20" w:line="276" w:lineRule="auto"/>
            </w:pPr>
            <w:r/>
            <w:r>
              <w:rPr>
                <w:rFonts w:ascii="宋体" w:hAnsi="宋体" w:eastAsia="宋体"/>
                <w:b w:val="0"/>
                <w:sz w:val="18"/>
              </w:rPr>
              <w:t>预设1：1个十和3个一组成13。</w:t>
            </w:r>
          </w:p>
          <w:p>
            <w:pPr>
              <w:spacing w:after="20" w:line="276" w:lineRule="auto"/>
            </w:pPr>
            <w:r>
              <w:rPr>
                <w:rFonts w:ascii="宋体" w:hAnsi="宋体" w:eastAsia="宋体"/>
                <w:b w:val="0"/>
                <w:sz w:val="18"/>
              </w:rPr>
              <w:t>预设2：13可以分成10和3，所以10＋3＝13。</w:t>
            </w:r>
          </w:p>
          <w:p>
            <w:pPr>
              <w:spacing w:after="20" w:line="276" w:lineRule="auto"/>
            </w:pPr>
            <w:r>
              <w:rPr>
                <w:rFonts w:ascii="宋体" w:hAnsi="宋体" w:eastAsia="宋体"/>
                <w:b w:val="0"/>
                <w:sz w:val="18"/>
              </w:rPr>
              <w:t>预设3：可以从10往后数3个数，就是13。</w:t>
            </w:r>
          </w:p>
          <w:p>
            <w:pPr>
              <w:spacing w:after="20" w:line="276" w:lineRule="auto"/>
            </w:pPr>
            <w:r>
              <w:rPr>
                <w:rFonts w:ascii="宋体" w:hAnsi="宋体" w:eastAsia="宋体"/>
                <w:b w:val="0"/>
                <w:sz w:val="18"/>
              </w:rPr>
              <w:t>预设1：13去掉3个一还剩1个十。</w:t>
            </w:r>
          </w:p>
          <w:p>
            <w:pPr>
              <w:spacing w:after="20" w:line="276" w:lineRule="auto"/>
            </w:pPr>
            <w:r>
              <w:rPr>
                <w:rFonts w:ascii="宋体" w:hAnsi="宋体" w:eastAsia="宋体"/>
                <w:b w:val="0"/>
                <w:sz w:val="18"/>
              </w:rPr>
              <w:t>预设2：13可以分成10和3，所以13－10＝3、13－3＝10。</w:t>
            </w:r>
          </w:p>
          <w:p>
            <w:pPr>
              <w:spacing w:after="20" w:line="276" w:lineRule="auto"/>
            </w:pPr>
            <w:r>
              <w:rPr>
                <w:rFonts w:ascii="宋体" w:hAnsi="宋体" w:eastAsia="宋体"/>
                <w:b w:val="0"/>
                <w:sz w:val="18"/>
              </w:rPr>
              <w:t>预设3：因为10＋3＝13，所以13－3＝10、13－10＝3。</w:t>
            </w:r>
          </w:p>
          <w:p>
            <w:pPr>
              <w:spacing w:after="20" w:line="276" w:lineRule="auto"/>
            </w:pPr>
            <w:r>
              <w:rPr>
                <w:rFonts w:ascii="宋体" w:hAnsi="宋体" w:eastAsia="宋体"/>
                <w:b w:val="0"/>
                <w:sz w:val="18"/>
              </w:rPr>
              <w:t>学生独立完成后，汇报交流。</w:t>
            </w:r>
          </w:p>
          <w:p>
            <w:pPr>
              <w:spacing w:after="20" w:line="276" w:lineRule="auto"/>
            </w:pPr>
            <w:r>
              <w:rPr>
                <w:rFonts w:ascii="宋体" w:hAnsi="宋体" w:eastAsia="宋体"/>
                <w:b w:val="0"/>
                <w:sz w:val="18"/>
              </w:rPr>
              <w:t>学生可能有以下发现：10加几就是十几；十几减几就得10，十几减10就得几。</w:t>
            </w:r>
          </w:p>
          <w:p>
            <w:pPr>
              <w:spacing w:after="20" w:line="276" w:lineRule="auto"/>
            </w:pPr>
            <w:r>
              <w:rPr>
                <w:rFonts w:ascii="宋体" w:hAnsi="宋体" w:eastAsia="宋体"/>
                <w:b w:val="0"/>
                <w:sz w:val="18"/>
              </w:rPr>
              <w:t>学生列出算式11＋2＝13。(教师板书：11＋2＝13)</w:t>
            </w:r>
          </w:p>
          <w:p>
            <w:pPr>
              <w:spacing w:after="20" w:line="276" w:lineRule="auto"/>
            </w:pPr>
            <w:r>
              <w:rPr>
                <w:rFonts w:ascii="宋体" w:hAnsi="宋体" w:eastAsia="宋体"/>
                <w:b w:val="0"/>
                <w:sz w:val="18"/>
              </w:rPr>
              <w:t>预设1：用数数的方法，从11开始往后再数2个数，12、13，所以11＋2＝13。</w:t>
            </w:r>
          </w:p>
          <w:p>
            <w:pPr>
              <w:spacing w:after="20" w:line="276" w:lineRule="auto"/>
            </w:pPr>
            <w:r>
              <w:rPr>
                <w:rFonts w:ascii="宋体" w:hAnsi="宋体" w:eastAsia="宋体"/>
                <w:b w:val="0"/>
                <w:sz w:val="18"/>
              </w:rPr>
              <w:t>预设2：拨计数器的珠子，十位拨1颗珠子，个位拨1颗珠子，个位再加上2颗珠子，表示的数是13。</w:t>
            </w:r>
          </w:p>
          <w:p>
            <w:pPr>
              <w:spacing w:after="20" w:line="276" w:lineRule="auto"/>
            </w:pPr>
            <w:r>
              <w:rPr>
                <w:rFonts w:ascii="宋体" w:hAnsi="宋体" w:eastAsia="宋体"/>
                <w:b w:val="0"/>
                <w:sz w:val="18"/>
              </w:rPr>
              <w:t>预设3：11里面有1个十和1个一，再加上2个一，就变成了1个十和3个一，合起来就是13。</w:t>
            </w:r>
          </w:p>
          <w:p>
            <w:pPr>
              <w:spacing w:after="20" w:line="276" w:lineRule="auto"/>
            </w:pPr>
            <w:r>
              <w:rPr>
                <w:rFonts w:ascii="宋体" w:hAnsi="宋体" w:eastAsia="宋体"/>
                <w:b w:val="0"/>
                <w:sz w:val="18"/>
              </w:rPr>
              <w:t>学生列出算式13－2＝11。(教师板书：13－2＝11)</w:t>
            </w:r>
          </w:p>
          <w:p>
            <w:pPr>
              <w:spacing w:after="20" w:line="276" w:lineRule="auto"/>
            </w:pPr>
            <w:r>
              <w:rPr>
                <w:rFonts w:ascii="宋体" w:hAnsi="宋体" w:eastAsia="宋体"/>
                <w:b w:val="0"/>
                <w:sz w:val="18"/>
              </w:rPr>
              <w:t>预设1：用数数的方法，从13往前数2个数，12、11，所以13－2＝11。</w:t>
            </w:r>
          </w:p>
          <w:p>
            <w:pPr>
              <w:spacing w:after="20" w:line="276" w:lineRule="auto"/>
            </w:pPr>
            <w:r>
              <w:rPr>
                <w:rFonts w:ascii="宋体" w:hAnsi="宋体" w:eastAsia="宋体"/>
                <w:b w:val="0"/>
                <w:sz w:val="18"/>
              </w:rPr>
              <w:t>预设2：用数小棒的方法，3根小棒拿走2根还剩1根，一捆没动，所以是11。(教师可以让学生到讲台上实际操作)</w:t>
            </w:r>
          </w:p>
          <w:p>
            <w:pPr>
              <w:spacing w:after="20" w:line="276" w:lineRule="auto"/>
            </w:pPr>
            <w:r>
              <w:rPr>
                <w:rFonts w:ascii="宋体" w:hAnsi="宋体" w:eastAsia="宋体"/>
                <w:b w:val="0"/>
                <w:sz w:val="18"/>
              </w:rPr>
              <w:t>预设3：拨计数器的珠子，个位上原来有3颗珠子，拿走2颗，还剩1颗，十位上有1颗，表示的数是11。</w:t>
            </w:r>
          </w:p>
          <w:p>
            <w:pPr>
              <w:spacing w:after="20" w:line="276" w:lineRule="auto"/>
            </w:pPr>
            <w:r>
              <w:rPr>
                <w:rFonts w:ascii="宋体" w:hAnsi="宋体" w:eastAsia="宋体"/>
                <w:b w:val="0"/>
                <w:sz w:val="18"/>
              </w:rPr>
              <w:t>预设4：13里面有1个十和3个一，去掉2个一，就变成了1个十和1个一，就是11。</w:t>
            </w:r>
          </w:p>
          <w:p>
            <w:pPr>
              <w:spacing w:after="20" w:line="276" w:lineRule="auto"/>
            </w:pPr>
            <w:r>
              <w:rPr>
                <w:rFonts w:ascii="宋体" w:hAnsi="宋体" w:eastAsia="宋体"/>
                <w:b w:val="0"/>
                <w:sz w:val="18"/>
              </w:rPr>
              <w:t>预设5：因为11＋2＝13，所以13－2＝11。(教师对这种方法予以肯定)</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设计递进式探究活动，引导学生在动手实践与合作交流中经历知识形成过程，突破本课重难点，核心问题："你们能根据图意列出一个加法算式和两个减法算式吗？"</w:t>
            </w:r>
          </w:p>
        </w:tc>
      </w:tr>
      <w:tr>
        <w:tc>
          <w:tcPr>
            <w:tcW w:type="dxa" w:w="1474"/>
          </w:tcPr>
          <w:p>
            <w:pPr>
              <w:spacing w:after="20" w:line="276" w:lineRule="auto"/>
            </w:pPr>
            <w:r>
              <w:rPr>
                <w:b/>
              </w:rPr>
            </w:r>
            <w:r>
              <w:rPr>
                <w:rFonts w:ascii="宋体" w:hAnsi="宋体" w:eastAsia="宋体"/>
                <w:b/>
                <w:sz w:val="18"/>
              </w:rPr>
              <w:t>巩固应用</w:t>
            </w:r>
          </w:p>
        </w:tc>
        <w:tc>
          <w:tcPr>
            <w:tcW w:type="dxa" w:w="3061"/>
          </w:tcPr>
          <w:p>
            <w:pPr>
              <w:spacing w:after="20" w:line="276" w:lineRule="auto"/>
            </w:pPr>
            <w:r/>
            <w:r>
              <w:rPr>
                <w:rFonts w:ascii="宋体" w:hAnsi="宋体" w:eastAsia="宋体"/>
                <w:b w:val="0"/>
                <w:sz w:val="18"/>
              </w:rPr>
              <w:t>完成教科书P81“做一做”第2题。</w:t>
            </w:r>
          </w:p>
        </w:tc>
        <w:tc>
          <w:tcPr>
            <w:tcW w:type="dxa" w:w="3061"/>
          </w:tcPr>
          <w:p>
            <w:pPr>
              <w:spacing w:after="20" w:line="276" w:lineRule="auto"/>
            </w:pPr>
            <w:r/>
            <w:r>
              <w:rPr>
                <w:rFonts w:ascii="宋体" w:hAnsi="宋体" w:eastAsia="宋体"/>
                <w:b w:val="0"/>
                <w:sz w:val="18"/>
              </w:rPr>
              <w:t>学生独立完成，汇报交流。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师：今天这节课你们有哪些收获？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引导学生回顾梳理本课所学，完善认知结构，提升归纳与反思能力，核心问题："今天这节课你们有哪些收获？"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简单的加、减法</w:t>
      </w:r>
    </w:p>
    <w:p>
      <w:pPr>
        <w:spacing w:after="40" w:line="300" w:lineRule="auto"/>
      </w:pPr>
      <w:r>
        <w:rPr>
          <w:rFonts w:ascii="宋体" w:hAnsi="宋体" w:eastAsia="宋体"/>
          <w:b w:val="0"/>
          <w:sz w:val="20"/>
        </w:rPr>
        <w:t>10＋3＝13　　　　10＋6＝16</w:t>
      </w:r>
    </w:p>
    <w:p>
      <w:pPr>
        <w:spacing w:after="40" w:line="300" w:lineRule="auto"/>
      </w:pPr>
      <w:r>
        <w:rPr>
          <w:rFonts w:ascii="宋体" w:hAnsi="宋体" w:eastAsia="宋体"/>
          <w:b w:val="0"/>
          <w:sz w:val="20"/>
        </w:rPr>
        <w:t>13－3＝10         16－6＝10</w:t>
      </w:r>
    </w:p>
    <w:p>
      <w:pPr>
        <w:spacing w:after="40" w:line="300" w:lineRule="auto"/>
      </w:pPr>
      <w:r>
        <w:rPr>
          <w:rFonts w:ascii="宋体" w:hAnsi="宋体" w:eastAsia="宋体"/>
          <w:b w:val="0"/>
          <w:sz w:val="20"/>
        </w:rPr>
        <w:t>13－10＝3           16－10＝6</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教科书P81例4、例5，完成教科书P81“做一做”。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学习的10加几、十几加几及相应的减法虽然是新内容，但对于能力强的学生来说会感觉太简单了，对于一些接受能力较差的学生来说还是比较难的。所以在教学中，让学习容易的学生带动学习困难的学生，让学生自主学习、自主探索，让不懂的学生能在容易理解的学生的带动和教师的指导下学习，也满足了部分学生想自主探索的欲望。</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解决问题</w:t>
            </w:r>
          </w:p>
        </w:tc>
        <w:tc>
          <w:tcPr>
            <w:tcW w:type="dxa" w:w="6009"/>
          </w:tcPr>
          <w:p>
            <w:pPr>
              <w:spacing w:after="20" w:line="276" w:lineRule="auto"/>
            </w:pPr>
            <w:r/>
            <w:r>
              <w:rPr>
                <w:rFonts w:ascii="宋体" w:hAnsi="宋体" w:eastAsia="宋体"/>
                <w:b w:val="0"/>
                <w:sz w:val="20"/>
              </w:rPr>
              <w:t>第4单元 11-20的认识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教学内容：教科书P82例6，完成教科书P83“做一做”。</w:t>
      </w:r>
    </w:p>
    <w:p>
      <w:pPr>
        <w:spacing w:after="80" w:line="300" w:lineRule="auto"/>
        <w:ind w:firstLine="400"/>
      </w:pPr>
      <w:r>
        <w:rPr>
          <w:rFonts w:ascii="宋体" w:hAnsi="宋体" w:eastAsia="宋体"/>
          <w:b w:val="0"/>
          <w:sz w:val="20"/>
        </w:rPr>
        <w:t>设计思路：让学生综合运用本单元所学知识来解决问题，在解决问题的过程中深化对数的大小、数的顺序、基数和序数含义的认识。充分尊重学生的思维特点，让学生经历解决问题的全过程，分享不同的解决问题的策略，积累解决问题的经验。</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（1）理解“之间有几人”的含义，加深对基数和序数的认识，借助画图、数数等方法解决问题。初步渗透“植树模型”。</w:t>
      </w:r>
    </w:p>
    <w:p>
      <w:pPr>
        <w:spacing w:after="20" w:line="300" w:lineRule="auto"/>
        <w:ind w:firstLine="400"/>
      </w:pPr>
      <w:r>
        <w:rPr>
          <w:rFonts w:ascii="宋体" w:hAnsi="宋体" w:eastAsia="宋体"/>
          <w:b w:val="0"/>
          <w:sz w:val="20"/>
        </w:rPr>
        <w:t>（2）经历获取信息、发现问题、探究方法、解决问题的全过程，体会解题策略的多样性，积累解决问题的经验。</w:t>
      </w:r>
    </w:p>
    <w:p>
      <w:pPr>
        <w:spacing w:after="20" w:line="300" w:lineRule="auto"/>
        <w:ind w:firstLine="400"/>
      </w:pPr>
      <w:r>
        <w:rPr>
          <w:rFonts w:ascii="宋体" w:hAnsi="宋体" w:eastAsia="宋体"/>
          <w:b w:val="0"/>
          <w:sz w:val="20"/>
        </w:rPr>
        <w:t>（3）在观察、比较中，初步感受数学与生活的联系，体验学习的快乐。</w:t>
      </w:r>
    </w:p>
    <w:p>
      <w:pPr>
        <w:spacing w:after="20" w:line="300" w:lineRule="auto"/>
      </w:pPr>
      <w:r>
        <w:rPr>
          <w:rFonts w:ascii="宋体" w:hAnsi="宋体" w:eastAsia="宋体"/>
          <w:b w:val="0"/>
          <w:sz w:val="20"/>
        </w:rPr>
        <w:t>教学重点：加深对基数和序数的认识，能用数数与画图的方法解决问题。</w:t>
      </w:r>
    </w:p>
    <w:p>
      <w:pPr>
        <w:spacing w:after="20" w:line="300" w:lineRule="auto"/>
      </w:pPr>
      <w:r>
        <w:rPr>
          <w:rFonts w:ascii="宋体" w:hAnsi="宋体" w:eastAsia="宋体"/>
          <w:b w:val="0"/>
          <w:sz w:val="20"/>
        </w:rPr>
        <w:t>教学难点：引导学生理解求“之间有几人”时，不包括两端；在对比中优化画图方法，让学生学会用画图的方式解决问题。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自主探究，解决问题</w:t>
            </w:r>
          </w:p>
        </w:tc>
        <w:tc>
          <w:tcPr>
            <w:tcW w:type="dxa" w:w="1814"/>
          </w:tcPr>
          <w:p>
            <w:pPr>
              <w:spacing w:after="20" w:line="276" w:lineRule="auto"/>
            </w:pPr>
            <w:r/>
            <w:r>
              <w:rPr>
                <w:rFonts w:ascii="宋体" w:hAnsi="宋体" w:eastAsia="宋体"/>
                <w:b w:val="0"/>
                <w:sz w:val="18"/>
              </w:rPr>
              <w:t>课件、教科书、情境图、尺子</w:t>
            </w:r>
          </w:p>
        </w:tc>
        <w:tc>
          <w:tcPr>
            <w:tcW w:type="dxa" w:w="3402"/>
          </w:tcPr>
          <w:p>
            <w:pPr>
              <w:spacing w:after="20" w:line="276" w:lineRule="auto"/>
            </w:pPr>
            <w:r/>
            <w:r>
              <w:rPr>
                <w:rFonts w:ascii="宋体" w:hAnsi="宋体" w:eastAsia="宋体"/>
                <w:b w:val="0"/>
                <w:sz w:val="18"/>
              </w:rPr>
              <w:t>从图中你能获得哪些数学信息？；根据这幅图，你可以提出什么数学问题呢？</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谈话导入，揭示课题</w:t>
            </w:r>
          </w:p>
        </w:tc>
        <w:tc>
          <w:tcPr>
            <w:tcW w:type="dxa" w:w="3061"/>
          </w:tcPr>
          <w:p>
            <w:pPr>
              <w:spacing w:after="20" w:line="276" w:lineRule="auto"/>
            </w:pPr>
            <w:r/>
            <w:r>
              <w:rPr>
                <w:rFonts w:ascii="宋体" w:hAnsi="宋体" w:eastAsia="宋体"/>
                <w:b w:val="0"/>
                <w:sz w:val="18"/>
              </w:rPr>
              <w:t>师：同学们，平时我们在做操、放学时都要排队，在排队中也有许多的数学问题。今天我们就来研究排队中的数学问题。(板书课题：解决问题)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自主探究，解决问题</w:t>
            </w:r>
          </w:p>
        </w:tc>
        <w:tc>
          <w:tcPr>
            <w:tcW w:type="dxa" w:w="3061"/>
          </w:tcPr>
          <w:p>
            <w:pPr>
              <w:spacing w:after="20" w:line="276" w:lineRule="auto"/>
            </w:pPr>
            <w:r/>
            <w:r>
              <w:rPr>
                <w:rFonts w:ascii="宋体" w:hAnsi="宋体" w:eastAsia="宋体"/>
                <w:b w:val="0"/>
                <w:sz w:val="18"/>
              </w:rPr>
              <w:t>课件出示教科书P82例6情境图。</w:t>
            </w:r>
          </w:p>
          <w:p>
            <w:pPr>
              <w:spacing w:after="20" w:line="276" w:lineRule="auto"/>
            </w:pPr>
            <w:r>
              <w:rPr>
                <w:rFonts w:ascii="宋体" w:hAnsi="宋体" w:eastAsia="宋体"/>
                <w:b w:val="0"/>
                <w:sz w:val="18"/>
              </w:rPr>
              <w:t>1．分析整理信息。</w:t>
            </w:r>
          </w:p>
          <w:p>
            <w:pPr>
              <w:spacing w:after="20" w:line="276" w:lineRule="auto"/>
            </w:pPr>
            <w:r>
              <w:rPr>
                <w:rFonts w:ascii="宋体" w:hAnsi="宋体" w:eastAsia="宋体"/>
                <w:b w:val="0"/>
                <w:sz w:val="18"/>
              </w:rPr>
              <w:t>师：从图中你能获得哪些数学信息？</w:t>
            </w:r>
          </w:p>
          <w:p>
            <w:pPr>
              <w:spacing w:after="20" w:line="276" w:lineRule="auto"/>
            </w:pPr>
            <w:r>
              <w:rPr>
                <w:rFonts w:ascii="宋体" w:hAnsi="宋体" w:eastAsia="宋体"/>
                <w:b w:val="0"/>
                <w:sz w:val="18"/>
              </w:rPr>
              <w:t>师：根据这幅图，你可以提出什么数学问题呢？</w:t>
            </w:r>
          </w:p>
          <w:p>
            <w:pPr>
              <w:spacing w:after="20" w:line="276" w:lineRule="auto"/>
            </w:pPr>
            <w:r>
              <w:rPr>
                <w:rFonts w:ascii="宋体" w:hAnsi="宋体" w:eastAsia="宋体"/>
                <w:b w:val="0"/>
                <w:sz w:val="18"/>
              </w:rPr>
              <w:t>小悦前面有几人？小悦和小宇之间有几人？</w:t>
            </w:r>
          </w:p>
          <w:p>
            <w:pPr>
              <w:spacing w:after="20" w:line="276" w:lineRule="auto"/>
            </w:pPr>
            <w:r>
              <w:rPr>
                <w:rFonts w:ascii="宋体" w:hAnsi="宋体" w:eastAsia="宋体"/>
                <w:b w:val="0"/>
                <w:sz w:val="18"/>
              </w:rPr>
              <w:t>师：小悦排在第10，你知道小悦前面有几人吗？(学生回答：小悦前面有9人)下面我们一起来解决“小悦和小宇之间有几人”这个问题。(板书：小悦和小宇之间有几人？)</w:t>
            </w:r>
          </w:p>
          <w:p>
            <w:pPr>
              <w:spacing w:after="20" w:line="276" w:lineRule="auto"/>
            </w:pPr>
            <w:r>
              <w:rPr>
                <w:rFonts w:ascii="宋体" w:hAnsi="宋体" w:eastAsia="宋体"/>
                <w:b w:val="0"/>
                <w:sz w:val="18"/>
              </w:rPr>
              <w:t>师：谁来把题目的信息完整地说一遍？</w:t>
            </w:r>
          </w:p>
          <w:p>
            <w:pPr>
              <w:spacing w:after="20" w:line="276" w:lineRule="auto"/>
            </w:pPr>
            <w:r>
              <w:rPr>
                <w:rFonts w:ascii="宋体" w:hAnsi="宋体" w:eastAsia="宋体"/>
                <w:b w:val="0"/>
                <w:sz w:val="18"/>
              </w:rPr>
              <w:t>小悦排在第10，小宇排在第15。小悦和小宇之间有几人？</w:t>
            </w:r>
          </w:p>
          <w:p>
            <w:pPr>
              <w:spacing w:after="20" w:line="276" w:lineRule="auto"/>
            </w:pPr>
            <w:r>
              <w:rPr>
                <w:rFonts w:ascii="宋体" w:hAnsi="宋体" w:eastAsia="宋体"/>
                <w:b w:val="0"/>
                <w:sz w:val="18"/>
              </w:rPr>
              <w:t>师：小悦排在第10是什么意思？小宇排在第15是什么意思？</w:t>
            </w:r>
          </w:p>
          <w:p>
            <w:pPr>
              <w:spacing w:after="20" w:line="276" w:lineRule="auto"/>
            </w:pPr>
            <w:r>
              <w:rPr>
                <w:rFonts w:ascii="宋体" w:hAnsi="宋体" w:eastAsia="宋体"/>
                <w:b w:val="0"/>
                <w:sz w:val="18"/>
              </w:rPr>
              <w:t>引导学生理解“第10”和“第15”分别表示队列中的位置。</w:t>
            </w:r>
          </w:p>
          <w:p>
            <w:pPr>
              <w:spacing w:after="20" w:line="276" w:lineRule="auto"/>
            </w:pPr>
            <w:r>
              <w:rPr>
                <w:rFonts w:ascii="宋体" w:hAnsi="宋体" w:eastAsia="宋体"/>
                <w:b w:val="0"/>
                <w:sz w:val="18"/>
              </w:rPr>
              <w:t>师：“之间”是什么意思？</w:t>
            </w:r>
          </w:p>
          <w:p>
            <w:pPr>
              <w:spacing w:after="20" w:line="276" w:lineRule="auto"/>
            </w:pPr>
            <w:r>
              <w:rPr>
                <w:rFonts w:ascii="宋体" w:hAnsi="宋体" w:eastAsia="宋体"/>
                <w:b w:val="0"/>
                <w:sz w:val="18"/>
              </w:rPr>
              <w:t>师：小悦和小宇之间的人包括小悦吗？包括小宇吗？</w:t>
            </w:r>
          </w:p>
          <w:p>
            <w:pPr>
              <w:spacing w:after="20" w:line="276" w:lineRule="auto"/>
            </w:pPr>
            <w:r>
              <w:rPr>
                <w:rFonts w:ascii="宋体" w:hAnsi="宋体" w:eastAsia="宋体"/>
                <w:b w:val="0"/>
                <w:sz w:val="18"/>
              </w:rPr>
              <w:t>引导学生说出，小悦和小宇之间的人不包括小悦，也不包括小宇。</w:t>
            </w:r>
          </w:p>
          <w:p>
            <w:pPr>
              <w:spacing w:after="20" w:line="276" w:lineRule="auto"/>
            </w:pPr>
            <w:r>
              <w:rPr>
                <w:rFonts w:ascii="宋体" w:hAnsi="宋体" w:eastAsia="宋体"/>
                <w:b w:val="0"/>
                <w:sz w:val="18"/>
              </w:rPr>
              <w:t>2．自主尝试，解决问题。</w:t>
            </w:r>
          </w:p>
          <w:p>
            <w:pPr>
              <w:spacing w:after="20" w:line="276" w:lineRule="auto"/>
            </w:pPr>
            <w:r>
              <w:rPr>
                <w:rFonts w:ascii="宋体" w:hAnsi="宋体" w:eastAsia="宋体"/>
                <w:b w:val="0"/>
                <w:sz w:val="18"/>
              </w:rPr>
              <w:t>师：要怎样来解决“小悦和小宇之间有几人”这个问题呢？同桌之间互相讨论一下，你可以写一写、画一画，关键是让大家一眼就能看明白你是怎么想的。</w:t>
            </w:r>
          </w:p>
          <w:p>
            <w:pPr>
              <w:spacing w:after="20" w:line="276" w:lineRule="auto"/>
            </w:pPr>
            <w:r>
              <w:rPr>
                <w:rFonts w:ascii="宋体" w:hAnsi="宋体" w:eastAsia="宋体"/>
                <w:b w:val="0"/>
                <w:sz w:val="18"/>
              </w:rPr>
              <w:t>师：你觉得哪种方法更好？(引导学生说出：从10开始写比较简便)</w:t>
            </w:r>
          </w:p>
          <w:p>
            <w:pPr>
              <w:spacing w:after="20" w:line="276" w:lineRule="auto"/>
            </w:pPr>
            <w:r>
              <w:rPr>
                <w:rFonts w:ascii="宋体" w:hAnsi="宋体" w:eastAsia="宋体"/>
                <w:b w:val="0"/>
                <w:sz w:val="18"/>
              </w:rPr>
              <w:t>方法一：</w:t>
            </w:r>
          </w:p>
          <w:p>
            <w:pPr>
              <w:spacing w:after="20" w:line="276" w:lineRule="auto"/>
            </w:pPr>
            <w:r>
              <w:rPr>
                <w:rFonts w:ascii="宋体" w:hAnsi="宋体" w:eastAsia="宋体"/>
                <w:b w:val="0"/>
                <w:sz w:val="18"/>
              </w:rPr>
              <w:t>方法二：</w:t>
            </w:r>
          </w:p>
          <w:p>
            <w:pPr>
              <w:spacing w:after="20" w:line="276" w:lineRule="auto"/>
            </w:pPr>
            <w:r>
              <w:rPr>
                <w:rFonts w:ascii="宋体" w:hAnsi="宋体" w:eastAsia="宋体"/>
                <w:b w:val="0"/>
                <w:sz w:val="18"/>
              </w:rPr>
              <w:t>教师按照学生的回答板书。</w:t>
            </w:r>
          </w:p>
          <w:p>
            <w:pPr>
              <w:spacing w:after="20" w:line="276" w:lineRule="auto"/>
            </w:pPr>
            <w:r>
              <w:rPr>
                <w:rFonts w:ascii="宋体" w:hAnsi="宋体" w:eastAsia="宋体"/>
                <w:b w:val="0"/>
                <w:sz w:val="18"/>
              </w:rPr>
              <w:t>师：从两幅图中我们都能清楚地看到小悦和小宇之间有4人，你们觉得哪一种画图的方法更简便呢？(引导学生说出：从小悦开始画比较简便)</w:t>
            </w:r>
          </w:p>
          <w:p>
            <w:pPr>
              <w:spacing w:after="20" w:line="276" w:lineRule="auto"/>
            </w:pPr>
            <w:r>
              <w:rPr>
                <w:rFonts w:ascii="宋体" w:hAnsi="宋体" w:eastAsia="宋体"/>
                <w:b w:val="0"/>
                <w:sz w:val="18"/>
              </w:rPr>
              <w:t>师：为什么要减10？减1又是什么意思？(引导学生结合图示说一说算式的含义)</w:t>
            </w:r>
          </w:p>
          <w:p>
            <w:pPr>
              <w:spacing w:after="20" w:line="276" w:lineRule="auto"/>
            </w:pPr>
            <w:r>
              <w:rPr>
                <w:rFonts w:ascii="宋体" w:hAnsi="宋体" w:eastAsia="宋体"/>
                <w:b w:val="0"/>
                <w:sz w:val="18"/>
              </w:rPr>
              <w:t>3．方法总结。</w:t>
            </w:r>
          </w:p>
          <w:p>
            <w:pPr>
              <w:spacing w:after="20" w:line="276" w:lineRule="auto"/>
            </w:pPr>
            <w:r>
              <w:rPr>
                <w:rFonts w:ascii="宋体" w:hAnsi="宋体" w:eastAsia="宋体"/>
                <w:b w:val="0"/>
                <w:sz w:val="18"/>
              </w:rPr>
              <w:t>师：我们来回顾解决问题的过程，你喜欢用哪种方法来解决问题？(学生自由发言)</w:t>
            </w:r>
          </w:p>
          <w:p>
            <w:pPr>
              <w:spacing w:after="20" w:line="276" w:lineRule="auto"/>
            </w:pPr>
            <w:r>
              <w:rPr>
                <w:rFonts w:ascii="宋体" w:hAnsi="宋体" w:eastAsia="宋体"/>
                <w:b w:val="0"/>
                <w:sz w:val="18"/>
              </w:rPr>
              <w:t>师小结：我们在解决问题时，要认真读懂题目，明确相关的条件和要解决的问题。可以用数数的方法解决问题，也可以用画图的方法解决问题(板书：数数　画图)，做完后还要进行检查。只要你善于观察，积极动脑，生活中很多问题就能解决了。</w:t>
            </w:r>
          </w:p>
        </w:tc>
        <w:tc>
          <w:tcPr>
            <w:tcW w:type="dxa" w:w="3061"/>
          </w:tcPr>
          <w:p>
            <w:pPr>
              <w:spacing w:after="20" w:line="276" w:lineRule="auto"/>
            </w:pPr>
            <w:r/>
            <w:r>
              <w:rPr>
                <w:rFonts w:ascii="宋体" w:hAnsi="宋体" w:eastAsia="宋体"/>
                <w:b w:val="0"/>
                <w:sz w:val="18"/>
              </w:rPr>
              <w:t>学生收集信息：小悦排在第10，小宇排在第15。(板书这两条信息)</w:t>
            </w:r>
          </w:p>
          <w:p>
            <w:pPr>
              <w:spacing w:after="20" w:line="276" w:lineRule="auto"/>
            </w:pPr>
            <w:r>
              <w:rPr>
                <w:rFonts w:ascii="宋体" w:hAnsi="宋体" w:eastAsia="宋体"/>
                <w:b w:val="0"/>
                <w:sz w:val="18"/>
              </w:rPr>
              <w:t>学生可能会说：“之间”的意思就是看小悦和小宇中间有几人。</w:t>
            </w:r>
          </w:p>
          <w:p>
            <w:pPr>
              <w:spacing w:after="20" w:line="276" w:lineRule="auto"/>
            </w:pPr>
            <w:r>
              <w:rPr>
                <w:rFonts w:ascii="宋体" w:hAnsi="宋体" w:eastAsia="宋体"/>
                <w:b w:val="0"/>
                <w:sz w:val="18"/>
              </w:rPr>
              <w:t>学生尝试用自己的方式解决问题，教师收集有代表性的作品进行展示。</w:t>
            </w:r>
          </w:p>
          <w:p>
            <w:pPr>
              <w:spacing w:after="20" w:line="276" w:lineRule="auto"/>
            </w:pPr>
            <w:r>
              <w:rPr>
                <w:rFonts w:ascii="宋体" w:hAnsi="宋体" w:eastAsia="宋体"/>
                <w:b w:val="0"/>
                <w:sz w:val="18"/>
              </w:rPr>
              <w:t>预设1：数数的方法。有的从1写到15，再找出10和15之间有11、12、13、14，得到小悦和小宇之间有4人；有的从10写到15，再找出10和15之间有11、12、13、14，得到小悦和小宇之间有4人。(教师按照学生的回答板书。)</w:t>
            </w:r>
          </w:p>
          <w:p>
            <w:pPr>
              <w:spacing w:after="20" w:line="276" w:lineRule="auto"/>
            </w:pPr>
            <w:r>
              <w:rPr>
                <w:rFonts w:ascii="宋体" w:hAnsi="宋体" w:eastAsia="宋体"/>
                <w:b w:val="0"/>
                <w:sz w:val="18"/>
              </w:rPr>
              <w:t>预设2：画图的方法。</w:t>
            </w:r>
          </w:p>
          <w:p>
            <w:pPr>
              <w:spacing w:after="20" w:line="276" w:lineRule="auto"/>
            </w:pPr>
            <w:r>
              <w:rPr>
                <w:rFonts w:ascii="宋体" w:hAnsi="宋体" w:eastAsia="宋体"/>
                <w:b w:val="0"/>
                <w:sz w:val="18"/>
              </w:rPr>
              <w:t>预设3：在尺子上找一找，找到10与15之间有4个数，也就是小悦和小宇之间有4人。</w:t>
            </w:r>
          </w:p>
          <w:p>
            <w:pPr>
              <w:spacing w:after="20" w:line="276" w:lineRule="auto"/>
            </w:pPr>
            <w:r>
              <w:rPr>
                <w:rFonts w:ascii="宋体" w:hAnsi="宋体" w:eastAsia="宋体"/>
                <w:b w:val="0"/>
                <w:sz w:val="18"/>
              </w:rPr>
              <w:t>预设4：列式计算的方法：15－10－1＝4。(如果学生中没出现这种算法，可以不展示)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设计递进式探究活动，引导学生在动手实践与合作交流中经历知识形成过程，突破本课重难点，核心问题："从图中你能获得哪些数学信息？"</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完成教科书P83“做一做”。</w:t>
            </w:r>
          </w:p>
          <w:p>
            <w:pPr>
              <w:spacing w:after="20" w:line="276" w:lineRule="auto"/>
            </w:pPr>
            <w:r>
              <w:rPr>
                <w:rFonts w:ascii="宋体" w:hAnsi="宋体" w:eastAsia="宋体"/>
                <w:b w:val="0"/>
                <w:sz w:val="18"/>
              </w:rPr>
              <w:t>教师指导学生收集信息，然后用自己喜欢的方式解决问题。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小悦排在第10，小宇排在第15。小悦和小宇之间有几人？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教科书P82例6，完成教科书P83“做一做”。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【原教学设计反思（供参考）】本节课的例题与练习题都是用数数或画图的方法解决问题，不同的方法可用于验证答案正误。</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整理和复习</w:t>
            </w:r>
          </w:p>
        </w:tc>
        <w:tc>
          <w:tcPr>
            <w:tcW w:type="dxa" w:w="6009"/>
          </w:tcPr>
          <w:p>
            <w:pPr>
              <w:spacing w:after="20" w:line="276" w:lineRule="auto"/>
            </w:pPr>
            <w:r/>
            <w:r>
              <w:rPr>
                <w:rFonts w:ascii="宋体" w:hAnsi="宋体" w:eastAsia="宋体"/>
                <w:b w:val="0"/>
                <w:sz w:val="20"/>
              </w:rPr>
              <w:t>第4单元 11-20的认识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前面的学习中，学生已经认识了10以内各数，会进行10以内数的加、减法及解决简单的实际问题，这些都是学习本单元的基础。一年级学生的思维以具体形象为主，计数单位“十”的概念的建立以及认识到同一个数字写在不同“位置”上表示的意义不同既是他们学习的重点，也是难点，需要大量的操作活动，使所学的新知识不断内化到已有的认知结构中。学生在解决与间隔数量有关的实际问题过程中，能够结合具体情境选择相应的解题策略正确解决问题也会有困难，需要不断地积累经验。</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教学内容：教科书P85～87“整理和复习”“练一练”以及“数学游戏”。</w:t>
      </w:r>
    </w:p>
    <w:p>
      <w:pPr>
        <w:spacing w:after="80" w:line="300" w:lineRule="auto"/>
        <w:ind w:firstLine="400"/>
      </w:pPr>
      <w:r>
        <w:rPr>
          <w:rFonts w:ascii="宋体" w:hAnsi="宋体" w:eastAsia="宋体"/>
          <w:b w:val="0"/>
          <w:sz w:val="20"/>
        </w:rPr>
        <w:t>设计思路：引导学生对本单元的学习内容进行回顾整理，自主设计“知识图”，建构知识间的联系，加深对本单元内容的理解，形成知识体系。</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（1）梳理本单元知识内容，让学生熟练掌握20以内数的顺序、序数含义、组成等知识，加深对加、减法含义的理解，提高计算能力。</w:t>
      </w:r>
    </w:p>
    <w:p>
      <w:pPr>
        <w:spacing w:after="20" w:line="300" w:lineRule="auto"/>
        <w:ind w:firstLine="400"/>
      </w:pPr>
      <w:r>
        <w:rPr>
          <w:rFonts w:ascii="宋体" w:hAnsi="宋体" w:eastAsia="宋体"/>
          <w:b w:val="0"/>
          <w:sz w:val="20"/>
        </w:rPr>
        <w:t>（2）通过整理和复习，让学生对11～20各数有一个全面的认识，培养学生有条理、多角度地思考问题。</w:t>
      </w:r>
    </w:p>
    <w:p>
      <w:pPr>
        <w:spacing w:after="20" w:line="300" w:lineRule="auto"/>
        <w:ind w:firstLine="400"/>
      </w:pPr>
      <w:r>
        <w:rPr>
          <w:rFonts w:ascii="宋体" w:hAnsi="宋体" w:eastAsia="宋体"/>
          <w:b w:val="0"/>
          <w:sz w:val="20"/>
        </w:rPr>
        <w:t>（3）通过多种形式的练习，加深学生对知识间的联系的认识，从而培养数感。</w:t>
      </w:r>
    </w:p>
    <w:p>
      <w:pPr>
        <w:spacing w:after="20" w:line="300" w:lineRule="auto"/>
      </w:pPr>
      <w:r>
        <w:rPr>
          <w:rFonts w:ascii="宋体" w:hAnsi="宋体" w:eastAsia="宋体"/>
          <w:b w:val="0"/>
          <w:sz w:val="20"/>
        </w:rPr>
        <w:t>教学重点：熟练掌握11～20以内数的认识，加深学生对加、减法含义的理解，提高计算能力。</w:t>
      </w:r>
    </w:p>
    <w:p>
      <w:pPr>
        <w:spacing w:after="20" w:line="300" w:lineRule="auto"/>
      </w:pPr>
      <w:r>
        <w:rPr>
          <w:rFonts w:ascii="宋体" w:hAnsi="宋体" w:eastAsia="宋体"/>
          <w:b w:val="0"/>
          <w:sz w:val="20"/>
        </w:rPr>
        <w:t>教学难点：自主建构知识间的联系，整体把握20以内数的特征。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知识回顾</w:t>
            </w:r>
          </w:p>
        </w:tc>
        <w:tc>
          <w:tcPr>
            <w:tcW w:type="dxa" w:w="1814"/>
          </w:tcPr>
          <w:p>
            <w:pPr>
              <w:spacing w:after="20" w:line="276" w:lineRule="auto"/>
            </w:pPr>
            <w:r/>
            <w:r>
              <w:rPr>
                <w:rFonts w:ascii="宋体" w:hAnsi="宋体" w:eastAsia="宋体"/>
                <w:b w:val="0"/>
                <w:sz w:val="18"/>
              </w:rPr>
              <w:t>小棒、课件</w:t>
            </w:r>
          </w:p>
        </w:tc>
        <w:tc>
          <w:tcPr>
            <w:tcW w:type="dxa" w:w="3402"/>
          </w:tcPr>
          <w:p>
            <w:pPr>
              <w:spacing w:after="20" w:line="276" w:lineRule="auto"/>
            </w:pPr>
            <w:r/>
            <w:r>
              <w:rPr>
                <w:rFonts w:ascii="宋体" w:hAnsi="宋体" w:eastAsia="宋体"/>
                <w:b w:val="0"/>
                <w:sz w:val="18"/>
              </w:rPr>
              <w:t>同学们，这一单元我们学习了哪些知识？；你们总结得太好了！那你们能像一样，也把这个单元所了解到的知识点制作成“知识图”吗？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练习巩固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(课件出示)小猴子想要吃到对面的水果，需要按得数一步一步走过去。你们知道怎么按要求走吗？</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单数、双数的认识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同学们，到现在为止，我们认识了哪些数？；(课件出示)生活中，到处都有数。大家吃过玉米吧？看看这些大小不同的玉米的横截面，数一数，它们上面分别有多少颗玉米？</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通过今天这节课的学习，你们有什么新的收获？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知识回顾</w:t>
            </w:r>
          </w:p>
        </w:tc>
        <w:tc>
          <w:tcPr>
            <w:tcW w:type="dxa" w:w="3061"/>
          </w:tcPr>
          <w:p>
            <w:pPr>
              <w:spacing w:after="20" w:line="276" w:lineRule="auto"/>
            </w:pPr>
            <w:r/>
            <w:r>
              <w:rPr>
                <w:rFonts w:ascii="宋体" w:hAnsi="宋体" w:eastAsia="宋体"/>
                <w:b w:val="0"/>
                <w:sz w:val="18"/>
              </w:rPr>
              <w:t>1.单元知识梳理。</w:t>
            </w:r>
          </w:p>
          <w:p>
            <w:pPr>
              <w:spacing w:after="20" w:line="276" w:lineRule="auto"/>
            </w:pPr>
            <w:r>
              <w:rPr>
                <w:rFonts w:ascii="宋体" w:hAnsi="宋体" w:eastAsia="宋体"/>
                <w:b w:val="0"/>
                <w:sz w:val="18"/>
              </w:rPr>
              <w:t>师：同学们，这一单元我们学习了哪些知识？</w:t>
            </w:r>
          </w:p>
          <w:p>
            <w:pPr>
              <w:spacing w:after="20" w:line="276" w:lineRule="auto"/>
            </w:pPr>
            <w:r>
              <w:rPr>
                <w:rFonts w:ascii="宋体" w:hAnsi="宋体" w:eastAsia="宋体"/>
                <w:b w:val="0"/>
                <w:sz w:val="18"/>
              </w:rPr>
              <w:t>引导学生梳理本单元知识，学生可能会说：我知道了10根小棒捆成一捆，10个一就是1个十；我认识了11～20各数，会读写各数，知道了它们的组成；我会给数按从小到大的顺序排队；我会比较数的大小；我会计算十加几、十几加几、十几减几、十几减十……</w:t>
            </w:r>
          </w:p>
          <w:p>
            <w:pPr>
              <w:spacing w:after="20" w:line="276" w:lineRule="auto"/>
            </w:pPr>
            <w:r>
              <w:rPr>
                <w:rFonts w:ascii="宋体" w:hAnsi="宋体" w:eastAsia="宋体"/>
                <w:b w:val="0"/>
                <w:sz w:val="18"/>
              </w:rPr>
              <w:t>师：你们说得非常全面。下面我们就一起来梳理一下本单元的知识结构。</w:t>
            </w:r>
          </w:p>
          <w:p>
            <w:pPr>
              <w:spacing w:after="20" w:line="276" w:lineRule="auto"/>
            </w:pPr>
            <w:r>
              <w:rPr>
                <w:rFonts w:ascii="宋体" w:hAnsi="宋体" w:eastAsia="宋体"/>
                <w:b w:val="0"/>
                <w:sz w:val="18"/>
              </w:rPr>
              <w:t>师：(课件出示整理的“知识图”)同学们请看，这是同学制作的“知识图”。我们来看看这张“知识图”上有哪些知识，是怎样将它们排列起来的？</w:t>
            </w:r>
          </w:p>
          <w:p>
            <w:pPr>
              <w:spacing w:after="20" w:line="276" w:lineRule="auto"/>
            </w:pPr>
            <w:r>
              <w:rPr>
                <w:rFonts w:ascii="宋体" w:hAnsi="宋体" w:eastAsia="宋体"/>
                <w:b w:val="0"/>
                <w:sz w:val="18"/>
              </w:rPr>
              <w:t>师：你们总结得太好了！那你们能像一样，也把这个单元所了解到的知识点制作成“知识图”吗？快动手试试吧！</w:t>
            </w:r>
          </w:p>
          <w:p>
            <w:pPr>
              <w:spacing w:after="20" w:line="276" w:lineRule="auto"/>
            </w:pPr>
            <w:r>
              <w:rPr>
                <w:rFonts w:ascii="宋体" w:hAnsi="宋体" w:eastAsia="宋体"/>
                <w:b w:val="0"/>
                <w:sz w:val="18"/>
              </w:rPr>
              <w:t>制作完成后，小组间相互交流。</w:t>
            </w:r>
          </w:p>
          <w:p>
            <w:pPr>
              <w:spacing w:after="20" w:line="276" w:lineRule="auto"/>
            </w:pPr>
            <w:r>
              <w:rPr>
                <w:rFonts w:ascii="宋体" w:hAnsi="宋体" w:eastAsia="宋体"/>
                <w:b w:val="0"/>
                <w:sz w:val="18"/>
              </w:rPr>
              <w:t>教师收集制作较好的“知识图”展示在黑板上，全班集中交流。</w:t>
            </w:r>
          </w:p>
          <w:p>
            <w:pPr>
              <w:spacing w:after="20" w:line="276" w:lineRule="auto"/>
            </w:pPr>
            <w:r>
              <w:rPr>
                <w:rFonts w:ascii="宋体" w:hAnsi="宋体" w:eastAsia="宋体"/>
                <w:b w:val="0"/>
                <w:sz w:val="18"/>
              </w:rPr>
              <w:t>师：看到同学们都有这么高的制作热情，老师也制作了一个“知识图”，请同学们一起来看看！(课件出示)</w:t>
            </w:r>
          </w:p>
          <w:p>
            <w:pPr>
              <w:spacing w:after="20" w:line="276" w:lineRule="auto"/>
            </w:pPr>
            <w:r>
              <w:rPr>
                <w:rFonts w:ascii="宋体" w:hAnsi="宋体" w:eastAsia="宋体"/>
                <w:b w:val="0"/>
                <w:sz w:val="18"/>
              </w:rPr>
              <w:t>师生共同探讨，教师小结。</w:t>
            </w:r>
          </w:p>
        </w:tc>
        <w:tc>
          <w:tcPr>
            <w:tcW w:type="dxa" w:w="3061"/>
          </w:tcPr>
          <w:p>
            <w:pPr>
              <w:spacing w:after="20" w:line="276" w:lineRule="auto"/>
            </w:pPr>
            <w:r/>
            <w:r>
              <w:rPr>
                <w:rFonts w:ascii="宋体" w:hAnsi="宋体" w:eastAsia="宋体"/>
                <w:b w:val="0"/>
                <w:sz w:val="18"/>
              </w:rPr>
              <w:t>2．动手制作“知识图”。</w:t>
            </w:r>
          </w:p>
          <w:p>
            <w:pPr>
              <w:spacing w:after="20" w:line="276" w:lineRule="auto"/>
            </w:pPr>
            <w:r>
              <w:rPr>
                <w:rFonts w:ascii="宋体" w:hAnsi="宋体" w:eastAsia="宋体"/>
                <w:b w:val="0"/>
                <w:sz w:val="18"/>
              </w:rPr>
              <w:t>学生自由交流从“知识图”中发现的信息。</w:t>
            </w:r>
          </w:p>
          <w:p>
            <w:pPr>
              <w:spacing w:after="20" w:line="276" w:lineRule="auto"/>
            </w:pPr>
            <w:r>
              <w:rPr>
                <w:rFonts w:ascii="宋体" w:hAnsi="宋体" w:eastAsia="宋体"/>
                <w:b w:val="0"/>
                <w:sz w:val="18"/>
              </w:rPr>
              <w:t>学生动手制作，教师巡视并指导。</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创设情境激活学生已有经验，自然引出本课学习内容，激发学习兴趣，核心问题："同学们，这一单元我们学习了哪些知识？"</w:t>
            </w:r>
          </w:p>
        </w:tc>
      </w:tr>
      <w:tr>
        <w:tc>
          <w:tcPr>
            <w:tcW w:type="dxa" w:w="1474"/>
          </w:tcPr>
          <w:p>
            <w:pPr>
              <w:spacing w:after="20" w:line="276" w:lineRule="auto"/>
            </w:pPr>
            <w:r>
              <w:rPr>
                <w:b/>
              </w:rPr>
            </w:r>
            <w:r>
              <w:rPr>
                <w:rFonts w:ascii="宋体" w:hAnsi="宋体" w:eastAsia="宋体"/>
                <w:b/>
                <w:sz w:val="18"/>
              </w:rPr>
              <w:t>练习巩固</w:t>
            </w:r>
          </w:p>
        </w:tc>
        <w:tc>
          <w:tcPr>
            <w:tcW w:type="dxa" w:w="3061"/>
          </w:tcPr>
          <w:p>
            <w:pPr>
              <w:spacing w:after="20" w:line="276" w:lineRule="auto"/>
            </w:pPr>
            <w:r/>
            <w:r>
              <w:rPr>
                <w:rFonts w:ascii="宋体" w:hAnsi="宋体" w:eastAsia="宋体"/>
                <w:b w:val="0"/>
                <w:sz w:val="18"/>
              </w:rPr>
              <w:t>1.完成教科书P86“练一练”第1、2题。</w:t>
            </w:r>
          </w:p>
          <w:p>
            <w:pPr>
              <w:spacing w:after="20" w:line="276" w:lineRule="auto"/>
            </w:pPr>
            <w:r>
              <w:rPr>
                <w:rFonts w:ascii="宋体" w:hAnsi="宋体" w:eastAsia="宋体"/>
                <w:b w:val="0"/>
                <w:sz w:val="18"/>
              </w:rPr>
              <w:t>第1题重点引导学生先圈出10个，再接着用数数的方法完成；第2题，先让学生分享自己的答题想法，明确数位的重要性。</w:t>
            </w:r>
          </w:p>
          <w:p>
            <w:pPr>
              <w:spacing w:after="20" w:line="276" w:lineRule="auto"/>
            </w:pPr>
            <w:r>
              <w:rPr>
                <w:rFonts w:ascii="宋体" w:hAnsi="宋体" w:eastAsia="宋体"/>
                <w:b w:val="0"/>
                <w:sz w:val="18"/>
              </w:rPr>
              <w:t>2．完成教科书P86“练一练”第3题。</w:t>
            </w:r>
          </w:p>
          <w:p>
            <w:pPr>
              <w:spacing w:after="20" w:line="276" w:lineRule="auto"/>
            </w:pPr>
            <w:r>
              <w:rPr>
                <w:rFonts w:ascii="宋体" w:hAnsi="宋体" w:eastAsia="宋体"/>
                <w:b w:val="0"/>
                <w:sz w:val="18"/>
              </w:rPr>
              <w:t>指名学生上台汇报解题思路。</w:t>
            </w:r>
          </w:p>
          <w:p>
            <w:pPr>
              <w:spacing w:after="20" w:line="276" w:lineRule="auto"/>
            </w:pPr>
            <w:r>
              <w:rPr>
                <w:rFonts w:ascii="宋体" w:hAnsi="宋体" w:eastAsia="宋体"/>
                <w:b w:val="0"/>
                <w:sz w:val="18"/>
              </w:rPr>
              <w:t>3．完成教科书P86“练一练”第4题。</w:t>
            </w:r>
          </w:p>
          <w:p>
            <w:pPr>
              <w:spacing w:after="20" w:line="276" w:lineRule="auto"/>
            </w:pPr>
            <w:r>
              <w:rPr>
                <w:rFonts w:ascii="宋体" w:hAnsi="宋体" w:eastAsia="宋体"/>
                <w:b w:val="0"/>
                <w:sz w:val="18"/>
              </w:rPr>
              <w:t>师：(课件出示)小猴子想要吃到对面的水果，需要按得数一步一步走过去。你们知道怎么按要求走吗？</w:t>
            </w:r>
          </w:p>
          <w:p>
            <w:pPr>
              <w:spacing w:after="20" w:line="276" w:lineRule="auto"/>
            </w:pPr>
            <w:r>
              <w:rPr>
                <w:rFonts w:ascii="宋体" w:hAnsi="宋体" w:eastAsia="宋体"/>
                <w:b w:val="0"/>
                <w:sz w:val="18"/>
              </w:rPr>
              <w:t>先引导学生探究解答方法，再让学生自己解答后展示交流。</w:t>
            </w:r>
          </w:p>
          <w:p>
            <w:pPr>
              <w:spacing w:after="20" w:line="276" w:lineRule="auto"/>
            </w:pPr>
            <w:r>
              <w:rPr>
                <w:rFonts w:ascii="宋体" w:hAnsi="宋体" w:eastAsia="宋体"/>
                <w:b w:val="0"/>
                <w:sz w:val="18"/>
              </w:rPr>
              <w:t>4．完成教科书P86“练一练”第5题。</w:t>
            </w:r>
          </w:p>
          <w:p>
            <w:pPr>
              <w:spacing w:after="20" w:line="276" w:lineRule="auto"/>
            </w:pPr>
            <w:r>
              <w:rPr>
                <w:rFonts w:ascii="宋体" w:hAnsi="宋体" w:eastAsia="宋体"/>
                <w:b w:val="0"/>
                <w:sz w:val="18"/>
              </w:rPr>
              <w:t>与前面同类型练习相比，本练习去掉了直观图，需要逆向计算，进一步提升学生对数的认识和理解。其中第一小题为得数是10的加法练习，为后续进位加法的学习做好准备。</w:t>
            </w:r>
          </w:p>
          <w:p>
            <w:pPr>
              <w:spacing w:after="20" w:line="276" w:lineRule="auto"/>
            </w:pPr>
            <w:r>
              <w:rPr>
                <w:rFonts w:ascii="宋体" w:hAnsi="宋体" w:eastAsia="宋体"/>
                <w:b w:val="0"/>
                <w:sz w:val="18"/>
              </w:rPr>
              <w:t>5．完成教科书P87“数学游戏”。</w:t>
            </w:r>
          </w:p>
          <w:p>
            <w:pPr>
              <w:spacing w:after="20" w:line="276" w:lineRule="auto"/>
            </w:pPr>
            <w:r>
              <w:rPr>
                <w:rFonts w:ascii="宋体" w:hAnsi="宋体" w:eastAsia="宋体"/>
                <w:b w:val="0"/>
                <w:sz w:val="18"/>
              </w:rPr>
              <w:t>引导学生读懂题意。</w:t>
            </w:r>
          </w:p>
        </w:tc>
        <w:tc>
          <w:tcPr>
            <w:tcW w:type="dxa" w:w="3061"/>
          </w:tcPr>
          <w:p>
            <w:pPr>
              <w:spacing w:after="20" w:line="276" w:lineRule="auto"/>
            </w:pPr>
            <w:r/>
            <w:r>
              <w:rPr>
                <w:rFonts w:ascii="宋体" w:hAnsi="宋体" w:eastAsia="宋体"/>
                <w:b w:val="0"/>
                <w:sz w:val="18"/>
              </w:rPr>
              <w:t>学生独立完成，集中评讲。</w:t>
            </w:r>
          </w:p>
          <w:p>
            <w:pPr>
              <w:spacing w:after="20" w:line="276" w:lineRule="auto"/>
            </w:pPr>
            <w:r>
              <w:rPr>
                <w:rFonts w:ascii="宋体" w:hAnsi="宋体" w:eastAsia="宋体"/>
                <w:b w:val="0"/>
                <w:sz w:val="18"/>
              </w:rPr>
              <w:t>学生独立思考并完成。</w:t>
            </w:r>
          </w:p>
          <w:p>
            <w:pPr>
              <w:spacing w:after="20" w:line="276" w:lineRule="auto"/>
            </w:pPr>
            <w:r>
              <w:rPr>
                <w:rFonts w:ascii="宋体" w:hAnsi="宋体" w:eastAsia="宋体"/>
                <w:b w:val="0"/>
                <w:sz w:val="18"/>
              </w:rPr>
              <w:t>学生独立完成，交流分享。</w:t>
            </w:r>
          </w:p>
          <w:p>
            <w:pPr>
              <w:spacing w:after="20" w:line="276" w:lineRule="auto"/>
            </w:pPr>
            <w:r>
              <w:rPr>
                <w:rFonts w:ascii="宋体" w:hAnsi="宋体" w:eastAsia="宋体"/>
                <w:b w:val="0"/>
                <w:sz w:val="18"/>
              </w:rPr>
              <w:t>学生独立完成并在小组内展示交流。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通过有层次的练习及时反馈学情，巩固新知，培养学生灵活运用知识解决问题的能力，核心问题："(课件出示)小猴子想要吃到对面的水果，需要按得数一步一步走过去。你们知道怎么按要求走吗？"</w:t>
            </w:r>
          </w:p>
        </w:tc>
      </w:tr>
      <w:tr>
        <w:tc>
          <w:tcPr>
            <w:tcW w:type="dxa" w:w="1474"/>
          </w:tcPr>
          <w:p>
            <w:pPr>
              <w:spacing w:after="20" w:line="276" w:lineRule="auto"/>
            </w:pPr>
            <w:r>
              <w:rPr>
                <w:b/>
              </w:rPr>
            </w:r>
            <w:r>
              <w:rPr>
                <w:rFonts w:ascii="宋体" w:hAnsi="宋体" w:eastAsia="宋体"/>
                <w:b/>
                <w:sz w:val="18"/>
              </w:rPr>
              <w:t>单数、双数的认识</w:t>
            </w:r>
          </w:p>
        </w:tc>
        <w:tc>
          <w:tcPr>
            <w:tcW w:type="dxa" w:w="3061"/>
          </w:tcPr>
          <w:p>
            <w:pPr>
              <w:spacing w:after="20" w:line="276" w:lineRule="auto"/>
            </w:pPr>
            <w:r/>
            <w:r>
              <w:rPr>
                <w:rFonts w:ascii="宋体" w:hAnsi="宋体" w:eastAsia="宋体"/>
                <w:b w:val="0"/>
                <w:sz w:val="18"/>
              </w:rPr>
              <w:t>师：同学们，到现在为止，我们认识了哪些数？</w:t>
            </w:r>
          </w:p>
          <w:p>
            <w:pPr>
              <w:spacing w:after="20" w:line="276" w:lineRule="auto"/>
            </w:pPr>
            <w:r>
              <w:rPr>
                <w:rFonts w:ascii="宋体" w:hAnsi="宋体" w:eastAsia="宋体"/>
                <w:b w:val="0"/>
                <w:sz w:val="18"/>
              </w:rPr>
              <w:t>师：(课件出示)生活中，到处都有数。大家吃过玉米吧？看看这些大小不同的玉米的横截面，数一数，它们上面分别有多少颗玉米？大家课后去找玉米数一数，查找资料，了解一下什么是双数、什么是单数。</w:t>
            </w:r>
          </w:p>
        </w:tc>
        <w:tc>
          <w:tcPr>
            <w:tcW w:type="dxa" w:w="3061"/>
          </w:tcPr>
          <w:p>
            <w:pPr>
              <w:spacing w:after="20" w:line="276" w:lineRule="auto"/>
            </w:pPr>
            <w:r/>
            <w:r>
              <w:rPr>
                <w:rFonts w:ascii="宋体" w:hAnsi="宋体" w:eastAsia="宋体"/>
                <w:b w:val="0"/>
                <w:sz w:val="18"/>
              </w:rPr>
              <w:t>学生思考后举手发言。</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围绕环节目标组织学习活动，引导学生主动参与、积极思考，核心问题："同学们，到现在为止，我们认识了哪些数？"</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师：通过今天这节课的学习，你们有什么新的收获？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引导学生回顾梳理本课所学，完善认知结构，提升归纳与反思能力，核心问题："通过今天这节课的学习，你们有什么新的收获？"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教科书P85～87“整理和复习”“练一练”以及“数学游戏”。</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的一开始，以“知识回顾”为导入，让学生有了充分表达的机会。学生可以从多个角度来介绍自己所学，学生思维也很活跃。在教学中，重视数学活动，注重培养学生的数感。在练习中进一步巩固学生对本单元知识的掌握情况。教师可适当放手，多给予学生展示的机会。</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