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人教版一年级数学上册</w:t>
      </w:r>
    </w:p>
    <w:p>
      <w:pPr>
        <w:spacing w:after="80" w:line="300" w:lineRule="auto"/>
        <w:jc w:val="center"/>
      </w:pPr>
      <w:r>
        <w:rPr>
          <w:rFonts w:ascii="黑体" w:hAnsi="黑体" w:eastAsia="黑体"/>
          <w:b/>
          <w:sz w:val="26"/>
        </w:rPr>
        <w:t>第6单元 复习与关联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第6单元 复习与关联</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跨领域（复习）</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4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对比原教科书的总复习，新教科书不仅将“总复习”改成了“复习与关联”，更是从结构上进行了改编，按照“总——分——总”的结构引导学生对全册的学习内容从横向、纵向进行各知识点的联系构建。</w:t>
      </w:r>
    </w:p>
    <w:p>
      <w:pPr>
        <w:spacing w:after="80" w:line="300" w:lineRule="auto"/>
        <w:ind w:firstLine="400"/>
      </w:pPr>
      <w:r>
        <w:rPr>
          <w:rFonts w:ascii="宋体" w:hAnsi="宋体" w:eastAsia="宋体"/>
          <w:b w:val="0"/>
          <w:sz w:val="20"/>
        </w:rPr>
        <w:t>首先，教科书通过“知识图”的形式，引导学生对全册的学习内容进行回顾，构建全册的知识结构；再按照主题逐一对所学内容进行整理，将同一主题的内容进行合并整合，构建各知识点的纵向联系，系统掌握每个主题的知识；最后通过“应用提升”横向沟通各主题间的联系，综合运用各主题知识解决实际问题。</w:t>
      </w:r>
    </w:p>
    <w:p>
      <w:pPr>
        <w:spacing w:after="80" w:line="300" w:lineRule="auto"/>
        <w:ind w:firstLine="400"/>
      </w:pPr>
      <w:r>
        <w:rPr>
          <w:rFonts w:ascii="宋体" w:hAnsi="宋体" w:eastAsia="宋体"/>
          <w:b w:val="0"/>
          <w:sz w:val="20"/>
        </w:rPr>
        <w:t>教科书中的“复习与关联”突出体现了课程标准中几个新的要求：(1)培养学生独立思考、自主探究、合作交流的能力，关注学生数学核心能力的培养。如教科书中的每个复习板块都采用对话或者问题的形式，启发学生思考，自主构建知识体系。(2)关注知识之间的关联，体现新课标中知识的结构性。教科书在对话的形式下，呈现出核心知识点，引导学生围绕核心知识点展开思考。如20以内数的认识，教科书通过两幅图将数位、数的意义和数的组成融合在一起。(3)注重学生数学学习方法的渗透。如一开始就让学生掌握画“知识图”进行整理的方法。由此可见，“复习与关联”不仅关注“知识整理”，更关注“人的发展”和“知识的构建”。</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在前面的学习中，学生已经掌握了基础知识，也通过画“知识图”进行过单元整理。在教师的引导下，学生通过不同的练习理解知识之间的联系，有了一定的自主探究意识。所以，解决本单元的问题和习题，对于他们来说应该不难。但是要自主构建知识体系，发现知识间的内在联系，对于一年级的学生来说，有一定的难度。如何引导学生自主构建知识间的联系，是复习的难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第1课时：根据现实情境，学生能选择合适的方法数数，能用数表示物体的个数或事物的顺序，熟练掌握数的读写、数的组成及比较大小。</w:t>
      </w:r>
    </w:p>
    <w:p>
      <w:pPr>
        <w:spacing w:after="20" w:line="300" w:lineRule="auto"/>
        <w:ind w:firstLine="400"/>
      </w:pPr>
      <w:r>
        <w:rPr>
          <w:rFonts w:ascii="宋体" w:hAnsi="宋体" w:eastAsia="宋体"/>
          <w:b w:val="0"/>
          <w:sz w:val="20"/>
        </w:rPr>
        <w:t>第2课时：回顾20以内数的加、减法的计算方法，进一步理解算理，能熟练运用计算方法进行计算，提高计算能力。</w:t>
      </w:r>
    </w:p>
    <w:p>
      <w:pPr>
        <w:spacing w:after="20" w:line="300" w:lineRule="auto"/>
        <w:ind w:firstLine="400"/>
      </w:pPr>
      <w:r>
        <w:rPr>
          <w:rFonts w:ascii="宋体" w:hAnsi="宋体" w:eastAsia="宋体"/>
          <w:b w:val="0"/>
          <w:sz w:val="20"/>
        </w:rPr>
        <w:t>第3课时：引导学生对所学的加、减法实际问题解决方法进行复习与梳理，构建基本的解题思路模型。</w:t>
      </w:r>
    </w:p>
    <w:p>
      <w:pPr>
        <w:spacing w:after="20" w:line="300" w:lineRule="auto"/>
        <w:ind w:firstLine="400"/>
      </w:pPr>
      <w:r>
        <w:rPr>
          <w:rFonts w:ascii="宋体" w:hAnsi="宋体" w:eastAsia="宋体"/>
          <w:b w:val="0"/>
          <w:sz w:val="20"/>
        </w:rPr>
        <w:t>第4课时：通过复习，巩固认识长方体、正方体、圆柱和球的特征，能正确辨认生活中这4种形状的物体，会数较复杂图形中包含小正方体的个数。</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对比原来的总复习，“复习与关联”的教学目标有更高要求。教学时，要突出学生的主体地位，把握好教学目标，以发展学生核心素养为目标导向。</w:t>
      </w:r>
    </w:p>
    <w:p>
      <w:pPr>
        <w:spacing w:after="20" w:line="300" w:lineRule="auto"/>
      </w:pPr>
      <w:r>
        <w:rPr>
          <w:rFonts w:ascii="宋体" w:hAnsi="宋体" w:eastAsia="宋体"/>
          <w:b w:val="0"/>
          <w:sz w:val="20"/>
        </w:rPr>
        <w:t>● 将知识点穿成知识串，不同的学生有不同的思维方式，呈现的形式也不同，教学时要多展示不同的整理方法，充分肯定学生之间不同的想法，帮助学生积累经验。</w:t>
      </w:r>
    </w:p>
    <w:p>
      <w:pPr>
        <w:spacing w:after="20" w:line="300" w:lineRule="auto"/>
      </w:pPr>
      <w:r>
        <w:rPr>
          <w:rFonts w:ascii="宋体" w:hAnsi="宋体" w:eastAsia="宋体"/>
          <w:b w:val="0"/>
          <w:sz w:val="20"/>
        </w:rPr>
        <w:t>● 学生的发展有差异，整理复习要照顾到不同的学生，保证每个学生都能落实学习目标。</w:t>
      </w:r>
    </w:p>
    <w:p>
      <w:pPr>
        <w:spacing w:after="20" w:line="300" w:lineRule="auto"/>
      </w:pPr>
      <w:r>
        <w:rPr>
          <w:rFonts w:ascii="宋体" w:hAnsi="宋体" w:eastAsia="宋体"/>
          <w:b w:val="0"/>
          <w:sz w:val="20"/>
        </w:rPr>
        <w:t>数感：在具体情境中，通过操作、观察、分析等活动理解20以内数的含义，能正确地进行排序和比较大小。知道计数单位“十”和“一”，初步感知位值制。</w:t>
      </w:r>
    </w:p>
    <w:p>
      <w:pPr>
        <w:spacing w:after="20" w:line="300" w:lineRule="auto"/>
      </w:pPr>
      <w:r>
        <w:rPr>
          <w:rFonts w:ascii="宋体" w:hAnsi="宋体" w:eastAsia="宋体"/>
          <w:b w:val="0"/>
          <w:sz w:val="20"/>
        </w:rPr>
        <w:t>运算能力：探索并掌握20以内的加法和不退位的减法，能结合数的意义理解“凑十”法，并能正确计算。能理解加、减法之间的联系；初步理解连加、连减和加减混合的运算顺序，会按顺序计算。</w:t>
      </w:r>
    </w:p>
    <w:p>
      <w:pPr>
        <w:spacing w:after="20" w:line="300" w:lineRule="auto"/>
      </w:pPr>
      <w:r>
        <w:rPr>
          <w:rFonts w:ascii="宋体" w:hAnsi="宋体" w:eastAsia="宋体"/>
          <w:b w:val="0"/>
          <w:sz w:val="20"/>
        </w:rPr>
        <w:t>空间观念：能将具体的实际物体抽象成立体图形，直观掌握长方体、正方体、圆柱、球的特征，能进行辨认。</w:t>
      </w:r>
    </w:p>
    <w:p>
      <w:pPr>
        <w:spacing w:after="20" w:line="300" w:lineRule="auto"/>
      </w:pPr>
      <w:r>
        <w:rPr>
          <w:rFonts w:ascii="宋体" w:hAnsi="宋体" w:eastAsia="宋体"/>
          <w:b w:val="0"/>
          <w:sz w:val="20"/>
        </w:rPr>
        <w:t>推理能力：经历自主探究、同伴交流的学习过程；能结合具体的问题进行推理分析。</w:t>
      </w:r>
    </w:p>
    <w:p>
      <w:pPr>
        <w:spacing w:after="20" w:line="300" w:lineRule="auto"/>
      </w:pPr>
      <w:r>
        <w:rPr>
          <w:rFonts w:ascii="宋体" w:hAnsi="宋体" w:eastAsia="宋体"/>
          <w:b w:val="0"/>
          <w:sz w:val="20"/>
        </w:rPr>
        <w:t>模型意识和应用意识：能在解决简单问题的过程中，运用实物操作、画图等方法表示已知信息和问题，分析数量关系，会选择合适的方法解答。</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数与运算(1)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根据现实情境，学生能选择合适的方法数数，能用数表示物体的个数或事物的顺序，熟练掌握数的读写、数的组成及比较大小。</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数与运算(2)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回顾20以内数的加、减法的计算方法，进一步理解算理，能熟练运用计算方法进行计算，提高计算能力。</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数量关系</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引导学生对所学的加、减法实际问题解决方法进行复习与梳理，构建基本的解题思路模型。</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图形的认识</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通过复习，巩固认识长方体、正方体、圆柱和球的特征，能正确辨认生活中这4种形状的物体，会数较复杂图形中包含小正方体的个数。</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数与运算(1)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数与运算(1)</w:t>
            </w:r>
          </w:p>
        </w:tc>
        <w:tc>
          <w:tcPr>
            <w:tcW w:type="dxa" w:w="6009"/>
          </w:tcPr>
          <w:p>
            <w:pPr>
              <w:spacing w:after="20" w:line="276" w:lineRule="auto"/>
            </w:pPr>
            <w:r/>
            <w:r>
              <w:rPr>
                <w:rFonts w:ascii="宋体" w:hAnsi="宋体" w:eastAsia="宋体"/>
                <w:b w:val="0"/>
                <w:sz w:val="20"/>
              </w:rPr>
              <w:t>第6单元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前面的学习中，学生已经掌握了基础知识，也通过画“知识图”进行过单元整理。在教师的引导下，学生通过不同的练习理解知识之间的联系，有了一定的自主探究意识。所以，解决本单元的问题和习题，对于他们来说应该不难。但是要自主构建知识体系，发现知识间的内在联系，对于一年级的学生来说，有一定的难度。如何引导学生自主构建知识间的联系，是复习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教学内容：教科书P103～104有关20以内数的认识内容及P106“应用提升”第1题，完成教科书P108“练一练”第1、2题。</w:t>
      </w:r>
    </w:p>
    <w:p>
      <w:pPr>
        <w:spacing w:after="80" w:line="300" w:lineRule="auto"/>
        <w:ind w:firstLine="400"/>
      </w:pPr>
      <w:r>
        <w:rPr>
          <w:rFonts w:ascii="宋体" w:hAnsi="宋体" w:eastAsia="宋体"/>
          <w:b w:val="0"/>
          <w:sz w:val="20"/>
        </w:rPr>
        <w:t>设计思路：充分利用教科书中的情境和素材，通过问题驱动引导学生复习回顾20以内数的认识，将本册教科书中几个单元的数的认识统一，构建出新的知识体系。</w:t>
      </w:r>
    </w:p>
    <w:p>
      <w:pPr>
        <w:spacing w:after="80" w:line="300" w:lineRule="auto"/>
        <w:ind w:firstLine="400"/>
      </w:pPr>
      <w:r>
        <w:rPr>
          <w:rFonts w:ascii="宋体" w:hAnsi="宋体" w:eastAsia="宋体"/>
          <w:b w:val="0"/>
          <w:sz w:val="20"/>
        </w:rPr>
        <w:t>教学准备：课件、小棒、计数器。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（1）根据现实情境，学生能选择合适的方法数数，能用数表示物体的个数或事物的顺序，熟练掌握数的读写、数的组成及比较大小。</w:t>
      </w:r>
    </w:p>
    <w:p>
      <w:pPr>
        <w:spacing w:after="20" w:line="300" w:lineRule="auto"/>
        <w:ind w:firstLine="400"/>
      </w:pPr>
      <w:r>
        <w:rPr>
          <w:rFonts w:ascii="宋体" w:hAnsi="宋体" w:eastAsia="宋体"/>
          <w:b w:val="0"/>
          <w:sz w:val="20"/>
        </w:rPr>
        <w:t>（2）理解计数单位和不同数位上各数的含义，初步体会十进制和位值制。</w:t>
      </w:r>
    </w:p>
    <w:p>
      <w:pPr>
        <w:spacing w:after="20" w:line="300" w:lineRule="auto"/>
        <w:ind w:firstLine="400"/>
      </w:pPr>
      <w:r>
        <w:rPr>
          <w:rFonts w:ascii="宋体" w:hAnsi="宋体" w:eastAsia="宋体"/>
          <w:b w:val="0"/>
          <w:sz w:val="20"/>
        </w:rPr>
        <w:t>（3）通过联系沟通，体会计数单位在数的认识和运算中的重要意义。</w:t>
      </w:r>
    </w:p>
    <w:p>
      <w:pPr>
        <w:spacing w:after="20" w:line="300" w:lineRule="auto"/>
      </w:pPr>
      <w:r>
        <w:rPr>
          <w:rFonts w:ascii="宋体" w:hAnsi="宋体" w:eastAsia="宋体"/>
          <w:b w:val="0"/>
          <w:sz w:val="20"/>
        </w:rPr>
        <w:t>教学重点：深化对20以内数的认识。</w:t>
      </w:r>
    </w:p>
    <w:p>
      <w:pPr>
        <w:spacing w:after="20" w:line="300" w:lineRule="auto"/>
      </w:pPr>
      <w:r>
        <w:rPr>
          <w:rFonts w:ascii="宋体" w:hAnsi="宋体" w:eastAsia="宋体"/>
          <w:b w:val="0"/>
          <w:sz w:val="20"/>
        </w:rPr>
        <w:t>教学难点：初步体会计数单位在数的认识中的意义。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复习大本营</w:t>
            </w:r>
          </w:p>
        </w:tc>
        <w:tc>
          <w:tcPr>
            <w:tcW w:type="dxa" w:w="1814"/>
          </w:tcPr>
          <w:p>
            <w:pPr>
              <w:spacing w:after="20" w:line="276" w:lineRule="auto"/>
            </w:pPr>
            <w:r/>
            <w:r>
              <w:rPr>
                <w:rFonts w:ascii="宋体" w:hAnsi="宋体" w:eastAsia="宋体"/>
                <w:b w:val="0"/>
                <w:sz w:val="18"/>
              </w:rPr>
              <w:t>课件、小棒、计数器</w:t>
            </w:r>
          </w:p>
        </w:tc>
        <w:tc>
          <w:tcPr>
            <w:tcW w:type="dxa" w:w="3402"/>
          </w:tcPr>
          <w:p>
            <w:pPr>
              <w:spacing w:after="20" w:line="276" w:lineRule="auto"/>
            </w:pPr>
            <w:r/>
            <w:r>
              <w:rPr>
                <w:rFonts w:ascii="宋体" w:hAnsi="宋体" w:eastAsia="宋体"/>
                <w:b w:val="0"/>
                <w:sz w:val="18"/>
              </w:rPr>
              <w:t>图中的物体各有多少个呢？请同学们数一数，可以用哪个数字表示图中物体的个数？；4还可以表示什么？</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练习大通关</w:t>
            </w:r>
          </w:p>
        </w:tc>
        <w:tc>
          <w:tcPr>
            <w:tcW w:type="dxa" w:w="1814"/>
          </w:tcPr>
          <w:p>
            <w:pPr>
              <w:spacing w:after="20" w:line="276" w:lineRule="auto"/>
            </w:pPr>
            <w:r/>
            <w:r>
              <w:rPr>
                <w:rFonts w:ascii="宋体" w:hAnsi="宋体" w:eastAsia="宋体"/>
                <w:b w:val="0"/>
                <w:sz w:val="18"/>
              </w:rPr>
              <w:t>教科书、课件、计数器、小棒</w:t>
            </w:r>
          </w:p>
        </w:tc>
        <w:tc>
          <w:tcPr>
            <w:tcW w:type="dxa" w:w="3402"/>
          </w:tcPr>
          <w:p>
            <w:pPr>
              <w:spacing w:after="20" w:line="276" w:lineRule="auto"/>
            </w:pPr>
            <w:r/>
            <w:r>
              <w:rPr>
                <w:rFonts w:ascii="宋体" w:hAnsi="宋体" w:eastAsia="宋体"/>
                <w:b w:val="0"/>
                <w:sz w:val="18"/>
              </w:rPr>
              <w:t>你能填出空格中的数吗？谁愿意上台在表格里指一指，说一说自己是怎样按1～19的顺序从入口走到出口的？；请同学们在表中把11涂上红色，说说自己的发现，并在计数器上画出11。11的两个“1”各表示什么意思呢？</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课件、小棒、计数器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复习大本营</w:t>
            </w:r>
          </w:p>
        </w:tc>
        <w:tc>
          <w:tcPr>
            <w:tcW w:type="dxa" w:w="3061"/>
          </w:tcPr>
          <w:p>
            <w:pPr>
              <w:spacing w:after="20" w:line="276" w:lineRule="auto"/>
            </w:pPr>
            <w:r/>
            <w:r>
              <w:rPr>
                <w:rFonts w:ascii="宋体" w:hAnsi="宋体" w:eastAsia="宋体"/>
                <w:b w:val="0"/>
                <w:sz w:val="18"/>
              </w:rPr>
              <w:t>1.复习数数、读数、写数及20以内数的顺序和比较大小。</w:t>
            </w:r>
          </w:p>
          <w:p>
            <w:pPr>
              <w:spacing w:after="20" w:line="276" w:lineRule="auto"/>
            </w:pPr>
            <w:r>
              <w:rPr>
                <w:rFonts w:ascii="宋体" w:hAnsi="宋体" w:eastAsia="宋体"/>
                <w:b w:val="0"/>
                <w:sz w:val="18"/>
              </w:rPr>
              <w:t>师：同学们，时间过得真快，这个学期就快结束了。在这一学期中我们认识了很多数字，这些数字带着我们一起学到了很多数学知识。今天我们一起复习20以内的数。(板书课题：复习20以内的数)</w:t>
            </w:r>
          </w:p>
          <w:p>
            <w:pPr>
              <w:spacing w:after="20" w:line="276" w:lineRule="auto"/>
            </w:pPr>
            <w:r>
              <w:rPr>
                <w:rFonts w:ascii="宋体" w:hAnsi="宋体" w:eastAsia="宋体"/>
                <w:b w:val="0"/>
                <w:sz w:val="18"/>
              </w:rPr>
              <w:t>出示课件：</w:t>
            </w:r>
          </w:p>
          <w:p>
            <w:pPr>
              <w:spacing w:after="20" w:line="276" w:lineRule="auto"/>
            </w:pPr>
            <w:r>
              <w:rPr>
                <w:rFonts w:ascii="宋体" w:hAnsi="宋体" w:eastAsia="宋体"/>
                <w:b w:val="0"/>
                <w:sz w:val="18"/>
              </w:rPr>
              <w:t>师：图中的物体各有多少个呢？请同学们数一数，可以用哪个数字表示图中物体的个数？</w:t>
            </w:r>
          </w:p>
          <w:p>
            <w:pPr>
              <w:spacing w:after="20" w:line="276" w:lineRule="auto"/>
            </w:pPr>
            <w:r>
              <w:rPr>
                <w:rFonts w:ascii="宋体" w:hAnsi="宋体" w:eastAsia="宋体"/>
                <w:b w:val="0"/>
                <w:sz w:val="18"/>
              </w:rPr>
              <w:t>师：4还可以表示什么？说一句用4表示物体个数的话。</w:t>
            </w:r>
          </w:p>
          <w:p>
            <w:pPr>
              <w:spacing w:after="20" w:line="276" w:lineRule="auto"/>
            </w:pPr>
            <w:r>
              <w:rPr>
                <w:rFonts w:ascii="宋体" w:hAnsi="宋体" w:eastAsia="宋体"/>
                <w:b w:val="0"/>
                <w:sz w:val="18"/>
              </w:rPr>
              <w:t>师：同学们真棒！(教师竖起大拇指表扬)</w:t>
            </w:r>
          </w:p>
          <w:p>
            <w:pPr>
              <w:spacing w:after="20" w:line="276" w:lineRule="auto"/>
            </w:pPr>
            <w:r>
              <w:rPr>
                <w:rFonts w:ascii="宋体" w:hAnsi="宋体" w:eastAsia="宋体"/>
                <w:b w:val="0"/>
                <w:sz w:val="18"/>
              </w:rPr>
              <w:t>师：同学们还会数其他的数吗？数数你的小棒有多少根。</w:t>
            </w:r>
          </w:p>
          <w:p>
            <w:pPr>
              <w:spacing w:after="20" w:line="276" w:lineRule="auto"/>
            </w:pPr>
            <w:r>
              <w:rPr>
                <w:rFonts w:ascii="宋体" w:hAnsi="宋体" w:eastAsia="宋体"/>
                <w:b w:val="0"/>
                <w:sz w:val="18"/>
              </w:rPr>
              <w:t>师：请同学们数出下面计数器上的数并写出来，说说你是怎样数的。</w:t>
            </w:r>
          </w:p>
          <w:p>
            <w:pPr>
              <w:spacing w:after="20" w:line="276" w:lineRule="auto"/>
            </w:pPr>
            <w:r>
              <w:rPr>
                <w:rFonts w:ascii="宋体" w:hAnsi="宋体" w:eastAsia="宋体"/>
                <w:b w:val="0"/>
                <w:sz w:val="18"/>
              </w:rPr>
              <w:t>出示课件：</w:t>
            </w:r>
          </w:p>
          <w:p>
            <w:pPr>
              <w:spacing w:after="20" w:line="276" w:lineRule="auto"/>
            </w:pPr>
            <w:r>
              <w:rPr>
                <w:rFonts w:ascii="宋体" w:hAnsi="宋体" w:eastAsia="宋体"/>
                <w:b w:val="0"/>
                <w:sz w:val="18"/>
              </w:rPr>
              <w:t>先数出1个，然后添上1就是2，2添上1就是3……并写出2和3。</w:t>
            </w:r>
          </w:p>
          <w:p>
            <w:pPr>
              <w:spacing w:after="20" w:line="276" w:lineRule="auto"/>
            </w:pPr>
            <w:r>
              <w:rPr>
                <w:rFonts w:ascii="宋体" w:hAnsi="宋体" w:eastAsia="宋体"/>
                <w:b w:val="0"/>
                <w:sz w:val="18"/>
              </w:rPr>
              <w:t>师：用一颗珠子表示1，两颗珠子表示2，三颗珠子表示3……按照顺序，前面的数添上1就是后面的一个数了。</w:t>
            </w:r>
          </w:p>
          <w:p>
            <w:pPr>
              <w:spacing w:after="20" w:line="276" w:lineRule="auto"/>
            </w:pPr>
            <w:r>
              <w:rPr>
                <w:rFonts w:ascii="宋体" w:hAnsi="宋体" w:eastAsia="宋体"/>
                <w:b w:val="0"/>
                <w:sz w:val="18"/>
              </w:rPr>
              <w:t>师：刚才写出的两个数谁大些？在它们中间可以用哪个符号连接？</w:t>
            </w:r>
          </w:p>
          <w:p>
            <w:pPr>
              <w:spacing w:after="20" w:line="276" w:lineRule="auto"/>
            </w:pPr>
            <w:r>
              <w:rPr>
                <w:rFonts w:ascii="宋体" w:hAnsi="宋体" w:eastAsia="宋体"/>
                <w:b w:val="0"/>
                <w:sz w:val="18"/>
              </w:rPr>
              <w:t>师：你还会比较其他的2个数的大小吗？请你说一说是怎么比的。</w:t>
            </w:r>
          </w:p>
          <w:p>
            <w:pPr>
              <w:spacing w:after="20" w:line="276" w:lineRule="auto"/>
            </w:pPr>
            <w:r>
              <w:rPr>
                <w:rFonts w:ascii="宋体" w:hAnsi="宋体" w:eastAsia="宋体"/>
                <w:b w:val="0"/>
                <w:sz w:val="18"/>
              </w:rPr>
              <w:t>师：同学们真聪明！已经会按顺序数出我们学过的数了，那么能按顺序写出0～20各数吗？请跟老师一起写出这些数。</w:t>
            </w:r>
          </w:p>
          <w:p>
            <w:pPr>
              <w:spacing w:after="20" w:line="276" w:lineRule="auto"/>
            </w:pPr>
            <w:r>
              <w:rPr>
                <w:rFonts w:ascii="宋体" w:hAnsi="宋体" w:eastAsia="宋体"/>
                <w:b w:val="0"/>
                <w:sz w:val="18"/>
              </w:rPr>
              <w:t>板书：0、1、2、3、4、5、6、7、8、9、10、11、12、13、14、15、16、17、18、19、20。</w:t>
            </w:r>
          </w:p>
          <w:p>
            <w:pPr>
              <w:spacing w:after="20" w:line="276" w:lineRule="auto"/>
            </w:pPr>
            <w:r>
              <w:rPr>
                <w:rFonts w:ascii="宋体" w:hAnsi="宋体" w:eastAsia="宋体"/>
                <w:b w:val="0"/>
                <w:sz w:val="18"/>
              </w:rPr>
              <w:t>2．复习数的组成、深化对计数单位和位值的理解。</w:t>
            </w:r>
          </w:p>
          <w:p>
            <w:pPr>
              <w:spacing w:after="20" w:line="276" w:lineRule="auto"/>
            </w:pPr>
            <w:r>
              <w:rPr>
                <w:rFonts w:ascii="宋体" w:hAnsi="宋体" w:eastAsia="宋体"/>
                <w:b w:val="0"/>
                <w:sz w:val="18"/>
              </w:rPr>
              <w:t>师：同学们，我们写出的这些数字，如果让你分成两组，你会怎么分？</w:t>
            </w:r>
          </w:p>
          <w:p>
            <w:pPr>
              <w:spacing w:after="20" w:line="276" w:lineRule="auto"/>
            </w:pPr>
            <w:r>
              <w:rPr>
                <w:rFonts w:ascii="宋体" w:hAnsi="宋体" w:eastAsia="宋体"/>
                <w:b w:val="0"/>
                <w:sz w:val="18"/>
              </w:rPr>
              <w:t>师：很好！你们知道两位数是怎么组成的吗？</w:t>
            </w:r>
          </w:p>
          <w:p>
            <w:pPr>
              <w:spacing w:after="20" w:line="276" w:lineRule="auto"/>
            </w:pPr>
            <w:r>
              <w:rPr>
                <w:rFonts w:ascii="宋体" w:hAnsi="宋体" w:eastAsia="宋体"/>
                <w:b w:val="0"/>
                <w:sz w:val="18"/>
              </w:rPr>
              <w:t>教师指着10和18，让学生说它们是怎么组成的。</w:t>
            </w:r>
          </w:p>
          <w:p>
            <w:pPr>
              <w:spacing w:after="20" w:line="276" w:lineRule="auto"/>
            </w:pPr>
            <w:r>
              <w:rPr>
                <w:rFonts w:ascii="宋体" w:hAnsi="宋体" w:eastAsia="宋体"/>
                <w:b w:val="0"/>
                <w:sz w:val="18"/>
              </w:rPr>
              <w:t>10是由1个十组成的，18是由1个十和8个一组成的。</w:t>
            </w:r>
          </w:p>
          <w:p>
            <w:pPr>
              <w:spacing w:after="20" w:line="276" w:lineRule="auto"/>
            </w:pPr>
            <w:r>
              <w:rPr>
                <w:rFonts w:ascii="宋体" w:hAnsi="宋体" w:eastAsia="宋体"/>
                <w:b w:val="0"/>
                <w:sz w:val="18"/>
              </w:rPr>
              <w:t>师：同学们知道10个一是多少吗？</w:t>
            </w:r>
          </w:p>
          <w:p>
            <w:pPr>
              <w:spacing w:after="20" w:line="276" w:lineRule="auto"/>
            </w:pPr>
            <w:r>
              <w:rPr>
                <w:rFonts w:ascii="宋体" w:hAnsi="宋体" w:eastAsia="宋体"/>
                <w:b w:val="0"/>
                <w:sz w:val="18"/>
              </w:rPr>
              <w:t>师：同学们说得对！请看课件，从图上我们可以知道10个一就是1个十。</w:t>
            </w:r>
          </w:p>
          <w:p>
            <w:pPr>
              <w:spacing w:after="20" w:line="276" w:lineRule="auto"/>
            </w:pPr>
            <w:r>
              <w:rPr>
                <w:rFonts w:ascii="宋体" w:hAnsi="宋体" w:eastAsia="宋体"/>
                <w:b w:val="0"/>
                <w:sz w:val="18"/>
              </w:rPr>
              <w:t>教师板书：10个一是1个十。</w:t>
            </w:r>
          </w:p>
          <w:p>
            <w:pPr>
              <w:spacing w:after="20" w:line="276" w:lineRule="auto"/>
            </w:pPr>
            <w:r>
              <w:rPr>
                <w:rFonts w:ascii="宋体" w:hAnsi="宋体" w:eastAsia="宋体"/>
                <w:b w:val="0"/>
                <w:sz w:val="18"/>
              </w:rPr>
              <w:t>师：如果一个数是由1个十和2个一组成的，你知道这个数是多少吗？如何在计数器上表示这个数？请同学们拿出自己的计数器拨出这个数。</w:t>
            </w:r>
          </w:p>
          <w:p>
            <w:pPr>
              <w:spacing w:after="20" w:line="276" w:lineRule="auto"/>
            </w:pPr>
            <w:r>
              <w:rPr>
                <w:rFonts w:ascii="宋体" w:hAnsi="宋体" w:eastAsia="宋体"/>
                <w:b w:val="0"/>
                <w:sz w:val="18"/>
              </w:rPr>
              <w:t>有的学生可能会拨出12，有的也会拨出21。</w:t>
            </w:r>
          </w:p>
          <w:p>
            <w:pPr>
              <w:spacing w:after="20" w:line="276" w:lineRule="auto"/>
            </w:pPr>
            <w:r>
              <w:rPr>
                <w:rFonts w:ascii="宋体" w:hAnsi="宋体" w:eastAsia="宋体"/>
                <w:b w:val="0"/>
                <w:sz w:val="18"/>
              </w:rPr>
              <w:t>师：同学们，刚才看到有些同学拨珠子拨出的结果不一样，到底该怎样在计数器上拨出12呢？请跟老师一起在计数器上拨出12。</w:t>
            </w:r>
          </w:p>
          <w:p>
            <w:pPr>
              <w:spacing w:after="20" w:line="276" w:lineRule="auto"/>
            </w:pPr>
            <w:r>
              <w:rPr>
                <w:rFonts w:ascii="宋体" w:hAnsi="宋体" w:eastAsia="宋体"/>
                <w:b w:val="0"/>
                <w:sz w:val="18"/>
              </w:rPr>
              <w:t>教师边讲解边拨珠子，并让学生再练习拨出10这个数。</w:t>
            </w:r>
          </w:p>
          <w:p>
            <w:pPr>
              <w:spacing w:after="20" w:line="276" w:lineRule="auto"/>
            </w:pPr>
            <w:r>
              <w:rPr>
                <w:rFonts w:ascii="宋体" w:hAnsi="宋体" w:eastAsia="宋体"/>
                <w:b w:val="0"/>
                <w:sz w:val="18"/>
              </w:rPr>
              <w:t>师：10是表示1个十，就在十位上拨1个珠子，个位上是0，表示没有珠子，个位上不拨珠子。</w:t>
            </w:r>
          </w:p>
          <w:p>
            <w:pPr>
              <w:spacing w:after="20" w:line="276" w:lineRule="auto"/>
            </w:pPr>
            <w:r>
              <w:rPr>
                <w:rFonts w:ascii="宋体" w:hAnsi="宋体" w:eastAsia="宋体"/>
                <w:b w:val="0"/>
                <w:sz w:val="18"/>
              </w:rPr>
              <w:t>师：同学们对0～20各数掌握得很好，现在老师要考考你们。</w:t>
            </w:r>
          </w:p>
          <w:p>
            <w:pPr>
              <w:spacing w:after="20" w:line="276" w:lineRule="auto"/>
            </w:pPr>
            <w:r>
              <w:rPr>
                <w:rFonts w:ascii="宋体" w:hAnsi="宋体" w:eastAsia="宋体"/>
                <w:b w:val="0"/>
                <w:sz w:val="18"/>
              </w:rPr>
              <w:t>教师指着黑板上的数提问：第3个数是几？第几个数是14？第几个数的前面是8？10在第几个数的后面？</w:t>
            </w:r>
          </w:p>
        </w:tc>
        <w:tc>
          <w:tcPr>
            <w:tcW w:type="dxa" w:w="3061"/>
          </w:tcPr>
          <w:p>
            <w:pPr>
              <w:spacing w:after="20" w:line="276" w:lineRule="auto"/>
            </w:pPr>
            <w:r/>
            <w:r>
              <w:rPr>
                <w:rFonts w:ascii="宋体" w:hAnsi="宋体" w:eastAsia="宋体"/>
                <w:b w:val="0"/>
                <w:sz w:val="18"/>
              </w:rPr>
              <w:t>学生会数出4个珠子、4个苹果、4个杯子、4根小棒，可以用4表示它们的个数。</w:t>
            </w:r>
          </w:p>
          <w:p>
            <w:pPr>
              <w:spacing w:after="20" w:line="276" w:lineRule="auto"/>
            </w:pPr>
            <w:r>
              <w:rPr>
                <w:rFonts w:ascii="宋体" w:hAnsi="宋体" w:eastAsia="宋体"/>
                <w:b w:val="0"/>
                <w:sz w:val="18"/>
              </w:rPr>
              <w:t>预设1：我家有4口人。</w:t>
            </w:r>
          </w:p>
          <w:p>
            <w:pPr>
              <w:spacing w:after="20" w:line="276" w:lineRule="auto"/>
            </w:pPr>
            <w:r>
              <w:rPr>
                <w:rFonts w:ascii="宋体" w:hAnsi="宋体" w:eastAsia="宋体"/>
                <w:b w:val="0"/>
                <w:sz w:val="18"/>
              </w:rPr>
              <w:t>预设2：我有4本故事书。</w:t>
            </w:r>
          </w:p>
          <w:p>
            <w:pPr>
              <w:spacing w:after="20" w:line="276" w:lineRule="auto"/>
            </w:pPr>
            <w:r>
              <w:rPr>
                <w:rFonts w:ascii="宋体" w:hAnsi="宋体" w:eastAsia="宋体"/>
                <w:b w:val="0"/>
                <w:sz w:val="18"/>
              </w:rPr>
              <w:t>预设3：文具盒里有4支铅笔。</w:t>
            </w:r>
          </w:p>
          <w:p>
            <w:pPr>
              <w:spacing w:after="20" w:line="276" w:lineRule="auto"/>
            </w:pPr>
            <w:r>
              <w:rPr>
                <w:rFonts w:ascii="宋体" w:hAnsi="宋体" w:eastAsia="宋体"/>
                <w:b w:val="0"/>
                <w:sz w:val="18"/>
              </w:rPr>
              <w:t>学生会1根、2根、3根……数出自己小棒的根数。</w:t>
            </w:r>
          </w:p>
          <w:p>
            <w:pPr>
              <w:spacing w:after="20" w:line="276" w:lineRule="auto"/>
            </w:pPr>
            <w:r>
              <w:rPr>
                <w:rFonts w:ascii="宋体" w:hAnsi="宋体" w:eastAsia="宋体"/>
                <w:b w:val="0"/>
                <w:sz w:val="18"/>
              </w:rPr>
              <w:t>学生会说3比2大，可以写成3＞2。</w:t>
            </w:r>
          </w:p>
          <w:p>
            <w:pPr>
              <w:spacing w:after="20" w:line="276" w:lineRule="auto"/>
            </w:pPr>
            <w:r>
              <w:rPr>
                <w:rFonts w:ascii="宋体" w:hAnsi="宋体" w:eastAsia="宋体"/>
                <w:b w:val="0"/>
                <w:sz w:val="18"/>
              </w:rPr>
              <w:t>学生会说：先数出的数小，后面接着数出来的数大些，所以41，5&gt;3。</w:t>
            </w:r>
          </w:p>
          <w:p>
            <w:pPr>
              <w:spacing w:after="20" w:line="276" w:lineRule="auto"/>
            </w:pPr>
            <w:r>
              <w:rPr>
                <w:rFonts w:ascii="宋体" w:hAnsi="宋体" w:eastAsia="宋体"/>
                <w:b w:val="0"/>
                <w:sz w:val="18"/>
              </w:rPr>
              <w:t>学生会说由一个数字组成的一位数为一组，由两个数字组成的两位数为一组。</w:t>
            </w:r>
          </w:p>
          <w:p>
            <w:pPr>
              <w:spacing w:after="20" w:line="276" w:lineRule="auto"/>
            </w:pPr>
            <w:r>
              <w:rPr>
                <w:rFonts w:ascii="宋体" w:hAnsi="宋体" w:eastAsia="宋体"/>
                <w:b w:val="0"/>
                <w:sz w:val="18"/>
              </w:rPr>
              <w:t>学生会说出10个一就是1个十。</w:t>
            </w:r>
          </w:p>
          <w:p>
            <w:pPr>
              <w:spacing w:after="20" w:line="276" w:lineRule="auto"/>
            </w:pPr>
            <w:r>
              <w:rPr>
                <w:rFonts w:ascii="宋体" w:hAnsi="宋体" w:eastAsia="宋体"/>
                <w:b w:val="0"/>
                <w:sz w:val="18"/>
              </w:rPr>
              <w:t>学生操作拨珠子，教师巡视指导。</w:t>
            </w:r>
          </w:p>
          <w:p>
            <w:pPr>
              <w:spacing w:after="20" w:line="276" w:lineRule="auto"/>
            </w:pPr>
            <w:r>
              <w:rPr>
                <w:rFonts w:ascii="宋体" w:hAnsi="宋体" w:eastAsia="宋体"/>
                <w:b w:val="0"/>
                <w:sz w:val="18"/>
              </w:rPr>
              <w:t>学生会在十位上拨出1个珠子，也可能会在个位上拨出1个珠子。</w:t>
            </w:r>
          </w:p>
        </w:tc>
        <w:tc>
          <w:tcPr>
            <w:tcW w:type="dxa" w:w="1814"/>
          </w:tcPr>
          <w:p>
            <w:pPr>
              <w:spacing w:after="20" w:line="276" w:lineRule="auto"/>
            </w:pPr>
            <w:r/>
            <w:r>
              <w:rPr>
                <w:rFonts w:ascii="宋体" w:hAnsi="宋体" w:eastAsia="宋体"/>
                <w:b w:val="0"/>
                <w:sz w:val="18"/>
              </w:rPr>
              <w:t>围绕环节目标组织学习活动，引导学生主动参与、积极思考，核心问题："图中的物体各有多少个呢？请同学们数一数，可以用哪个数字表示图中物体的个数？"</w:t>
            </w:r>
          </w:p>
        </w:tc>
      </w:tr>
      <w:tr>
        <w:tc>
          <w:tcPr>
            <w:tcW w:type="dxa" w:w="1474"/>
          </w:tcPr>
          <w:p>
            <w:pPr>
              <w:spacing w:after="20" w:line="276" w:lineRule="auto"/>
            </w:pPr>
            <w:r>
              <w:rPr>
                <w:b/>
              </w:rPr>
            </w:r>
            <w:r>
              <w:rPr>
                <w:rFonts w:ascii="宋体" w:hAnsi="宋体" w:eastAsia="宋体"/>
                <w:b/>
                <w:sz w:val="18"/>
              </w:rPr>
              <w:t>练习大通关</w:t>
            </w:r>
          </w:p>
        </w:tc>
        <w:tc>
          <w:tcPr>
            <w:tcW w:type="dxa" w:w="3061"/>
          </w:tcPr>
          <w:p>
            <w:pPr>
              <w:spacing w:after="20" w:line="276" w:lineRule="auto"/>
            </w:pPr>
            <w:r/>
            <w:r>
              <w:rPr>
                <w:rFonts w:ascii="宋体" w:hAnsi="宋体" w:eastAsia="宋体"/>
                <w:b w:val="0"/>
                <w:sz w:val="18"/>
              </w:rPr>
              <w:t>1.教科书P106“应用提升”第1题。</w:t>
            </w:r>
          </w:p>
          <w:p>
            <w:pPr>
              <w:spacing w:after="20" w:line="276" w:lineRule="auto"/>
            </w:pPr>
            <w:r>
              <w:rPr>
                <w:rFonts w:ascii="宋体" w:hAnsi="宋体" w:eastAsia="宋体"/>
                <w:b w:val="0"/>
                <w:sz w:val="18"/>
              </w:rPr>
              <w:t>课件出示教科书P106第1题中的表格。</w:t>
            </w:r>
          </w:p>
          <w:p>
            <w:pPr>
              <w:spacing w:after="20" w:line="276" w:lineRule="auto"/>
            </w:pPr>
            <w:r>
              <w:rPr>
                <w:rFonts w:ascii="宋体" w:hAnsi="宋体" w:eastAsia="宋体"/>
                <w:b w:val="0"/>
                <w:sz w:val="18"/>
              </w:rPr>
              <w:t>师：请同学们在书上填出(1)、(2)题的答案，然后我们集体订正。</w:t>
            </w:r>
          </w:p>
          <w:p>
            <w:pPr>
              <w:spacing w:after="20" w:line="276" w:lineRule="auto"/>
            </w:pPr>
            <w:r>
              <w:rPr>
                <w:rFonts w:ascii="宋体" w:hAnsi="宋体" w:eastAsia="宋体"/>
                <w:b w:val="0"/>
                <w:sz w:val="18"/>
              </w:rPr>
              <w:t>指名学生说出(1)、(2)题的答案，集体订正。</w:t>
            </w:r>
          </w:p>
          <w:p>
            <w:pPr>
              <w:spacing w:after="20" w:line="276" w:lineRule="auto"/>
            </w:pPr>
            <w:r>
              <w:rPr>
                <w:rFonts w:ascii="宋体" w:hAnsi="宋体" w:eastAsia="宋体"/>
                <w:b w:val="0"/>
                <w:sz w:val="18"/>
              </w:rPr>
              <w:t>师：你能填出空格中的数吗？谁愿意上台在表格里指一指，说一说自己是怎样按1～19的顺序从入口走到出口的？</w:t>
            </w:r>
          </w:p>
          <w:p>
            <w:pPr>
              <w:spacing w:after="20" w:line="276" w:lineRule="auto"/>
            </w:pPr>
            <w:r>
              <w:rPr>
                <w:rFonts w:ascii="宋体" w:hAnsi="宋体" w:eastAsia="宋体"/>
                <w:b w:val="0"/>
                <w:sz w:val="18"/>
              </w:rPr>
              <w:t>指名学生上讲台说一说。</w:t>
            </w:r>
          </w:p>
          <w:p>
            <w:pPr>
              <w:spacing w:after="20" w:line="276" w:lineRule="auto"/>
            </w:pPr>
            <w:r>
              <w:rPr>
                <w:rFonts w:ascii="宋体" w:hAnsi="宋体" w:eastAsia="宋体"/>
                <w:b w:val="0"/>
                <w:sz w:val="18"/>
              </w:rPr>
              <w:t>师：请同学们在表中把11涂上红色，说说自己的发现，并在计数器上画出11。11的两个“1”各表示什么意思呢？</w:t>
            </w:r>
          </w:p>
          <w:p>
            <w:pPr>
              <w:spacing w:after="20" w:line="276" w:lineRule="auto"/>
            </w:pPr>
            <w:r>
              <w:rPr>
                <w:rFonts w:ascii="宋体" w:hAnsi="宋体" w:eastAsia="宋体"/>
                <w:b w:val="0"/>
                <w:sz w:val="18"/>
              </w:rPr>
              <w:t>十位上的“1”表示1个十，个位上的“1”表示1个一。</w:t>
            </w:r>
          </w:p>
          <w:p>
            <w:pPr>
              <w:spacing w:after="20" w:line="276" w:lineRule="auto"/>
            </w:pPr>
            <w:r>
              <w:rPr>
                <w:rFonts w:ascii="宋体" w:hAnsi="宋体" w:eastAsia="宋体"/>
                <w:b w:val="0"/>
                <w:sz w:val="18"/>
              </w:rPr>
              <w:t>师：同学们理解得很正确！表中的数又是怎样排列的呢？</w:t>
            </w:r>
          </w:p>
          <w:p>
            <w:pPr>
              <w:spacing w:after="20" w:line="276" w:lineRule="auto"/>
            </w:pPr>
            <w:r>
              <w:rPr>
                <w:rFonts w:ascii="宋体" w:hAnsi="宋体" w:eastAsia="宋体"/>
                <w:b w:val="0"/>
                <w:sz w:val="18"/>
              </w:rPr>
              <w:t>老师引导学生横着观察，一行一行地说出是怎样排列的；竖着观察，从上到下又是怎么排列的。</w:t>
            </w:r>
          </w:p>
          <w:p>
            <w:pPr>
              <w:spacing w:after="20" w:line="276" w:lineRule="auto"/>
            </w:pPr>
            <w:r>
              <w:rPr>
                <w:rFonts w:ascii="宋体" w:hAnsi="宋体" w:eastAsia="宋体"/>
                <w:b w:val="0"/>
                <w:sz w:val="18"/>
              </w:rPr>
              <w:t>2．完成教科书P108“练一练”第1题。</w:t>
            </w:r>
          </w:p>
          <w:p>
            <w:pPr>
              <w:spacing w:after="20" w:line="276" w:lineRule="auto"/>
            </w:pPr>
            <w:r>
              <w:rPr>
                <w:rFonts w:ascii="宋体" w:hAnsi="宋体" w:eastAsia="宋体"/>
                <w:b w:val="0"/>
                <w:sz w:val="18"/>
              </w:rPr>
              <w:t>师：请同学们独立填写答案。</w:t>
            </w:r>
          </w:p>
          <w:p>
            <w:pPr>
              <w:spacing w:after="20" w:line="276" w:lineRule="auto"/>
            </w:pPr>
            <w:r>
              <w:rPr>
                <w:rFonts w:ascii="宋体" w:hAnsi="宋体" w:eastAsia="宋体"/>
                <w:b w:val="0"/>
                <w:sz w:val="18"/>
              </w:rPr>
              <w:t>教师指名学生说说自己填的答案，集体订正。</w:t>
            </w:r>
          </w:p>
          <w:p>
            <w:pPr>
              <w:spacing w:after="20" w:line="276" w:lineRule="auto"/>
            </w:pPr>
            <w:r>
              <w:rPr>
                <w:rFonts w:ascii="宋体" w:hAnsi="宋体" w:eastAsia="宋体"/>
                <w:b w:val="0"/>
                <w:sz w:val="18"/>
              </w:rPr>
              <w:t>3．完成教科书P108“练一练”第2题。</w:t>
            </w:r>
          </w:p>
          <w:p>
            <w:pPr>
              <w:spacing w:after="20" w:line="276" w:lineRule="auto"/>
            </w:pPr>
            <w:r>
              <w:rPr>
                <w:rFonts w:ascii="宋体" w:hAnsi="宋体" w:eastAsia="宋体"/>
                <w:b w:val="0"/>
                <w:sz w:val="18"/>
              </w:rPr>
              <w:t>师：请同学们独立填出答案。</w:t>
            </w:r>
          </w:p>
          <w:p>
            <w:pPr>
              <w:spacing w:after="20" w:line="276" w:lineRule="auto"/>
            </w:pPr>
            <w:r>
              <w:rPr>
                <w:rFonts w:ascii="宋体" w:hAnsi="宋体" w:eastAsia="宋体"/>
                <w:b w:val="0"/>
                <w:sz w:val="18"/>
              </w:rPr>
              <w:t>教师指名学生说出答案并集体订正。</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通过有层次的练习及时反馈学情，巩固新知，培养学生灵活运用知识解决问题的能力，核心问题："你能填出空格中的数吗？谁愿意上台在表格里指一指，说一说自己是怎样按1～19的顺序从入口走到出口的？"</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通过这节课的复习，你们有哪些收获？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复习20以内的数</w:t>
      </w:r>
    </w:p>
    <w:p>
      <w:pPr>
        <w:spacing w:after="40" w:line="300" w:lineRule="auto"/>
      </w:pPr>
      <w:r>
        <w:rPr>
          <w:rFonts w:ascii="宋体" w:hAnsi="宋体" w:eastAsia="宋体"/>
          <w:b w:val="0"/>
          <w:sz w:val="20"/>
        </w:rPr>
        <w:t>0、1、2、3、4、5、6、7、8、9、10、11、12、13、14、15、16、17、18、19、20。</w:t>
      </w:r>
    </w:p>
    <w:p>
      <w:pPr>
        <w:spacing w:after="40" w:line="300" w:lineRule="auto"/>
      </w:pPr>
      <w:r>
        <w:rPr>
          <w:rFonts w:ascii="宋体" w:hAnsi="宋体" w:eastAsia="宋体"/>
          <w:b w:val="0"/>
          <w:sz w:val="20"/>
        </w:rPr>
        <w:t>10个一是1个十。</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教科书P103～104有关20以内数的认识内容及P106“应用提升”第1题，完成教科书P108“练一练”第1、2题。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本节课复习过程中，学生对20以内数的认识的相关知识掌握较好，能积极与老师一起参与课堂，学习兴趣浓厚，但在计数器上拨出两位数时还是不够准确，对两位数的十位和个位难以区分，还需要进一步加深理解。</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数与运算(2)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数与运算(2)</w:t>
            </w:r>
          </w:p>
        </w:tc>
        <w:tc>
          <w:tcPr>
            <w:tcW w:type="dxa" w:w="6009"/>
          </w:tcPr>
          <w:p>
            <w:pPr>
              <w:spacing w:after="20" w:line="276" w:lineRule="auto"/>
            </w:pPr>
            <w:r/>
            <w:r>
              <w:rPr>
                <w:rFonts w:ascii="宋体" w:hAnsi="宋体" w:eastAsia="宋体"/>
                <w:b w:val="0"/>
                <w:sz w:val="20"/>
              </w:rPr>
              <w:t>第6单元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前面的学习中，学生已经掌握了基础知识，也通过画“知识图”进行过单元整理。在教师的引导下，学生通过不同的练习理解知识之间的联系，有了一定的自主探究意识。所以，解决本单元的问题和习题，对于他们来说应该不难。但是要自主构建知识体系，发现知识间的内在联系，对于一年级的学生来说，有一定的难度。如何引导学生自主构建知识间的联系，是复习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教学内容：教科书P103～104有关20以内加、减法内容及P107“应用提升”第2题，完成教科书P108～110“练一练”第4、5、6、8、*12题。</w:t>
      </w:r>
    </w:p>
    <w:p>
      <w:pPr>
        <w:spacing w:after="80" w:line="300" w:lineRule="auto"/>
        <w:ind w:firstLine="400"/>
      </w:pPr>
      <w:r>
        <w:rPr>
          <w:rFonts w:ascii="宋体" w:hAnsi="宋体" w:eastAsia="宋体"/>
          <w:b w:val="0"/>
          <w:sz w:val="20"/>
        </w:rPr>
        <w:t>设计思路：在20以内数的认识的基础上，整理复习20以内数的加法和减法(不退位)，沟通数的认识与运算之间的联系，引导学生在回顾算理的过程中感受计数单位、数位在计算中的作用，并能以计数单位为核心整体认识20以内数的加法和不退位减法。</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（1）回顾20以内数的加、减法的计算方法，进一步理解算理，能熟练运用计算方法进行计算，提高计算能力。</w:t>
      </w:r>
    </w:p>
    <w:p>
      <w:pPr>
        <w:spacing w:after="20" w:line="300" w:lineRule="auto"/>
        <w:ind w:firstLine="400"/>
      </w:pPr>
      <w:r>
        <w:rPr>
          <w:rFonts w:ascii="宋体" w:hAnsi="宋体" w:eastAsia="宋体"/>
          <w:b w:val="0"/>
          <w:sz w:val="20"/>
        </w:rPr>
        <w:t>（2）经历对所学的加法算式进行整理的过程，沟通20以内各加法算式之间的联系，感受数学规律及其价值。</w:t>
      </w:r>
    </w:p>
    <w:p>
      <w:pPr>
        <w:spacing w:after="20" w:line="300" w:lineRule="auto"/>
        <w:ind w:firstLine="400"/>
      </w:pPr>
      <w:r>
        <w:rPr>
          <w:rFonts w:ascii="宋体" w:hAnsi="宋体" w:eastAsia="宋体"/>
          <w:b w:val="0"/>
          <w:sz w:val="20"/>
        </w:rPr>
        <w:t>（3）在学习过程中激发学生的兴趣，体验学习数学的乐趣。</w:t>
      </w:r>
    </w:p>
    <w:p>
      <w:pPr>
        <w:spacing w:after="20" w:line="300" w:lineRule="auto"/>
      </w:pPr>
      <w:r>
        <w:rPr>
          <w:rFonts w:ascii="宋体" w:hAnsi="宋体" w:eastAsia="宋体"/>
          <w:b w:val="0"/>
          <w:sz w:val="20"/>
        </w:rPr>
        <w:t>教学重点：熟练口算20以内的加法和20以内的不退位减法。</w:t>
      </w:r>
    </w:p>
    <w:p>
      <w:pPr>
        <w:spacing w:after="20" w:line="300" w:lineRule="auto"/>
      </w:pPr>
      <w:r>
        <w:rPr>
          <w:rFonts w:ascii="宋体" w:hAnsi="宋体" w:eastAsia="宋体"/>
          <w:b w:val="0"/>
          <w:sz w:val="20"/>
        </w:rPr>
        <w:t>教学难点：20以内的加法整理及应用规律进行相关的计算。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回顾20以内数的加、减法计算方法</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同学们学了这么多计算方法，那么下面的算式分别是用哪一种方法进行计算的？</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回顾整理20以内的加法表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仔细观察表格中的算式，在空格里填上合适的算式，并说说为什么这样填写？；现在我把表增加了行和列，你们还会填吗？</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练习大通关</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你们会填吗？；同学们，这道题我们应该从哪里开始计算呢？后面的怎样算？</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回顾20以内数的加、减法计算方法</w:t>
            </w:r>
          </w:p>
        </w:tc>
        <w:tc>
          <w:tcPr>
            <w:tcW w:type="dxa" w:w="3061"/>
          </w:tcPr>
          <w:p>
            <w:pPr>
              <w:spacing w:after="20" w:line="276" w:lineRule="auto"/>
            </w:pPr>
            <w:r/>
            <w:r>
              <w:rPr>
                <w:rFonts w:ascii="宋体" w:hAnsi="宋体" w:eastAsia="宋体"/>
                <w:b w:val="0"/>
                <w:sz w:val="18"/>
              </w:rPr>
              <w:t>师：同学们，今天我们一起复习20以内数的加、减法。请同学们回忆一下：这学期我们已经学习了哪些计算方法呢？你会用这些方法进行计算吗？(板书课题：20以内数的加、减法的复习)</w:t>
            </w:r>
          </w:p>
          <w:p>
            <w:pPr>
              <w:spacing w:after="20" w:line="276" w:lineRule="auto"/>
            </w:pPr>
            <w:r>
              <w:rPr>
                <w:rFonts w:ascii="宋体" w:hAnsi="宋体" w:eastAsia="宋体"/>
                <w:b w:val="0"/>
                <w:sz w:val="18"/>
              </w:rPr>
              <w:t>看图计算、想分与合计算、“凑十法”计算，还可以根据数的组成计算。</w:t>
            </w:r>
          </w:p>
          <w:p>
            <w:pPr>
              <w:spacing w:after="20" w:line="276" w:lineRule="auto"/>
            </w:pPr>
            <w:r>
              <w:rPr>
                <w:rFonts w:ascii="宋体" w:hAnsi="宋体" w:eastAsia="宋体"/>
                <w:b w:val="0"/>
                <w:sz w:val="18"/>
              </w:rPr>
              <w:t>根据学生回答教师板书：分与合　“凑十法”　数的组成</w:t>
            </w:r>
          </w:p>
          <w:p>
            <w:pPr>
              <w:spacing w:after="20" w:line="276" w:lineRule="auto"/>
            </w:pPr>
            <w:r>
              <w:rPr>
                <w:rFonts w:ascii="宋体" w:hAnsi="宋体" w:eastAsia="宋体"/>
                <w:b w:val="0"/>
                <w:sz w:val="18"/>
              </w:rPr>
              <w:t>师：同学们学了这么多计算方法，那么下面的算式分别是用哪一种方法进行计算的？</w:t>
            </w:r>
          </w:p>
          <w:p>
            <w:pPr>
              <w:spacing w:after="20" w:line="276" w:lineRule="auto"/>
            </w:pPr>
            <w:r>
              <w:rPr>
                <w:rFonts w:ascii="宋体" w:hAnsi="宋体" w:eastAsia="宋体"/>
                <w:b w:val="0"/>
                <w:sz w:val="18"/>
              </w:rPr>
              <w:t>出示课件：</w:t>
            </w:r>
          </w:p>
          <w:p>
            <w:pPr>
              <w:spacing w:after="20" w:line="276" w:lineRule="auto"/>
            </w:pPr>
            <w:r>
              <w:rPr>
                <w:rFonts w:ascii="宋体" w:hAnsi="宋体" w:eastAsia="宋体"/>
                <w:b w:val="0"/>
                <w:sz w:val="18"/>
              </w:rPr>
              <w:t>第1题，是通过想分与合计算的，6可以分成2和4，算出2＋4＝6，6－2＝4，6－4＝2。第2题是用“凑十法”计算的，将5分成4和1，先算6＋4＝10，再算10＋1＝11。除此之外，还可以将6分成5和1来“凑十”。第3题是根据摆小棒或数的组成计算的，因为1个十和3个一加上2个一合起来就是1个十和5个一，也就是13＋2＝15，1个十和3个一减去1个十就是3个一，所以13－10＝3。</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创设情境激活学生已有经验，自然引出本课学习内容，激发学习兴趣，核心问题："同学们学了这么多计算方法，那么下面的算式分别是用哪一种方法进行计算的？"</w:t>
            </w:r>
          </w:p>
        </w:tc>
      </w:tr>
      <w:tr>
        <w:tc>
          <w:tcPr>
            <w:tcW w:type="dxa" w:w="1474"/>
          </w:tcPr>
          <w:p>
            <w:pPr>
              <w:spacing w:after="20" w:line="276" w:lineRule="auto"/>
            </w:pPr>
            <w:r>
              <w:rPr>
                <w:b/>
              </w:rPr>
            </w:r>
            <w:r>
              <w:rPr>
                <w:rFonts w:ascii="宋体" w:hAnsi="宋体" w:eastAsia="宋体"/>
                <w:b/>
                <w:sz w:val="18"/>
              </w:rPr>
              <w:t>回顾整理20以内的加法表</w:t>
            </w:r>
          </w:p>
        </w:tc>
        <w:tc>
          <w:tcPr>
            <w:tcW w:type="dxa" w:w="3061"/>
          </w:tcPr>
          <w:p>
            <w:pPr>
              <w:spacing w:after="20" w:line="276" w:lineRule="auto"/>
            </w:pPr>
            <w:r/>
            <w:r>
              <w:rPr>
                <w:rFonts w:ascii="宋体" w:hAnsi="宋体" w:eastAsia="宋体"/>
                <w:b w:val="0"/>
                <w:sz w:val="18"/>
              </w:rPr>
              <w:t>1.课件出示加数为0～5的加法算式表。</w:t>
            </w:r>
          </w:p>
          <w:p>
            <w:pPr>
              <w:spacing w:after="20" w:line="276" w:lineRule="auto"/>
            </w:pPr>
            <w:r>
              <w:rPr>
                <w:rFonts w:ascii="宋体" w:hAnsi="宋体" w:eastAsia="宋体"/>
                <w:b w:val="0"/>
                <w:sz w:val="18"/>
              </w:rPr>
              <w:t>师：仔细观察表格中的算式，在空格里填上合适的算式，并说说为什么这样填写？</w:t>
            </w:r>
          </w:p>
          <w:p>
            <w:pPr>
              <w:spacing w:after="20" w:line="276" w:lineRule="auto"/>
            </w:pPr>
            <w:r>
              <w:rPr>
                <w:rFonts w:ascii="宋体" w:hAnsi="宋体" w:eastAsia="宋体"/>
                <w:b w:val="0"/>
                <w:sz w:val="18"/>
              </w:rPr>
              <w:t>2．课件出示教科书P107第2题表格。</w:t>
            </w:r>
          </w:p>
          <w:p>
            <w:pPr>
              <w:spacing w:after="20" w:line="276" w:lineRule="auto"/>
            </w:pPr>
            <w:r>
              <w:rPr>
                <w:rFonts w:ascii="宋体" w:hAnsi="宋体" w:eastAsia="宋体"/>
                <w:b w:val="0"/>
                <w:sz w:val="18"/>
              </w:rPr>
              <w:t>师：现在我把表增加了行和列，你们还会填吗？填完后，同桌间互相指算式让对方算一算。</w:t>
            </w:r>
          </w:p>
          <w:p>
            <w:pPr>
              <w:spacing w:after="20" w:line="276" w:lineRule="auto"/>
            </w:pPr>
            <w:r>
              <w:rPr>
                <w:rFonts w:ascii="宋体" w:hAnsi="宋体" w:eastAsia="宋体"/>
                <w:b w:val="0"/>
                <w:sz w:val="18"/>
              </w:rPr>
              <w:t>师：同学们，将得数是10的算式涂上红色，你们发现了什么？</w:t>
            </w:r>
          </w:p>
          <w:p>
            <w:pPr>
              <w:spacing w:after="20" w:line="276" w:lineRule="auto"/>
            </w:pPr>
            <w:r>
              <w:rPr>
                <w:rFonts w:ascii="宋体" w:hAnsi="宋体" w:eastAsia="宋体"/>
                <w:b w:val="0"/>
                <w:sz w:val="18"/>
              </w:rPr>
              <w:t>师：从你填写的表中还发现了哪些有趣的排列规律？</w:t>
            </w:r>
          </w:p>
        </w:tc>
        <w:tc>
          <w:tcPr>
            <w:tcW w:type="dxa" w:w="3061"/>
          </w:tcPr>
          <w:p>
            <w:pPr>
              <w:spacing w:after="20" w:line="276" w:lineRule="auto"/>
            </w:pPr>
            <w:r/>
            <w:r>
              <w:rPr>
                <w:rFonts w:ascii="宋体" w:hAnsi="宋体" w:eastAsia="宋体"/>
                <w:b w:val="0"/>
                <w:sz w:val="18"/>
              </w:rPr>
              <w:t>学生会发现写算式时是把对应的横行与竖行中的两个数相加。</w:t>
            </w:r>
          </w:p>
          <w:p>
            <w:pPr>
              <w:spacing w:after="20" w:line="276" w:lineRule="auto"/>
            </w:pPr>
            <w:r>
              <w:rPr>
                <w:rFonts w:ascii="宋体" w:hAnsi="宋体" w:eastAsia="宋体"/>
                <w:b w:val="0"/>
                <w:sz w:val="18"/>
              </w:rPr>
              <w:t>小组合作完成填表，教师巡视指导，及时纠错。</w:t>
            </w:r>
          </w:p>
          <w:p>
            <w:pPr>
              <w:spacing w:after="20" w:line="276" w:lineRule="auto"/>
            </w:pPr>
            <w:r>
              <w:rPr>
                <w:rFonts w:ascii="宋体" w:hAnsi="宋体" w:eastAsia="宋体"/>
                <w:b w:val="0"/>
                <w:sz w:val="18"/>
              </w:rPr>
              <w:t>预设1：横着看，从左往右第一个加数不变，第二个加数依次加1，和也依次加1。</w:t>
            </w:r>
          </w:p>
          <w:p>
            <w:pPr>
              <w:spacing w:after="20" w:line="276" w:lineRule="auto"/>
            </w:pPr>
            <w:r>
              <w:rPr>
                <w:rFonts w:ascii="宋体" w:hAnsi="宋体" w:eastAsia="宋体"/>
                <w:b w:val="0"/>
                <w:sz w:val="18"/>
              </w:rPr>
              <w:t>预设2：竖着看，从上往下第一个加数依次加1，第二个加数不变，和依次加1。</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创设情境激活学生已有经验，自然引出本课学习内容，激发学习兴趣，核心问题："仔细观察表格中的算式，在空格里填上合适的算式，并说说为什么这样填写？"</w:t>
            </w:r>
          </w:p>
        </w:tc>
      </w:tr>
      <w:tr>
        <w:tc>
          <w:tcPr>
            <w:tcW w:type="dxa" w:w="1474"/>
          </w:tcPr>
          <w:p>
            <w:pPr>
              <w:spacing w:after="20" w:line="276" w:lineRule="auto"/>
            </w:pPr>
            <w:r>
              <w:rPr>
                <w:b/>
              </w:rPr>
            </w:r>
            <w:r>
              <w:rPr>
                <w:rFonts w:ascii="宋体" w:hAnsi="宋体" w:eastAsia="宋体"/>
                <w:b/>
                <w:sz w:val="18"/>
              </w:rPr>
              <w:t>练习大通关</w:t>
            </w:r>
          </w:p>
        </w:tc>
        <w:tc>
          <w:tcPr>
            <w:tcW w:type="dxa" w:w="3061"/>
          </w:tcPr>
          <w:p>
            <w:pPr>
              <w:spacing w:after="20" w:line="276" w:lineRule="auto"/>
            </w:pPr>
            <w:r/>
            <w:r>
              <w:rPr>
                <w:rFonts w:ascii="宋体" w:hAnsi="宋体" w:eastAsia="宋体"/>
                <w:b w:val="0"/>
                <w:sz w:val="18"/>
              </w:rPr>
              <w:t>1.完成教科书P108“练一练”第4题。</w:t>
            </w:r>
          </w:p>
          <w:p>
            <w:pPr>
              <w:spacing w:after="20" w:line="276" w:lineRule="auto"/>
            </w:pPr>
            <w:r>
              <w:rPr>
                <w:rFonts w:ascii="宋体" w:hAnsi="宋体" w:eastAsia="宋体"/>
                <w:b w:val="0"/>
                <w:sz w:val="18"/>
              </w:rPr>
              <w:t>2．完成教科书P109“练一练”第5题。</w:t>
            </w:r>
          </w:p>
          <w:p>
            <w:pPr>
              <w:spacing w:after="20" w:line="276" w:lineRule="auto"/>
            </w:pPr>
            <w:r>
              <w:rPr>
                <w:rFonts w:ascii="宋体" w:hAnsi="宋体" w:eastAsia="宋体"/>
                <w:b w:val="0"/>
                <w:sz w:val="18"/>
              </w:rPr>
              <w:t>师：你们会填吗？同学们填完后互相交流一下，说说自己是怎样想的。</w:t>
            </w:r>
          </w:p>
          <w:p>
            <w:pPr>
              <w:spacing w:after="20" w:line="276" w:lineRule="auto"/>
            </w:pPr>
            <w:r>
              <w:rPr>
                <w:rFonts w:ascii="宋体" w:hAnsi="宋体" w:eastAsia="宋体"/>
                <w:b w:val="0"/>
                <w:sz w:val="18"/>
              </w:rPr>
              <w:t>3．完成教科书P109“练一练”第6题。</w:t>
            </w:r>
          </w:p>
          <w:p>
            <w:pPr>
              <w:spacing w:after="20" w:line="276" w:lineRule="auto"/>
            </w:pPr>
            <w:r>
              <w:rPr>
                <w:rFonts w:ascii="宋体" w:hAnsi="宋体" w:eastAsia="宋体"/>
                <w:b w:val="0"/>
                <w:sz w:val="18"/>
              </w:rPr>
              <w:t>师：同学们，这道题我们应该从哪里开始计算呢？后面的怎样算？</w:t>
            </w:r>
          </w:p>
          <w:p>
            <w:pPr>
              <w:spacing w:after="20" w:line="276" w:lineRule="auto"/>
            </w:pPr>
            <w:r>
              <w:rPr>
                <w:rFonts w:ascii="宋体" w:hAnsi="宋体" w:eastAsia="宋体"/>
                <w:b w:val="0"/>
                <w:sz w:val="18"/>
              </w:rPr>
              <w:t>从最前面开始算，将最前面的数与第一个箭头上的数计算的得数写在方框里，再用方框里的得数与后面箭头上的数接着计算就是后面方框里的得数。</w:t>
            </w:r>
          </w:p>
          <w:p>
            <w:pPr>
              <w:spacing w:after="20" w:line="276" w:lineRule="auto"/>
            </w:pPr>
            <w:r>
              <w:rPr>
                <w:rFonts w:ascii="宋体" w:hAnsi="宋体" w:eastAsia="宋体"/>
                <w:b w:val="0"/>
                <w:sz w:val="18"/>
              </w:rPr>
              <w:t>4．完成教科书P109“练一练”第8题。</w:t>
            </w:r>
          </w:p>
          <w:p>
            <w:pPr>
              <w:spacing w:after="20" w:line="276" w:lineRule="auto"/>
            </w:pPr>
            <w:r>
              <w:rPr>
                <w:rFonts w:ascii="宋体" w:hAnsi="宋体" w:eastAsia="宋体"/>
                <w:b w:val="0"/>
                <w:sz w:val="18"/>
              </w:rPr>
              <w:t>5．完成教科书P110“练一练”第*12题。</w:t>
            </w:r>
          </w:p>
          <w:p>
            <w:pPr>
              <w:spacing w:after="20" w:line="276" w:lineRule="auto"/>
            </w:pPr>
            <w:r>
              <w:rPr>
                <w:rFonts w:ascii="宋体" w:hAnsi="宋体" w:eastAsia="宋体"/>
                <w:b w:val="0"/>
                <w:sz w:val="18"/>
              </w:rPr>
              <w:t>此题答案不唯一，先让学有余力的学生自主探讨，教师再集中讲解。学生填出符合条件的数即可，不必要求填出全部符合条件的数。</w:t>
            </w:r>
          </w:p>
        </w:tc>
        <w:tc>
          <w:tcPr>
            <w:tcW w:type="dxa" w:w="3061"/>
          </w:tcPr>
          <w:p>
            <w:pPr>
              <w:spacing w:after="20" w:line="276" w:lineRule="auto"/>
            </w:pPr>
            <w:r/>
            <w:r>
              <w:rPr>
                <w:rFonts w:ascii="宋体" w:hAnsi="宋体" w:eastAsia="宋体"/>
                <w:b w:val="0"/>
                <w:sz w:val="18"/>
              </w:rPr>
              <w:t>学生独立在书上写出得数，再指名学生说出得数，集体订正。</w:t>
            </w:r>
          </w:p>
          <w:p>
            <w:pPr>
              <w:spacing w:after="20" w:line="276" w:lineRule="auto"/>
            </w:pPr>
            <w:r>
              <w:rPr>
                <w:rFonts w:ascii="宋体" w:hAnsi="宋体" w:eastAsia="宋体"/>
                <w:b w:val="0"/>
                <w:sz w:val="18"/>
              </w:rPr>
              <w:t>学生独立完成并指名3名学生分别说出每组三个算式的规律和答案，学生共同订正。</w:t>
            </w:r>
          </w:p>
          <w:p>
            <w:pPr>
              <w:spacing w:after="20" w:line="276" w:lineRule="auto"/>
            </w:pPr>
            <w:r>
              <w:rPr>
                <w:rFonts w:ascii="宋体" w:hAnsi="宋体" w:eastAsia="宋体"/>
                <w:b w:val="0"/>
                <w:sz w:val="18"/>
              </w:rPr>
              <w:t>学生尝试独立完成，再和同桌讨论自己的方法。</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通过有层次的练习及时反馈学情，巩固新知，培养学生灵活运用知识解决问题的能力，核心问题："你们会填吗？"</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同学们，通过这节课的复习，你们又有什么新的收获呢？</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20以内数的加、减法的复习</w:t>
      </w:r>
    </w:p>
    <w:p>
      <w:pPr>
        <w:spacing w:after="40" w:line="300" w:lineRule="auto"/>
      </w:pPr>
      <w:r>
        <w:rPr>
          <w:rFonts w:ascii="宋体" w:hAnsi="宋体" w:eastAsia="宋体"/>
          <w:b w:val="0"/>
          <w:sz w:val="20"/>
        </w:rPr>
        <w:t>分与合　“凑十法”　数的组成</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教科书P103～104有关20以内加、减法内容及P107“应用提升”第2题，完成教科书P108～110“练一练”第4、5、6、8、*12题。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本节课中，学生对20以内数的加、减法计算较熟练、准确，计算方法掌握较好。在整理加法表时，能有顺序地将表格里的算式填完整，并找出算式间的排列规律。整个学习过程中，学生的学习兴趣浓厚，能开动脑筋思考练习中变式题的计算，并能顺利完成，学生本节课表现极好，教学效果佳。</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数量关系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数量关系</w:t>
            </w:r>
          </w:p>
        </w:tc>
        <w:tc>
          <w:tcPr>
            <w:tcW w:type="dxa" w:w="6009"/>
          </w:tcPr>
          <w:p>
            <w:pPr>
              <w:spacing w:after="20" w:line="276" w:lineRule="auto"/>
            </w:pPr>
            <w:r/>
            <w:r>
              <w:rPr>
                <w:rFonts w:ascii="宋体" w:hAnsi="宋体" w:eastAsia="宋体"/>
                <w:b w:val="0"/>
                <w:sz w:val="20"/>
              </w:rPr>
              <w:t>第6单元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前面的学习中，学生已经掌握了基础知识，也通过画“知识图”进行过单元整理。在教师的引导下，学生通过不同的练习理解知识之间的联系，有了一定的自主探究意识。所以，解决本单元的问题和习题，对于他们来说应该不难。但是要自主构建知识体系，发现知识间的内在联系，对于一年级的学生来说，有一定的难度。如何引导学生自主构建知识间的联系，是复习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教学内容：教科书P105有关数量关系内容及P107“应用提升”第3题，完成教科书P109～110“练一练”第7、10、11题及思考题。</w:t>
      </w:r>
    </w:p>
    <w:p>
      <w:pPr>
        <w:spacing w:after="80" w:line="300" w:lineRule="auto"/>
        <w:ind w:firstLine="400"/>
      </w:pPr>
      <w:r>
        <w:rPr>
          <w:rFonts w:ascii="宋体" w:hAnsi="宋体" w:eastAsia="宋体"/>
          <w:b w:val="0"/>
          <w:sz w:val="20"/>
        </w:rPr>
        <w:t>设计思路：通过问题引领，让学生经历解决问题的基本步骤，积累解决问题的经验。重点引导学生学会分析情境图，从中提炼出数量关系，能根据数量关系选择加法或减法解决问题。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（1）引导学生对所学的加、减法实际问题解决方法进行复习与梳理，构建基本的解题思路模型。</w:t>
      </w:r>
    </w:p>
    <w:p>
      <w:pPr>
        <w:spacing w:after="20" w:line="300" w:lineRule="auto"/>
        <w:ind w:firstLine="400"/>
      </w:pPr>
      <w:r>
        <w:rPr>
          <w:rFonts w:ascii="宋体" w:hAnsi="宋体" w:eastAsia="宋体"/>
          <w:b w:val="0"/>
          <w:sz w:val="20"/>
        </w:rPr>
        <w:t>（2）在解决问题的过程中，培养学生利用画图的方式表达数量关系及有序观察、从多角度提问的能力，并提高解决问题的能力。</w:t>
      </w:r>
    </w:p>
    <w:p>
      <w:pPr>
        <w:spacing w:after="20" w:line="300" w:lineRule="auto"/>
        <w:ind w:firstLine="400"/>
      </w:pPr>
      <w:r>
        <w:rPr>
          <w:rFonts w:ascii="宋体" w:hAnsi="宋体" w:eastAsia="宋体"/>
          <w:b w:val="0"/>
          <w:sz w:val="20"/>
        </w:rPr>
        <w:t>（3）激发学生学习数学的兴趣，培养良好的学习习惯。</w:t>
      </w:r>
    </w:p>
    <w:p>
      <w:pPr>
        <w:spacing w:after="20" w:line="300" w:lineRule="auto"/>
      </w:pPr>
      <w:r>
        <w:rPr>
          <w:rFonts w:ascii="宋体" w:hAnsi="宋体" w:eastAsia="宋体"/>
          <w:b w:val="0"/>
          <w:sz w:val="20"/>
        </w:rPr>
        <w:t>教学重点：引导学生分析加、减法解决问题的数量关系，进一步理解加、减法运算的意义。</w:t>
      </w:r>
    </w:p>
    <w:p>
      <w:pPr>
        <w:spacing w:after="20" w:line="300" w:lineRule="auto"/>
      </w:pPr>
      <w:r>
        <w:rPr>
          <w:rFonts w:ascii="宋体" w:hAnsi="宋体" w:eastAsia="宋体"/>
          <w:b w:val="0"/>
          <w:sz w:val="20"/>
        </w:rPr>
        <w:t>教学难点：引导学生沟通加法(或减法)问题之间的联系，形成初步的模型意识。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复习加、减法解决实际问题的含义</w:t>
            </w:r>
          </w:p>
        </w:tc>
        <w:tc>
          <w:tcPr>
            <w:tcW w:type="dxa" w:w="1814"/>
          </w:tcPr>
          <w:p>
            <w:pPr>
              <w:spacing w:after="20" w:line="276" w:lineRule="auto"/>
            </w:pPr>
            <w:r/>
            <w:r>
              <w:rPr>
                <w:rFonts w:ascii="宋体" w:hAnsi="宋体" w:eastAsia="宋体"/>
                <w:b w:val="0"/>
                <w:sz w:val="18"/>
              </w:rPr>
              <w:t>课件、教科书、图片</w:t>
            </w:r>
          </w:p>
        </w:tc>
        <w:tc>
          <w:tcPr>
            <w:tcW w:type="dxa" w:w="3402"/>
          </w:tcPr>
          <w:p>
            <w:pPr>
              <w:spacing w:after="20" w:line="276" w:lineRule="auto"/>
            </w:pPr>
            <w:r/>
            <w:r>
              <w:rPr>
                <w:rFonts w:ascii="宋体" w:hAnsi="宋体" w:eastAsia="宋体"/>
                <w:b w:val="0"/>
                <w:sz w:val="18"/>
              </w:rPr>
              <w:t>请同学们观察下面这幅图，又该用什么方法解决图中问题？</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复习有序观察情境图，提问并解决问题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从上面这幅图中，你知道了哪些信息？要解决的问题是什么？；同学们理解得很正确！左边游走的3只鹅是从哪里游走的？</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你能说说题意吗？求原来有多少条鱼，应该用什么方法解决这个问题？；你能根据你知道的信息，提出两个不同的数学问题并解答吗？</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今天这节课我们复习了什么？你们有哪些收获？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复习加、减法解决实际问题的含义</w:t>
            </w:r>
          </w:p>
        </w:tc>
        <w:tc>
          <w:tcPr>
            <w:tcW w:type="dxa" w:w="3061"/>
          </w:tcPr>
          <w:p>
            <w:pPr>
              <w:spacing w:after="20" w:line="276" w:lineRule="auto"/>
            </w:pPr>
            <w:r/>
            <w:r>
              <w:rPr>
                <w:rFonts w:ascii="宋体" w:hAnsi="宋体" w:eastAsia="宋体"/>
                <w:b w:val="0"/>
                <w:sz w:val="18"/>
              </w:rPr>
              <w:t>师：同学们，通过前面的学习，我们已经会解决一些实际问题了。其实，生活中还有很多实际问题等着我们去解决，今天我们一起复习根据数量关系用加、减法解决实际问题。(板书课题：数量关系的复习)</w:t>
            </w:r>
          </w:p>
          <w:p>
            <w:pPr>
              <w:spacing w:after="20" w:line="276" w:lineRule="auto"/>
            </w:pPr>
            <w:r>
              <w:rPr>
                <w:rFonts w:ascii="宋体" w:hAnsi="宋体" w:eastAsia="宋体"/>
                <w:b w:val="0"/>
                <w:sz w:val="18"/>
              </w:rPr>
              <w:t>1．课件出示教科书P105小鸡图。</w:t>
            </w:r>
          </w:p>
          <w:p>
            <w:pPr>
              <w:spacing w:after="20" w:line="276" w:lineRule="auto"/>
            </w:pPr>
            <w:r>
              <w:rPr>
                <w:rFonts w:ascii="宋体" w:hAnsi="宋体" w:eastAsia="宋体"/>
                <w:b w:val="0"/>
                <w:sz w:val="18"/>
              </w:rPr>
              <w:t>师：请同学们观察上面的图片，说说这幅图的意思，想一想用什么方法解决这种类型的实际问题。</w:t>
            </w:r>
          </w:p>
          <w:p>
            <w:pPr>
              <w:spacing w:after="20" w:line="276" w:lineRule="auto"/>
            </w:pPr>
            <w:r>
              <w:rPr>
                <w:rFonts w:ascii="宋体" w:hAnsi="宋体" w:eastAsia="宋体"/>
                <w:b w:val="0"/>
                <w:sz w:val="18"/>
              </w:rPr>
              <w:t>原来有5只小鸡吃食，又来了2只，求一共有几只小鸡。把5只小鸡和2只小鸡合起来就是一共有的小鸡只数，用加法计算。</w:t>
            </w:r>
          </w:p>
          <w:p>
            <w:pPr>
              <w:spacing w:after="20" w:line="276" w:lineRule="auto"/>
            </w:pPr>
            <w:r>
              <w:rPr>
                <w:rFonts w:ascii="宋体" w:hAnsi="宋体" w:eastAsia="宋体"/>
                <w:b w:val="0"/>
                <w:sz w:val="18"/>
              </w:rPr>
              <w:t>师：同学们说得很清楚，也知道了求一共有多少只小鸡，应该把两部分合起来，用加法计算。(板书：把两部分合起来→用加法解决)</w:t>
            </w:r>
          </w:p>
          <w:p>
            <w:pPr>
              <w:spacing w:after="20" w:line="276" w:lineRule="auto"/>
            </w:pPr>
            <w:r>
              <w:rPr>
                <w:rFonts w:ascii="宋体" w:hAnsi="宋体" w:eastAsia="宋体"/>
                <w:b w:val="0"/>
                <w:sz w:val="18"/>
              </w:rPr>
              <w:t>师：请同学们观察下面这幅图，又该用什么方法解决图中问题？</w:t>
            </w:r>
          </w:p>
          <w:p>
            <w:pPr>
              <w:spacing w:after="20" w:line="276" w:lineRule="auto"/>
            </w:pPr>
            <w:r>
              <w:rPr>
                <w:rFonts w:ascii="宋体" w:hAnsi="宋体" w:eastAsia="宋体"/>
                <w:b w:val="0"/>
                <w:sz w:val="18"/>
              </w:rPr>
              <w:t>2．课件出示教科书P105池塘图。</w:t>
            </w:r>
          </w:p>
          <w:p>
            <w:pPr>
              <w:spacing w:after="20" w:line="276" w:lineRule="auto"/>
            </w:pPr>
            <w:r>
              <w:rPr>
                <w:rFonts w:ascii="宋体" w:hAnsi="宋体" w:eastAsia="宋体"/>
                <w:b w:val="0"/>
                <w:sz w:val="18"/>
              </w:rPr>
              <w:t>师：请同学们用自己的语言把图中的信息和问题说出来，并说说要怎样解决这个问题。</w:t>
            </w:r>
          </w:p>
          <w:p>
            <w:pPr>
              <w:spacing w:after="20" w:line="276" w:lineRule="auto"/>
            </w:pPr>
            <w:r>
              <w:rPr>
                <w:rFonts w:ascii="宋体" w:hAnsi="宋体" w:eastAsia="宋体"/>
                <w:b w:val="0"/>
                <w:sz w:val="18"/>
              </w:rPr>
              <w:t>师：也就是从总数中去掉一部分，求另一部分，用减法计算。(板书：从总数中去掉一部分，求另一部分→用减法解决)</w:t>
            </w:r>
          </w:p>
          <w:p>
            <w:pPr>
              <w:spacing w:after="20" w:line="276" w:lineRule="auto"/>
            </w:pPr>
            <w:r>
              <w:rPr>
                <w:rFonts w:ascii="宋体" w:hAnsi="宋体" w:eastAsia="宋体"/>
                <w:b w:val="0"/>
                <w:sz w:val="18"/>
              </w:rPr>
              <w:t>请同学们根据刚才的理解在书上列式计算。</w:t>
            </w:r>
          </w:p>
        </w:tc>
        <w:tc>
          <w:tcPr>
            <w:tcW w:type="dxa" w:w="3061"/>
          </w:tcPr>
          <w:p>
            <w:pPr>
              <w:spacing w:after="20" w:line="276" w:lineRule="auto"/>
            </w:pPr>
            <w:r/>
            <w:r>
              <w:rPr>
                <w:rFonts w:ascii="宋体" w:hAnsi="宋体" w:eastAsia="宋体"/>
                <w:b w:val="0"/>
                <w:sz w:val="18"/>
              </w:rPr>
              <w:t>学生会说：原来荷叶下面一共有6只小鸭，游走了4只小鸭，求还剩几只小鸭。从总共的6只中去掉游走的4只小鸭，就是还剩下的小鸭只数，用减法计算。</w:t>
            </w:r>
          </w:p>
        </w:tc>
        <w:tc>
          <w:tcPr>
            <w:tcW w:type="dxa" w:w="1814"/>
          </w:tcPr>
          <w:p>
            <w:pPr>
              <w:spacing w:after="20" w:line="276" w:lineRule="auto"/>
            </w:pPr>
            <w:r/>
            <w:r>
              <w:rPr>
                <w:rFonts w:ascii="宋体" w:hAnsi="宋体" w:eastAsia="宋体"/>
                <w:b w:val="0"/>
                <w:sz w:val="18"/>
              </w:rPr>
              <w:t>围绕环节目标组织学习活动，引导学生主动参与、积极思考，核心问题："请同学们观察下面这幅图，又该用什么方法解决图中问题？"</w:t>
            </w:r>
          </w:p>
        </w:tc>
      </w:tr>
      <w:tr>
        <w:tc>
          <w:tcPr>
            <w:tcW w:type="dxa" w:w="1474"/>
          </w:tcPr>
          <w:p>
            <w:pPr>
              <w:spacing w:after="20" w:line="276" w:lineRule="auto"/>
            </w:pPr>
            <w:r>
              <w:rPr>
                <w:b/>
              </w:rPr>
            </w:r>
            <w:r>
              <w:rPr>
                <w:rFonts w:ascii="宋体" w:hAnsi="宋体" w:eastAsia="宋体"/>
                <w:b/>
                <w:sz w:val="18"/>
              </w:rPr>
              <w:t>复习有序观察情境图，提问并解决问题</w:t>
            </w:r>
          </w:p>
        </w:tc>
        <w:tc>
          <w:tcPr>
            <w:tcW w:type="dxa" w:w="3061"/>
          </w:tcPr>
          <w:p>
            <w:pPr>
              <w:spacing w:after="20" w:line="276" w:lineRule="auto"/>
            </w:pPr>
            <w:r/>
            <w:r>
              <w:rPr>
                <w:rFonts w:ascii="宋体" w:hAnsi="宋体" w:eastAsia="宋体"/>
                <w:b w:val="0"/>
                <w:sz w:val="18"/>
              </w:rPr>
              <w:t>课件出示教科书P107“应用提升”第3题。</w:t>
            </w:r>
          </w:p>
          <w:p>
            <w:pPr>
              <w:spacing w:after="20" w:line="276" w:lineRule="auto"/>
            </w:pPr>
            <w:r>
              <w:rPr>
                <w:rFonts w:ascii="宋体" w:hAnsi="宋体" w:eastAsia="宋体"/>
                <w:b w:val="0"/>
                <w:sz w:val="18"/>
              </w:rPr>
              <w:t>师：从上面这幅图中，你知道了哪些信息？要解决的问题是什么？</w:t>
            </w:r>
          </w:p>
          <w:p>
            <w:pPr>
              <w:spacing w:after="20" w:line="276" w:lineRule="auto"/>
            </w:pPr>
            <w:r>
              <w:rPr>
                <w:rFonts w:ascii="宋体" w:hAnsi="宋体" w:eastAsia="宋体"/>
                <w:b w:val="0"/>
                <w:sz w:val="18"/>
              </w:rPr>
              <w:t>左边游走了3只鹅，右边还剩8只鹅，求原来有多少只鹅。</w:t>
            </w:r>
          </w:p>
          <w:p>
            <w:pPr>
              <w:spacing w:after="20" w:line="276" w:lineRule="auto"/>
            </w:pPr>
            <w:r>
              <w:rPr>
                <w:rFonts w:ascii="宋体" w:hAnsi="宋体" w:eastAsia="宋体"/>
                <w:b w:val="0"/>
                <w:sz w:val="18"/>
              </w:rPr>
              <w:t>师：同学们理解得很正确！左边游走的3只鹅是从哪里游走的？</w:t>
            </w:r>
          </w:p>
          <w:p>
            <w:pPr>
              <w:spacing w:after="20" w:line="276" w:lineRule="auto"/>
            </w:pPr>
            <w:r>
              <w:rPr>
                <w:rFonts w:ascii="宋体" w:hAnsi="宋体" w:eastAsia="宋体"/>
                <w:b w:val="0"/>
                <w:sz w:val="18"/>
              </w:rPr>
              <w:t>从原来的鹅群中游走的。</w:t>
            </w:r>
          </w:p>
          <w:p>
            <w:pPr>
              <w:spacing w:after="20" w:line="276" w:lineRule="auto"/>
            </w:pPr>
            <w:r>
              <w:rPr>
                <w:rFonts w:ascii="宋体" w:hAnsi="宋体" w:eastAsia="宋体"/>
                <w:b w:val="0"/>
                <w:sz w:val="18"/>
              </w:rPr>
              <w:t>师：那么求原来有多少只鹅，就是求什么问题？你能画图表示这道题的意思吗？</w:t>
            </w:r>
          </w:p>
          <w:p>
            <w:pPr>
              <w:spacing w:after="20" w:line="276" w:lineRule="auto"/>
            </w:pPr>
            <w:r>
              <w:rPr>
                <w:rFonts w:ascii="宋体" w:hAnsi="宋体" w:eastAsia="宋体"/>
                <w:b w:val="0"/>
                <w:sz w:val="18"/>
              </w:rPr>
              <w:t>求原来有多少只鹅，就是把游走的和还剩的两部分合起来。学生在随堂本上画出自己对题目的理解。</w:t>
            </w:r>
          </w:p>
          <w:p>
            <w:pPr>
              <w:spacing w:after="20" w:line="276" w:lineRule="auto"/>
            </w:pPr>
            <w:r>
              <w:rPr>
                <w:rFonts w:ascii="宋体" w:hAnsi="宋体" w:eastAsia="宋体"/>
                <w:b w:val="0"/>
                <w:sz w:val="18"/>
              </w:rPr>
              <w:t>师：根据你们的理解，应该用什么方法解答呢？请列式计算。</w:t>
            </w:r>
          </w:p>
          <w:p>
            <w:pPr>
              <w:spacing w:after="20" w:line="276" w:lineRule="auto"/>
            </w:pPr>
            <w:r>
              <w:rPr>
                <w:rFonts w:ascii="宋体" w:hAnsi="宋体" w:eastAsia="宋体"/>
                <w:b w:val="0"/>
                <w:sz w:val="18"/>
              </w:rPr>
              <w:t>师：同学们用加法解决了这题，那么答案正确吗？请跟老师一起来检验。</w:t>
            </w:r>
          </w:p>
          <w:p>
            <w:pPr>
              <w:spacing w:after="20" w:line="276" w:lineRule="auto"/>
            </w:pPr>
            <w:r>
              <w:rPr>
                <w:rFonts w:ascii="宋体" w:hAnsi="宋体" w:eastAsia="宋体"/>
                <w:b w:val="0"/>
                <w:sz w:val="18"/>
              </w:rPr>
              <w:t>师：原来有11只鹅，游走3只，数一数还剩8只，符合题目信息，所以答案正确。</w:t>
            </w:r>
          </w:p>
          <w:p>
            <w:pPr>
              <w:spacing w:after="20" w:line="276" w:lineRule="auto"/>
            </w:pPr>
            <w:r>
              <w:rPr>
                <w:rFonts w:ascii="宋体" w:hAnsi="宋体" w:eastAsia="宋体"/>
                <w:b w:val="0"/>
                <w:sz w:val="18"/>
              </w:rPr>
              <w:t>师：同学们很棒！知道求原来有多少只鹅就是求和，要用加法解决这类问题。仔细观察这幅图，你还看到了什么？</w:t>
            </w:r>
          </w:p>
          <w:p>
            <w:pPr>
              <w:spacing w:after="20" w:line="276" w:lineRule="auto"/>
            </w:pPr>
            <w:r>
              <w:rPr>
                <w:rFonts w:ascii="宋体" w:hAnsi="宋体" w:eastAsia="宋体"/>
                <w:b w:val="0"/>
                <w:sz w:val="18"/>
              </w:rPr>
              <w:t>图上还有两群小鸭，左边的一群有6只小鸭，右边的一群有5只小鸭。</w:t>
            </w:r>
          </w:p>
          <w:p>
            <w:pPr>
              <w:spacing w:after="20" w:line="276" w:lineRule="auto"/>
            </w:pPr>
            <w:r>
              <w:rPr>
                <w:rFonts w:ascii="宋体" w:hAnsi="宋体" w:eastAsia="宋体"/>
                <w:b w:val="0"/>
                <w:sz w:val="18"/>
              </w:rPr>
              <w:t>师：你能根据你看到的信息提出一个数学问题并解答吗？</w:t>
            </w:r>
          </w:p>
          <w:p>
            <w:pPr>
              <w:spacing w:after="20" w:line="276" w:lineRule="auto"/>
            </w:pPr>
            <w:r>
              <w:rPr>
                <w:rFonts w:ascii="宋体" w:hAnsi="宋体" w:eastAsia="宋体"/>
                <w:b w:val="0"/>
                <w:sz w:val="18"/>
              </w:rPr>
              <w:t>一共有多少只小鸭？用左边的6只加上右边的5只就是小鸭的总只数，用加法计算，6＋5＝11(只)。</w:t>
            </w:r>
          </w:p>
        </w:tc>
        <w:tc>
          <w:tcPr>
            <w:tcW w:type="dxa" w:w="3061"/>
          </w:tcPr>
          <w:p>
            <w:pPr>
              <w:spacing w:after="20" w:line="276" w:lineRule="auto"/>
            </w:pPr>
            <w:r/>
            <w:r>
              <w:rPr>
                <w:rFonts w:ascii="宋体" w:hAnsi="宋体" w:eastAsia="宋体"/>
                <w:b w:val="0"/>
                <w:sz w:val="18"/>
              </w:rPr>
              <w:t>学生会说用加法计算，列式为3＋8＝11(只)。</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创设情境激活学生已有经验，自然引出本课学习内容，激发学习兴趣，核心问题："从上面这幅图中，你知道了哪些信息？要解决的问题是什么？"</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1.完成教科书P109“练一练”第7题。</w:t>
            </w:r>
          </w:p>
          <w:p>
            <w:pPr>
              <w:spacing w:after="20" w:line="276" w:lineRule="auto"/>
            </w:pPr>
            <w:r>
              <w:rPr>
                <w:rFonts w:ascii="宋体" w:hAnsi="宋体" w:eastAsia="宋体"/>
                <w:b w:val="0"/>
                <w:sz w:val="18"/>
              </w:rPr>
              <w:t>师：你能说说题意吗？求原来有多少条鱼，应该用什么方法解决这个问题？</w:t>
            </w:r>
          </w:p>
          <w:p>
            <w:pPr>
              <w:spacing w:after="20" w:line="276" w:lineRule="auto"/>
            </w:pPr>
            <w:r>
              <w:rPr>
                <w:rFonts w:ascii="宋体" w:hAnsi="宋体" w:eastAsia="宋体"/>
                <w:b w:val="0"/>
                <w:sz w:val="18"/>
              </w:rPr>
              <w:t>已知吃掉了9条鱼，盘里还有5条鱼，求原来有多少条鱼，用加法计算解决这个问题。</w:t>
            </w:r>
          </w:p>
          <w:p>
            <w:pPr>
              <w:spacing w:after="20" w:line="276" w:lineRule="auto"/>
            </w:pPr>
            <w:r>
              <w:rPr>
                <w:rFonts w:ascii="宋体" w:hAnsi="宋体" w:eastAsia="宋体"/>
                <w:b w:val="0"/>
                <w:sz w:val="18"/>
              </w:rPr>
              <w:t>师：很会思考呢。请同学们在书上将解答过程填完整。</w:t>
            </w:r>
          </w:p>
          <w:p>
            <w:pPr>
              <w:spacing w:after="20" w:line="276" w:lineRule="auto"/>
            </w:pPr>
            <w:r>
              <w:rPr>
                <w:rFonts w:ascii="宋体" w:hAnsi="宋体" w:eastAsia="宋体"/>
                <w:b w:val="0"/>
                <w:sz w:val="18"/>
              </w:rPr>
              <w:t>2．完成教科书P110“练一练”第10题。</w:t>
            </w:r>
          </w:p>
          <w:p>
            <w:pPr>
              <w:spacing w:after="20" w:line="276" w:lineRule="auto"/>
            </w:pPr>
            <w:r>
              <w:rPr>
                <w:rFonts w:ascii="宋体" w:hAnsi="宋体" w:eastAsia="宋体"/>
                <w:b w:val="0"/>
                <w:sz w:val="18"/>
              </w:rPr>
              <w:t>教师引导学生有序观察图，并提问：你从图中看到了哪些信息？你能用自己的语言表达出图中的信息吗？</w:t>
            </w:r>
          </w:p>
          <w:p>
            <w:pPr>
              <w:spacing w:after="20" w:line="276" w:lineRule="auto"/>
            </w:pPr>
            <w:r>
              <w:rPr>
                <w:rFonts w:ascii="宋体" w:hAnsi="宋体" w:eastAsia="宋体"/>
                <w:b w:val="0"/>
                <w:sz w:val="18"/>
              </w:rPr>
              <w:t>师：你能根据你知道的信息，提出两个不同的数学问题并解答吗？</w:t>
            </w:r>
          </w:p>
          <w:p>
            <w:pPr>
              <w:spacing w:after="20" w:line="276" w:lineRule="auto"/>
            </w:pPr>
            <w:r>
              <w:rPr>
                <w:rFonts w:ascii="宋体" w:hAnsi="宋体" w:eastAsia="宋体"/>
                <w:b w:val="0"/>
                <w:sz w:val="18"/>
              </w:rPr>
              <w:t>3．完成教科书P110“练一练”第11题。</w:t>
            </w:r>
          </w:p>
          <w:p>
            <w:pPr>
              <w:spacing w:after="20" w:line="276" w:lineRule="auto"/>
            </w:pPr>
            <w:r>
              <w:rPr>
                <w:rFonts w:ascii="宋体" w:hAnsi="宋体" w:eastAsia="宋体"/>
                <w:b w:val="0"/>
                <w:sz w:val="18"/>
              </w:rPr>
              <w:t>师：同学们，你们知道这道题是什么意思吗？我们一起来理解。</w:t>
            </w:r>
          </w:p>
          <w:p>
            <w:pPr>
              <w:spacing w:after="20" w:line="276" w:lineRule="auto"/>
            </w:pPr>
            <w:r>
              <w:rPr>
                <w:rFonts w:ascii="宋体" w:hAnsi="宋体" w:eastAsia="宋体"/>
                <w:b w:val="0"/>
                <w:sz w:val="18"/>
              </w:rPr>
              <w:t>师：小红要买几盒小印章？她可以怎样买小印章？</w:t>
            </w:r>
          </w:p>
          <w:p>
            <w:pPr>
              <w:spacing w:after="20" w:line="276" w:lineRule="auto"/>
            </w:pPr>
            <w:r>
              <w:rPr>
                <w:rFonts w:ascii="宋体" w:hAnsi="宋体" w:eastAsia="宋体"/>
                <w:b w:val="0"/>
                <w:sz w:val="18"/>
              </w:rPr>
              <w:t>小红要买2盒，从3盒中选2盒，她可以买其中任意2盒。</w:t>
            </w:r>
          </w:p>
          <w:p>
            <w:pPr>
              <w:spacing w:after="20" w:line="276" w:lineRule="auto"/>
            </w:pPr>
            <w:r>
              <w:rPr>
                <w:rFonts w:ascii="宋体" w:hAnsi="宋体" w:eastAsia="宋体"/>
                <w:b w:val="0"/>
                <w:sz w:val="18"/>
              </w:rPr>
              <w:t>师：你们能说说小红买的可能是哪2盒，她可能买了多少个小印章吗？</w:t>
            </w:r>
          </w:p>
          <w:p>
            <w:pPr>
              <w:spacing w:after="20" w:line="276" w:lineRule="auto"/>
            </w:pPr>
            <w:r>
              <w:rPr>
                <w:rFonts w:ascii="宋体" w:hAnsi="宋体" w:eastAsia="宋体"/>
                <w:b w:val="0"/>
                <w:sz w:val="18"/>
              </w:rPr>
              <w:t>师：请你们按照自己的买法在书上列式计算她可能买了多少个小印章。</w:t>
            </w:r>
          </w:p>
          <w:p>
            <w:pPr>
              <w:spacing w:after="20" w:line="276" w:lineRule="auto"/>
            </w:pPr>
            <w:r>
              <w:rPr>
                <w:rFonts w:ascii="宋体" w:hAnsi="宋体" w:eastAsia="宋体"/>
                <w:b w:val="0"/>
                <w:sz w:val="18"/>
              </w:rPr>
              <w:t>4．完成教科书P110“练一练”“思考题”。</w:t>
            </w:r>
          </w:p>
          <w:p>
            <w:pPr>
              <w:spacing w:after="20" w:line="276" w:lineRule="auto"/>
            </w:pPr>
            <w:r>
              <w:rPr>
                <w:rFonts w:ascii="宋体" w:hAnsi="宋体" w:eastAsia="宋体"/>
                <w:b w:val="0"/>
                <w:sz w:val="18"/>
              </w:rPr>
              <w:t>师：你认为谁剩下的多？为什么？</w:t>
            </w:r>
          </w:p>
          <w:p>
            <w:pPr>
              <w:spacing w:after="20" w:line="276" w:lineRule="auto"/>
            </w:pPr>
            <w:r>
              <w:rPr>
                <w:rFonts w:ascii="宋体" w:hAnsi="宋体" w:eastAsia="宋体"/>
                <w:b w:val="0"/>
                <w:sz w:val="18"/>
              </w:rPr>
              <w:t>师：同学们用假设、画图及推理验证等方法解决了这个问题，这些方法都是解决问题的好方法，可以帮助我们解决数学问题和难题。</w:t>
            </w:r>
          </w:p>
        </w:tc>
        <w:tc>
          <w:tcPr>
            <w:tcW w:type="dxa" w:w="3061"/>
          </w:tcPr>
          <w:p>
            <w:pPr>
              <w:spacing w:after="20" w:line="276" w:lineRule="auto"/>
            </w:pPr>
            <w:r/>
            <w:r>
              <w:rPr>
                <w:rFonts w:ascii="宋体" w:hAnsi="宋体" w:eastAsia="宋体"/>
                <w:b w:val="0"/>
                <w:sz w:val="18"/>
              </w:rPr>
              <w:t>预设1：图中有猴子和小鸟。</w:t>
            </w:r>
          </w:p>
          <w:p>
            <w:pPr>
              <w:spacing w:after="20" w:line="276" w:lineRule="auto"/>
            </w:pPr>
            <w:r>
              <w:rPr>
                <w:rFonts w:ascii="宋体" w:hAnsi="宋体" w:eastAsia="宋体"/>
                <w:b w:val="0"/>
                <w:sz w:val="18"/>
              </w:rPr>
              <w:t>预设2：树上有6只猴子，树下有9只猴子。</w:t>
            </w:r>
          </w:p>
          <w:p>
            <w:pPr>
              <w:spacing w:after="20" w:line="276" w:lineRule="auto"/>
            </w:pPr>
            <w:r>
              <w:rPr>
                <w:rFonts w:ascii="宋体" w:hAnsi="宋体" w:eastAsia="宋体"/>
                <w:b w:val="0"/>
                <w:sz w:val="18"/>
              </w:rPr>
              <w:t>预设3：左边有7只猴子，右边有8只猴子。</w:t>
            </w:r>
          </w:p>
          <w:p>
            <w:pPr>
              <w:spacing w:after="20" w:line="276" w:lineRule="auto"/>
            </w:pPr>
            <w:r>
              <w:rPr>
                <w:rFonts w:ascii="宋体" w:hAnsi="宋体" w:eastAsia="宋体"/>
                <w:b w:val="0"/>
                <w:sz w:val="18"/>
              </w:rPr>
              <w:t>预设4：树上有3只鸟，又飞来9只鸟。</w:t>
            </w:r>
          </w:p>
          <w:p>
            <w:pPr>
              <w:spacing w:after="20" w:line="276" w:lineRule="auto"/>
            </w:pPr>
            <w:r>
              <w:rPr>
                <w:rFonts w:ascii="宋体" w:hAnsi="宋体" w:eastAsia="宋体"/>
                <w:b w:val="0"/>
                <w:sz w:val="18"/>
              </w:rPr>
              <w:t>预设1：先假设一本书的页数，然后用减法求剩余页数，再比较谁剩下的多。</w:t>
            </w:r>
          </w:p>
          <w:p>
            <w:pPr>
              <w:spacing w:after="20" w:line="276" w:lineRule="auto"/>
            </w:pPr>
            <w:r>
              <w:rPr>
                <w:rFonts w:ascii="宋体" w:hAnsi="宋体" w:eastAsia="宋体"/>
                <w:b w:val="0"/>
                <w:sz w:val="18"/>
              </w:rPr>
              <w:t>预设2：用画图的方式比较出谁剩下的多。</w:t>
            </w:r>
          </w:p>
          <w:p>
            <w:pPr>
              <w:spacing w:after="20" w:line="276" w:lineRule="auto"/>
            </w:pPr>
            <w:r>
              <w:rPr>
                <w:rFonts w:ascii="宋体" w:hAnsi="宋体" w:eastAsia="宋体"/>
                <w:b w:val="0"/>
                <w:sz w:val="18"/>
              </w:rPr>
              <w:t>预设3：学生拿出自己手中的数学书翻一翻来验证自己的想法：剩下的页数越多，说明看得越少，反之剩下的越少，说明看得越多。</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通过有层次的练习及时反馈学情，巩固新知，培养学生灵活运用知识解决问题的能力，核心问题："你能说说题意吗？求原来有多少条鱼，应该用什么方法解决这个问题？"</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师：今天这节课我们复习了什么？你们有哪些收获？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引导学生回顾梳理本课所学，完善认知结构，提升归纳与反思能力，核心问题："今天这节课我们复习了什么？你们有哪些收获？"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数量关系的复习</w:t>
      </w:r>
    </w:p>
    <w:p>
      <w:pPr>
        <w:spacing w:after="40" w:line="300" w:lineRule="auto"/>
      </w:pPr>
      <w:r>
        <w:rPr>
          <w:rFonts w:ascii="宋体" w:hAnsi="宋体" w:eastAsia="宋体"/>
          <w:b w:val="0"/>
          <w:sz w:val="20"/>
        </w:rPr>
        <w:t>把两部分合起来→用加法解决</w:t>
      </w:r>
    </w:p>
    <w:p>
      <w:pPr>
        <w:spacing w:after="40" w:line="300" w:lineRule="auto"/>
      </w:pPr>
      <w:r>
        <w:rPr>
          <w:rFonts w:ascii="宋体" w:hAnsi="宋体" w:eastAsia="宋体"/>
          <w:b w:val="0"/>
          <w:sz w:val="20"/>
        </w:rPr>
        <w:t>从总数中去掉一部分，求另一部分→用减法解决</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教科书P105有关数量关系内容及P107“应用提升”第3题，完成教科书P109～110“练一练”第7、10、11题及思考题。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设计的亮点是：学生在经历数学学习的过程中，鼓励他们用自己的方式表达对数学问题的理解，自己探索解决问题的方法，并针对不同的方法进行交流和讨论，在解答完成后引导学生回顾和反思，促进知识内化，逐步掌握解决问题的方法。</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图形的认识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图形的认识</w:t>
            </w:r>
          </w:p>
        </w:tc>
        <w:tc>
          <w:tcPr>
            <w:tcW w:type="dxa" w:w="6009"/>
          </w:tcPr>
          <w:p>
            <w:pPr>
              <w:spacing w:after="20" w:line="276" w:lineRule="auto"/>
            </w:pPr>
            <w:r/>
            <w:r>
              <w:rPr>
                <w:rFonts w:ascii="宋体" w:hAnsi="宋体" w:eastAsia="宋体"/>
                <w:b w:val="0"/>
                <w:sz w:val="20"/>
              </w:rPr>
              <w:t>第6单元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前面的学习中，学生已经掌握了基础知识，也通过画“知识图”进行过单元整理。在教师的引导下，学生通过不同的练习理解知识之间的联系，有了一定的自主探究意识。所以，解决本单元的问题和习题，对于他们来说应该不难。但是要自主构建知识体系，发现知识间的内在联系，对于一年级的学生来说，有一定的难度。如何引导学生自主构建知识间的联系，是复习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教学内容：教科书P105有关图形的认识内容及P108“应用提升”第4题，完成教科书P108～109“练一练”第3、9题。</w:t>
      </w:r>
    </w:p>
    <w:p>
      <w:pPr>
        <w:spacing w:after="80" w:line="300" w:lineRule="auto"/>
        <w:ind w:firstLine="400"/>
      </w:pPr>
      <w:r>
        <w:rPr>
          <w:rFonts w:ascii="宋体" w:hAnsi="宋体" w:eastAsia="宋体"/>
          <w:b w:val="0"/>
          <w:sz w:val="20"/>
        </w:rPr>
        <w:t>设计思路：查漏补缺，让学生在操作活动中感知辨认物体的特征，如“球”和变式的长方体，在拼搭活动中，感知球容易滚，有薄薄的长方体等。通过操作活动，积累活动经验，进一步思考四种图形之间的联系，而不是仅仅独立地认识这四种图形。</w:t>
      </w:r>
    </w:p>
    <w:p>
      <w:pPr>
        <w:spacing w:after="80" w:line="300" w:lineRule="auto"/>
        <w:ind w:firstLine="400"/>
      </w:pPr>
      <w:r>
        <w:rPr>
          <w:rFonts w:ascii="宋体" w:hAnsi="宋体" w:eastAsia="宋体"/>
          <w:b w:val="0"/>
          <w:sz w:val="20"/>
        </w:rPr>
        <w:t>教学准备：课件，长方体、正方体、圆柱、球等教具，小正方体学具。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（1）通过复习，巩固认识长方体、正方体、圆柱和球的特征，能正确辨认生活中这4种形状的物体，会数较复杂图形中包含小正方体的个数。</w:t>
      </w:r>
    </w:p>
    <w:p>
      <w:pPr>
        <w:spacing w:after="20" w:line="300" w:lineRule="auto"/>
        <w:ind w:firstLine="400"/>
      </w:pPr>
      <w:r>
        <w:rPr>
          <w:rFonts w:ascii="宋体" w:hAnsi="宋体" w:eastAsia="宋体"/>
          <w:b w:val="0"/>
          <w:sz w:val="20"/>
        </w:rPr>
        <w:t>（2）让学生经历拼搭活动，初步体会立体图形之间的相互转换，积累活动经验，发展初步的空间观念。</w:t>
      </w:r>
    </w:p>
    <w:p>
      <w:pPr>
        <w:spacing w:after="20" w:line="300" w:lineRule="auto"/>
        <w:ind w:firstLine="400"/>
      </w:pPr>
      <w:r>
        <w:rPr>
          <w:rFonts w:ascii="宋体" w:hAnsi="宋体" w:eastAsia="宋体"/>
          <w:b w:val="0"/>
          <w:sz w:val="20"/>
        </w:rPr>
        <w:t>（3）让学生在创意拼搭中，感受数学的乐趣，发展创新意识。</w:t>
      </w:r>
    </w:p>
    <w:p>
      <w:pPr>
        <w:spacing w:after="20" w:line="300" w:lineRule="auto"/>
      </w:pPr>
      <w:r>
        <w:rPr>
          <w:rFonts w:ascii="宋体" w:hAnsi="宋体" w:eastAsia="宋体"/>
          <w:b w:val="0"/>
          <w:sz w:val="20"/>
        </w:rPr>
        <w:t>教学重点：掌握长方体、正方体、圆柱和球的特征。</w:t>
      </w:r>
    </w:p>
    <w:p>
      <w:pPr>
        <w:spacing w:after="20" w:line="300" w:lineRule="auto"/>
      </w:pPr>
      <w:r>
        <w:rPr>
          <w:rFonts w:ascii="宋体" w:hAnsi="宋体" w:eastAsia="宋体"/>
          <w:b w:val="0"/>
          <w:sz w:val="20"/>
        </w:rPr>
        <w:t>教学难点：通过想象、操作活动，发展学生的空间观念。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复习立体图形的特征</w:t>
            </w:r>
          </w:p>
        </w:tc>
        <w:tc>
          <w:tcPr>
            <w:tcW w:type="dxa" w:w="1814"/>
          </w:tcPr>
          <w:p>
            <w:pPr>
              <w:spacing w:after="20" w:line="276" w:lineRule="auto"/>
            </w:pPr>
            <w:r/>
            <w:r>
              <w:rPr>
                <w:rFonts w:ascii="宋体" w:hAnsi="宋体" w:eastAsia="宋体"/>
                <w:b w:val="0"/>
                <w:sz w:val="18"/>
              </w:rPr>
              <w:t>课件、小正方体、学具</w:t>
            </w:r>
          </w:p>
        </w:tc>
        <w:tc>
          <w:tcPr>
            <w:tcW w:type="dxa" w:w="3402"/>
          </w:tcPr>
          <w:p>
            <w:pPr>
              <w:spacing w:after="20" w:line="276" w:lineRule="auto"/>
            </w:pPr>
            <w:r/>
            <w:r>
              <w:rPr>
                <w:rFonts w:ascii="宋体" w:hAnsi="宋体" w:eastAsia="宋体"/>
                <w:b w:val="0"/>
                <w:sz w:val="18"/>
              </w:rPr>
              <w:t>同学们，本学期我们认识了哪些立体图形？；这些图形有什么特征？</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拼一拼，搭一搭</w:t>
            </w:r>
          </w:p>
        </w:tc>
        <w:tc>
          <w:tcPr>
            <w:tcW w:type="dxa" w:w="1814"/>
          </w:tcPr>
          <w:p>
            <w:pPr>
              <w:spacing w:after="20" w:line="276" w:lineRule="auto"/>
            </w:pPr>
            <w:r/>
            <w:r>
              <w:rPr>
                <w:rFonts w:ascii="宋体" w:hAnsi="宋体" w:eastAsia="宋体"/>
                <w:b w:val="0"/>
                <w:sz w:val="18"/>
              </w:rPr>
              <w:t>学具、课件、教科书、小正方体</w:t>
            </w:r>
          </w:p>
        </w:tc>
        <w:tc>
          <w:tcPr>
            <w:tcW w:type="dxa" w:w="3402"/>
          </w:tcPr>
          <w:p>
            <w:pPr>
              <w:spacing w:after="20" w:line="276" w:lineRule="auto"/>
            </w:pPr>
            <w:r/>
            <w:r>
              <w:rPr>
                <w:rFonts w:ascii="宋体" w:hAnsi="宋体" w:eastAsia="宋体"/>
                <w:b w:val="0"/>
                <w:sz w:val="18"/>
              </w:rPr>
              <w:t>同学们，我们也可以把已认识的立体图形拼搭成不同形状，你们想试试吗？；现在我们用2个小正方体搭一搭，能搭成什么形状？可以怎样搭？</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教科书、课件、小正方体、学具</w:t>
            </w:r>
          </w:p>
        </w:tc>
        <w:tc>
          <w:tcPr>
            <w:tcW w:type="dxa" w:w="3402"/>
          </w:tcPr>
          <w:p>
            <w:pPr>
              <w:spacing w:after="20" w:line="276" w:lineRule="auto"/>
            </w:pPr>
            <w:r/>
            <w:r>
              <w:rPr>
                <w:rFonts w:ascii="宋体" w:hAnsi="宋体" w:eastAsia="宋体"/>
                <w:b w:val="0"/>
                <w:sz w:val="18"/>
              </w:rPr>
              <w:t>同学们最喜欢机器人了。你们知道这个机器人是怎么拼成的吗？；要用两堆图形拼成已知图形，怎样才能找出是哪两堆？</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课件、小正方体、学具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复习立体图形的特征</w:t>
            </w:r>
          </w:p>
        </w:tc>
        <w:tc>
          <w:tcPr>
            <w:tcW w:type="dxa" w:w="3061"/>
          </w:tcPr>
          <w:p>
            <w:pPr>
              <w:spacing w:after="20" w:line="276" w:lineRule="auto"/>
            </w:pPr>
            <w:r/>
            <w:r>
              <w:rPr>
                <w:rFonts w:ascii="宋体" w:hAnsi="宋体" w:eastAsia="宋体"/>
                <w:b w:val="0"/>
                <w:sz w:val="18"/>
              </w:rPr>
              <w:t>师：同学们，本学期我们认识了哪些立体图形？今天我们一起复习和整理“图形的认识”相关知识。</w:t>
            </w:r>
          </w:p>
          <w:p>
            <w:pPr>
              <w:spacing w:after="20" w:line="276" w:lineRule="auto"/>
            </w:pPr>
            <w:r>
              <w:rPr>
                <w:rFonts w:ascii="宋体" w:hAnsi="宋体" w:eastAsia="宋体"/>
                <w:b w:val="0"/>
                <w:sz w:val="18"/>
              </w:rPr>
              <w:t>根据学生回答，课件呈现出长方体、正方体、圆柱、球的图形。</w:t>
            </w:r>
          </w:p>
          <w:p>
            <w:pPr>
              <w:spacing w:after="20" w:line="276" w:lineRule="auto"/>
            </w:pPr>
            <w:r>
              <w:rPr>
                <w:rFonts w:ascii="宋体" w:hAnsi="宋体" w:eastAsia="宋体"/>
                <w:b w:val="0"/>
                <w:sz w:val="18"/>
              </w:rPr>
              <w:t>师：这些图形有什么特征？请同学们分别说说自己的发现。</w:t>
            </w:r>
          </w:p>
          <w:p>
            <w:pPr>
              <w:spacing w:after="20" w:line="276" w:lineRule="auto"/>
            </w:pPr>
            <w:r>
              <w:rPr>
                <w:rFonts w:ascii="宋体" w:hAnsi="宋体" w:eastAsia="宋体"/>
                <w:b w:val="0"/>
                <w:sz w:val="18"/>
              </w:rPr>
              <w:t>师：现在老师想与你们玩游戏，检验同学们对立体图形的特征掌握得是否准确。</w:t>
            </w:r>
          </w:p>
          <w:p>
            <w:pPr>
              <w:spacing w:after="20" w:line="276" w:lineRule="auto"/>
            </w:pPr>
            <w:r>
              <w:rPr>
                <w:rFonts w:ascii="宋体" w:hAnsi="宋体" w:eastAsia="宋体"/>
                <w:b w:val="0"/>
                <w:sz w:val="18"/>
              </w:rPr>
              <w:t>教师将长方体、正方体、圆柱体、球摆放在讲桌上。</w:t>
            </w:r>
          </w:p>
          <w:p>
            <w:pPr>
              <w:spacing w:after="20" w:line="276" w:lineRule="auto"/>
            </w:pPr>
            <w:r>
              <w:rPr>
                <w:rFonts w:ascii="宋体" w:hAnsi="宋体" w:eastAsia="宋体"/>
                <w:b w:val="0"/>
                <w:sz w:val="18"/>
              </w:rPr>
              <w:t>师：请同学们听好游戏要求，根据老师的描述选择符合条件的立体图形，同学们做好准备，认真听，仔细想，慎重选。</w:t>
            </w:r>
          </w:p>
          <w:p>
            <w:pPr>
              <w:spacing w:after="20" w:line="276" w:lineRule="auto"/>
            </w:pPr>
            <w:r>
              <w:rPr>
                <w:rFonts w:ascii="宋体" w:hAnsi="宋体" w:eastAsia="宋体"/>
                <w:b w:val="0"/>
                <w:sz w:val="18"/>
              </w:rPr>
              <w:t>师：①上下圆圆一样大，放倒一推就滚动。(学生选出圆柱)</w:t>
            </w:r>
          </w:p>
          <w:p>
            <w:pPr>
              <w:spacing w:after="20" w:line="276" w:lineRule="auto"/>
            </w:pPr>
            <w:r>
              <w:rPr>
                <w:rFonts w:ascii="宋体" w:hAnsi="宋体" w:eastAsia="宋体"/>
                <w:b w:val="0"/>
                <w:sz w:val="18"/>
              </w:rPr>
              <w:t>②长长方方六张脸，站在那里稳如山。(学生选出长方体)</w:t>
            </w:r>
          </w:p>
          <w:p>
            <w:pPr>
              <w:spacing w:after="20" w:line="276" w:lineRule="auto"/>
            </w:pPr>
            <w:r>
              <w:rPr>
                <w:rFonts w:ascii="宋体" w:hAnsi="宋体" w:eastAsia="宋体"/>
                <w:b w:val="0"/>
                <w:sz w:val="18"/>
              </w:rPr>
              <w:t>③圆圆鼓鼓小淘气，滚来滚去不费力。(学生选出球)</w:t>
            </w:r>
          </w:p>
          <w:p>
            <w:pPr>
              <w:spacing w:after="20" w:line="276" w:lineRule="auto"/>
            </w:pPr>
            <w:r>
              <w:rPr>
                <w:rFonts w:ascii="宋体" w:hAnsi="宋体" w:eastAsia="宋体"/>
                <w:b w:val="0"/>
                <w:sz w:val="18"/>
              </w:rPr>
              <w:t>师：同学们选得很准确！看来对我们学过的立体图形的特征掌握得很好。</w:t>
            </w:r>
          </w:p>
          <w:p>
            <w:pPr>
              <w:spacing w:after="20" w:line="276" w:lineRule="auto"/>
            </w:pPr>
            <w:r>
              <w:rPr>
                <w:rFonts w:ascii="宋体" w:hAnsi="宋体" w:eastAsia="宋体"/>
                <w:b w:val="0"/>
                <w:sz w:val="18"/>
              </w:rPr>
              <w:t>师：我们除在课堂上看到这些立体图形外，在我们的生活中还看到过哪些物体的形状是我们认识的这4种图形呢？</w:t>
            </w:r>
          </w:p>
        </w:tc>
        <w:tc>
          <w:tcPr>
            <w:tcW w:type="dxa" w:w="3061"/>
          </w:tcPr>
          <w:p>
            <w:pPr>
              <w:spacing w:after="20" w:line="276" w:lineRule="auto"/>
            </w:pPr>
            <w:r/>
            <w:r>
              <w:rPr>
                <w:rFonts w:ascii="宋体" w:hAnsi="宋体" w:eastAsia="宋体"/>
                <w:b w:val="0"/>
                <w:sz w:val="18"/>
              </w:rPr>
              <w:t>预设1：长方体和正方体的每个面都是平平的，它们放在哪里都很稳定，不会滚动。</w:t>
            </w:r>
          </w:p>
          <w:p>
            <w:pPr>
              <w:spacing w:after="20" w:line="276" w:lineRule="auto"/>
            </w:pPr>
            <w:r>
              <w:rPr>
                <w:rFonts w:ascii="宋体" w:hAnsi="宋体" w:eastAsia="宋体"/>
                <w:b w:val="0"/>
                <w:sz w:val="18"/>
              </w:rPr>
              <w:t>预设2：圆柱有两个面是平平的圆面，竖着放着也很稳定，但是把它横着放，一推就会滚动。</w:t>
            </w:r>
          </w:p>
          <w:p>
            <w:pPr>
              <w:spacing w:after="20" w:line="276" w:lineRule="auto"/>
            </w:pPr>
            <w:r>
              <w:rPr>
                <w:rFonts w:ascii="宋体" w:hAnsi="宋体" w:eastAsia="宋体"/>
                <w:b w:val="0"/>
                <w:sz w:val="18"/>
              </w:rPr>
              <w:t>预设3：球是圆圆的，很容易滚动。</w:t>
            </w:r>
          </w:p>
          <w:p>
            <w:pPr>
              <w:spacing w:after="20" w:line="276" w:lineRule="auto"/>
            </w:pPr>
            <w:r>
              <w:rPr>
                <w:rFonts w:ascii="宋体" w:hAnsi="宋体" w:eastAsia="宋体"/>
                <w:b w:val="0"/>
                <w:sz w:val="18"/>
              </w:rPr>
              <w:t>预设1：老师喝水的杯子的形状是圆柱。</w:t>
            </w:r>
          </w:p>
          <w:p>
            <w:pPr>
              <w:spacing w:after="20" w:line="276" w:lineRule="auto"/>
            </w:pPr>
            <w:r>
              <w:rPr>
                <w:rFonts w:ascii="宋体" w:hAnsi="宋体" w:eastAsia="宋体"/>
                <w:b w:val="0"/>
                <w:sz w:val="18"/>
              </w:rPr>
              <w:t>预设2：我们玩的皮球、乒乓球都是球。</w:t>
            </w:r>
          </w:p>
          <w:p>
            <w:pPr>
              <w:spacing w:after="20" w:line="276" w:lineRule="auto"/>
            </w:pPr>
            <w:r>
              <w:rPr>
                <w:rFonts w:ascii="宋体" w:hAnsi="宋体" w:eastAsia="宋体"/>
                <w:b w:val="0"/>
                <w:sz w:val="18"/>
              </w:rPr>
              <w:t>预设3：冰箱是长方体，魔方是正方体。</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围绕环节目标组织学习活动，引导学生主动参与、积极思考，核心问题："同学们，本学期我们认识了哪些立体图形？"</w:t>
            </w:r>
          </w:p>
        </w:tc>
      </w:tr>
      <w:tr>
        <w:tc>
          <w:tcPr>
            <w:tcW w:type="dxa" w:w="1474"/>
          </w:tcPr>
          <w:p>
            <w:pPr>
              <w:spacing w:after="20" w:line="276" w:lineRule="auto"/>
            </w:pPr>
            <w:r>
              <w:rPr>
                <w:b/>
              </w:rPr>
            </w:r>
            <w:r>
              <w:rPr>
                <w:rFonts w:ascii="宋体" w:hAnsi="宋体" w:eastAsia="宋体"/>
                <w:b/>
                <w:sz w:val="18"/>
              </w:rPr>
              <w:t>拼一拼，搭一搭</w:t>
            </w:r>
          </w:p>
        </w:tc>
        <w:tc>
          <w:tcPr>
            <w:tcW w:type="dxa" w:w="3061"/>
          </w:tcPr>
          <w:p>
            <w:pPr>
              <w:spacing w:after="20" w:line="276" w:lineRule="auto"/>
            </w:pPr>
            <w:r/>
            <w:r>
              <w:rPr>
                <w:rFonts w:ascii="宋体" w:hAnsi="宋体" w:eastAsia="宋体"/>
                <w:b w:val="0"/>
                <w:sz w:val="18"/>
              </w:rPr>
              <w:t>1.自由拼搭立体图形。</w:t>
            </w:r>
          </w:p>
          <w:p>
            <w:pPr>
              <w:spacing w:after="20" w:line="276" w:lineRule="auto"/>
            </w:pPr>
            <w:r>
              <w:rPr>
                <w:rFonts w:ascii="宋体" w:hAnsi="宋体" w:eastAsia="宋体"/>
                <w:b w:val="0"/>
                <w:sz w:val="18"/>
              </w:rPr>
              <w:t>师：同学们，我们也可以把已认识的立体图形拼搭成不同形状，你们想试试吗？请同学们拿出自己的学具，搭一搭，看分别能搭出什么图形。</w:t>
            </w:r>
          </w:p>
          <w:p>
            <w:pPr>
              <w:spacing w:after="20" w:line="276" w:lineRule="auto"/>
            </w:pPr>
            <w:r>
              <w:rPr>
                <w:rFonts w:ascii="宋体" w:hAnsi="宋体" w:eastAsia="宋体"/>
                <w:b w:val="0"/>
                <w:sz w:val="18"/>
              </w:rPr>
              <w:t>师：老师也拼搭出了一个图形，你们知道老师是怎么搭的吗？</w:t>
            </w:r>
          </w:p>
          <w:p>
            <w:pPr>
              <w:spacing w:after="20" w:line="276" w:lineRule="auto"/>
            </w:pPr>
            <w:r>
              <w:rPr>
                <w:rFonts w:ascii="宋体" w:hAnsi="宋体" w:eastAsia="宋体"/>
                <w:b w:val="0"/>
                <w:sz w:val="18"/>
              </w:rPr>
              <w:t>课件出示教科书P105拼搭图。</w:t>
            </w:r>
          </w:p>
          <w:p>
            <w:pPr>
              <w:spacing w:after="20" w:line="276" w:lineRule="auto"/>
            </w:pPr>
            <w:r>
              <w:rPr>
                <w:rFonts w:ascii="宋体" w:hAnsi="宋体" w:eastAsia="宋体"/>
                <w:b w:val="0"/>
                <w:sz w:val="18"/>
              </w:rPr>
              <w:t>师：老师搭的这张“桌子”，桌子的4个脚能换成4个球吗？为什么？</w:t>
            </w:r>
          </w:p>
          <w:p>
            <w:pPr>
              <w:spacing w:after="20" w:line="276" w:lineRule="auto"/>
            </w:pPr>
            <w:r>
              <w:rPr>
                <w:rFonts w:ascii="宋体" w:hAnsi="宋体" w:eastAsia="宋体"/>
                <w:b w:val="0"/>
                <w:sz w:val="18"/>
              </w:rPr>
              <w:t>桌子的脚不能换成球，因为球容易滚动，不稳定。</w:t>
            </w:r>
          </w:p>
          <w:p>
            <w:pPr>
              <w:spacing w:after="20" w:line="276" w:lineRule="auto"/>
            </w:pPr>
            <w:r>
              <w:rPr>
                <w:rFonts w:ascii="宋体" w:hAnsi="宋体" w:eastAsia="宋体"/>
                <w:b w:val="0"/>
                <w:sz w:val="18"/>
              </w:rPr>
              <w:t>教师予以肯定和表扬。</w:t>
            </w:r>
          </w:p>
          <w:p>
            <w:pPr>
              <w:spacing w:after="20" w:line="276" w:lineRule="auto"/>
            </w:pPr>
            <w:r>
              <w:rPr>
                <w:rFonts w:ascii="宋体" w:hAnsi="宋体" w:eastAsia="宋体"/>
                <w:b w:val="0"/>
                <w:sz w:val="18"/>
              </w:rPr>
              <w:t>师：现在我们用2个小正方体搭一搭，能搭成什么形状？可以怎样搭？</w:t>
            </w:r>
          </w:p>
          <w:p>
            <w:pPr>
              <w:spacing w:after="20" w:line="276" w:lineRule="auto"/>
            </w:pPr>
            <w:r>
              <w:rPr>
                <w:rFonts w:ascii="宋体" w:hAnsi="宋体" w:eastAsia="宋体"/>
                <w:b w:val="0"/>
                <w:sz w:val="18"/>
              </w:rPr>
              <w:t>可以摆成一个长方体。两个小正方体上下摆成一个长方体，也可以放一排横着摆成一个长方体。</w:t>
            </w:r>
          </w:p>
          <w:p>
            <w:pPr>
              <w:spacing w:after="20" w:line="276" w:lineRule="auto"/>
            </w:pPr>
            <w:r>
              <w:rPr>
                <w:rFonts w:ascii="宋体" w:hAnsi="宋体" w:eastAsia="宋体"/>
                <w:b w:val="0"/>
                <w:sz w:val="18"/>
              </w:rPr>
              <w:t>2．尝试用多个小正方体拼图。</w:t>
            </w:r>
          </w:p>
          <w:p>
            <w:pPr>
              <w:spacing w:after="20" w:line="276" w:lineRule="auto"/>
            </w:pPr>
            <w:r>
              <w:rPr>
                <w:rFonts w:ascii="宋体" w:hAnsi="宋体" w:eastAsia="宋体"/>
                <w:b w:val="0"/>
                <w:sz w:val="18"/>
              </w:rPr>
              <w:t>完成教科书P108“应用提升”第4题。</w:t>
            </w:r>
          </w:p>
          <w:p>
            <w:pPr>
              <w:spacing w:after="20" w:line="276" w:lineRule="auto"/>
            </w:pPr>
            <w:r>
              <w:rPr>
                <w:rFonts w:ascii="宋体" w:hAnsi="宋体" w:eastAsia="宋体"/>
                <w:b w:val="0"/>
                <w:sz w:val="18"/>
              </w:rPr>
              <w:t>活动1：老师组织学生拿出4个，自由拼一拼，将学生拼的不同图形集体交流，说说自己是怎样拼的。</w:t>
            </w:r>
          </w:p>
          <w:p>
            <w:pPr>
              <w:spacing w:after="20" w:line="276" w:lineRule="auto"/>
            </w:pPr>
            <w:r>
              <w:rPr>
                <w:rFonts w:ascii="宋体" w:hAnsi="宋体" w:eastAsia="宋体"/>
                <w:b w:val="0"/>
                <w:sz w:val="18"/>
              </w:rPr>
              <w:t>活动2：教师组织学生用拼出一个大正方体，并指名学生说说自己用了几个。</w:t>
            </w:r>
          </w:p>
          <w:p>
            <w:pPr>
              <w:spacing w:after="20" w:line="276" w:lineRule="auto"/>
            </w:pPr>
            <w:r>
              <w:rPr>
                <w:rFonts w:ascii="宋体" w:hAnsi="宋体" w:eastAsia="宋体"/>
                <w:b w:val="0"/>
                <w:sz w:val="18"/>
              </w:rPr>
              <w:t>可能有的学生会说4个，也有说8个的，还有说9个的。</w:t>
            </w:r>
          </w:p>
          <w:p>
            <w:pPr>
              <w:spacing w:after="20" w:line="276" w:lineRule="auto"/>
            </w:pPr>
            <w:r>
              <w:rPr>
                <w:rFonts w:ascii="宋体" w:hAnsi="宋体" w:eastAsia="宋体"/>
                <w:b w:val="0"/>
                <w:sz w:val="18"/>
              </w:rPr>
              <w:t>师：老师用了4个拼成的这个图形，同学们观察一下，它是正方体吗？4个能拼出一个大正方体吗？</w:t>
            </w:r>
          </w:p>
          <w:p>
            <w:pPr>
              <w:spacing w:after="20" w:line="276" w:lineRule="auto"/>
            </w:pPr>
            <w:r>
              <w:rPr>
                <w:rFonts w:ascii="宋体" w:hAnsi="宋体" w:eastAsia="宋体"/>
                <w:b w:val="0"/>
                <w:sz w:val="18"/>
              </w:rPr>
              <w:t>不是正方体，4个不能拼成一个大正方体。</w:t>
            </w:r>
          </w:p>
          <w:p>
            <w:pPr>
              <w:spacing w:after="20" w:line="276" w:lineRule="auto"/>
            </w:pPr>
            <w:r>
              <w:rPr>
                <w:rFonts w:ascii="宋体" w:hAnsi="宋体" w:eastAsia="宋体"/>
                <w:b w:val="0"/>
                <w:sz w:val="18"/>
              </w:rPr>
              <w:t>师：如果要拼成一个大正方体，每层要拼几个？要拼几层呢？</w:t>
            </w:r>
          </w:p>
          <w:p>
            <w:pPr>
              <w:spacing w:after="20" w:line="276" w:lineRule="auto"/>
            </w:pPr>
            <w:r>
              <w:rPr>
                <w:rFonts w:ascii="宋体" w:hAnsi="宋体" w:eastAsia="宋体"/>
                <w:b w:val="0"/>
                <w:sz w:val="18"/>
              </w:rPr>
              <w:t>每层要拼4个，要拼2层。</w:t>
            </w:r>
          </w:p>
          <w:p>
            <w:pPr>
              <w:spacing w:after="20" w:line="276" w:lineRule="auto"/>
            </w:pPr>
            <w:r>
              <w:rPr>
                <w:rFonts w:ascii="宋体" w:hAnsi="宋体" w:eastAsia="宋体"/>
                <w:b w:val="0"/>
                <w:sz w:val="18"/>
              </w:rPr>
              <w:t>师：请同学们仔细看一看，数一数，拼成一个大正方体至少需要几个？</w:t>
            </w:r>
          </w:p>
          <w:p>
            <w:pPr>
              <w:spacing w:after="20" w:line="276" w:lineRule="auto"/>
            </w:pPr>
            <w:r>
              <w:rPr>
                <w:rFonts w:ascii="宋体" w:hAnsi="宋体" w:eastAsia="宋体"/>
                <w:b w:val="0"/>
                <w:sz w:val="18"/>
              </w:rPr>
              <w:t>拼成一个大正方体至少要8个。</w:t>
            </w:r>
          </w:p>
        </w:tc>
        <w:tc>
          <w:tcPr>
            <w:tcW w:type="dxa" w:w="3061"/>
          </w:tcPr>
          <w:p>
            <w:pPr>
              <w:spacing w:after="20" w:line="276" w:lineRule="auto"/>
            </w:pPr>
            <w:r/>
            <w:r>
              <w:rPr>
                <w:rFonts w:ascii="宋体" w:hAnsi="宋体" w:eastAsia="宋体"/>
                <w:b w:val="0"/>
                <w:sz w:val="18"/>
              </w:rPr>
              <w:t>学生动手拼搭，教师指名学生说说自己拼搭成了什么图形，并说说是怎么搭的。</w:t>
            </w:r>
          </w:p>
          <w:p>
            <w:pPr>
              <w:spacing w:after="20" w:line="276" w:lineRule="auto"/>
            </w:pPr>
            <w:r>
              <w:rPr>
                <w:rFonts w:ascii="宋体" w:hAnsi="宋体" w:eastAsia="宋体"/>
                <w:b w:val="0"/>
                <w:sz w:val="18"/>
              </w:rPr>
              <w:t>学生动手尝试。</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围绕环节目标组织学习活动，引导学生主动参与、积极思考，核心问题："同学们，我们也可以把已认识的立体图形拼搭成不同形状，你们想试试吗？"</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1.完成教科书P108“练一练”第3题。</w:t>
            </w:r>
          </w:p>
          <w:p>
            <w:pPr>
              <w:spacing w:after="20" w:line="276" w:lineRule="auto"/>
            </w:pPr>
            <w:r>
              <w:rPr>
                <w:rFonts w:ascii="宋体" w:hAnsi="宋体" w:eastAsia="宋体"/>
                <w:b w:val="0"/>
                <w:sz w:val="18"/>
              </w:rPr>
              <w:t>师：同学们最喜欢机器人了。你们知道这个机器人是怎么拼成的吗？请数一数机器人身上各种图形分别有多少个，将数出的个数填在书上。</w:t>
            </w:r>
          </w:p>
          <w:p>
            <w:pPr>
              <w:spacing w:after="20" w:line="276" w:lineRule="auto"/>
            </w:pPr>
            <w:r>
              <w:rPr>
                <w:rFonts w:ascii="宋体" w:hAnsi="宋体" w:eastAsia="宋体"/>
                <w:b w:val="0"/>
                <w:sz w:val="18"/>
              </w:rPr>
              <w:t>2．完成教科书P109“练一练”第9题。</w:t>
            </w:r>
          </w:p>
          <w:p>
            <w:pPr>
              <w:spacing w:after="20" w:line="276" w:lineRule="auto"/>
            </w:pPr>
            <w:r>
              <w:rPr>
                <w:rFonts w:ascii="宋体" w:hAnsi="宋体" w:eastAsia="宋体"/>
                <w:b w:val="0"/>
                <w:sz w:val="18"/>
              </w:rPr>
              <w:t>师：要用两堆图形拼成已知图形，怎样才能找出是哪两堆？</w:t>
            </w:r>
          </w:p>
          <w:p>
            <w:pPr>
              <w:spacing w:after="20" w:line="276" w:lineRule="auto"/>
            </w:pPr>
            <w:r>
              <w:rPr>
                <w:rFonts w:ascii="宋体" w:hAnsi="宋体" w:eastAsia="宋体"/>
                <w:b w:val="0"/>
                <w:sz w:val="18"/>
              </w:rPr>
              <w:t>可以先数出拼成的这个图形一共要几个，再找哪两堆合起来的个数和一共的个数相同，这两堆就能拼成已知的图形。</w:t>
            </w:r>
          </w:p>
          <w:p>
            <w:pPr>
              <w:spacing w:after="20" w:line="276" w:lineRule="auto"/>
            </w:pPr>
            <w:r>
              <w:rPr>
                <w:rFonts w:ascii="宋体" w:hAnsi="宋体" w:eastAsia="宋体"/>
                <w:b w:val="0"/>
                <w:sz w:val="18"/>
              </w:rPr>
              <w:t>师：这个思路不错，但不是它们的总个数相等就一定能拼成所要拼的图形，还要根据原来图形的形状，想象两个图形如何拼才能拼出符合要求的图形。</w:t>
            </w:r>
          </w:p>
          <w:p>
            <w:pPr>
              <w:spacing w:after="20" w:line="276" w:lineRule="auto"/>
            </w:pPr>
            <w:r>
              <w:rPr>
                <w:rFonts w:ascii="宋体" w:hAnsi="宋体" w:eastAsia="宋体"/>
                <w:b w:val="0"/>
                <w:sz w:val="18"/>
              </w:rPr>
              <w:t>师：如果按上面的选择，下面一行选哪一个图形才能拼成符合要求的图形呢？</w:t>
            </w:r>
          </w:p>
          <w:p>
            <w:pPr>
              <w:spacing w:after="20" w:line="276" w:lineRule="auto"/>
            </w:pPr>
            <w:r>
              <w:rPr>
                <w:rFonts w:ascii="宋体" w:hAnsi="宋体" w:eastAsia="宋体"/>
                <w:b w:val="0"/>
                <w:sz w:val="18"/>
              </w:rPr>
              <w:t>师：还有其他方法找到哪两堆能拼成已知图形吗？请同学们按你们的想法把各自选的两个图形在书上连起来。</w:t>
            </w:r>
          </w:p>
          <w:p>
            <w:pPr>
              <w:spacing w:after="20" w:line="276" w:lineRule="auto"/>
            </w:pPr>
            <w:r>
              <w:rPr>
                <w:rFonts w:ascii="宋体" w:hAnsi="宋体" w:eastAsia="宋体"/>
                <w:b w:val="0"/>
                <w:sz w:val="18"/>
              </w:rPr>
              <w:t>教师指导学生：可以尝试把上面一行某个图形放在已知的图形上拼一下，再根据拼的位置就可以找出下面一行的另一个图形。</w:t>
            </w:r>
          </w:p>
        </w:tc>
        <w:tc>
          <w:tcPr>
            <w:tcW w:type="dxa" w:w="3061"/>
          </w:tcPr>
          <w:p>
            <w:pPr>
              <w:spacing w:after="20" w:line="276" w:lineRule="auto"/>
            </w:pPr>
            <w:r/>
            <w:r>
              <w:rPr>
                <w:rFonts w:ascii="宋体" w:hAnsi="宋体" w:eastAsia="宋体"/>
                <w:b w:val="0"/>
                <w:sz w:val="18"/>
              </w:rPr>
              <w:t>学生数完后集体订正。</w:t>
            </w:r>
          </w:p>
          <w:p>
            <w:pPr>
              <w:spacing w:after="20" w:line="276" w:lineRule="auto"/>
            </w:pPr>
            <w:r>
              <w:rPr>
                <w:rFonts w:ascii="宋体" w:hAnsi="宋体" w:eastAsia="宋体"/>
                <w:b w:val="0"/>
                <w:sz w:val="18"/>
              </w:rPr>
              <w:t>预设1：上面一行选第1个，下面一行就选第2个。</w:t>
            </w:r>
          </w:p>
          <w:p>
            <w:pPr>
              <w:spacing w:after="20" w:line="276" w:lineRule="auto"/>
            </w:pPr>
            <w:r>
              <w:rPr>
                <w:rFonts w:ascii="宋体" w:hAnsi="宋体" w:eastAsia="宋体"/>
                <w:b w:val="0"/>
                <w:sz w:val="18"/>
              </w:rPr>
              <w:t>预设2：上面一行选第2个，下面一行选第3个。</w:t>
            </w:r>
          </w:p>
          <w:p>
            <w:pPr>
              <w:spacing w:after="20" w:line="276" w:lineRule="auto"/>
            </w:pPr>
            <w:r>
              <w:rPr>
                <w:rFonts w:ascii="宋体" w:hAnsi="宋体" w:eastAsia="宋体"/>
                <w:b w:val="0"/>
                <w:sz w:val="18"/>
              </w:rPr>
              <w:t>预设3：上面一行选第3个，下面一行选第1个。</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通过有层次的练习及时反馈学情，巩固新知，培养学生灵活运用知识解决问题的能力，核心问题："同学们最喜欢机器人了。你们知道这个机器人是怎么拼成的吗？"</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通过这节课的复习，你们有什么收获？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教科书P105有关图形的认识内容及P108“应用提升”第4题，完成教科书P108～109“练一练”第3、9题。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对立体图形的特征掌握较好，学习兴趣浓厚。通过游戏活动及拼搭图形活动，提高了学生的动手能力和观察能力，帮助学生更好地建立空间观念，培养学生的想象力。本节课学生学得轻松，效果较好。</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