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人教版一年级数学下册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第3单元 100以内数的认识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11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数的概念是最基础、最重要的数学概念。根据学生已有的经验及心理发展规律，教科书按螺旋上升的编排原则将数的概念的教学划分为若干阶段：第一阶段，学生认识20以内各数；第二阶段，认数范围由20以内扩展到100以内，学生认识100以内各数；第三阶段，认数范围由100以内扩展到万以内，学生认识万以内各数……本单元的教学处于数的概念教学的第二阶段。在这一阶段，将拓展学生对“计数单位”的认识，并进一步感知、理解“十进制”“位值制”两个基本概念。本单元的教学内容不仅为学生学习100以内数的计算和认识更大的自然数打下基础，还在日常生活中有着广泛的应用，因此必须使学生切实掌握本单元的知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的内容包括：数的认识和简单的加、减法。例1教学数数、数的组成；例2教学读数和写数；例3教学认识新的计数单位“百”；例4～例6教学数的顺序和比较大小；例7、例8教学整十数加整十数、一位数及相应的减法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科书选取的素材贴近学生生活，呈现方式多样，从而使学生一打开书就喜欢看、喜欢做、喜欢想。为了让学生掌握数的概念中诸多重要但又抽象的内容，教科书加强了学生观察、操作等方面的训练，让学生在实践活动中掌握数的概念。同时注重学生解决问题策略以及数学思想方法的获得，为学生创设现实的问题情境，引导学生抽象出数学问题并运用所学知识和方法去解决问题，逐步获得数学的思想方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第1课时：认识计数单位“一”“十”,并感受两个计数单位间的关系,知道10个一是1个十,会用不同的方法数出数量在100以内的物体的个数。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第2课时：知道个位和十位的意义，并能正确地读出和写出100以内的数。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第3课时：结合生活实际，了解用计数器表示100的方法，了解百位，知道“10个十是一百”。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第4课时：进一步巩固数数和数的组成，理解“十进制”计数法的基本原理，培养学生的数感。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第5课时：通过填写百数表,了解100以内数的顺序，发现百数表中隐含的一些排列规律。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第6课时：能正确运用“＞”“＜”“=”比较两个数的大小，掌握100以内两个数大小比较的一般方法。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第7课时：在具体情境中感知100以内数的大小,会用“大得多”“大一些”“小得多”“小一些”来描述两个数之间的关系。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第8课时：进一步理解和掌握100以内数的组成、读法、写法以及比较大小的方法，了解100以内数的顺序。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第9课时：结合数的认识，进一步体会加、减法的意义，掌握整十数加一位数及相应的减法的计算。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第10课时：通过在数位表上摆圆片的活动，加深学生对100以内数的认识，进一步巩固数位和位值的概念。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第11课时：通过复习使学生熟练掌握以计数单位为标准的计数方法，进一步掌握有关100以内数的组成、读写方法、比较大小的知识，会计算整十数加一位数及相对应的减法，厘清知识结构，构建知识体系。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抓住基本概念，切实掌握数的意义。在教学中应突出“满十进一”的进位制和数位意义的教学，使学生理解计数单位“一”“十”“百”及它们之间的关系。掌握数位的基本内涵，并能根据位值的意义正确读数和写数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让学生在“做”中掌握数的概念。让学生根据已有经验操作学具(小棒、方木块)，在操作过程中数数，认识计数单位、数的组成，弄清数位的意义，掌握读数、写数的方法。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重视培养学生的数感。首先是要充分利用教科书资源，让学生将数的符号与视觉材料相联系，建立心理表象；然后是要充分利用认数工具，除了计数器，还可以用“数尺”“百数表”“数轴”等，让学生以另一种方式认识数，帮助学生建立数之间的逻辑关系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数数、数的组成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认识计数单位“一”“十”,并感受两个计数单位间的关系,知道10个一是1个十,会用不同的方法数出数量在100以内的物体的个数。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读数和写数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知道个位和十位的意义，并能正确地读出和写出100以内的数。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认识100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结合生活实际，了解用计数器表示100的方法，了解百位，知道“10个十是一百”。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练一练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进一步巩固数数和数的组成，理解“十进制”计数法的基本原理，培养学生的数感。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数的顺序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通过填写百数表,了解100以内数的顺序，发现百数表中隐含的一些排列规律。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比较大小（1）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能正确运用“＞”“＜”“=”比较两个数的大小，掌握100以内两个数大小比较的一般方法。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第7课时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比较大小（2）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在具体情境中感知100以内数的大小,会用“大得多”“大一些”“小得多”“小一些”来描述两个数之间的关系。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第8课时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练一练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进一步理解和掌握100以内数的组成、读法、写法以及比较大小的方法，了解100以内数的顺序。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第9课时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简单的加、减法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结合数的认识，进一步体会加、减法的意义，掌握整十数加一位数及相应的减法的计算。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第10课时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摆一摆，想一想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通过在数位表上摆圆片的活动，加深学生对100以内数的认识，进一步巩固数位和位值的概念。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通过复习使学生熟练掌握以计数单位为标准的计数方法，进一步掌握有关100以内数的组成、读写方法、比较大小的知识，会计算整十数加一位数及相对应的减法，厘清知识结构，构建知识体系。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数数、数的组成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数数、数的组成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教学内容：教科书P24例1和“试一试”，完成教科书P25“做一做”和P30“练一练”第1题。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教学准备：课件、圆形磁铁、装有小棒的学具袋。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（1）认识计数单位“一”“十”,并感受两个计数单位间的关系,知道10个一是1个十,会用不同的方法数出数量在100以内的物体的个数。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（2）经历计数过程,能用“十”和“一”为单位表述计数结果,理解一个两位数是由几个“十”和几个“一”组成的。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（3）培养学生的动手操作、观察、分析、比较的能力,渗透估计、优化等数学思想方法。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教学重点：正确数出100以内的数,建立100以内数的概念,培养学生的数感,能准确、迅速地说出一个数的组成。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教学难点：在数数过程中掌握拐弯数以及拐弯数后一个数是多少。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一、创设情境，初步感知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课件、教科书、图片、小棒、学具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能告诉大家你是根据什么猜的吗?；到底哪些同学猜的比较接近呢?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二、动手操作，探究新知识1.在操作中体会。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课件、教科书、小棒、学具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如果再加1根是多少？；谁能想办法,让别人一眼就能看出这里是21根小棒呢?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三、实际应用,强化新知识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教科书、小棒、课件、学具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刚才我们数小棒时每10根捆成一捆，就能很快知道有多少根小棒，现在有这么多方块，同学们有什么好办法快速数出来呢？；观察两种颜色的回形针,哪种颜色的回形针比较好数?为什么?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这节课你们学会了什么？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一、创设情境，初步感知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1.复习20以内的数数方法。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课件出示教科书P23中的“熊猫抱竹”图片，高亮圈出熊猫的手和腿上的19粒纽扣。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师：这幅“熊猫抱竹”图是由很多美丽的纽扣拼成的，不数，你们猜猜它的手上和腿上大概有多少粒纽扣。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师:能告诉大家你是根据什么猜的吗?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师:到底哪些同学猜的比较接近呢?我们一起来数数吧。(指名到讲台上数)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师:(再高亮鼻子上的纽扣)现在有多少粒纽扣?（20）为什么你们那么快知道是20粒呢?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师:谁能上来把你的想法演示给大家看看?（将磁铁按照图中位置吸在黑板上）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师：每一堆有多少粒？两堆共有多少粒？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师:如果纽扣的数量更多，我们又该如何来数呢？今天这节课我们就一起来初步认识100以内的数。(板书课题:数数、数的组成)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有的学生可能会随便猜一个数，也有的学生可能会认为手和腿上的纽扣数都接近10，得出“20左右”的答案。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有的学生可能是一个一个地点数，有的可能是两个两个地对数，也有的可能是在图中用手势画一些圈圈，如5个或10个地圈一下……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学生可能说19后面是20，也可能说19加1就是20，还有的可能说前面已经得到一个10了，剩下的9个和这1个合起来刚好又是一个10。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学生先将组成手和腿的磁铁分成10粒和9粒两份，再将表示鼻子的一粒移到9粒处。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态使用主题图，赋予主题图运算情境;以猜开课，让数数成为检验估算的一种方式与技能，使学生体验数的价值。同时，在复习20以内数的计数过程中，通过手动分和移磁铁，感受将10个合成一份的行为和计数单位的意义，明确“20”即“2个十”的算理，为后面的学习做好铺垫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二、动手操作，探究新知识1.在操作中体会。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课件出示教科书P24例1。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师:刚才我们通过数和圈的方法,数出了20粒纽扣。其实生活中有很多物品,需要我们细心去数才知道具体的数量。谁能一眼看出，图中有多少根小棒？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师：那接下来我们就结合之前分纽扣的方法，一起来数一数吧。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(1)数一数,摆一摆。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师：如果再加1根是多少？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师：是的，二十添1是二十一。（板书）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师:谁能想办法,让别人一眼就能看出这里是21根小棒呢?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师:二十一根小棒有几捆加几根?也就是说二十一是由几个十和几个一组成的?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(2)数一数,捆一捆。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接着二十一根继续往下数,一根一根地边点边数,当数到二十九时,停下来。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师:现在数到多少了?下一个数是多少?为什么?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师：请同学们从自己的学具袋中用这样的方法拿出30根小棒，再和同桌说说，你有几捆，是几个十，是多少？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师：46根小棒又该如何来捆呢？大家用自己的小棒试一试。数完后举手展示你的捆法。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师:看看这两位同学摆的小棒，谁的表示46?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师:46是几个十和几个一组成的?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师:现在老师任意指一个数，你们快速举出自己的小棒，行吗?(老师随意指到46中的“4”或“6”，让学生用小棒表示。)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2.内化数的组成。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(1)几个十和几个一。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教师动态出示75:先出示整捆的小棒，从一捆逐步到七捆，每出示一捆，学生说出共有多少根;再逐根出示，一直到75根。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师：75是几个十和几个一组成的?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(2)几个一和几个十。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教师动态出示68，先出示零散的小棒，从一根逐步到八根;再逐捆出示，一直到68根;每出示一次，让学生说出这时是多少根。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师：68是几个十和几个一组成的?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(3)多种方式表示几十几。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师:我说一个数，请同学们用圆圈表示十，用圆点表示一，把老师说的数表示出来。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(4)学会规范地表述。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师:用“几个十”和“几个一”组成“多少”的方式和同桌说说你刚才画的图形。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太多太杂乱，一眼看不出来。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学生能很快说出：21。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先一根一根地数,每数十根捆成一捆。(板书:10个一是1个十)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学生回答后,课件动态呈现2个十、1个一,合起来是二十一。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前面已经有2个十和9个一,再加1根小棒,又可以捆出1个十,共有3个十,所以是三十。(课件展示过程)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一共有46根小棒。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因为他们摆的小棒里面都有4个十和6个一，所以都表示46。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计数单位“十”是捆出来的,但捆的要求不应是教师强加给学生的,而是学生为了体现“一目了然”而主动选择的。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怎样摆放学具都可以，重要的是感受“十”与“个”的区别，理解“十”与“个”的关系，特别是通过反复练习拿小棒来表示“4”与“6”，理解46中“4”与“6”所对应的是4个十和6个一，在“整捆”与“单根”的反复选择中，突破“十”与“一”的结构关系和单位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将学生对数学的理解，通过动作和图形直观地表示出来，训练脑、手、口的协调发展。同时，在活动中，让学生学着运用规范、简洁的数学语言来表述，是培养学生科学性、逻辑性数学语言的较好方式。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三、实际应用,强化新知识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1.完成教科书P24“试一试”。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师：刚才我们数小棒时每10根捆成一捆，就能很快知道有多少根小棒，现在有这么多方块，同学们有什么好办法快速数出来呢？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师：同学们都会举一反三了，真厉害！一捆小棒是一个十，一列方块也是一个十。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课件演示数的过程，遇到拐弯数时都稍作停顿。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2.完成教科书P25“做一做”第1、3题。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3.完成教科书P25“做一做”第2、4题。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4.完成教科书P30“练一练”第1题。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(1)师:估一估两种颜色的回形针各有多少个。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师:观察两种颜色的回形针,哪种颜色的回形针比较好数?为什么?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师:数黄色回形针有什么好方法?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(2)学生独立完成后同桌之间交流。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可以把10个方块垒成一列。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学生独立完成，全班集体订正。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学生独立完成后，集体交流订正。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学生独立完成，并交流分享。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答案有多种,大约都是40个。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蓝色回形针比较好数,因为一列有10个蓝色回形针。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用“圈10”的方法去数。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举例跟进强化，加深学生对计数单位的理解，同时循序渐进，在教师引导下由学生自主突破拐弯数的难关。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结合实际情境，使学生感受到数学在生活中的应用。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感受“十”在计数中的作用,在此基础上渗透估计的方法,培养学生的数感。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让学生数数量相同但摆放样式不同的回形针,丰富学生的数数经验,并体会以“十”为单位数物体的数量比较准确、方便,突出了计数单位“十”。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师:这节课你们学会了什么？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引导学生回顾梳理本课所学，完善认知结构，提升归纳与反思能力，核心问题："这节课你们学会了什么？"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数数、数的组成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10个一是1个十二十添1是二十一。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二十九添1是三十。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4个十和6个一合起来是四十六。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教科书P24例1和“试一试”，完成教科书P25“做一做”和P30“练一练”第1题。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注重强化估数意识，感悟估数的方法,关注核心概念,突显操作价值,课中的点数、圈、捆等操作,都是为了体现“一”“十”这两个计数单位之间的关系。通过大量的操作活动突破数数的难点,并注重数数方法的指导,重视培养学生的数感。教学中充分尊重学生的个性，鼓励学生用多种方式数数，允许方法的多样性，在学生之间的交流讨论中突出概念的形成，强化学生对数的组成的理解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读数和写数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读数和写数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教学内容：教科书P26例2，完成教科书P27“做一做”。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教学准备：课件、小棒、计数器。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（1）知道个位和十位的意义，并能正确地读出和写出100以内的数。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（2）在读数、写数、拨数等活动中，积累数学活动经验，发展学生的抽象思维能力。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（3）在读数、写数的过程中，体验自主学习的方法，感受学习数学的乐趣。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教学重点：能正确读出和写出100以内的数。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教学难点：理解数位的意义。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一、复习铺垫，情境导入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课件、计数器、小棒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1颗珠子如果在计数器的十位上，就表示10。计数器是我们学习数学的好朋友，请大家看看这个计数器，你们发现了什么？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二、探究读数、写数的方法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课件、教科书、小棒、计数器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同学们，课件上出示了三种颜色的纽扣，你们能很快数出每种颜色的纽扣各有多少粒吗？；这三个数怎样读和写呢？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三、应用新知，解决问题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计数器、教科书、课件、小棒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课件、小棒、计数器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今天这节课我们学习了什么？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一、复习铺垫，情境导入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（1）教师指名完成第1题。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（2）学生独立完成第2题后，集体订正。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2.情境导入。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师：老师手中有几颗珠子？(向学生展示1颗珠子)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师：老师用1颗珠子就能表示10，你们信吗？(出示计数器，把珠子放在十位上)怎么样，现在它表示多少？(10)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师：1颗珠子如果在计数器的十位上，就表示10。计数器是我们学习数学的好朋友，请大家看看这个计数器，你们发现了什么？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师：同学们观察得真仔细，在你们的桌上也有一个没有标明个位和十位的计数器，现在请同桌的两人互相合作，在计数器的相应位置写上个位和十位。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师：这节课我们来学习100以内数的读法和写法。(板书课题：读数和写数)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学生已经认识过计数器，应该能够发现上面缺“个位”和“十位”。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同桌间相互合作完成。（课件出示标明个位和十位的计数器）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学生会数100以内的数，又知道“几十几”是由几个“十”和几个“一”组成的，这些知识为学生正确读出和写出100以内的数打下了坚实的基础。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用1颗珠子表示“10”的游戏，在充分调动学生学习积极性的同时巧妙地引出计数器，并将计数器补充完整(写上个位和十位)，让学生通过自己动手操作复习数位，加深印象，有利于学生回忆旧知识，为学习新知识打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二、探究读数、写数的方法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1.初步感知。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课件出示教科书P26例2。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师：同学们，课件上出示了三种颜色的纽扣，你们能很快数出每种颜色的纽扣各有多少粒吗？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师：这三个数怎样读和写呢？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2.两位数的写法与读法。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(1)教学“二十七”的写法与读法。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①摆一摆。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师：白色的纽扣有二十七粒，先用小棒摆一摆。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②拨一拨。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师：那你会用计数器来表示出这个数吗？同桌两人合作，在计数器上表示出来。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请一位同学上台来展示这种方法。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师：十位上的这2颗珠子，表示什么呢？个位上的7颗珠子呢？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师：这个数怎么写呢？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指名学生在黑板上板书。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师：这个数该怎么读呢？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(2)知识迁移。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①出示33根小棒。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师：请同学们在计数器上拨出这个数，说说你是怎么拨的，然后写出“33”并读出来。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师：33中的两个“3”的意思一样吗？同桌相互议一议。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师小结：同样都是数字“3”，放在不同的数位上表示的意思就不一样，十位上的“3”表示3个十，个位上的“3”表示3个一。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②出示40根小棒。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师：请同学们像刚才一样，拨、说、写、读这个数。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师：个位上怎么1颗珠子也没有？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（3）在活动中内化。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完成教科书P27“做一做”第4题。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师：同桌之间互相玩一玩，可以一个先说，另一个跟着摆；也可以反过来，一个先摆，另一个再说一说。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（4）归纳读数和写数的方法。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师：请同学们回顾自己写的数，读一读，想想如何写数和读数。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白色的纽扣有二十七粒，绿色的纽扣有三十三粒，黑色的纽扣有四十粒。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同桌间交流想法。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2捆小棒，1捆10根，再加上7根小棒。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学生有在计数器上拨十和二十的经验，应该能正确拨出二十七。十位上拨2颗珠子表示2个十，个位上拨7颗珠子表示7个一。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学生基本上能够明白：十位上有2颗珠子就在十位上写“2”，个位上有7颗珠子，就在个位上写“7”。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学生回答，教师同步板书。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学生演示拨法。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学生演示拨法。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个位上是0，不用拨珠子。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写100以内的数，从十位上写起，十位上是几，就写几；个位上是几，就写几；个位上一个数也没有，就写“0”占位。读100以内的数，十位上是几，就读几十，个位上是几就读“几”。读数和写数，都从高位起。（教师板书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通过动手操作计数器提升学生的思维能力，借助教具、实物的演示，调动学生多种感官参与教学活动，激发学习兴趣，增强感性意识。在读数和写数时，教师要强调都从十位起。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三、应用新知，解决问题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1.游戏：教师拨数，学生写数。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教师在计数器上拨数，学生写出相应的数即可，或者学生在小组内、同桌之间玩一玩。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2.完成教科书P27“做一做”第1题。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3.完成教科书P27“做一做”第2题。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4.生活中的数。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（1）找一找，摸一摸。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翻开教科书第18,23,50,64,79,90页。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摸摸不同页数的课本，感受一下有多厚，在体验中培养学生的数感。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（2）完成教科书P27“做一做”第3题。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5.课件出示习题。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学生独立完成后，同桌之间互相交流。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预设1：十位上有6颗珠子，表示6个十，个位上有2颗珠子，表示2个一，合起来是6个十和2个一，即62。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预设2：十位上有5颗珠子，表示5个十，个位上有5颗珠子，表示5个一，合起来是5个十和5个一，即55。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学生独立完成后，再展示交流。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学生会猜到“93”和“39”两个数字，再根据实际情况选择，应为“93”。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找生活中的数，体现了数学与生活的紧密联系，让学生体会数学来源于生活，生活中处处有数学。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通过练习，进一步巩固读数和写数的知识，在读数、写数的过程中掌握读数和写数的方法。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师：今天这节课我们学习了什么？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引导学生回顾梳理本课所学，完善认知结构，提升归纳与反思能力，核心问题："今天这节课我们学习了什么？"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教科书P26例2，完成教科书P27“做一做”。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教学，充分利用学生已有的经验，在体验中学习，在操作中感悟，在辨析中找方法。在实际教学中，学生读数并不难，而读准数却不容易。写数时，学生运用已有的知识基本能达到书写要求，但遇到整十数时容易出错。另外，在教学时，要加强指导学生规范书写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认识100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认识100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教学内容：教科书P28例3，完成教科书P29“做一做”。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教学准备：课件、计数器、小棒、小正方体。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（1）结合生活实际，了解用计数器表示100的方法，了解百位，知道“10个十是一百”。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（2）经历观察、操作、思考等活动，认识百位，体验位值制的作用，培养学生的数感。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（3）通过将实物转化成模型，再将模型抽象为符号的过程，培养学生的抽象思维能力，渗透数学文化。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教学重点：建立“10个十是一百”的概念，认识百位的意义。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教学难点：认识百位的意义，感知体验位值制。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一、游戏导入，揭示课题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计数器、课件、小棒、小正方体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这个数是由5个十和3个一组成的，这个数是多少？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二、合作探索，学习新知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课件、教科书、小正方体、小棒、计数器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请同学们数一数，图中一共有多少个小正方体？；同学们是怎么数的呢？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教科书、课件、计数器、小棒、小正方体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课件、计数器、小棒、小正方体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这节课你们有什么收获呢？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一、游戏导入，揭示课题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师：同学们，前两节课我们认识了100以内的数，知道了它们的组成和读、写法。这节课老师要和大家玩个“我说你猜”的小游戏，考考同学们。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师：这个数是由5个十和3个一组成的，这个数是多少？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教师在计数器上拨数，学生读数。同桌之间也互相玩一玩。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师：看来同学们对100以内数的认识都掌握得不错，这节课我们继续学习数的认识。（板书：认识100）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这个数是53。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通过小游戏的方式，既能激活学生已有的学习经验，又能激发学生的学习兴趣，为建立起新旧知识间的联系打下基础。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二、合作探索，学习新知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1.体会“10个十就是一百”。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课件出示教科书P28例3左上图。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师：请同学们数一数，图中一共有多少个小正方体？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师：同学们是怎么数的呢？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师：那在最后一列加上1个小正方体后有多少个呢？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师：是的，99添1就是100。（板书）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课件出示教科书P28例3右图。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师：一捆小棒表示十，那么10捆小棒放在一起就是10个十，一共100根小棒。此时，我们用100来表示小棒的数量。也就是说“10个十就是一百”。（板书）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2.认识百位。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师：同学们都知道在计数器上可以表示数，那在计数器上如何表示99呢？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师：刚才我们学习了99添1就是100，你能在计数器上继续表示100吗？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师：十位前的这个数位我们称之为“百位”，计数器从右边起，第一位是个位，第二位是十位，第三位是百位。读数和写数，都从高位起。（板书）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师：请同学们在自己的计数器上找到百位，并表示100。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课件出示在计数器上拨数的过程。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师：同学们能根据刚才拨珠子的过程自己写出“100”吗？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师：100和10的写法有什么相同点和不同点？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师：100中的“1”和“0”分别表示什么？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师：既然十位和个位上什么也没有，这两个0不写行吗？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有了之前的数数经验，学生很快数出来有99个。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每一列都有10个小正方体，有这样的9列，最后一列只有9个，9个十和9个一组成99。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100个。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在个位上拨9颗珠子，在十位上也拨9颗珠子。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在个位上再拨1颗珠子，此时个位上有10颗珠子，10个一是1个十，需要向十位进一颗，十位上也满了10颗，10个十是1个百，需要在百位上放1颗珠子。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在计数器上表示100时，百位上有1颗珠子，十位和个位上一颗也没有。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学生先独立思考，再展示交流。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预设1：这两个数都是用1和0来表示。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预设2:10的“1”写在十位上，表示1个十，100的“1”写在百位上，表示1个百。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“1”表示1个百，十位上的“0”表示十位上什么也没有，个位上的“0”表示个位上什么也没有。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不可以，这样“100”就和“1”一样了，不能将它们区分开。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学生通过熟悉的数数环节感知100，体验“10个十就是一百”的过程，理解数学知识的由来，培养和发展学生的数感。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学生在说一说、拨一拨、比一比的过程中，认识百位，学会在计数器上表示100的方法，体会从直观到抽象的过程，理解数位和计数单位的含义。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1.完成教科书P29“做一做”第1题。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2.完成教科书P29“做一做”第2题。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3.完成教科书P29“做一做”第3题。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同桌合作，一人摆一人说。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学生独立完成，全班一起订正。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学生基本都能完成，同样是1颗珠子，放在不同的数位上表示的意思就不同。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同桌之间互相说一说，再在班上分享交流。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在实际操作活动中加深学生对“10个十就是一百”的理解，体会计数单位的意义。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体现了数学与生活的紧密联系，让学生感受应用在生活中的数学。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师：这节课你们有什么收获呢？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引导学生回顾梳理本课所学，完善认知结构，提升归纳与反思能力，核心问题："这节课你们有什么收获呢？"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认识100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99添1就是100。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10个十就是一百。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计数器从右边起，第一位是个位，第二位是十位，第三位是百位。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读数和写数，都从高位起。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教科书P28例3，完成教科书P29“做一做”。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采用体验式教学的方式，让学生在玩中学，学中玩。设计摆100、说一说、找一找等活动，让学生在轻松愉快的氛围中学习新知、操作练习。教师引导学生积极参与探究知识的生成过程，在观察中思考，在思考中操作，由具体到抽象，符合学生的认知规律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练一练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练一练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教学内容：教科书P30～31“练一练”第2~8题。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（1）进一步巩固数数和数的组成，理解“十进制”计数法的基本原理，培养学生的数感。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（2）通过练习，进一步加深对数位的理解，会读和写100以内的数。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（3）通过数的应用，让学生感受到生活中处处有数学。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教学重点：100以内数的读法和写法练习。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教学难点：理解数位的意义。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一、基础练习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二、以题为例，加深理解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教科书、计数器、课件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题目要求我们按怎样的要求写数？；你是怎样数的？怎样数比较快？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三、提升练习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一、基础练习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1.完成教科书P30“练一练”第2题。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2.完成教科书P30“练一练”第3题。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(1)学生独立写出这些数。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(2)同桌之间互相说一说每个数的组成。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学生独立完成后同桌之间交流。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二、以题为例，加深理解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1.完成教科书P31“练一练”第6题。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师：题目要求我们按怎样的要求写数？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2.完成教科书P31“练一练”第5题。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(1)独立数一数、填一填。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(2)完成后小组内交流。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师：你是怎样数的？怎样数比较快？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3.完成教科书P31“练一练”第7题。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师：怎样做我们才能不重复、不遗漏地得出所有的答案？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4.完成教科书P31“练一练”第8题。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师：请同学们用3颗珠子在计数器上摆一摆，然后写一写，再和同桌交流，看谁写得更完整且有规律性。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师：摆出的4个数中最大的数是谁？珠子是如何摆的？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师：摆出的4个数中最小的数是谁？珠子是如何摆的？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学生独立完成后小组内交流方法。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按要求写数的问题不大，学生最容易出现丢数现象，要结合题目教授学生防止丢数的方法。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可以两个两个、五个五个、十个十个地数；利用图中的色彩或方格十个十个地数。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知道个位和十位上的数合起来是9的最小两位数是18，依次写下去，符合这个条件的数还有27,36,45,54,63,72，81,90。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3颗珠子能摆出的数有3、12、21、30，少数同学写得不够完整。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最大的数是30，此时3颗珠子都摆在十位。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最小的数是3,3颗珠子都摆在个位。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按要求给数分类，进一步深化对数的意义的理解，理解数位的意义。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利用百圆图感受100有多少，培养数感，进一步理解相邻两个计数单位间的十进制关系，理解“10个十是一百”。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三、提升练习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1.完成教科书P31“练一练”第4题。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第2题：用数字组成两位数，一般学生都能随口说出来，主要是要引导他们有序思考。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结合木块图，学生能够很快填出这些空。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第1题：大部分学生能够根据生活经验选数填空，少数学生还是存在一定的困难。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通过选数填空，培养学生的数感；用数字组成两位数，一方面引导学生进一步认识数位和位值制，另一方面培养学生有序思考的习惯。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教科书P30～31“练一练”第2~8题。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关于数数、数的组成和读、写数的练习课，学生掌握得比较好，整节课练习错误率较低，主要是在做教科书P31“练一练”第6题，按要求写数时，部分学生没有有序地写，导致有些数漏掉了，再就是“55”个位上和十位上都是5，部分学生不知道怎么处理。这些出现的问题恰好也是教学中的重难点，上课时充分利用学生出现的错误，让学生辨析、讨论，将学生在课堂上出现的错误转化为教学资源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数的顺序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数的顺序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教学内容：教科书P32例4，完成教科书P32“做一做”和P35“练一练”第1、3题。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（1）通过填写百数表,了解100以内数的顺序，发现百数表中隐含的一些排列规律。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（2）能根据数位的意义及发现的规律,解决一些简单的问题。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（3）在独立思考和合作交流的过程中探索规律，培养自主探索精神和创新意识，并进一步培养数感。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教学重点：了解100以内数的排列顺序，根据数位的意义及发现的规律解决一些简单的问题。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教学难点：探究和发现百数表中隐含的规律。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一、创设情境，引入百数表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二、自主探究，感受数的顺序的规律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你发现了什么？；中间这个缺失的数是多少？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三、实践应用，深化感知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观察这一条线上的数，你能发现什么？；77更接近70还是更接近80？为什么？72呢？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四、全课小结，促进内化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这节课学习了哪些知识？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一、创设情境，引入百数表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1.情境导入。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师：我们学校的学生每天都要排成整齐的队列做早操。请看，数字们也有模有样地排起了队。(课件出示百数表)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师：这节课我们就来学习100以内数的顺序。（板书课题：数的顺序）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通过情境导入，初步了解100以内数的顺序。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二、自主探究，感受数的顺序的规律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1.探究“2、4、6、8、10”和“11、13、15、17、19”的规律。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课件出示教科书P32例4百数表中的前两行。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2.探究“11、22、33、44、55、66、77、88、99”的规律。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课件出示教科书P32例4百数表中从左上到右下这一斜行的数。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师：中间这个缺失的数是多少？(77)说一说发现的规律。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3.探究“19、28、37、46、55、64、73、82、91”的规律。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课件出示教科书P32例4百数表中从右上到左下这一斜行的数。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师：同学们仔细观察，这一斜行数的排列有什么规律？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4.填写百数表，分步解构。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师：请同学们完成百数表。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(1)学生独立完成百数表，教师巡视指导。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(2)观察交流。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师：给十位是3的数涂上绿色，个位是3的数涂上黄色，个位和十位数字相同的数涂上粉色。你发现了什么？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师：我们先横着看，先看第二行，你发现了什么？其他各行也有这样的规律吗？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师：竖着看，我们先看第三列，你又有什么发现？其他各列也是这样的规律吗？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(3)出示一个不完整的百数表，任意指定一个位置，让学生说出该处的数是多少。如：第4行第8个数是多少？第5行第8个数是多少……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5.化整为零，深入感知。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师：想一想,16的上面、下面、左边、右边各是多少？45呢？79呢？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6.习题演练，深化认知。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（1）完成教科书P32“做一做”第1题。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师：请你根据百数表尝试完成。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师：谁来说说你是怎样想的？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（2）完成教科书P32“做一做”第2题。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学生很容易说出第一横行的5个数都是双数，而第二横行的5个数都是单数，它们都是按照从小到大的顺序排列的。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这一斜行中每个数的个位与十位上的数字都相同。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预设1：这一斜行上的数（10除外），十位上的数从1开始，逐渐多1直到9，而个位上的数则相反，从9开始，逐渐少1直到1。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预设2：个位和十位上的数字相加是10。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同桌之间互相说一说，找一找，涂一涂。课件出示涂色后的百数表。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从第二行开始，每行前9个数的十位上都是相同的数。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每一列的个位上的数都是相同的。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看百数表很容易找到。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预设1：一个数上面的那个数比它小10，下面的那个数比它大10。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预设2：一个数左边的那个数比它小1，右边的那个数比它大1。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预设3：一个数上、下的数是十位发生变化，一个数左、右的数是个位发生变化。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②小组内展示交流。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第1个和第2个很容易运用规律来填，第3个对于学生来说难度稍大，适当引导学生从69出发，应用规律来填。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同桌之间互相说一说、填一填。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将这四组数分成三个层次，从简单到复杂，层层深入，有效激活学生的思维，激发他们探究新知识的热情，培养学生的数感，激发学生探究的兴趣，发展学生的思维。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通过填写百数表，按要求给数涂色，任意猜猜指定位置的一个数，促进学生了解数与数之间的联系和数在百数表中的位置。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此题可以看作是运用规律解决问题的练习，让学生熟悉数的顺序，发展学生的思维，开阔学生的思路，激发学生学习数学的兴趣。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三、实践应用，深化感知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1.连点成画。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完成教科书P35“练一练”第1题。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2.填数成轴。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完成教科书P35“练一练”第3题。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师：观察这一条线上的数，你能发现什么？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师：77更接近70还是更接近80？为什么？72呢？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学生独立连线后集体展示。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先让学生自己看题目，猜猜画成的图形会是什么。引导学生先找到起点，同时要强调连的是“点”而不是“数”。学生动手连点，最后一起欣赏自己的作品。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从左到右，依次增加1。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学生独立填数，然后说说是怎么填的。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学生很容易“看出来”，要引导学生由“看得出来”的直观思维向“77和70相差7，和80相差3”的抽象思维过渡。问到“72”时应有大部分学生能够运用抽象思维思考作答。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通过按顺序连点绘出图画，巩固百以内数的顺序，同时激发学生的学习兴趣。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此题充分利用数轴，以数形结合的方式培养学生的数感。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四、全课小结，促进内化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师：这节课学习了哪些知识？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引导学生回顾梳理本课所学，完善认知结构，提升归纳与反思能力，核心问题："这节课学习了哪些知识？"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数的顺序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每一行后一个数都比前一个数大1。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每一列下一个数都比上一个数大10。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教科书P32例4，完成教科书P32“做一做”和P35“练一练”第1、3题。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教学时，将教科书P32例4做成课件，分别出示百数表中的第一横行的5个数、第二横行的5个数、从左上到右下的斜行的数、从右上到左下的斜行的数，并引导学生观察这些数的排列有哪些特点，让学生发现数的不同排列规律。然后让学生填满百数表，复习100以内各数的顺序。在此基础上从中抽取一行、一列发现规律，弄清楚一个数和排在它的上面、下面、左边、右边的数之间的关系。之后，通过“猜猜第几行第几个数是多少”的游戏形式，激发学生的好奇心，构建了数与数之间的逻辑关系。但是，根据百数表填其中一部分数，对学生来说还是很有难度的，大部分学生都是在百数表上去找，而不是根据规律去推理，这一点需要加强练习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比较大小（1）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比较大小（1）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教学内容：教科书P33例5，完成教科书P33“做一做”和P36“练一练”第4题。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教学准备：课件、小棒、计数器。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（1）能正确运用“＞”“＜”“=”比较两个数的大小，掌握100以内两个数大小比较的一般方法。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（2）通过比较两个数的大小，初步培养学生的观察能力和概括能力。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（3）在比较的过程中渗透估计、优化等数学思想。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教学重点：掌握100以内两个数比较大小的一般方法。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教学难点：归纳总结出100以内数的大小比较方法。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一、创设情境，引入数的大小比较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课件、小棒、计数器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二、自主学习，探究比较数的大小的方法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课件、教科书、小棒、计数器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这里有两个数，42与37，比一比，谁大?谁小？；同学们用这么多的方法比较出了42和37的大小，非常好！怎样快速地比较呢？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三、练习巩固，强化新知识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教科书、课件、小棒、计数器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81和18中都有8和1，为什么81比18大？；谁来说说，第（1）题应该填什么符号？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课件、小棒、计数器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这节课我们学习了哪些内容？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一、创设情境，引入数的大小比较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1.生活情境导入。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师：昨天老师买了两本书，你们知道哪本书贵，哪本书便宜吗？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课件出示教师买的两本书。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师：要比较这两本书哪本书贵，哪本书便宜，其实就是比较数的大小，今天我们就来学习100以内数的大小比较。［板书课题：比较大小（1）］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学生根据生活经验知道65元的书贵一些。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通过生活情境的引入，激活学生已有的经验，激发学生探索比较数的大小的兴趣。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二、自主学习，探究比较数的大小的方法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1.比较42与37的大小。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(1)师：这里有两个数，42与37，比一比，谁大?谁小？（板书42和37两个数）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(2)交流展示方法。教师根据巡视情况指名汇报。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(3)师：同学们用这么多的方法比较出了42和37的大小，非常好！怎样快速地比较呢？（教师完善板书42＞37，并出示课件教科书P33例5左图）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(4)及时练习。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师：我们就用刚才的方法比较下面各组数的大小。（课件出示习题）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2.比较23与25的大小。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师：刚才我们比的都是十位不同的两位数，那如果是十位相同的两个两位数，我们还能用这样的方法来比较大小吗？（课件出示教科书P33例5右图）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教师板书：23＜25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及时练习。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师：接着比较下面各组数的大小。（课件出示习题）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3.归纳总结。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师：我们刚才学习了两位数大小的比较，谁来说一说，有什么又对又快的好方法？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学生尝试比较，教师巡视。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预设1：摆小棒。分别摆出42根和37根小棒，42根比37根多，所以42大于37。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预设2：根据数的组成来比。42里面有4个十和2个一，37里面有3个十和7个一，所以42大于37。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预设3：根据数的顺序来比。42在37的后面，所以42大于37。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预设4：只看十位，就可以比较出数的大小。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学生会想到直接比较十位上的数的方法。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学生独立完成后集体订正，并说说比较的方法。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23和25这两个数的十位上都是2，可以直接比较个位上的数，个位上的3小于5，所以23小于25。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学生独立完成后集体订正，并说说比较的方法。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在比较42与37的大小的过程中，注重交流不同的方法，借助小棒和数的组成来理解其道理，同时对比较的方法进行优化。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借助计数器这个直观的学具引导学生按数位比较“十位相同、个位不同”的两个两位数的大小。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在展示学生比较两位数的大小的所有方法后，适时引导学生归纳比较两位数的大小的一般方法，给学生创造更多思考交流的机会，渗透优化思想。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三、练习巩固，强化新知识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1.完成教科书P33“做一做”。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(2)指名学生汇报交流。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师：81和18中都有8和1，为什么81比18大？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2.完成教科书P36“练一练”第4题。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3.拓展延伸。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师：谁来说说，第（1）题应该填什么符号？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指名学生回答，并让学生说一说是怎么想的。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师：我们以后还要学习更大的数的大小比较，还有许多数学知识等着我们去探索。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师：第（2）题中这么多的数如何比较大小？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学生能够独立完成，但在比较81和18、89和98、37和73的大小时容易出错，教师应适时给予指导。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根据数的顺序不难判断出要填的符号。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先找到最大和最小的两个数，再比较中间3个数的大小。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通过有层次的练习及时反馈学情，巩固新知，培养学生灵活运用知识解决问题的能力，核心问题："81和18中都有8和1，为什么81比18大？"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师：这节课我们学习了哪些内容？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引导学生回顾梳理本课所学，完善认知结构，提升归纳与反思能力，核心问题："这节课我们学习了哪些内容？"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比较大小（1）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42＞37      23＜25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先看十位上的数，十位上的数大这个数就大；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十位上的数相同，再比较个位上的数，个位上的数大这个数就大。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教科书P33例5，完成教科书P33“做一做”和P36“练一练”第4题。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在教学比较两位数的大小时，给予学生充分的操作和观察的机会，在此基础上概括出两位数的大小的比较方法，易于学生理解和掌握。少数学生仅凭直观感觉能分辨数的大小，但是讲不出具体的比较方法，所以要关注过程，帮助学生理顺思路，感悟为什么这样比，从而掌握两位数比较大小的方法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二、课时教学方案（第7课时）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第7课时　比较大小（2）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第7课时　比较大小（2）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教学内容：教科书P34例6,完成教科书P34“做一做”。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（1）在具体情境中感知100以内数的大小,会用“大得多”“大一些”“小得多”“小一些”来描述两个数之间的关系。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（2）在观察、比较、估数的过程中，了解估数的一般方法，感受估数的作用。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（3）感受数学与生活的密切联系,体验学习数学的乐趣。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教学重点：正确运用“大得多”“大一些”“小得多”“小一些”描述两个数之间的关系。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教学难点：理解“大得多”“大一些”“小得多”“小一些”的相对性。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一、创设情境，激发兴趣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甲同学比乙同学高多少呢，你能形容一下吗?；乙同学和甲同学的身高相比呢?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二、探讨新知，掌握方法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经过前段时间的学习，大家认识了很多数，这些活泼可爱的“数宝宝”很想和你们交朋友，想想用怎样的一句话来介绍这些“数宝宝”呢？；同学们能说说87在哪两个整十数之间吗？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三、巩固应用，延伸拓展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从图中你知道了什么?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今天这节课你有什么收获？你能用今天所学的词语描述身边的事物吗？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一、创设情境，激发兴趣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1.比一比。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师:新的一年，老师发现不少小朋友又长高了，今天我们先来比比身高。（指名两个身高差不多的同学走到讲台上）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师:比一比这两个同学的身高。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师:甲同学比乙同学高多少呢，你能形容一下吗?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3.想一想。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师:如果老师也加入进来，老师的身高与乙同学相比，你觉得怎么样?是“高一些”吗?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师:乙同学和甲同学的身高相比呢?乙同学和老师的身高相比呢?(引出“矮一些”“矮得多”)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4.导入新课。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生活中比较几个数的大小的时候，我们经常用到的是“大得多”“大一些”“小得多”“小一些”，来描述它们之间的关系。这节课，我们一起来比一比、说一说，看如何用这些词语来描述两个数之间的大小关系。［板书课题：比较大小（2）］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学生根据目测和平时的说话习惯，可能会有这样几种说法:①甲同学高、乙同学矮；②甲同学比乙同学高；③乙同学比甲同学矮。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学生会关注到“身高差”的程度上，用自己的语言描述，可能会说甲同学比乙同学“高一点”“高一些”“差不多”等等。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学生再次关注到“身高差”的程度，在刚才“高一些”的标准上，会说老师比乙同学“高很多”“高得多”“不止高一些”等词语。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学生年龄小，生活经验少，从熟悉的事件入手易于他们接受，同时能激发学习兴趣。通过比较三个人的身高，让学生利用生活经验体会“高一些”和“高得多”这两个词的含义不同。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二、探讨新知，掌握方法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1.比一比。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师：经过前段时间的学习，大家认识了很多数，这些活泼可爱的“数宝宝”很想和你们交朋友，想想用怎样的一句话来介绍这些“数宝宝”呢？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（教师板书：87  31  25  99）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引导学生准确读数，可以从数的组成、数的大小等不同角度介绍。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师：同学们能说说87在哪两个整十数之间吗？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师：其他的三个数分别在哪两个整十数之间呢？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课件出示教科书P34例6。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师：根据刚才的分析，同学们能把这4个数按从小到大的顺序排排队吗？（引导学生明确图中是小于号，是从小到大排）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（1）体会“大得多”“大一些”“小得多”“小一些”的含义。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师：请同学们从刚才的4个数中任选两个，用“大得多”“大一些”“小得多”“小一些”来描述比较的结果。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师：87和25比呢？31和25比呢？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师：同样是和25比，为什么87就“大得多”，31却“大一些”呢？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师：那25和31、87相比呢？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师：同样都是用25去比，为什么和31比是“小一些”，和87比却是“小得多”呢？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（3）小结提炼。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师:两个数比较时,什么时候用“大得多”“小得多”?什么时候用“大一些”“小一些”?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87在80和90之间。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31在30和40之间，25在20和30之间，99在90和100之间。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上一课时学生已经学过比较两个数大小的方法，这四个数十位上的数字都不一样，直接比较十位上的数字就能得出这4个数的大小关系,25&lt;31&lt;87&lt;99。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同桌之间互相说一说。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前面比较大小的基础上,让学生比较数量的多少,用“大得多”“大一些”“小得多”“小一些”来描述任意两个数的大小关系,应该不会很困难,但学生年龄小,难免有说不清的情况,教师要及时给予帮助,引导学生清晰、完整地表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87比25大得多，31比25大一些。（板书）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因为87和25相差很多，31和25相差较小。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25比31小一些，25比87小得多。（板书）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因为少的数量不一样。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一年级的学生概括总结能力有限,这里只要表达出意思就可以，不要求语言上的精准与完整。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通过介绍这4个数，说说它们分别在哪两个整十数之间，让学生对这4个数的大小关系有初步的感受。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前面有了比较大小的基础,在此,让学生交流,引导学生关注多(或少)的程度,程度不一样,用词也不相同,从而体会这种关系的相对性。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反复引导学生体会:要根据实际情况描述数的大小,两个数相差较大时，就用“大得多”或“小得多”;两个数相差不大时,就用“大一些”或“小一些”。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三、巩固应用，延伸拓展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1.完成教科书P34“做一做”。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(1)师:从图中你知道了什么?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(2)学生独立完成,同桌互相检查正误。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2.课件出示练习。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从图中可以获得三只青蛙吃的害虫数量之间多少的关系,下面3个数是它们可能吃的数量。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80只比35只多得多，所以豆豆连80只；28只比35只少一些，所以跳跳连28只。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学生独立完成，指名学生汇报，并说一说“便宜得多、贵得多”是什么意思。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本题是教科书P34例6的逆向练习,在逆向练习中感知100以内的数的大小比较,培养学生的数感和表达能力。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通过不同的情境，帮助学生理解“大得多、大一些、小得多、小一些”，促进学生数感的有效形成。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师：今天这节课你有什么收获？你能用今天所学的词语描述身边的事物吗？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引导学生回顾梳理本课所学，完善认知结构，提升归纳与反思能力，核心问题："今天这节课你有什么收获？你能用今天所学的词语描述身边的事物吗？"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比较大小（2）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87  31  25  99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87比25大得多，31比25大一些。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25比31小一些，25比87小得多。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教科书P34例6,完成教科书P34“做一做”。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这部分的教学内容是在学生认识了100以内的数并会比较数的大小的基础上安排的。通过教学,使学生会使用“大得多”“大一些”“小得多”“小一些”等数学用语描述两个100以内数的大小关系,进一步培养学生的数感。针对教学目标,教学时应该把本节课的教学重点落实在以下几个方面:1、着力于学生的语言发展,能用完整的语言,准确地描述“大得多”“大一些”“小得多”“小一些”的数量关系。2、采用欢快轻松的教学方式,避免单调的模仿和枯燥的说教。在授课过程中可以设计不同层次的练习及不同的提问方式,从各种角度观察学生的学习效果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二、课时教学方案（第8课时）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第8课时　练一练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第8课时　练一练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教学内容：教科书P35~36“练一练”第2、5、6、7题。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（1）进一步理解和掌握100以内数的组成、读法、写法以及比较大小的方法，了解100以内数的顺序。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（2）在解题过程中，培养学生观察、分析、比较、表达的能力，进一步培养学生的数感。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（3）在合作交流和独立思考的过程中探索规律，获得成功的体验、激发学生学习数学的兴趣。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教学重点：明确比较数的大小的方法，能选择合适的策略解决问题。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教学难点：自主探究规律，灵活运用规律。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一、基础练习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二、练习指导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教科书、计数器、课件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这个数轴上的数有什么特点？；最容易判断的是几号旗？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今天这节课你们有哪些收获？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一、基础练习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课件出示练习题。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学生独立完成后指名学生回答，并说说自己的想法。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1题比较基础，考察数的组成，学生完成问题不大。第2题有一定开放性，教师可以引导学生有序思考，学生能写出符合要求的4个数即可。第3题考察数的顺序，前面的数和后面的数是学生容易出错的地方。第4题把7个数按顺序排列对于学生来说有一定的难度，可以先找到最大数和最小数，再来写中间的5个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通过各种形式的练习，激活学生已有的经验，激发学生学习的热情。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二、练习指导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1.完成教科书P35“练一练”第2题。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（1）学生独立写出这些数。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（2）同桌之间互相说一说每个数的组成。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（3）同桌两人为一组，一人报数，一人在计数器上拨数，报完后再交换，互相评价。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2.完成教科书P36“练一练”第5题。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师：这个数轴上的数有什么特点？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师：最容易判断的是几号旗？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3.完成教科书P36“练一练”第6题。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师:请同学们根据百数表尝试完成。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(2)小组内展示交流。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师:谁来说说你是怎样想的?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4.完成教科书P36“练一练”第7题。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预设1：都是整十数，从左往右看，数字越来越大。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预设2：相邻的两个数都是相差十。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①号旗代表数字10，最容易判断。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学生独立完成，在班上交流分享。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第1个和第2个很容易运用规律来填,第3个对于学生来说难度稍大，适当引导学生从10出发,应用规律来填。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学生独立完成后集体展示。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先让学生要看清符号，再填上合适的数。有些题都有不同的填法，填完后再比一比，检查填的数字是否准确。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通过这个题目，加深学生对数的大小的体会，充分利用数轴，以数形结合的方式培养学生的数感。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此题可以看作是运用规律解决问题的练习,让学生熟悉数的顺序,发展学生的思维,开阔学生的解题思路,激发学生学习数学的兴趣。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通过开放式题目锻炼学生的发散性思维，在填数的过程中也培养了学生的比较、推理能力。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学生独立完成后交流分享。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师：今天这节课你们有哪些收获？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引导学生回顾梳理本课所学，完善认知结构，提升归纳与反思能力，核心问题："今天这节课你们有哪些收获？"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教科书P35~36“练一练”第2、5、6、7题。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围绕着100以内数的组成、读法、写法、数的顺序及比较大小进行教学与练习，对于数的组成及读、写法学生掌握得比较熟练，在描述数量关系时少数同学没有弄清楚，巩固练习第2题部分同学出错，在之后的教学中要加强这部分内容的巩固，让学生多表达，培养学生信息收集和口头表达的能力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二、课时教学方案（第9课时）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第9课时　简单的加、减法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第9课时　简单的加、减法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教学内容：教科书P37例7、例8，完成教科书P37“做一做”和P41“练一练”第5题。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教学准备：课件、小棒。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（1）结合数的认识，进一步体会加、减法的意义，掌握整十数加一位数及相应的减法的计算。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（2）在解决相应的加、减法的实际问题中，提升分析和解决问题的能力。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（3）在活动中，初步感受加、减法之间的关系，获得学习数学的乐趣。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教学重点：掌握整十数加一位数及相应的减法的算理。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教学难点：能正确进行计算并解决相关的实际问题。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一、复习引入，揭示课题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二、情境呈现，学习整十数加、减整十数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课件、教科书、情境图、学具、小棒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根据情境图，同学们能提出一个用加法解决的数学问题并列出算式吗？；10+20等于多少？你是怎样计算的？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三、情境呈现，学习整十数加一位数及相应的减法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从图中你知道了些什么信息？；求一共有多少本写字本，要怎样列式？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四、及时练习，巩固算法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竖着三个算式为一组，观察每组三个算式，你有什么发现？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这节课我们学习了什么内容？有什么收获？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一、复习引入，揭示课题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师：这节课我们继续来学习新的知识。（板书课题：简单的加、减法）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学生独立完成后小组内交流。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学生很容易说出答案，并交流想法。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通过复习口算和数的组成，为下面学习“整十数加、减整十数和整十数加一位数及相应的减法”打下基础。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二、情境呈现，学习整十数加、减整十数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1.课件出示教科书P37例7情境图。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师：根据情境图，同学们能提出一个用加法解决的数学问题并列出算式吗？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师：像10、20这样个位上是0的两位数被称为整十数。今天我们先来学习整十数加、减整十数。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2.自主计算10+20。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师：10+20等于多少？你是怎样计算的？请同学们拿出学具，边摆边和同桌说一说。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教师巡视，收集不同的计算方法。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3.迁移类推，计算30-20。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师：30-20等于多少？应该怎样计算呢？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（2）小组内讨论交流。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4.总结算法。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师：观察以上算法，它们有什么相同点？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师：计算整十数加、减整十数时，就是想几个十加、减几个十，计算方法与10以内加、减法基本相同，可以先想“几加几，几减几”，再在得数几的后面添0。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左边和右边一共有多少本书？列式：10+20。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预设1：摆放小棒。左边1捆小棒，右边2捆，共3捆，就是30根。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预设2：利用数的组成。10里面有1个十，20里面有2个十，1个十和2个十合起来是3个十，也就是30。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预设3：在计数器上拨珠计算。十位上先拨1颗珠子，再添2颗，共有3颗，表示30。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预设1：摆小棒。先摆3捆，再拿走2捆，剩下1捆，1捆就是10根，所以30-20=10。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预设2：利用数的组成。30里面有3个十，20里面有2个十，3个十去掉2个十还剩下1个十，也就是10，所以30-20=10。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预设3：在计数器上拨珠计算。十位上先拨3颗珠子，再去掉2颗，剩下1颗，表示10。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都是以“十”为单位，想几个十加、减几个十。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在给学生展示不同算法的基础上，教师引导学生归纳总结，让学生体会只有相同计数单位的数才能直接相加减。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三、情境呈现，学习整十数加一位数及相应的减法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1.课件出示教科书P37例8情境图。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师：从图中你知道了些什么信息？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师：整包的有30本，另外还有2本单本的。根据这些信息提一个用加法计算的问题。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2.探究整十数加一位数。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师：求一共有多少本写字本，要怎样列式？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师：30+2，应该怎样算？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师：30+2=32，那么2+30等于多少？同学们是怎样想的？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教师板书：30+2＝322+30=32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课件出示口算题，学生迅速抢答。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师：这些数都是整十数与一位数相加，不管是几十加几还是几加几十，都是求几个十加上几个一，结果都是几十几。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3.探究整十数加一位数中相应的减法。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师：谁能看图提出用减法计算的问题？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师：这两个问题应该怎样列式计算？先独立思考，然后和同桌说说自己的想法。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师：谁来说说你是怎样算的？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教师板书：32-2=30   32-30=2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4.归纳小结。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课件出示。30+2=32  2+30=32  32-2=30  32-30=2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师：这样的算式的计算方法有很多，怎样计算比较快？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学生只要能关注到桌上有3包写字本，每包有10本，或者说30本写字本，还有2本写字本单独放在一边等数学信息就可以了。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学生容易提出相关问题，如：一共有多少本写字本？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口头列式：30+2或2+30。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预设1：用小棒摆一摆，3捆小棒加2根小棒，一共32根小棒。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预设2：1包是十本，3包就是3个十本，3个十和2个一合起来就是32。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预设3：从30开始，接着再数两个数，即31、32，所以30+2=32。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预设1：利用数的组成。2个一和3个十合起来是32。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预设2：因为30+2=32，所以2+30＝32。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预设1：有32本写字本，未包装的有2本，包装好的有几本？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预设2：有32本写字本，包装好的有30本，未包装的有几本？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学生很容易列出算式：32-2、32-30。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预设1：利用数的组成。32里面有3个十和2个一，去掉2个一，还剩3个十，就是30；32里面有3个十和2个一，去掉3个十，还剩2个一，就是2。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预设2：根据加减法之间的关系计算。因为30+2=32，所以32－2=30，32-30=2。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大多数学生能想到用数的组成来计算。几十加几就是几个十加上几个一，结果是几十几。几十几减几等于几十，几十几减几十等于几。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将学生带进切实的生活情境中，培养学生发现和提出问题的能力，激发学生的数学思考。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在算法多样化的基础上，小结优化，体现算法最优化。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有了计算整十数加一位数的基础，本环节可以放手让学生充分表达和交流，掌握整十数加一位数中相应的减法的计算方法。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反思整理计算思路，在交流中感悟算法的多样化，并突出用数的组成计算整十数加一位数及相应减法的优势。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四、及时练习，巩固算法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1.完成教科书P37“做一做”。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师：竖着三个算式为一组，观察每组三个算式，你有什么发现？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(1)学生独立写出算式得数，填在教科书上。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(2)订正得数，说说自己是怎样算的。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2.完成教科书P41“练一练”第5题。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（2）学生汇报交流。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每组三个算式都是以一加两减的形式呈现。学生能够发现规律，但表述不一定规范。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“8”这个盒子没有收到卡片，学生需要写出得数是8的算式，具有发散性。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以一加两减的形式呈现，在巩固计算的同时渗透了加、减法之间的关系。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师：这节课我们学习了什么内容？有什么收获？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引导学生回顾梳理本课所学，完善认知结构，提升归纳与反思能力，核心问题："这节课我们学习了什么内容？有什么收获？"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简单的加、减法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10+20=30  30+2=32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20+10=30  2+30=32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30-10=20  32-2=30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30-20=10  32-30=2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教科书P37例7、例8，完成教科书P37“做一做”和P41“练一练”第5题。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从写字本的情境引入教学，并以“一图四式”的形式呈现算式，既为学生利用数的组成进行计算提供了直观支撑，又渗透了加、减法之间的关系，与前面的教学和学生已有的知识经验相沟通，深化了学生的认识。教学中充分尊重学生的个性，允许算法的多样化，并突出利用数的组成进行计算的优势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二、课时教学方案（第10课时）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第10课时　摆一摆，想一想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第10课时　摆一摆，想一想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教学内容：教科书P38。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教学准备：课件、数位表、圆片。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（1）通过在数位表上摆圆片的活动，加深学生对100以内数的认识，进一步巩固数位和位值的概念。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（2）通过探究圆片个数与所摆出的数的个数之间的关系，使学生学会发现规律，并能用发现的规律解决一些简单的问题，培养学生初步的归纳能力和应用意识。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（3）在自主探索中体会有序思考的重要性，帮助学生在活动中养成聆听他人想法、有条理地表达自己的想法的习惯，培养合作精神。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教学重点：在活动中巩固数位及位值思想，加深对100以内数的认识。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教学难点：在活动中培养学生归纳概括与有序思考的能力。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一、激趣导入，演示铺垫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同学们喜欢变魔术吗？今天我想和大家一起来变变数学魔术，你们想玩吗？；这个数是几？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二、动手操作，活动探究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你摆出了几个数？是怎么摆的？；从“2”到“11”是怎么变化的？从“11”到“20”你又是怎么操作的？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三、发现规律，解决问题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刚才我们用3个圆片有序地摆出了4个数，现在以小组为单位，用4个、5个圆片分别摆出不同的数。能摆几个？；仔细观察，同学们发现了什么？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四、拓展练习，适当延伸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10个圆片能摆出几个数呢？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这节课你们学到了什么？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一、激趣导入，演示铺垫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1.激趣引入。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师：同学们喜欢变魔术吗？今天我想和大家一起来变变数学魔术，你们想玩吗？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呈现魔术道具：数位表与圆片。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师：我们来试一下。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2.演示铺垫。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在数位表上摆1个圆片。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师：这个数是几？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师：为什么同样都是1个圆片，却能摆出两个不同的数来呢？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师小结：圆片所在的位置不同也就是数位不同，十位上的1个圆片表示1个十，个位上的1个圆片表示1个一。因此用1个圆片摆出了两个不同的数。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师：今天这一节课我们就用圆片摆一摆。（板书课题：摆一摆，想一想）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一种是摆在个位上，一种是摆在十位上，学生能很快说出是“1”或“10”。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学生可能会说，圆片摆的位置不同，摆在个位上就是1，摆在十位上就是10，所以表示的数不一样。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利用数位表对相关知识进行复习，唤起学生已有经验，为后面的探究活动打基础。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二、动手操作，活动探究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1.在操作中感受“位值”思想。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用2个圆片摆数。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师：现在我们用2个圆片在数位表中摆一摆。请同学们先思考，再摆圆片，最后写出所摆的数。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(2)学生汇报。（可以多让几人汇报，并展示他们所写的数。）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师：你摆出了几个数？是怎么摆的？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师：从“2”到“11”是怎么变化的？从“11”到“20”你又是怎么操作的？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师小结：这个魔术很神奇吧！看来圆片在数位表中摆放的位置是非常重要的。把圆片摆在不同的数位上，它表示的意义就不一样，我们就可以得到不同的数。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2.在操作中感受有序思考。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用3个圆片摆数。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师：请同学们用3个圆片在数位表上摆一摆，然后写一写，完成之后，和同桌比一比，看谁写的数更加完整、准确且有规律。同桌间讨论后全班交流。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师：看看这些摆法，同学们更喜欢哪种？为什么？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师：观察比较，这两组记录的摆法有什么相同点？有什么不同点？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预设1：把2个圆片都摆在个位上，得到数“2”。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预设2：把2个圆片在十位和个位上各摆一个，得到数“11”。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预设3：把2个圆片都摆在十位上，得到数“20”。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逐一按顺序向十位移1个圆片。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少数学生摆出的数不全，通过同桌间讨论相互补充完整。全班交流汇报时，可能会出现多种情况，可能无序摆放，也可能有序摆放，如有序摆放的结果：30、3、21、12或3、12、21、30或30、21、12、3。无论哪种情况，都得到4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学生最喜欢这三种有序摆放的摆法，无论是交换圆片的位置，即按组摆，还是从小到大或从大到小，都做到了有序摆圆片，这样不会重复也不会遗漏。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汇报完成后，课件呈现按大小顺序记录的两组数。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通过这一环节的学习，教师应由扶到放，在必要的引导之后尽量给学生自主探究的空间，让学生进一步感受“位值”思想，初步渗透全面思考问题的意识。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三、发现规律，解决问题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1.探索规律。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师：刚才我们用3个圆片有序地摆出了4个数，现在以小组为单位，用4个、5个圆片分别摆出不同的数。能摆几个？摆一摆。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操作要求：注意分工，有的同学摆，有的同学记录，有的同学观察，争取做到不重复、不遗漏。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2.发现规律。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课件出示3个、4个、5个圆片能摆出的数。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师：仔细观察，同学们发现了什么？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3.应用规律。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师：刚才我们用4个和5个圆片摆数发现了一些规律，如果不摆，你能很快想出用6、7、8、9个圆片可以摆出几个数吗？是哪些数呢？想一想，写一写。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师：谁来说一说你认为用6、7、8、9个圆片可以摆出几个数呢？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学生在数位表中摆圆片，教师巡视。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个别组会有遗漏；有的小组可能汇报的时候没有按照一定的顺序汇报；有的学生可能会按组汇报；有的会按从小到大或从大到小的顺序汇报。不管是哪种情况，都要在充分肯定的基础上鼓励学生用规范的语言描述，如“4个圆片，从小到大可以表示出4、13、22、31、40这5个数”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预设1：都是按照一定顺序摆放的。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预设2：个位上的数和十位上的数的和都相等。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预设3：摆出的不同的数的个数比圆片的个数多1（圆片的个数小于10）。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运用前面的规律解决问题，学生能很快按顺序说出用6、7、8、9个圆片可以摆出7、8、9、10个数，并能相应地说出具体是哪些数。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以小组为单位合作探究，培养学生的合作能力，由动手操作到动脑思考，帮助学生经历由具体到抽象的过程，使学生初步感知规律。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这一环节重在引导学生观察、发现并归纳总结规律，培养学生初步的归纳能力。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理解并总结规律的同时更重要的是学会用规律解决问题，体会规律的重要性，培养学生的应用意识。同时，由摆到想的过程，不仅是学生运用规律的过程，也是发展学生抽象思维的过程。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（学生不一定能完整清晰地说出规律，教师要有耐心地引导他们理顺思路，表达清楚。）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四、拓展练习，适当延伸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师：10个圆片能摆出几个数呢？先想一想，再用圆片摆一摆。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学生会猜能摆出11个数，此时要让学生动手摆一摆，会发现个位或十位上摆的圆片数不能超过9个，也就不能摆出11个数。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通过用10个圆片摆一摆，能摆出的数的规律和前面不同，引发学生的认知冲突，深化学生的思考。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师：这节课你们学到了什么？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引导学生回顾梳理本课所学，完善认知结构，提升归纳与反思能力，核心问题："这节课你们学到了什么？"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教科书P38。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原设计安排：见“状元成才路”系列丛书《创优作业100分》或《状元作业本》对应课时作业。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一节活动课，在大量的操作活动中，引导学生观察、对比、分析、归纳并运用规律解决问题，让学生经历由无序到有序的思考过程。学生在摆圆片的操作过程中容易遗漏，一定要引导学生进行有序思考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第11课时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第11课时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100以内数的认识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100以内数的认识是在学生学习了20以内数的认识的基础上进行教学的。在学习本单元之前，绝大多数学生都会数到100，但对准确地数出物体的个数却存在困难。有部分孩子对数数的难点——“拐弯数”还不太熟练。理解数位的意义及发现百数表中有哪些有趣的排列，对于现阶段的学生而言还具有一定的难度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教学内容：教科书P39相关内容，完成教科书P40~42“练一练”第1~4,6~9题。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（1）通过复习使学生熟练掌握以计数单位为标准的计数方法，进一步掌握有关100以内数的组成、读写方法、比较大小的知识，会计算整十数加一位数及相对应的减法，厘清知识结构，构建知识体系。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（2）在整理和复习的过程中，深刻体会数学在日常生活中的广泛应用，进一步培养学生的数感。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（3）在整理和复习中，探索学习方法，培养学生良好的复习习惯。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教学重点：进一步掌握100以内数的读和写、比较大小的方法，借助具体素材使学生经历整理和复习的过程，培养学生的数感。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教学难点：能够熟练掌握并灵活运用知识，体会数位的意义和位值制的思想。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一、回忆与整理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同学们，第三单元“100以内数的认识”我们已经学完了，请你们回忆一下，在这个单元里，我们学习了哪些重要的知识?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二、复习整理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教科书P40~41、教科书、小棒、课件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有哪些数数的方法？；关于100以内数的组成，你们有什么想说的呢？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这节课你对自己的表现满意吗？如果给自己打一个分数，你会用哪个数？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一、回忆与整理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师:同学们，第三单元“100以内数的认识”我们已经学完了，请你们回忆一下，在这个单元里，我们学习了哪些重要的知识?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师:大家真了不起，学会了这么多的知识，我们一起来把它们整理一下，使所有的知识点全部串成线、织成网，我们对它们的印象就会更深刻，从而掌握得更牢固。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同桌间相互交流讨论后，教师指名学生回答。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这一单元的知识点较多，学生回答的是自己印象最深的，而且是想到什么说什么，凌乱无序。教师在此可不进行任何评价。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通过让学生回顾本单元的知识内容，一方面为本节课复习具体知识细节打好基础;另一方面让学生意识到知识整理与分类的重要性，培养学生梳理知识、归纳整理的能力。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二、复习整理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师：这节课的学习我们采取闯关的方式进行，每顺利闯过一关，便能获得一颗“学习星”。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1.第一关：数数、数的组成。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（1）师：有哪些数数的方法？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师：关于100以内数的组成，你们有什么想说的呢？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师：同学们说得很清楚，接下来我们一起来完成实际训练吧。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（2）完成教科书P40~41“练一练”第4、6题。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2.第二关：读数和写数。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（1）师：请同学们写一个你喜欢的100以内的数（可以是100）。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师：现在我们来读读自己写的这个数，说说每个数位上分别是几。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指名读数，再集体读数。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师：通过刚才的读数和写数，谁能说说读数和写数都从哪起？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（2）完成教科书P40“练一练”第1、2题。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3.第三关：比较大小。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师小结：如果十位上的数字不同，直接比较十位上的数字；如果十位上的数字相同，再比较个位上的数字，个位上的数字大的那个数就大。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（2）完成教科书P40“练一练”第3题。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4.第四关：整十数加整十数、一位数及相应的减法。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完成教科书P41“练一练”第7题。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师:从图中你知道了什么?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理清题意后学生独立完成。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师:小猫已经钓了20条鱼,为什么要减去已经钓的呢?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5.第五关：数字游戏。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（1）师：请同学们独立完成教科书P42“练一练”第8题，看看大家能不能成功地走出迷宫，然后数一数你的路线上有多少个水果。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（2）同桌两两一组，完成教科书P42“练一练”第9题。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可以1个1个地数，当物体数量较多时，也可以5个5个地数，或者10个10个地数。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预设1:10个十就是100。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预设2：一定要看清楚数的十位和个位，从右边起第一位是个位，第二位是十位。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学生独立完成，全班集体订正。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第4题，10个装一盒，就可以10个10个地圈，能圈几次，就说明可以装满几盒；第6题考查的是数的组成，中间区域每个沙包得10分，旁边区域每个沙包得1分。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读数和写数都从高位起。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学生独立完成，同桌互相订正。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第1题学生很容易就可以完成。第2题中以3种不同的形式呈现数的组成，第1幅图每一袋纸有10卷，第2幅图每一列有10个正方体，第3幅图每一捆有10根小棒。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让学生举例来说清比较的方法。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通过观察，36更接近40,48更接近50,32更接近30,59更接近60,64更接近60。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这类问题上册已经学过,列式计算不难。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求还要钓多少条鱼,应该用需要钓的鱼的数量减去已经钓的数量，所以要减去已经钓的20条。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学生基本都能成功走出迷宫，且能正确数出水果数，此时教师可追问每种水果各有几个等问题。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这是一道需要用减法计算解决的问题,完成后通过适时追问,引导学生厘清要钓的、已经钓的和还要钓的这三个数量之间的关系,培养学生数学思考的能力。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以数字游戏的形式解决问题，激发学生的学习兴趣。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师：这节课你对自己的表现满意吗？如果给自己打一个分数，你会用哪个数？说说理由。【教学反思】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相比对知识的复习，聚焦方法、锻炼分析解题能力应该是复习课更为重要的目标。本节课教师以认识100以内的数为主线，围绕知识要点引导学生发现问题、提出问题、解决问题，在辨析比较中融通整合，灵活运用本单元所学知识。本节课学生收获了复习方法，实现了由“学会”到“会学”的飞跃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引导学生回顾梳理本课所学，完善认知结构，提升归纳与反思能力，核心问题："这节课你对自己的表现满意吗？如果给自己打一个分数，你会用哪个数？"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教科书P39相关内容，完成教科书P40~42“练一练”第1~4,6~9题。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