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line="300" w:lineRule="auto"/>
        <w:jc w:val="center"/>
      </w:pPr>
      <w:r>
        <w:rPr>
          <w:rFonts w:ascii="黑体" w:hAnsi="黑体" w:eastAsia="黑体"/>
          <w:b/>
          <w:sz w:val="30"/>
        </w:rPr>
        <w:t>人教版一年级数学下册</w:t>
      </w:r>
    </w:p>
    <w:p>
      <w:pPr>
        <w:spacing w:after="80" w:line="300" w:lineRule="auto"/>
        <w:jc w:val="center"/>
      </w:pPr>
      <w:r>
        <w:rPr>
          <w:rFonts w:ascii="黑体" w:hAnsi="黑体" w:eastAsia="黑体"/>
          <w:b/>
          <w:sz w:val="26"/>
        </w:rPr>
        <w:t>第4单元 100以内的口算加、减法　规范教案</w:t>
      </w:r>
    </w:p>
    <w:p>
      <w:pPr>
        <w:spacing w:after="160" w:line="300" w:lineRule="auto"/>
        <w:jc w:val="center"/>
      </w:pPr>
      <w:r>
        <w:rPr>
          <w:rFonts w:ascii="楷体" w:hAnsi="楷体" w:eastAsia="楷体"/>
          <w:b w:val="0"/>
          <w:color w:val="606060"/>
          <w:sz w:val="18"/>
        </w:rPr>
        <w:t>依据《温州市小学数学教学常规（2025年版）》附件2（单元教学备课参考格式）、附件3（课时教学备课参考格式）编制</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2381"/>
            <w:shd w:val="clear" w:fill="E8EEF7"/>
          </w:tcPr>
          <w:p>
            <w:pPr>
              <w:spacing w:after="20" w:line="276" w:lineRule="auto"/>
              <w:jc w:val="center"/>
            </w:pPr>
            <w:r/>
            <w:r>
              <w:rPr>
                <w:rFonts w:ascii="黑体" w:hAnsi="黑体" w:eastAsia="黑体"/>
                <w:b/>
                <w:sz w:val="18"/>
              </w:rPr>
              <w:t>项目</w:t>
            </w:r>
          </w:p>
        </w:tc>
        <w:tc>
          <w:tcPr>
            <w:tcW w:type="dxa" w:w="7030"/>
            <w:shd w:val="clear" w:fill="E8EEF7"/>
          </w:tcPr>
          <w:p>
            <w:pPr>
              <w:spacing w:after="20" w:line="276" w:lineRule="auto"/>
              <w:jc w:val="center"/>
            </w:pPr>
            <w:r/>
            <w:r>
              <w:rPr>
                <w:rFonts w:ascii="黑体" w:hAnsi="黑体" w:eastAsia="黑体"/>
                <w:b/>
                <w:sz w:val="18"/>
              </w:rPr>
              <w:t>内容</w:t>
            </w:r>
          </w:p>
        </w:tc>
      </w:tr>
      <w:tr>
        <w:tc>
          <w:tcPr>
            <w:tcW w:type="dxa" w:w="2381"/>
          </w:tcPr>
          <w:p>
            <w:pPr>
              <w:spacing w:after="20" w:line="276" w:lineRule="auto"/>
            </w:pPr>
            <w:r/>
            <w:r>
              <w:rPr>
                <w:rFonts w:ascii="宋体" w:hAnsi="宋体" w:eastAsia="宋体"/>
                <w:b/>
                <w:sz w:val="20"/>
              </w:rPr>
              <w:t>单元内容</w:t>
            </w:r>
          </w:p>
        </w:tc>
        <w:tc>
          <w:tcPr>
            <w:tcW w:type="dxa" w:w="7030"/>
          </w:tcPr>
          <w:p>
            <w:pPr>
              <w:spacing w:after="20" w:line="276" w:lineRule="auto"/>
            </w:pPr>
            <w:r/>
            <w:r>
              <w:rPr>
                <w:rFonts w:ascii="宋体" w:hAnsi="宋体" w:eastAsia="宋体"/>
                <w:b w:val="0"/>
                <w:sz w:val="20"/>
              </w:rPr>
              <w:t>第4单元 100以内的口算加、减法</w:t>
            </w:r>
          </w:p>
        </w:tc>
      </w:tr>
      <w:tr>
        <w:tc>
          <w:tcPr>
            <w:tcW w:type="dxa" w:w="2381"/>
          </w:tcPr>
          <w:p>
            <w:pPr>
              <w:spacing w:after="20" w:line="276" w:lineRule="auto"/>
            </w:pPr>
            <w:r/>
            <w:r>
              <w:rPr>
                <w:rFonts w:ascii="宋体" w:hAnsi="宋体" w:eastAsia="宋体"/>
                <w:b/>
                <w:sz w:val="20"/>
              </w:rPr>
              <w:t>所属领域</w:t>
            </w:r>
          </w:p>
        </w:tc>
        <w:tc>
          <w:tcPr>
            <w:tcW w:type="dxa" w:w="7030"/>
          </w:tcPr>
          <w:p>
            <w:pPr>
              <w:spacing w:after="20" w:line="276" w:lineRule="auto"/>
            </w:pPr>
            <w:r/>
            <w:r>
              <w:rPr>
                <w:rFonts w:ascii="宋体" w:hAnsi="宋体" w:eastAsia="宋体"/>
                <w:b w:val="0"/>
                <w:sz w:val="20"/>
              </w:rPr>
              <w:t>数与代数</w:t>
            </w:r>
          </w:p>
        </w:tc>
      </w:tr>
      <w:tr>
        <w:tc>
          <w:tcPr>
            <w:tcW w:type="dxa" w:w="2381"/>
          </w:tcPr>
          <w:p>
            <w:pPr>
              <w:spacing w:after="20" w:line="276" w:lineRule="auto"/>
            </w:pPr>
            <w:r/>
            <w:r>
              <w:rPr>
                <w:rFonts w:ascii="宋体" w:hAnsi="宋体" w:eastAsia="宋体"/>
                <w:b/>
                <w:sz w:val="20"/>
              </w:rPr>
              <w:t>教材版本</w:t>
            </w:r>
          </w:p>
        </w:tc>
        <w:tc>
          <w:tcPr>
            <w:tcW w:type="dxa" w:w="7030"/>
          </w:tcPr>
          <w:p>
            <w:pPr>
              <w:spacing w:after="20" w:line="276" w:lineRule="auto"/>
            </w:pPr>
            <w:r/>
            <w:r>
              <w:rPr>
                <w:rFonts w:ascii="宋体" w:hAnsi="宋体" w:eastAsia="宋体"/>
                <w:b w:val="0"/>
                <w:sz w:val="20"/>
              </w:rPr>
              <w:t>人民教育出版社（人教版）小学数学教科书</w:t>
            </w:r>
          </w:p>
        </w:tc>
      </w:tr>
      <w:tr>
        <w:tc>
          <w:tcPr>
            <w:tcW w:type="dxa" w:w="2381"/>
          </w:tcPr>
          <w:p>
            <w:pPr>
              <w:spacing w:after="20" w:line="276" w:lineRule="auto"/>
            </w:pPr>
            <w:r/>
            <w:r>
              <w:rPr>
                <w:rFonts w:ascii="宋体" w:hAnsi="宋体" w:eastAsia="宋体"/>
                <w:b/>
                <w:sz w:val="20"/>
              </w:rPr>
              <w:t>课时数</w:t>
            </w:r>
          </w:p>
        </w:tc>
        <w:tc>
          <w:tcPr>
            <w:tcW w:type="dxa" w:w="7030"/>
          </w:tcPr>
          <w:p>
            <w:pPr>
              <w:spacing w:after="20" w:line="276" w:lineRule="auto"/>
            </w:pPr>
            <w:r/>
            <w:r>
              <w:rPr>
                <w:rFonts w:ascii="宋体" w:hAnsi="宋体" w:eastAsia="宋体"/>
                <w:b w:val="0"/>
                <w:sz w:val="20"/>
              </w:rPr>
              <w:t>8 课时</w:t>
            </w:r>
          </w:p>
        </w:tc>
      </w:tr>
      <w:tr>
        <w:tc>
          <w:tcPr>
            <w:tcW w:type="dxa" w:w="2381"/>
          </w:tcPr>
          <w:p>
            <w:pPr>
              <w:spacing w:after="20" w:line="276" w:lineRule="auto"/>
            </w:pPr>
            <w:r/>
            <w:r>
              <w:rPr>
                <w:rFonts w:ascii="宋体" w:hAnsi="宋体" w:eastAsia="宋体"/>
                <w:b/>
                <w:sz w:val="20"/>
              </w:rPr>
              <w:t>课型结构</w:t>
            </w:r>
          </w:p>
        </w:tc>
        <w:tc>
          <w:tcPr>
            <w:tcW w:type="dxa" w:w="7030"/>
          </w:tcPr>
          <w:p>
            <w:pPr>
              <w:spacing w:after="20" w:line="276" w:lineRule="auto"/>
            </w:pPr>
            <w:r/>
            <w:r>
              <w:rPr>
                <w:rFonts w:ascii="宋体" w:hAnsi="宋体" w:eastAsia="宋体"/>
                <w:b w:val="0"/>
                <w:sz w:val="20"/>
              </w:rPr>
              <w:t>单元开启课、活动探索课、自主整理课</w:t>
            </w:r>
          </w:p>
        </w:tc>
      </w:tr>
    </w:tbl>
    <w:p>
      <w:pPr>
        <w:spacing w:after="40"/>
      </w:pPr>
    </w:p>
    <w:p>
      <w:pPr>
        <w:spacing w:after="80" w:line="300" w:lineRule="auto"/>
      </w:pPr>
      <w:r>
        <w:rPr>
          <w:rFonts w:ascii="黑体" w:hAnsi="黑体" w:eastAsia="黑体"/>
          <w:b/>
          <w:sz w:val="24"/>
        </w:rPr>
        <w:t>一、单元整体解读</w:t>
      </w:r>
    </w:p>
    <w:p>
      <w:pPr>
        <w:spacing w:after="20" w:line="300" w:lineRule="auto"/>
      </w:pPr>
      <w:r>
        <w:rPr>
          <w:rFonts w:ascii="黑体" w:hAnsi="黑体" w:eastAsia="黑体"/>
          <w:b/>
          <w:sz w:val="21"/>
        </w:rPr>
        <w:t>（一）教材分析</w:t>
      </w:r>
    </w:p>
    <w:p>
      <w:pPr>
        <w:spacing w:after="80" w:line="300" w:lineRule="auto"/>
        <w:ind w:firstLine="400"/>
      </w:pPr>
      <w:r>
        <w:rPr>
          <w:rFonts w:ascii="宋体" w:hAnsi="宋体" w:eastAsia="宋体"/>
          <w:b w:val="0"/>
          <w:sz w:val="20"/>
        </w:rPr>
        <w:t>100以内的口算加、减法是在学生基本掌握了100以内数的读法、写法和数的组成,以及整十数加一位数和相应的减法的基础上进行编排的。本单元的教学内容既是对已经学过的20以内加、减法计算的巩固和应用,又是学习多位数加减法以及乘除法的基础,具有承上启下的作用。因此,这部分内容学习的好坏,将对以后计算的正确性和速度产生直接影响。</w:t>
      </w:r>
    </w:p>
    <w:p>
      <w:pPr>
        <w:spacing w:after="80" w:line="300" w:lineRule="auto"/>
        <w:ind w:firstLine="400"/>
      </w:pPr>
      <w:r>
        <w:rPr>
          <w:rFonts w:ascii="宋体" w:hAnsi="宋体" w:eastAsia="宋体"/>
          <w:b w:val="0"/>
          <w:sz w:val="20"/>
        </w:rPr>
        <w:t>本单元的内容分为两部分:第一部分两个例题,教学口算加法的方法，例1教学两位数加一位数(不进位)、整十数，“试一试”教学两位数加两位数（不进位）,例2教学两位数加一位数(进位);第二部分三个例题，例1教学两位数减一位数(不退位)、整十数,“试一试”教学两位数减两位数（不退位），例2教学两位数减一位数(退位),例3教学连续减去相同数的实际问题。</w:t>
      </w:r>
    </w:p>
    <w:p>
      <w:pPr>
        <w:spacing w:after="80" w:line="300" w:lineRule="auto"/>
        <w:ind w:firstLine="400"/>
      </w:pPr>
      <w:r>
        <w:rPr>
          <w:rFonts w:ascii="宋体" w:hAnsi="宋体" w:eastAsia="宋体"/>
          <w:b w:val="0"/>
          <w:sz w:val="20"/>
        </w:rPr>
        <w:t>本单元的计算是教学的重点,其中两位数加一位数(进位)和两位数减一位数(退位)的计算是教学的难点。从具体编排来说，本单元的计算按难易程度分为3段编排：两位数加一位数（包含不进位和进位）、整十数；两位数减一位数（包含不退位和退位）、整十数；两位数加（不进位）、减（不退位）两位数。解决问题部分,教材在编排上继续体现了解决问题的一般步骤,并丰富了解题的策略。教材呈现了画图、列算式、倒着减等多种策略。在教学时,这些方式不一定全部体现,主要意图在于让学生用已有的知识解决问题,学生能将自己的想法用恰当的方式表达清楚即可。</w:t>
      </w:r>
    </w:p>
    <w:p>
      <w:pPr>
        <w:spacing w:after="20" w:line="300" w:lineRule="auto"/>
      </w:pPr>
      <w:r>
        <w:rPr>
          <w:rFonts w:ascii="黑体" w:hAnsi="黑体" w:eastAsia="黑体"/>
          <w:b/>
          <w:sz w:val="21"/>
        </w:rPr>
        <w:t>（二）学情分析</w:t>
      </w:r>
    </w:p>
    <w:p>
      <w:pPr>
        <w:spacing w:after="80" w:line="300" w:lineRule="auto"/>
        <w:ind w:firstLine="400"/>
      </w:pPr>
      <w:r>
        <w:rPr>
          <w:rFonts w:ascii="宋体" w:hAnsi="宋体" w:eastAsia="宋体"/>
          <w:b w:val="0"/>
          <w:sz w:val="20"/>
        </w:rPr>
        <w:t>学生已经掌握了100以内数的读法、写法和数的组成,以及整十数加一位数和相应的减法的计算方法,而100以内的加法和减法计算主要是化归为20以内整十数加一位数和相应的减法来计算,因此这一部分计算对于学生来说问题不大,关键是要让学生理解算理。</w:t>
      </w:r>
    </w:p>
    <w:p>
      <w:pPr>
        <w:spacing w:after="20" w:line="300" w:lineRule="auto"/>
      </w:pPr>
      <w:r>
        <w:rPr>
          <w:rFonts w:ascii="黑体" w:hAnsi="黑体" w:eastAsia="黑体"/>
          <w:b/>
          <w:sz w:val="21"/>
        </w:rPr>
        <w:t>（三）单元教学目标</w:t>
      </w:r>
    </w:p>
    <w:p>
      <w:pPr>
        <w:spacing w:after="20" w:line="300" w:lineRule="auto"/>
      </w:pPr>
      <w:r>
        <w:rPr>
          <w:rFonts w:ascii="黑体" w:hAnsi="黑体" w:eastAsia="黑体"/>
          <w:b/>
          <w:sz w:val="20"/>
        </w:rPr>
        <w:t>单元课时目标：</w:t>
      </w:r>
    </w:p>
    <w:p>
      <w:pPr>
        <w:spacing w:after="20" w:line="300" w:lineRule="auto"/>
        <w:ind w:firstLine="400"/>
      </w:pPr>
      <w:r>
        <w:rPr>
          <w:rFonts w:ascii="宋体" w:hAnsi="宋体" w:eastAsia="宋体"/>
          <w:b w:val="0"/>
          <w:sz w:val="20"/>
        </w:rPr>
        <w:t>第1课时：借助计数器理解两位数减一位数(不退位)、整十数、两位数（不退位）的口算算理，掌握两位数减一位数(不退位)、整十数、两位数（不退位）的口算方法，并能正确口算。</w:t>
      </w:r>
    </w:p>
    <w:p>
      <w:pPr>
        <w:spacing w:after="20" w:line="300" w:lineRule="auto"/>
        <w:ind w:firstLine="400"/>
      </w:pPr>
      <w:r>
        <w:rPr>
          <w:rFonts w:ascii="宋体" w:hAnsi="宋体" w:eastAsia="宋体"/>
          <w:b w:val="0"/>
          <w:sz w:val="20"/>
        </w:rPr>
        <w:t>第2课时：学会两位数加一位数(不进位)、整十数、两位数（不进位）的口算方法，理解算理并能正确地进行口算。</w:t>
      </w:r>
    </w:p>
    <w:p>
      <w:pPr>
        <w:spacing w:after="20" w:line="300" w:lineRule="auto"/>
        <w:ind w:firstLine="400"/>
      </w:pPr>
      <w:r>
        <w:rPr>
          <w:rFonts w:ascii="宋体" w:hAnsi="宋体" w:eastAsia="宋体"/>
          <w:b w:val="0"/>
          <w:sz w:val="20"/>
        </w:rPr>
        <w:t>第3课时：理解两位数减一位数(退位)的算理，感受算法多样化，掌握两位数减一位数(退位)的算法，能正确进行计算。</w:t>
      </w:r>
    </w:p>
    <w:p>
      <w:pPr>
        <w:spacing w:after="20" w:line="300" w:lineRule="auto"/>
        <w:ind w:firstLine="400"/>
      </w:pPr>
      <w:r>
        <w:rPr>
          <w:rFonts w:ascii="宋体" w:hAnsi="宋体" w:eastAsia="宋体"/>
          <w:b w:val="0"/>
          <w:sz w:val="20"/>
        </w:rPr>
        <w:t>第4课时：探索并掌握两位数加一位数(进位)的口算方法，体会“进位”的含义，理解算理，掌握算法。</w:t>
      </w:r>
    </w:p>
    <w:p>
      <w:pPr>
        <w:spacing w:after="20" w:line="300" w:lineRule="auto"/>
        <w:ind w:firstLine="400"/>
      </w:pPr>
      <w:r>
        <w:rPr>
          <w:rFonts w:ascii="宋体" w:hAnsi="宋体" w:eastAsia="宋体"/>
          <w:b w:val="0"/>
          <w:sz w:val="20"/>
        </w:rPr>
        <w:t>第5课时：进一步理解两位数加一位数、整十数、两位数（不进位）的算法和算理，巩固对计算方法的掌握。</w:t>
      </w:r>
    </w:p>
    <w:p>
      <w:pPr>
        <w:spacing w:after="20" w:line="300" w:lineRule="auto"/>
        <w:ind w:firstLine="400"/>
      </w:pPr>
      <w:r>
        <w:rPr>
          <w:rFonts w:ascii="宋体" w:hAnsi="宋体" w:eastAsia="宋体"/>
          <w:b w:val="0"/>
          <w:sz w:val="20"/>
        </w:rPr>
        <w:t>第6课时：结合具体情境，理解并学会用不同的策略解决减去相同数的实际问题。</w:t>
      </w:r>
    </w:p>
    <w:p>
      <w:pPr>
        <w:spacing w:after="20" w:line="300" w:lineRule="auto"/>
        <w:ind w:firstLine="400"/>
      </w:pPr>
      <w:r>
        <w:rPr>
          <w:rFonts w:ascii="宋体" w:hAnsi="宋体" w:eastAsia="宋体"/>
          <w:b w:val="0"/>
          <w:sz w:val="20"/>
        </w:rPr>
        <w:t>第7课时：进一步理解100以内口算加、减法的算理，巩固100以内口算加、减法的计算。</w:t>
      </w:r>
    </w:p>
    <w:p>
      <w:pPr>
        <w:spacing w:after="20" w:line="300" w:lineRule="auto"/>
        <w:ind w:firstLine="400"/>
      </w:pPr>
      <w:r>
        <w:rPr>
          <w:rFonts w:ascii="宋体" w:hAnsi="宋体" w:eastAsia="宋体"/>
          <w:b w:val="0"/>
          <w:sz w:val="20"/>
        </w:rPr>
        <w:t>第8课时：通过复习,进一步熟悉100以内的加、减法口算,正确掌握两位数加（减）一位数、整十数、两位数（不进位、不退位）的计算方法,并能熟练计算。</w:t>
      </w:r>
    </w:p>
    <w:p>
      <w:pPr>
        <w:spacing w:after="20" w:line="300" w:lineRule="auto"/>
      </w:pPr>
      <w:r>
        <w:rPr>
          <w:rFonts w:ascii="黑体" w:hAnsi="黑体" w:eastAsia="黑体"/>
          <w:b/>
          <w:sz w:val="21"/>
        </w:rPr>
        <w:t>（四）单元教学建议</w:t>
      </w:r>
    </w:p>
    <w:p>
      <w:pPr>
        <w:spacing w:after="20" w:line="300" w:lineRule="auto"/>
      </w:pPr>
      <w:r>
        <w:rPr>
          <w:rFonts w:ascii="宋体" w:hAnsi="宋体" w:eastAsia="宋体"/>
          <w:b w:val="0"/>
          <w:sz w:val="20"/>
        </w:rPr>
        <w:t>● 注重使用动手操作、主动探索、合作交流的方式掌握算法。借助小棒、计数器等直观学具的操作让学生理解算理。组织好练习,选择合适的练习形式,注意练习的针对性,讲求实效,对较难掌握、容易出错的内容要多练,多进行口头练习。</w:t>
      </w:r>
    </w:p>
    <w:p>
      <w:pPr>
        <w:spacing w:after="20" w:line="300" w:lineRule="auto"/>
      </w:pPr>
      <w:r>
        <w:rPr>
          <w:rFonts w:ascii="宋体" w:hAnsi="宋体" w:eastAsia="宋体"/>
          <w:b w:val="0"/>
          <w:sz w:val="20"/>
        </w:rPr>
        <w:t>● 注重培养学生初步的应用意识和解决简单问题的能力。教学本单元解决问题的内容时,应充分利用教科书资源,为学生创设发现数学问题的情境,经历将这些问题抽象为数学问题的过程,并组织学生运用所学的数学知识、方法与策略解决问题，从而不断让学生经历运用数学知识解决身边的数学问题的过程,了解数学在现实生活中的作用,体会学习数学的重要性,促进学生应用意识的形成并提高解决问题的能力。</w:t>
      </w:r>
    </w:p>
    <w:p>
      <w:pPr>
        <w:spacing w:after="20" w:line="300" w:lineRule="auto"/>
      </w:pPr>
      <w:r>
        <w:rPr>
          <w:rFonts w:ascii="黑体" w:hAnsi="黑体" w:eastAsia="黑体"/>
          <w:b/>
          <w:sz w:val="21"/>
        </w:rPr>
        <w:t>（五）单元课时规划</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020"/>
            <w:shd w:val="clear" w:fill="E8EEF7"/>
          </w:tcPr>
          <w:p>
            <w:pPr>
              <w:spacing w:after="20" w:line="276" w:lineRule="auto"/>
              <w:jc w:val="center"/>
            </w:pPr>
            <w:r/>
            <w:r>
              <w:rPr>
                <w:rFonts w:ascii="黑体" w:hAnsi="黑体" w:eastAsia="黑体"/>
                <w:b/>
                <w:sz w:val="18"/>
              </w:rPr>
              <w:t>课时安排</w:t>
            </w:r>
          </w:p>
        </w:tc>
        <w:tc>
          <w:tcPr>
            <w:tcW w:type="dxa" w:w="3061"/>
            <w:shd w:val="clear" w:fill="E8EEF7"/>
          </w:tcPr>
          <w:p>
            <w:pPr>
              <w:spacing w:after="20" w:line="276" w:lineRule="auto"/>
              <w:jc w:val="center"/>
            </w:pPr>
            <w:r/>
            <w:r>
              <w:rPr>
                <w:rFonts w:ascii="黑体" w:hAnsi="黑体" w:eastAsia="黑体"/>
                <w:b/>
                <w:sz w:val="18"/>
              </w:rPr>
              <w:t>课题</w:t>
            </w:r>
          </w:p>
        </w:tc>
        <w:tc>
          <w:tcPr>
            <w:tcW w:type="dxa" w:w="1814"/>
            <w:shd w:val="clear" w:fill="E8EEF7"/>
          </w:tcPr>
          <w:p>
            <w:pPr>
              <w:spacing w:after="20" w:line="276" w:lineRule="auto"/>
              <w:jc w:val="center"/>
            </w:pPr>
            <w:r/>
            <w:r>
              <w:rPr>
                <w:rFonts w:ascii="黑体" w:hAnsi="黑体" w:eastAsia="黑体"/>
                <w:b/>
                <w:sz w:val="18"/>
              </w:rPr>
              <w:t>课型</w:t>
            </w:r>
          </w:p>
        </w:tc>
        <w:tc>
          <w:tcPr>
            <w:tcW w:type="dxa" w:w="3515"/>
            <w:shd w:val="clear" w:fill="E8EEF7"/>
          </w:tcPr>
          <w:p>
            <w:pPr>
              <w:spacing w:after="20" w:line="276" w:lineRule="auto"/>
              <w:jc w:val="center"/>
            </w:pPr>
            <w:r/>
            <w:r>
              <w:rPr>
                <w:rFonts w:ascii="黑体" w:hAnsi="黑体" w:eastAsia="黑体"/>
                <w:b/>
                <w:sz w:val="18"/>
              </w:rPr>
              <w:t>核心任务</w:t>
            </w:r>
          </w:p>
        </w:tc>
      </w:tr>
      <w:tr>
        <w:tc>
          <w:tcPr>
            <w:tcW w:type="dxa" w:w="1020"/>
          </w:tcPr>
          <w:p>
            <w:pPr>
              <w:spacing w:after="20" w:line="276" w:lineRule="auto"/>
            </w:pPr>
            <w:r/>
            <w:r>
              <w:rPr>
                <w:rFonts w:ascii="宋体" w:hAnsi="宋体" w:eastAsia="宋体"/>
                <w:b w:val="0"/>
                <w:sz w:val="18"/>
              </w:rPr>
              <w:t>第1课时</w:t>
            </w:r>
          </w:p>
        </w:tc>
        <w:tc>
          <w:tcPr>
            <w:tcW w:type="dxa" w:w="3061"/>
          </w:tcPr>
          <w:p>
            <w:pPr>
              <w:spacing w:after="20" w:line="276" w:lineRule="auto"/>
            </w:pPr>
            <w:r/>
            <w:r>
              <w:rPr>
                <w:rFonts w:ascii="宋体" w:hAnsi="宋体" w:eastAsia="宋体"/>
                <w:b w:val="0"/>
                <w:sz w:val="18"/>
              </w:rPr>
              <w:t>口算减法（1）</w:t>
            </w:r>
          </w:p>
        </w:tc>
        <w:tc>
          <w:tcPr>
            <w:tcW w:type="dxa" w:w="1814"/>
          </w:tcPr>
          <w:p>
            <w:pPr>
              <w:spacing w:after="20" w:line="276" w:lineRule="auto"/>
            </w:pPr>
            <w:r/>
            <w:r>
              <w:rPr>
                <w:rFonts w:ascii="宋体" w:hAnsi="宋体" w:eastAsia="宋体"/>
                <w:b w:val="0"/>
                <w:sz w:val="18"/>
              </w:rPr>
              <w:t>单元开启课</w:t>
            </w:r>
          </w:p>
        </w:tc>
        <w:tc>
          <w:tcPr>
            <w:tcW w:type="dxa" w:w="3515"/>
          </w:tcPr>
          <w:p>
            <w:pPr>
              <w:spacing w:after="20" w:line="276" w:lineRule="auto"/>
            </w:pPr>
            <w:r/>
            <w:r>
              <w:rPr>
                <w:rFonts w:ascii="宋体" w:hAnsi="宋体" w:eastAsia="宋体"/>
                <w:b w:val="0"/>
                <w:sz w:val="18"/>
              </w:rPr>
              <w:t>借助计数器理解两位数减一位数(不退位)、整十数、两位数（不退位）的口算算理，掌握两位数减一位数(不退位)、整十数、两位数（不退位）的口算方法，并能正确口算。</w:t>
            </w:r>
          </w:p>
        </w:tc>
      </w:tr>
      <w:tr>
        <w:tc>
          <w:tcPr>
            <w:tcW w:type="dxa" w:w="1020"/>
          </w:tcPr>
          <w:p>
            <w:pPr>
              <w:spacing w:after="20" w:line="276" w:lineRule="auto"/>
            </w:pPr>
            <w:r/>
            <w:r>
              <w:rPr>
                <w:rFonts w:ascii="宋体" w:hAnsi="宋体" w:eastAsia="宋体"/>
                <w:b w:val="0"/>
                <w:sz w:val="18"/>
              </w:rPr>
              <w:t>第2课时</w:t>
            </w:r>
          </w:p>
        </w:tc>
        <w:tc>
          <w:tcPr>
            <w:tcW w:type="dxa" w:w="3061"/>
          </w:tcPr>
          <w:p>
            <w:pPr>
              <w:spacing w:after="20" w:line="276" w:lineRule="auto"/>
            </w:pPr>
            <w:r/>
            <w:r>
              <w:rPr>
                <w:rFonts w:ascii="宋体" w:hAnsi="宋体" w:eastAsia="宋体"/>
                <w:b w:val="0"/>
                <w:sz w:val="18"/>
              </w:rPr>
              <w:t>口算加法（1）</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学会两位数加一位数(不进位)、整十数、两位数（不进位）的口算方法，理解算理并能正确地进行口算。</w:t>
            </w:r>
          </w:p>
        </w:tc>
      </w:tr>
      <w:tr>
        <w:tc>
          <w:tcPr>
            <w:tcW w:type="dxa" w:w="1020"/>
          </w:tcPr>
          <w:p>
            <w:pPr>
              <w:spacing w:after="20" w:line="276" w:lineRule="auto"/>
            </w:pPr>
            <w:r/>
            <w:r>
              <w:rPr>
                <w:rFonts w:ascii="宋体" w:hAnsi="宋体" w:eastAsia="宋体"/>
                <w:b w:val="0"/>
                <w:sz w:val="18"/>
              </w:rPr>
              <w:t>第3课时</w:t>
            </w:r>
          </w:p>
        </w:tc>
        <w:tc>
          <w:tcPr>
            <w:tcW w:type="dxa" w:w="3061"/>
          </w:tcPr>
          <w:p>
            <w:pPr>
              <w:spacing w:after="20" w:line="276" w:lineRule="auto"/>
            </w:pPr>
            <w:r/>
            <w:r>
              <w:rPr>
                <w:rFonts w:ascii="宋体" w:hAnsi="宋体" w:eastAsia="宋体"/>
                <w:b w:val="0"/>
                <w:sz w:val="18"/>
              </w:rPr>
              <w:t>口算减法（2）</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理解两位数减一位数(退位)的算理，感受算法多样化，掌握两位数减一位数(退位)的算法，能正确进行计算。</w:t>
            </w:r>
          </w:p>
        </w:tc>
      </w:tr>
      <w:tr>
        <w:tc>
          <w:tcPr>
            <w:tcW w:type="dxa" w:w="1020"/>
          </w:tcPr>
          <w:p>
            <w:pPr>
              <w:spacing w:after="20" w:line="276" w:lineRule="auto"/>
            </w:pPr>
            <w:r/>
            <w:r>
              <w:rPr>
                <w:rFonts w:ascii="宋体" w:hAnsi="宋体" w:eastAsia="宋体"/>
                <w:b w:val="0"/>
                <w:sz w:val="18"/>
              </w:rPr>
              <w:t>第4课时</w:t>
            </w:r>
          </w:p>
        </w:tc>
        <w:tc>
          <w:tcPr>
            <w:tcW w:type="dxa" w:w="3061"/>
          </w:tcPr>
          <w:p>
            <w:pPr>
              <w:spacing w:after="20" w:line="276" w:lineRule="auto"/>
            </w:pPr>
            <w:r/>
            <w:r>
              <w:rPr>
                <w:rFonts w:ascii="宋体" w:hAnsi="宋体" w:eastAsia="宋体"/>
                <w:b w:val="0"/>
                <w:sz w:val="18"/>
              </w:rPr>
              <w:t>口算加法（2）</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探索并掌握两位数加一位数(进位)的口算方法，体会“进位”的含义，理解算理，掌握算法。</w:t>
            </w:r>
          </w:p>
        </w:tc>
      </w:tr>
      <w:tr>
        <w:tc>
          <w:tcPr>
            <w:tcW w:type="dxa" w:w="1020"/>
          </w:tcPr>
          <w:p>
            <w:pPr>
              <w:spacing w:after="20" w:line="276" w:lineRule="auto"/>
            </w:pPr>
            <w:r/>
            <w:r>
              <w:rPr>
                <w:rFonts w:ascii="宋体" w:hAnsi="宋体" w:eastAsia="宋体"/>
                <w:b w:val="0"/>
                <w:sz w:val="18"/>
              </w:rPr>
              <w:t>第5课时</w:t>
            </w:r>
          </w:p>
        </w:tc>
        <w:tc>
          <w:tcPr>
            <w:tcW w:type="dxa" w:w="3061"/>
          </w:tcPr>
          <w:p>
            <w:pPr>
              <w:spacing w:after="20" w:line="276" w:lineRule="auto"/>
            </w:pPr>
            <w:r/>
            <w:r>
              <w:rPr>
                <w:rFonts w:ascii="宋体" w:hAnsi="宋体" w:eastAsia="宋体"/>
                <w:b w:val="0"/>
                <w:sz w:val="18"/>
              </w:rPr>
              <w:t>练一练</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进一步理解两位数加一位数、整十数、两位数（不进位）的算法和算理，巩固对计算方法的掌握。</w:t>
            </w:r>
          </w:p>
        </w:tc>
      </w:tr>
      <w:tr>
        <w:tc>
          <w:tcPr>
            <w:tcW w:type="dxa" w:w="1020"/>
          </w:tcPr>
          <w:p>
            <w:pPr>
              <w:spacing w:after="20" w:line="276" w:lineRule="auto"/>
            </w:pPr>
            <w:r/>
            <w:r>
              <w:rPr>
                <w:rFonts w:ascii="宋体" w:hAnsi="宋体" w:eastAsia="宋体"/>
                <w:b w:val="0"/>
                <w:sz w:val="18"/>
              </w:rPr>
              <w:t>第6课时</w:t>
            </w:r>
          </w:p>
        </w:tc>
        <w:tc>
          <w:tcPr>
            <w:tcW w:type="dxa" w:w="3061"/>
          </w:tcPr>
          <w:p>
            <w:pPr>
              <w:spacing w:after="20" w:line="276" w:lineRule="auto"/>
            </w:pPr>
            <w:r/>
            <w:r>
              <w:rPr>
                <w:rFonts w:ascii="宋体" w:hAnsi="宋体" w:eastAsia="宋体"/>
                <w:b w:val="0"/>
                <w:sz w:val="18"/>
              </w:rPr>
              <w:t>解决问题</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结合具体情境，理解并学会用不同的策略解决减去相同数的实际问题。</w:t>
            </w:r>
          </w:p>
        </w:tc>
      </w:tr>
      <w:tr>
        <w:tc>
          <w:tcPr>
            <w:tcW w:type="dxa" w:w="1020"/>
          </w:tcPr>
          <w:p>
            <w:pPr>
              <w:spacing w:after="20" w:line="276" w:lineRule="auto"/>
            </w:pPr>
            <w:r/>
            <w:r>
              <w:rPr>
                <w:rFonts w:ascii="宋体" w:hAnsi="宋体" w:eastAsia="宋体"/>
                <w:b w:val="0"/>
                <w:sz w:val="18"/>
              </w:rPr>
              <w:t>第7课时</w:t>
            </w:r>
          </w:p>
        </w:tc>
        <w:tc>
          <w:tcPr>
            <w:tcW w:type="dxa" w:w="3061"/>
          </w:tcPr>
          <w:p>
            <w:pPr>
              <w:spacing w:after="20" w:line="276" w:lineRule="auto"/>
            </w:pPr>
            <w:r/>
            <w:r>
              <w:rPr>
                <w:rFonts w:ascii="宋体" w:hAnsi="宋体" w:eastAsia="宋体"/>
                <w:b w:val="0"/>
                <w:sz w:val="18"/>
              </w:rPr>
              <w:t>练一练</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进一步理解100以内口算加、减法的算理，巩固100以内口算加、减法的计算。</w:t>
            </w:r>
          </w:p>
        </w:tc>
      </w:tr>
      <w:tr>
        <w:tc>
          <w:tcPr>
            <w:tcW w:type="dxa" w:w="1020"/>
          </w:tcPr>
          <w:p>
            <w:pPr>
              <w:spacing w:after="20" w:line="276" w:lineRule="auto"/>
            </w:pPr>
            <w:r/>
            <w:r>
              <w:rPr>
                <w:rFonts w:ascii="宋体" w:hAnsi="宋体" w:eastAsia="宋体"/>
                <w:b w:val="0"/>
                <w:sz w:val="18"/>
              </w:rPr>
              <w:t>第8课时</w:t>
            </w:r>
          </w:p>
        </w:tc>
        <w:tc>
          <w:tcPr>
            <w:tcW w:type="dxa" w:w="3061"/>
          </w:tcPr>
          <w:p>
            <w:pPr>
              <w:spacing w:after="20" w:line="276" w:lineRule="auto"/>
            </w:pPr>
            <w:r/>
            <w:r>
              <w:rPr>
                <w:rFonts w:ascii="宋体" w:hAnsi="宋体" w:eastAsia="宋体"/>
                <w:b w:val="0"/>
                <w:sz w:val="18"/>
              </w:rPr>
              <w:t>整理和复习</w:t>
            </w:r>
          </w:p>
        </w:tc>
        <w:tc>
          <w:tcPr>
            <w:tcW w:type="dxa" w:w="1814"/>
          </w:tcPr>
          <w:p>
            <w:pPr>
              <w:spacing w:after="20" w:line="276" w:lineRule="auto"/>
            </w:pPr>
            <w:r/>
            <w:r>
              <w:rPr>
                <w:rFonts w:ascii="宋体" w:hAnsi="宋体" w:eastAsia="宋体"/>
                <w:b w:val="0"/>
                <w:sz w:val="18"/>
              </w:rPr>
              <w:t>自主整理课</w:t>
            </w:r>
          </w:p>
        </w:tc>
        <w:tc>
          <w:tcPr>
            <w:tcW w:type="dxa" w:w="3515"/>
          </w:tcPr>
          <w:p>
            <w:pPr>
              <w:spacing w:after="20" w:line="276" w:lineRule="auto"/>
            </w:pPr>
            <w:r/>
            <w:r>
              <w:rPr>
                <w:rFonts w:ascii="宋体" w:hAnsi="宋体" w:eastAsia="宋体"/>
                <w:b w:val="0"/>
                <w:sz w:val="18"/>
              </w:rPr>
              <w:t>通过复习,进一步熟悉100以内的加、减法口算,正确掌握两位数加（减）一位数、整十数、两位数（不进位、不退位）的计算方法,并能熟练计算。</w:t>
            </w:r>
          </w:p>
        </w:tc>
      </w:tr>
    </w:tbl>
    <w:p>
      <w:pPr>
        <w:spacing w:after="40" w:line="300" w:lineRule="auto"/>
      </w:pPr>
      <w:r>
        <w:rPr>
          <w:rFonts w:ascii="楷体" w:hAnsi="楷体" w:eastAsia="楷体"/>
          <w:b w:val="0"/>
          <w:color w:val="606060"/>
          <w:sz w:val="18"/>
        </w:rPr>
        <w:t>注：课型依据温州市上课常规"单元开启课、活动探索课、专题练习课、自主整理课、主题拓展课"分类。</w:t>
      </w:r>
    </w:p>
    <w:p>
      <w:r>
        <w:br w:type="page"/>
      </w:r>
    </w:p>
    <w:p>
      <w:pPr>
        <w:spacing w:after="80" w:line="300" w:lineRule="auto"/>
      </w:pPr>
      <w:r>
        <w:rPr>
          <w:rFonts w:ascii="黑体" w:hAnsi="黑体" w:eastAsia="黑体"/>
          <w:b/>
          <w:sz w:val="24"/>
        </w:rPr>
        <w:t>二、课时教学方案（第1课时）</w:t>
      </w:r>
    </w:p>
    <w:p>
      <w:pPr>
        <w:spacing w:after="80" w:line="300" w:lineRule="auto"/>
      </w:pPr>
      <w:r>
        <w:rPr>
          <w:rFonts w:ascii="黑体" w:hAnsi="黑体" w:eastAsia="黑体"/>
          <w:b/>
          <w:sz w:val="24"/>
        </w:rPr>
        <w:t>第1课时　口算减法（1）</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第1课时　口算减法（1）</w:t>
            </w:r>
          </w:p>
        </w:tc>
        <w:tc>
          <w:tcPr>
            <w:tcW w:type="dxa" w:w="6009"/>
          </w:tcPr>
          <w:p>
            <w:pPr>
              <w:spacing w:after="20" w:line="276" w:lineRule="auto"/>
            </w:pPr>
            <w:r/>
            <w:r>
              <w:rPr>
                <w:rFonts w:ascii="宋体" w:hAnsi="宋体" w:eastAsia="宋体"/>
                <w:b w:val="0"/>
                <w:sz w:val="20"/>
              </w:rPr>
              <w:t>第4单元 100以内的口算加、减法（口算减法）</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已经掌握了100以内数的读法、写法和数的组成,以及整十数加一位数和相应的减法的计算方法,而100以内的加法和减法计算主要是化归为20以内整十数加一位数和相应的减法来计算,因此这一部分计算对于学生来说问题不大,关键是要让学生理解算理。</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教学内容：教科书P47例1和“试一试”,完成教科书P48“做一做”。</w:t>
      </w:r>
    </w:p>
    <w:p>
      <w:pPr>
        <w:spacing w:after="80" w:line="300" w:lineRule="auto"/>
        <w:ind w:firstLine="400"/>
      </w:pPr>
      <w:r>
        <w:rPr>
          <w:rFonts w:ascii="宋体" w:hAnsi="宋体" w:eastAsia="宋体"/>
          <w:b w:val="0"/>
          <w:sz w:val="20"/>
        </w:rPr>
        <w:t>教学准备：课件、小棒。</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（1）借助计数器理解两位数减一位数(不退位)、整十数、两位数（不退位）的口算算理，掌握两位数减一位数(不退位)、整十数、两位数（不退位）的口算方法，并能正确口算。</w:t>
      </w:r>
    </w:p>
    <w:p>
      <w:pPr>
        <w:spacing w:after="20" w:line="300" w:lineRule="auto"/>
        <w:ind w:firstLine="400"/>
      </w:pPr>
      <w:r>
        <w:rPr>
          <w:rFonts w:ascii="宋体" w:hAnsi="宋体" w:eastAsia="宋体"/>
          <w:b w:val="0"/>
          <w:sz w:val="20"/>
        </w:rPr>
        <w:t>（2）经历探索两位数减一位数(不退位)、整十数、两位数（不退位）口算的计算方法的过程，学会用数学的方法进行交流。</w:t>
      </w:r>
    </w:p>
    <w:p>
      <w:pPr>
        <w:spacing w:after="20" w:line="300" w:lineRule="auto"/>
        <w:ind w:firstLine="400"/>
      </w:pPr>
      <w:r>
        <w:rPr>
          <w:rFonts w:ascii="宋体" w:hAnsi="宋体" w:eastAsia="宋体"/>
          <w:b w:val="0"/>
          <w:sz w:val="20"/>
        </w:rPr>
        <w:t>（3）通过数学学习，感受100以内的减法和20以内的减法之间的密切联系，体会数学的价值。</w:t>
      </w:r>
    </w:p>
    <w:p>
      <w:pPr>
        <w:spacing w:after="20" w:line="300" w:lineRule="auto"/>
      </w:pPr>
      <w:r>
        <w:rPr>
          <w:rFonts w:ascii="宋体" w:hAnsi="宋体" w:eastAsia="宋体"/>
          <w:b w:val="0"/>
          <w:sz w:val="20"/>
        </w:rPr>
        <w:t>教学重点：掌握两位数减一位数(不退位)、整十数、两位数（不退位）的口算方法。</w:t>
      </w:r>
    </w:p>
    <w:p>
      <w:pPr>
        <w:spacing w:after="20" w:line="300" w:lineRule="auto"/>
      </w:pPr>
      <w:r>
        <w:rPr>
          <w:rFonts w:ascii="宋体" w:hAnsi="宋体" w:eastAsia="宋体"/>
          <w:b w:val="0"/>
          <w:sz w:val="20"/>
        </w:rPr>
        <w:t>教学难点：理解“相同数位上的数才能直接相减”的算理。</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一、复习知识</w:t>
            </w:r>
          </w:p>
        </w:tc>
        <w:tc>
          <w:tcPr>
            <w:tcW w:type="dxa" w:w="1814"/>
          </w:tcPr>
          <w:p>
            <w:pPr>
              <w:spacing w:after="20" w:line="276" w:lineRule="auto"/>
            </w:pPr>
            <w:r/>
            <w:r>
              <w:rPr>
                <w:rFonts w:ascii="宋体" w:hAnsi="宋体" w:eastAsia="宋体"/>
                <w:b w:val="0"/>
                <w:sz w:val="18"/>
              </w:rPr>
              <w:t>课件、小棒</w:t>
            </w:r>
          </w:p>
        </w:tc>
        <w:tc>
          <w:tcPr>
            <w:tcW w:type="dxa" w:w="3402"/>
          </w:tcPr>
          <w:p>
            <w:pPr>
              <w:spacing w:after="20" w:line="276" w:lineRule="auto"/>
            </w:pPr>
            <w:r/>
            <w:r>
              <w:rPr>
                <w:rFonts w:ascii="宋体" w:hAnsi="宋体" w:eastAsia="宋体"/>
                <w:b w:val="0"/>
                <w:sz w:val="18"/>
              </w:rPr>
              <w:t>35+4是怎样计算的？35+40呢？这两题计算时有什么相同的地方？</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二、情境引入，探究算法</w:t>
            </w:r>
          </w:p>
        </w:tc>
        <w:tc>
          <w:tcPr>
            <w:tcW w:type="dxa" w:w="1814"/>
          </w:tcPr>
          <w:p>
            <w:pPr>
              <w:spacing w:after="20" w:line="276" w:lineRule="auto"/>
            </w:pPr>
            <w:r/>
            <w:r>
              <w:rPr>
                <w:rFonts w:ascii="宋体" w:hAnsi="宋体" w:eastAsia="宋体"/>
                <w:b w:val="0"/>
                <w:sz w:val="18"/>
              </w:rPr>
              <w:t>课件、教科书、情境图、计数器、小棒</w:t>
            </w:r>
          </w:p>
        </w:tc>
        <w:tc>
          <w:tcPr>
            <w:tcW w:type="dxa" w:w="3402"/>
          </w:tcPr>
          <w:p>
            <w:pPr>
              <w:spacing w:after="20" w:line="276" w:lineRule="auto"/>
            </w:pPr>
            <w:r/>
            <w:r>
              <w:rPr>
                <w:rFonts w:ascii="宋体" w:hAnsi="宋体" w:eastAsia="宋体"/>
                <w:b w:val="0"/>
                <w:sz w:val="18"/>
              </w:rPr>
              <w:t>仔细观察，从图中你知道了哪些数学信息？；根据以上两条信息，你能提出什么数学问题？</w:t>
            </w:r>
          </w:p>
        </w:tc>
        <w:tc>
          <w:tcPr>
            <w:tcW w:type="dxa" w:w="1361"/>
          </w:tcPr>
          <w:p>
            <w:pPr>
              <w:spacing w:after="20" w:line="276" w:lineRule="auto"/>
            </w:pPr>
            <w:r/>
            <w:r>
              <w:rPr>
                <w:rFonts w:ascii="宋体" w:hAnsi="宋体" w:eastAsia="宋体"/>
                <w:b w:val="0"/>
                <w:sz w:val="18"/>
              </w:rPr>
              <w:t>26分钟</w:t>
            </w:r>
          </w:p>
        </w:tc>
      </w:tr>
      <w:tr>
        <w:tc>
          <w:tcPr>
            <w:tcW w:type="dxa" w:w="2835"/>
          </w:tcPr>
          <w:p>
            <w:pPr>
              <w:spacing w:after="20" w:line="276" w:lineRule="auto"/>
            </w:pPr>
            <w:r/>
            <w:r>
              <w:rPr>
                <w:rFonts w:ascii="宋体" w:hAnsi="宋体" w:eastAsia="宋体"/>
                <w:b w:val="0"/>
                <w:sz w:val="18"/>
              </w:rPr>
              <w:t>三、巩固练习，深化算理</w:t>
            </w:r>
          </w:p>
        </w:tc>
        <w:tc>
          <w:tcPr>
            <w:tcW w:type="dxa" w:w="1814"/>
          </w:tcPr>
          <w:p>
            <w:pPr>
              <w:spacing w:after="20" w:line="276" w:lineRule="auto"/>
            </w:pPr>
            <w:r/>
            <w:r>
              <w:rPr>
                <w:rFonts w:ascii="宋体" w:hAnsi="宋体" w:eastAsia="宋体"/>
                <w:b w:val="0"/>
                <w:sz w:val="18"/>
              </w:rPr>
              <w:t>教科书、课件、小棒</w:t>
            </w:r>
          </w:p>
        </w:tc>
        <w:tc>
          <w:tcPr>
            <w:tcW w:type="dxa" w:w="3402"/>
          </w:tcPr>
          <w:p>
            <w:pPr>
              <w:spacing w:after="20" w:line="276" w:lineRule="auto"/>
            </w:pPr>
            <w:r/>
            <w:r>
              <w:rPr>
                <w:rFonts w:ascii="宋体" w:hAnsi="宋体" w:eastAsia="宋体"/>
                <w:b w:val="0"/>
                <w:sz w:val="18"/>
              </w:rPr>
              <w:t>竖着看，每组题有什么联系？</w:t>
            </w:r>
          </w:p>
        </w:tc>
        <w:tc>
          <w:tcPr>
            <w:tcW w:type="dxa" w:w="1361"/>
          </w:tcPr>
          <w:p>
            <w:pPr>
              <w:spacing w:after="20" w:line="276" w:lineRule="auto"/>
            </w:pPr>
            <w:r/>
            <w:r>
              <w:rPr>
                <w:rFonts w:ascii="宋体" w:hAnsi="宋体" w:eastAsia="宋体"/>
                <w:b w:val="0"/>
                <w:sz w:val="18"/>
              </w:rPr>
              <w:t>7分钟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课件、小棒</w:t>
            </w:r>
          </w:p>
        </w:tc>
        <w:tc>
          <w:tcPr>
            <w:tcW w:type="dxa" w:w="3402"/>
          </w:tcPr>
          <w:p>
            <w:pPr>
              <w:spacing w:after="20" w:line="276" w:lineRule="auto"/>
            </w:pPr>
            <w:r/>
            <w:r>
              <w:rPr>
                <w:rFonts w:ascii="宋体" w:hAnsi="宋体" w:eastAsia="宋体"/>
                <w:b w:val="0"/>
                <w:sz w:val="18"/>
              </w:rPr>
              <w:t>这节课你们有什么新的收获？</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一、复习知识</w:t>
            </w:r>
          </w:p>
        </w:tc>
        <w:tc>
          <w:tcPr>
            <w:tcW w:type="dxa" w:w="3061"/>
          </w:tcPr>
          <w:p>
            <w:pPr>
              <w:spacing w:after="20" w:line="276" w:lineRule="auto"/>
            </w:pPr>
            <w:r/>
            <w:r>
              <w:rPr>
                <w:rFonts w:ascii="宋体" w:hAnsi="宋体" w:eastAsia="宋体"/>
                <w:b w:val="0"/>
                <w:sz w:val="18"/>
              </w:rPr>
              <w:t>1.课件逐一呈现，学生抢答。</w:t>
            </w:r>
          </w:p>
          <w:p>
            <w:pPr>
              <w:spacing w:after="20" w:line="276" w:lineRule="auto"/>
            </w:pPr>
            <w:r>
              <w:rPr>
                <w:rFonts w:ascii="宋体" w:hAnsi="宋体" w:eastAsia="宋体"/>
                <w:b w:val="0"/>
                <w:sz w:val="18"/>
              </w:rPr>
              <w:t>2.以第一组35+4和35+40为例，全班交流算法。</w:t>
            </w:r>
          </w:p>
          <w:p>
            <w:pPr>
              <w:spacing w:after="20" w:line="276" w:lineRule="auto"/>
            </w:pPr>
            <w:r>
              <w:rPr>
                <w:rFonts w:ascii="宋体" w:hAnsi="宋体" w:eastAsia="宋体"/>
                <w:b w:val="0"/>
                <w:sz w:val="18"/>
              </w:rPr>
              <w:t>师：35+4是怎样计算的？35+40呢？这两题计算时有什么相同的地方？</w:t>
            </w:r>
          </w:p>
        </w:tc>
        <w:tc>
          <w:tcPr>
            <w:tcW w:type="dxa" w:w="3061"/>
          </w:tcPr>
          <w:p>
            <w:pPr>
              <w:spacing w:after="20" w:line="276" w:lineRule="auto"/>
            </w:pPr>
            <w:r/>
            <w:r>
              <w:rPr>
                <w:rFonts w:ascii="宋体" w:hAnsi="宋体" w:eastAsia="宋体"/>
                <w:b w:val="0"/>
                <w:sz w:val="18"/>
              </w:rPr>
              <w:t>35+4先计算个位上的数，而35+40先计算十位上的数，这两题在计算时都是把相同数位上的数相加。</w:t>
            </w:r>
          </w:p>
        </w:tc>
        <w:tc>
          <w:tcPr>
            <w:tcW w:type="dxa" w:w="1814"/>
          </w:tcPr>
          <w:p>
            <w:pPr>
              <w:spacing w:after="20" w:line="276" w:lineRule="auto"/>
            </w:pPr>
            <w:r/>
            <w:r>
              <w:rPr>
                <w:rFonts w:ascii="宋体" w:hAnsi="宋体" w:eastAsia="宋体"/>
                <w:b w:val="0"/>
                <w:sz w:val="18"/>
              </w:rPr>
              <w:t>这里旨在帮助学生回忆、梳理已有的知识经验，为学习两位数减一位数(不退位)、整十数、两位数（不退位）的口算打下基础。</w:t>
            </w:r>
          </w:p>
        </w:tc>
      </w:tr>
      <w:tr>
        <w:tc>
          <w:tcPr>
            <w:tcW w:type="dxa" w:w="1474"/>
          </w:tcPr>
          <w:p>
            <w:pPr>
              <w:spacing w:after="20" w:line="276" w:lineRule="auto"/>
            </w:pPr>
            <w:r>
              <w:rPr>
                <w:b/>
              </w:rPr>
            </w:r>
            <w:r>
              <w:rPr>
                <w:rFonts w:ascii="宋体" w:hAnsi="宋体" w:eastAsia="宋体"/>
                <w:b/>
                <w:sz w:val="18"/>
              </w:rPr>
              <w:t>二、情境引入，探究算法</w:t>
            </w:r>
          </w:p>
        </w:tc>
        <w:tc>
          <w:tcPr>
            <w:tcW w:type="dxa" w:w="3061"/>
          </w:tcPr>
          <w:p>
            <w:pPr>
              <w:spacing w:after="20" w:line="276" w:lineRule="auto"/>
            </w:pPr>
            <w:r/>
            <w:r>
              <w:rPr>
                <w:rFonts w:ascii="宋体" w:hAnsi="宋体" w:eastAsia="宋体"/>
                <w:b w:val="0"/>
                <w:sz w:val="18"/>
              </w:rPr>
              <w:t>1.情境呈现，揭示课题。</w:t>
            </w:r>
          </w:p>
          <w:p>
            <w:pPr>
              <w:spacing w:after="20" w:line="276" w:lineRule="auto"/>
            </w:pPr>
            <w:r>
              <w:rPr>
                <w:rFonts w:ascii="宋体" w:hAnsi="宋体" w:eastAsia="宋体"/>
                <w:b w:val="0"/>
                <w:sz w:val="18"/>
              </w:rPr>
              <w:t>课件出示教科书P47例1情境图。</w:t>
            </w:r>
          </w:p>
          <w:p>
            <w:pPr>
              <w:spacing w:after="20" w:line="276" w:lineRule="auto"/>
            </w:pPr>
            <w:r>
              <w:rPr>
                <w:rFonts w:ascii="宋体" w:hAnsi="宋体" w:eastAsia="宋体"/>
                <w:b w:val="0"/>
                <w:sz w:val="18"/>
              </w:rPr>
              <w:t>(1)师：仔细观察，从图中你知道了哪些数学信息？</w:t>
            </w:r>
          </w:p>
          <w:p>
            <w:pPr>
              <w:spacing w:after="20" w:line="276" w:lineRule="auto"/>
            </w:pPr>
            <w:r>
              <w:rPr>
                <w:rFonts w:ascii="宋体" w:hAnsi="宋体" w:eastAsia="宋体"/>
                <w:b w:val="0"/>
                <w:sz w:val="18"/>
              </w:rPr>
              <w:t>师：根据以上两条信息，你能提出什么数学问题？</w:t>
            </w:r>
          </w:p>
          <w:p>
            <w:pPr>
              <w:spacing w:after="20" w:line="276" w:lineRule="auto"/>
            </w:pPr>
            <w:r>
              <w:rPr>
                <w:rFonts w:ascii="宋体" w:hAnsi="宋体" w:eastAsia="宋体"/>
                <w:b w:val="0"/>
                <w:sz w:val="18"/>
              </w:rPr>
              <w:t>让学生完整地将信息和问题说一说。</w:t>
            </w:r>
          </w:p>
          <w:p>
            <w:pPr>
              <w:spacing w:after="20" w:line="276" w:lineRule="auto"/>
            </w:pPr>
            <w:r>
              <w:rPr>
                <w:rFonts w:ascii="宋体" w:hAnsi="宋体" w:eastAsia="宋体"/>
                <w:b w:val="0"/>
                <w:sz w:val="18"/>
              </w:rPr>
              <w:t>师：怎样列式？</w:t>
            </w:r>
          </w:p>
          <w:p>
            <w:pPr>
              <w:spacing w:after="20" w:line="276" w:lineRule="auto"/>
            </w:pPr>
            <w:r>
              <w:rPr>
                <w:rFonts w:ascii="宋体" w:hAnsi="宋体" w:eastAsia="宋体"/>
                <w:b w:val="0"/>
                <w:sz w:val="18"/>
              </w:rPr>
              <w:t>(2)揭示课题。</w:t>
            </w:r>
          </w:p>
          <w:p>
            <w:pPr>
              <w:spacing w:after="20" w:line="276" w:lineRule="auto"/>
            </w:pPr>
            <w:r>
              <w:rPr>
                <w:rFonts w:ascii="宋体" w:hAnsi="宋体" w:eastAsia="宋体"/>
                <w:b w:val="0"/>
                <w:sz w:val="18"/>
              </w:rPr>
              <w:t>师：这两个算式有什么特点？</w:t>
            </w:r>
          </w:p>
          <w:p>
            <w:pPr>
              <w:spacing w:after="20" w:line="276" w:lineRule="auto"/>
            </w:pPr>
            <w:r>
              <w:rPr>
                <w:rFonts w:ascii="宋体" w:hAnsi="宋体" w:eastAsia="宋体"/>
                <w:b w:val="0"/>
                <w:sz w:val="18"/>
              </w:rPr>
              <w:t>师：这两道题该怎样计算呢？这就是我们今天要探究的两位数减一位数（不退位）、整十数、两位数（不退位）的计算。［板书课题：口算减法（1）］</w:t>
            </w:r>
          </w:p>
          <w:p>
            <w:pPr>
              <w:spacing w:after="20" w:line="276" w:lineRule="auto"/>
            </w:pPr>
            <w:r>
              <w:rPr>
                <w:rFonts w:ascii="宋体" w:hAnsi="宋体" w:eastAsia="宋体"/>
                <w:b w:val="0"/>
                <w:sz w:val="18"/>
              </w:rPr>
              <w:t>2.借助计数器，自主探索。</w:t>
            </w:r>
          </w:p>
          <w:p>
            <w:pPr>
              <w:spacing w:after="20" w:line="276" w:lineRule="auto"/>
            </w:pPr>
            <w:r>
              <w:rPr>
                <w:rFonts w:ascii="宋体" w:hAnsi="宋体" w:eastAsia="宋体"/>
                <w:b w:val="0"/>
                <w:sz w:val="18"/>
              </w:rPr>
              <w:t>(1)动手操作，感悟算理。</w:t>
            </w:r>
          </w:p>
          <w:p>
            <w:pPr>
              <w:spacing w:after="20" w:line="276" w:lineRule="auto"/>
            </w:pPr>
            <w:r>
              <w:rPr>
                <w:rFonts w:ascii="宋体" w:hAnsi="宋体" w:eastAsia="宋体"/>
                <w:b w:val="0"/>
                <w:sz w:val="18"/>
              </w:rPr>
              <w:t>师：请同学们拿出小棒，每位同学都用小棒摆一摆，边摆边说自己是怎样得出结果的。</w:t>
            </w:r>
          </w:p>
          <w:p>
            <w:pPr>
              <w:spacing w:after="20" w:line="276" w:lineRule="auto"/>
            </w:pPr>
            <w:r>
              <w:rPr>
                <w:rFonts w:ascii="宋体" w:hAnsi="宋体" w:eastAsia="宋体"/>
                <w:b w:val="0"/>
                <w:sz w:val="18"/>
              </w:rPr>
              <w:t>(2)回顾交流，理解算理。</w:t>
            </w:r>
          </w:p>
          <w:p>
            <w:pPr>
              <w:spacing w:after="20" w:line="276" w:lineRule="auto"/>
            </w:pPr>
            <w:r>
              <w:rPr>
                <w:rFonts w:ascii="宋体" w:hAnsi="宋体" w:eastAsia="宋体"/>
                <w:b w:val="0"/>
                <w:sz w:val="18"/>
              </w:rPr>
              <w:t>师：谁来结合小棒说一说？</w:t>
            </w:r>
          </w:p>
          <w:p>
            <w:pPr>
              <w:spacing w:after="20" w:line="276" w:lineRule="auto"/>
            </w:pPr>
            <w:r>
              <w:rPr>
                <w:rFonts w:ascii="宋体" w:hAnsi="宋体" w:eastAsia="宋体"/>
                <w:b w:val="0"/>
                <w:sz w:val="18"/>
              </w:rPr>
              <w:t>①指名学生上台操作，边操作边说操作过程。</w:t>
            </w:r>
          </w:p>
          <w:p>
            <w:pPr>
              <w:spacing w:after="20" w:line="276" w:lineRule="auto"/>
            </w:pPr>
            <w:r>
              <w:rPr>
                <w:rFonts w:ascii="宋体" w:hAnsi="宋体" w:eastAsia="宋体"/>
                <w:b w:val="0"/>
                <w:sz w:val="18"/>
              </w:rPr>
              <w:t>②想一想刚才的操作过程。</w:t>
            </w:r>
          </w:p>
          <w:p>
            <w:pPr>
              <w:spacing w:after="20" w:line="276" w:lineRule="auto"/>
            </w:pPr>
            <w:r>
              <w:rPr>
                <w:rFonts w:ascii="宋体" w:hAnsi="宋体" w:eastAsia="宋体"/>
                <w:b w:val="0"/>
                <w:sz w:val="18"/>
              </w:rPr>
              <w:t>③师：35-2先算什么？35-20先算什么？</w:t>
            </w:r>
          </w:p>
          <w:p>
            <w:pPr>
              <w:spacing w:after="20" w:line="276" w:lineRule="auto"/>
            </w:pPr>
            <w:r>
              <w:rPr>
                <w:rFonts w:ascii="宋体" w:hAnsi="宋体" w:eastAsia="宋体"/>
                <w:b w:val="0"/>
                <w:sz w:val="18"/>
              </w:rPr>
              <w:t>3.比较异同，体会算法。</w:t>
            </w:r>
          </w:p>
          <w:p>
            <w:pPr>
              <w:spacing w:after="20" w:line="276" w:lineRule="auto"/>
            </w:pPr>
            <w:r>
              <w:rPr>
                <w:rFonts w:ascii="宋体" w:hAnsi="宋体" w:eastAsia="宋体"/>
                <w:b w:val="0"/>
                <w:sz w:val="18"/>
              </w:rPr>
              <w:t>师：比较“35-2”和“35-20”的计算，有什么不同？</w:t>
            </w:r>
          </w:p>
          <w:p>
            <w:pPr>
              <w:spacing w:after="20" w:line="276" w:lineRule="auto"/>
            </w:pPr>
            <w:r>
              <w:rPr>
                <w:rFonts w:ascii="宋体" w:hAnsi="宋体" w:eastAsia="宋体"/>
                <w:b w:val="0"/>
                <w:sz w:val="18"/>
              </w:rPr>
              <w:t>师小结：相同数位上的数才能直接相减。（板书）</w:t>
            </w:r>
          </w:p>
          <w:p>
            <w:pPr>
              <w:spacing w:after="20" w:line="276" w:lineRule="auto"/>
            </w:pPr>
            <w:r>
              <w:rPr>
                <w:rFonts w:ascii="宋体" w:hAnsi="宋体" w:eastAsia="宋体"/>
                <w:b w:val="0"/>
                <w:sz w:val="18"/>
              </w:rPr>
              <w:t>4.教学P47“试一试”。</w:t>
            </w:r>
          </w:p>
          <w:p>
            <w:pPr>
              <w:spacing w:after="20" w:line="276" w:lineRule="auto"/>
            </w:pPr>
            <w:r>
              <w:rPr>
                <w:rFonts w:ascii="宋体" w:hAnsi="宋体" w:eastAsia="宋体"/>
                <w:b w:val="0"/>
                <w:sz w:val="18"/>
              </w:rPr>
              <w:t>师：35-22和76-45又该如何计算呢？</w:t>
            </w:r>
          </w:p>
        </w:tc>
        <w:tc>
          <w:tcPr>
            <w:tcW w:type="dxa" w:w="3061"/>
          </w:tcPr>
          <w:p>
            <w:pPr>
              <w:spacing w:after="20" w:line="276" w:lineRule="auto"/>
            </w:pPr>
            <w:r/>
            <w:r>
              <w:rPr>
                <w:rFonts w:ascii="宋体" w:hAnsi="宋体" w:eastAsia="宋体"/>
                <w:b w:val="0"/>
                <w:sz w:val="18"/>
              </w:rPr>
              <w:t>预设1：有35本故事书，借出了2本。</w:t>
            </w:r>
          </w:p>
          <w:p>
            <w:pPr>
              <w:spacing w:after="20" w:line="276" w:lineRule="auto"/>
            </w:pPr>
            <w:r>
              <w:rPr>
                <w:rFonts w:ascii="宋体" w:hAnsi="宋体" w:eastAsia="宋体"/>
                <w:b w:val="0"/>
                <w:sz w:val="18"/>
              </w:rPr>
              <w:t>预设2：有35本科普书，借出了20本。</w:t>
            </w:r>
          </w:p>
          <w:p>
            <w:pPr>
              <w:spacing w:after="20" w:line="276" w:lineRule="auto"/>
            </w:pPr>
            <w:r>
              <w:rPr>
                <w:rFonts w:ascii="宋体" w:hAnsi="宋体" w:eastAsia="宋体"/>
                <w:b w:val="0"/>
                <w:sz w:val="18"/>
              </w:rPr>
              <w:t>学生提出以下数学问题：还剩多少本故事书？还剩多少本科普书？</w:t>
            </w:r>
          </w:p>
          <w:p>
            <w:pPr>
              <w:spacing w:after="20" w:line="276" w:lineRule="auto"/>
            </w:pPr>
            <w:r>
              <w:rPr>
                <w:rFonts w:ascii="宋体" w:hAnsi="宋体" w:eastAsia="宋体"/>
                <w:b w:val="0"/>
                <w:sz w:val="18"/>
              </w:rPr>
              <w:t>学生能很快列出算式：35-2,35-20。</w:t>
            </w:r>
          </w:p>
          <w:p>
            <w:pPr>
              <w:spacing w:after="20" w:line="276" w:lineRule="auto"/>
            </w:pPr>
            <w:r>
              <w:rPr>
                <w:rFonts w:ascii="宋体" w:hAnsi="宋体" w:eastAsia="宋体"/>
                <w:b w:val="0"/>
                <w:sz w:val="18"/>
              </w:rPr>
              <w:t>学生可能回答：都是减法算式，第一题是两位数减一位数，第二题是两位数减整十数。</w:t>
            </w:r>
          </w:p>
          <w:p>
            <w:pPr>
              <w:spacing w:after="20" w:line="276" w:lineRule="auto"/>
            </w:pPr>
            <w:r>
              <w:rPr>
                <w:rFonts w:ascii="宋体" w:hAnsi="宋体" w:eastAsia="宋体"/>
                <w:b w:val="0"/>
                <w:sz w:val="18"/>
              </w:rPr>
              <w:t>学生动手操作，教师巡视。</w:t>
            </w:r>
          </w:p>
          <w:p>
            <w:pPr>
              <w:spacing w:after="20" w:line="276" w:lineRule="auto"/>
            </w:pPr>
            <w:r>
              <w:rPr>
                <w:rFonts w:ascii="宋体" w:hAnsi="宋体" w:eastAsia="宋体"/>
                <w:b w:val="0"/>
                <w:sz w:val="18"/>
              </w:rPr>
              <w:t>通过对前面相关知识的学习，学生已经积累了一定的操作经验，先摆3捆小棒和5根小棒，在计算35-2时，只需中从5根小棒中拿掉2根，还剩3根，所以35-2=33；在计算35-20时，要从3捆小棒中拿掉2捆，还剩1捆，所以35-20=15。大部分学生操作没有问题，少数不会的学生可以相互帮助完成。</w:t>
            </w:r>
          </w:p>
          <w:p>
            <w:pPr>
              <w:spacing w:after="20" w:line="276" w:lineRule="auto"/>
            </w:pPr>
            <w:r>
              <w:rPr>
                <w:rFonts w:ascii="宋体" w:hAnsi="宋体" w:eastAsia="宋体"/>
                <w:b w:val="0"/>
                <w:sz w:val="18"/>
              </w:rPr>
              <w:t>有了前面的动手操作，学生展示操作比较熟练，但是用语言描述操作的过程可能不完整，需要引导，教师要示范帮助学生掌握算法。</w:t>
            </w:r>
          </w:p>
          <w:p>
            <w:pPr>
              <w:spacing w:after="20" w:line="276" w:lineRule="auto"/>
            </w:pPr>
            <w:r>
              <w:rPr>
                <w:rFonts w:ascii="宋体" w:hAnsi="宋体" w:eastAsia="宋体"/>
                <w:b w:val="0"/>
                <w:sz w:val="18"/>
              </w:rPr>
              <w:t>学生可能会说：当计算35-2时，用35个位上的“5”减去个位上的“2”；当计算35-20时，用35十位上的“3”减去十位上的“2”。</w:t>
            </w:r>
          </w:p>
          <w:p>
            <w:pPr>
              <w:spacing w:after="20" w:line="276" w:lineRule="auto"/>
            </w:pPr>
            <w:r>
              <w:rPr>
                <w:rFonts w:ascii="宋体" w:hAnsi="宋体" w:eastAsia="宋体"/>
                <w:b w:val="0"/>
                <w:sz w:val="18"/>
              </w:rPr>
              <w:t>学生独立计算，再交流分享。</w:t>
            </w:r>
          </w:p>
          <w:p>
            <w:pPr>
              <w:spacing w:after="20" w:line="276" w:lineRule="auto"/>
            </w:pPr>
            <w:r>
              <w:rPr>
                <w:rFonts w:ascii="宋体" w:hAnsi="宋体" w:eastAsia="宋体"/>
                <w:b w:val="0"/>
                <w:sz w:val="18"/>
              </w:rPr>
              <w:t>30-20=10，5-2=3，10+3=13，所以35-22=13；70-40=30,6-5=1,30+1=31，所以76-45=31。</w:t>
            </w:r>
          </w:p>
        </w:tc>
        <w:tc>
          <w:tcPr>
            <w:tcW w:type="dxa" w:w="1814"/>
          </w:tcPr>
          <w:p>
            <w:pPr>
              <w:spacing w:after="20" w:line="276" w:lineRule="auto"/>
            </w:pPr>
            <w:r/>
            <w:r>
              <w:rPr>
                <w:rFonts w:ascii="宋体" w:hAnsi="宋体" w:eastAsia="宋体"/>
                <w:b w:val="0"/>
                <w:sz w:val="18"/>
              </w:rPr>
              <w:t>通过创设情境，让学生感受到数学来源于生活，激发学生的探究欲望，同时培养学生发现问题和提出问题的能力。</w:t>
            </w:r>
          </w:p>
          <w:p>
            <w:pPr>
              <w:spacing w:after="20" w:line="276" w:lineRule="auto"/>
            </w:pPr>
            <w:r>
              <w:rPr>
                <w:rFonts w:ascii="宋体" w:hAnsi="宋体" w:eastAsia="宋体"/>
                <w:b w:val="0"/>
                <w:sz w:val="18"/>
              </w:rPr>
              <w:t>通过用小棒操作，初步感受“相同数位上的数才能直接相减”的算理，加深对算理的理解，然后通过看、想、说等多种途径促进学生由具体形象思维向抽象思维过渡，培养学生的语言表达能力。</w:t>
            </w:r>
          </w:p>
          <w:p>
            <w:pPr>
              <w:spacing w:after="20" w:line="276" w:lineRule="auto"/>
            </w:pPr>
            <w:r>
              <w:rPr>
                <w:rFonts w:ascii="宋体" w:hAnsi="宋体" w:eastAsia="宋体"/>
                <w:b w:val="0"/>
                <w:sz w:val="18"/>
              </w:rPr>
              <w:t>通过比较“35-2”和“35-20”的异同，突出“相同数位上的数才能直接相减”。</w:t>
            </w:r>
          </w:p>
          <w:p>
            <w:pPr>
              <w:spacing w:after="20" w:line="276" w:lineRule="auto"/>
            </w:pPr>
            <w:r>
              <w:rPr>
                <w:rFonts w:ascii="宋体" w:hAnsi="宋体" w:eastAsia="宋体"/>
                <w:b w:val="0"/>
                <w:sz w:val="18"/>
              </w:rPr>
              <w:t>有了例1的学习基础，此时放手让学生独立完成，培养学生灵活运用知识的能力，也突出和体现“相同数位上的数才能相减”。</w:t>
            </w:r>
          </w:p>
        </w:tc>
      </w:tr>
      <w:tr>
        <w:tc>
          <w:tcPr>
            <w:tcW w:type="dxa" w:w="1474"/>
          </w:tcPr>
          <w:p>
            <w:pPr>
              <w:spacing w:after="20" w:line="276" w:lineRule="auto"/>
            </w:pPr>
            <w:r>
              <w:rPr>
                <w:b/>
              </w:rPr>
            </w:r>
            <w:r>
              <w:rPr>
                <w:rFonts w:ascii="宋体" w:hAnsi="宋体" w:eastAsia="宋体"/>
                <w:b/>
                <w:sz w:val="18"/>
              </w:rPr>
              <w:t>三、巩固练习，深化算理</w:t>
            </w:r>
          </w:p>
        </w:tc>
        <w:tc>
          <w:tcPr>
            <w:tcW w:type="dxa" w:w="3061"/>
          </w:tcPr>
          <w:p>
            <w:pPr>
              <w:spacing w:after="20" w:line="276" w:lineRule="auto"/>
            </w:pPr>
            <w:r/>
            <w:r>
              <w:rPr>
                <w:rFonts w:ascii="宋体" w:hAnsi="宋体" w:eastAsia="宋体"/>
                <w:b w:val="0"/>
                <w:sz w:val="18"/>
              </w:rPr>
              <w:t>1.完成教科书P48“做一做”。</w:t>
            </w:r>
          </w:p>
          <w:p>
            <w:pPr>
              <w:spacing w:after="20" w:line="276" w:lineRule="auto"/>
            </w:pPr>
            <w:r>
              <w:rPr>
                <w:rFonts w:ascii="宋体" w:hAnsi="宋体" w:eastAsia="宋体"/>
                <w:b w:val="0"/>
                <w:sz w:val="18"/>
              </w:rPr>
              <w:t>(1)学生竖着一组一组地独立完成。</w:t>
            </w:r>
          </w:p>
          <w:p>
            <w:pPr>
              <w:spacing w:after="20" w:line="276" w:lineRule="auto"/>
            </w:pPr>
            <w:r>
              <w:rPr>
                <w:rFonts w:ascii="宋体" w:hAnsi="宋体" w:eastAsia="宋体"/>
                <w:b w:val="0"/>
                <w:sz w:val="18"/>
              </w:rPr>
              <w:t>(2)交流订正后思考各组题中的差异。</w:t>
            </w:r>
          </w:p>
          <w:p>
            <w:pPr>
              <w:spacing w:after="20" w:line="276" w:lineRule="auto"/>
            </w:pPr>
            <w:r>
              <w:rPr>
                <w:rFonts w:ascii="宋体" w:hAnsi="宋体" w:eastAsia="宋体"/>
                <w:b w:val="0"/>
                <w:sz w:val="18"/>
              </w:rPr>
              <w:t>师：竖着看，每组题有什么联系？</w:t>
            </w:r>
          </w:p>
          <w:p>
            <w:pPr>
              <w:spacing w:after="20" w:line="276" w:lineRule="auto"/>
            </w:pPr>
            <w:r>
              <w:rPr>
                <w:rFonts w:ascii="宋体" w:hAnsi="宋体" w:eastAsia="宋体"/>
                <w:b w:val="0"/>
                <w:sz w:val="18"/>
              </w:rPr>
              <w:t>2.课件出示练习题。帮小动物回家。</w:t>
            </w:r>
          </w:p>
          <w:p>
            <w:pPr>
              <w:spacing w:after="20" w:line="276" w:lineRule="auto"/>
            </w:pPr>
            <w:r>
              <w:rPr>
                <w:rFonts w:ascii="宋体" w:hAnsi="宋体" w:eastAsia="宋体"/>
                <w:b w:val="0"/>
                <w:sz w:val="18"/>
              </w:rPr>
              <w:t>计算完后集中交流订正。</w:t>
            </w:r>
          </w:p>
        </w:tc>
        <w:tc>
          <w:tcPr>
            <w:tcW w:type="dxa" w:w="3061"/>
          </w:tcPr>
          <w:p>
            <w:pPr>
              <w:spacing w:after="20" w:line="276" w:lineRule="auto"/>
            </w:pPr>
            <w:r/>
            <w:r>
              <w:rPr>
                <w:rFonts w:ascii="宋体" w:hAnsi="宋体" w:eastAsia="宋体"/>
                <w:b w:val="0"/>
                <w:sz w:val="18"/>
              </w:rPr>
              <w:t>预设1：每一组上面一题的减数都是下面一题的减数十位上的数。</w:t>
            </w:r>
          </w:p>
          <w:p>
            <w:pPr>
              <w:spacing w:after="20" w:line="276" w:lineRule="auto"/>
            </w:pPr>
            <w:r>
              <w:rPr>
                <w:rFonts w:ascii="宋体" w:hAnsi="宋体" w:eastAsia="宋体"/>
                <w:b w:val="0"/>
                <w:sz w:val="18"/>
              </w:rPr>
              <w:t>预设2：都是个位和个位上的数相减，十位和十位上的数相减。</w:t>
            </w:r>
          </w:p>
          <w:p>
            <w:pPr>
              <w:spacing w:after="20" w:line="276" w:lineRule="auto"/>
            </w:pPr>
            <w:r>
              <w:rPr>
                <w:rFonts w:ascii="宋体" w:hAnsi="宋体" w:eastAsia="宋体"/>
                <w:b w:val="0"/>
                <w:sz w:val="18"/>
              </w:rPr>
              <w:t>都是两位数减一位数(不退位)、整十数、两位数（不退位）的口算练习，大部分学生能够完成，对于少数不会的学生,教师在巡视时个别指导。</w:t>
            </w:r>
          </w:p>
        </w:tc>
        <w:tc>
          <w:tcPr>
            <w:tcW w:type="dxa" w:w="1814"/>
          </w:tcPr>
          <w:p>
            <w:pPr>
              <w:spacing w:after="20" w:line="276" w:lineRule="auto"/>
            </w:pPr>
            <w:r/>
            <w:r>
              <w:rPr>
                <w:rFonts w:ascii="宋体" w:hAnsi="宋体" w:eastAsia="宋体"/>
                <w:b w:val="0"/>
                <w:sz w:val="18"/>
              </w:rPr>
              <w:t>通过对每一组题进行对比，进一步理解“相同数位上的数才能直接相减”的算理。</w:t>
            </w:r>
          </w:p>
          <w:p>
            <w:pPr>
              <w:spacing w:after="20" w:line="276" w:lineRule="auto"/>
            </w:pPr>
            <w:r>
              <w:rPr>
                <w:rFonts w:ascii="宋体" w:hAnsi="宋体" w:eastAsia="宋体"/>
                <w:b w:val="0"/>
                <w:sz w:val="18"/>
              </w:rPr>
              <w:t>通过口算练习，帮助学生熟练掌握计算方法，提高计算能力。</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师：这节课你们有什么新的收获？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引导学生回顾梳理本课所学，完善认知结构，提升归纳与反思能力，核心问题："这节课你们有什么新的收获？"</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教科书P47例1和“试一试”,完成教科书P48“做一做”。</w:t>
      </w:r>
    </w:p>
    <w:p>
      <w:pPr>
        <w:spacing w:after="40" w:line="300" w:lineRule="auto"/>
        <w:ind w:firstLine="400"/>
      </w:pPr>
      <w:r>
        <w:rPr>
          <w:rFonts w:ascii="宋体" w:hAnsi="宋体" w:eastAsia="宋体"/>
          <w:b w:val="0"/>
          <w:sz w:val="20"/>
        </w:rPr>
        <w:t>② 原设计安排：见“状元成才路”系列丛书《创优作业100分》或《状元作业本》对应课时作业。</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的教学着重让学生理解“相同数位上的数才能直接相减”的算理，借助摆小棒，让每个学生动手操作，感悟算理，然后让学生回忆并说清自己的操作过程，再在算式中标注出口算过程并口头叙述出来，通过多种途径促进学生由具体形象思维向抽象思维过渡。在教学时，要多让学生操作并口述过程。</w:t>
      </w:r>
    </w:p>
    <w:p>
      <w:r>
        <w:br w:type="page"/>
      </w:r>
    </w:p>
    <w:p>
      <w:pPr>
        <w:spacing w:after="80" w:line="300" w:lineRule="auto"/>
      </w:pPr>
      <w:r>
        <w:rPr>
          <w:rFonts w:ascii="黑体" w:hAnsi="黑体" w:eastAsia="黑体"/>
          <w:b/>
          <w:sz w:val="24"/>
        </w:rPr>
        <w:t>二、课时教学方案（第2课时）</w:t>
      </w:r>
    </w:p>
    <w:p>
      <w:pPr>
        <w:spacing w:after="80" w:line="300" w:lineRule="auto"/>
      </w:pPr>
      <w:r>
        <w:rPr>
          <w:rFonts w:ascii="黑体" w:hAnsi="黑体" w:eastAsia="黑体"/>
          <w:b/>
          <w:sz w:val="24"/>
        </w:rPr>
        <w:t>第2课时　口算加法（1）</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第2课时　口算加法（1）</w:t>
            </w:r>
          </w:p>
        </w:tc>
        <w:tc>
          <w:tcPr>
            <w:tcW w:type="dxa" w:w="6009"/>
          </w:tcPr>
          <w:p>
            <w:pPr>
              <w:spacing w:after="20" w:line="276" w:lineRule="auto"/>
            </w:pPr>
            <w:r/>
            <w:r>
              <w:rPr>
                <w:rFonts w:ascii="宋体" w:hAnsi="宋体" w:eastAsia="宋体"/>
                <w:b w:val="0"/>
                <w:sz w:val="20"/>
              </w:rPr>
              <w:t>第4单元 100以内的口算加、减法（口算加法）</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已经掌握了100以内数的读法、写法和数的组成,以及整十数加一位数和相应的减法的计算方法,而100以内的加法和减法计算主要是化归为20以内整十数加一位数和相应的减法来计算,因此这一部分计算对于学生来说问题不大,关键是要让学生理解算理。</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教学内容：教科书P43~44例1和“试一试”，完成教科书P44“做一做”。</w:t>
      </w:r>
    </w:p>
    <w:p>
      <w:pPr>
        <w:spacing w:after="80" w:line="300" w:lineRule="auto"/>
        <w:ind w:firstLine="400"/>
      </w:pPr>
      <w:r>
        <w:rPr>
          <w:rFonts w:ascii="宋体" w:hAnsi="宋体" w:eastAsia="宋体"/>
          <w:b w:val="0"/>
          <w:sz w:val="20"/>
        </w:rPr>
        <w:t>教学准备：课件、小棒、计数器。</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（1）学会两位数加一位数(不进位)、整十数、两位数（不进位）的口算方法，理解算理并能正确地进行口算。</w:t>
      </w:r>
    </w:p>
    <w:p>
      <w:pPr>
        <w:spacing w:after="20" w:line="300" w:lineRule="auto"/>
        <w:ind w:firstLine="400"/>
      </w:pPr>
      <w:r>
        <w:rPr>
          <w:rFonts w:ascii="宋体" w:hAnsi="宋体" w:eastAsia="宋体"/>
          <w:b w:val="0"/>
          <w:sz w:val="20"/>
        </w:rPr>
        <w:t>（2）通过摆小棒等操作活动，体会两位数加整十数、两位数加一位数(不进位)和两位数加两位数（不进位）的不同的计算方法，培养学生观察、操作和比较的能力。</w:t>
      </w:r>
    </w:p>
    <w:p>
      <w:pPr>
        <w:spacing w:after="20" w:line="300" w:lineRule="auto"/>
        <w:ind w:firstLine="400"/>
      </w:pPr>
      <w:r>
        <w:rPr>
          <w:rFonts w:ascii="宋体" w:hAnsi="宋体" w:eastAsia="宋体"/>
          <w:b w:val="0"/>
          <w:sz w:val="20"/>
        </w:rPr>
        <w:t>（3）培养学生的探究意识、独立思考解决数学问题的能力以及学生之间合作交流的意识。</w:t>
      </w:r>
    </w:p>
    <w:p>
      <w:pPr>
        <w:spacing w:after="20" w:line="300" w:lineRule="auto"/>
      </w:pPr>
      <w:r>
        <w:rPr>
          <w:rFonts w:ascii="宋体" w:hAnsi="宋体" w:eastAsia="宋体"/>
          <w:b w:val="0"/>
          <w:sz w:val="20"/>
        </w:rPr>
        <w:t>教学重点：掌握两位数加一位数(不进位)、整十数、两位数（不进位）的口算方法。</w:t>
      </w:r>
    </w:p>
    <w:p>
      <w:pPr>
        <w:spacing w:after="20" w:line="300" w:lineRule="auto"/>
      </w:pPr>
      <w:r>
        <w:rPr>
          <w:rFonts w:ascii="宋体" w:hAnsi="宋体" w:eastAsia="宋体"/>
          <w:b w:val="0"/>
          <w:sz w:val="20"/>
        </w:rPr>
        <w:t>教学难点：理解两位数加一位数(不进位)、整十数、两位数（不进位）口算的算理。</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一、复习知识，情境引入</w:t>
            </w:r>
          </w:p>
        </w:tc>
        <w:tc>
          <w:tcPr>
            <w:tcW w:type="dxa" w:w="1814"/>
          </w:tcPr>
          <w:p>
            <w:pPr>
              <w:spacing w:after="20" w:line="276" w:lineRule="auto"/>
            </w:pPr>
            <w:r/>
            <w:r>
              <w:rPr>
                <w:rFonts w:ascii="宋体" w:hAnsi="宋体" w:eastAsia="宋体"/>
                <w:b w:val="0"/>
                <w:sz w:val="18"/>
              </w:rPr>
              <w:t>课件、教科书、情境图、小棒、计数器</w:t>
            </w:r>
          </w:p>
        </w:tc>
        <w:tc>
          <w:tcPr>
            <w:tcW w:type="dxa" w:w="3402"/>
          </w:tcPr>
          <w:p>
            <w:pPr>
              <w:spacing w:after="20" w:line="276" w:lineRule="auto"/>
            </w:pPr>
            <w:r/>
            <w:r>
              <w:rPr>
                <w:rFonts w:ascii="宋体" w:hAnsi="宋体" w:eastAsia="宋体"/>
                <w:b w:val="0"/>
                <w:sz w:val="18"/>
              </w:rPr>
              <w:t>小亮和小丽每天都在坚持练习写字，从图中你知道了什么信息？；根据图中提供的信息，你能提出什么数学问题？</w:t>
            </w:r>
          </w:p>
        </w:tc>
        <w:tc>
          <w:tcPr>
            <w:tcW w:type="dxa" w:w="1361"/>
          </w:tcPr>
          <w:p>
            <w:pPr>
              <w:spacing w:after="20" w:line="276" w:lineRule="auto"/>
            </w:pPr>
            <w:r/>
            <w:r>
              <w:rPr>
                <w:rFonts w:ascii="宋体" w:hAnsi="宋体" w:eastAsia="宋体"/>
                <w:b w:val="0"/>
                <w:sz w:val="18"/>
              </w:rPr>
              <w:t>9分钟</w:t>
            </w:r>
          </w:p>
        </w:tc>
      </w:tr>
      <w:tr>
        <w:tc>
          <w:tcPr>
            <w:tcW w:type="dxa" w:w="2835"/>
          </w:tcPr>
          <w:p>
            <w:pPr>
              <w:spacing w:after="20" w:line="276" w:lineRule="auto"/>
            </w:pPr>
            <w:r/>
            <w:r>
              <w:rPr>
                <w:rFonts w:ascii="宋体" w:hAnsi="宋体" w:eastAsia="宋体"/>
                <w:b w:val="0"/>
                <w:sz w:val="18"/>
              </w:rPr>
              <w:t>二、自主探究，直观建模</w:t>
            </w:r>
          </w:p>
        </w:tc>
        <w:tc>
          <w:tcPr>
            <w:tcW w:type="dxa" w:w="1814"/>
          </w:tcPr>
          <w:p>
            <w:pPr>
              <w:spacing w:after="20" w:line="276" w:lineRule="auto"/>
            </w:pPr>
            <w:r/>
            <w:r>
              <w:rPr>
                <w:rFonts w:ascii="宋体" w:hAnsi="宋体" w:eastAsia="宋体"/>
                <w:b w:val="0"/>
                <w:sz w:val="18"/>
              </w:rPr>
              <w:t>小棒、计数器、课件</w:t>
            </w:r>
          </w:p>
        </w:tc>
        <w:tc>
          <w:tcPr>
            <w:tcW w:type="dxa" w:w="3402"/>
          </w:tcPr>
          <w:p>
            <w:pPr>
              <w:spacing w:after="20" w:line="276" w:lineRule="auto"/>
            </w:pPr>
            <w:r/>
            <w:r>
              <w:rPr>
                <w:rFonts w:ascii="宋体" w:hAnsi="宋体" w:eastAsia="宋体"/>
                <w:b w:val="0"/>
                <w:sz w:val="18"/>
              </w:rPr>
              <w:t>“26+2”等于多少？；谁来说说你是怎样算的？</w:t>
            </w:r>
          </w:p>
        </w:tc>
        <w:tc>
          <w:tcPr>
            <w:tcW w:type="dxa" w:w="1361"/>
          </w:tcPr>
          <w:p>
            <w:pPr>
              <w:spacing w:after="20" w:line="276" w:lineRule="auto"/>
            </w:pPr>
            <w:r/>
            <w:r>
              <w:rPr>
                <w:rFonts w:ascii="宋体" w:hAnsi="宋体" w:eastAsia="宋体"/>
                <w:b w:val="0"/>
                <w:sz w:val="18"/>
              </w:rPr>
              <w:t>24分钟</w:t>
            </w:r>
          </w:p>
        </w:tc>
      </w:tr>
      <w:tr>
        <w:tc>
          <w:tcPr>
            <w:tcW w:type="dxa" w:w="2835"/>
          </w:tcPr>
          <w:p>
            <w:pPr>
              <w:spacing w:after="20" w:line="276" w:lineRule="auto"/>
            </w:pPr>
            <w:r/>
            <w:r>
              <w:rPr>
                <w:rFonts w:ascii="宋体" w:hAnsi="宋体" w:eastAsia="宋体"/>
                <w:b w:val="0"/>
                <w:sz w:val="18"/>
              </w:rPr>
              <w:t>三、巩固应用，内化算理</w:t>
            </w:r>
          </w:p>
        </w:tc>
        <w:tc>
          <w:tcPr>
            <w:tcW w:type="dxa" w:w="1814"/>
          </w:tcPr>
          <w:p>
            <w:pPr>
              <w:spacing w:after="20" w:line="276" w:lineRule="auto"/>
            </w:pPr>
            <w:r/>
            <w:r>
              <w:rPr>
                <w:rFonts w:ascii="宋体" w:hAnsi="宋体" w:eastAsia="宋体"/>
                <w:b w:val="0"/>
                <w:sz w:val="18"/>
              </w:rPr>
              <w:t>教科书、课件、小棒、计数器</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四、全课小结</w:t>
            </w:r>
          </w:p>
        </w:tc>
        <w:tc>
          <w:tcPr>
            <w:tcW w:type="dxa" w:w="1814"/>
          </w:tcPr>
          <w:p>
            <w:pPr>
              <w:spacing w:after="20" w:line="276" w:lineRule="auto"/>
            </w:pPr>
            <w:r/>
            <w:r>
              <w:rPr>
                <w:rFonts w:ascii="宋体" w:hAnsi="宋体" w:eastAsia="宋体"/>
                <w:b w:val="0"/>
                <w:sz w:val="18"/>
              </w:rPr>
              <w:t>课件、小棒、计数器</w:t>
            </w:r>
          </w:p>
        </w:tc>
        <w:tc>
          <w:tcPr>
            <w:tcW w:type="dxa" w:w="3402"/>
          </w:tcPr>
          <w:p>
            <w:pPr>
              <w:spacing w:after="20" w:line="276" w:lineRule="auto"/>
            </w:pPr>
            <w:r/>
            <w:r>
              <w:rPr>
                <w:rFonts w:ascii="宋体" w:hAnsi="宋体" w:eastAsia="宋体"/>
                <w:b w:val="0"/>
                <w:sz w:val="18"/>
              </w:rPr>
              <w:t>在今天的学习中，你们有什么新的收获？</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一、复习知识，情境引入</w:t>
            </w:r>
          </w:p>
        </w:tc>
        <w:tc>
          <w:tcPr>
            <w:tcW w:type="dxa" w:w="3061"/>
          </w:tcPr>
          <w:p>
            <w:pPr>
              <w:spacing w:after="20" w:line="276" w:lineRule="auto"/>
            </w:pPr>
            <w:r/>
            <w:r>
              <w:rPr>
                <w:rFonts w:ascii="宋体" w:hAnsi="宋体" w:eastAsia="宋体"/>
                <w:b w:val="0"/>
                <w:sz w:val="18"/>
              </w:rPr>
              <w:t>1.课件出示习题。口算。</w:t>
            </w:r>
          </w:p>
          <w:p>
            <w:pPr>
              <w:spacing w:after="20" w:line="276" w:lineRule="auto"/>
            </w:pPr>
            <w:r>
              <w:rPr>
                <w:rFonts w:ascii="宋体" w:hAnsi="宋体" w:eastAsia="宋体"/>
                <w:b w:val="0"/>
                <w:sz w:val="18"/>
              </w:rPr>
              <w:t>师：先独立口算，然后说一说你是怎样算的。</w:t>
            </w:r>
          </w:p>
          <w:p>
            <w:pPr>
              <w:spacing w:after="20" w:line="276" w:lineRule="auto"/>
            </w:pPr>
            <w:r>
              <w:rPr>
                <w:rFonts w:ascii="宋体" w:hAnsi="宋体" w:eastAsia="宋体"/>
                <w:b w:val="0"/>
                <w:sz w:val="18"/>
              </w:rPr>
              <w:t>2.课件出示教科书P43例1情境图。</w:t>
            </w:r>
          </w:p>
          <w:p>
            <w:pPr>
              <w:spacing w:after="20" w:line="276" w:lineRule="auto"/>
            </w:pPr>
            <w:r>
              <w:rPr>
                <w:rFonts w:ascii="宋体" w:hAnsi="宋体" w:eastAsia="宋体"/>
                <w:b w:val="0"/>
                <w:sz w:val="18"/>
              </w:rPr>
              <w:t>师：小亮和小丽每天都在坚持练习写字，从图中你知道了什么信息？</w:t>
            </w:r>
          </w:p>
          <w:p>
            <w:pPr>
              <w:spacing w:after="20" w:line="276" w:lineRule="auto"/>
            </w:pPr>
            <w:r>
              <w:rPr>
                <w:rFonts w:ascii="宋体" w:hAnsi="宋体" w:eastAsia="宋体"/>
                <w:b w:val="0"/>
                <w:sz w:val="18"/>
              </w:rPr>
              <w:t>师：根据图中提供的信息，你能提出什么数学问题？</w:t>
            </w:r>
          </w:p>
          <w:p>
            <w:pPr>
              <w:spacing w:after="20" w:line="276" w:lineRule="auto"/>
            </w:pPr>
            <w:r>
              <w:rPr>
                <w:rFonts w:ascii="宋体" w:hAnsi="宋体" w:eastAsia="宋体"/>
                <w:b w:val="0"/>
                <w:sz w:val="18"/>
              </w:rPr>
              <w:t>师：要解决这些问题，应该怎样列式？</w:t>
            </w:r>
          </w:p>
          <w:p>
            <w:pPr>
              <w:spacing w:after="20" w:line="276" w:lineRule="auto"/>
            </w:pPr>
            <w:r>
              <w:rPr>
                <w:rFonts w:ascii="宋体" w:hAnsi="宋体" w:eastAsia="宋体"/>
                <w:b w:val="0"/>
                <w:sz w:val="18"/>
              </w:rPr>
              <w:t>师：“26+2”和“26+20”该怎样计算呢？这就是我们今天要学习的内容。［板书课题：口算加法（1）］</w:t>
            </w:r>
          </w:p>
        </w:tc>
        <w:tc>
          <w:tcPr>
            <w:tcW w:type="dxa" w:w="3061"/>
          </w:tcPr>
          <w:p>
            <w:pPr>
              <w:spacing w:after="20" w:line="276" w:lineRule="auto"/>
            </w:pPr>
            <w:r/>
            <w:r>
              <w:rPr>
                <w:rFonts w:ascii="宋体" w:hAnsi="宋体" w:eastAsia="宋体"/>
                <w:b w:val="0"/>
                <w:sz w:val="18"/>
              </w:rPr>
              <w:t>口算比较简单，学生能轻松说出结果。说算法时大多数学生能回忆起“整十数加一位数”是几个十加几个一，“整十数加整十数”是几个十加几个十。</w:t>
            </w:r>
          </w:p>
          <w:p>
            <w:pPr>
              <w:spacing w:after="20" w:line="276" w:lineRule="auto"/>
            </w:pPr>
            <w:r>
              <w:rPr>
                <w:rFonts w:ascii="宋体" w:hAnsi="宋体" w:eastAsia="宋体"/>
                <w:b w:val="0"/>
                <w:sz w:val="18"/>
              </w:rPr>
              <w:t>小亮写了26个字，还需要再写2个，小丽写了20个字。</w:t>
            </w:r>
          </w:p>
          <w:p>
            <w:pPr>
              <w:spacing w:after="20" w:line="276" w:lineRule="auto"/>
            </w:pPr>
            <w:r>
              <w:rPr>
                <w:rFonts w:ascii="宋体" w:hAnsi="宋体" w:eastAsia="宋体"/>
                <w:b w:val="0"/>
                <w:sz w:val="18"/>
              </w:rPr>
              <w:t>预设1：小亮一共要写多少个字？</w:t>
            </w:r>
          </w:p>
          <w:p>
            <w:pPr>
              <w:spacing w:after="20" w:line="276" w:lineRule="auto"/>
            </w:pPr>
            <w:r>
              <w:rPr>
                <w:rFonts w:ascii="宋体" w:hAnsi="宋体" w:eastAsia="宋体"/>
                <w:b w:val="0"/>
                <w:sz w:val="18"/>
              </w:rPr>
              <w:t>预设2：小亮和小丽一共写了多少个字？</w:t>
            </w:r>
          </w:p>
          <w:p>
            <w:pPr>
              <w:spacing w:after="20" w:line="276" w:lineRule="auto"/>
            </w:pPr>
            <w:r>
              <w:rPr>
                <w:rFonts w:ascii="宋体" w:hAnsi="宋体" w:eastAsia="宋体"/>
                <w:b w:val="0"/>
                <w:sz w:val="18"/>
              </w:rPr>
              <w:t>学生很容易列出算式：26+2，26+20。</w:t>
            </w:r>
          </w:p>
        </w:tc>
        <w:tc>
          <w:tcPr>
            <w:tcW w:type="dxa" w:w="1814"/>
          </w:tcPr>
          <w:p>
            <w:pPr>
              <w:spacing w:after="20" w:line="276" w:lineRule="auto"/>
            </w:pPr>
            <w:r/>
            <w:r>
              <w:rPr>
                <w:rFonts w:ascii="宋体" w:hAnsi="宋体" w:eastAsia="宋体"/>
                <w:b w:val="0"/>
                <w:sz w:val="18"/>
              </w:rPr>
              <w:t>通过复习口算，为学习活动提供必要的知识和方法准备。创设写字的情境，引入今天所要探究的内容，充分激发学生的学习兴趣,为探究新的知识做好铺垫。</w:t>
            </w:r>
          </w:p>
        </w:tc>
      </w:tr>
      <w:tr>
        <w:tc>
          <w:tcPr>
            <w:tcW w:type="dxa" w:w="1474"/>
          </w:tcPr>
          <w:p>
            <w:pPr>
              <w:spacing w:after="20" w:line="276" w:lineRule="auto"/>
            </w:pPr>
            <w:r>
              <w:rPr>
                <w:b/>
              </w:rPr>
            </w:r>
            <w:r>
              <w:rPr>
                <w:rFonts w:ascii="宋体" w:hAnsi="宋体" w:eastAsia="宋体"/>
                <w:b/>
                <w:sz w:val="18"/>
              </w:rPr>
              <w:t>二、自主探究，直观建模</w:t>
            </w:r>
          </w:p>
        </w:tc>
        <w:tc>
          <w:tcPr>
            <w:tcW w:type="dxa" w:w="3061"/>
          </w:tcPr>
          <w:p>
            <w:pPr>
              <w:spacing w:after="20" w:line="276" w:lineRule="auto"/>
            </w:pPr>
            <w:r/>
            <w:r>
              <w:rPr>
                <w:rFonts w:ascii="宋体" w:hAnsi="宋体" w:eastAsia="宋体"/>
                <w:b w:val="0"/>
                <w:sz w:val="18"/>
              </w:rPr>
              <w:t>1.探究“两位数加一位数(不进位)”的口算方法。</w:t>
            </w:r>
          </w:p>
          <w:p>
            <w:pPr>
              <w:spacing w:after="20" w:line="276" w:lineRule="auto"/>
            </w:pPr>
            <w:r>
              <w:rPr>
                <w:rFonts w:ascii="宋体" w:hAnsi="宋体" w:eastAsia="宋体"/>
                <w:b w:val="0"/>
                <w:sz w:val="18"/>
              </w:rPr>
              <w:t>(1)师：“26+2”等于多少？请你尝试计算，并和同桌交流。</w:t>
            </w:r>
          </w:p>
          <w:p>
            <w:pPr>
              <w:spacing w:after="20" w:line="276" w:lineRule="auto"/>
            </w:pPr>
            <w:r>
              <w:rPr>
                <w:rFonts w:ascii="宋体" w:hAnsi="宋体" w:eastAsia="宋体"/>
                <w:b w:val="0"/>
                <w:sz w:val="18"/>
              </w:rPr>
              <w:t>(2)交流汇报想法。</w:t>
            </w:r>
          </w:p>
          <w:p>
            <w:pPr>
              <w:spacing w:after="20" w:line="276" w:lineRule="auto"/>
            </w:pPr>
            <w:r>
              <w:rPr>
                <w:rFonts w:ascii="宋体" w:hAnsi="宋体" w:eastAsia="宋体"/>
                <w:b w:val="0"/>
                <w:sz w:val="18"/>
              </w:rPr>
              <w:t>师：谁来说说你是怎样算的？</w:t>
            </w:r>
          </w:p>
          <w:p>
            <w:pPr>
              <w:spacing w:after="20" w:line="276" w:lineRule="auto"/>
            </w:pPr>
            <w:r>
              <w:rPr>
                <w:rFonts w:ascii="宋体" w:hAnsi="宋体" w:eastAsia="宋体"/>
                <w:b w:val="0"/>
                <w:sz w:val="18"/>
              </w:rPr>
              <w:t>师：为什么两种方法都是先算“6+2”呢？</w:t>
            </w:r>
          </w:p>
          <w:p>
            <w:pPr>
              <w:spacing w:after="20" w:line="276" w:lineRule="auto"/>
            </w:pPr>
            <w:r>
              <w:rPr>
                <w:rFonts w:ascii="宋体" w:hAnsi="宋体" w:eastAsia="宋体"/>
                <w:b w:val="0"/>
                <w:sz w:val="18"/>
              </w:rPr>
              <w:t>师小结：26是由2个十和6个一组成的，要加的2表示2个一，所以要先把6个一和2个一加起来，也就是相同数位上的数才能直接相加。</w:t>
            </w:r>
          </w:p>
          <w:p>
            <w:pPr>
              <w:spacing w:after="20" w:line="276" w:lineRule="auto"/>
            </w:pPr>
            <w:r>
              <w:rPr>
                <w:rFonts w:ascii="宋体" w:hAnsi="宋体" w:eastAsia="宋体"/>
                <w:b w:val="0"/>
                <w:sz w:val="18"/>
              </w:rPr>
              <w:t>2.探究“两位数加整十数”的口算方法。</w:t>
            </w:r>
          </w:p>
          <w:p>
            <w:pPr>
              <w:spacing w:after="20" w:line="276" w:lineRule="auto"/>
            </w:pPr>
            <w:r>
              <w:rPr>
                <w:rFonts w:ascii="宋体" w:hAnsi="宋体" w:eastAsia="宋体"/>
                <w:b w:val="0"/>
                <w:sz w:val="18"/>
              </w:rPr>
              <w:t>(1)师：“26+20”又该怎样计算呢？</w:t>
            </w:r>
          </w:p>
          <w:p>
            <w:pPr>
              <w:spacing w:after="20" w:line="276" w:lineRule="auto"/>
            </w:pPr>
            <w:r>
              <w:rPr>
                <w:rFonts w:ascii="宋体" w:hAnsi="宋体" w:eastAsia="宋体"/>
                <w:b w:val="0"/>
                <w:sz w:val="18"/>
              </w:rPr>
              <w:t>（2）师：为什么要先算“20+20”呢？</w:t>
            </w:r>
          </w:p>
          <w:p>
            <w:pPr>
              <w:spacing w:after="20" w:line="276" w:lineRule="auto"/>
            </w:pPr>
            <w:r>
              <w:rPr>
                <w:rFonts w:ascii="宋体" w:hAnsi="宋体" w:eastAsia="宋体"/>
                <w:b w:val="0"/>
                <w:sz w:val="18"/>
              </w:rPr>
              <w:t>师小结：26是由2个十和6个一组成的，20里有2个十，26中的2个十和20中的2个十相加得4个十，也就是十位和十位上的数相加，再加上个位上的6。</w:t>
            </w:r>
          </w:p>
          <w:p>
            <w:pPr>
              <w:spacing w:after="20" w:line="276" w:lineRule="auto"/>
            </w:pPr>
            <w:r>
              <w:rPr>
                <w:rFonts w:ascii="宋体" w:hAnsi="宋体" w:eastAsia="宋体"/>
                <w:b w:val="0"/>
                <w:sz w:val="18"/>
              </w:rPr>
              <w:t>3.比较“两位数加一位数（不进位）”和“两位数加整十数”的异同。</w:t>
            </w:r>
          </w:p>
          <w:p>
            <w:pPr>
              <w:spacing w:after="20" w:line="276" w:lineRule="auto"/>
            </w:pPr>
            <w:r>
              <w:rPr>
                <w:rFonts w:ascii="宋体" w:hAnsi="宋体" w:eastAsia="宋体"/>
                <w:b w:val="0"/>
                <w:sz w:val="18"/>
              </w:rPr>
              <w:t>师：26+2和26+20在计算时有什么不同？</w:t>
            </w:r>
          </w:p>
          <w:p>
            <w:pPr>
              <w:spacing w:after="20" w:line="276" w:lineRule="auto"/>
            </w:pPr>
            <w:r>
              <w:rPr>
                <w:rFonts w:ascii="宋体" w:hAnsi="宋体" w:eastAsia="宋体"/>
                <w:b w:val="0"/>
                <w:sz w:val="18"/>
              </w:rPr>
              <w:t>根据学生的回答，教师板书计算过程。如：</w:t>
            </w:r>
          </w:p>
          <w:p>
            <w:pPr>
              <w:spacing w:after="20" w:line="276" w:lineRule="auto"/>
            </w:pPr>
            <w:r>
              <w:rPr>
                <w:rFonts w:ascii="宋体" w:hAnsi="宋体" w:eastAsia="宋体"/>
                <w:b w:val="0"/>
                <w:sz w:val="18"/>
              </w:rPr>
              <w:t>师小结：在口算两位数加一位数（不进位）、整十数时，必须是几个一和几个一相加、几个十和几个十相加，即相同数位上的数才能直接相加。（板书）</w:t>
            </w:r>
          </w:p>
          <w:p>
            <w:pPr>
              <w:spacing w:after="20" w:line="276" w:lineRule="auto"/>
            </w:pPr>
            <w:r>
              <w:rPr>
                <w:rFonts w:ascii="宋体" w:hAnsi="宋体" w:eastAsia="宋体"/>
                <w:b w:val="0"/>
                <w:sz w:val="18"/>
              </w:rPr>
              <w:t>4.探究“两位数加两位数（不进位）”的口算方法。</w:t>
            </w:r>
          </w:p>
          <w:p>
            <w:pPr>
              <w:spacing w:after="20" w:line="276" w:lineRule="auto"/>
            </w:pPr>
            <w:r>
              <w:rPr>
                <w:rFonts w:ascii="宋体" w:hAnsi="宋体" w:eastAsia="宋体"/>
                <w:b w:val="0"/>
                <w:sz w:val="18"/>
              </w:rPr>
              <w:t>师：“26+22”又该如何计算？你能结合刚才学习的方法说一说口算的过程吗？</w:t>
            </w:r>
          </w:p>
        </w:tc>
        <w:tc>
          <w:tcPr>
            <w:tcW w:type="dxa" w:w="3061"/>
          </w:tcPr>
          <w:p>
            <w:pPr>
              <w:spacing w:after="20" w:line="276" w:lineRule="auto"/>
            </w:pPr>
            <w:r/>
            <w:r>
              <w:rPr>
                <w:rFonts w:ascii="宋体" w:hAnsi="宋体" w:eastAsia="宋体"/>
                <w:b w:val="0"/>
                <w:sz w:val="18"/>
              </w:rPr>
              <w:t>学生借助摆小棒尝试计算，教师巡视，发现典型方法。</w:t>
            </w:r>
          </w:p>
          <w:p>
            <w:pPr>
              <w:spacing w:after="20" w:line="276" w:lineRule="auto"/>
            </w:pPr>
            <w:r>
              <w:rPr>
                <w:rFonts w:ascii="宋体" w:hAnsi="宋体" w:eastAsia="宋体"/>
                <w:b w:val="0"/>
                <w:sz w:val="18"/>
              </w:rPr>
              <w:t>预设1：摆小棒，左边摆2捆又6根，右边摆2根，6根小棒和2根小棒合起来是8根小棒，所以一共有28根小棒。</w:t>
            </w:r>
          </w:p>
          <w:p>
            <w:pPr>
              <w:spacing w:after="20" w:line="276" w:lineRule="auto"/>
            </w:pPr>
            <w:r>
              <w:rPr>
                <w:rFonts w:ascii="宋体" w:hAnsi="宋体" w:eastAsia="宋体"/>
                <w:b w:val="0"/>
                <w:sz w:val="18"/>
              </w:rPr>
              <w:t>预设2：口算，先算6+2=8，再算20+8=28。</w:t>
            </w:r>
          </w:p>
          <w:p>
            <w:pPr>
              <w:spacing w:after="20" w:line="276" w:lineRule="auto"/>
            </w:pPr>
            <w:r>
              <w:rPr>
                <w:rFonts w:ascii="宋体" w:hAnsi="宋体" w:eastAsia="宋体"/>
                <w:b w:val="0"/>
                <w:sz w:val="18"/>
              </w:rPr>
              <w:t>预设2：6和2都是个位上的数，所以先相加，再加十位上的数。</w:t>
            </w:r>
          </w:p>
          <w:p>
            <w:pPr>
              <w:spacing w:after="20" w:line="276" w:lineRule="auto"/>
            </w:pPr>
            <w:r>
              <w:rPr>
                <w:rFonts w:ascii="宋体" w:hAnsi="宋体" w:eastAsia="宋体"/>
                <w:b w:val="0"/>
                <w:sz w:val="18"/>
              </w:rPr>
              <w:t>学生先独立计算，再在小组内探讨交流。</w:t>
            </w:r>
          </w:p>
          <w:p>
            <w:pPr>
              <w:spacing w:after="20" w:line="276" w:lineRule="auto"/>
            </w:pPr>
            <w:r>
              <w:rPr>
                <w:rFonts w:ascii="宋体" w:hAnsi="宋体" w:eastAsia="宋体"/>
                <w:b w:val="0"/>
                <w:sz w:val="18"/>
              </w:rPr>
              <w:t>预设1：摆小棒，左边摆2捆又6根，右边摆2捆，先把左边的2捆和右边的2捆合起来是4捆小棒，也就是40，即20+20=40，再算40+6=46。</w:t>
            </w:r>
          </w:p>
          <w:p>
            <w:pPr>
              <w:spacing w:after="20" w:line="276" w:lineRule="auto"/>
            </w:pPr>
            <w:r>
              <w:rPr>
                <w:rFonts w:ascii="宋体" w:hAnsi="宋体" w:eastAsia="宋体"/>
                <w:b w:val="0"/>
                <w:sz w:val="18"/>
              </w:rPr>
              <w:t>预设2：在计数器上拨珠计算，因为2+2=4，所以20+20=40，再算40+6=46。</w:t>
            </w:r>
          </w:p>
          <w:p>
            <w:pPr>
              <w:spacing w:after="20" w:line="276" w:lineRule="auto"/>
            </w:pPr>
            <w:r>
              <w:rPr>
                <w:rFonts w:ascii="宋体" w:hAnsi="宋体" w:eastAsia="宋体"/>
                <w:b w:val="0"/>
                <w:sz w:val="18"/>
              </w:rPr>
              <w:t>预设1：2捆和2捆都是成捆的小棒，都是表示几个十，而6是6根小棒，表示6个一。</w:t>
            </w:r>
          </w:p>
          <w:p>
            <w:pPr>
              <w:spacing w:after="20" w:line="276" w:lineRule="auto"/>
            </w:pPr>
            <w:r>
              <w:rPr>
                <w:rFonts w:ascii="宋体" w:hAnsi="宋体" w:eastAsia="宋体"/>
                <w:b w:val="0"/>
                <w:sz w:val="18"/>
              </w:rPr>
              <w:t>预设2：2和2都是十位上的数，所以先相加，再加个位上的6。</w:t>
            </w:r>
          </w:p>
          <w:p>
            <w:pPr>
              <w:spacing w:after="20" w:line="276" w:lineRule="auto"/>
            </w:pPr>
            <w:r>
              <w:rPr>
                <w:rFonts w:ascii="宋体" w:hAnsi="宋体" w:eastAsia="宋体"/>
                <w:b w:val="0"/>
                <w:sz w:val="18"/>
              </w:rPr>
              <w:t>计算26+2时，要先算6+2；计算26+20时，要先算20+20。</w:t>
            </w:r>
          </w:p>
          <w:p>
            <w:pPr>
              <w:spacing w:after="20" w:line="276" w:lineRule="auto"/>
            </w:pPr>
            <w:r>
              <w:rPr>
                <w:rFonts w:ascii="宋体" w:hAnsi="宋体" w:eastAsia="宋体"/>
                <w:b w:val="0"/>
                <w:sz w:val="18"/>
              </w:rPr>
              <w:t>学生互相交流后，教师指名学生回答。</w:t>
            </w:r>
          </w:p>
          <w:p>
            <w:pPr>
              <w:spacing w:after="20" w:line="276" w:lineRule="auto"/>
            </w:pPr>
            <w:r>
              <w:rPr>
                <w:rFonts w:ascii="宋体" w:hAnsi="宋体" w:eastAsia="宋体"/>
                <w:b w:val="0"/>
                <w:sz w:val="18"/>
              </w:rPr>
              <w:t>将个位和个位上的数相加，十位与十位上的数相加，最后将两部分的数相加，即6+2=8,20+20=40,40+8=48。</w:t>
            </w:r>
          </w:p>
          <w:p>
            <w:pPr>
              <w:spacing w:after="20" w:line="276" w:lineRule="auto"/>
            </w:pPr>
            <w:r>
              <w:rPr>
                <w:rFonts w:ascii="宋体" w:hAnsi="宋体" w:eastAsia="宋体"/>
                <w:b w:val="0"/>
                <w:sz w:val="18"/>
              </w:rPr>
              <w:t>学生自主计算34+35，再互相交流计算方法。</w:t>
            </w:r>
          </w:p>
        </w:tc>
        <w:tc>
          <w:tcPr>
            <w:tcW w:type="dxa" w:w="1814"/>
          </w:tcPr>
          <w:p>
            <w:pPr>
              <w:spacing w:after="20" w:line="276" w:lineRule="auto"/>
            </w:pPr>
            <w:r/>
            <w:r>
              <w:rPr>
                <w:rFonts w:ascii="宋体" w:hAnsi="宋体" w:eastAsia="宋体"/>
                <w:b w:val="0"/>
                <w:sz w:val="18"/>
              </w:rPr>
              <w:t>在这里，借助小棒操作，更加直观地理解和解决问题，在摆放小棒过程中感悟算理和算法，在相互的交流中明确算理和算法。</w:t>
            </w:r>
          </w:p>
          <w:p>
            <w:pPr>
              <w:spacing w:after="20" w:line="276" w:lineRule="auto"/>
            </w:pPr>
            <w:r>
              <w:rPr>
                <w:rFonts w:ascii="宋体" w:hAnsi="宋体" w:eastAsia="宋体"/>
                <w:b w:val="0"/>
                <w:sz w:val="18"/>
              </w:rPr>
              <w:t>通过对比“26+2”和“26+20”的计算方法，突出相同数位上的数才能直接相加，有利于学生对本节课中算法的准确把握和灵活运用。</w:t>
            </w:r>
          </w:p>
        </w:tc>
      </w:tr>
      <w:tr>
        <w:tc>
          <w:tcPr>
            <w:tcW w:type="dxa" w:w="1474"/>
          </w:tcPr>
          <w:p>
            <w:pPr>
              <w:spacing w:after="20" w:line="276" w:lineRule="auto"/>
            </w:pPr>
            <w:r>
              <w:rPr>
                <w:b/>
              </w:rPr>
            </w:r>
            <w:r>
              <w:rPr>
                <w:rFonts w:ascii="宋体" w:hAnsi="宋体" w:eastAsia="宋体"/>
                <w:b/>
                <w:sz w:val="18"/>
              </w:rPr>
              <w:t>三、巩固应用，内化算理</w:t>
            </w:r>
          </w:p>
        </w:tc>
        <w:tc>
          <w:tcPr>
            <w:tcW w:type="dxa" w:w="3061"/>
          </w:tcPr>
          <w:p>
            <w:pPr>
              <w:spacing w:after="20" w:line="276" w:lineRule="auto"/>
            </w:pPr>
            <w:r/>
            <w:r>
              <w:rPr>
                <w:rFonts w:ascii="宋体" w:hAnsi="宋体" w:eastAsia="宋体"/>
                <w:b w:val="0"/>
                <w:sz w:val="18"/>
              </w:rPr>
              <w:t>1.完成教科书P44“做一做”。</w:t>
            </w:r>
          </w:p>
          <w:p>
            <w:pPr>
              <w:spacing w:after="20" w:line="276" w:lineRule="auto"/>
            </w:pPr>
            <w:r>
              <w:rPr>
                <w:rFonts w:ascii="宋体" w:hAnsi="宋体" w:eastAsia="宋体"/>
                <w:b w:val="0"/>
                <w:sz w:val="18"/>
              </w:rPr>
              <w:t>(1)师：说一说每一题第一步先算什么。</w:t>
            </w:r>
          </w:p>
          <w:p>
            <w:pPr>
              <w:spacing w:after="20" w:line="276" w:lineRule="auto"/>
            </w:pPr>
            <w:r>
              <w:rPr>
                <w:rFonts w:ascii="宋体" w:hAnsi="宋体" w:eastAsia="宋体"/>
                <w:b w:val="0"/>
                <w:sz w:val="18"/>
              </w:rPr>
              <w:t>(2)学生独立在教科书上完成。</w:t>
            </w:r>
          </w:p>
          <w:p>
            <w:pPr>
              <w:spacing w:after="20" w:line="276" w:lineRule="auto"/>
            </w:pPr>
            <w:r>
              <w:rPr>
                <w:rFonts w:ascii="宋体" w:hAnsi="宋体" w:eastAsia="宋体"/>
                <w:b w:val="0"/>
                <w:sz w:val="18"/>
              </w:rPr>
              <w:t>(3)口述口算的方法，如：先算什么？再算什么？</w:t>
            </w:r>
          </w:p>
          <w:p>
            <w:pPr>
              <w:spacing w:after="20" w:line="276" w:lineRule="auto"/>
            </w:pPr>
            <w:r>
              <w:rPr>
                <w:rFonts w:ascii="宋体" w:hAnsi="宋体" w:eastAsia="宋体"/>
                <w:b w:val="0"/>
                <w:sz w:val="18"/>
              </w:rPr>
              <w:t>2.课件出示。</w:t>
            </w:r>
          </w:p>
        </w:tc>
        <w:tc>
          <w:tcPr>
            <w:tcW w:type="dxa" w:w="3061"/>
          </w:tcPr>
          <w:p>
            <w:pPr>
              <w:spacing w:after="20" w:line="276" w:lineRule="auto"/>
            </w:pPr>
            <w:r/>
            <w:r>
              <w:rPr>
                <w:rFonts w:ascii="宋体" w:hAnsi="宋体" w:eastAsia="宋体"/>
                <w:b w:val="0"/>
                <w:sz w:val="18"/>
              </w:rPr>
              <w:t>根据前面学习的内容，学生很快能说出第一步先算什么。</w:t>
            </w:r>
          </w:p>
          <w:p>
            <w:pPr>
              <w:spacing w:after="20" w:line="276" w:lineRule="auto"/>
            </w:pPr>
            <w:r>
              <w:rPr>
                <w:rFonts w:ascii="宋体" w:hAnsi="宋体" w:eastAsia="宋体"/>
                <w:b w:val="0"/>
                <w:sz w:val="18"/>
              </w:rPr>
              <w:t>大部分学生能很快完成，有少数学生可能会出错、混淆数位相加的位置，要让学生多口述口算方法。</w:t>
            </w:r>
          </w:p>
          <w:p>
            <w:pPr>
              <w:spacing w:after="20" w:line="276" w:lineRule="auto"/>
            </w:pPr>
            <w:r>
              <w:rPr>
                <w:rFonts w:ascii="宋体" w:hAnsi="宋体" w:eastAsia="宋体"/>
                <w:b w:val="0"/>
                <w:sz w:val="18"/>
              </w:rPr>
              <w:t>大部分同学都能选出正确答案，感悟算理。</w:t>
            </w:r>
          </w:p>
        </w:tc>
        <w:tc>
          <w:tcPr>
            <w:tcW w:type="dxa" w:w="1814"/>
          </w:tcPr>
          <w:p>
            <w:pPr>
              <w:spacing w:after="20" w:line="276" w:lineRule="auto"/>
            </w:pPr>
            <w:r/>
            <w:r>
              <w:rPr>
                <w:rFonts w:ascii="宋体" w:hAnsi="宋体" w:eastAsia="宋体"/>
                <w:b w:val="0"/>
                <w:sz w:val="18"/>
              </w:rPr>
              <w:t>通过有联系的两题，以上下对比的方式进行训练，突出教学重点，进一步巩固数位的概念。</w:t>
            </w:r>
          </w:p>
          <w:p>
            <w:pPr>
              <w:spacing w:after="20" w:line="276" w:lineRule="auto"/>
            </w:pPr>
            <w:r>
              <w:rPr>
                <w:rFonts w:ascii="宋体" w:hAnsi="宋体" w:eastAsia="宋体"/>
                <w:b w:val="0"/>
                <w:sz w:val="18"/>
              </w:rPr>
              <w:t>让学生通过训练进一步体会“相同数位上的数才能直接相加”的算理，灵活运用本节课的知识。</w:t>
            </w:r>
          </w:p>
        </w:tc>
      </w:tr>
      <w:tr>
        <w:tc>
          <w:tcPr>
            <w:tcW w:type="dxa" w:w="1474"/>
          </w:tcPr>
          <w:p>
            <w:pPr>
              <w:spacing w:after="20" w:line="276" w:lineRule="auto"/>
            </w:pPr>
            <w:r>
              <w:rPr>
                <w:b/>
              </w:rPr>
            </w:r>
            <w:r>
              <w:rPr>
                <w:rFonts w:ascii="宋体" w:hAnsi="宋体" w:eastAsia="宋体"/>
                <w:b/>
                <w:sz w:val="18"/>
              </w:rPr>
              <w:t>四、全课小结</w:t>
            </w:r>
          </w:p>
        </w:tc>
        <w:tc>
          <w:tcPr>
            <w:tcW w:type="dxa" w:w="3061"/>
          </w:tcPr>
          <w:p>
            <w:pPr>
              <w:spacing w:after="20" w:line="276" w:lineRule="auto"/>
            </w:pPr>
            <w:r/>
            <w:r>
              <w:rPr>
                <w:rFonts w:ascii="宋体" w:hAnsi="宋体" w:eastAsia="宋体"/>
                <w:b w:val="0"/>
                <w:sz w:val="18"/>
              </w:rPr>
              <w:t>师：在今天的学习中，你们有什么新的收获？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引导学生回顾梳理本课所学，完善认知结构，提升归纳与反思能力，核心问题："在今天的学习中，你们有什么新的收获？"</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教科书P43~44例1和“试一试”，完成教科书P44“做一做”。</w:t>
      </w:r>
    </w:p>
    <w:p>
      <w:pPr>
        <w:spacing w:after="40" w:line="300" w:lineRule="auto"/>
        <w:ind w:firstLine="400"/>
      </w:pPr>
      <w:r>
        <w:rPr>
          <w:rFonts w:ascii="宋体" w:hAnsi="宋体" w:eastAsia="宋体"/>
          <w:b w:val="0"/>
          <w:sz w:val="20"/>
        </w:rPr>
        <w:t>② 原设计安排：见“状元成才路”系列丛书《创优作业100分》或《状元作业本》对应课时作业。</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教学着重让学生理解相同数位上的数才能直接相加的算理，这是后面学习两位数加两位数的基础。从写字的情境图引出两个实际问题，列出有联系的两个加法算式后，让学生通过操作探索算法，理解算理。采用左右对比的方式，将演示算理的小棒图与表示口算过程的算式对照，让学生洞彻事理。最后再通过比较两者的异同，让学生深刻领悟“相同数位上的数才能直接相加”。</w:t>
      </w:r>
    </w:p>
    <w:p>
      <w:r>
        <w:br w:type="page"/>
      </w:r>
    </w:p>
    <w:p>
      <w:pPr>
        <w:spacing w:after="80" w:line="300" w:lineRule="auto"/>
      </w:pPr>
      <w:r>
        <w:rPr>
          <w:rFonts w:ascii="黑体" w:hAnsi="黑体" w:eastAsia="黑体"/>
          <w:b/>
          <w:sz w:val="24"/>
        </w:rPr>
        <w:t>二、课时教学方案（第3课时）</w:t>
      </w:r>
    </w:p>
    <w:p>
      <w:pPr>
        <w:spacing w:after="80" w:line="300" w:lineRule="auto"/>
      </w:pPr>
      <w:r>
        <w:rPr>
          <w:rFonts w:ascii="黑体" w:hAnsi="黑体" w:eastAsia="黑体"/>
          <w:b/>
          <w:sz w:val="24"/>
        </w:rPr>
        <w:t>第3课时　口算减法（2）</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第3课时　口算减法（2）</w:t>
            </w:r>
          </w:p>
        </w:tc>
        <w:tc>
          <w:tcPr>
            <w:tcW w:type="dxa" w:w="6009"/>
          </w:tcPr>
          <w:p>
            <w:pPr>
              <w:spacing w:after="20" w:line="276" w:lineRule="auto"/>
            </w:pPr>
            <w:r/>
            <w:r>
              <w:rPr>
                <w:rFonts w:ascii="宋体" w:hAnsi="宋体" w:eastAsia="宋体"/>
                <w:b w:val="0"/>
                <w:sz w:val="20"/>
              </w:rPr>
              <w:t>第4单元 100以内的口算加、减法（口算减法）</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已经掌握了100以内数的读法、写法和数的组成,以及整十数加一位数和相应的减法的计算方法,而100以内的加法和减法计算主要是化归为20以内整十数加一位数和相应的减法来计算,因此这一部分计算对于学生来说问题不大,关键是要让学生理解算理。</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教学内容：教科书P48~49例2，完成教科书P49“做一做”。</w:t>
      </w:r>
    </w:p>
    <w:p>
      <w:pPr>
        <w:spacing w:after="80" w:line="300" w:lineRule="auto"/>
        <w:ind w:firstLine="400"/>
      </w:pPr>
      <w:r>
        <w:rPr>
          <w:rFonts w:ascii="宋体" w:hAnsi="宋体" w:eastAsia="宋体"/>
          <w:b w:val="0"/>
          <w:sz w:val="20"/>
        </w:rPr>
        <w:t>教学准备：课件、小棒。</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（1）理解两位数减一位数(退位)的算理，感受算法多样化，掌握两位数减一位数(退位)的算法，能正确进行计算。</w:t>
      </w:r>
    </w:p>
    <w:p>
      <w:pPr>
        <w:spacing w:after="20" w:line="300" w:lineRule="auto"/>
        <w:ind w:firstLine="400"/>
      </w:pPr>
      <w:r>
        <w:rPr>
          <w:rFonts w:ascii="宋体" w:hAnsi="宋体" w:eastAsia="宋体"/>
          <w:b w:val="0"/>
          <w:sz w:val="20"/>
        </w:rPr>
        <w:t>（2）引导学生经历探究、比较、合作交流，应用学具直观感知等过程，体验由具体到抽象的数学思想和方法。</w:t>
      </w:r>
    </w:p>
    <w:p>
      <w:pPr>
        <w:spacing w:after="20" w:line="300" w:lineRule="auto"/>
        <w:ind w:firstLine="400"/>
      </w:pPr>
      <w:r>
        <w:rPr>
          <w:rFonts w:ascii="宋体" w:hAnsi="宋体" w:eastAsia="宋体"/>
          <w:b w:val="0"/>
          <w:sz w:val="20"/>
        </w:rPr>
        <w:t>（3）培养学生的动手操作能力、抽象思维能力以及归纳概括能力，在这个过程中感受退位减法与现实生活的紧密联系。</w:t>
      </w:r>
    </w:p>
    <w:p>
      <w:pPr>
        <w:spacing w:after="20" w:line="300" w:lineRule="auto"/>
      </w:pPr>
      <w:r>
        <w:rPr>
          <w:rFonts w:ascii="宋体" w:hAnsi="宋体" w:eastAsia="宋体"/>
          <w:b w:val="0"/>
          <w:sz w:val="20"/>
        </w:rPr>
        <w:t>教学重点：能正确进行两位数减一位数(退位)的计算。</w:t>
      </w:r>
    </w:p>
    <w:p>
      <w:pPr>
        <w:spacing w:after="20" w:line="300" w:lineRule="auto"/>
      </w:pPr>
      <w:r>
        <w:rPr>
          <w:rFonts w:ascii="宋体" w:hAnsi="宋体" w:eastAsia="宋体"/>
          <w:b w:val="0"/>
          <w:sz w:val="20"/>
        </w:rPr>
        <w:t>教学难点：理解两位数减一位数(退位)的算理。</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一、复习引入</w:t>
            </w:r>
          </w:p>
        </w:tc>
        <w:tc>
          <w:tcPr>
            <w:tcW w:type="dxa" w:w="1814"/>
          </w:tcPr>
          <w:p>
            <w:pPr>
              <w:spacing w:after="20" w:line="276" w:lineRule="auto"/>
            </w:pPr>
            <w:r/>
            <w:r>
              <w:rPr>
                <w:rFonts w:ascii="宋体" w:hAnsi="宋体" w:eastAsia="宋体"/>
                <w:b w:val="0"/>
                <w:sz w:val="18"/>
              </w:rPr>
              <w:t>课件、小棒</w:t>
            </w:r>
          </w:p>
        </w:tc>
        <w:tc>
          <w:tcPr>
            <w:tcW w:type="dxa" w:w="3402"/>
          </w:tcPr>
          <w:p>
            <w:pPr>
              <w:spacing w:after="20" w:line="276" w:lineRule="auto"/>
            </w:pPr>
            <w:r/>
            <w:r>
              <w:rPr>
                <w:rFonts w:ascii="宋体" w:hAnsi="宋体" w:eastAsia="宋体"/>
                <w:b w:val="0"/>
                <w:sz w:val="18"/>
              </w:rPr>
              <w:t>你是怎样口算36-2的？16-9呢？</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二、呈现问题，探究算法</w:t>
            </w:r>
          </w:p>
        </w:tc>
        <w:tc>
          <w:tcPr>
            <w:tcW w:type="dxa" w:w="1814"/>
          </w:tcPr>
          <w:p>
            <w:pPr>
              <w:spacing w:after="20" w:line="276" w:lineRule="auto"/>
            </w:pPr>
            <w:r/>
            <w:r>
              <w:rPr>
                <w:rFonts w:ascii="宋体" w:hAnsi="宋体" w:eastAsia="宋体"/>
                <w:b w:val="0"/>
                <w:sz w:val="18"/>
              </w:rPr>
              <w:t>课件、小棒</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2分钟</w:t>
            </w:r>
          </w:p>
        </w:tc>
      </w:tr>
      <w:tr>
        <w:tc>
          <w:tcPr>
            <w:tcW w:type="dxa" w:w="2835"/>
          </w:tcPr>
          <w:p>
            <w:pPr>
              <w:spacing w:after="20" w:line="276" w:lineRule="auto"/>
            </w:pPr>
            <w:r/>
            <w:r>
              <w:rPr>
                <w:rFonts w:ascii="宋体" w:hAnsi="宋体" w:eastAsia="宋体"/>
                <w:b w:val="0"/>
                <w:sz w:val="18"/>
              </w:rPr>
              <w:t>课件出示教科书P48~49例2。2</w:t>
            </w:r>
          </w:p>
        </w:tc>
        <w:tc>
          <w:tcPr>
            <w:tcW w:type="dxa" w:w="1814"/>
          </w:tcPr>
          <w:p>
            <w:pPr>
              <w:spacing w:after="20" w:line="276" w:lineRule="auto"/>
            </w:pPr>
            <w:r/>
            <w:r>
              <w:rPr>
                <w:rFonts w:ascii="宋体" w:hAnsi="宋体" w:eastAsia="宋体"/>
                <w:b w:val="0"/>
                <w:sz w:val="18"/>
              </w:rPr>
              <w:t>小棒、课件</w:t>
            </w:r>
          </w:p>
        </w:tc>
        <w:tc>
          <w:tcPr>
            <w:tcW w:type="dxa" w:w="3402"/>
          </w:tcPr>
          <w:p>
            <w:pPr>
              <w:spacing w:after="20" w:line="276" w:lineRule="auto"/>
            </w:pPr>
            <w:r/>
            <w:r>
              <w:rPr>
                <w:rFonts w:ascii="宋体" w:hAnsi="宋体" w:eastAsia="宋体"/>
                <w:b w:val="0"/>
                <w:sz w:val="18"/>
              </w:rPr>
              <w:t>图中的信息和所给的问题是什么?；怎样列式？</w:t>
            </w:r>
          </w:p>
        </w:tc>
        <w:tc>
          <w:tcPr>
            <w:tcW w:type="dxa" w:w="1361"/>
          </w:tcPr>
          <w:p>
            <w:pPr>
              <w:spacing w:after="20" w:line="276" w:lineRule="auto"/>
            </w:pPr>
            <w:r/>
            <w:r>
              <w:rPr>
                <w:rFonts w:ascii="宋体" w:hAnsi="宋体" w:eastAsia="宋体"/>
                <w:b w:val="0"/>
                <w:sz w:val="18"/>
              </w:rPr>
              <w:t>19分钟</w:t>
            </w:r>
          </w:p>
        </w:tc>
      </w:tr>
      <w:tr>
        <w:tc>
          <w:tcPr>
            <w:tcW w:type="dxa" w:w="2835"/>
          </w:tcPr>
          <w:p>
            <w:pPr>
              <w:spacing w:after="20" w:line="276" w:lineRule="auto"/>
            </w:pPr>
            <w:r/>
            <w:r>
              <w:rPr>
                <w:rFonts w:ascii="宋体" w:hAnsi="宋体" w:eastAsia="宋体"/>
                <w:b w:val="0"/>
                <w:sz w:val="18"/>
              </w:rPr>
              <w:t>三、巩固练习，深化算理</w:t>
            </w:r>
          </w:p>
        </w:tc>
        <w:tc>
          <w:tcPr>
            <w:tcW w:type="dxa" w:w="1814"/>
          </w:tcPr>
          <w:p>
            <w:pPr>
              <w:spacing w:after="20" w:line="276" w:lineRule="auto"/>
            </w:pPr>
            <w:r/>
            <w:r>
              <w:rPr>
                <w:rFonts w:ascii="宋体" w:hAnsi="宋体" w:eastAsia="宋体"/>
                <w:b w:val="0"/>
                <w:sz w:val="18"/>
              </w:rPr>
              <w:t>教科书、小棒、课件</w:t>
            </w:r>
          </w:p>
        </w:tc>
        <w:tc>
          <w:tcPr>
            <w:tcW w:type="dxa" w:w="3402"/>
          </w:tcPr>
          <w:p>
            <w:pPr>
              <w:spacing w:after="20" w:line="276" w:lineRule="auto"/>
            </w:pPr>
            <w:r/>
            <w:r>
              <w:rPr>
                <w:rFonts w:ascii="宋体" w:hAnsi="宋体" w:eastAsia="宋体"/>
                <w:b w:val="0"/>
                <w:sz w:val="18"/>
              </w:rPr>
              <w:t>个位上0减6不够减，怎么办？先算什么？再算什么？；观察每一组上下两个算式，有什么相同的地方和不同的地方？</w:t>
            </w:r>
          </w:p>
        </w:tc>
        <w:tc>
          <w:tcPr>
            <w:tcW w:type="dxa" w:w="1361"/>
          </w:tcPr>
          <w:p>
            <w:pPr>
              <w:spacing w:after="20" w:line="276" w:lineRule="auto"/>
            </w:pPr>
            <w:r/>
            <w:r>
              <w:rPr>
                <w:rFonts w:ascii="宋体" w:hAnsi="宋体" w:eastAsia="宋体"/>
                <w:b w:val="0"/>
                <w:sz w:val="18"/>
              </w:rPr>
              <w:t>12分钟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课件、小棒</w:t>
            </w:r>
          </w:p>
        </w:tc>
        <w:tc>
          <w:tcPr>
            <w:tcW w:type="dxa" w:w="3402"/>
          </w:tcPr>
          <w:p>
            <w:pPr>
              <w:spacing w:after="20" w:line="276" w:lineRule="auto"/>
            </w:pPr>
            <w:r/>
            <w:r>
              <w:rPr>
                <w:rFonts w:ascii="宋体" w:hAnsi="宋体" w:eastAsia="宋体"/>
                <w:b w:val="0"/>
                <w:sz w:val="18"/>
              </w:rPr>
              <w:t>这节课你们学到了什么？</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一、复习引入</w:t>
            </w:r>
          </w:p>
        </w:tc>
        <w:tc>
          <w:tcPr>
            <w:tcW w:type="dxa" w:w="3061"/>
          </w:tcPr>
          <w:p>
            <w:pPr>
              <w:spacing w:after="20" w:line="276" w:lineRule="auto"/>
            </w:pPr>
            <w:r/>
            <w:r>
              <w:rPr>
                <w:rFonts w:ascii="宋体" w:hAnsi="宋体" w:eastAsia="宋体"/>
                <w:b w:val="0"/>
                <w:sz w:val="18"/>
              </w:rPr>
              <w:t>1.课件出示习题。</w:t>
            </w:r>
          </w:p>
          <w:p>
            <w:pPr>
              <w:spacing w:after="20" w:line="276" w:lineRule="auto"/>
            </w:pPr>
            <w:r>
              <w:rPr>
                <w:rFonts w:ascii="宋体" w:hAnsi="宋体" w:eastAsia="宋体"/>
                <w:b w:val="0"/>
                <w:sz w:val="18"/>
              </w:rPr>
              <w:t>师：你是怎样口算36-2的？16-9呢？</w:t>
            </w:r>
          </w:p>
          <w:p>
            <w:pPr>
              <w:spacing w:after="20" w:line="276" w:lineRule="auto"/>
            </w:pPr>
            <w:r>
              <w:rPr>
                <w:rFonts w:ascii="宋体" w:hAnsi="宋体" w:eastAsia="宋体"/>
                <w:b w:val="0"/>
                <w:sz w:val="18"/>
              </w:rPr>
              <w:t>2.揭示课题。</w:t>
            </w:r>
          </w:p>
          <w:p>
            <w:pPr>
              <w:spacing w:after="20" w:line="276" w:lineRule="auto"/>
            </w:pPr>
            <w:r>
              <w:rPr>
                <w:rFonts w:ascii="宋体" w:hAnsi="宋体" w:eastAsia="宋体"/>
                <w:b w:val="0"/>
                <w:sz w:val="18"/>
              </w:rPr>
              <w:t>师：这节课我们继续来学习两位数减一位数的口算方法。［板书课题：口算减法（2）］</w:t>
            </w:r>
          </w:p>
        </w:tc>
        <w:tc>
          <w:tcPr>
            <w:tcW w:type="dxa" w:w="3061"/>
          </w:tcPr>
          <w:p>
            <w:pPr>
              <w:spacing w:after="20" w:line="276" w:lineRule="auto"/>
            </w:pPr>
            <w:r/>
            <w:r>
              <w:rPr>
                <w:rFonts w:ascii="宋体" w:hAnsi="宋体" w:eastAsia="宋体"/>
                <w:b w:val="0"/>
                <w:sz w:val="18"/>
              </w:rPr>
              <w:t>学生能很快口算出答案，交流36-2和16-9的算法时，要让学生说清楚算理和算法。</w:t>
            </w:r>
          </w:p>
        </w:tc>
        <w:tc>
          <w:tcPr>
            <w:tcW w:type="dxa" w:w="1814"/>
          </w:tcPr>
          <w:p>
            <w:pPr>
              <w:spacing w:after="20" w:line="276" w:lineRule="auto"/>
            </w:pPr>
            <w:r/>
            <w:r>
              <w:rPr>
                <w:rFonts w:ascii="宋体" w:hAnsi="宋体" w:eastAsia="宋体"/>
                <w:b w:val="0"/>
                <w:sz w:val="18"/>
              </w:rPr>
              <w:t>通过简单的口算，唤醒学生已有的知识经验，并在交流36-2和16-9的口算方法的过程中，进一步感知“相同数位上的数才能直接相减”和“退位”的算理，构建新旧知识之间的联系，为学习新知识打下基础。</w:t>
            </w:r>
          </w:p>
        </w:tc>
      </w:tr>
      <w:tr>
        <w:tc>
          <w:tcPr>
            <w:tcW w:type="dxa" w:w="1474"/>
          </w:tcPr>
          <w:p>
            <w:pPr>
              <w:spacing w:after="20" w:line="276" w:lineRule="auto"/>
            </w:pPr>
            <w:r>
              <w:rPr>
                <w:b/>
              </w:rPr>
            </w:r>
            <w:r>
              <w:rPr>
                <w:rFonts w:ascii="宋体" w:hAnsi="宋体" w:eastAsia="宋体"/>
                <w:b/>
                <w:sz w:val="18"/>
              </w:rPr>
              <w:t>二、呈现问题，探究算法</w:t>
            </w:r>
          </w:p>
        </w:tc>
        <w:tc>
          <w:tcPr>
            <w:tcW w:type="dxa" w:w="3061"/>
          </w:tcPr>
          <w:p>
            <w:pPr>
              <w:spacing w:after="20" w:line="276" w:lineRule="auto"/>
            </w:pPr>
            <w:r/>
            <w:r>
              <w:rPr>
                <w:rFonts w:ascii="宋体" w:hAnsi="宋体" w:eastAsia="宋体"/>
                <w:b w:val="0"/>
                <w:sz w:val="18"/>
              </w:rPr>
              <w:t>1.情境引入，激起冲突。</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w:t>
            </w:r>
          </w:p>
        </w:tc>
      </w:tr>
      <w:tr>
        <w:tc>
          <w:tcPr>
            <w:tcW w:type="dxa" w:w="1474"/>
          </w:tcPr>
          <w:p>
            <w:pPr>
              <w:spacing w:after="20" w:line="276" w:lineRule="auto"/>
            </w:pPr>
            <w:r>
              <w:rPr>
                <w:b/>
              </w:rPr>
            </w:r>
            <w:r>
              <w:rPr>
                <w:rFonts w:ascii="宋体" w:hAnsi="宋体" w:eastAsia="宋体"/>
                <w:b/>
                <w:sz w:val="18"/>
              </w:rPr>
              <w:t>课件出示教科书P48~49例2。2</w:t>
            </w:r>
          </w:p>
        </w:tc>
        <w:tc>
          <w:tcPr>
            <w:tcW w:type="dxa" w:w="3061"/>
          </w:tcPr>
          <w:p>
            <w:pPr>
              <w:spacing w:after="20" w:line="276" w:lineRule="auto"/>
            </w:pPr>
            <w:r/>
            <w:r>
              <w:rPr>
                <w:rFonts w:ascii="宋体" w:hAnsi="宋体" w:eastAsia="宋体"/>
                <w:b w:val="0"/>
                <w:sz w:val="18"/>
              </w:rPr>
              <w:t>还剩多少个足球？</w:t>
            </w:r>
          </w:p>
          <w:p>
            <w:pPr>
              <w:spacing w:after="20" w:line="276" w:lineRule="auto"/>
            </w:pPr>
            <w:r>
              <w:rPr>
                <w:rFonts w:ascii="宋体" w:hAnsi="宋体" w:eastAsia="宋体"/>
                <w:b w:val="0"/>
                <w:sz w:val="18"/>
              </w:rPr>
              <w:t>师：图中的信息和所给的问题是什么?</w:t>
            </w:r>
          </w:p>
          <w:p>
            <w:pPr>
              <w:spacing w:after="20" w:line="276" w:lineRule="auto"/>
            </w:pPr>
            <w:r>
              <w:rPr>
                <w:rFonts w:ascii="宋体" w:hAnsi="宋体" w:eastAsia="宋体"/>
                <w:b w:val="0"/>
                <w:sz w:val="18"/>
              </w:rPr>
              <w:t>师：怎样列式？</w:t>
            </w:r>
          </w:p>
          <w:p>
            <w:pPr>
              <w:spacing w:after="20" w:line="276" w:lineRule="auto"/>
            </w:pPr>
            <w:r>
              <w:rPr>
                <w:rFonts w:ascii="宋体" w:hAnsi="宋体" w:eastAsia="宋体"/>
                <w:b w:val="0"/>
                <w:sz w:val="18"/>
              </w:rPr>
              <w:t>师：复习中的36-2会计算，那36-8会计算吗？你遇到了什么问题？</w:t>
            </w:r>
          </w:p>
          <w:p>
            <w:pPr>
              <w:spacing w:after="20" w:line="276" w:lineRule="auto"/>
            </w:pPr>
            <w:r>
              <w:rPr>
                <w:rFonts w:ascii="宋体" w:hAnsi="宋体" w:eastAsia="宋体"/>
                <w:b w:val="0"/>
                <w:sz w:val="18"/>
              </w:rPr>
              <w:t>师：是的，个位上的6减8不够减，今天我们就来探究两位数减一位数个位不够减的情况。</w:t>
            </w:r>
          </w:p>
          <w:p>
            <w:pPr>
              <w:spacing w:after="20" w:line="276" w:lineRule="auto"/>
            </w:pPr>
            <w:r>
              <w:rPr>
                <w:rFonts w:ascii="宋体" w:hAnsi="宋体" w:eastAsia="宋体"/>
                <w:b w:val="0"/>
                <w:sz w:val="18"/>
              </w:rPr>
              <w:t>2.借助小棒，理解算理。</w:t>
            </w:r>
          </w:p>
          <w:p>
            <w:pPr>
              <w:spacing w:after="20" w:line="276" w:lineRule="auto"/>
            </w:pPr>
            <w:r>
              <w:rPr>
                <w:rFonts w:ascii="宋体" w:hAnsi="宋体" w:eastAsia="宋体"/>
                <w:b w:val="0"/>
                <w:sz w:val="18"/>
              </w:rPr>
              <w:t>师：我们还是借助小棒来帮助我们理解。请同学们拿出3捆和6根小棒，在桌上表示出36。</w:t>
            </w:r>
          </w:p>
          <w:p>
            <w:pPr>
              <w:spacing w:after="20" w:line="276" w:lineRule="auto"/>
            </w:pPr>
            <w:r>
              <w:rPr>
                <w:rFonts w:ascii="宋体" w:hAnsi="宋体" w:eastAsia="宋体"/>
                <w:b w:val="0"/>
                <w:sz w:val="18"/>
              </w:rPr>
              <w:t>师：观察小棒，6根减8根不够减，怎么办？</w:t>
            </w:r>
          </w:p>
          <w:p>
            <w:pPr>
              <w:spacing w:after="20" w:line="276" w:lineRule="auto"/>
            </w:pPr>
            <w:r>
              <w:rPr>
                <w:rFonts w:ascii="宋体" w:hAnsi="宋体" w:eastAsia="宋体"/>
                <w:b w:val="0"/>
                <w:sz w:val="18"/>
              </w:rPr>
              <w:t>师：请同学们打开1捆小棒，边动手边思考“打开1捆小棒后要怎么减”这一问题。</w:t>
            </w:r>
          </w:p>
          <w:p>
            <w:pPr>
              <w:spacing w:after="20" w:line="276" w:lineRule="auto"/>
            </w:pPr>
            <w:r>
              <w:rPr>
                <w:rFonts w:ascii="宋体" w:hAnsi="宋体" w:eastAsia="宋体"/>
                <w:b w:val="0"/>
                <w:sz w:val="18"/>
              </w:rPr>
              <w:t>引导学生充分地交流，并结合小棒的数量进行汇报。</w:t>
            </w:r>
          </w:p>
          <w:p>
            <w:pPr>
              <w:spacing w:after="20" w:line="276" w:lineRule="auto"/>
            </w:pPr>
            <w:r>
              <w:rPr>
                <w:rFonts w:ascii="宋体" w:hAnsi="宋体" w:eastAsia="宋体"/>
                <w:b w:val="0"/>
                <w:sz w:val="18"/>
              </w:rPr>
              <w:t>师小结：从3捆和6根中“打开1捆后再减”，就是从36的十位退了一个10，这时可以将36分成26和10，也可以分成20和16。</w:t>
            </w:r>
          </w:p>
          <w:p>
            <w:pPr>
              <w:spacing w:after="20" w:line="276" w:lineRule="auto"/>
            </w:pPr>
            <w:r>
              <w:rPr>
                <w:rFonts w:ascii="宋体" w:hAnsi="宋体" w:eastAsia="宋体"/>
                <w:b w:val="0"/>
                <w:sz w:val="18"/>
              </w:rPr>
              <w:t>3.整理交流，形成方法。</w:t>
            </w:r>
          </w:p>
          <w:p>
            <w:pPr>
              <w:spacing w:after="20" w:line="276" w:lineRule="auto"/>
            </w:pPr>
            <w:r>
              <w:rPr>
                <w:rFonts w:ascii="宋体" w:hAnsi="宋体" w:eastAsia="宋体"/>
                <w:b w:val="0"/>
                <w:sz w:val="18"/>
              </w:rPr>
              <w:t>师：经过刚才摆小棒的过程，谁来说一说36-8的口算方法？</w:t>
            </w:r>
          </w:p>
          <w:p>
            <w:pPr>
              <w:spacing w:after="20" w:line="276" w:lineRule="auto"/>
            </w:pPr>
            <w:r>
              <w:rPr>
                <w:rFonts w:ascii="宋体" w:hAnsi="宋体" w:eastAsia="宋体"/>
                <w:b w:val="0"/>
                <w:sz w:val="18"/>
              </w:rPr>
              <w:t>课件演示方法一。</w:t>
            </w:r>
          </w:p>
          <w:p>
            <w:pPr>
              <w:spacing w:after="20" w:line="276" w:lineRule="auto"/>
            </w:pPr>
            <w:r>
              <w:rPr>
                <w:rFonts w:ascii="宋体" w:hAnsi="宋体" w:eastAsia="宋体"/>
                <w:b w:val="0"/>
                <w:sz w:val="18"/>
              </w:rPr>
              <w:t>课件演示方法二。</w:t>
            </w:r>
          </w:p>
        </w:tc>
        <w:tc>
          <w:tcPr>
            <w:tcW w:type="dxa" w:w="3061"/>
          </w:tcPr>
          <w:p>
            <w:pPr>
              <w:spacing w:after="20" w:line="276" w:lineRule="auto"/>
            </w:pPr>
            <w:r/>
            <w:r>
              <w:rPr>
                <w:rFonts w:ascii="宋体" w:hAnsi="宋体" w:eastAsia="宋体"/>
                <w:b w:val="0"/>
                <w:sz w:val="18"/>
              </w:rPr>
              <w:t>一共有36个足球，借走了8个，还剩多少个？</w:t>
            </w:r>
          </w:p>
          <w:p>
            <w:pPr>
              <w:spacing w:after="20" w:line="276" w:lineRule="auto"/>
            </w:pPr>
            <w:r>
              <w:rPr>
                <w:rFonts w:ascii="宋体" w:hAnsi="宋体" w:eastAsia="宋体"/>
                <w:b w:val="0"/>
                <w:sz w:val="18"/>
              </w:rPr>
              <w:t>学生很容易列出算式：36-8。</w:t>
            </w:r>
          </w:p>
          <w:p>
            <w:pPr>
              <w:spacing w:after="20" w:line="276" w:lineRule="auto"/>
            </w:pPr>
            <w:r>
              <w:rPr>
                <w:rFonts w:ascii="宋体" w:hAnsi="宋体" w:eastAsia="宋体"/>
                <w:b w:val="0"/>
                <w:sz w:val="18"/>
              </w:rPr>
              <w:t>计算36-2时个位够减，而计算36-8时，出现了个位上的6减8不够减的情况，大多数学生不能进行口算。</w:t>
            </w:r>
          </w:p>
          <w:p>
            <w:pPr>
              <w:spacing w:after="20" w:line="276" w:lineRule="auto"/>
            </w:pPr>
            <w:r>
              <w:rPr>
                <w:rFonts w:ascii="宋体" w:hAnsi="宋体" w:eastAsia="宋体"/>
                <w:b w:val="0"/>
                <w:sz w:val="18"/>
              </w:rPr>
              <w:t>根据20以内退位减法的经验，少数学生会想到“借1捆打开再减”。如果学生没有想到，教师可以引导学生想到这一内容。</w:t>
            </w:r>
          </w:p>
          <w:p>
            <w:pPr>
              <w:spacing w:after="20" w:line="276" w:lineRule="auto"/>
            </w:pPr>
            <w:r>
              <w:rPr>
                <w:rFonts w:ascii="宋体" w:hAnsi="宋体" w:eastAsia="宋体"/>
                <w:b w:val="0"/>
                <w:sz w:val="18"/>
              </w:rPr>
              <w:t>预设1：打开1捆小棒后，有的学生可能想到，打开的10根减去8根等于2根，26加2等于28。</w:t>
            </w:r>
          </w:p>
          <w:p>
            <w:pPr>
              <w:spacing w:after="20" w:line="276" w:lineRule="auto"/>
            </w:pPr>
            <w:r>
              <w:rPr>
                <w:rFonts w:ascii="宋体" w:hAnsi="宋体" w:eastAsia="宋体"/>
                <w:b w:val="0"/>
                <w:sz w:val="18"/>
              </w:rPr>
              <w:t>预设2：也有的学生会想到打开1捆小棒和6根合起来是16根小棒,16减8等于8，20加8等于28。</w:t>
            </w:r>
          </w:p>
          <w:p>
            <w:pPr>
              <w:spacing w:after="20" w:line="276" w:lineRule="auto"/>
            </w:pPr>
            <w:r>
              <w:rPr>
                <w:rFonts w:ascii="宋体" w:hAnsi="宋体" w:eastAsia="宋体"/>
                <w:b w:val="0"/>
                <w:sz w:val="18"/>
              </w:rPr>
              <w:t>学生由刚才的摆小棒到直接说方法，还是有一定的难度，少数学生能正确、完整地说出口算方法。</w:t>
            </w:r>
          </w:p>
        </w:tc>
        <w:tc>
          <w:tcPr>
            <w:tcW w:type="dxa" w:w="1814"/>
          </w:tcPr>
          <w:p>
            <w:pPr>
              <w:spacing w:after="20" w:line="276" w:lineRule="auto"/>
            </w:pPr>
            <w:r/>
            <w:r>
              <w:rPr>
                <w:rFonts w:ascii="宋体" w:hAnsi="宋体" w:eastAsia="宋体"/>
                <w:b w:val="0"/>
                <w:sz w:val="18"/>
              </w:rPr>
              <w:t>通过情境引入探究的内容，列出算式后，让学生尝试计算，结果学生无法运用已有的知识进行计算，激起认知冲突，产生探究“退位”减法的心理需求。</w:t>
            </w:r>
          </w:p>
          <w:p>
            <w:pPr>
              <w:spacing w:after="20" w:line="276" w:lineRule="auto"/>
            </w:pPr>
            <w:r>
              <w:rPr>
                <w:rFonts w:ascii="宋体" w:hAnsi="宋体" w:eastAsia="宋体"/>
                <w:b w:val="0"/>
                <w:sz w:val="18"/>
              </w:rPr>
              <w:t>将直观借助小棒抽象成计算方法，是本节课的重点和难点。通过小棒直观图，理解“退位”减法的算理，然后在算式下面标注出口算过程，算出得数，实现由具体到抽象的过渡。</w:t>
            </w:r>
          </w:p>
        </w:tc>
      </w:tr>
      <w:tr>
        <w:tc>
          <w:tcPr>
            <w:tcW w:type="dxa" w:w="1474"/>
          </w:tcPr>
          <w:p>
            <w:pPr>
              <w:spacing w:after="20" w:line="276" w:lineRule="auto"/>
            </w:pPr>
            <w:r>
              <w:rPr>
                <w:b/>
              </w:rPr>
            </w:r>
            <w:r>
              <w:rPr>
                <w:rFonts w:ascii="宋体" w:hAnsi="宋体" w:eastAsia="宋体"/>
                <w:b/>
                <w:sz w:val="18"/>
              </w:rPr>
              <w:t>三、巩固练习，深化算理</w:t>
            </w:r>
          </w:p>
        </w:tc>
        <w:tc>
          <w:tcPr>
            <w:tcW w:type="dxa" w:w="3061"/>
          </w:tcPr>
          <w:p>
            <w:pPr>
              <w:spacing w:after="20" w:line="276" w:lineRule="auto"/>
            </w:pPr>
            <w:r/>
            <w:r>
              <w:rPr>
                <w:rFonts w:ascii="宋体" w:hAnsi="宋体" w:eastAsia="宋体"/>
                <w:b w:val="0"/>
                <w:sz w:val="18"/>
              </w:rPr>
              <w:t>1.完成教科书P49“做一做”第1题。</w:t>
            </w:r>
          </w:p>
          <w:p>
            <w:pPr>
              <w:spacing w:after="20" w:line="276" w:lineRule="auto"/>
            </w:pPr>
            <w:r>
              <w:rPr>
                <w:rFonts w:ascii="宋体" w:hAnsi="宋体" w:eastAsia="宋体"/>
                <w:b w:val="0"/>
                <w:sz w:val="18"/>
              </w:rPr>
              <w:t>2.完成教科书P49“做一做”第2题。</w:t>
            </w:r>
          </w:p>
          <w:p>
            <w:pPr>
              <w:spacing w:after="20" w:line="276" w:lineRule="auto"/>
            </w:pPr>
            <w:r>
              <w:rPr>
                <w:rFonts w:ascii="宋体" w:hAnsi="宋体" w:eastAsia="宋体"/>
                <w:b w:val="0"/>
                <w:sz w:val="18"/>
              </w:rPr>
              <w:t>师：个位上0减6不够减，怎么办？先算什么？再算什么？</w:t>
            </w:r>
          </w:p>
          <w:p>
            <w:pPr>
              <w:spacing w:after="20" w:line="276" w:lineRule="auto"/>
            </w:pPr>
            <w:r>
              <w:rPr>
                <w:rFonts w:ascii="宋体" w:hAnsi="宋体" w:eastAsia="宋体"/>
                <w:b w:val="0"/>
                <w:sz w:val="18"/>
              </w:rPr>
              <w:t>3.完成教科书P49“做一做”第3题。</w:t>
            </w:r>
          </w:p>
          <w:p>
            <w:pPr>
              <w:spacing w:after="20" w:line="276" w:lineRule="auto"/>
            </w:pPr>
            <w:r>
              <w:rPr>
                <w:rFonts w:ascii="宋体" w:hAnsi="宋体" w:eastAsia="宋体"/>
                <w:b w:val="0"/>
                <w:sz w:val="18"/>
              </w:rPr>
              <w:t>(1)师：观察每一组上下两个算式，有什么相同的地方和不同的地方？</w:t>
            </w:r>
          </w:p>
          <w:p>
            <w:pPr>
              <w:spacing w:after="20" w:line="276" w:lineRule="auto"/>
            </w:pPr>
            <w:r>
              <w:rPr>
                <w:rFonts w:ascii="宋体" w:hAnsi="宋体" w:eastAsia="宋体"/>
                <w:b w:val="0"/>
                <w:sz w:val="18"/>
              </w:rPr>
              <w:t>(2)学生独立计算，订正答案。</w:t>
            </w:r>
          </w:p>
          <w:p>
            <w:pPr>
              <w:spacing w:after="20" w:line="276" w:lineRule="auto"/>
            </w:pPr>
            <w:r>
              <w:rPr>
                <w:rFonts w:ascii="宋体" w:hAnsi="宋体" w:eastAsia="宋体"/>
                <w:b w:val="0"/>
                <w:sz w:val="18"/>
              </w:rPr>
              <w:t>(3)师：观察每组上下两个算式的得数，你发现了什么？再比较第二行的得数与被减数十位上的数，你又能发现什么？</w:t>
            </w:r>
          </w:p>
        </w:tc>
        <w:tc>
          <w:tcPr>
            <w:tcW w:type="dxa" w:w="3061"/>
          </w:tcPr>
          <w:p>
            <w:pPr>
              <w:spacing w:after="20" w:line="276" w:lineRule="auto"/>
            </w:pPr>
            <w:r/>
            <w:r>
              <w:rPr>
                <w:rFonts w:ascii="宋体" w:hAnsi="宋体" w:eastAsia="宋体"/>
                <w:b w:val="0"/>
                <w:sz w:val="18"/>
              </w:rPr>
              <w:t>学生自主解答后，同桌之间交流算法。</w:t>
            </w:r>
          </w:p>
          <w:p>
            <w:pPr>
              <w:spacing w:after="20" w:line="276" w:lineRule="auto"/>
            </w:pPr>
            <w:r>
              <w:rPr>
                <w:rFonts w:ascii="宋体" w:hAnsi="宋体" w:eastAsia="宋体"/>
                <w:b w:val="0"/>
                <w:sz w:val="18"/>
              </w:rPr>
              <w:t>引导学生对照小棒直观图，先在图中圈一圈，整理口算过程，再算出得数。</w:t>
            </w:r>
          </w:p>
          <w:p>
            <w:pPr>
              <w:spacing w:after="20" w:line="276" w:lineRule="auto"/>
            </w:pPr>
            <w:r>
              <w:rPr>
                <w:rFonts w:ascii="宋体" w:hAnsi="宋体" w:eastAsia="宋体"/>
                <w:b w:val="0"/>
                <w:sz w:val="18"/>
              </w:rPr>
              <w:t>学生先想一想，再独立完成。</w:t>
            </w:r>
          </w:p>
          <w:p>
            <w:pPr>
              <w:spacing w:after="20" w:line="276" w:lineRule="auto"/>
            </w:pPr>
            <w:r>
              <w:rPr>
                <w:rFonts w:ascii="宋体" w:hAnsi="宋体" w:eastAsia="宋体"/>
                <w:b w:val="0"/>
                <w:sz w:val="18"/>
              </w:rPr>
              <w:t>此处没有小棒直观图，但是有了前面探究积累的经验，学生会想到从十位上退1，即30分成20和10，先算10-6=4，再算20+4=24。</w:t>
            </w:r>
          </w:p>
          <w:p>
            <w:pPr>
              <w:spacing w:after="20" w:line="276" w:lineRule="auto"/>
            </w:pPr>
            <w:r>
              <w:rPr>
                <w:rFonts w:ascii="宋体" w:hAnsi="宋体" w:eastAsia="宋体"/>
                <w:b w:val="0"/>
                <w:sz w:val="18"/>
              </w:rPr>
              <w:t>每一组上下两个算式的被减数相同，减数不同。</w:t>
            </w:r>
          </w:p>
          <w:p>
            <w:pPr>
              <w:spacing w:after="20" w:line="276" w:lineRule="auto"/>
            </w:pPr>
            <w:r>
              <w:rPr>
                <w:rFonts w:ascii="宋体" w:hAnsi="宋体" w:eastAsia="宋体"/>
                <w:b w:val="0"/>
                <w:sz w:val="18"/>
              </w:rPr>
              <w:t>当被减数相同时，减数越大，差越小。第二行都是退位减法，会发现下面一行的得数十位上的数比被减数十位上的数少1。</w:t>
            </w:r>
          </w:p>
        </w:tc>
        <w:tc>
          <w:tcPr>
            <w:tcW w:type="dxa" w:w="1814"/>
          </w:tcPr>
          <w:p>
            <w:pPr>
              <w:spacing w:after="20" w:line="276" w:lineRule="auto"/>
            </w:pPr>
            <w:r/>
            <w:r>
              <w:rPr>
                <w:rFonts w:ascii="宋体" w:hAnsi="宋体" w:eastAsia="宋体"/>
                <w:b w:val="0"/>
                <w:sz w:val="18"/>
              </w:rPr>
              <w:t>“做一做”的两题，从有图到无图，帮助学生由直观过渡到抽象地思考，逐步熟练地掌握计算方法。</w:t>
            </w:r>
          </w:p>
          <w:p>
            <w:pPr>
              <w:spacing w:after="20" w:line="276" w:lineRule="auto"/>
            </w:pPr>
            <w:r>
              <w:rPr>
                <w:rFonts w:ascii="宋体" w:hAnsi="宋体" w:eastAsia="宋体"/>
                <w:b w:val="0"/>
                <w:sz w:val="18"/>
              </w:rPr>
              <w:t>采用每组上下两个算式对比练习的形式，巩固两位数减一位数退位减法的计算方法，体会退位减法所引起的被减数十位上数的变化，提高学生正确进行口算的能力。</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师：这节课你们学到了什么？</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引导学生回顾梳理本课所学，完善认知结构，提升归纳与反思能力，核心问题："这节课你们学到了什么？"</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教科书P48~49例2，完成教科书P49“做一做”。</w:t>
      </w:r>
    </w:p>
    <w:p>
      <w:pPr>
        <w:spacing w:after="40" w:line="300" w:lineRule="auto"/>
        <w:ind w:firstLine="400"/>
      </w:pPr>
      <w:r>
        <w:rPr>
          <w:rFonts w:ascii="宋体" w:hAnsi="宋体" w:eastAsia="宋体"/>
          <w:b w:val="0"/>
          <w:sz w:val="20"/>
        </w:rPr>
        <w:t>② 原设计安排：见“状元成才路”系列丛书《创优作业100分》或《状元作业本》对应课时作业。</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课教学内容较难，教学中需充分借助学具来直观呈现，让学生在动手操作的过程中观察思考，帮助学生通过从抽象理解到具象化的内化过程理解减法的意义以及对算理的感知。教学时，要运用直观操作这一方法，帮助学生理解“退位”减法的算理，同时要及时概括总结。</w:t>
      </w:r>
    </w:p>
    <w:p>
      <w:r>
        <w:br w:type="page"/>
      </w:r>
    </w:p>
    <w:p>
      <w:pPr>
        <w:spacing w:after="80" w:line="300" w:lineRule="auto"/>
      </w:pPr>
      <w:r>
        <w:rPr>
          <w:rFonts w:ascii="黑体" w:hAnsi="黑体" w:eastAsia="黑体"/>
          <w:b/>
          <w:sz w:val="24"/>
        </w:rPr>
        <w:t>二、课时教学方案（第4课时）</w:t>
      </w:r>
    </w:p>
    <w:p>
      <w:pPr>
        <w:spacing w:after="80" w:line="300" w:lineRule="auto"/>
      </w:pPr>
      <w:r>
        <w:rPr>
          <w:rFonts w:ascii="黑体" w:hAnsi="黑体" w:eastAsia="黑体"/>
          <w:b/>
          <w:sz w:val="24"/>
        </w:rPr>
        <w:t>第4课时　口算加法（2）</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第4课时　口算加法（2）</w:t>
            </w:r>
          </w:p>
        </w:tc>
        <w:tc>
          <w:tcPr>
            <w:tcW w:type="dxa" w:w="6009"/>
          </w:tcPr>
          <w:p>
            <w:pPr>
              <w:spacing w:after="20" w:line="276" w:lineRule="auto"/>
            </w:pPr>
            <w:r/>
            <w:r>
              <w:rPr>
                <w:rFonts w:ascii="宋体" w:hAnsi="宋体" w:eastAsia="宋体"/>
                <w:b w:val="0"/>
                <w:sz w:val="20"/>
              </w:rPr>
              <w:t>第4单元 100以内的口算加、减法（口算加法）</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已经掌握了100以内数的读法、写法和数的组成,以及整十数加一位数和相应的减法的计算方法,而100以内的加法和减法计算主要是化归为20以内整十数加一位数和相应的减法来计算,因此这一部分计算对于学生来说问题不大,关键是要让学生理解算理。</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教学内容：教科书P44例2，完成教科书P45“做一做”和“练一练”第3题。</w:t>
      </w:r>
    </w:p>
    <w:p>
      <w:pPr>
        <w:spacing w:after="80" w:line="300" w:lineRule="auto"/>
        <w:ind w:firstLine="400"/>
      </w:pPr>
      <w:r>
        <w:rPr>
          <w:rFonts w:ascii="宋体" w:hAnsi="宋体" w:eastAsia="宋体"/>
          <w:b w:val="0"/>
          <w:sz w:val="20"/>
        </w:rPr>
        <w:t>教学准备：课件、小棒。</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（1）探索并掌握两位数加一位数(进位)的口算方法，体会“进位”的含义，理解算理，掌握算法。</w:t>
      </w:r>
    </w:p>
    <w:p>
      <w:pPr>
        <w:spacing w:after="20" w:line="300" w:lineRule="auto"/>
        <w:ind w:firstLine="400"/>
      </w:pPr>
      <w:r>
        <w:rPr>
          <w:rFonts w:ascii="宋体" w:hAnsi="宋体" w:eastAsia="宋体"/>
          <w:b w:val="0"/>
          <w:sz w:val="20"/>
        </w:rPr>
        <w:t>（2）经历通过学具操作、观察思考、对比研究、合作交流等方式的研究过程，理解并掌握“个位相加满十进一”的算理。</w:t>
      </w:r>
    </w:p>
    <w:p>
      <w:pPr>
        <w:spacing w:after="20" w:line="300" w:lineRule="auto"/>
        <w:ind w:firstLine="400"/>
      </w:pPr>
      <w:r>
        <w:rPr>
          <w:rFonts w:ascii="宋体" w:hAnsi="宋体" w:eastAsia="宋体"/>
          <w:b w:val="0"/>
          <w:sz w:val="20"/>
        </w:rPr>
        <w:t>（3）在丰富的数学活动中，感受知识之间的联系，体会数学的价值。</w:t>
      </w:r>
    </w:p>
    <w:p>
      <w:pPr>
        <w:spacing w:after="20" w:line="300" w:lineRule="auto"/>
      </w:pPr>
      <w:r>
        <w:rPr>
          <w:rFonts w:ascii="宋体" w:hAnsi="宋体" w:eastAsia="宋体"/>
          <w:b w:val="0"/>
          <w:sz w:val="20"/>
        </w:rPr>
        <w:t>教学重点：理解并掌握两位数加一位数(进位)的口算方法。</w:t>
      </w:r>
    </w:p>
    <w:p>
      <w:pPr>
        <w:spacing w:after="20" w:line="300" w:lineRule="auto"/>
      </w:pPr>
      <w:r>
        <w:rPr>
          <w:rFonts w:ascii="宋体" w:hAnsi="宋体" w:eastAsia="宋体"/>
          <w:b w:val="0"/>
          <w:sz w:val="20"/>
        </w:rPr>
        <w:t>教学难点：理解“个位相加满十进一”的算理。</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一、复习铺垫，揭示课题</w:t>
            </w:r>
          </w:p>
        </w:tc>
        <w:tc>
          <w:tcPr>
            <w:tcW w:type="dxa" w:w="1814"/>
          </w:tcPr>
          <w:p>
            <w:pPr>
              <w:spacing w:after="20" w:line="276" w:lineRule="auto"/>
            </w:pPr>
            <w:r/>
            <w:r>
              <w:rPr>
                <w:rFonts w:ascii="宋体" w:hAnsi="宋体" w:eastAsia="宋体"/>
                <w:b w:val="0"/>
                <w:sz w:val="18"/>
              </w:rPr>
              <w:t>课件、小棒、情境图</w:t>
            </w:r>
          </w:p>
        </w:tc>
        <w:tc>
          <w:tcPr>
            <w:tcW w:type="dxa" w:w="3402"/>
          </w:tcPr>
          <w:p>
            <w:pPr>
              <w:spacing w:after="20" w:line="276" w:lineRule="auto"/>
            </w:pPr>
            <w:r/>
            <w:r>
              <w:rPr>
                <w:rFonts w:ascii="宋体" w:hAnsi="宋体" w:eastAsia="宋体"/>
                <w:b w:val="0"/>
                <w:sz w:val="18"/>
              </w:rPr>
              <w:t>谁能又对又快地说出答案？；你是怎样计算的？</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二、创设情境，探究算法</w:t>
            </w:r>
          </w:p>
        </w:tc>
        <w:tc>
          <w:tcPr>
            <w:tcW w:type="dxa" w:w="1814"/>
          </w:tcPr>
          <w:p>
            <w:pPr>
              <w:spacing w:after="20" w:line="276" w:lineRule="auto"/>
            </w:pPr>
            <w:r/>
            <w:r>
              <w:rPr>
                <w:rFonts w:ascii="宋体" w:hAnsi="宋体" w:eastAsia="宋体"/>
                <w:b w:val="0"/>
                <w:sz w:val="18"/>
              </w:rPr>
              <w:t>课件、教科书、情境图、学具、小棒</w:t>
            </w:r>
          </w:p>
        </w:tc>
        <w:tc>
          <w:tcPr>
            <w:tcW w:type="dxa" w:w="3402"/>
          </w:tcPr>
          <w:p>
            <w:pPr>
              <w:spacing w:after="20" w:line="276" w:lineRule="auto"/>
            </w:pPr>
            <w:r/>
            <w:r>
              <w:rPr>
                <w:rFonts w:ascii="宋体" w:hAnsi="宋体" w:eastAsia="宋体"/>
                <w:b w:val="0"/>
                <w:sz w:val="18"/>
              </w:rPr>
              <w:t>从图中你知道了哪些信息？；根据这些信息，你能提出什么数学问题？</w:t>
            </w:r>
          </w:p>
        </w:tc>
        <w:tc>
          <w:tcPr>
            <w:tcW w:type="dxa" w:w="1361"/>
          </w:tcPr>
          <w:p>
            <w:pPr>
              <w:spacing w:after="20" w:line="276" w:lineRule="auto"/>
            </w:pPr>
            <w:r/>
            <w:r>
              <w:rPr>
                <w:rFonts w:ascii="宋体" w:hAnsi="宋体" w:eastAsia="宋体"/>
                <w:b w:val="0"/>
                <w:sz w:val="18"/>
              </w:rPr>
              <w:t>24分钟</w:t>
            </w:r>
          </w:p>
        </w:tc>
      </w:tr>
      <w:tr>
        <w:tc>
          <w:tcPr>
            <w:tcW w:type="dxa" w:w="2835"/>
          </w:tcPr>
          <w:p>
            <w:pPr>
              <w:spacing w:after="20" w:line="276" w:lineRule="auto"/>
            </w:pPr>
            <w:r/>
            <w:r>
              <w:rPr>
                <w:rFonts w:ascii="宋体" w:hAnsi="宋体" w:eastAsia="宋体"/>
                <w:b w:val="0"/>
                <w:sz w:val="18"/>
              </w:rPr>
              <w:t>三、即时练习，深化算理</w:t>
            </w:r>
          </w:p>
        </w:tc>
        <w:tc>
          <w:tcPr>
            <w:tcW w:type="dxa" w:w="1814"/>
          </w:tcPr>
          <w:p>
            <w:pPr>
              <w:spacing w:after="20" w:line="276" w:lineRule="auto"/>
            </w:pPr>
            <w:r/>
            <w:r>
              <w:rPr>
                <w:rFonts w:ascii="宋体" w:hAnsi="宋体" w:eastAsia="宋体"/>
                <w:b w:val="0"/>
                <w:sz w:val="18"/>
              </w:rPr>
              <w:t>教科书、课件、小棒</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7分钟</w:t>
            </w:r>
          </w:p>
        </w:tc>
      </w:tr>
      <w:tr>
        <w:tc>
          <w:tcPr>
            <w:tcW w:type="dxa" w:w="2835"/>
          </w:tcPr>
          <w:p>
            <w:pPr>
              <w:spacing w:after="20" w:line="276" w:lineRule="auto"/>
            </w:pPr>
            <w:r/>
            <w:r>
              <w:rPr>
                <w:rFonts w:ascii="宋体" w:hAnsi="宋体" w:eastAsia="宋体"/>
                <w:b w:val="0"/>
                <w:sz w:val="18"/>
              </w:rPr>
              <w:t>四、回顾反思，总结提升</w:t>
            </w:r>
          </w:p>
        </w:tc>
        <w:tc>
          <w:tcPr>
            <w:tcW w:type="dxa" w:w="1814"/>
          </w:tcPr>
          <w:p>
            <w:pPr>
              <w:spacing w:after="20" w:line="276" w:lineRule="auto"/>
            </w:pPr>
            <w:r/>
            <w:r>
              <w:rPr>
                <w:rFonts w:ascii="宋体" w:hAnsi="宋体" w:eastAsia="宋体"/>
                <w:b w:val="0"/>
                <w:sz w:val="18"/>
              </w:rPr>
              <w:t>课件、小棒</w:t>
            </w:r>
          </w:p>
        </w:tc>
        <w:tc>
          <w:tcPr>
            <w:tcW w:type="dxa" w:w="3402"/>
          </w:tcPr>
          <w:p>
            <w:pPr>
              <w:spacing w:after="20" w:line="276" w:lineRule="auto"/>
            </w:pPr>
            <w:r/>
            <w:r>
              <w:rPr>
                <w:rFonts w:ascii="宋体" w:hAnsi="宋体" w:eastAsia="宋体"/>
                <w:b w:val="0"/>
                <w:sz w:val="18"/>
              </w:rPr>
              <w:t>通过本课时的练习，你们对加法计算有什么新的收获？</w:t>
            </w:r>
          </w:p>
        </w:tc>
        <w:tc>
          <w:tcPr>
            <w:tcW w:type="dxa" w:w="1361"/>
          </w:tcPr>
          <w:p>
            <w:pPr>
              <w:spacing w:after="20" w:line="276" w:lineRule="auto"/>
            </w:pPr>
            <w:r/>
            <w:r>
              <w:rPr>
                <w:rFonts w:ascii="宋体" w:hAnsi="宋体" w:eastAsia="宋体"/>
                <w:b w:val="0"/>
                <w:sz w:val="18"/>
              </w:rPr>
              <w:t>3分钟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一、复习铺垫，揭示课题</w:t>
            </w:r>
          </w:p>
        </w:tc>
        <w:tc>
          <w:tcPr>
            <w:tcW w:type="dxa" w:w="3061"/>
          </w:tcPr>
          <w:p>
            <w:pPr>
              <w:spacing w:after="20" w:line="276" w:lineRule="auto"/>
            </w:pPr>
            <w:r/>
            <w:r>
              <w:rPr>
                <w:rFonts w:ascii="宋体" w:hAnsi="宋体" w:eastAsia="宋体"/>
                <w:b w:val="0"/>
                <w:sz w:val="18"/>
              </w:rPr>
              <w:t>1.课件出示习题。口算。</w:t>
            </w:r>
          </w:p>
          <w:p>
            <w:pPr>
              <w:spacing w:after="20" w:line="276" w:lineRule="auto"/>
            </w:pPr>
            <w:r>
              <w:rPr>
                <w:rFonts w:ascii="宋体" w:hAnsi="宋体" w:eastAsia="宋体"/>
                <w:b w:val="0"/>
                <w:sz w:val="18"/>
              </w:rPr>
              <w:t>师：谁能又对又快地说出答案？</w:t>
            </w:r>
          </w:p>
          <w:p>
            <w:pPr>
              <w:spacing w:after="20" w:line="276" w:lineRule="auto"/>
            </w:pPr>
            <w:r>
              <w:rPr>
                <w:rFonts w:ascii="宋体" w:hAnsi="宋体" w:eastAsia="宋体"/>
                <w:b w:val="0"/>
                <w:sz w:val="18"/>
              </w:rPr>
              <w:t>2.课件出示数小棒情境图。</w:t>
            </w:r>
          </w:p>
          <w:p>
            <w:pPr>
              <w:spacing w:after="20" w:line="276" w:lineRule="auto"/>
            </w:pPr>
            <w:r>
              <w:rPr>
                <w:rFonts w:ascii="宋体" w:hAnsi="宋体" w:eastAsia="宋体"/>
                <w:b w:val="0"/>
                <w:sz w:val="18"/>
              </w:rPr>
              <w:t>师：你是怎样计算的？</w:t>
            </w:r>
          </w:p>
          <w:p>
            <w:pPr>
              <w:spacing w:after="20" w:line="276" w:lineRule="auto"/>
            </w:pPr>
            <w:r>
              <w:rPr>
                <w:rFonts w:ascii="宋体" w:hAnsi="宋体" w:eastAsia="宋体"/>
                <w:b w:val="0"/>
                <w:sz w:val="18"/>
              </w:rPr>
              <w:t>师：如果右边摆的是6根小棒，又会出现什么情况？</w:t>
            </w:r>
          </w:p>
          <w:p>
            <w:pPr>
              <w:spacing w:after="20" w:line="276" w:lineRule="auto"/>
            </w:pPr>
            <w:r>
              <w:rPr>
                <w:rFonts w:ascii="宋体" w:hAnsi="宋体" w:eastAsia="宋体"/>
                <w:b w:val="0"/>
                <w:sz w:val="18"/>
              </w:rPr>
              <w:t>师：今天我们就来学习像这样的两位数加一位数的进位加法。［板书课题：口算加法（2）］</w:t>
            </w:r>
          </w:p>
        </w:tc>
        <w:tc>
          <w:tcPr>
            <w:tcW w:type="dxa" w:w="3061"/>
          </w:tcPr>
          <w:p>
            <w:pPr>
              <w:spacing w:after="20" w:line="276" w:lineRule="auto"/>
            </w:pPr>
            <w:r/>
            <w:r>
              <w:rPr>
                <w:rFonts w:ascii="宋体" w:hAnsi="宋体" w:eastAsia="宋体"/>
                <w:b w:val="0"/>
                <w:sz w:val="18"/>
              </w:rPr>
              <w:t>学生回答时教师要注意引导学生说说是怎样计算的。</w:t>
            </w:r>
          </w:p>
          <w:p>
            <w:pPr>
              <w:spacing w:after="20" w:line="276" w:lineRule="auto"/>
            </w:pPr>
            <w:r>
              <w:rPr>
                <w:rFonts w:ascii="宋体" w:hAnsi="宋体" w:eastAsia="宋体"/>
                <w:b w:val="0"/>
                <w:sz w:val="18"/>
              </w:rPr>
              <w:t>学生很容易列式并算出得数：24+5=29。</w:t>
            </w:r>
          </w:p>
          <w:p>
            <w:pPr>
              <w:spacing w:after="20" w:line="276" w:lineRule="auto"/>
            </w:pPr>
            <w:r>
              <w:rPr>
                <w:rFonts w:ascii="宋体" w:hAnsi="宋体" w:eastAsia="宋体"/>
                <w:b w:val="0"/>
                <w:sz w:val="18"/>
              </w:rPr>
              <w:t>4根小棒和6根小棒合起来是10根小棒，又可以捆成一捆。</w:t>
            </w:r>
          </w:p>
        </w:tc>
        <w:tc>
          <w:tcPr>
            <w:tcW w:type="dxa" w:w="1814"/>
          </w:tcPr>
          <w:p>
            <w:pPr>
              <w:spacing w:after="20" w:line="276" w:lineRule="auto"/>
            </w:pPr>
            <w:r/>
            <w:r>
              <w:rPr>
                <w:rFonts w:ascii="宋体" w:hAnsi="宋体" w:eastAsia="宋体"/>
                <w:b w:val="0"/>
                <w:sz w:val="18"/>
              </w:rPr>
              <w:t>通过复习20以内进位加法和两位数加一位数的口算，梳理已有的知识经验，借助10根小棒捆成新的一捆来建立“进位”的直观表象，为知识的迁移打下基础。</w:t>
            </w:r>
          </w:p>
        </w:tc>
      </w:tr>
      <w:tr>
        <w:tc>
          <w:tcPr>
            <w:tcW w:type="dxa" w:w="1474"/>
          </w:tcPr>
          <w:p>
            <w:pPr>
              <w:spacing w:after="20" w:line="276" w:lineRule="auto"/>
            </w:pPr>
            <w:r>
              <w:rPr>
                <w:b/>
              </w:rPr>
            </w:r>
            <w:r>
              <w:rPr>
                <w:rFonts w:ascii="宋体" w:hAnsi="宋体" w:eastAsia="宋体"/>
                <w:b/>
                <w:sz w:val="18"/>
              </w:rPr>
              <w:t>二、创设情境，探究算法</w:t>
            </w:r>
          </w:p>
        </w:tc>
        <w:tc>
          <w:tcPr>
            <w:tcW w:type="dxa" w:w="3061"/>
          </w:tcPr>
          <w:p>
            <w:pPr>
              <w:spacing w:after="20" w:line="276" w:lineRule="auto"/>
            </w:pPr>
            <w:r/>
            <w:r>
              <w:rPr>
                <w:rFonts w:ascii="宋体" w:hAnsi="宋体" w:eastAsia="宋体"/>
                <w:b w:val="0"/>
                <w:sz w:val="18"/>
              </w:rPr>
              <w:t>课件出示教科书P44例2情境图。</w:t>
            </w:r>
          </w:p>
          <w:p>
            <w:pPr>
              <w:spacing w:after="20" w:line="276" w:lineRule="auto"/>
            </w:pPr>
            <w:r>
              <w:rPr>
                <w:rFonts w:ascii="宋体" w:hAnsi="宋体" w:eastAsia="宋体"/>
                <w:b w:val="0"/>
                <w:sz w:val="18"/>
              </w:rPr>
              <w:t>1.情境引入，提出问题。</w:t>
            </w:r>
          </w:p>
          <w:p>
            <w:pPr>
              <w:spacing w:after="20" w:line="276" w:lineRule="auto"/>
            </w:pPr>
            <w:r>
              <w:rPr>
                <w:rFonts w:ascii="宋体" w:hAnsi="宋体" w:eastAsia="宋体"/>
                <w:b w:val="0"/>
                <w:sz w:val="18"/>
              </w:rPr>
              <w:t>师：从图中你知道了哪些信息？</w:t>
            </w:r>
          </w:p>
          <w:p>
            <w:pPr>
              <w:spacing w:after="20" w:line="276" w:lineRule="auto"/>
            </w:pPr>
            <w:r>
              <w:rPr>
                <w:rFonts w:ascii="宋体" w:hAnsi="宋体" w:eastAsia="宋体"/>
                <w:b w:val="0"/>
                <w:sz w:val="18"/>
              </w:rPr>
              <w:t>师：根据这些信息，你能提出什么数学问题？</w:t>
            </w:r>
          </w:p>
          <w:p>
            <w:pPr>
              <w:spacing w:after="20" w:line="276" w:lineRule="auto"/>
            </w:pPr>
            <w:r>
              <w:rPr>
                <w:rFonts w:ascii="宋体" w:hAnsi="宋体" w:eastAsia="宋体"/>
                <w:b w:val="0"/>
                <w:sz w:val="18"/>
              </w:rPr>
              <w:t>师：同学们提出了几个有价值的问题，非常棒！今天我们就来解决“一共有多少瓶”的问题。怎样列式能解决这个问题呢？</w:t>
            </w:r>
          </w:p>
          <w:p>
            <w:pPr>
              <w:spacing w:after="20" w:line="276" w:lineRule="auto"/>
            </w:pPr>
            <w:r>
              <w:rPr>
                <w:rFonts w:ascii="宋体" w:hAnsi="宋体" w:eastAsia="宋体"/>
                <w:b w:val="0"/>
                <w:sz w:val="18"/>
              </w:rPr>
              <w:t>2.学具操作，直观感悟。</w:t>
            </w:r>
          </w:p>
          <w:p>
            <w:pPr>
              <w:spacing w:after="20" w:line="276" w:lineRule="auto"/>
            </w:pPr>
            <w:r>
              <w:rPr>
                <w:rFonts w:ascii="宋体" w:hAnsi="宋体" w:eastAsia="宋体"/>
                <w:b w:val="0"/>
                <w:sz w:val="18"/>
              </w:rPr>
              <w:t>师：28+5该怎样计算呢？同桌之间用小棒摆一摆、想一想、说一说。</w:t>
            </w:r>
          </w:p>
          <w:p>
            <w:pPr>
              <w:spacing w:after="20" w:line="276" w:lineRule="auto"/>
            </w:pPr>
            <w:r>
              <w:rPr>
                <w:rFonts w:ascii="宋体" w:hAnsi="宋体" w:eastAsia="宋体"/>
                <w:b w:val="0"/>
                <w:sz w:val="18"/>
              </w:rPr>
              <w:t>(1)同桌合作操作，算出结果并相互说一说是怎样得出结果的。教师巡视指导。</w:t>
            </w:r>
          </w:p>
          <w:p>
            <w:pPr>
              <w:spacing w:after="20" w:line="276" w:lineRule="auto"/>
            </w:pPr>
            <w:r>
              <w:rPr>
                <w:rFonts w:ascii="宋体" w:hAnsi="宋体" w:eastAsia="宋体"/>
                <w:b w:val="0"/>
                <w:sz w:val="18"/>
              </w:rPr>
              <w:t>(2)交流汇报方法，教师根据学生回答板书。</w:t>
            </w:r>
          </w:p>
          <w:p>
            <w:pPr>
              <w:spacing w:after="20" w:line="276" w:lineRule="auto"/>
            </w:pPr>
            <w:r>
              <w:rPr>
                <w:rFonts w:ascii="宋体" w:hAnsi="宋体" w:eastAsia="宋体"/>
                <w:b w:val="0"/>
                <w:sz w:val="18"/>
              </w:rPr>
              <w:t>师：谁能把这种思路用算式表示出来？</w:t>
            </w:r>
          </w:p>
          <w:p>
            <w:pPr>
              <w:spacing w:after="20" w:line="276" w:lineRule="auto"/>
            </w:pPr>
            <w:r>
              <w:rPr>
                <w:rFonts w:ascii="宋体" w:hAnsi="宋体" w:eastAsia="宋体"/>
                <w:b w:val="0"/>
                <w:sz w:val="18"/>
              </w:rPr>
              <w:t>用算式表示为：先算28+2=30，再算30+3=33。</w:t>
            </w:r>
          </w:p>
          <w:p>
            <w:pPr>
              <w:spacing w:after="20" w:line="276" w:lineRule="auto"/>
            </w:pPr>
            <w:r>
              <w:rPr>
                <w:rFonts w:ascii="宋体" w:hAnsi="宋体" w:eastAsia="宋体"/>
                <w:b w:val="0"/>
                <w:sz w:val="18"/>
              </w:rPr>
              <w:t>师：这种想法用算式怎么表示？</w:t>
            </w:r>
          </w:p>
          <w:p>
            <w:pPr>
              <w:spacing w:after="20" w:line="276" w:lineRule="auto"/>
            </w:pPr>
            <w:r>
              <w:rPr>
                <w:rFonts w:ascii="宋体" w:hAnsi="宋体" w:eastAsia="宋体"/>
                <w:b w:val="0"/>
                <w:sz w:val="18"/>
              </w:rPr>
              <w:t>用算式表示为：先算8+5=13，再算20+13=33。</w:t>
            </w:r>
          </w:p>
          <w:p>
            <w:pPr>
              <w:spacing w:after="20" w:line="276" w:lineRule="auto"/>
            </w:pPr>
            <w:r>
              <w:rPr>
                <w:rFonts w:ascii="宋体" w:hAnsi="宋体" w:eastAsia="宋体"/>
                <w:b w:val="0"/>
                <w:sz w:val="18"/>
              </w:rPr>
              <w:t>3.课件演示，自主表述。</w:t>
            </w:r>
          </w:p>
          <w:p>
            <w:pPr>
              <w:spacing w:after="20" w:line="276" w:lineRule="auto"/>
            </w:pPr>
            <w:r>
              <w:rPr>
                <w:rFonts w:ascii="宋体" w:hAnsi="宋体" w:eastAsia="宋体"/>
                <w:b w:val="0"/>
                <w:sz w:val="18"/>
              </w:rPr>
              <w:t>师：下面我们把刚才的计算过程用课件演示一遍，注意观察，并用自己的话把整个计算过程说一说。</w:t>
            </w:r>
          </w:p>
          <w:p>
            <w:pPr>
              <w:spacing w:after="20" w:line="276" w:lineRule="auto"/>
            </w:pPr>
            <w:r>
              <w:rPr>
                <w:rFonts w:ascii="宋体" w:hAnsi="宋体" w:eastAsia="宋体"/>
                <w:b w:val="0"/>
                <w:sz w:val="18"/>
              </w:rPr>
              <w:t>(1)课件演示方法一，然后学生试讲。</w:t>
            </w:r>
          </w:p>
          <w:p>
            <w:pPr>
              <w:spacing w:after="20" w:line="276" w:lineRule="auto"/>
            </w:pPr>
            <w:r>
              <w:rPr>
                <w:rFonts w:ascii="宋体" w:hAnsi="宋体" w:eastAsia="宋体"/>
                <w:b w:val="0"/>
                <w:sz w:val="18"/>
              </w:rPr>
              <w:t>(2)课件演示方法二，然后学生试讲。</w:t>
            </w:r>
          </w:p>
          <w:p>
            <w:pPr>
              <w:spacing w:after="20" w:line="276" w:lineRule="auto"/>
            </w:pPr>
            <w:r>
              <w:rPr>
                <w:rFonts w:ascii="宋体" w:hAnsi="宋体" w:eastAsia="宋体"/>
                <w:b w:val="0"/>
                <w:sz w:val="18"/>
              </w:rPr>
              <w:t>4.比较异同，体会联系。</w:t>
            </w:r>
          </w:p>
          <w:p>
            <w:pPr>
              <w:spacing w:after="20" w:line="276" w:lineRule="auto"/>
            </w:pPr>
            <w:r>
              <w:rPr>
                <w:rFonts w:ascii="宋体" w:hAnsi="宋体" w:eastAsia="宋体"/>
                <w:b w:val="0"/>
                <w:sz w:val="18"/>
              </w:rPr>
              <w:t>师：刚才两种算法都是把2捆小棒变成3捆小棒，2捆小棒是怎样变成3捆小棒的？为什么要捆成新的一捆？</w:t>
            </w:r>
          </w:p>
          <w:p>
            <w:pPr>
              <w:spacing w:after="20" w:line="276" w:lineRule="auto"/>
            </w:pPr>
            <w:r>
              <w:rPr>
                <w:rFonts w:ascii="宋体" w:hAnsi="宋体" w:eastAsia="宋体"/>
                <w:b w:val="0"/>
                <w:sz w:val="18"/>
              </w:rPr>
              <w:t>师：可以看出，当个位上的数相加满10时，不管采用哪种计算方法，都有一个相同的结果，也就是都需要向十位进1。</w:t>
            </w:r>
          </w:p>
        </w:tc>
        <w:tc>
          <w:tcPr>
            <w:tcW w:type="dxa" w:w="3061"/>
          </w:tcPr>
          <w:p>
            <w:pPr>
              <w:spacing w:after="20" w:line="276" w:lineRule="auto"/>
            </w:pPr>
            <w:r/>
            <w:r>
              <w:rPr>
                <w:rFonts w:ascii="宋体" w:hAnsi="宋体" w:eastAsia="宋体"/>
                <w:b w:val="0"/>
                <w:sz w:val="18"/>
              </w:rPr>
              <w:t>学生可能会说：桌子上有一箱矿泉水，里面有28瓶，旁边摆了5瓶。</w:t>
            </w:r>
          </w:p>
          <w:p>
            <w:pPr>
              <w:spacing w:after="20" w:line="276" w:lineRule="auto"/>
            </w:pPr>
            <w:r>
              <w:rPr>
                <w:rFonts w:ascii="宋体" w:hAnsi="宋体" w:eastAsia="宋体"/>
                <w:b w:val="0"/>
                <w:sz w:val="18"/>
              </w:rPr>
              <w:t>预设1：一共有多少瓶矿泉水？</w:t>
            </w:r>
          </w:p>
          <w:p>
            <w:pPr>
              <w:spacing w:after="20" w:line="276" w:lineRule="auto"/>
            </w:pPr>
            <w:r>
              <w:rPr>
                <w:rFonts w:ascii="宋体" w:hAnsi="宋体" w:eastAsia="宋体"/>
                <w:b w:val="0"/>
                <w:sz w:val="18"/>
              </w:rPr>
              <w:t>预设2：箱子里的矿泉水比外面的多几瓶？</w:t>
            </w:r>
          </w:p>
          <w:p>
            <w:pPr>
              <w:spacing w:after="20" w:line="276" w:lineRule="auto"/>
            </w:pPr>
            <w:r>
              <w:rPr>
                <w:rFonts w:ascii="宋体" w:hAnsi="宋体" w:eastAsia="宋体"/>
                <w:b w:val="0"/>
                <w:sz w:val="18"/>
              </w:rPr>
              <w:t>学生提出的问题不唯一，合理即可。</w:t>
            </w:r>
          </w:p>
          <w:p>
            <w:pPr>
              <w:spacing w:after="20" w:line="276" w:lineRule="auto"/>
            </w:pPr>
            <w:r>
              <w:rPr>
                <w:rFonts w:ascii="宋体" w:hAnsi="宋体" w:eastAsia="宋体"/>
                <w:b w:val="0"/>
                <w:sz w:val="18"/>
              </w:rPr>
              <w:t>学生很快列出算式：28+5。</w:t>
            </w:r>
          </w:p>
          <w:p>
            <w:pPr>
              <w:spacing w:after="20" w:line="276" w:lineRule="auto"/>
            </w:pPr>
            <w:r>
              <w:rPr>
                <w:rFonts w:ascii="宋体" w:hAnsi="宋体" w:eastAsia="宋体"/>
                <w:b w:val="0"/>
                <w:sz w:val="18"/>
              </w:rPr>
              <w:t>预设1：左边摆2捆又8根小棒，右边摆5根小棒。从右边5根小棒中拿2根小棒和左边的8根小棒凑成10根，10根捆成一捆，左边合成3捆，也就是30，再加剩下的3根，就是33。</w:t>
            </w:r>
          </w:p>
          <w:p>
            <w:pPr>
              <w:spacing w:after="20" w:line="276" w:lineRule="auto"/>
            </w:pPr>
            <w:r>
              <w:rPr>
                <w:rFonts w:ascii="宋体" w:hAnsi="宋体" w:eastAsia="宋体"/>
                <w:b w:val="0"/>
                <w:sz w:val="18"/>
              </w:rPr>
              <w:t>预设2：左边摆2捆又8根小棒，右边摆5根小棒。左边的8根小棒和右边的5根小棒合起来是13根，20加13等于33。</w:t>
            </w:r>
          </w:p>
          <w:p>
            <w:pPr>
              <w:spacing w:after="20" w:line="276" w:lineRule="auto"/>
            </w:pPr>
            <w:r>
              <w:rPr>
                <w:rFonts w:ascii="宋体" w:hAnsi="宋体" w:eastAsia="宋体"/>
                <w:b w:val="0"/>
                <w:sz w:val="18"/>
              </w:rPr>
              <w:t>操作过程学生可能表述得不完整，教师要引导学生按照“先……再……”的顺序有条理地表述。</w:t>
            </w:r>
          </w:p>
          <w:p>
            <w:pPr>
              <w:spacing w:after="20" w:line="276" w:lineRule="auto"/>
            </w:pPr>
            <w:r>
              <w:rPr>
                <w:rFonts w:ascii="宋体" w:hAnsi="宋体" w:eastAsia="宋体"/>
                <w:b w:val="0"/>
                <w:sz w:val="18"/>
              </w:rPr>
              <w:t>学生可能会说两边单根的小棒相加后满了10根，所以要捆成新的1捆。根据学生回答强调，10个一就是1个十，满十就要捆成新的1捆。</w:t>
            </w:r>
          </w:p>
        </w:tc>
        <w:tc>
          <w:tcPr>
            <w:tcW w:type="dxa" w:w="1814"/>
          </w:tcPr>
          <w:p>
            <w:pPr>
              <w:spacing w:after="20" w:line="276" w:lineRule="auto"/>
            </w:pPr>
            <w:r/>
            <w:r>
              <w:rPr>
                <w:rFonts w:ascii="宋体" w:hAnsi="宋体" w:eastAsia="宋体"/>
                <w:b w:val="0"/>
                <w:sz w:val="18"/>
              </w:rPr>
              <w:t>让学生在熟悉的情境中提出问题，并得到今天所要探究的内容，激发学生的探究欲望。</w:t>
            </w:r>
          </w:p>
          <w:p>
            <w:pPr>
              <w:spacing w:after="20" w:line="276" w:lineRule="auto"/>
            </w:pPr>
            <w:r>
              <w:rPr>
                <w:rFonts w:ascii="宋体" w:hAnsi="宋体" w:eastAsia="宋体"/>
                <w:b w:val="0"/>
                <w:sz w:val="18"/>
              </w:rPr>
              <w:t>这一部分先让学生动手操作，再看演示，口述不同的口算方法，借助10根小棒捆成新的一捆，建立“进位”的直观表现，运用多种方式让学生理解算理，突破重点。</w:t>
            </w:r>
          </w:p>
          <w:p>
            <w:pPr>
              <w:spacing w:after="20" w:line="276" w:lineRule="auto"/>
            </w:pPr>
            <w:r>
              <w:rPr>
                <w:rFonts w:ascii="宋体" w:hAnsi="宋体" w:eastAsia="宋体"/>
                <w:b w:val="0"/>
                <w:sz w:val="18"/>
              </w:rPr>
              <w:t>通过比较异同，说明个位上的两个数相加满10，就要向十位进1。渗透“十进位值制”思想。</w:t>
            </w:r>
          </w:p>
        </w:tc>
      </w:tr>
      <w:tr>
        <w:tc>
          <w:tcPr>
            <w:tcW w:type="dxa" w:w="1474"/>
          </w:tcPr>
          <w:p>
            <w:pPr>
              <w:spacing w:after="20" w:line="276" w:lineRule="auto"/>
            </w:pPr>
            <w:r>
              <w:rPr>
                <w:b/>
              </w:rPr>
            </w:r>
            <w:r>
              <w:rPr>
                <w:rFonts w:ascii="宋体" w:hAnsi="宋体" w:eastAsia="宋体"/>
                <w:b/>
                <w:sz w:val="18"/>
              </w:rPr>
              <w:t>三、即时练习，深化算理</w:t>
            </w:r>
          </w:p>
        </w:tc>
        <w:tc>
          <w:tcPr>
            <w:tcW w:type="dxa" w:w="3061"/>
          </w:tcPr>
          <w:p>
            <w:pPr>
              <w:spacing w:after="20" w:line="276" w:lineRule="auto"/>
            </w:pPr>
            <w:r/>
            <w:r>
              <w:rPr>
                <w:rFonts w:ascii="宋体" w:hAnsi="宋体" w:eastAsia="宋体"/>
                <w:b w:val="0"/>
                <w:sz w:val="18"/>
              </w:rPr>
              <w:t>1.完成教科书P45“做一做”第1、2题。</w:t>
            </w:r>
          </w:p>
          <w:p>
            <w:pPr>
              <w:spacing w:after="20" w:line="276" w:lineRule="auto"/>
            </w:pPr>
            <w:r>
              <w:rPr>
                <w:rFonts w:ascii="宋体" w:hAnsi="宋体" w:eastAsia="宋体"/>
                <w:b w:val="0"/>
                <w:sz w:val="18"/>
              </w:rPr>
              <w:t>(1)学生独立完成。</w:t>
            </w:r>
          </w:p>
          <w:p>
            <w:pPr>
              <w:spacing w:after="20" w:line="276" w:lineRule="auto"/>
            </w:pPr>
            <w:r>
              <w:rPr>
                <w:rFonts w:ascii="宋体" w:hAnsi="宋体" w:eastAsia="宋体"/>
                <w:b w:val="0"/>
                <w:sz w:val="18"/>
              </w:rPr>
              <w:t>(2)同桌之间交流反馈。</w:t>
            </w:r>
          </w:p>
          <w:p>
            <w:pPr>
              <w:spacing w:after="20" w:line="276" w:lineRule="auto"/>
            </w:pPr>
            <w:r>
              <w:rPr>
                <w:rFonts w:ascii="宋体" w:hAnsi="宋体" w:eastAsia="宋体"/>
                <w:b w:val="0"/>
                <w:sz w:val="18"/>
              </w:rPr>
              <w:t>2.课件出示习题。</w:t>
            </w:r>
          </w:p>
          <w:p>
            <w:pPr>
              <w:spacing w:after="20" w:line="276" w:lineRule="auto"/>
            </w:pPr>
            <w:r>
              <w:rPr>
                <w:rFonts w:ascii="宋体" w:hAnsi="宋体" w:eastAsia="宋体"/>
                <w:b w:val="0"/>
                <w:sz w:val="18"/>
              </w:rPr>
              <w:t>3.完成教科书P45“练一练”第3题。</w:t>
            </w:r>
          </w:p>
          <w:p>
            <w:pPr>
              <w:spacing w:after="20" w:line="276" w:lineRule="auto"/>
            </w:pPr>
            <w:r>
              <w:rPr>
                <w:rFonts w:ascii="宋体" w:hAnsi="宋体" w:eastAsia="宋体"/>
                <w:b w:val="0"/>
                <w:sz w:val="18"/>
              </w:rPr>
              <w:t>找到哪些题出错，寻找错误原因并分析讨论。</w:t>
            </w:r>
          </w:p>
        </w:tc>
        <w:tc>
          <w:tcPr>
            <w:tcW w:type="dxa" w:w="3061"/>
          </w:tcPr>
          <w:p>
            <w:pPr>
              <w:spacing w:after="20" w:line="276" w:lineRule="auto"/>
            </w:pPr>
            <w:r/>
            <w:r>
              <w:rPr>
                <w:rFonts w:ascii="宋体" w:hAnsi="宋体" w:eastAsia="宋体"/>
                <w:b w:val="0"/>
                <w:sz w:val="18"/>
              </w:rPr>
              <w:t>学生可能会出现两种算法，让学生说出思考过程以及对应的列式，再说出结果，引导、补充没有提到的计算方法。</w:t>
            </w:r>
          </w:p>
          <w:p>
            <w:pPr>
              <w:spacing w:after="20" w:line="276" w:lineRule="auto"/>
            </w:pPr>
            <w:r>
              <w:rPr>
                <w:rFonts w:ascii="宋体" w:hAnsi="宋体" w:eastAsia="宋体"/>
                <w:b w:val="0"/>
                <w:sz w:val="18"/>
              </w:rPr>
              <w:t>学生完成后指名学生汇报，并说一说是怎样计算的。</w:t>
            </w:r>
          </w:p>
          <w:p>
            <w:pPr>
              <w:spacing w:after="20" w:line="276" w:lineRule="auto"/>
            </w:pPr>
            <w:r>
              <w:rPr>
                <w:rFonts w:ascii="宋体" w:hAnsi="宋体" w:eastAsia="宋体"/>
                <w:b w:val="0"/>
                <w:sz w:val="18"/>
              </w:rPr>
              <w:t>第一题个位相加不满十，不进位；后三题均满十，要进位，十位上的数都要加1。</w:t>
            </w:r>
          </w:p>
          <w:p>
            <w:pPr>
              <w:spacing w:after="20" w:line="276" w:lineRule="auto"/>
            </w:pPr>
            <w:r>
              <w:rPr>
                <w:rFonts w:ascii="宋体" w:hAnsi="宋体" w:eastAsia="宋体"/>
                <w:b w:val="0"/>
                <w:sz w:val="18"/>
              </w:rPr>
              <w:t>学生独立完成后小组交流订正。</w:t>
            </w:r>
          </w:p>
        </w:tc>
        <w:tc>
          <w:tcPr>
            <w:tcW w:type="dxa" w:w="1814"/>
          </w:tcPr>
          <w:p>
            <w:pPr>
              <w:spacing w:after="20" w:line="276" w:lineRule="auto"/>
            </w:pPr>
            <w:r/>
            <w:r>
              <w:rPr>
                <w:rFonts w:ascii="宋体" w:hAnsi="宋体" w:eastAsia="宋体"/>
                <w:b w:val="0"/>
                <w:sz w:val="18"/>
              </w:rPr>
              <w:t>让学生通过各种形式的练习，加法“进位”的专项训练，进一步巩固两位数加一位数(进位)的计算方法，使其对计算方法的理解更清晰、更有条理。</w:t>
            </w:r>
          </w:p>
        </w:tc>
      </w:tr>
      <w:tr>
        <w:tc>
          <w:tcPr>
            <w:tcW w:type="dxa" w:w="1474"/>
          </w:tcPr>
          <w:p>
            <w:pPr>
              <w:spacing w:after="20" w:line="276" w:lineRule="auto"/>
            </w:pPr>
            <w:r>
              <w:rPr>
                <w:b/>
              </w:rPr>
            </w:r>
            <w:r>
              <w:rPr>
                <w:rFonts w:ascii="宋体" w:hAnsi="宋体" w:eastAsia="宋体"/>
                <w:b/>
                <w:sz w:val="18"/>
              </w:rPr>
              <w:t>四、回顾反思，总结提升</w:t>
            </w:r>
          </w:p>
        </w:tc>
        <w:tc>
          <w:tcPr>
            <w:tcW w:type="dxa" w:w="3061"/>
          </w:tcPr>
          <w:p>
            <w:pPr>
              <w:spacing w:after="20" w:line="276" w:lineRule="auto"/>
            </w:pPr>
            <w:r/>
            <w:r>
              <w:rPr>
                <w:rFonts w:ascii="宋体" w:hAnsi="宋体" w:eastAsia="宋体"/>
                <w:b w:val="0"/>
                <w:sz w:val="18"/>
              </w:rPr>
              <w:t>师：通过本课时的练习，你们对加法计算有什么新的收获？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创设情境激活学生已有经验，自然引出本课学习内容，激发学习兴趣，核心问题："通过本课时的练习，你们对加法计算有什么新的收获？"</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教科书P44例2，完成教科书P45“做一做”和“练一练”第3题。</w:t>
      </w:r>
    </w:p>
    <w:p>
      <w:pPr>
        <w:spacing w:after="40" w:line="300" w:lineRule="auto"/>
        <w:ind w:firstLine="400"/>
      </w:pPr>
      <w:r>
        <w:rPr>
          <w:rFonts w:ascii="宋体" w:hAnsi="宋体" w:eastAsia="宋体"/>
          <w:b w:val="0"/>
          <w:sz w:val="20"/>
        </w:rPr>
        <w:t>② 原设计安排：见“状元成才路”系列丛书《创优作业100分》或《状元作业本》对应课时作业。</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的教学遵循实际问题引入——列式并探索算法——整理并呈现算法——交流并理解算理，从具体到抽象的学习过程,让学生掌握算法，运用多种方式帮助学生理解算理，体现了算法多样化思想。同时设计多种形式的练习，帮助学生在练习中掌握口算方法。</w:t>
      </w:r>
    </w:p>
    <w:p>
      <w:r>
        <w:br w:type="page"/>
      </w:r>
    </w:p>
    <w:p>
      <w:pPr>
        <w:spacing w:after="80" w:line="300" w:lineRule="auto"/>
      </w:pPr>
      <w:r>
        <w:rPr>
          <w:rFonts w:ascii="黑体" w:hAnsi="黑体" w:eastAsia="黑体"/>
          <w:b/>
          <w:sz w:val="24"/>
        </w:rPr>
        <w:t>二、课时教学方案（第5课时）</w:t>
      </w:r>
    </w:p>
    <w:p>
      <w:pPr>
        <w:spacing w:after="80" w:line="300" w:lineRule="auto"/>
      </w:pPr>
      <w:r>
        <w:rPr>
          <w:rFonts w:ascii="黑体" w:hAnsi="黑体" w:eastAsia="黑体"/>
          <w:b/>
          <w:sz w:val="24"/>
        </w:rPr>
        <w:t>第5课时　练一练</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第5课时　练一练</w:t>
            </w:r>
          </w:p>
        </w:tc>
        <w:tc>
          <w:tcPr>
            <w:tcW w:type="dxa" w:w="6009"/>
          </w:tcPr>
          <w:p>
            <w:pPr>
              <w:spacing w:after="20" w:line="276" w:lineRule="auto"/>
            </w:pPr>
            <w:r/>
            <w:r>
              <w:rPr>
                <w:rFonts w:ascii="宋体" w:hAnsi="宋体" w:eastAsia="宋体"/>
                <w:b w:val="0"/>
                <w:sz w:val="20"/>
              </w:rPr>
              <w:t>第4单元 100以内的口算加、减法（口算加法）</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已经掌握了100以内数的读法、写法和数的组成,以及整十数加一位数和相应的减法的计算方法,而100以内的加法和减法计算主要是化归为20以内整十数加一位数和相应的减法来计算,因此这一部分计算对于学生来说问题不大,关键是要让学生理解算理。</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教学内容：教科书P45~46“练一练”第1、2、4、6、7题。</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（1）进一步理解两位数加一位数、整十数、两位数（不进位）的算法和算理，巩固对计算方法的掌握。</w:t>
      </w:r>
    </w:p>
    <w:p>
      <w:pPr>
        <w:spacing w:after="20" w:line="300" w:lineRule="auto"/>
        <w:ind w:firstLine="400"/>
      </w:pPr>
      <w:r>
        <w:rPr>
          <w:rFonts w:ascii="宋体" w:hAnsi="宋体" w:eastAsia="宋体"/>
          <w:b w:val="0"/>
          <w:sz w:val="20"/>
        </w:rPr>
        <w:t>（2）通过练习，熟练掌握两位数加一位数、整十数、两位数（不进位）的口算方法。</w:t>
      </w:r>
    </w:p>
    <w:p>
      <w:pPr>
        <w:spacing w:after="20" w:line="300" w:lineRule="auto"/>
      </w:pPr>
      <w:r>
        <w:rPr>
          <w:rFonts w:ascii="宋体" w:hAnsi="宋体" w:eastAsia="宋体"/>
          <w:b w:val="0"/>
          <w:sz w:val="20"/>
        </w:rPr>
        <w:t>教学重点：掌握两位数加一位数、整十数、两位数（不进位）的口算方法。</w:t>
      </w:r>
    </w:p>
    <w:p>
      <w:pPr>
        <w:spacing w:after="20" w:line="300" w:lineRule="auto"/>
      </w:pPr>
      <w:r>
        <w:rPr>
          <w:rFonts w:ascii="宋体" w:hAnsi="宋体" w:eastAsia="宋体"/>
          <w:b w:val="0"/>
          <w:sz w:val="20"/>
        </w:rPr>
        <w:t>教学难点：理解“相同数位上的数才能直接相加”的算理。</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一、基础练习</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观察每一组算式的上下两行，你发现了什么？</w:t>
            </w:r>
          </w:p>
        </w:tc>
        <w:tc>
          <w:tcPr>
            <w:tcW w:type="dxa" w:w="1361"/>
          </w:tcPr>
          <w:p>
            <w:pPr>
              <w:spacing w:after="20" w:line="276" w:lineRule="auto"/>
            </w:pPr>
            <w:r/>
            <w:r>
              <w:rPr>
                <w:rFonts w:ascii="宋体" w:hAnsi="宋体" w:eastAsia="宋体"/>
                <w:b w:val="0"/>
                <w:sz w:val="18"/>
              </w:rPr>
              <w:t>10分钟</w:t>
            </w:r>
          </w:p>
        </w:tc>
      </w:tr>
      <w:tr>
        <w:tc>
          <w:tcPr>
            <w:tcW w:type="dxa" w:w="2835"/>
          </w:tcPr>
          <w:p>
            <w:pPr>
              <w:spacing w:after="20" w:line="276" w:lineRule="auto"/>
            </w:pPr>
            <w:r/>
            <w:r>
              <w:rPr>
                <w:rFonts w:ascii="宋体" w:hAnsi="宋体" w:eastAsia="宋体"/>
                <w:b w:val="0"/>
                <w:sz w:val="18"/>
              </w:rPr>
              <w:t>二、练习指导</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从图中你知道了什么？</w:t>
            </w:r>
          </w:p>
        </w:tc>
        <w:tc>
          <w:tcPr>
            <w:tcW w:type="dxa" w:w="1361"/>
          </w:tcPr>
          <w:p>
            <w:pPr>
              <w:spacing w:after="20" w:line="276" w:lineRule="auto"/>
            </w:pPr>
            <w:r/>
            <w:r>
              <w:rPr>
                <w:rFonts w:ascii="宋体" w:hAnsi="宋体" w:eastAsia="宋体"/>
                <w:b w:val="0"/>
                <w:sz w:val="18"/>
              </w:rPr>
              <w:t>15分钟</w:t>
            </w:r>
          </w:p>
        </w:tc>
      </w:tr>
      <w:tr>
        <w:tc>
          <w:tcPr>
            <w:tcW w:type="dxa" w:w="2835"/>
          </w:tcPr>
          <w:p>
            <w:pPr>
              <w:spacing w:after="20" w:line="276" w:lineRule="auto"/>
            </w:pPr>
            <w:r/>
            <w:r>
              <w:rPr>
                <w:rFonts w:ascii="宋体" w:hAnsi="宋体" w:eastAsia="宋体"/>
                <w:b w:val="0"/>
                <w:sz w:val="18"/>
              </w:rPr>
              <w:t>三、自主练习</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观察每一组的加数，你有什么发现？</w:t>
            </w:r>
          </w:p>
        </w:tc>
        <w:tc>
          <w:tcPr>
            <w:tcW w:type="dxa" w:w="1361"/>
          </w:tcPr>
          <w:p>
            <w:pPr>
              <w:spacing w:after="20" w:line="276" w:lineRule="auto"/>
            </w:pPr>
            <w:r/>
            <w:r>
              <w:rPr>
                <w:rFonts w:ascii="宋体" w:hAnsi="宋体" w:eastAsia="宋体"/>
                <w:b w:val="0"/>
                <w:sz w:val="18"/>
              </w:rPr>
              <w:t>13分钟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这节课你们学到了什么?</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一、基础练习</w:t>
            </w:r>
          </w:p>
        </w:tc>
        <w:tc>
          <w:tcPr>
            <w:tcW w:type="dxa" w:w="3061"/>
          </w:tcPr>
          <w:p>
            <w:pPr>
              <w:spacing w:after="20" w:line="276" w:lineRule="auto"/>
            </w:pPr>
            <w:r/>
            <w:r>
              <w:rPr>
                <w:rFonts w:ascii="宋体" w:hAnsi="宋体" w:eastAsia="宋体"/>
                <w:b w:val="0"/>
                <w:sz w:val="18"/>
              </w:rPr>
              <w:t>1.课件出示习题。</w:t>
            </w:r>
          </w:p>
          <w:p>
            <w:pPr>
              <w:spacing w:after="20" w:line="276" w:lineRule="auto"/>
            </w:pPr>
            <w:r>
              <w:rPr>
                <w:rFonts w:ascii="宋体" w:hAnsi="宋体" w:eastAsia="宋体"/>
                <w:b w:val="0"/>
                <w:sz w:val="18"/>
              </w:rPr>
              <w:t>师：算对结果就能帮小鸟找到家。</w:t>
            </w:r>
          </w:p>
          <w:p>
            <w:pPr>
              <w:spacing w:after="20" w:line="276" w:lineRule="auto"/>
            </w:pPr>
            <w:r>
              <w:rPr>
                <w:rFonts w:ascii="宋体" w:hAnsi="宋体" w:eastAsia="宋体"/>
                <w:b w:val="0"/>
                <w:sz w:val="18"/>
              </w:rPr>
              <w:t>(1)学生独立完成。</w:t>
            </w:r>
          </w:p>
          <w:p>
            <w:pPr>
              <w:spacing w:after="20" w:line="276" w:lineRule="auto"/>
            </w:pPr>
            <w:r>
              <w:rPr>
                <w:rFonts w:ascii="宋体" w:hAnsi="宋体" w:eastAsia="宋体"/>
                <w:b w:val="0"/>
                <w:sz w:val="18"/>
              </w:rPr>
              <w:t>(2)同桌之间交流汇报。</w:t>
            </w:r>
          </w:p>
          <w:p>
            <w:pPr>
              <w:spacing w:after="20" w:line="276" w:lineRule="auto"/>
            </w:pPr>
            <w:r>
              <w:rPr>
                <w:rFonts w:ascii="宋体" w:hAnsi="宋体" w:eastAsia="宋体"/>
                <w:b w:val="0"/>
                <w:sz w:val="18"/>
              </w:rPr>
              <w:t>师：观察每一组算式的上下两行，你发现了什么？</w:t>
            </w:r>
          </w:p>
          <w:p>
            <w:pPr>
              <w:spacing w:after="20" w:line="276" w:lineRule="auto"/>
            </w:pPr>
            <w:r>
              <w:rPr>
                <w:rFonts w:ascii="宋体" w:hAnsi="宋体" w:eastAsia="宋体"/>
                <w:b w:val="0"/>
                <w:sz w:val="18"/>
              </w:rPr>
              <w:t>师：两位数加一位数(进位)的口算，第一步要先算出个位上的数相加的和。</w:t>
            </w:r>
          </w:p>
        </w:tc>
        <w:tc>
          <w:tcPr>
            <w:tcW w:type="dxa" w:w="3061"/>
          </w:tcPr>
          <w:p>
            <w:pPr>
              <w:spacing w:after="20" w:line="276" w:lineRule="auto"/>
            </w:pPr>
            <w:r/>
            <w:r>
              <w:rPr>
                <w:rFonts w:ascii="宋体" w:hAnsi="宋体" w:eastAsia="宋体"/>
                <w:b w:val="0"/>
                <w:sz w:val="18"/>
              </w:rPr>
              <w:t>学生能很快口算出得数，找到标有相应数的房子，为小鸟找到家。2.课件出示练习题。</w:t>
            </w:r>
          </w:p>
          <w:p>
            <w:pPr>
              <w:spacing w:after="20" w:line="276" w:lineRule="auto"/>
            </w:pPr>
            <w:r>
              <w:rPr>
                <w:rFonts w:ascii="宋体" w:hAnsi="宋体" w:eastAsia="宋体"/>
                <w:b w:val="0"/>
                <w:sz w:val="18"/>
              </w:rPr>
              <w:t>预设1：每一组上面相加的两个数都是下面一题个位上的数。</w:t>
            </w:r>
          </w:p>
          <w:p>
            <w:pPr>
              <w:spacing w:after="20" w:line="276" w:lineRule="auto"/>
            </w:pPr>
            <w:r>
              <w:rPr>
                <w:rFonts w:ascii="宋体" w:hAnsi="宋体" w:eastAsia="宋体"/>
                <w:b w:val="0"/>
                <w:sz w:val="18"/>
              </w:rPr>
              <w:t>预设2：每一组上面的计算都是下面一题口算的第一步。</w:t>
            </w:r>
          </w:p>
        </w:tc>
        <w:tc>
          <w:tcPr>
            <w:tcW w:type="dxa" w:w="1814"/>
          </w:tcPr>
          <w:p>
            <w:pPr>
              <w:spacing w:after="20" w:line="276" w:lineRule="auto"/>
            </w:pPr>
            <w:r/>
            <w:r>
              <w:rPr>
                <w:rFonts w:ascii="宋体" w:hAnsi="宋体" w:eastAsia="宋体"/>
                <w:b w:val="0"/>
                <w:sz w:val="18"/>
              </w:rPr>
              <w:t>让学生通过两题的口算训练，进一步明白两位数加一位数的口算过程不止一步，算法的关键是明确第一步先算什么，让学生进一步掌握“相同数位上的数才能直接相加”的算理。</w:t>
            </w:r>
          </w:p>
        </w:tc>
      </w:tr>
      <w:tr>
        <w:tc>
          <w:tcPr>
            <w:tcW w:type="dxa" w:w="1474"/>
          </w:tcPr>
          <w:p>
            <w:pPr>
              <w:spacing w:after="20" w:line="276" w:lineRule="auto"/>
            </w:pPr>
            <w:r>
              <w:rPr>
                <w:b/>
              </w:rPr>
            </w:r>
            <w:r>
              <w:rPr>
                <w:rFonts w:ascii="宋体" w:hAnsi="宋体" w:eastAsia="宋体"/>
                <w:b/>
                <w:sz w:val="18"/>
              </w:rPr>
              <w:t>二、练习指导</w:t>
            </w:r>
          </w:p>
        </w:tc>
        <w:tc>
          <w:tcPr>
            <w:tcW w:type="dxa" w:w="3061"/>
          </w:tcPr>
          <w:p>
            <w:pPr>
              <w:spacing w:after="20" w:line="276" w:lineRule="auto"/>
            </w:pPr>
            <w:r/>
            <w:r>
              <w:rPr>
                <w:rFonts w:ascii="宋体" w:hAnsi="宋体" w:eastAsia="宋体"/>
                <w:b w:val="0"/>
                <w:sz w:val="18"/>
              </w:rPr>
              <w:t>1.完成教科书P46“练一练”第6题。</w:t>
            </w:r>
          </w:p>
          <w:p>
            <w:pPr>
              <w:spacing w:after="20" w:line="276" w:lineRule="auto"/>
            </w:pPr>
            <w:r>
              <w:rPr>
                <w:rFonts w:ascii="宋体" w:hAnsi="宋体" w:eastAsia="宋体"/>
                <w:b w:val="0"/>
                <w:sz w:val="18"/>
              </w:rPr>
              <w:t>(1)师：从图中你知道了什么？</w:t>
            </w:r>
          </w:p>
          <w:p>
            <w:pPr>
              <w:spacing w:after="20" w:line="276" w:lineRule="auto"/>
            </w:pPr>
            <w:r>
              <w:rPr>
                <w:rFonts w:ascii="宋体" w:hAnsi="宋体" w:eastAsia="宋体"/>
                <w:b w:val="0"/>
                <w:sz w:val="18"/>
              </w:rPr>
              <w:t>(2)学生独立完成后全班交流订正。</w:t>
            </w:r>
          </w:p>
          <w:p>
            <w:pPr>
              <w:spacing w:after="20" w:line="276" w:lineRule="auto"/>
            </w:pPr>
            <w:r>
              <w:rPr>
                <w:rFonts w:ascii="宋体" w:hAnsi="宋体" w:eastAsia="宋体"/>
                <w:b w:val="0"/>
                <w:sz w:val="18"/>
              </w:rPr>
              <w:t>2.完成教科书P46“练一练”第7题。</w:t>
            </w:r>
          </w:p>
          <w:p>
            <w:pPr>
              <w:spacing w:after="20" w:line="276" w:lineRule="auto"/>
            </w:pPr>
            <w:r>
              <w:rPr>
                <w:rFonts w:ascii="宋体" w:hAnsi="宋体" w:eastAsia="宋体"/>
                <w:b w:val="0"/>
                <w:sz w:val="18"/>
              </w:rPr>
              <w:t>3.完成教科书P45“练一练”第2题。</w:t>
            </w:r>
          </w:p>
        </w:tc>
        <w:tc>
          <w:tcPr>
            <w:tcW w:type="dxa" w:w="3061"/>
          </w:tcPr>
          <w:p>
            <w:pPr>
              <w:spacing w:after="20" w:line="276" w:lineRule="auto"/>
            </w:pPr>
            <w:r/>
            <w:r>
              <w:rPr>
                <w:rFonts w:ascii="宋体" w:hAnsi="宋体" w:eastAsia="宋体"/>
                <w:b w:val="0"/>
                <w:sz w:val="18"/>
              </w:rPr>
              <w:t>野鸭有25只，天鹅有8只，要求野鸭和天鹅一共有多少只。</w:t>
            </w:r>
          </w:p>
          <w:p>
            <w:pPr>
              <w:spacing w:after="20" w:line="276" w:lineRule="auto"/>
            </w:pPr>
            <w:r>
              <w:rPr>
                <w:rFonts w:ascii="宋体" w:hAnsi="宋体" w:eastAsia="宋体"/>
                <w:b w:val="0"/>
                <w:sz w:val="18"/>
              </w:rPr>
              <w:t>用进位加法解决问题的难度不大，列式后让学生说一说是怎样算的。</w:t>
            </w:r>
          </w:p>
          <w:p>
            <w:pPr>
              <w:spacing w:after="20" w:line="276" w:lineRule="auto"/>
            </w:pPr>
            <w:r>
              <w:rPr>
                <w:rFonts w:ascii="宋体" w:hAnsi="宋体" w:eastAsia="宋体"/>
                <w:b w:val="0"/>
                <w:sz w:val="18"/>
              </w:rPr>
              <w:t>学生先独立完成，再交流分享。</w:t>
            </w:r>
          </w:p>
          <w:p>
            <w:pPr>
              <w:spacing w:after="20" w:line="276" w:lineRule="auto"/>
            </w:pPr>
            <w:r>
              <w:rPr>
                <w:rFonts w:ascii="宋体" w:hAnsi="宋体" w:eastAsia="宋体"/>
                <w:b w:val="0"/>
                <w:sz w:val="18"/>
              </w:rPr>
              <w:t>此题是学生比较熟悉的形式，有的题目可以先把计算结果求出来，再比较大小，有的题目通过观察就可以比较大小，例如39+435，39＞35,39+4＞35。</w:t>
            </w:r>
          </w:p>
          <w:p>
            <w:pPr>
              <w:spacing w:after="20" w:line="276" w:lineRule="auto"/>
            </w:pPr>
            <w:r>
              <w:rPr>
                <w:rFonts w:ascii="宋体" w:hAnsi="宋体" w:eastAsia="宋体"/>
                <w:b w:val="0"/>
                <w:sz w:val="18"/>
              </w:rPr>
              <w:t>学生独立完成剩下几题后小组内交流。</w:t>
            </w:r>
          </w:p>
          <w:p>
            <w:pPr>
              <w:spacing w:after="20" w:line="276" w:lineRule="auto"/>
            </w:pPr>
            <w:r>
              <w:rPr>
                <w:rFonts w:ascii="宋体" w:hAnsi="宋体" w:eastAsia="宋体"/>
                <w:b w:val="0"/>
                <w:sz w:val="18"/>
              </w:rPr>
              <w:t>学生独立完成后交流，说说各自的想法。</w:t>
            </w:r>
          </w:p>
          <w:p>
            <w:pPr>
              <w:spacing w:after="20" w:line="276" w:lineRule="auto"/>
            </w:pPr>
            <w:r>
              <w:rPr>
                <w:rFonts w:ascii="宋体" w:hAnsi="宋体" w:eastAsia="宋体"/>
                <w:b w:val="0"/>
                <w:sz w:val="18"/>
              </w:rPr>
              <w:t>有的学生可能全部当成不进位加法，直接让十位上的数字相加，忘了加进位的“1”，要引导学生注意观察个位上两个数字的具体情况。</w:t>
            </w:r>
          </w:p>
        </w:tc>
        <w:tc>
          <w:tcPr>
            <w:tcW w:type="dxa" w:w="1814"/>
          </w:tcPr>
          <w:p>
            <w:pPr>
              <w:spacing w:after="20" w:line="276" w:lineRule="auto"/>
            </w:pPr>
            <w:r/>
            <w:r>
              <w:rPr>
                <w:rFonts w:ascii="宋体" w:hAnsi="宋体" w:eastAsia="宋体"/>
                <w:b w:val="0"/>
                <w:sz w:val="18"/>
              </w:rPr>
              <w:t>引导学生灵活运用不同方法比较大小，既提高了学生的计算能力，又培养了学生的推理能力。</w:t>
            </w:r>
          </w:p>
        </w:tc>
      </w:tr>
      <w:tr>
        <w:tc>
          <w:tcPr>
            <w:tcW w:type="dxa" w:w="1474"/>
          </w:tcPr>
          <w:p>
            <w:pPr>
              <w:spacing w:after="20" w:line="276" w:lineRule="auto"/>
            </w:pPr>
            <w:r>
              <w:rPr>
                <w:b/>
              </w:rPr>
            </w:r>
            <w:r>
              <w:rPr>
                <w:rFonts w:ascii="宋体" w:hAnsi="宋体" w:eastAsia="宋体"/>
                <w:b/>
                <w:sz w:val="18"/>
              </w:rPr>
              <w:t>三、自主练习</w:t>
            </w:r>
          </w:p>
        </w:tc>
        <w:tc>
          <w:tcPr>
            <w:tcW w:type="dxa" w:w="3061"/>
          </w:tcPr>
          <w:p>
            <w:pPr>
              <w:spacing w:after="20" w:line="276" w:lineRule="auto"/>
            </w:pPr>
            <w:r/>
            <w:r>
              <w:rPr>
                <w:rFonts w:ascii="宋体" w:hAnsi="宋体" w:eastAsia="宋体"/>
                <w:b w:val="0"/>
                <w:sz w:val="18"/>
              </w:rPr>
              <w:t>1.完成教科书P45“练一练”第1题。</w:t>
            </w:r>
          </w:p>
          <w:p>
            <w:pPr>
              <w:spacing w:after="20" w:line="276" w:lineRule="auto"/>
            </w:pPr>
            <w:r>
              <w:rPr>
                <w:rFonts w:ascii="宋体" w:hAnsi="宋体" w:eastAsia="宋体"/>
                <w:b w:val="0"/>
                <w:sz w:val="18"/>
              </w:rPr>
              <w:t>(1)比一比，看谁最先完成。</w:t>
            </w:r>
          </w:p>
          <w:p>
            <w:pPr>
              <w:spacing w:after="20" w:line="276" w:lineRule="auto"/>
            </w:pPr>
            <w:r>
              <w:rPr>
                <w:rFonts w:ascii="宋体" w:hAnsi="宋体" w:eastAsia="宋体"/>
                <w:b w:val="0"/>
                <w:sz w:val="18"/>
              </w:rPr>
              <w:t>(2)同桌之间交流订正。</w:t>
            </w:r>
          </w:p>
          <w:p>
            <w:pPr>
              <w:spacing w:after="20" w:line="276" w:lineRule="auto"/>
            </w:pPr>
            <w:r>
              <w:rPr>
                <w:rFonts w:ascii="宋体" w:hAnsi="宋体" w:eastAsia="宋体"/>
                <w:b w:val="0"/>
                <w:sz w:val="18"/>
              </w:rPr>
              <w:t>2.完成教科书P46“练一练”第4题。</w:t>
            </w:r>
          </w:p>
          <w:p>
            <w:pPr>
              <w:spacing w:after="20" w:line="276" w:lineRule="auto"/>
            </w:pPr>
            <w:r>
              <w:rPr>
                <w:rFonts w:ascii="宋体" w:hAnsi="宋体" w:eastAsia="宋体"/>
                <w:b w:val="0"/>
                <w:sz w:val="18"/>
              </w:rPr>
              <w:t>3.课件出示练习。</w:t>
            </w:r>
          </w:p>
          <w:p>
            <w:pPr>
              <w:spacing w:after="20" w:line="276" w:lineRule="auto"/>
            </w:pPr>
            <w:r>
              <w:rPr>
                <w:rFonts w:ascii="宋体" w:hAnsi="宋体" w:eastAsia="宋体"/>
                <w:b w:val="0"/>
                <w:sz w:val="18"/>
              </w:rPr>
              <w:t>(1)学生独立完成。</w:t>
            </w:r>
          </w:p>
          <w:p>
            <w:pPr>
              <w:spacing w:after="20" w:line="276" w:lineRule="auto"/>
            </w:pPr>
            <w:r>
              <w:rPr>
                <w:rFonts w:ascii="宋体" w:hAnsi="宋体" w:eastAsia="宋体"/>
                <w:b w:val="0"/>
                <w:sz w:val="18"/>
              </w:rPr>
              <w:t>(2)和同桌交流得数并说说自己是怎样算的。</w:t>
            </w:r>
          </w:p>
          <w:p>
            <w:pPr>
              <w:spacing w:after="20" w:line="276" w:lineRule="auto"/>
            </w:pPr>
            <w:r>
              <w:rPr>
                <w:rFonts w:ascii="宋体" w:hAnsi="宋体" w:eastAsia="宋体"/>
                <w:b w:val="0"/>
                <w:sz w:val="18"/>
              </w:rPr>
              <w:t>(3)师：观察每一组的加数，你有什么发现？</w:t>
            </w:r>
          </w:p>
        </w:tc>
        <w:tc>
          <w:tcPr>
            <w:tcW w:type="dxa" w:w="3061"/>
          </w:tcPr>
          <w:p>
            <w:pPr>
              <w:spacing w:after="20" w:line="276" w:lineRule="auto"/>
            </w:pPr>
            <w:r/>
            <w:r>
              <w:rPr>
                <w:rFonts w:ascii="宋体" w:hAnsi="宋体" w:eastAsia="宋体"/>
                <w:b w:val="0"/>
                <w:sz w:val="18"/>
              </w:rPr>
              <w:t>学生独立完成后小组内交流。</w:t>
            </w:r>
          </w:p>
          <w:p>
            <w:pPr>
              <w:spacing w:after="20" w:line="276" w:lineRule="auto"/>
            </w:pPr>
            <w:r>
              <w:rPr>
                <w:rFonts w:ascii="宋体" w:hAnsi="宋体" w:eastAsia="宋体"/>
                <w:b w:val="0"/>
                <w:sz w:val="18"/>
              </w:rPr>
              <w:t>有的学生是计算完一题连一条线，有的学生是把所有算式都算完后再连线，都是可以的，但要指导学生借助直尺并使用铅笔规范地连线。</w:t>
            </w:r>
          </w:p>
          <w:p>
            <w:pPr>
              <w:spacing w:after="20" w:line="276" w:lineRule="auto"/>
            </w:pPr>
            <w:r>
              <w:rPr>
                <w:rFonts w:ascii="宋体" w:hAnsi="宋体" w:eastAsia="宋体"/>
                <w:b w:val="0"/>
                <w:sz w:val="18"/>
              </w:rPr>
              <w:t>可能学生表达得不是很完整，但只要说到一个加数不变，另一个加数在变，或者一个加数不变，另一个加数变大(或变小)，和也随着变大(或变小)的内容即可。</w:t>
            </w:r>
          </w:p>
        </w:tc>
        <w:tc>
          <w:tcPr>
            <w:tcW w:type="dxa" w:w="1814"/>
          </w:tcPr>
          <w:p>
            <w:pPr>
              <w:spacing w:after="20" w:line="276" w:lineRule="auto"/>
            </w:pPr>
            <w:r/>
            <w:r>
              <w:rPr>
                <w:rFonts w:ascii="宋体" w:hAnsi="宋体" w:eastAsia="宋体"/>
                <w:b w:val="0"/>
                <w:sz w:val="18"/>
              </w:rPr>
              <w:t>通过自主练习，提高学生口算的熟练程度和正确率，构建知识间的联系，达到融会贯通的目的。</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师：这节课你们学到了什么?</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引导学生回顾梳理本课所学，完善认知结构，提升归纳与反思能力，核心问题："这节课你们学到了什么?"</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教科书P45~46“练一练”第1、2、4、6、7题。</w:t>
      </w:r>
    </w:p>
    <w:p>
      <w:pPr>
        <w:spacing w:after="40" w:line="300" w:lineRule="auto"/>
        <w:ind w:firstLine="400"/>
      </w:pPr>
      <w:r>
        <w:rPr>
          <w:rFonts w:ascii="宋体" w:hAnsi="宋体" w:eastAsia="宋体"/>
          <w:b w:val="0"/>
          <w:sz w:val="20"/>
        </w:rPr>
        <w:t>② 原设计安排：见“状元成才路”系列丛书《创优作业100分》或《状元作业本》对应课时作业。</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通过各种形式的综合口算练习题，提高学生灵活计算的能力，并注重突出重点和专项练习。通过训练，学生计算的正确率有所提高，口述计算过程与前几节课相比有很大的进步，清晰、简洁、有条理多了。但有少数学生的做题速度仍比较慢，课后应加强练习。</w:t>
      </w:r>
    </w:p>
    <w:p>
      <w:r>
        <w:br w:type="page"/>
      </w:r>
    </w:p>
    <w:p>
      <w:pPr>
        <w:spacing w:after="80" w:line="300" w:lineRule="auto"/>
      </w:pPr>
      <w:r>
        <w:rPr>
          <w:rFonts w:ascii="黑体" w:hAnsi="黑体" w:eastAsia="黑体"/>
          <w:b/>
          <w:sz w:val="24"/>
        </w:rPr>
        <w:t>二、课时教学方案（第6课时）</w:t>
      </w:r>
    </w:p>
    <w:p>
      <w:pPr>
        <w:spacing w:after="80" w:line="300" w:lineRule="auto"/>
      </w:pPr>
      <w:r>
        <w:rPr>
          <w:rFonts w:ascii="黑体" w:hAnsi="黑体" w:eastAsia="黑体"/>
          <w:b/>
          <w:sz w:val="24"/>
        </w:rPr>
        <w:t>第6课时　解决问题</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第6课时　解决问题</w:t>
            </w:r>
          </w:p>
        </w:tc>
        <w:tc>
          <w:tcPr>
            <w:tcW w:type="dxa" w:w="6009"/>
          </w:tcPr>
          <w:p>
            <w:pPr>
              <w:spacing w:after="20" w:line="276" w:lineRule="auto"/>
            </w:pPr>
            <w:r/>
            <w:r>
              <w:rPr>
                <w:rFonts w:ascii="宋体" w:hAnsi="宋体" w:eastAsia="宋体"/>
                <w:b w:val="0"/>
                <w:sz w:val="20"/>
              </w:rPr>
              <w:t>第4单元 100以内的口算加、减法（口算减法）</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已经掌握了100以内数的读法、写法和数的组成,以及整十数加一位数和相应的减法的计算方法,而100以内的加法和减法计算主要是化归为20以内整十数加一位数和相应的减法来计算,因此这一部分计算对于学生来说问题不大,关键是要让学生理解算理。</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教学内容：教科书P50例3，完成教科书P51“做一做”和P52“练一练”第7题。</w:t>
      </w:r>
    </w:p>
    <w:p>
      <w:pPr>
        <w:spacing w:after="80" w:line="300" w:lineRule="auto"/>
        <w:ind w:firstLine="400"/>
      </w:pPr>
      <w:r>
        <w:rPr>
          <w:rFonts w:ascii="宋体" w:hAnsi="宋体" w:eastAsia="宋体"/>
          <w:b w:val="0"/>
          <w:sz w:val="20"/>
        </w:rPr>
        <w:t>教学准备：课件、圆片学具。</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（1）结合具体情境，理解并学会用不同的策略解决减去相同数的实际问题。</w:t>
      </w:r>
    </w:p>
    <w:p>
      <w:pPr>
        <w:spacing w:after="20" w:line="300" w:lineRule="auto"/>
        <w:ind w:firstLine="400"/>
      </w:pPr>
      <w:r>
        <w:rPr>
          <w:rFonts w:ascii="宋体" w:hAnsi="宋体" w:eastAsia="宋体"/>
          <w:b w:val="0"/>
          <w:sz w:val="20"/>
        </w:rPr>
        <w:t>（2）经历解决问题的过程，不断积累解决问题的策略和经验，初步培养学生观察、比较、分析、解决问题的能力。</w:t>
      </w:r>
    </w:p>
    <w:p>
      <w:pPr>
        <w:spacing w:after="20" w:line="300" w:lineRule="auto"/>
        <w:ind w:firstLine="400"/>
      </w:pPr>
      <w:r>
        <w:rPr>
          <w:rFonts w:ascii="宋体" w:hAnsi="宋体" w:eastAsia="宋体"/>
          <w:b w:val="0"/>
          <w:sz w:val="20"/>
        </w:rPr>
        <w:t>（3）感受数学在生活中的应用，促进学生应用意识的形成并提高解决问题的能力。</w:t>
      </w:r>
    </w:p>
    <w:p>
      <w:pPr>
        <w:spacing w:after="20" w:line="300" w:lineRule="auto"/>
      </w:pPr>
      <w:r>
        <w:rPr>
          <w:rFonts w:ascii="宋体" w:hAnsi="宋体" w:eastAsia="宋体"/>
          <w:b w:val="0"/>
          <w:sz w:val="20"/>
        </w:rPr>
        <w:t>教学重点：能运用解题策略正确解答减去相同数的实际问题。</w:t>
      </w:r>
    </w:p>
    <w:p>
      <w:pPr>
        <w:spacing w:after="20" w:line="300" w:lineRule="auto"/>
      </w:pPr>
      <w:r>
        <w:rPr>
          <w:rFonts w:ascii="宋体" w:hAnsi="宋体" w:eastAsia="宋体"/>
          <w:b w:val="0"/>
          <w:sz w:val="20"/>
        </w:rPr>
        <w:t>教学难点：掌握在实际问题中灵活运用“减去相同数”的策略。</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一、口算复习，引入课题</w:t>
            </w:r>
          </w:p>
        </w:tc>
        <w:tc>
          <w:tcPr>
            <w:tcW w:type="dxa" w:w="1814"/>
          </w:tcPr>
          <w:p>
            <w:pPr>
              <w:spacing w:after="20" w:line="276" w:lineRule="auto"/>
            </w:pPr>
            <w:r/>
            <w:r>
              <w:rPr>
                <w:rFonts w:ascii="宋体" w:hAnsi="宋体" w:eastAsia="宋体"/>
                <w:b w:val="0"/>
                <w:sz w:val="18"/>
              </w:rPr>
              <w:t>课件、小棒、圆片、学具</w:t>
            </w:r>
          </w:p>
        </w:tc>
        <w:tc>
          <w:tcPr>
            <w:tcW w:type="dxa" w:w="3402"/>
          </w:tcPr>
          <w:p>
            <w:pPr>
              <w:spacing w:after="20" w:line="276" w:lineRule="auto"/>
            </w:pPr>
            <w:r/>
            <w:r>
              <w:rPr>
                <w:rFonts w:ascii="宋体" w:hAnsi="宋体" w:eastAsia="宋体"/>
                <w:b w:val="0"/>
                <w:sz w:val="18"/>
              </w:rPr>
              <w:t>我们之前解决问题时用了哪些方法？</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二、引导探究，形成策略</w:t>
            </w:r>
          </w:p>
        </w:tc>
        <w:tc>
          <w:tcPr>
            <w:tcW w:type="dxa" w:w="1814"/>
          </w:tcPr>
          <w:p>
            <w:pPr>
              <w:spacing w:after="20" w:line="276" w:lineRule="auto"/>
            </w:pPr>
            <w:r/>
            <w:r>
              <w:rPr>
                <w:rFonts w:ascii="宋体" w:hAnsi="宋体" w:eastAsia="宋体"/>
                <w:b w:val="0"/>
                <w:sz w:val="18"/>
              </w:rPr>
              <w:t>课件、教科书、圆片、学具</w:t>
            </w:r>
          </w:p>
        </w:tc>
        <w:tc>
          <w:tcPr>
            <w:tcW w:type="dxa" w:w="3402"/>
          </w:tcPr>
          <w:p>
            <w:pPr>
              <w:spacing w:after="20" w:line="276" w:lineRule="auto"/>
            </w:pPr>
            <w:r/>
            <w:r>
              <w:rPr>
                <w:rFonts w:ascii="宋体" w:hAnsi="宋体" w:eastAsia="宋体"/>
                <w:b w:val="0"/>
                <w:sz w:val="18"/>
              </w:rPr>
              <w:t>从图中你获得了哪些信息？问题是什么？；“装满”是什么意思？（在课件上圈出“装满”二字）哪些是剩下的？</w:t>
            </w:r>
          </w:p>
        </w:tc>
        <w:tc>
          <w:tcPr>
            <w:tcW w:type="dxa" w:w="1361"/>
          </w:tcPr>
          <w:p>
            <w:pPr>
              <w:spacing w:after="20" w:line="276" w:lineRule="auto"/>
            </w:pPr>
            <w:r/>
            <w:r>
              <w:rPr>
                <w:rFonts w:ascii="宋体" w:hAnsi="宋体" w:eastAsia="宋体"/>
                <w:b w:val="0"/>
                <w:sz w:val="18"/>
              </w:rPr>
              <w:t>24分钟</w:t>
            </w:r>
          </w:p>
        </w:tc>
      </w:tr>
      <w:tr>
        <w:tc>
          <w:tcPr>
            <w:tcW w:type="dxa" w:w="2835"/>
          </w:tcPr>
          <w:p>
            <w:pPr>
              <w:spacing w:after="20" w:line="276" w:lineRule="auto"/>
            </w:pPr>
            <w:r/>
            <w:r>
              <w:rPr>
                <w:rFonts w:ascii="宋体" w:hAnsi="宋体" w:eastAsia="宋体"/>
                <w:b w:val="0"/>
                <w:sz w:val="18"/>
              </w:rPr>
              <w:t>三、巩固应用，内化提高</w:t>
            </w:r>
          </w:p>
        </w:tc>
        <w:tc>
          <w:tcPr>
            <w:tcW w:type="dxa" w:w="1814"/>
          </w:tcPr>
          <w:p>
            <w:pPr>
              <w:spacing w:after="20" w:line="276" w:lineRule="auto"/>
            </w:pPr>
            <w:r/>
            <w:r>
              <w:rPr>
                <w:rFonts w:ascii="宋体" w:hAnsi="宋体" w:eastAsia="宋体"/>
                <w:b w:val="0"/>
                <w:sz w:val="18"/>
              </w:rPr>
              <w:t>教科书、课件、圆片、学具</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7分钟</w:t>
            </w:r>
          </w:p>
        </w:tc>
      </w:tr>
      <w:tr>
        <w:tc>
          <w:tcPr>
            <w:tcW w:type="dxa" w:w="2835"/>
          </w:tcPr>
          <w:p>
            <w:pPr>
              <w:spacing w:after="20" w:line="276" w:lineRule="auto"/>
            </w:pPr>
            <w:r/>
            <w:r>
              <w:rPr>
                <w:rFonts w:ascii="宋体" w:hAnsi="宋体" w:eastAsia="宋体"/>
                <w:b w:val="0"/>
                <w:sz w:val="18"/>
              </w:rPr>
              <w:t>四、评价反思，收获小结</w:t>
            </w:r>
          </w:p>
        </w:tc>
        <w:tc>
          <w:tcPr>
            <w:tcW w:type="dxa" w:w="1814"/>
          </w:tcPr>
          <w:p>
            <w:pPr>
              <w:spacing w:after="20" w:line="276" w:lineRule="auto"/>
            </w:pPr>
            <w:r/>
            <w:r>
              <w:rPr>
                <w:rFonts w:ascii="宋体" w:hAnsi="宋体" w:eastAsia="宋体"/>
                <w:b w:val="0"/>
                <w:sz w:val="18"/>
              </w:rPr>
              <w:t>课件、圆片、学具</w:t>
            </w:r>
          </w:p>
        </w:tc>
        <w:tc>
          <w:tcPr>
            <w:tcW w:type="dxa" w:w="3402"/>
          </w:tcPr>
          <w:p>
            <w:pPr>
              <w:spacing w:after="20" w:line="276" w:lineRule="auto"/>
            </w:pPr>
            <w:r/>
            <w:r>
              <w:rPr>
                <w:rFonts w:ascii="宋体" w:hAnsi="宋体" w:eastAsia="宋体"/>
                <w:b w:val="0"/>
                <w:sz w:val="18"/>
              </w:rPr>
              <w:t>今天这节课你们学到了哪些新知识？</w:t>
            </w:r>
          </w:p>
        </w:tc>
        <w:tc>
          <w:tcPr>
            <w:tcW w:type="dxa" w:w="1361"/>
          </w:tcPr>
          <w:p>
            <w:pPr>
              <w:spacing w:after="20" w:line="276" w:lineRule="auto"/>
            </w:pPr>
            <w:r/>
            <w:r>
              <w:rPr>
                <w:rFonts w:ascii="宋体" w:hAnsi="宋体" w:eastAsia="宋体"/>
                <w:b w:val="0"/>
                <w:sz w:val="18"/>
              </w:rPr>
              <w:t>3分钟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一、口算复习，引入课题</w:t>
            </w:r>
          </w:p>
        </w:tc>
        <w:tc>
          <w:tcPr>
            <w:tcW w:type="dxa" w:w="3061"/>
          </w:tcPr>
          <w:p>
            <w:pPr>
              <w:spacing w:after="20" w:line="276" w:lineRule="auto"/>
            </w:pPr>
            <w:r/>
            <w:r>
              <w:rPr>
                <w:rFonts w:ascii="宋体" w:hAnsi="宋体" w:eastAsia="宋体"/>
                <w:b w:val="0"/>
                <w:sz w:val="18"/>
              </w:rPr>
              <w:t>1.课件出示习题。</w:t>
            </w:r>
          </w:p>
          <w:p>
            <w:pPr>
              <w:spacing w:after="20" w:line="276" w:lineRule="auto"/>
            </w:pPr>
            <w:r>
              <w:rPr>
                <w:rFonts w:ascii="宋体" w:hAnsi="宋体" w:eastAsia="宋体"/>
                <w:b w:val="0"/>
                <w:sz w:val="18"/>
              </w:rPr>
              <w:t>2.回忆方法，揭示课题。</w:t>
            </w:r>
          </w:p>
          <w:p>
            <w:pPr>
              <w:spacing w:after="20" w:line="276" w:lineRule="auto"/>
            </w:pPr>
            <w:r>
              <w:rPr>
                <w:rFonts w:ascii="宋体" w:hAnsi="宋体" w:eastAsia="宋体"/>
                <w:b w:val="0"/>
                <w:sz w:val="18"/>
              </w:rPr>
              <w:t>师：我们之前解决问题时用了哪些方法？</w:t>
            </w:r>
          </w:p>
          <w:p>
            <w:pPr>
              <w:spacing w:after="20" w:line="276" w:lineRule="auto"/>
            </w:pPr>
            <w:r>
              <w:rPr>
                <w:rFonts w:ascii="宋体" w:hAnsi="宋体" w:eastAsia="宋体"/>
                <w:b w:val="0"/>
                <w:sz w:val="18"/>
              </w:rPr>
              <w:t>师：这些方法都是我们在解决问题时经常用到的，今天我们继续来运用这些方法解决实际问题。（板书课题：解决问题)</w:t>
            </w:r>
          </w:p>
        </w:tc>
        <w:tc>
          <w:tcPr>
            <w:tcW w:type="dxa" w:w="3061"/>
          </w:tcPr>
          <w:p>
            <w:pPr>
              <w:spacing w:after="20" w:line="276" w:lineRule="auto"/>
            </w:pPr>
            <w:r/>
            <w:r>
              <w:rPr>
                <w:rFonts w:ascii="宋体" w:hAnsi="宋体" w:eastAsia="宋体"/>
                <w:b w:val="0"/>
                <w:sz w:val="18"/>
              </w:rPr>
              <w:t>两位数减一位数的口算，指名学生回答，并说一说是怎样算的。</w:t>
            </w:r>
          </w:p>
          <w:p>
            <w:pPr>
              <w:spacing w:after="20" w:line="276" w:lineRule="auto"/>
            </w:pPr>
            <w:r>
              <w:rPr>
                <w:rFonts w:ascii="宋体" w:hAnsi="宋体" w:eastAsia="宋体"/>
                <w:b w:val="0"/>
                <w:sz w:val="18"/>
              </w:rPr>
              <w:t>学生可能会说摆小棒、画图、列算式、列表等。</w:t>
            </w:r>
          </w:p>
        </w:tc>
        <w:tc>
          <w:tcPr>
            <w:tcW w:type="dxa" w:w="1814"/>
          </w:tcPr>
          <w:p>
            <w:pPr>
              <w:spacing w:after="20" w:line="276" w:lineRule="auto"/>
            </w:pPr>
            <w:r/>
            <w:r>
              <w:rPr>
                <w:rFonts w:ascii="宋体" w:hAnsi="宋体" w:eastAsia="宋体"/>
                <w:b w:val="0"/>
                <w:sz w:val="18"/>
              </w:rPr>
              <w:t>通过复习连减口算和解决问题的方法，既巩固了计算方法，又为后面解决减去相同数的实际问题奠定基础。</w:t>
            </w:r>
          </w:p>
        </w:tc>
      </w:tr>
      <w:tr>
        <w:tc>
          <w:tcPr>
            <w:tcW w:type="dxa" w:w="1474"/>
          </w:tcPr>
          <w:p>
            <w:pPr>
              <w:spacing w:after="20" w:line="276" w:lineRule="auto"/>
            </w:pPr>
            <w:r>
              <w:rPr>
                <w:b/>
              </w:rPr>
            </w:r>
            <w:r>
              <w:rPr>
                <w:rFonts w:ascii="宋体" w:hAnsi="宋体" w:eastAsia="宋体"/>
                <w:b/>
                <w:sz w:val="18"/>
              </w:rPr>
              <w:t>二、引导探究，形成策略</w:t>
            </w:r>
          </w:p>
        </w:tc>
        <w:tc>
          <w:tcPr>
            <w:tcW w:type="dxa" w:w="3061"/>
          </w:tcPr>
          <w:p>
            <w:pPr>
              <w:spacing w:after="20" w:line="276" w:lineRule="auto"/>
            </w:pPr>
            <w:r/>
            <w:r>
              <w:rPr>
                <w:rFonts w:ascii="宋体" w:hAnsi="宋体" w:eastAsia="宋体"/>
                <w:b w:val="0"/>
                <w:sz w:val="18"/>
              </w:rPr>
              <w:t>1.情境呈现，解读信息，理解题意。</w:t>
            </w:r>
          </w:p>
          <w:p>
            <w:pPr>
              <w:spacing w:after="20" w:line="276" w:lineRule="auto"/>
            </w:pPr>
            <w:r>
              <w:rPr>
                <w:rFonts w:ascii="宋体" w:hAnsi="宋体" w:eastAsia="宋体"/>
                <w:b w:val="0"/>
                <w:sz w:val="18"/>
              </w:rPr>
              <w:t>师：勤劳的小猴子来到果园，采摘了一些橘子。它准备把这些橘子装进袋子，却遇到了数学问题，我们一起去看看吧！</w:t>
            </w:r>
          </w:p>
          <w:p>
            <w:pPr>
              <w:spacing w:after="20" w:line="276" w:lineRule="auto"/>
            </w:pPr>
            <w:r>
              <w:rPr>
                <w:rFonts w:ascii="宋体" w:hAnsi="宋体" w:eastAsia="宋体"/>
                <w:b w:val="0"/>
                <w:sz w:val="18"/>
              </w:rPr>
              <w:t>课件出示教科书P50例3。</w:t>
            </w:r>
          </w:p>
          <w:p>
            <w:pPr>
              <w:spacing w:after="20" w:line="276" w:lineRule="auto"/>
            </w:pPr>
            <w:r>
              <w:rPr>
                <w:rFonts w:ascii="宋体" w:hAnsi="宋体" w:eastAsia="宋体"/>
                <w:b w:val="0"/>
                <w:sz w:val="18"/>
              </w:rPr>
              <w:t>(1)师：从图中你获得了哪些信息？问题是什么？</w:t>
            </w:r>
          </w:p>
          <w:p>
            <w:pPr>
              <w:spacing w:after="20" w:line="276" w:lineRule="auto"/>
            </w:pPr>
            <w:r>
              <w:rPr>
                <w:rFonts w:ascii="宋体" w:hAnsi="宋体" w:eastAsia="宋体"/>
                <w:b w:val="0"/>
                <w:sz w:val="18"/>
              </w:rPr>
              <w:t>(2)师：“装满”是什么意思？（在课件上圈出“装满”二字）哪些是剩下的？</w:t>
            </w:r>
          </w:p>
          <w:p>
            <w:pPr>
              <w:spacing w:after="20" w:line="276" w:lineRule="auto"/>
            </w:pPr>
            <w:r>
              <w:rPr>
                <w:rFonts w:ascii="宋体" w:hAnsi="宋体" w:eastAsia="宋体"/>
                <w:b w:val="0"/>
                <w:sz w:val="18"/>
              </w:rPr>
              <w:t>(3)动手操作，直观感悟。</w:t>
            </w:r>
          </w:p>
          <w:p>
            <w:pPr>
              <w:spacing w:after="20" w:line="276" w:lineRule="auto"/>
            </w:pPr>
            <w:r>
              <w:rPr>
                <w:rFonts w:ascii="宋体" w:hAnsi="宋体" w:eastAsia="宋体"/>
                <w:b w:val="0"/>
                <w:sz w:val="18"/>
              </w:rPr>
              <w:t>师：弄清了题意和问题，那怎样解决这个问题呢？请同学们拿出准备好的26个圆片表示橘子，真正数一数、分一分、摆一摆。</w:t>
            </w:r>
          </w:p>
          <w:p>
            <w:pPr>
              <w:spacing w:after="20" w:line="276" w:lineRule="auto"/>
            </w:pPr>
            <w:r>
              <w:rPr>
                <w:rFonts w:ascii="宋体" w:hAnsi="宋体" w:eastAsia="宋体"/>
                <w:b w:val="0"/>
                <w:sz w:val="18"/>
              </w:rPr>
              <w:t>教师巡视。</w:t>
            </w:r>
          </w:p>
          <w:p>
            <w:pPr>
              <w:spacing w:after="20" w:line="276" w:lineRule="auto"/>
            </w:pPr>
            <w:r>
              <w:rPr>
                <w:rFonts w:ascii="宋体" w:hAnsi="宋体" w:eastAsia="宋体"/>
                <w:b w:val="0"/>
                <w:sz w:val="18"/>
              </w:rPr>
              <w:t>2.分析研究，初步形成策略。</w:t>
            </w:r>
          </w:p>
          <w:p>
            <w:pPr>
              <w:spacing w:after="20" w:line="276" w:lineRule="auto"/>
            </w:pPr>
            <w:r>
              <w:rPr>
                <w:rFonts w:ascii="宋体" w:hAnsi="宋体" w:eastAsia="宋体"/>
                <w:b w:val="0"/>
                <w:sz w:val="18"/>
              </w:rPr>
              <w:t>师：回忆刚才分橘子的过程，你能用我们学过的画图、画箭头和列算式等方式简单又清楚地把分橘子的过程表示出来吗？</w:t>
            </w:r>
          </w:p>
          <w:p>
            <w:pPr>
              <w:spacing w:after="20" w:line="276" w:lineRule="auto"/>
            </w:pPr>
            <w:r>
              <w:rPr>
                <w:rFonts w:ascii="宋体" w:hAnsi="宋体" w:eastAsia="宋体"/>
                <w:b w:val="0"/>
                <w:sz w:val="18"/>
              </w:rPr>
              <w:t>(2)汇报交流。</w:t>
            </w:r>
          </w:p>
          <w:p>
            <w:pPr>
              <w:spacing w:after="20" w:line="276" w:lineRule="auto"/>
            </w:pPr>
            <w:r>
              <w:rPr>
                <w:rFonts w:ascii="宋体" w:hAnsi="宋体" w:eastAsia="宋体"/>
                <w:b w:val="0"/>
                <w:sz w:val="18"/>
              </w:rPr>
              <w:t>指名学生到黑板上或投影仪前呈现自己的方法。</w:t>
            </w:r>
          </w:p>
          <w:p>
            <w:pPr>
              <w:spacing w:after="20" w:line="276" w:lineRule="auto"/>
            </w:pPr>
            <w:r>
              <w:rPr>
                <w:rFonts w:ascii="宋体" w:hAnsi="宋体" w:eastAsia="宋体"/>
                <w:b w:val="0"/>
                <w:sz w:val="18"/>
              </w:rPr>
              <w:t>26-8-8-8=2（个）</w:t>
            </w:r>
          </w:p>
          <w:p>
            <w:pPr>
              <w:spacing w:after="20" w:line="276" w:lineRule="auto"/>
            </w:pPr>
            <w:r>
              <w:rPr>
                <w:rFonts w:ascii="宋体" w:hAnsi="宋体" w:eastAsia="宋体"/>
                <w:b w:val="0"/>
                <w:sz w:val="18"/>
              </w:rPr>
              <w:t>教师适时板书。</w:t>
            </w:r>
          </w:p>
          <w:p>
            <w:pPr>
              <w:spacing w:after="20" w:line="276" w:lineRule="auto"/>
            </w:pPr>
            <w:r>
              <w:rPr>
                <w:rFonts w:ascii="宋体" w:hAnsi="宋体" w:eastAsia="宋体"/>
                <w:b w:val="0"/>
                <w:sz w:val="18"/>
              </w:rPr>
              <w:t>师：后面两种方法中，你是怎么得出3袋的？</w:t>
            </w:r>
          </w:p>
          <w:p>
            <w:pPr>
              <w:spacing w:after="20" w:line="276" w:lineRule="auto"/>
            </w:pPr>
            <w:r>
              <w:rPr>
                <w:rFonts w:ascii="宋体" w:hAnsi="宋体" w:eastAsia="宋体"/>
                <w:b w:val="0"/>
                <w:sz w:val="18"/>
              </w:rPr>
              <w:t>(3)对比小结。</w:t>
            </w:r>
          </w:p>
          <w:p>
            <w:pPr>
              <w:spacing w:after="20" w:line="276" w:lineRule="auto"/>
            </w:pPr>
            <w:r>
              <w:rPr>
                <w:rFonts w:ascii="宋体" w:hAnsi="宋体" w:eastAsia="宋体"/>
                <w:b w:val="0"/>
                <w:sz w:val="18"/>
              </w:rPr>
              <w:t>师：观察这些方法，你发现了什么？</w:t>
            </w:r>
          </w:p>
          <w:p>
            <w:pPr>
              <w:spacing w:after="20" w:line="276" w:lineRule="auto"/>
            </w:pPr>
            <w:r>
              <w:rPr>
                <w:rFonts w:ascii="宋体" w:hAnsi="宋体" w:eastAsia="宋体"/>
                <w:b w:val="0"/>
                <w:sz w:val="18"/>
              </w:rPr>
              <w:t>师小结：虽然解答的方法不同，但都是要想26里面有几个8，有几个8就能装满几袋。</w:t>
            </w:r>
          </w:p>
          <w:p>
            <w:pPr>
              <w:spacing w:after="20" w:line="276" w:lineRule="auto"/>
            </w:pPr>
            <w:r>
              <w:rPr>
                <w:rFonts w:ascii="宋体" w:hAnsi="宋体" w:eastAsia="宋体"/>
                <w:b w:val="0"/>
                <w:sz w:val="18"/>
              </w:rPr>
              <w:t>3.回顾与反思。</w:t>
            </w:r>
          </w:p>
          <w:p>
            <w:pPr>
              <w:spacing w:after="20" w:line="276" w:lineRule="auto"/>
            </w:pPr>
            <w:r>
              <w:rPr>
                <w:rFonts w:ascii="宋体" w:hAnsi="宋体" w:eastAsia="宋体"/>
                <w:b w:val="0"/>
                <w:sz w:val="18"/>
              </w:rPr>
              <w:t>师：解答正确吗？怎样检验？</w:t>
            </w:r>
          </w:p>
        </w:tc>
        <w:tc>
          <w:tcPr>
            <w:tcW w:type="dxa" w:w="3061"/>
          </w:tcPr>
          <w:p>
            <w:pPr>
              <w:spacing w:after="20" w:line="276" w:lineRule="auto"/>
            </w:pPr>
            <w:r/>
            <w:r>
              <w:rPr>
                <w:rFonts w:ascii="宋体" w:hAnsi="宋体" w:eastAsia="宋体"/>
                <w:b w:val="0"/>
                <w:sz w:val="18"/>
              </w:rPr>
              <w:t>学生可能会直接从文字中获取信息，也有少数同学会去数有多少个橘子。师生交流后要让学生完整地说出条件和问题。</w:t>
            </w:r>
          </w:p>
          <w:p>
            <w:pPr>
              <w:spacing w:after="20" w:line="276" w:lineRule="auto"/>
            </w:pPr>
            <w:r>
              <w:rPr>
                <w:rFonts w:ascii="宋体" w:hAnsi="宋体" w:eastAsia="宋体"/>
                <w:b w:val="0"/>
                <w:sz w:val="18"/>
              </w:rPr>
              <w:t>可能会有学生回答：一袋要装8个，才能算装满。如果不够8个就不能装满一袋，这些就是剩下的。</w:t>
            </w:r>
          </w:p>
          <w:p>
            <w:pPr>
              <w:spacing w:after="20" w:line="276" w:lineRule="auto"/>
            </w:pPr>
            <w:r>
              <w:rPr>
                <w:rFonts w:ascii="宋体" w:hAnsi="宋体" w:eastAsia="宋体"/>
                <w:b w:val="0"/>
                <w:sz w:val="18"/>
              </w:rPr>
              <w:t>利用圆片分一分、摆一摆，学生能很容易找到答案，可以装满3袋，还剩2个。</w:t>
            </w:r>
          </w:p>
          <w:p>
            <w:pPr>
              <w:spacing w:after="20" w:line="276" w:lineRule="auto"/>
            </w:pPr>
            <w:r>
              <w:rPr>
                <w:rFonts w:ascii="宋体" w:hAnsi="宋体" w:eastAsia="宋体"/>
                <w:b w:val="0"/>
                <w:sz w:val="18"/>
              </w:rPr>
              <w:t>学生可能会出现如下三种方法。</w:t>
            </w:r>
          </w:p>
          <w:p>
            <w:pPr>
              <w:spacing w:after="20" w:line="276" w:lineRule="auto"/>
            </w:pPr>
            <w:r>
              <w:rPr>
                <w:rFonts w:ascii="宋体" w:hAnsi="宋体" w:eastAsia="宋体"/>
                <w:b w:val="0"/>
                <w:sz w:val="18"/>
              </w:rPr>
              <w:t>预设1：8个8个地圈一圈。</w:t>
            </w:r>
          </w:p>
          <w:p>
            <w:pPr>
              <w:spacing w:after="20" w:line="276" w:lineRule="auto"/>
            </w:pPr>
            <w:r>
              <w:rPr>
                <w:rFonts w:ascii="宋体" w:hAnsi="宋体" w:eastAsia="宋体"/>
                <w:b w:val="0"/>
                <w:sz w:val="18"/>
              </w:rPr>
              <w:t>预设2：画箭头的方法。</w:t>
            </w:r>
          </w:p>
          <w:p>
            <w:pPr>
              <w:spacing w:after="20" w:line="276" w:lineRule="auto"/>
            </w:pPr>
            <w:r>
              <w:rPr>
                <w:rFonts w:ascii="宋体" w:hAnsi="宋体" w:eastAsia="宋体"/>
                <w:b w:val="0"/>
                <w:sz w:val="18"/>
              </w:rPr>
              <w:t>预设3：列算式。</w:t>
            </w:r>
          </w:p>
          <w:p>
            <w:pPr>
              <w:spacing w:after="20" w:line="276" w:lineRule="auto"/>
            </w:pPr>
            <w:r>
              <w:rPr>
                <w:rFonts w:ascii="宋体" w:hAnsi="宋体" w:eastAsia="宋体"/>
                <w:b w:val="0"/>
                <w:sz w:val="18"/>
              </w:rPr>
              <w:t>学生可能会说减了3个8，就表示可以装满3袋。</w:t>
            </w:r>
          </w:p>
          <w:p>
            <w:pPr>
              <w:spacing w:after="20" w:line="276" w:lineRule="auto"/>
            </w:pPr>
            <w:r>
              <w:rPr>
                <w:rFonts w:ascii="宋体" w:hAnsi="宋体" w:eastAsia="宋体"/>
                <w:b w:val="0"/>
                <w:sz w:val="18"/>
              </w:rPr>
              <w:t>学生可能会说都是在26里面找出有几个8。</w:t>
            </w:r>
          </w:p>
          <w:p>
            <w:pPr>
              <w:spacing w:after="20" w:line="276" w:lineRule="auto"/>
            </w:pPr>
            <w:r>
              <w:rPr>
                <w:rFonts w:ascii="宋体" w:hAnsi="宋体" w:eastAsia="宋体"/>
                <w:b w:val="0"/>
                <w:sz w:val="18"/>
              </w:rPr>
              <w:t>学生可能会重算一遍，也可能用别的方法检查。如果没有想到用加法检查，可以引导学生用加法检查。</w:t>
            </w:r>
          </w:p>
        </w:tc>
        <w:tc>
          <w:tcPr>
            <w:tcW w:type="dxa" w:w="1814"/>
          </w:tcPr>
          <w:p>
            <w:pPr>
              <w:spacing w:after="20" w:line="276" w:lineRule="auto"/>
            </w:pPr>
            <w:r/>
            <w:r>
              <w:rPr>
                <w:rFonts w:ascii="宋体" w:hAnsi="宋体" w:eastAsia="宋体"/>
                <w:b w:val="0"/>
                <w:sz w:val="18"/>
              </w:rPr>
              <w:t>帮助学生理解条件、明确问题，是解决问题的第一步。在学生明确条件和问题后，通过动手操作，为解决问题积累活动经验。</w:t>
            </w:r>
          </w:p>
          <w:p>
            <w:pPr>
              <w:spacing w:after="20" w:line="276" w:lineRule="auto"/>
            </w:pPr>
            <w:r>
              <w:rPr>
                <w:rFonts w:ascii="宋体" w:hAnsi="宋体" w:eastAsia="宋体"/>
                <w:b w:val="0"/>
                <w:sz w:val="18"/>
              </w:rPr>
              <w:t>让学生充分经历分一分、圈一圈、减一减的过程，既积累了解决问题的经验，又搭建了由减法到除法过渡的桥梁，便于今后更好地理解除法的意义。</w:t>
            </w:r>
          </w:p>
          <w:p>
            <w:pPr>
              <w:spacing w:after="20" w:line="276" w:lineRule="auto"/>
            </w:pPr>
            <w:r>
              <w:rPr>
                <w:rFonts w:ascii="宋体" w:hAnsi="宋体" w:eastAsia="宋体"/>
                <w:b w:val="0"/>
                <w:sz w:val="18"/>
              </w:rPr>
              <w:t>通过对不同方法的对比，认识到解决减去相同数的实际问题的本质，积累解决此类问题的经验。</w:t>
            </w:r>
          </w:p>
          <w:p>
            <w:pPr>
              <w:spacing w:after="20" w:line="276" w:lineRule="auto"/>
            </w:pPr>
            <w:r>
              <w:rPr>
                <w:rFonts w:ascii="宋体" w:hAnsi="宋体" w:eastAsia="宋体"/>
                <w:b w:val="0"/>
                <w:sz w:val="18"/>
              </w:rPr>
              <w:t>进一步理解加、减法之间的关系，强化检验的意识，学会基本的检验方法。</w:t>
            </w:r>
          </w:p>
        </w:tc>
      </w:tr>
      <w:tr>
        <w:tc>
          <w:tcPr>
            <w:tcW w:type="dxa" w:w="1474"/>
          </w:tcPr>
          <w:p>
            <w:pPr>
              <w:spacing w:after="20" w:line="276" w:lineRule="auto"/>
            </w:pPr>
            <w:r>
              <w:rPr>
                <w:b/>
              </w:rPr>
            </w:r>
            <w:r>
              <w:rPr>
                <w:rFonts w:ascii="宋体" w:hAnsi="宋体" w:eastAsia="宋体"/>
                <w:b/>
                <w:sz w:val="18"/>
              </w:rPr>
              <w:t>三、巩固应用，内化提高</w:t>
            </w:r>
          </w:p>
        </w:tc>
        <w:tc>
          <w:tcPr>
            <w:tcW w:type="dxa" w:w="3061"/>
          </w:tcPr>
          <w:p>
            <w:pPr>
              <w:spacing w:after="20" w:line="276" w:lineRule="auto"/>
            </w:pPr>
            <w:r/>
            <w:r>
              <w:rPr>
                <w:rFonts w:ascii="宋体" w:hAnsi="宋体" w:eastAsia="宋体"/>
                <w:b w:val="0"/>
                <w:sz w:val="18"/>
              </w:rPr>
              <w:t>1.完成教科书P51“做一做”。</w:t>
            </w:r>
          </w:p>
          <w:p>
            <w:pPr>
              <w:spacing w:after="20" w:line="276" w:lineRule="auto"/>
            </w:pPr>
            <w:r>
              <w:rPr>
                <w:rFonts w:ascii="宋体" w:hAnsi="宋体" w:eastAsia="宋体"/>
                <w:b w:val="0"/>
                <w:sz w:val="18"/>
              </w:rPr>
              <w:t>(1)学生独立尝试完成。</w:t>
            </w:r>
          </w:p>
          <w:p>
            <w:pPr>
              <w:spacing w:after="20" w:line="276" w:lineRule="auto"/>
            </w:pPr>
            <w:r>
              <w:rPr>
                <w:rFonts w:ascii="宋体" w:hAnsi="宋体" w:eastAsia="宋体"/>
                <w:b w:val="0"/>
                <w:sz w:val="18"/>
              </w:rPr>
              <w:t>(2)汇报交流，展示方法。</w:t>
            </w:r>
          </w:p>
          <w:p>
            <w:pPr>
              <w:spacing w:after="20" w:line="276" w:lineRule="auto"/>
            </w:pPr>
            <w:r>
              <w:rPr>
                <w:rFonts w:ascii="宋体" w:hAnsi="宋体" w:eastAsia="宋体"/>
                <w:b w:val="0"/>
                <w:sz w:val="18"/>
              </w:rPr>
              <w:t>2.完成教科书P52“练一练”第7题。</w:t>
            </w:r>
          </w:p>
          <w:p>
            <w:pPr>
              <w:spacing w:after="20" w:line="276" w:lineRule="auto"/>
            </w:pPr>
            <w:r>
              <w:rPr>
                <w:rFonts w:ascii="宋体" w:hAnsi="宋体" w:eastAsia="宋体"/>
                <w:b w:val="0"/>
                <w:sz w:val="18"/>
              </w:rPr>
              <w:t>独立完成后同桌之间交流。</w:t>
            </w:r>
          </w:p>
        </w:tc>
        <w:tc>
          <w:tcPr>
            <w:tcW w:type="dxa" w:w="3061"/>
          </w:tcPr>
          <w:p>
            <w:pPr>
              <w:spacing w:after="20" w:line="276" w:lineRule="auto"/>
            </w:pPr>
            <w:r/>
            <w:r>
              <w:rPr>
                <w:rFonts w:ascii="宋体" w:hAnsi="宋体" w:eastAsia="宋体"/>
                <w:b w:val="0"/>
                <w:sz w:val="18"/>
              </w:rPr>
              <w:t>学生还没有学过40-12，因此在用算式或画箭头时有很大阻力，如果学生能想到先减10、再减2算装一筒，要予以表扬，并且让学生完整地表达出来。</w:t>
            </w:r>
          </w:p>
          <w:p>
            <w:pPr>
              <w:spacing w:after="20" w:line="276" w:lineRule="auto"/>
            </w:pPr>
            <w:r>
              <w:rPr>
                <w:rFonts w:ascii="宋体" w:hAnsi="宋体" w:eastAsia="宋体"/>
                <w:b w:val="0"/>
                <w:sz w:val="18"/>
              </w:rPr>
              <w:t>本题较简单，学生基本能完成。</w:t>
            </w:r>
          </w:p>
        </w:tc>
        <w:tc>
          <w:tcPr>
            <w:tcW w:type="dxa" w:w="1814"/>
          </w:tcPr>
          <w:p>
            <w:pPr>
              <w:spacing w:after="20" w:line="276" w:lineRule="auto"/>
            </w:pPr>
            <w:r/>
            <w:r>
              <w:rPr>
                <w:rFonts w:ascii="宋体" w:hAnsi="宋体" w:eastAsia="宋体"/>
                <w:b w:val="0"/>
                <w:sz w:val="18"/>
              </w:rPr>
              <w:t>通过两道练习，进一步巩固用圈一圈、画箭头的策略，解决减去相同数的实际问题，内化提升学生的能力。</w:t>
            </w:r>
          </w:p>
        </w:tc>
      </w:tr>
      <w:tr>
        <w:tc>
          <w:tcPr>
            <w:tcW w:type="dxa" w:w="1474"/>
          </w:tcPr>
          <w:p>
            <w:pPr>
              <w:spacing w:after="20" w:line="276" w:lineRule="auto"/>
            </w:pPr>
            <w:r>
              <w:rPr>
                <w:b/>
              </w:rPr>
            </w:r>
            <w:r>
              <w:rPr>
                <w:rFonts w:ascii="宋体" w:hAnsi="宋体" w:eastAsia="宋体"/>
                <w:b/>
                <w:sz w:val="18"/>
              </w:rPr>
              <w:t>四、评价反思，收获小结</w:t>
            </w:r>
          </w:p>
        </w:tc>
        <w:tc>
          <w:tcPr>
            <w:tcW w:type="dxa" w:w="3061"/>
          </w:tcPr>
          <w:p>
            <w:pPr>
              <w:spacing w:after="20" w:line="276" w:lineRule="auto"/>
            </w:pPr>
            <w:r/>
            <w:r>
              <w:rPr>
                <w:rFonts w:ascii="宋体" w:hAnsi="宋体" w:eastAsia="宋体"/>
                <w:b w:val="0"/>
                <w:sz w:val="18"/>
              </w:rPr>
              <w:t>师：今天这节课你们学到了哪些新知识？</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引导学生回顾梳理本课所学，完善认知结构，提升归纳与反思能力，核心问题："今天这节课你们学到了哪些新知识？"</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教科书P50例3，完成教科书P51“做一做”和P52“练一练”第7题。</w:t>
      </w:r>
    </w:p>
    <w:p>
      <w:pPr>
        <w:spacing w:after="40" w:line="300" w:lineRule="auto"/>
        <w:ind w:firstLine="400"/>
      </w:pPr>
      <w:r>
        <w:rPr>
          <w:rFonts w:ascii="宋体" w:hAnsi="宋体" w:eastAsia="宋体"/>
          <w:b w:val="0"/>
          <w:sz w:val="20"/>
        </w:rPr>
        <w:t>② 原设计安排：见“状元成才路”系列丛书《创优作业100分》或《状元作业本》对应课时作业。</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在教学时，注重通过情境模拟，用26个圆片代替橘子，真正数一数、分一分，在操作的过程中理解题意，积累活动经验。然后鼓励学生用简单、清楚的方式表达思考过程，在操作交流中完成了知识的建构。教学过程中，学生呈现的生成性资源也很丰富，教学时要随时关注生成性资源，并及时抓住进行教学。</w:t>
      </w:r>
    </w:p>
    <w:p>
      <w:r>
        <w:br w:type="page"/>
      </w:r>
    </w:p>
    <w:p>
      <w:pPr>
        <w:spacing w:after="80" w:line="300" w:lineRule="auto"/>
      </w:pPr>
      <w:r>
        <w:rPr>
          <w:rFonts w:ascii="黑体" w:hAnsi="黑体" w:eastAsia="黑体"/>
          <w:b/>
          <w:sz w:val="24"/>
        </w:rPr>
        <w:t>二、课时教学方案（第7课时）</w:t>
      </w:r>
    </w:p>
    <w:p>
      <w:pPr>
        <w:spacing w:after="80" w:line="300" w:lineRule="auto"/>
      </w:pPr>
      <w:r>
        <w:rPr>
          <w:rFonts w:ascii="黑体" w:hAnsi="黑体" w:eastAsia="黑体"/>
          <w:b/>
          <w:sz w:val="24"/>
        </w:rPr>
        <w:t>第7课时　练一练</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第7课时　练一练</w:t>
            </w:r>
          </w:p>
        </w:tc>
        <w:tc>
          <w:tcPr>
            <w:tcW w:type="dxa" w:w="6009"/>
          </w:tcPr>
          <w:p>
            <w:pPr>
              <w:spacing w:after="20" w:line="276" w:lineRule="auto"/>
            </w:pPr>
            <w:r/>
            <w:r>
              <w:rPr>
                <w:rFonts w:ascii="宋体" w:hAnsi="宋体" w:eastAsia="宋体"/>
                <w:b w:val="0"/>
                <w:sz w:val="20"/>
              </w:rPr>
              <w:t>第4单元 100以内的口算加、减法（口算减法）</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已经掌握了100以内数的读法、写法和数的组成,以及整十数加一位数和相应的减法的计算方法,而100以内的加法和减法计算主要是化归为20以内整十数加一位数和相应的减法来计算,因此这一部分计算对于学生来说问题不大,关键是要让学生理解算理。</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教学内容：教科书P51~52“练一练”第1、2、3、4、5、6、8题。</w:t>
      </w:r>
    </w:p>
    <w:p>
      <w:pPr>
        <w:spacing w:after="80" w:line="300" w:lineRule="auto"/>
        <w:ind w:firstLine="400"/>
      </w:pPr>
      <w:r>
        <w:rPr>
          <w:rFonts w:ascii="宋体" w:hAnsi="宋体" w:eastAsia="宋体"/>
          <w:b w:val="0"/>
          <w:sz w:val="20"/>
        </w:rPr>
        <w:t>教学准备：课件、口算卡片。</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（1）进一步理解100以内口算加、减法的算理，巩固100以内口算加、减法的计算。</w:t>
      </w:r>
    </w:p>
    <w:p>
      <w:pPr>
        <w:spacing w:after="20" w:line="300" w:lineRule="auto"/>
        <w:ind w:firstLine="400"/>
      </w:pPr>
      <w:r>
        <w:rPr>
          <w:rFonts w:ascii="宋体" w:hAnsi="宋体" w:eastAsia="宋体"/>
          <w:b w:val="0"/>
          <w:sz w:val="20"/>
        </w:rPr>
        <w:t>（2）通过练习，能够熟练地口算，并能解决相关实际问题。</w:t>
      </w:r>
    </w:p>
    <w:p>
      <w:pPr>
        <w:spacing w:after="20" w:line="300" w:lineRule="auto"/>
        <w:ind w:firstLine="400"/>
      </w:pPr>
      <w:r>
        <w:rPr>
          <w:rFonts w:ascii="宋体" w:hAnsi="宋体" w:eastAsia="宋体"/>
          <w:b w:val="0"/>
          <w:sz w:val="20"/>
        </w:rPr>
        <w:t>（3）感受数学知识在生活中的应用，激发学生学习数学的兴趣，获得成功的体验。</w:t>
      </w:r>
    </w:p>
    <w:p>
      <w:pPr>
        <w:spacing w:after="20" w:line="300" w:lineRule="auto"/>
      </w:pPr>
      <w:r>
        <w:rPr>
          <w:rFonts w:ascii="宋体" w:hAnsi="宋体" w:eastAsia="宋体"/>
          <w:b w:val="0"/>
          <w:sz w:val="20"/>
        </w:rPr>
        <w:t>教学重点：能正确进行100以内的口算加、减法。</w:t>
      </w:r>
    </w:p>
    <w:p>
      <w:pPr>
        <w:spacing w:after="20" w:line="300" w:lineRule="auto"/>
      </w:pPr>
      <w:r>
        <w:rPr>
          <w:rFonts w:ascii="宋体" w:hAnsi="宋体" w:eastAsia="宋体"/>
          <w:b w:val="0"/>
          <w:sz w:val="20"/>
        </w:rPr>
        <w:t>教学难点：运用经验，探索解题方法。</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一、复习回顾</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二、练习指导</w:t>
            </w:r>
          </w:p>
        </w:tc>
        <w:tc>
          <w:tcPr>
            <w:tcW w:type="dxa" w:w="1814"/>
          </w:tcPr>
          <w:p>
            <w:pPr>
              <w:spacing w:after="20" w:line="276" w:lineRule="auto"/>
            </w:pPr>
            <w:r/>
            <w:r>
              <w:rPr>
                <w:rFonts w:ascii="宋体" w:hAnsi="宋体" w:eastAsia="宋体"/>
                <w:b w:val="0"/>
                <w:sz w:val="18"/>
              </w:rPr>
              <w:t>教科书、课件、小棒</w:t>
            </w:r>
          </w:p>
        </w:tc>
        <w:tc>
          <w:tcPr>
            <w:tcW w:type="dxa" w:w="3402"/>
          </w:tcPr>
          <w:p>
            <w:pPr>
              <w:spacing w:after="20" w:line="276" w:lineRule="auto"/>
            </w:pPr>
            <w:r/>
            <w:r>
              <w:rPr>
                <w:rFonts w:ascii="宋体" w:hAnsi="宋体" w:eastAsia="宋体"/>
                <w:b w:val="0"/>
                <w:sz w:val="18"/>
              </w:rPr>
              <w:t>从图中你知道了什么？；你能尝试画图表示图中的信息和问题吗？</w:t>
            </w:r>
          </w:p>
        </w:tc>
        <w:tc>
          <w:tcPr>
            <w:tcW w:type="dxa" w:w="1361"/>
          </w:tcPr>
          <w:p>
            <w:pPr>
              <w:spacing w:after="20" w:line="276" w:lineRule="auto"/>
            </w:pPr>
            <w:r/>
            <w:r>
              <w:rPr>
                <w:rFonts w:ascii="宋体" w:hAnsi="宋体" w:eastAsia="宋体"/>
                <w:b w:val="0"/>
                <w:sz w:val="18"/>
              </w:rPr>
              <w:t>25分钟</w:t>
            </w:r>
          </w:p>
        </w:tc>
      </w:tr>
      <w:tr>
        <w:tc>
          <w:tcPr>
            <w:tcW w:type="dxa" w:w="2835"/>
          </w:tcPr>
          <w:p>
            <w:pPr>
              <w:spacing w:after="20" w:line="276" w:lineRule="auto"/>
            </w:pPr>
            <w:r/>
            <w:r>
              <w:rPr>
                <w:rFonts w:ascii="宋体" w:hAnsi="宋体" w:eastAsia="宋体"/>
                <w:b w:val="0"/>
                <w:sz w:val="18"/>
              </w:rPr>
              <w:t>三、自主练习</w:t>
            </w:r>
          </w:p>
        </w:tc>
        <w:tc>
          <w:tcPr>
            <w:tcW w:type="dxa" w:w="1814"/>
          </w:tcPr>
          <w:p>
            <w:pPr>
              <w:spacing w:after="20" w:line="276" w:lineRule="auto"/>
            </w:pPr>
            <w:r/>
            <w:r>
              <w:rPr>
                <w:rFonts w:ascii="宋体" w:hAnsi="宋体" w:eastAsia="宋体"/>
                <w:b w:val="0"/>
                <w:sz w:val="18"/>
              </w:rPr>
              <w:t>教科书P51~52、课件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通过这节课的学习，你们有什么收获？</w:t>
            </w:r>
          </w:p>
        </w:tc>
        <w:tc>
          <w:tcPr>
            <w:tcW w:type="dxa" w:w="1361"/>
          </w:tcPr>
          <w:p>
            <w:pPr>
              <w:spacing w:after="20" w:line="276" w:lineRule="auto"/>
            </w:pPr>
            <w:r/>
            <w:r>
              <w:rPr>
                <w:rFonts w:ascii="宋体" w:hAnsi="宋体" w:eastAsia="宋体"/>
                <w:b w:val="0"/>
                <w:sz w:val="18"/>
              </w:rPr>
              <w:t>3分钟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一、复习回顾</w:t>
            </w:r>
          </w:p>
        </w:tc>
        <w:tc>
          <w:tcPr>
            <w:tcW w:type="dxa" w:w="3061"/>
          </w:tcPr>
          <w:p>
            <w:pPr>
              <w:spacing w:after="20" w:line="276" w:lineRule="auto"/>
            </w:pPr>
            <w:r/>
            <w:r>
              <w:rPr>
                <w:rFonts w:ascii="宋体" w:hAnsi="宋体" w:eastAsia="宋体"/>
                <w:b w:val="0"/>
                <w:sz w:val="18"/>
              </w:rPr>
              <w:t>1.口算。</w:t>
            </w:r>
          </w:p>
          <w:p>
            <w:pPr>
              <w:spacing w:after="20" w:line="276" w:lineRule="auto"/>
            </w:pPr>
            <w:r>
              <w:rPr>
                <w:rFonts w:ascii="宋体" w:hAnsi="宋体" w:eastAsia="宋体"/>
                <w:b w:val="0"/>
                <w:sz w:val="18"/>
              </w:rPr>
              <w:t>34-2=    34-20=    15+8=    74-23=    26+52=</w:t>
            </w:r>
          </w:p>
          <w:p>
            <w:pPr>
              <w:spacing w:after="20" w:line="276" w:lineRule="auto"/>
            </w:pPr>
            <w:r>
              <w:rPr>
                <w:rFonts w:ascii="宋体" w:hAnsi="宋体" w:eastAsia="宋体"/>
                <w:b w:val="0"/>
                <w:sz w:val="18"/>
              </w:rPr>
              <w:t>32-8=    58+30=    43-5=    41+35=    87-64=</w:t>
            </w:r>
          </w:p>
          <w:p>
            <w:pPr>
              <w:spacing w:after="20" w:line="276" w:lineRule="auto"/>
            </w:pPr>
            <w:r>
              <w:rPr>
                <w:rFonts w:ascii="宋体" w:hAnsi="宋体" w:eastAsia="宋体"/>
                <w:b w:val="0"/>
                <w:sz w:val="18"/>
              </w:rPr>
              <w:t>引导学生回顾口算加、减法的相关知识。</w:t>
            </w:r>
          </w:p>
        </w:tc>
        <w:tc>
          <w:tcPr>
            <w:tcW w:type="dxa" w:w="3061"/>
          </w:tcPr>
          <w:p>
            <w:pPr>
              <w:spacing w:after="20" w:line="276" w:lineRule="auto"/>
            </w:pPr>
            <w:r/>
            <w:r>
              <w:rPr>
                <w:rFonts w:ascii="宋体" w:hAnsi="宋体" w:eastAsia="宋体"/>
                <w:b w:val="0"/>
                <w:sz w:val="18"/>
              </w:rPr>
              <w:t>学生拿出口算卡片，限时1分钟完成下列计算。</w:t>
            </w:r>
          </w:p>
        </w:tc>
        <w:tc>
          <w:tcPr>
            <w:tcW w:type="dxa" w:w="1814"/>
          </w:tcPr>
          <w:p>
            <w:pPr>
              <w:spacing w:after="20" w:line="276" w:lineRule="auto"/>
            </w:pPr>
            <w:r/>
            <w:r>
              <w:rPr>
                <w:rFonts w:ascii="宋体" w:hAnsi="宋体" w:eastAsia="宋体"/>
                <w:b w:val="0"/>
                <w:sz w:val="18"/>
              </w:rPr>
              <w:t>复习回顾100以内加、减法的口算方法，强化记忆，为后面进一步的学习训练打下基础。</w:t>
            </w:r>
          </w:p>
        </w:tc>
      </w:tr>
      <w:tr>
        <w:tc>
          <w:tcPr>
            <w:tcW w:type="dxa" w:w="1474"/>
          </w:tcPr>
          <w:p>
            <w:pPr>
              <w:spacing w:after="20" w:line="276" w:lineRule="auto"/>
            </w:pPr>
            <w:r>
              <w:rPr>
                <w:b/>
              </w:rPr>
            </w:r>
            <w:r>
              <w:rPr>
                <w:rFonts w:ascii="宋体" w:hAnsi="宋体" w:eastAsia="宋体"/>
                <w:b/>
                <w:sz w:val="18"/>
              </w:rPr>
              <w:t>二、练习指导</w:t>
            </w:r>
          </w:p>
        </w:tc>
        <w:tc>
          <w:tcPr>
            <w:tcW w:type="dxa" w:w="3061"/>
          </w:tcPr>
          <w:p>
            <w:pPr>
              <w:spacing w:after="20" w:line="276" w:lineRule="auto"/>
            </w:pPr>
            <w:r/>
            <w:r>
              <w:rPr>
                <w:rFonts w:ascii="宋体" w:hAnsi="宋体" w:eastAsia="宋体"/>
                <w:b w:val="0"/>
                <w:sz w:val="18"/>
              </w:rPr>
              <w:t>1.完成教科书P52“练一练”第5题。</w:t>
            </w:r>
          </w:p>
          <w:p>
            <w:pPr>
              <w:spacing w:after="20" w:line="276" w:lineRule="auto"/>
            </w:pPr>
            <w:r>
              <w:rPr>
                <w:rFonts w:ascii="宋体" w:hAnsi="宋体" w:eastAsia="宋体"/>
                <w:b w:val="0"/>
                <w:sz w:val="18"/>
              </w:rPr>
              <w:t>(1)读题获取信息。</w:t>
            </w:r>
          </w:p>
          <w:p>
            <w:pPr>
              <w:spacing w:after="20" w:line="276" w:lineRule="auto"/>
            </w:pPr>
            <w:r>
              <w:rPr>
                <w:rFonts w:ascii="宋体" w:hAnsi="宋体" w:eastAsia="宋体"/>
                <w:b w:val="0"/>
                <w:sz w:val="18"/>
              </w:rPr>
              <w:t>师：从图中你知道了什么？</w:t>
            </w:r>
          </w:p>
          <w:p>
            <w:pPr>
              <w:spacing w:after="20" w:line="276" w:lineRule="auto"/>
            </w:pPr>
            <w:r>
              <w:rPr>
                <w:rFonts w:ascii="宋体" w:hAnsi="宋体" w:eastAsia="宋体"/>
                <w:b w:val="0"/>
                <w:sz w:val="18"/>
              </w:rPr>
              <w:t>(2)尝试画图表示图中信息和问题。</w:t>
            </w:r>
          </w:p>
          <w:p>
            <w:pPr>
              <w:spacing w:after="20" w:line="276" w:lineRule="auto"/>
            </w:pPr>
            <w:r>
              <w:rPr>
                <w:rFonts w:ascii="宋体" w:hAnsi="宋体" w:eastAsia="宋体"/>
                <w:b w:val="0"/>
                <w:sz w:val="18"/>
              </w:rPr>
              <w:t>师：你能尝试画图表示图中的信息和问题吗？请你试一试。</w:t>
            </w:r>
          </w:p>
          <w:p>
            <w:pPr>
              <w:spacing w:after="20" w:line="276" w:lineRule="auto"/>
            </w:pPr>
            <w:r>
              <w:rPr>
                <w:rFonts w:ascii="宋体" w:hAnsi="宋体" w:eastAsia="宋体"/>
                <w:b w:val="0"/>
                <w:sz w:val="18"/>
              </w:rPr>
              <w:t>(3)师：应该怎样列式？</w:t>
            </w:r>
          </w:p>
          <w:p>
            <w:pPr>
              <w:spacing w:after="20" w:line="276" w:lineRule="auto"/>
            </w:pPr>
            <w:r>
              <w:rPr>
                <w:rFonts w:ascii="宋体" w:hAnsi="宋体" w:eastAsia="宋体"/>
                <w:b w:val="0"/>
                <w:sz w:val="18"/>
              </w:rPr>
              <w:t>2.完成教科书P52“练一练”第8题。</w:t>
            </w:r>
          </w:p>
          <w:p>
            <w:pPr>
              <w:spacing w:after="20" w:line="276" w:lineRule="auto"/>
            </w:pPr>
            <w:r>
              <w:rPr>
                <w:rFonts w:ascii="宋体" w:hAnsi="宋体" w:eastAsia="宋体"/>
                <w:b w:val="0"/>
                <w:sz w:val="18"/>
              </w:rPr>
              <w:t>师：从题目中你知道了哪些信息？要解决的问题是什么？</w:t>
            </w:r>
          </w:p>
          <w:p>
            <w:pPr>
              <w:spacing w:after="20" w:line="276" w:lineRule="auto"/>
            </w:pPr>
            <w:r>
              <w:rPr>
                <w:rFonts w:ascii="宋体" w:hAnsi="宋体" w:eastAsia="宋体"/>
                <w:b w:val="0"/>
                <w:sz w:val="18"/>
              </w:rPr>
              <w:t>师：你能画图表示题中的已知信息和问题吗？</w:t>
            </w:r>
          </w:p>
          <w:p>
            <w:pPr>
              <w:spacing w:after="20" w:line="276" w:lineRule="auto"/>
            </w:pPr>
            <w:r>
              <w:rPr>
                <w:rFonts w:ascii="宋体" w:hAnsi="宋体" w:eastAsia="宋体"/>
                <w:b w:val="0"/>
                <w:sz w:val="18"/>
              </w:rPr>
              <w:t>师：通过刚才的分析，你能解决这个问题吗？</w:t>
            </w:r>
          </w:p>
          <w:p>
            <w:pPr>
              <w:spacing w:after="20" w:line="276" w:lineRule="auto"/>
            </w:pPr>
            <w:r>
              <w:rPr>
                <w:rFonts w:ascii="宋体" w:hAnsi="宋体" w:eastAsia="宋体"/>
                <w:b w:val="0"/>
                <w:sz w:val="18"/>
              </w:rPr>
              <w:t>3.完成教科书P51“练一练”第3题。</w:t>
            </w:r>
          </w:p>
          <w:p>
            <w:pPr>
              <w:spacing w:after="20" w:line="276" w:lineRule="auto"/>
            </w:pPr>
            <w:r>
              <w:rPr>
                <w:rFonts w:ascii="宋体" w:hAnsi="宋体" w:eastAsia="宋体"/>
                <w:b w:val="0"/>
                <w:sz w:val="18"/>
              </w:rPr>
              <w:t>(1)学生独立完成。</w:t>
            </w:r>
          </w:p>
          <w:p>
            <w:pPr>
              <w:spacing w:after="20" w:line="276" w:lineRule="auto"/>
            </w:pPr>
            <w:r>
              <w:rPr>
                <w:rFonts w:ascii="宋体" w:hAnsi="宋体" w:eastAsia="宋体"/>
                <w:b w:val="0"/>
                <w:sz w:val="18"/>
              </w:rPr>
              <w:t>(2)师：哪几题出错了？错在哪里？</w:t>
            </w:r>
          </w:p>
          <w:p>
            <w:pPr>
              <w:spacing w:after="20" w:line="276" w:lineRule="auto"/>
            </w:pPr>
            <w:r>
              <w:rPr>
                <w:rFonts w:ascii="宋体" w:hAnsi="宋体" w:eastAsia="宋体"/>
                <w:b w:val="0"/>
                <w:sz w:val="18"/>
              </w:rPr>
              <w:t>4.完成教科书P51“练一练”第2题。</w:t>
            </w:r>
          </w:p>
          <w:p>
            <w:pPr>
              <w:spacing w:after="20" w:line="276" w:lineRule="auto"/>
            </w:pPr>
            <w:r>
              <w:rPr>
                <w:rFonts w:ascii="宋体" w:hAnsi="宋体" w:eastAsia="宋体"/>
                <w:b w:val="0"/>
                <w:sz w:val="18"/>
              </w:rPr>
              <w:t>(1)学生独立完成后，同桌之间交流，说一说各自是怎样算的。</w:t>
            </w:r>
          </w:p>
          <w:p>
            <w:pPr>
              <w:spacing w:after="20" w:line="276" w:lineRule="auto"/>
            </w:pPr>
            <w:r>
              <w:rPr>
                <w:rFonts w:ascii="宋体" w:hAnsi="宋体" w:eastAsia="宋体"/>
                <w:b w:val="0"/>
                <w:sz w:val="18"/>
              </w:rPr>
              <w:t>(2)变式提升。</w:t>
            </w:r>
          </w:p>
          <w:p>
            <w:pPr>
              <w:spacing w:after="20" w:line="276" w:lineRule="auto"/>
            </w:pPr>
            <w:r>
              <w:rPr>
                <w:rFonts w:ascii="宋体" w:hAnsi="宋体" w:eastAsia="宋体"/>
                <w:b w:val="0"/>
                <w:sz w:val="18"/>
              </w:rPr>
              <w:t>师：如果我们把84-6中84的个位上的数遮住，你还能说出差的十位上的数吗？差最大是多少？</w:t>
            </w:r>
          </w:p>
        </w:tc>
        <w:tc>
          <w:tcPr>
            <w:tcW w:type="dxa" w:w="3061"/>
          </w:tcPr>
          <w:p>
            <w:pPr>
              <w:spacing w:after="20" w:line="276" w:lineRule="auto"/>
            </w:pPr>
            <w:r/>
            <w:r>
              <w:rPr>
                <w:rFonts w:ascii="宋体" w:hAnsi="宋体" w:eastAsia="宋体"/>
                <w:b w:val="0"/>
                <w:sz w:val="18"/>
              </w:rPr>
              <w:t>原来有68箱香蕉，还剩下12箱，运走了多少箱？</w:t>
            </w:r>
          </w:p>
          <w:p>
            <w:pPr>
              <w:spacing w:after="20" w:line="276" w:lineRule="auto"/>
            </w:pPr>
            <w:r>
              <w:rPr>
                <w:rFonts w:ascii="宋体" w:hAnsi="宋体" w:eastAsia="宋体"/>
                <w:b w:val="0"/>
                <w:sz w:val="18"/>
              </w:rPr>
              <w:t>学生尝试画图后展示。</w:t>
            </w:r>
          </w:p>
          <w:p>
            <w:pPr>
              <w:spacing w:after="20" w:line="276" w:lineRule="auto"/>
            </w:pPr>
            <w:r>
              <w:rPr>
                <w:rFonts w:ascii="宋体" w:hAnsi="宋体" w:eastAsia="宋体"/>
                <w:b w:val="0"/>
                <w:sz w:val="18"/>
              </w:rPr>
              <w:t>对于此处画图，学生有一定的经验，可能想到用不同的方法来表示，大部分学生画的图不规范，在交流中引导学生画图。</w:t>
            </w:r>
          </w:p>
          <w:p>
            <w:pPr>
              <w:spacing w:after="20" w:line="276" w:lineRule="auto"/>
            </w:pPr>
            <w:r>
              <w:rPr>
                <w:rFonts w:ascii="宋体" w:hAnsi="宋体" w:eastAsia="宋体"/>
                <w:b w:val="0"/>
                <w:sz w:val="18"/>
              </w:rPr>
              <w:t>学生画图后，教师课件展示规范图示。</w:t>
            </w:r>
          </w:p>
          <w:p>
            <w:pPr>
              <w:spacing w:after="20" w:line="276" w:lineRule="auto"/>
            </w:pPr>
            <w:r>
              <w:rPr>
                <w:rFonts w:ascii="宋体" w:hAnsi="宋体" w:eastAsia="宋体"/>
                <w:b w:val="0"/>
                <w:sz w:val="18"/>
              </w:rPr>
              <w:t>有了画图的基础，学生不难列式：68-12=56(箱)。</w:t>
            </w:r>
          </w:p>
          <w:p>
            <w:pPr>
              <w:spacing w:after="20" w:line="276" w:lineRule="auto"/>
            </w:pPr>
            <w:r>
              <w:rPr>
                <w:rFonts w:ascii="宋体" w:hAnsi="宋体" w:eastAsia="宋体"/>
                <w:b w:val="0"/>
                <w:sz w:val="18"/>
              </w:rPr>
              <w:t>从题中知道爸爸买了3袋苹果，每袋6个，要求一共买了多少个苹果。</w:t>
            </w:r>
          </w:p>
          <w:p>
            <w:pPr>
              <w:spacing w:after="20" w:line="276" w:lineRule="auto"/>
            </w:pPr>
            <w:r>
              <w:rPr>
                <w:rFonts w:ascii="宋体" w:hAnsi="宋体" w:eastAsia="宋体"/>
                <w:b w:val="0"/>
                <w:sz w:val="18"/>
              </w:rPr>
              <w:t>学生独立完成，并交流展示。</w:t>
            </w:r>
          </w:p>
          <w:p>
            <w:pPr>
              <w:spacing w:after="20" w:line="276" w:lineRule="auto"/>
            </w:pPr>
            <w:r>
              <w:rPr>
                <w:rFonts w:ascii="宋体" w:hAnsi="宋体" w:eastAsia="宋体"/>
                <w:b w:val="0"/>
                <w:sz w:val="18"/>
              </w:rPr>
              <w:t>学生有的画圆，有的用小棒表示，画图时可能画得不完整，教师要引导学生画图规范、完整。</w:t>
            </w:r>
          </w:p>
          <w:p>
            <w:pPr>
              <w:spacing w:after="20" w:line="276" w:lineRule="auto"/>
            </w:pPr>
            <w:r>
              <w:rPr>
                <w:rFonts w:ascii="宋体" w:hAnsi="宋体" w:eastAsia="宋体"/>
                <w:b w:val="0"/>
                <w:sz w:val="18"/>
              </w:rPr>
              <w:t>预设1：6+6+6=18（个）</w:t>
            </w:r>
          </w:p>
          <w:p>
            <w:pPr>
              <w:spacing w:after="20" w:line="276" w:lineRule="auto"/>
            </w:pPr>
            <w:r>
              <w:rPr>
                <w:rFonts w:ascii="宋体" w:hAnsi="宋体" w:eastAsia="宋体"/>
                <w:b w:val="0"/>
                <w:sz w:val="18"/>
              </w:rPr>
              <w:t>预设2：列表计算。</w:t>
            </w:r>
          </w:p>
          <w:p>
            <w:pPr>
              <w:spacing w:after="20" w:line="276" w:lineRule="auto"/>
            </w:pPr>
            <w:r>
              <w:rPr>
                <w:rFonts w:ascii="宋体" w:hAnsi="宋体" w:eastAsia="宋体"/>
                <w:b w:val="0"/>
                <w:sz w:val="18"/>
              </w:rPr>
              <w:t>预设3：</w:t>
            </w:r>
          </w:p>
          <w:p>
            <w:pPr>
              <w:spacing w:after="20" w:line="276" w:lineRule="auto"/>
            </w:pPr>
            <w:r>
              <w:rPr>
                <w:rFonts w:ascii="宋体" w:hAnsi="宋体" w:eastAsia="宋体"/>
                <w:b w:val="0"/>
                <w:sz w:val="18"/>
              </w:rPr>
              <w:t>学生如果想不出来，可以和同桌相互交流。当84-6中84的个位上的数遮住时，差的十位上的数不确定。当个位上的数大于或等于6时，差的十位上的数是8；当个位上的数小于6时，差的十位上的数是7，差最大是89-6=83。</w:t>
            </w:r>
          </w:p>
        </w:tc>
        <w:tc>
          <w:tcPr>
            <w:tcW w:type="dxa" w:w="1814"/>
          </w:tcPr>
          <w:p>
            <w:pPr>
              <w:spacing w:after="20" w:line="276" w:lineRule="auto"/>
            </w:pPr>
            <w:r/>
            <w:r>
              <w:rPr>
                <w:rFonts w:ascii="宋体" w:hAnsi="宋体" w:eastAsia="宋体"/>
                <w:b w:val="0"/>
                <w:sz w:val="18"/>
              </w:rPr>
              <w:t>有了解决连减问题的基础，此题让学生自己分析探究，感受解决策略的多样性，帮助学生积累解决问题的策略。</w:t>
            </w:r>
          </w:p>
          <w:p>
            <w:pPr>
              <w:spacing w:after="20" w:line="276" w:lineRule="auto"/>
            </w:pPr>
            <w:r>
              <w:rPr>
                <w:rFonts w:ascii="宋体" w:hAnsi="宋体" w:eastAsia="宋体"/>
                <w:b w:val="0"/>
                <w:sz w:val="18"/>
              </w:rPr>
              <w:t>组织学生进行分析，找出原因，明确错误点，从而进行有针对性的训练，提高学生的计算能力。</w:t>
            </w:r>
          </w:p>
          <w:p>
            <w:pPr>
              <w:spacing w:after="20" w:line="276" w:lineRule="auto"/>
            </w:pPr>
            <w:r>
              <w:rPr>
                <w:rFonts w:ascii="宋体" w:hAnsi="宋体" w:eastAsia="宋体"/>
                <w:b w:val="0"/>
                <w:sz w:val="18"/>
              </w:rPr>
              <w:t>通过变式提升，让学生体会差的十位上的数的确定与被减数和减数的个位上的数有关，加深学生对退位的理解，提高学生的运算能力，并渗透估算的教学。</w:t>
            </w:r>
          </w:p>
        </w:tc>
      </w:tr>
      <w:tr>
        <w:tc>
          <w:tcPr>
            <w:tcW w:type="dxa" w:w="1474"/>
          </w:tcPr>
          <w:p>
            <w:pPr>
              <w:spacing w:after="20" w:line="276" w:lineRule="auto"/>
            </w:pPr>
            <w:r>
              <w:rPr>
                <w:b/>
              </w:rPr>
            </w:r>
            <w:r>
              <w:rPr>
                <w:rFonts w:ascii="宋体" w:hAnsi="宋体" w:eastAsia="宋体"/>
                <w:b/>
                <w:sz w:val="18"/>
              </w:rPr>
              <w:t>三、自主练习</w:t>
            </w:r>
          </w:p>
        </w:tc>
        <w:tc>
          <w:tcPr>
            <w:tcW w:type="dxa" w:w="3061"/>
          </w:tcPr>
          <w:p>
            <w:pPr>
              <w:spacing w:after="20" w:line="276" w:lineRule="auto"/>
            </w:pPr>
            <w:r/>
            <w:r>
              <w:rPr>
                <w:rFonts w:ascii="宋体" w:hAnsi="宋体" w:eastAsia="宋体"/>
                <w:b w:val="0"/>
                <w:sz w:val="18"/>
              </w:rPr>
              <w:t>第4题：从一个数中连续减7，学生可能会一步错，步步错。</w:t>
            </w:r>
          </w:p>
          <w:p>
            <w:pPr>
              <w:spacing w:after="20" w:line="276" w:lineRule="auto"/>
            </w:pPr>
            <w:r>
              <w:rPr>
                <w:rFonts w:ascii="宋体" w:hAnsi="宋体" w:eastAsia="宋体"/>
                <w:b w:val="0"/>
                <w:sz w:val="18"/>
              </w:rPr>
              <w:t>第6题：有关现实生活中的应用练习口算，学生能够很容易地列式计算。</w:t>
            </w:r>
          </w:p>
        </w:tc>
        <w:tc>
          <w:tcPr>
            <w:tcW w:type="dxa" w:w="3061"/>
          </w:tcPr>
          <w:p>
            <w:pPr>
              <w:spacing w:after="20" w:line="276" w:lineRule="auto"/>
            </w:pPr>
            <w:r/>
            <w:r>
              <w:rPr>
                <w:rFonts w:ascii="宋体" w:hAnsi="宋体" w:eastAsia="宋体"/>
                <w:b w:val="0"/>
                <w:sz w:val="18"/>
              </w:rPr>
              <w:t>学生独立完成教科书P51~52“练一练”第1、4、6题。</w:t>
            </w:r>
          </w:p>
          <w:p>
            <w:pPr>
              <w:spacing w:after="20" w:line="276" w:lineRule="auto"/>
            </w:pPr>
            <w:r>
              <w:rPr>
                <w:rFonts w:ascii="宋体" w:hAnsi="宋体" w:eastAsia="宋体"/>
                <w:b w:val="0"/>
                <w:sz w:val="18"/>
              </w:rPr>
              <w:t>第1题：这道题是100以内的口算减法练习，大部分同学都能准确完成，少数同学出错，错例要展示，寻找错因。</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师：通过这节课的学习，你们有什么收获？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引导学生回顾梳理本课所学，完善认知结构，提升归纳与反思能力，核心问题："通过这节课的学习，你们有什么收获？"</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教科书P51~52“练一练”第1、2、3、4、5、6、8题。</w:t>
      </w:r>
    </w:p>
    <w:p>
      <w:pPr>
        <w:spacing w:after="40" w:line="300" w:lineRule="auto"/>
        <w:ind w:firstLine="400"/>
      </w:pPr>
      <w:r>
        <w:rPr>
          <w:rFonts w:ascii="宋体" w:hAnsi="宋体" w:eastAsia="宋体"/>
          <w:b w:val="0"/>
          <w:sz w:val="20"/>
        </w:rPr>
        <w:t>② 原设计安排：见“状元成才路”系列丛书《创优作业100分》或《状元作业本》对应课时作业。</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是一节练习课，通过收集错例和专项练习，有针对性地练习，加深学生对退位减法的理解。解决问题时，运用画图策略，提高学生分析问题的能力和口头表达能力。从整节课来看，大部分学生掌握了计算方法，计算比较熟练，但有少数学生计算还是容易出错，一般是由于方法没有掌握，要对有困难的学生及时进行辅导。</w:t>
      </w:r>
    </w:p>
    <w:p>
      <w:r>
        <w:br w:type="page"/>
      </w:r>
    </w:p>
    <w:p>
      <w:pPr>
        <w:spacing w:after="80" w:line="300" w:lineRule="auto"/>
      </w:pPr>
      <w:r>
        <w:rPr>
          <w:rFonts w:ascii="黑体" w:hAnsi="黑体" w:eastAsia="黑体"/>
          <w:b/>
          <w:sz w:val="24"/>
        </w:rPr>
        <w:t>二、课时教学方案（第8课时）</w:t>
      </w:r>
    </w:p>
    <w:p>
      <w:pPr>
        <w:spacing w:after="80" w:line="300" w:lineRule="auto"/>
      </w:pPr>
      <w:r>
        <w:rPr>
          <w:rFonts w:ascii="黑体" w:hAnsi="黑体" w:eastAsia="黑体"/>
          <w:b/>
          <w:sz w:val="24"/>
        </w:rPr>
        <w:t>第8课时　整理和复习</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第8课时　整理和复习</w:t>
            </w:r>
          </w:p>
        </w:tc>
        <w:tc>
          <w:tcPr>
            <w:tcW w:type="dxa" w:w="6009"/>
          </w:tcPr>
          <w:p>
            <w:pPr>
              <w:spacing w:after="20" w:line="276" w:lineRule="auto"/>
            </w:pPr>
            <w:r/>
            <w:r>
              <w:rPr>
                <w:rFonts w:ascii="宋体" w:hAnsi="宋体" w:eastAsia="宋体"/>
                <w:b w:val="0"/>
                <w:sz w:val="20"/>
              </w:rPr>
              <w:t>第4单元 100以内的口算加、减法</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已经掌握了100以内数的读法、写法和数的组成,以及整十数加一位数和相应的减法的计算方法,而100以内的加法和减法计算主要是化归为20以内整十数加一位数和相应的减法来计算,因此这一部分计算对于学生来说问题不大,关键是要让学生理解算理。</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教学内容：教科书P53“整理和复习”和P54~55“练一练”。</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（1）通过复习,进一步熟悉100以内的加、减法口算,正确掌握两位数加（减）一位数、整十数、两位数（不进位、不退位）的计算方法,并能熟练计算。</w:t>
      </w:r>
    </w:p>
    <w:p>
      <w:pPr>
        <w:spacing w:after="20" w:line="300" w:lineRule="auto"/>
        <w:ind w:firstLine="400"/>
      </w:pPr>
      <w:r>
        <w:rPr>
          <w:rFonts w:ascii="宋体" w:hAnsi="宋体" w:eastAsia="宋体"/>
          <w:b w:val="0"/>
          <w:sz w:val="20"/>
        </w:rPr>
        <w:t>（2）通过整理和复习,加深对知识的理解并将知识系统化,初步培养学生归纳总结、整理知识的能力,初步渗透函数思想。</w:t>
      </w:r>
    </w:p>
    <w:p>
      <w:pPr>
        <w:spacing w:after="20" w:line="300" w:lineRule="auto"/>
        <w:ind w:firstLine="400"/>
      </w:pPr>
      <w:r>
        <w:rPr>
          <w:rFonts w:ascii="宋体" w:hAnsi="宋体" w:eastAsia="宋体"/>
          <w:b w:val="0"/>
          <w:sz w:val="20"/>
        </w:rPr>
        <w:t>（3）在解决问题的过程中，获得成功的体验,增强学生学习数学的信心。</w:t>
      </w:r>
    </w:p>
    <w:p>
      <w:pPr>
        <w:spacing w:after="20" w:line="300" w:lineRule="auto"/>
      </w:pPr>
      <w:r>
        <w:rPr>
          <w:rFonts w:ascii="宋体" w:hAnsi="宋体" w:eastAsia="宋体"/>
          <w:b w:val="0"/>
          <w:sz w:val="20"/>
        </w:rPr>
        <w:t>教学重点：正确、熟练地进行100以内的口算。</w:t>
      </w:r>
    </w:p>
    <w:p>
      <w:pPr>
        <w:spacing w:after="20" w:line="300" w:lineRule="auto"/>
      </w:pPr>
      <w:r>
        <w:rPr>
          <w:rFonts w:ascii="宋体" w:hAnsi="宋体" w:eastAsia="宋体"/>
          <w:b w:val="0"/>
          <w:sz w:val="20"/>
        </w:rPr>
        <w:t>教学难点：根据实际情况选择合适的策略解决问题。</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一、知识回顾</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请同学们回顾一下，这一单元我们学了哪些知识？</w:t>
            </w:r>
          </w:p>
        </w:tc>
        <w:tc>
          <w:tcPr>
            <w:tcW w:type="dxa" w:w="1361"/>
          </w:tcPr>
          <w:p>
            <w:pPr>
              <w:spacing w:after="20" w:line="276" w:lineRule="auto"/>
            </w:pPr>
            <w:r/>
            <w:r>
              <w:rPr>
                <w:rFonts w:ascii="宋体" w:hAnsi="宋体" w:eastAsia="宋体"/>
                <w:b w:val="0"/>
                <w:sz w:val="18"/>
              </w:rPr>
              <w:t>8分钟</w:t>
            </w:r>
          </w:p>
        </w:tc>
      </w:tr>
      <w:tr>
        <w:tc>
          <w:tcPr>
            <w:tcW w:type="dxa" w:w="2835"/>
          </w:tcPr>
          <w:p>
            <w:pPr>
              <w:spacing w:after="20" w:line="276" w:lineRule="auto"/>
            </w:pPr>
            <w:r/>
            <w:r>
              <w:rPr>
                <w:rFonts w:ascii="宋体" w:hAnsi="宋体" w:eastAsia="宋体"/>
                <w:b w:val="0"/>
                <w:sz w:val="18"/>
              </w:rPr>
              <w:t>二、练习指导</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观察这两行算式，你发现了什么？；谁能说一说你是怎样计算42+9和51-9的？</w:t>
            </w:r>
          </w:p>
        </w:tc>
        <w:tc>
          <w:tcPr>
            <w:tcW w:type="dxa" w:w="1361"/>
          </w:tcPr>
          <w:p>
            <w:pPr>
              <w:spacing w:after="20" w:line="276" w:lineRule="auto"/>
            </w:pPr>
            <w:r/>
            <w:r>
              <w:rPr>
                <w:rFonts w:ascii="宋体" w:hAnsi="宋体" w:eastAsia="宋体"/>
                <w:b w:val="0"/>
                <w:sz w:val="18"/>
              </w:rPr>
              <w:t>24分钟</w:t>
            </w:r>
          </w:p>
        </w:tc>
      </w:tr>
      <w:tr>
        <w:tc>
          <w:tcPr>
            <w:tcW w:type="dxa" w:w="2835"/>
          </w:tcPr>
          <w:p>
            <w:pPr>
              <w:spacing w:after="20" w:line="276" w:lineRule="auto"/>
            </w:pPr>
            <w:r/>
            <w:r>
              <w:rPr>
                <w:rFonts w:ascii="宋体" w:hAnsi="宋体" w:eastAsia="宋体"/>
                <w:b w:val="0"/>
                <w:sz w:val="18"/>
              </w:rPr>
              <w:t>三、自主练习</w:t>
            </w:r>
          </w:p>
        </w:tc>
        <w:tc>
          <w:tcPr>
            <w:tcW w:type="dxa" w:w="1814"/>
          </w:tcPr>
          <w:p>
            <w:pPr>
              <w:spacing w:after="20" w:line="276" w:lineRule="auto"/>
            </w:pPr>
            <w:r/>
            <w:r>
              <w:rPr>
                <w:rFonts w:ascii="宋体" w:hAnsi="宋体" w:eastAsia="宋体"/>
                <w:b w:val="0"/>
                <w:sz w:val="18"/>
              </w:rPr>
              <w:t>教科书P54~55、课件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8分钟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一、知识回顾</w:t>
            </w:r>
          </w:p>
        </w:tc>
        <w:tc>
          <w:tcPr>
            <w:tcW w:type="dxa" w:w="3061"/>
          </w:tcPr>
          <w:p>
            <w:pPr>
              <w:spacing w:after="20" w:line="276" w:lineRule="auto"/>
            </w:pPr>
            <w:r/>
            <w:r>
              <w:rPr>
                <w:rFonts w:ascii="宋体" w:hAnsi="宋体" w:eastAsia="宋体"/>
                <w:b w:val="0"/>
                <w:sz w:val="18"/>
              </w:rPr>
              <w:t>师：请同学们回顾一下，这一单元我们学了哪些知识？</w:t>
            </w:r>
          </w:p>
          <w:p>
            <w:pPr>
              <w:spacing w:after="20" w:line="276" w:lineRule="auto"/>
            </w:pPr>
            <w:r>
              <w:rPr>
                <w:rFonts w:ascii="宋体" w:hAnsi="宋体" w:eastAsia="宋体"/>
                <w:b w:val="0"/>
                <w:sz w:val="18"/>
              </w:rPr>
              <w:t>师：同学们掌握的知识真多，看来大家在平时学习时都很认真，每节课都有收获。接下来请大家画一画、写一写本单元的所得所获，再在组内展示。</w:t>
            </w:r>
          </w:p>
        </w:tc>
        <w:tc>
          <w:tcPr>
            <w:tcW w:type="dxa" w:w="3061"/>
          </w:tcPr>
          <w:p>
            <w:pPr>
              <w:spacing w:after="20" w:line="276" w:lineRule="auto"/>
            </w:pPr>
            <w:r/>
            <w:r>
              <w:rPr>
                <w:rFonts w:ascii="宋体" w:hAnsi="宋体" w:eastAsia="宋体"/>
                <w:b w:val="0"/>
                <w:sz w:val="18"/>
              </w:rPr>
              <w:t>预设1：我学会了口算100以内的加、减法；</w:t>
            </w:r>
          </w:p>
          <w:p>
            <w:pPr>
              <w:spacing w:after="20" w:line="276" w:lineRule="auto"/>
            </w:pPr>
            <w:r>
              <w:rPr>
                <w:rFonts w:ascii="宋体" w:hAnsi="宋体" w:eastAsia="宋体"/>
                <w:b w:val="0"/>
                <w:sz w:val="18"/>
              </w:rPr>
              <w:t>预设2：我知道了在计算时需要用到之前学习的20以内的加、减法；</w:t>
            </w:r>
          </w:p>
          <w:p>
            <w:pPr>
              <w:spacing w:after="20" w:line="276" w:lineRule="auto"/>
            </w:pPr>
            <w:r>
              <w:rPr>
                <w:rFonts w:ascii="宋体" w:hAnsi="宋体" w:eastAsia="宋体"/>
                <w:b w:val="0"/>
                <w:sz w:val="18"/>
              </w:rPr>
              <w:t>预设3：我还知道了在计算时要几个十和几个十相加，几个一和几个一相加，并且个位如果满十，要向十位进1；</w:t>
            </w:r>
          </w:p>
        </w:tc>
        <w:tc>
          <w:tcPr>
            <w:tcW w:type="dxa" w:w="1814"/>
          </w:tcPr>
          <w:p>
            <w:pPr>
              <w:spacing w:after="20" w:line="276" w:lineRule="auto"/>
            </w:pPr>
            <w:r/>
            <w:r>
              <w:rPr>
                <w:rFonts w:ascii="宋体" w:hAnsi="宋体" w:eastAsia="宋体"/>
                <w:b w:val="0"/>
                <w:sz w:val="18"/>
              </w:rPr>
              <w:t>通过回顾，将本单元的知识有序清晰地呈现出来，学生通过画“知识图”，可以回顾知识的形成过程，建立知识间的联系。</w:t>
            </w:r>
          </w:p>
        </w:tc>
      </w:tr>
      <w:tr>
        <w:tc>
          <w:tcPr>
            <w:tcW w:type="dxa" w:w="1474"/>
          </w:tcPr>
          <w:p>
            <w:pPr>
              <w:spacing w:after="20" w:line="276" w:lineRule="auto"/>
            </w:pPr>
            <w:r>
              <w:rPr>
                <w:b/>
              </w:rPr>
            </w:r>
            <w:r>
              <w:rPr>
                <w:rFonts w:ascii="宋体" w:hAnsi="宋体" w:eastAsia="宋体"/>
                <w:b/>
                <w:sz w:val="18"/>
              </w:rPr>
              <w:t>二、练习指导</w:t>
            </w:r>
          </w:p>
        </w:tc>
        <w:tc>
          <w:tcPr>
            <w:tcW w:type="dxa" w:w="3061"/>
          </w:tcPr>
          <w:p>
            <w:pPr>
              <w:spacing w:after="20" w:line="276" w:lineRule="auto"/>
            </w:pPr>
            <w:r/>
            <w:r>
              <w:rPr>
                <w:rFonts w:ascii="宋体" w:hAnsi="宋体" w:eastAsia="宋体"/>
                <w:b w:val="0"/>
                <w:sz w:val="18"/>
              </w:rPr>
              <w:t>1.复习口算加、减法。</w:t>
            </w:r>
          </w:p>
          <w:p>
            <w:pPr>
              <w:spacing w:after="20" w:line="276" w:lineRule="auto"/>
            </w:pPr>
            <w:r>
              <w:rPr>
                <w:rFonts w:ascii="宋体" w:hAnsi="宋体" w:eastAsia="宋体"/>
                <w:b w:val="0"/>
                <w:sz w:val="18"/>
              </w:rPr>
              <w:t>（1）课件出示教科书P54“练一练”第2题。</w:t>
            </w:r>
          </w:p>
          <w:p>
            <w:pPr>
              <w:spacing w:after="20" w:line="276" w:lineRule="auto"/>
            </w:pPr>
            <w:r>
              <w:rPr>
                <w:rFonts w:ascii="宋体" w:hAnsi="宋体" w:eastAsia="宋体"/>
                <w:b w:val="0"/>
                <w:sz w:val="18"/>
              </w:rPr>
              <w:t>师：观察这两行算式，你发现了什么？</w:t>
            </w:r>
          </w:p>
          <w:p>
            <w:pPr>
              <w:spacing w:after="20" w:line="276" w:lineRule="auto"/>
            </w:pPr>
            <w:r>
              <w:rPr>
                <w:rFonts w:ascii="宋体" w:hAnsi="宋体" w:eastAsia="宋体"/>
                <w:b w:val="0"/>
                <w:sz w:val="18"/>
              </w:rPr>
              <w:t>师：同学们观察得很仔细，在做计算题时，我们一定要看清楚运算符号，再进行计算。</w:t>
            </w:r>
          </w:p>
          <w:p>
            <w:pPr>
              <w:spacing w:after="20" w:line="276" w:lineRule="auto"/>
            </w:pPr>
            <w:r>
              <w:rPr>
                <w:rFonts w:ascii="宋体" w:hAnsi="宋体" w:eastAsia="宋体"/>
                <w:b w:val="0"/>
                <w:sz w:val="18"/>
              </w:rPr>
              <w:t>师：谁能说一说你是怎样计算42+9和51-9的？</w:t>
            </w:r>
          </w:p>
          <w:p>
            <w:pPr>
              <w:spacing w:after="20" w:line="276" w:lineRule="auto"/>
            </w:pPr>
            <w:r>
              <w:rPr>
                <w:rFonts w:ascii="宋体" w:hAnsi="宋体" w:eastAsia="宋体"/>
                <w:b w:val="0"/>
                <w:sz w:val="18"/>
              </w:rPr>
              <w:t>（2）课件出示教科书P55“练一练”第8题。</w:t>
            </w:r>
          </w:p>
          <w:p>
            <w:pPr>
              <w:spacing w:after="20" w:line="276" w:lineRule="auto"/>
            </w:pPr>
            <w:r>
              <w:rPr>
                <w:rFonts w:ascii="宋体" w:hAnsi="宋体" w:eastAsia="宋体"/>
                <w:b w:val="0"/>
                <w:sz w:val="18"/>
              </w:rPr>
              <w:t>③引导学生完成第二行。</w:t>
            </w:r>
          </w:p>
          <w:p>
            <w:pPr>
              <w:spacing w:after="20" w:line="276" w:lineRule="auto"/>
            </w:pPr>
            <w:r>
              <w:rPr>
                <w:rFonts w:ascii="宋体" w:hAnsi="宋体" w:eastAsia="宋体"/>
                <w:b w:val="0"/>
                <w:sz w:val="18"/>
              </w:rPr>
              <w:t>师:怎样填方框里的数?</w:t>
            </w:r>
          </w:p>
          <w:p>
            <w:pPr>
              <w:spacing w:after="20" w:line="276" w:lineRule="auto"/>
            </w:pPr>
            <w:r>
              <w:rPr>
                <w:rFonts w:ascii="宋体" w:hAnsi="宋体" w:eastAsia="宋体"/>
                <w:b w:val="0"/>
                <w:sz w:val="18"/>
              </w:rPr>
              <w:t>集体交流后让学生独立完成。</w:t>
            </w:r>
          </w:p>
          <w:p>
            <w:pPr>
              <w:spacing w:after="20" w:line="276" w:lineRule="auto"/>
            </w:pPr>
            <w:r>
              <w:rPr>
                <w:rFonts w:ascii="宋体" w:hAnsi="宋体" w:eastAsia="宋体"/>
                <w:b w:val="0"/>
                <w:sz w:val="18"/>
              </w:rPr>
              <w:t>2.复习连减解决问题。</w:t>
            </w:r>
          </w:p>
          <w:p>
            <w:pPr>
              <w:spacing w:after="20" w:line="276" w:lineRule="auto"/>
            </w:pPr>
            <w:r>
              <w:rPr>
                <w:rFonts w:ascii="宋体" w:hAnsi="宋体" w:eastAsia="宋体"/>
                <w:b w:val="0"/>
                <w:sz w:val="18"/>
              </w:rPr>
              <w:t>完成教科书P55“练一练”第6题。</w:t>
            </w:r>
          </w:p>
          <w:p>
            <w:pPr>
              <w:spacing w:after="20" w:line="276" w:lineRule="auto"/>
            </w:pPr>
            <w:r>
              <w:rPr>
                <w:rFonts w:ascii="宋体" w:hAnsi="宋体" w:eastAsia="宋体"/>
                <w:b w:val="0"/>
                <w:sz w:val="18"/>
              </w:rPr>
              <w:t>(1)仔细读题,获取信息。</w:t>
            </w:r>
          </w:p>
          <w:p>
            <w:pPr>
              <w:spacing w:after="20" w:line="276" w:lineRule="auto"/>
            </w:pPr>
            <w:r>
              <w:rPr>
                <w:rFonts w:ascii="宋体" w:hAnsi="宋体" w:eastAsia="宋体"/>
                <w:b w:val="0"/>
                <w:sz w:val="18"/>
              </w:rPr>
              <w:t>师:从图中你知道了什么?</w:t>
            </w:r>
          </w:p>
          <w:p>
            <w:pPr>
              <w:spacing w:after="20" w:line="276" w:lineRule="auto"/>
            </w:pPr>
            <w:r>
              <w:rPr>
                <w:rFonts w:ascii="宋体" w:hAnsi="宋体" w:eastAsia="宋体"/>
                <w:b w:val="0"/>
                <w:sz w:val="18"/>
              </w:rPr>
              <w:t>(2)尝试解答并交流。</w:t>
            </w:r>
          </w:p>
          <w:p>
            <w:pPr>
              <w:spacing w:after="20" w:line="276" w:lineRule="auto"/>
            </w:pPr>
            <w:r>
              <w:rPr>
                <w:rFonts w:ascii="宋体" w:hAnsi="宋体" w:eastAsia="宋体"/>
                <w:b w:val="0"/>
                <w:sz w:val="18"/>
              </w:rPr>
              <w:t>师:请你尝试用自己的方法解答,完成后与同桌交流。</w:t>
            </w:r>
          </w:p>
          <w:p>
            <w:pPr>
              <w:spacing w:after="20" w:line="276" w:lineRule="auto"/>
            </w:pPr>
            <w:r>
              <w:rPr>
                <w:rFonts w:ascii="宋体" w:hAnsi="宋体" w:eastAsia="宋体"/>
                <w:b w:val="0"/>
                <w:sz w:val="18"/>
              </w:rPr>
              <w:t>指名学生汇报,教师进行指正。</w:t>
            </w:r>
          </w:p>
        </w:tc>
        <w:tc>
          <w:tcPr>
            <w:tcW w:type="dxa" w:w="3061"/>
          </w:tcPr>
          <w:p>
            <w:pPr>
              <w:spacing w:after="20" w:line="276" w:lineRule="auto"/>
            </w:pPr>
            <w:r/>
            <w:r>
              <w:rPr>
                <w:rFonts w:ascii="宋体" w:hAnsi="宋体" w:eastAsia="宋体"/>
                <w:b w:val="0"/>
                <w:sz w:val="18"/>
              </w:rPr>
              <w:t>学生独立在教科书上完成，同桌互相交流。</w:t>
            </w:r>
          </w:p>
          <w:p>
            <w:pPr>
              <w:spacing w:after="20" w:line="276" w:lineRule="auto"/>
            </w:pPr>
            <w:r>
              <w:rPr>
                <w:rFonts w:ascii="宋体" w:hAnsi="宋体" w:eastAsia="宋体"/>
                <w:b w:val="0"/>
                <w:sz w:val="18"/>
              </w:rPr>
              <w:t>预设1：第一行都是加法算式，第二行都是减法算式；</w:t>
            </w:r>
          </w:p>
          <w:p>
            <w:pPr>
              <w:spacing w:after="20" w:line="276" w:lineRule="auto"/>
            </w:pPr>
            <w:r>
              <w:rPr>
                <w:rFonts w:ascii="宋体" w:hAnsi="宋体" w:eastAsia="宋体"/>
                <w:b w:val="0"/>
                <w:sz w:val="18"/>
              </w:rPr>
              <w:t>预设2：第一行每个算式的第二个加数和对应第二行算式的减数相同。</w:t>
            </w:r>
          </w:p>
          <w:p>
            <w:pPr>
              <w:spacing w:after="20" w:line="276" w:lineRule="auto"/>
            </w:pPr>
            <w:r>
              <w:rPr>
                <w:rFonts w:ascii="宋体" w:hAnsi="宋体" w:eastAsia="宋体"/>
                <w:b w:val="0"/>
                <w:sz w:val="18"/>
              </w:rPr>
              <w:t>学生计算42+9时，可能会说先算2+9=11，再算40+11=51；计算51-9时，先算11-9=2，再算40+2=42。</w:t>
            </w:r>
          </w:p>
          <w:p>
            <w:pPr>
              <w:spacing w:after="20" w:line="276" w:lineRule="auto"/>
            </w:pPr>
            <w:r>
              <w:rPr>
                <w:rFonts w:ascii="宋体" w:hAnsi="宋体" w:eastAsia="宋体"/>
                <w:b w:val="0"/>
                <w:sz w:val="18"/>
              </w:rPr>
              <w:t>①学生先尝试独立完成第一行。</w:t>
            </w:r>
          </w:p>
          <w:p>
            <w:pPr>
              <w:spacing w:after="20" w:line="276" w:lineRule="auto"/>
            </w:pPr>
            <w:r>
              <w:rPr>
                <w:rFonts w:ascii="宋体" w:hAnsi="宋体" w:eastAsia="宋体"/>
                <w:b w:val="0"/>
                <w:sz w:val="18"/>
              </w:rPr>
              <w:t>学生以前做过与第一、二道类似的题,这里的数字大一点,学生不难找到答案;第三道与前面有所不同,它的两边都是25,学生不容易找到答案。</w:t>
            </w:r>
          </w:p>
          <w:p>
            <w:pPr>
              <w:spacing w:after="20" w:line="276" w:lineRule="auto"/>
            </w:pPr>
            <w:r>
              <w:rPr>
                <w:rFonts w:ascii="宋体" w:hAnsi="宋体" w:eastAsia="宋体"/>
                <w:b w:val="0"/>
                <w:sz w:val="18"/>
              </w:rPr>
              <w:t>②交流答案,汇报方法。</w:t>
            </w:r>
          </w:p>
          <w:p>
            <w:pPr>
              <w:spacing w:after="20" w:line="276" w:lineRule="auto"/>
            </w:pPr>
            <w:r>
              <w:rPr>
                <w:rFonts w:ascii="宋体" w:hAnsi="宋体" w:eastAsia="宋体"/>
                <w:b w:val="0"/>
                <w:sz w:val="18"/>
              </w:rPr>
              <w:t>第一道,先算出12+34=46,再在方框里填比46小的数就行;第二道和第三道先在方框里填一个数,算出结果后再与右边的数比较,答案不唯一,学生找到一个正确的数不难。</w:t>
            </w:r>
          </w:p>
          <w:p>
            <w:pPr>
              <w:spacing w:after="20" w:line="276" w:lineRule="auto"/>
            </w:pPr>
            <w:r>
              <w:rPr>
                <w:rFonts w:ascii="宋体" w:hAnsi="宋体" w:eastAsia="宋体"/>
                <w:b w:val="0"/>
                <w:sz w:val="18"/>
              </w:rPr>
              <w:t>有24箱苹果,每次运8箱,求需要几次才能把苹果全部运走。</w:t>
            </w:r>
          </w:p>
          <w:p>
            <w:pPr>
              <w:spacing w:after="20" w:line="276" w:lineRule="auto"/>
            </w:pPr>
            <w:r>
              <w:rPr>
                <w:rFonts w:ascii="宋体" w:hAnsi="宋体" w:eastAsia="宋体"/>
                <w:b w:val="0"/>
                <w:sz w:val="18"/>
              </w:rPr>
              <w:t>学生能够运用已学的知识进行解答。</w:t>
            </w:r>
          </w:p>
          <w:p>
            <w:pPr>
              <w:spacing w:after="20" w:line="276" w:lineRule="auto"/>
            </w:pPr>
            <w:r>
              <w:rPr>
                <w:rFonts w:ascii="宋体" w:hAnsi="宋体" w:eastAsia="宋体"/>
                <w:b w:val="0"/>
                <w:sz w:val="18"/>
              </w:rPr>
              <w:t>预设1:8箱8箱地圈一圈。</w:t>
            </w:r>
          </w:p>
          <w:p>
            <w:pPr>
              <w:spacing w:after="20" w:line="276" w:lineRule="auto"/>
            </w:pPr>
            <w:r>
              <w:rPr>
                <w:rFonts w:ascii="宋体" w:hAnsi="宋体" w:eastAsia="宋体"/>
                <w:b w:val="0"/>
                <w:sz w:val="18"/>
              </w:rPr>
              <w:t>预设2:用箭头连减的方法：</w:t>
            </w:r>
          </w:p>
          <w:p>
            <w:pPr>
              <w:spacing w:after="20" w:line="276" w:lineRule="auto"/>
            </w:pPr>
            <w:r>
              <w:rPr>
                <w:rFonts w:ascii="宋体" w:hAnsi="宋体" w:eastAsia="宋体"/>
                <w:b w:val="0"/>
                <w:sz w:val="18"/>
              </w:rPr>
              <w:t>预设3:列算式:24-8-8-8=0(箱)。</w:t>
            </w:r>
          </w:p>
        </w:tc>
        <w:tc>
          <w:tcPr>
            <w:tcW w:type="dxa" w:w="1814"/>
          </w:tcPr>
          <w:p>
            <w:pPr>
              <w:spacing w:after="20" w:line="276" w:lineRule="auto"/>
            </w:pPr>
            <w:r/>
            <w:r>
              <w:rPr>
                <w:rFonts w:ascii="宋体" w:hAnsi="宋体" w:eastAsia="宋体"/>
                <w:b w:val="0"/>
                <w:sz w:val="18"/>
              </w:rPr>
              <w:t>通过加、减法对比练习，激活已有的经验，回顾计算方法，加深对加、减法算理的理解，明确个位和个位上的数相加减，十位和十位上的数相加减。</w:t>
            </w:r>
          </w:p>
          <w:p>
            <w:pPr>
              <w:spacing w:after="20" w:line="276" w:lineRule="auto"/>
            </w:pPr>
            <w:r>
              <w:rPr>
                <w:rFonts w:ascii="宋体" w:hAnsi="宋体" w:eastAsia="宋体"/>
                <w:b w:val="0"/>
                <w:sz w:val="18"/>
              </w:rPr>
              <w:t>此题既有等式,又有不等式,考查学生的口算能力,同时拓展学生的思维。</w:t>
            </w:r>
          </w:p>
          <w:p>
            <w:pPr>
              <w:spacing w:after="20" w:line="276" w:lineRule="auto"/>
            </w:pPr>
            <w:r>
              <w:rPr>
                <w:rFonts w:ascii="宋体" w:hAnsi="宋体" w:eastAsia="宋体"/>
                <w:b w:val="0"/>
                <w:sz w:val="18"/>
              </w:rPr>
              <w:t>通过复习减去相同数的实际问题,进一步丰富解决问题的策略,并能熟练地解决问题。</w:t>
            </w:r>
          </w:p>
        </w:tc>
      </w:tr>
      <w:tr>
        <w:tc>
          <w:tcPr>
            <w:tcW w:type="dxa" w:w="1474"/>
          </w:tcPr>
          <w:p>
            <w:pPr>
              <w:spacing w:after="20" w:line="276" w:lineRule="auto"/>
            </w:pPr>
            <w:r>
              <w:rPr>
                <w:b/>
              </w:rPr>
            </w:r>
            <w:r>
              <w:rPr>
                <w:rFonts w:ascii="宋体" w:hAnsi="宋体" w:eastAsia="宋体"/>
                <w:b/>
                <w:sz w:val="18"/>
              </w:rPr>
              <w:t>三、自主练习</w:t>
            </w:r>
          </w:p>
        </w:tc>
        <w:tc>
          <w:tcPr>
            <w:tcW w:type="dxa" w:w="3061"/>
          </w:tcPr>
          <w:p>
            <w:pPr>
              <w:spacing w:after="20" w:line="276" w:lineRule="auto"/>
            </w:pPr>
            <w:r/>
            <w:r>
              <w:rPr>
                <w:rFonts w:ascii="宋体" w:hAnsi="宋体" w:eastAsia="宋体"/>
                <w:b w:val="0"/>
                <w:sz w:val="18"/>
              </w:rPr>
              <w:t>第4题：此题是利用所学的两位数减整十数的知识解决实际问题，学生理解“要来42位家长”说明需要42把椅子，本题就很容易解答。</w:t>
            </w:r>
          </w:p>
          <w:p>
            <w:pPr>
              <w:spacing w:after="20" w:line="276" w:lineRule="auto"/>
            </w:pPr>
            <w:r>
              <w:rPr>
                <w:rFonts w:ascii="宋体" w:hAnsi="宋体" w:eastAsia="宋体"/>
                <w:b w:val="0"/>
                <w:sz w:val="18"/>
              </w:rPr>
              <w:t>第5题：多数学生会用连减或画箭头的方法解决，对于有困难的同学可建议用画图的方法解决。</w:t>
            </w:r>
          </w:p>
          <w:p>
            <w:pPr>
              <w:spacing w:after="20" w:line="276" w:lineRule="auto"/>
            </w:pPr>
            <w:r>
              <w:rPr>
                <w:rFonts w:ascii="宋体" w:hAnsi="宋体" w:eastAsia="宋体"/>
                <w:b w:val="0"/>
                <w:sz w:val="18"/>
              </w:rPr>
              <w:t>第7题：可以先选定一个班，再进行搭配计算。</w:t>
            </w:r>
          </w:p>
        </w:tc>
        <w:tc>
          <w:tcPr>
            <w:tcW w:type="dxa" w:w="3061"/>
          </w:tcPr>
          <w:p>
            <w:pPr>
              <w:spacing w:after="20" w:line="276" w:lineRule="auto"/>
            </w:pPr>
            <w:r/>
            <w:r>
              <w:rPr>
                <w:rFonts w:ascii="宋体" w:hAnsi="宋体" w:eastAsia="宋体"/>
                <w:b w:val="0"/>
                <w:sz w:val="18"/>
              </w:rPr>
              <w:t>学生自主独立完成教科书P54~55“练一练”第1、3、4、5、7题，完成后全班逐一交流。</w:t>
            </w:r>
          </w:p>
          <w:p>
            <w:pPr>
              <w:spacing w:after="20" w:line="276" w:lineRule="auto"/>
            </w:pPr>
            <w:r>
              <w:rPr>
                <w:rFonts w:ascii="宋体" w:hAnsi="宋体" w:eastAsia="宋体"/>
                <w:b w:val="0"/>
                <w:sz w:val="18"/>
              </w:rPr>
              <w:t>第1、3题完成后同桌互相订正。</w:t>
            </w:r>
          </w:p>
        </w:tc>
        <w:tc>
          <w:tcPr>
            <w:tcW w:type="dxa" w:w="1814"/>
          </w:tcPr>
          <w:p>
            <w:pPr>
              <w:spacing w:after="20" w:line="276" w:lineRule="auto"/>
            </w:pPr>
            <w:r/>
            <w:r>
              <w:rPr>
                <w:rFonts w:ascii="宋体" w:hAnsi="宋体" w:eastAsia="宋体"/>
                <w:b w:val="0"/>
                <w:sz w:val="18"/>
              </w:rPr>
              <w:t>通过以上几题的练习，让学生用所学知识、方法、策略解决问题，促进学生应用意识的形成并提高学生的计算、解决问题能力。</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教科书P53“整理和复习”和P54~55“练一练”。</w:t>
      </w:r>
    </w:p>
    <w:p>
      <w:pPr>
        <w:spacing w:after="40" w:line="300" w:lineRule="auto"/>
        <w:ind w:firstLine="400"/>
      </w:pPr>
      <w:r>
        <w:rPr>
          <w:rFonts w:ascii="宋体" w:hAnsi="宋体" w:eastAsia="宋体"/>
          <w:b w:val="0"/>
          <w:sz w:val="20"/>
        </w:rPr>
        <w:t>② 原设计安排：见“状元成才路”系列丛书《创优作业100分》或《状元作业本》对应课时作业。</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通过整理和复习100以内口算加、减法的方法及利用连减解决问题的方法，让学生通过实例，在比较、交流中理解算理，进一步丰富学生解决问题的方法和策略。学生能比较熟练地解决问题，整体效果不错。还是有部分学生不喜欢表达，或者在表达时抓不住题目的主要信息，还需要多给学生展示交流、表达的机会。</w:t>
      </w:r>
    </w:p>
    <w:sectPr w:rsidR="00FC693F" w:rsidRPr="0006063C" w:rsidSect="00034616">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