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人教版一年级数学下册</w:t>
      </w:r>
    </w:p>
    <w:p>
      <w:pPr>
        <w:spacing w:after="80" w:line="300" w:lineRule="auto"/>
        <w:jc w:val="center"/>
      </w:pPr>
      <w:r>
        <w:rPr>
          <w:rFonts w:ascii="黑体" w:hAnsi="黑体" w:eastAsia="黑体"/>
          <w:b/>
          <w:sz w:val="26"/>
        </w:rPr>
        <w:t>第5单元 100以内的笔算加、减法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100以内的笔算加、减法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主要教学两位数加、减两位数的笔算。它既是对已经学过的100以内的口算两位数加、减一位数、整十数和两位数（不进位、不退位）的巩固和应用,又是学习多位数加、减法的基础,具有承上启下的作用。主要教学内容包括:两位数加两位数的不进位加法和进位加法的竖式计算，两位数减两位数的不退位减法和退位减法的竖式计算。</w:t>
      </w:r>
    </w:p>
    <w:p>
      <w:pPr>
        <w:spacing w:after="80" w:line="300" w:lineRule="auto"/>
        <w:ind w:firstLine="400"/>
      </w:pPr>
      <w:r>
        <w:rPr>
          <w:rFonts w:ascii="宋体" w:hAnsi="宋体" w:eastAsia="宋体"/>
          <w:b w:val="0"/>
          <w:sz w:val="20"/>
        </w:rPr>
        <w:t>本单元的计算是教学的重点,其中两位数加两位数的进位加法和两位数减两位数的退位减法是教学的难点。口算加、减法是笔算加、减法的基础,因此,在课程实施中,要把笔算和口算联系起来,从而全面提高学生100以内加、减法计算的能力。</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一年级学生学习主要以直观、形象思维为主,而且在课堂上注意力集中的时间还相对较短，他们已经学会口算两位数加、减一位数、整十数和两位数（不进位、不退位）,知道在计算时,个位上的数要和个位上的数相加、减,十位上的数要和十位上的数相加、减,这是笔算加、减法时相同数位要对齐的基础和学习新知识的出发点。教学时应强化对20以内进位加法和退位减法的训练,这将对提高笔算进位加法和退位减法的准确率以及计算速度有很大帮助。</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第1课时：理解和掌握两位数减两位数退位减法的计算方法,会用“从十位退1”来解决被减数“个位不够减”的问题,并能正确进行计算。</w:t>
      </w:r>
    </w:p>
    <w:p>
      <w:pPr>
        <w:spacing w:after="20" w:line="300" w:lineRule="auto"/>
        <w:ind w:firstLine="400"/>
      </w:pPr>
      <w:r>
        <w:rPr>
          <w:rFonts w:ascii="宋体" w:hAnsi="宋体" w:eastAsia="宋体"/>
          <w:b w:val="0"/>
          <w:sz w:val="20"/>
        </w:rPr>
        <w:t>第2课时：理解100以内的两位数加两位数(不进位)的算理,能正确地进行口算和笔算。</w:t>
      </w:r>
    </w:p>
    <w:p>
      <w:pPr>
        <w:spacing w:after="20" w:line="300" w:lineRule="auto"/>
        <w:ind w:firstLine="400"/>
      </w:pPr>
      <w:r>
        <w:rPr>
          <w:rFonts w:ascii="宋体" w:hAnsi="宋体" w:eastAsia="宋体"/>
          <w:b w:val="0"/>
          <w:sz w:val="20"/>
        </w:rPr>
        <w:t>第3课时：通过摆小棒等操作活动,理解100以内两位数加两位数(进位)的算理,掌握100以内两位数加两位数(进位)的计算方法。能正确地计算100以内两位数加两位数的进位加法。</w:t>
      </w:r>
    </w:p>
    <w:p>
      <w:pPr>
        <w:spacing w:after="20" w:line="300" w:lineRule="auto"/>
        <w:ind w:firstLine="400"/>
      </w:pPr>
      <w:r>
        <w:rPr>
          <w:rFonts w:ascii="宋体" w:hAnsi="宋体" w:eastAsia="宋体"/>
          <w:b w:val="0"/>
          <w:sz w:val="20"/>
        </w:rPr>
        <w:t>第4课时：进一步掌握两位数加、减两位数的笔算方法,能正确、熟练地计算两位数加、减两位数。</w:t>
      </w:r>
    </w:p>
    <w:p>
      <w:pPr>
        <w:spacing w:after="20" w:line="300" w:lineRule="auto"/>
        <w:ind w:firstLine="400"/>
      </w:pPr>
      <w:r>
        <w:rPr>
          <w:rFonts w:ascii="宋体" w:hAnsi="宋体" w:eastAsia="宋体"/>
          <w:b w:val="0"/>
          <w:sz w:val="20"/>
        </w:rPr>
        <w:t>第5课时：进一步理解100以内两位数加两位数的算理,掌握100以内两位数加法的计算方法,能正确地计算,为退位减法的学习打下基础。</w:t>
      </w:r>
    </w:p>
    <w:p>
      <w:pPr>
        <w:spacing w:after="20" w:line="300" w:lineRule="auto"/>
        <w:ind w:firstLine="400"/>
      </w:pPr>
      <w:r>
        <w:rPr>
          <w:rFonts w:ascii="宋体" w:hAnsi="宋体" w:eastAsia="宋体"/>
          <w:b w:val="0"/>
          <w:sz w:val="20"/>
        </w:rPr>
        <w:t>第6课时：在对知识进行整理和复习的过程中，进一步巩固笔算加、减法的计算方法，提高计算的准确率和速度。</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充分利用学生已有的知识经验。两位数减两位数的退位减法是建立在两位数减一位数的退位减法的基础上的，教学时，要充分利用好原有的知识,让学生先计算两位数减一位数的退位减法,利用以前学过的旧知识说一说算理,再迁移到两位数减两位数的退位减法中,降低教学的难度。</w:t>
      </w:r>
    </w:p>
    <w:p>
      <w:pPr>
        <w:spacing w:after="20" w:line="300" w:lineRule="auto"/>
      </w:pPr>
      <w:r>
        <w:rPr>
          <w:rFonts w:ascii="宋体" w:hAnsi="宋体" w:eastAsia="宋体"/>
          <w:b w:val="0"/>
          <w:sz w:val="20"/>
        </w:rPr>
        <w:t>● 注重对计算过程的理解,引导学生采用数形结合的方法理解算理。教学时,要给学生动手操作的机会，帮助学生理解算理，尤其是进位加和退位减的过程，要让学生通过捆小棒和拆小棒来帮助理解。</w:t>
      </w:r>
    </w:p>
    <w:p>
      <w:pPr>
        <w:spacing w:after="20" w:line="300" w:lineRule="auto"/>
      </w:pPr>
      <w:r>
        <w:rPr>
          <w:rFonts w:ascii="宋体" w:hAnsi="宋体" w:eastAsia="宋体"/>
          <w:b w:val="0"/>
          <w:sz w:val="20"/>
        </w:rPr>
        <w:t>● 规范的竖式格式能准确地表达出运算思路。学生初次接触加法和减法的竖式,应注意加强对学生竖式书写的指导,规范学生的书写格式。</w:t>
      </w:r>
    </w:p>
    <w:p>
      <w:pPr>
        <w:spacing w:after="20" w:line="300" w:lineRule="auto"/>
      </w:pPr>
      <w:r>
        <w:rPr>
          <w:rFonts w:ascii="宋体" w:hAnsi="宋体" w:eastAsia="宋体"/>
          <w:b w:val="0"/>
          <w:sz w:val="20"/>
        </w:rPr>
        <w:t>● 注意沟通口算和笔算的联系。本单元虽然只安排了100以内的笔算加、减法，但它们是建立在口算加、减法基础之上的，在进行笔算时，其计算过程都要用到口算，因此在教学中要把笔算同口算联系起来，从而全面提高学生100以内加、减法计算的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笔算减法</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理解和掌握两位数减两位数退位减法的计算方法,会用“从十位退1”来解决被减数“个位不够减”的问题,并能正确进行计算。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笔算加法（1）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理解100以内的两位数加两位数(不进位)的算理,能正确地进行口算和笔算。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笔算加法（2）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通过摆小棒等操作活动,理解100以内两位数加两位数(进位)的算理,掌握100以内两位数加两位数(进位)的计算方法。能正确地计算100以内两位数加两位数的进位加法。</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练一练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进一步掌握两位数加、减两位数的笔算方法,能正确、熟练地计算两位数加、减两位数。</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练一练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进一步理解100以内两位数加两位数的算理,掌握100以内两位数加法的计算方法,能正确地计算,为退位减法的学习打下基础。</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在对知识进行整理和复习的过程中，进一步巩固笔算加、减法的计算方法，提高计算的准确率和速度。</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笔算减法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笔算减法</w:t>
            </w:r>
          </w:p>
        </w:tc>
        <w:tc>
          <w:tcPr>
            <w:tcW w:type="dxa" w:w="6009"/>
          </w:tcPr>
          <w:p>
            <w:pPr>
              <w:spacing w:after="20" w:line="276" w:lineRule="auto"/>
            </w:pPr>
            <w:r/>
            <w:r>
              <w:rPr>
                <w:rFonts w:ascii="宋体" w:hAnsi="宋体" w:eastAsia="宋体"/>
                <w:b w:val="0"/>
                <w:sz w:val="20"/>
              </w:rPr>
              <w:t>第5单元 100以内的笔算加、减法（笔算减法）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一年级学生学习主要以直观、形象思维为主,而且在课堂上注意力集中的时间还相对较短，他们已经学会口算两位数加、减一位数、整十数和两位数（不进位、不退位）,知道在计算时,个位上的数要和个位上的数相加、减,十位上的数要和十位上的数相加、减,这是笔算加、减法时相同数位要对齐的基础和学习新知识的出发点。教学时应强化对20以内进位加法和退位减法的训练,这将对提高笔算进位加法和退位减法的准确率以及计算速度有很大帮助。</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教学内容：教科书P62~63例1、例2和“试一试”,完成教科书P63“做一做”和P64~65“练一练”第2、5题。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（1）理解和掌握两位数减两位数退位减法的计算方法,会用“从十位退1”来解决被减数“个位不够减”的问题,并能正确进行计算。</w:t>
      </w:r>
    </w:p>
    <w:p>
      <w:pPr>
        <w:spacing w:after="20" w:line="300" w:lineRule="auto"/>
        <w:ind w:firstLine="400"/>
      </w:pPr>
      <w:r>
        <w:rPr>
          <w:rFonts w:ascii="宋体" w:hAnsi="宋体" w:eastAsia="宋体"/>
          <w:b w:val="0"/>
          <w:sz w:val="20"/>
        </w:rPr>
        <w:t>（2）经历操作小棒的学习过程,理解算理,培养学生有序思考、动手操作的能力。</w:t>
      </w:r>
    </w:p>
    <w:p>
      <w:pPr>
        <w:spacing w:after="20" w:line="300" w:lineRule="auto"/>
        <w:ind w:firstLine="400"/>
      </w:pPr>
      <w:r>
        <w:rPr>
          <w:rFonts w:ascii="宋体" w:hAnsi="宋体" w:eastAsia="宋体"/>
          <w:b w:val="0"/>
          <w:sz w:val="20"/>
        </w:rPr>
        <w:t>（3）掌握两位数减两位数退位减法竖式的书写方法,培养学生良好的计算习惯。</w:t>
      </w:r>
    </w:p>
    <w:p>
      <w:pPr>
        <w:spacing w:after="20" w:line="300" w:lineRule="auto"/>
      </w:pPr>
      <w:r>
        <w:rPr>
          <w:rFonts w:ascii="宋体" w:hAnsi="宋体" w:eastAsia="宋体"/>
          <w:b w:val="0"/>
          <w:sz w:val="20"/>
        </w:rPr>
        <w:t>教学重点：理解和掌握两位数减两位数退位减法的计算方法。</w:t>
      </w:r>
    </w:p>
    <w:p>
      <w:pPr>
        <w:spacing w:after="20" w:line="300" w:lineRule="auto"/>
      </w:pPr>
      <w:r>
        <w:rPr>
          <w:rFonts w:ascii="宋体" w:hAnsi="宋体" w:eastAsia="宋体"/>
          <w:b w:val="0"/>
          <w:sz w:val="20"/>
        </w:rPr>
        <w:t>教学难点：理解退位减法的算理并能正确计算。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一、创设情境,生成问题</w:t>
            </w:r>
          </w:p>
        </w:tc>
        <w:tc>
          <w:tcPr>
            <w:tcW w:type="dxa" w:w="1814"/>
          </w:tcPr>
          <w:p>
            <w:pPr>
              <w:spacing w:after="20" w:line="276" w:lineRule="auto"/>
            </w:pPr>
            <w:r/>
            <w:r>
              <w:rPr>
                <w:rFonts w:ascii="宋体" w:hAnsi="宋体" w:eastAsia="宋体"/>
                <w:b w:val="0"/>
                <w:sz w:val="18"/>
              </w:rPr>
              <w:t>课件、教科书、情境图、图片、小棒</w:t>
            </w:r>
          </w:p>
        </w:tc>
        <w:tc>
          <w:tcPr>
            <w:tcW w:type="dxa" w:w="3402"/>
          </w:tcPr>
          <w:p>
            <w:pPr>
              <w:spacing w:after="20" w:line="276" w:lineRule="auto"/>
            </w:pPr>
            <w:r/>
            <w:r>
              <w:rPr>
                <w:rFonts w:ascii="宋体" w:hAnsi="宋体" w:eastAsia="宋体"/>
                <w:b w:val="0"/>
                <w:sz w:val="18"/>
              </w:rPr>
              <w:t>在之前的课中我们说到一年级的同学去参观博物馆,观察这幅图,“最多可坐52名乘客”是什么意思？；根据这幅图片你能提出什么数学问题呢？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二、探索交流,解决问题</w:t>
            </w:r>
          </w:p>
        </w:tc>
        <w:tc>
          <w:tcPr>
            <w:tcW w:type="dxa" w:w="1814"/>
          </w:tcPr>
          <w:p>
            <w:pPr>
              <w:spacing w:after="20" w:line="276" w:lineRule="auto"/>
            </w:pPr>
            <w:r/>
            <w:r>
              <w:rPr>
                <w:rFonts w:ascii="宋体" w:hAnsi="宋体" w:eastAsia="宋体"/>
                <w:b w:val="0"/>
                <w:sz w:val="18"/>
              </w:rPr>
              <w:t>教科书、小棒、练习本、课件</w:t>
            </w:r>
          </w:p>
        </w:tc>
        <w:tc>
          <w:tcPr>
            <w:tcW w:type="dxa" w:w="3402"/>
          </w:tcPr>
          <w:p>
            <w:pPr>
              <w:spacing w:after="20" w:line="276" w:lineRule="auto"/>
            </w:pPr>
            <w:r/>
            <w:r>
              <w:rPr>
                <w:rFonts w:ascii="宋体" w:hAnsi="宋体" w:eastAsia="宋体"/>
                <w:b w:val="0"/>
                <w:sz w:val="18"/>
              </w:rPr>
              <w:t>要解决这个问题该怎么想?你们会列式吗?；还记得之前我们学习的两位数减两位数不退位减法的口算方法吗?</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三、巩固应用,内化提高</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四、课堂小结,畅谈收获</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通过今天这节课的学习,你们知道了什么?有哪些收获?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一、创设情境,生成问题</w:t>
            </w:r>
          </w:p>
        </w:tc>
        <w:tc>
          <w:tcPr>
            <w:tcW w:type="dxa" w:w="3061"/>
          </w:tcPr>
          <w:p>
            <w:pPr>
              <w:spacing w:after="20" w:line="276" w:lineRule="auto"/>
            </w:pPr>
            <w:r/>
            <w:r>
              <w:rPr>
                <w:rFonts w:ascii="宋体" w:hAnsi="宋体" w:eastAsia="宋体"/>
                <w:b w:val="0"/>
                <w:sz w:val="18"/>
              </w:rPr>
              <w:t>课件出示教科书P62例1情境图。</w:t>
            </w:r>
          </w:p>
          <w:p>
            <w:pPr>
              <w:spacing w:after="20" w:line="276" w:lineRule="auto"/>
            </w:pPr>
            <w:r>
              <w:rPr>
                <w:rFonts w:ascii="宋体" w:hAnsi="宋体" w:eastAsia="宋体"/>
                <w:b w:val="0"/>
                <w:sz w:val="18"/>
              </w:rPr>
              <w:t>师:在之前的课中我们说到一年级的同学去参观博物馆,观察这幅图,“最多可坐52名乘客”是什么意思？</w:t>
            </w:r>
          </w:p>
          <w:p>
            <w:pPr>
              <w:spacing w:after="20" w:line="276" w:lineRule="auto"/>
            </w:pPr>
            <w:r>
              <w:rPr>
                <w:rFonts w:ascii="宋体" w:hAnsi="宋体" w:eastAsia="宋体"/>
                <w:b w:val="0"/>
                <w:sz w:val="18"/>
              </w:rPr>
              <w:t>师：根据这幅图片你能提出什么数学问题呢？</w:t>
            </w:r>
          </w:p>
          <w:p>
            <w:pPr>
              <w:spacing w:after="20" w:line="276" w:lineRule="auto"/>
            </w:pPr>
            <w:r>
              <w:rPr>
                <w:rFonts w:ascii="宋体" w:hAnsi="宋体" w:eastAsia="宋体"/>
                <w:b w:val="0"/>
                <w:sz w:val="18"/>
              </w:rPr>
              <w:t>师：一（1）班同学上车后，这辆车还可以再坐多少人？</w:t>
            </w:r>
          </w:p>
          <w:p>
            <w:pPr>
              <w:spacing w:after="20" w:line="276" w:lineRule="auto"/>
            </w:pPr>
            <w:r>
              <w:rPr>
                <w:rFonts w:ascii="宋体" w:hAnsi="宋体" w:eastAsia="宋体"/>
                <w:b w:val="0"/>
                <w:sz w:val="18"/>
              </w:rPr>
              <w:t>师:解决这个问题,用什么方法计算呢?今天我们继续学习两位数减两位数的计算。(板书课题:笔算减法)</w:t>
            </w:r>
          </w:p>
        </w:tc>
        <w:tc>
          <w:tcPr>
            <w:tcW w:type="dxa" w:w="3061"/>
          </w:tcPr>
          <w:p>
            <w:pPr>
              <w:spacing w:after="20" w:line="276" w:lineRule="auto"/>
            </w:pPr>
            <w:r/>
            <w:r>
              <w:rPr>
                <w:rFonts w:ascii="宋体" w:hAnsi="宋体" w:eastAsia="宋体"/>
                <w:b w:val="0"/>
                <w:sz w:val="18"/>
              </w:rPr>
              <w:t>最多可坐52名乘客就是说坐了52人后，就已经坐满了，多出的人坐不下。</w:t>
            </w:r>
          </w:p>
          <w:p>
            <w:pPr>
              <w:spacing w:after="20" w:line="276" w:lineRule="auto"/>
            </w:pPr>
            <w:r>
              <w:rPr>
                <w:rFonts w:ascii="宋体" w:hAnsi="宋体" w:eastAsia="宋体"/>
                <w:b w:val="0"/>
                <w:sz w:val="18"/>
              </w:rPr>
              <w:t>学生可能会提出不一样的问题，只要是合理的，教师都应予以鼓励。</w:t>
            </w:r>
          </w:p>
        </w:tc>
        <w:tc>
          <w:tcPr>
            <w:tcW w:type="dxa" w:w="1814"/>
          </w:tcPr>
          <w:p>
            <w:pPr>
              <w:spacing w:after="20" w:line="276" w:lineRule="auto"/>
            </w:pPr>
            <w:r/>
            <w:r>
              <w:rPr>
                <w:rFonts w:ascii="宋体" w:hAnsi="宋体" w:eastAsia="宋体"/>
                <w:b w:val="0"/>
                <w:sz w:val="18"/>
              </w:rPr>
              <w:t>在本单元第一节课，学生就已经熟悉了问题情境，从学生熟悉的问题情境入手，能唤起对已学知识的回忆，沟通新旧知识的联系，也便于学生更快进入本节课的学习。</w:t>
            </w:r>
          </w:p>
        </w:tc>
      </w:tr>
      <w:tr>
        <w:tc>
          <w:tcPr>
            <w:tcW w:type="dxa" w:w="1474"/>
          </w:tcPr>
          <w:p>
            <w:pPr>
              <w:spacing w:after="20" w:line="276" w:lineRule="auto"/>
            </w:pPr>
            <w:r>
              <w:rPr>
                <w:b/>
              </w:rPr>
            </w:r>
            <w:r>
              <w:rPr>
                <w:rFonts w:ascii="宋体" w:hAnsi="宋体" w:eastAsia="宋体"/>
                <w:b/>
                <w:sz w:val="18"/>
              </w:rPr>
              <w:t>二、探索交流,解决问题</w:t>
            </w:r>
          </w:p>
        </w:tc>
        <w:tc>
          <w:tcPr>
            <w:tcW w:type="dxa" w:w="3061"/>
          </w:tcPr>
          <w:p>
            <w:pPr>
              <w:spacing w:after="20" w:line="276" w:lineRule="auto"/>
            </w:pPr>
            <w:r/>
            <w:r>
              <w:rPr>
                <w:rFonts w:ascii="宋体" w:hAnsi="宋体" w:eastAsia="宋体"/>
                <w:b w:val="0"/>
                <w:sz w:val="18"/>
              </w:rPr>
              <w:t>1.教学教科书P62例1。</w:t>
            </w:r>
          </w:p>
          <w:p>
            <w:pPr>
              <w:spacing w:after="20" w:line="276" w:lineRule="auto"/>
            </w:pPr>
            <w:r>
              <w:rPr>
                <w:rFonts w:ascii="宋体" w:hAnsi="宋体" w:eastAsia="宋体"/>
                <w:b w:val="0"/>
                <w:sz w:val="18"/>
              </w:rPr>
              <w:t>(1)根据问题列出算式。</w:t>
            </w:r>
          </w:p>
          <w:p>
            <w:pPr>
              <w:spacing w:after="20" w:line="276" w:lineRule="auto"/>
            </w:pPr>
            <w:r>
              <w:rPr>
                <w:rFonts w:ascii="宋体" w:hAnsi="宋体" w:eastAsia="宋体"/>
                <w:b w:val="0"/>
                <w:sz w:val="18"/>
              </w:rPr>
              <w:t>师:要解决这个问题该怎么想?你们会列式吗?</w:t>
            </w:r>
          </w:p>
          <w:p>
            <w:pPr>
              <w:spacing w:after="20" w:line="276" w:lineRule="auto"/>
            </w:pPr>
            <w:r>
              <w:rPr>
                <w:rFonts w:ascii="宋体" w:hAnsi="宋体" w:eastAsia="宋体"/>
                <w:b w:val="0"/>
                <w:sz w:val="18"/>
              </w:rPr>
              <w:t>(2)自主计算,探索算法。</w:t>
            </w:r>
          </w:p>
          <w:p>
            <w:pPr>
              <w:spacing w:after="20" w:line="276" w:lineRule="auto"/>
            </w:pPr>
            <w:r>
              <w:rPr>
                <w:rFonts w:ascii="宋体" w:hAnsi="宋体" w:eastAsia="宋体"/>
                <w:b w:val="0"/>
                <w:sz w:val="18"/>
              </w:rPr>
              <w:t>师:还记得之前我们学习的两位数减两位数不退位减法的口算方法吗?请你们自己尝试着算一算。</w:t>
            </w:r>
          </w:p>
          <w:p>
            <w:pPr>
              <w:spacing w:after="20" w:line="276" w:lineRule="auto"/>
            </w:pPr>
            <w:r>
              <w:rPr>
                <w:rFonts w:ascii="宋体" w:hAnsi="宋体" w:eastAsia="宋体"/>
                <w:b w:val="0"/>
                <w:sz w:val="18"/>
              </w:rPr>
              <w:t>师:根据笔算加法的计算方法,请同学们拿出小棒和练习本,试着摆一摆并列竖式计算。遇到问题可以与同桌或在小组内交流。</w:t>
            </w:r>
          </w:p>
          <w:p>
            <w:pPr>
              <w:spacing w:after="20" w:line="276" w:lineRule="auto"/>
            </w:pPr>
            <w:r>
              <w:rPr>
                <w:rFonts w:ascii="宋体" w:hAnsi="宋体" w:eastAsia="宋体"/>
                <w:b w:val="0"/>
                <w:sz w:val="18"/>
              </w:rPr>
              <w:t>(3)交流算法。</w:t>
            </w:r>
          </w:p>
          <w:p>
            <w:pPr>
              <w:spacing w:after="20" w:line="276" w:lineRule="auto"/>
            </w:pPr>
            <w:r>
              <w:rPr>
                <w:rFonts w:ascii="宋体" w:hAnsi="宋体" w:eastAsia="宋体"/>
                <w:b w:val="0"/>
                <w:sz w:val="18"/>
              </w:rPr>
              <w:t>①发现难点,动手操作,理解算理。</w:t>
            </w:r>
          </w:p>
          <w:p>
            <w:pPr>
              <w:spacing w:after="20" w:line="276" w:lineRule="auto"/>
            </w:pPr>
            <w:r>
              <w:rPr>
                <w:rFonts w:ascii="宋体" w:hAnsi="宋体" w:eastAsia="宋体"/>
                <w:b w:val="0"/>
                <w:sz w:val="18"/>
              </w:rPr>
              <w:t>师:都算出来了吗?遇到了什么问题?</w:t>
            </w:r>
          </w:p>
          <w:p>
            <w:pPr>
              <w:spacing w:after="20" w:line="276" w:lineRule="auto"/>
            </w:pPr>
            <w:r>
              <w:rPr>
                <w:rFonts w:ascii="宋体" w:hAnsi="宋体" w:eastAsia="宋体"/>
                <w:b w:val="0"/>
                <w:sz w:val="18"/>
              </w:rPr>
              <w:t>师:你们是怎么解决的?</w:t>
            </w:r>
          </w:p>
          <w:p>
            <w:pPr>
              <w:spacing w:after="20" w:line="276" w:lineRule="auto"/>
            </w:pPr>
            <w:r>
              <w:rPr>
                <w:rFonts w:ascii="宋体" w:hAnsi="宋体" w:eastAsia="宋体"/>
                <w:b w:val="0"/>
                <w:sz w:val="18"/>
              </w:rPr>
              <w:t>师:这个算式跟前面的不同,个位不够减。来,我们拿出小棒摆一摆,看看怎么减。</w:t>
            </w:r>
          </w:p>
          <w:p>
            <w:pPr>
              <w:spacing w:after="20" w:line="276" w:lineRule="auto"/>
            </w:pPr>
            <w:r>
              <w:rPr>
                <w:rFonts w:ascii="宋体" w:hAnsi="宋体" w:eastAsia="宋体"/>
                <w:b w:val="0"/>
                <w:sz w:val="18"/>
              </w:rPr>
              <w:t>让学生摆小棒,指名学生回答。</w:t>
            </w:r>
          </w:p>
          <w:p>
            <w:pPr>
              <w:spacing w:after="20" w:line="276" w:lineRule="auto"/>
            </w:pPr>
            <w:r>
              <w:rPr>
                <w:rFonts w:ascii="宋体" w:hAnsi="宋体" w:eastAsia="宋体"/>
                <w:b w:val="0"/>
                <w:sz w:val="18"/>
              </w:rPr>
              <w:t>教师结合小棒边演示边讲解:先拿出5捆小棒和2根小棒,要减去5根,发现单根的2根不够减;再从5捆里拿出1捆拆开,是10根,和2根合起来是12根,拿走5根,剩下7根;5捆拆开1捆,还剩下4捆,4捆拿走3捆,还剩下1捆,与单根的7根合起来就是17根,所以52-35的差是17。</w:t>
            </w:r>
          </w:p>
          <w:p>
            <w:pPr>
              <w:spacing w:after="20" w:line="276" w:lineRule="auto"/>
            </w:pPr>
            <w:r>
              <w:rPr>
                <w:rFonts w:ascii="宋体" w:hAnsi="宋体" w:eastAsia="宋体"/>
                <w:b w:val="0"/>
                <w:sz w:val="18"/>
              </w:rPr>
              <w:t>课件出示利用小棒计算的过程。</w:t>
            </w:r>
          </w:p>
          <w:p>
            <w:pPr>
              <w:spacing w:after="20" w:line="276" w:lineRule="auto"/>
            </w:pPr>
            <w:r>
              <w:rPr>
                <w:rFonts w:ascii="宋体" w:hAnsi="宋体" w:eastAsia="宋体"/>
                <w:b w:val="0"/>
                <w:sz w:val="18"/>
              </w:rPr>
              <w:t>②数形结合明确算法。</w:t>
            </w:r>
          </w:p>
          <w:p>
            <w:pPr>
              <w:spacing w:after="20" w:line="276" w:lineRule="auto"/>
            </w:pPr>
            <w:r>
              <w:rPr>
                <w:rFonts w:ascii="宋体" w:hAnsi="宋体" w:eastAsia="宋体"/>
                <w:b w:val="0"/>
                <w:sz w:val="18"/>
              </w:rPr>
              <w:t>师:我们通过摆小棒计算出了52减35的结果,那么该怎么列竖式计算呢?</w:t>
            </w:r>
          </w:p>
          <w:p>
            <w:pPr>
              <w:spacing w:after="20" w:line="276" w:lineRule="auto"/>
            </w:pPr>
            <w:r>
              <w:rPr>
                <w:rFonts w:ascii="宋体" w:hAnsi="宋体" w:eastAsia="宋体"/>
                <w:b w:val="0"/>
                <w:sz w:val="18"/>
              </w:rPr>
              <w:t>教师补充课件内容（展示列竖式计算的过程）。师生交流后,教师结合学生的发言适当板书。</w:t>
            </w:r>
          </w:p>
          <w:p>
            <w:pPr>
              <w:spacing w:after="20" w:line="276" w:lineRule="auto"/>
            </w:pPr>
            <w:r>
              <w:rPr>
                <w:rFonts w:ascii="宋体" w:hAnsi="宋体" w:eastAsia="宋体"/>
                <w:b w:val="0"/>
                <w:sz w:val="18"/>
              </w:rPr>
              <w:t>③进一步体验运算顺序。</w:t>
            </w:r>
          </w:p>
          <w:p>
            <w:pPr>
              <w:spacing w:after="20" w:line="276" w:lineRule="auto"/>
            </w:pPr>
            <w:r>
              <w:rPr>
                <w:rFonts w:ascii="宋体" w:hAnsi="宋体" w:eastAsia="宋体"/>
                <w:b w:val="0"/>
                <w:sz w:val="18"/>
              </w:rPr>
              <w:t>师:请同学们想一想:从十位减起方便吗?为什么要从个位减起?</w:t>
            </w:r>
          </w:p>
          <w:p>
            <w:pPr>
              <w:spacing w:after="20" w:line="276" w:lineRule="auto"/>
            </w:pPr>
            <w:r>
              <w:rPr>
                <w:rFonts w:ascii="宋体" w:hAnsi="宋体" w:eastAsia="宋体"/>
                <w:b w:val="0"/>
                <w:sz w:val="18"/>
              </w:rPr>
              <w:t>2.教学教科书P62例2。</w:t>
            </w:r>
          </w:p>
          <w:p>
            <w:pPr>
              <w:spacing w:after="20" w:line="276" w:lineRule="auto"/>
            </w:pPr>
            <w:r>
              <w:rPr>
                <w:rFonts w:ascii="宋体" w:hAnsi="宋体" w:eastAsia="宋体"/>
                <w:b w:val="0"/>
                <w:sz w:val="18"/>
              </w:rPr>
              <w:t>(1)学生独立计算。</w:t>
            </w:r>
          </w:p>
          <w:p>
            <w:pPr>
              <w:spacing w:after="20" w:line="276" w:lineRule="auto"/>
            </w:pPr>
            <w:r>
              <w:rPr>
                <w:rFonts w:ascii="宋体" w:hAnsi="宋体" w:eastAsia="宋体"/>
                <w:b w:val="0"/>
                <w:sz w:val="18"/>
              </w:rPr>
              <w:t>(2)汇报算法。</w:t>
            </w:r>
          </w:p>
          <w:p>
            <w:pPr>
              <w:spacing w:after="20" w:line="276" w:lineRule="auto"/>
            </w:pPr>
            <w:r>
              <w:rPr>
                <w:rFonts w:ascii="宋体" w:hAnsi="宋体" w:eastAsia="宋体"/>
                <w:b w:val="0"/>
                <w:sz w:val="18"/>
              </w:rPr>
              <w:t>师:你们是怎样计算的?当0减2不够减时,该怎么办?（从十位退1）从十位退1后,个位应该算几减几?10减2。十位应该算几减几?5减3。</w:t>
            </w:r>
          </w:p>
          <w:p>
            <w:pPr>
              <w:spacing w:after="20" w:line="276" w:lineRule="auto"/>
            </w:pPr>
            <w:r>
              <w:rPr>
                <w:rFonts w:ascii="宋体" w:hAnsi="宋体" w:eastAsia="宋体"/>
                <w:b w:val="0"/>
                <w:sz w:val="18"/>
              </w:rPr>
              <w:t>教师板书竖式计算过程。</w:t>
            </w:r>
          </w:p>
          <w:p>
            <w:pPr>
              <w:spacing w:after="20" w:line="276" w:lineRule="auto"/>
            </w:pPr>
            <w:r>
              <w:rPr>
                <w:rFonts w:ascii="宋体" w:hAnsi="宋体" w:eastAsia="宋体"/>
                <w:b w:val="0"/>
                <w:sz w:val="18"/>
              </w:rPr>
              <w:t>(3)对比观察,交流算法。</w:t>
            </w:r>
          </w:p>
          <w:p>
            <w:pPr>
              <w:spacing w:after="20" w:line="276" w:lineRule="auto"/>
            </w:pPr>
            <w:r>
              <w:rPr>
                <w:rFonts w:ascii="宋体" w:hAnsi="宋体" w:eastAsia="宋体"/>
                <w:b w:val="0"/>
                <w:sz w:val="18"/>
              </w:rPr>
              <w:t>师:大家已经会笔算两位数减两位数的退位减法了,仔细回顾这两道题的计算过程，说一说计算方法。</w:t>
            </w:r>
          </w:p>
          <w:p>
            <w:pPr>
              <w:spacing w:after="20" w:line="276" w:lineRule="auto"/>
            </w:pPr>
            <w:r>
              <w:rPr>
                <w:rFonts w:ascii="宋体" w:hAnsi="宋体" w:eastAsia="宋体"/>
                <w:b w:val="0"/>
                <w:sz w:val="18"/>
              </w:rPr>
              <w:t>引导学生观察黑板上的计算过程,交流算法。</w:t>
            </w:r>
          </w:p>
          <w:p>
            <w:pPr>
              <w:spacing w:after="20" w:line="276" w:lineRule="auto"/>
            </w:pPr>
            <w:r>
              <w:rPr>
                <w:rFonts w:ascii="宋体" w:hAnsi="宋体" w:eastAsia="宋体"/>
                <w:b w:val="0"/>
                <w:sz w:val="18"/>
              </w:rPr>
              <w:t>结合学生的交流,教师板书:相同数位对齐,从个位减起。个位上的数不够减时,从十位退1当10后再减。</w:t>
            </w:r>
          </w:p>
          <w:p>
            <w:pPr>
              <w:spacing w:after="20" w:line="276" w:lineRule="auto"/>
            </w:pPr>
            <w:r>
              <w:rPr>
                <w:rFonts w:ascii="宋体" w:hAnsi="宋体" w:eastAsia="宋体"/>
                <w:b w:val="0"/>
                <w:sz w:val="18"/>
              </w:rPr>
              <w:t>师追问:今天学习的减法跟之前学习的减法在计算方法上有哪些相同的地方？有哪些不同的地方?</w:t>
            </w:r>
          </w:p>
          <w:p>
            <w:pPr>
              <w:spacing w:after="20" w:line="276" w:lineRule="auto"/>
            </w:pPr>
            <w:r>
              <w:rPr>
                <w:rFonts w:ascii="宋体" w:hAnsi="宋体" w:eastAsia="宋体"/>
                <w:b w:val="0"/>
                <w:sz w:val="18"/>
              </w:rPr>
              <w:t>3.教学教科书P63“试一试”。</w:t>
            </w:r>
          </w:p>
          <w:p>
            <w:pPr>
              <w:spacing w:after="20" w:line="276" w:lineRule="auto"/>
            </w:pPr>
            <w:r>
              <w:rPr>
                <w:rFonts w:ascii="宋体" w:hAnsi="宋体" w:eastAsia="宋体"/>
                <w:b w:val="0"/>
                <w:sz w:val="18"/>
              </w:rPr>
              <w:t>师：刚才我们已经总结了两位数减两位数的退位减法的笔算方法，接下来就要检验同学们的学习效果，请大家独立完成“试一试”内容。</w:t>
            </w:r>
          </w:p>
        </w:tc>
        <w:tc>
          <w:tcPr>
            <w:tcW w:type="dxa" w:w="3061"/>
          </w:tcPr>
          <w:p>
            <w:pPr>
              <w:spacing w:after="20" w:line="276" w:lineRule="auto"/>
            </w:pPr>
            <w:r/>
            <w:r>
              <w:rPr>
                <w:rFonts w:ascii="宋体" w:hAnsi="宋体" w:eastAsia="宋体"/>
                <w:b w:val="0"/>
                <w:sz w:val="18"/>
              </w:rPr>
              <w:t>学生会分析题目意思,根据题中数据列出算式。根据学生回答板书算式:52-35。</w:t>
            </w:r>
          </w:p>
          <w:p>
            <w:pPr>
              <w:spacing w:after="20" w:line="276" w:lineRule="auto"/>
            </w:pPr>
            <w:r>
              <w:rPr>
                <w:rFonts w:ascii="宋体" w:hAnsi="宋体" w:eastAsia="宋体"/>
                <w:b w:val="0"/>
                <w:sz w:val="18"/>
              </w:rPr>
              <w:t>学生独立尝试口算，指名学生说说自己的结果，以及口算过程中遇到什么困难。</w:t>
            </w:r>
          </w:p>
          <w:p>
            <w:pPr>
              <w:spacing w:after="20" w:line="276" w:lineRule="auto"/>
            </w:pPr>
            <w:r>
              <w:rPr>
                <w:rFonts w:ascii="宋体" w:hAnsi="宋体" w:eastAsia="宋体"/>
                <w:b w:val="0"/>
                <w:sz w:val="18"/>
              </w:rPr>
              <w:t>被减数个位上的2不够减减数个位上的5,不知道怎么办。</w:t>
            </w:r>
          </w:p>
          <w:p>
            <w:pPr>
              <w:spacing w:after="20" w:line="276" w:lineRule="auto"/>
            </w:pPr>
            <w:r>
              <w:rPr>
                <w:rFonts w:ascii="宋体" w:hAnsi="宋体" w:eastAsia="宋体"/>
                <w:b w:val="0"/>
                <w:sz w:val="18"/>
              </w:rPr>
              <w:t>在前面学习两位数减一位数时,已经遇到过退位减,在此,有的学生会想到退位减法,有的学生不知道怎么做。学生汇报他们想到的办法,只要合理,教师就予以鼓励。</w:t>
            </w:r>
          </w:p>
          <w:p>
            <w:pPr>
              <w:spacing w:after="20" w:line="276" w:lineRule="auto"/>
            </w:pPr>
            <w:r>
              <w:rPr>
                <w:rFonts w:ascii="宋体" w:hAnsi="宋体" w:eastAsia="宋体"/>
                <w:b w:val="0"/>
                <w:sz w:val="18"/>
              </w:rPr>
              <w:t>学生不一定能完整说出怎么计算,关键要引导学生说出:个位上2减5不够减,从十位退1,与个位上的2合成12,12减5得7,写在个位上;十位上的5退了1剩4,4减3得1,写在十位上。</w:t>
            </w:r>
          </w:p>
          <w:p>
            <w:pPr>
              <w:spacing w:after="20" w:line="276" w:lineRule="auto"/>
            </w:pPr>
            <w:r>
              <w:rPr>
                <w:rFonts w:ascii="宋体" w:hAnsi="宋体" w:eastAsia="宋体"/>
                <w:b w:val="0"/>
                <w:sz w:val="18"/>
              </w:rPr>
              <w:t>有的学生可能说方便,但是大部分学生会说不方便,会说出“如果从十位算起,那么十位算完后,个位不够减就不知道怎么办了”。针对学生的不同表述,教师适时追问和引导。</w:t>
            </w:r>
          </w:p>
          <w:p>
            <w:pPr>
              <w:spacing w:after="20" w:line="276" w:lineRule="auto"/>
            </w:pPr>
            <w:r>
              <w:rPr>
                <w:rFonts w:ascii="宋体" w:hAnsi="宋体" w:eastAsia="宋体"/>
                <w:b w:val="0"/>
                <w:sz w:val="18"/>
              </w:rPr>
              <w:t>学生独立计算,请两名学生板演。</w:t>
            </w:r>
          </w:p>
          <w:p>
            <w:pPr>
              <w:spacing w:after="20" w:line="276" w:lineRule="auto"/>
            </w:pPr>
            <w:r>
              <w:rPr>
                <w:rFonts w:ascii="宋体" w:hAnsi="宋体" w:eastAsia="宋体"/>
                <w:b w:val="0"/>
                <w:sz w:val="18"/>
              </w:rPr>
              <w:t>学生有了例1的学习经验,利用知识的迁移,独立尝试被减数个位上是0的退位减法的竖式计算。教师巡视,注意收集学生在计算时遇到的具体问题。</w:t>
            </w:r>
          </w:p>
          <w:p>
            <w:pPr>
              <w:spacing w:after="20" w:line="276" w:lineRule="auto"/>
            </w:pPr>
            <w:r>
              <w:rPr>
                <w:rFonts w:ascii="宋体" w:hAnsi="宋体" w:eastAsia="宋体"/>
                <w:b w:val="0"/>
                <w:sz w:val="18"/>
              </w:rPr>
              <w:t>学生用自己的语言叙述竖式计算过程,难点处可能有问题,教师要给予一定的引导,这里应强调思维过程,淡化法则。</w:t>
            </w:r>
          </w:p>
          <w:p>
            <w:pPr>
              <w:spacing w:after="20" w:line="276" w:lineRule="auto"/>
            </w:pPr>
            <w:r>
              <w:rPr>
                <w:rFonts w:ascii="宋体" w:hAnsi="宋体" w:eastAsia="宋体"/>
                <w:b w:val="0"/>
                <w:sz w:val="18"/>
              </w:rPr>
              <w:t>学生会说计算方法是相同的,都是相同数位对齐,从个位减起。不同点是有的个位上的数可以直接相减,有的个位上的数不够减,要从十位退1当10后再减。</w:t>
            </w:r>
          </w:p>
          <w:p>
            <w:pPr>
              <w:spacing w:after="20" w:line="276" w:lineRule="auto"/>
            </w:pPr>
            <w:r>
              <w:rPr>
                <w:rFonts w:ascii="宋体" w:hAnsi="宋体" w:eastAsia="宋体"/>
                <w:b w:val="0"/>
                <w:sz w:val="18"/>
              </w:rPr>
              <w:t>学生独立计算，请两名同学板演。</w:t>
            </w:r>
          </w:p>
          <w:p>
            <w:pPr>
              <w:spacing w:after="20" w:line="276" w:lineRule="auto"/>
            </w:pPr>
            <w:r>
              <w:rPr>
                <w:rFonts w:ascii="宋体" w:hAnsi="宋体" w:eastAsia="宋体"/>
                <w:b w:val="0"/>
                <w:sz w:val="18"/>
              </w:rPr>
              <w:t>第1个算式是两位数减一位数，注意减数8要与被减数个位上的3对齐，3减8不够减，从十位退1当10再减，5退1剩4，直接把4写在得数的十位上；第2个算式十位相减后得0,最高位上的0不写，得数应是6。</w:t>
            </w:r>
          </w:p>
        </w:tc>
        <w:tc>
          <w:tcPr>
            <w:tcW w:type="dxa" w:w="1814"/>
          </w:tcPr>
          <w:p>
            <w:pPr>
              <w:spacing w:after="20" w:line="276" w:lineRule="auto"/>
            </w:pPr>
            <w:r/>
            <w:r>
              <w:rPr>
                <w:rFonts w:ascii="宋体" w:hAnsi="宋体" w:eastAsia="宋体"/>
                <w:b w:val="0"/>
                <w:sz w:val="18"/>
              </w:rPr>
              <w:t>利用摆小棒的活动,梳理出计算过程,充分理解算理,构建从形到数的转化基础。</w:t>
            </w:r>
          </w:p>
          <w:p>
            <w:pPr>
              <w:spacing w:after="20" w:line="276" w:lineRule="auto"/>
            </w:pPr>
            <w:r>
              <w:rPr>
                <w:rFonts w:ascii="宋体" w:hAnsi="宋体" w:eastAsia="宋体"/>
                <w:b w:val="0"/>
                <w:sz w:val="18"/>
              </w:rPr>
              <w:t>新课教学,首先让学生尝试独立练习,在练习中,学生遇到的“个位上2减5不够减,该怎么办”这个问题正是本节课的难点所在。提出这一问题后,学生强烈的求知欲被唤起,开始进入深层次的思考,寻求解决问题的方案。再通过思考从十位减起会怎样，明确从个位减起更方便。</w:t>
            </w:r>
          </w:p>
          <w:p>
            <w:pPr>
              <w:spacing w:after="20" w:line="276" w:lineRule="auto"/>
            </w:pPr>
            <w:r>
              <w:rPr>
                <w:rFonts w:ascii="宋体" w:hAnsi="宋体" w:eastAsia="宋体"/>
                <w:b w:val="0"/>
                <w:sz w:val="18"/>
              </w:rPr>
              <w:t>例2在算理算法上可沿用例1的学习经验,因此这个环节应给学生更多自主学习的时间,利用知识迁移、同伴互助等学习方式,着重解决被减数个位上是0时如何退位的问题,这样的方式有利于提高课堂的效率。</w:t>
            </w:r>
          </w:p>
          <w:p>
            <w:pPr>
              <w:spacing w:after="20" w:line="276" w:lineRule="auto"/>
            </w:pPr>
            <w:r>
              <w:rPr>
                <w:rFonts w:ascii="宋体" w:hAnsi="宋体" w:eastAsia="宋体"/>
                <w:b w:val="0"/>
                <w:sz w:val="18"/>
              </w:rPr>
              <w:t>利用迁移法,教师适时放手,让学生独立探究、小组交流、全班汇报，然后通过观察比较,让学生明确算理,掌握算法。</w:t>
            </w:r>
          </w:p>
        </w:tc>
      </w:tr>
      <w:tr>
        <w:tc>
          <w:tcPr>
            <w:tcW w:type="dxa" w:w="1474"/>
          </w:tcPr>
          <w:p>
            <w:pPr>
              <w:spacing w:after="20" w:line="276" w:lineRule="auto"/>
            </w:pPr>
            <w:r>
              <w:rPr>
                <w:b/>
              </w:rPr>
            </w:r>
            <w:r>
              <w:rPr>
                <w:rFonts w:ascii="宋体" w:hAnsi="宋体" w:eastAsia="宋体"/>
                <w:b/>
                <w:sz w:val="18"/>
              </w:rPr>
              <w:t>三、巩固应用,内化提高</w:t>
            </w:r>
          </w:p>
        </w:tc>
        <w:tc>
          <w:tcPr>
            <w:tcW w:type="dxa" w:w="3061"/>
          </w:tcPr>
          <w:p>
            <w:pPr>
              <w:spacing w:after="20" w:line="276" w:lineRule="auto"/>
            </w:pPr>
            <w:r/>
            <w:r>
              <w:rPr>
                <w:rFonts w:ascii="宋体" w:hAnsi="宋体" w:eastAsia="宋体"/>
                <w:b w:val="0"/>
                <w:sz w:val="18"/>
              </w:rPr>
              <w:t>1.完成教科书P63“做一做”。</w:t>
            </w:r>
          </w:p>
          <w:p>
            <w:pPr>
              <w:spacing w:after="20" w:line="276" w:lineRule="auto"/>
            </w:pPr>
            <w:r>
              <w:rPr>
                <w:rFonts w:ascii="宋体" w:hAnsi="宋体" w:eastAsia="宋体"/>
                <w:b w:val="0"/>
                <w:sz w:val="18"/>
              </w:rPr>
              <w:t>第1题由学生独立完成，通过圈一圈让学生明白退位减法的算理。</w:t>
            </w:r>
          </w:p>
          <w:p>
            <w:pPr>
              <w:spacing w:after="20" w:line="276" w:lineRule="auto"/>
            </w:pPr>
            <w:r>
              <w:rPr>
                <w:rFonts w:ascii="宋体" w:hAnsi="宋体" w:eastAsia="宋体"/>
                <w:b w:val="0"/>
                <w:sz w:val="18"/>
              </w:rPr>
              <w:t>第2题让学生在课本上完成,指名板演,其他学生观察评价。</w:t>
            </w:r>
          </w:p>
          <w:p>
            <w:pPr>
              <w:spacing w:after="20" w:line="276" w:lineRule="auto"/>
            </w:pPr>
            <w:r>
              <w:rPr>
                <w:rFonts w:ascii="宋体" w:hAnsi="宋体" w:eastAsia="宋体"/>
                <w:b w:val="0"/>
                <w:sz w:val="18"/>
              </w:rPr>
              <w:t>第3题学生可能会提出用加法解决的问题，只要问题合理，教师都应予以鼓励。</w:t>
            </w:r>
          </w:p>
          <w:p>
            <w:pPr>
              <w:spacing w:after="20" w:line="276" w:lineRule="auto"/>
            </w:pPr>
            <w:r>
              <w:rPr>
                <w:rFonts w:ascii="宋体" w:hAnsi="宋体" w:eastAsia="宋体"/>
                <w:b w:val="0"/>
                <w:sz w:val="18"/>
              </w:rPr>
              <w:t>2.完成教科书P64“练一练”第2题。</w:t>
            </w:r>
          </w:p>
          <w:p>
            <w:pPr>
              <w:spacing w:after="20" w:line="276" w:lineRule="auto"/>
            </w:pPr>
            <w:r>
              <w:rPr>
                <w:rFonts w:ascii="宋体" w:hAnsi="宋体" w:eastAsia="宋体"/>
                <w:b w:val="0"/>
                <w:sz w:val="18"/>
              </w:rPr>
              <w:t>3.完成教科书P65“练一练”第5题。</w:t>
            </w:r>
          </w:p>
        </w:tc>
        <w:tc>
          <w:tcPr>
            <w:tcW w:type="dxa" w:w="3061"/>
          </w:tcPr>
          <w:p>
            <w:pPr>
              <w:spacing w:after="20" w:line="276" w:lineRule="auto"/>
            </w:pPr>
            <w:r/>
            <w:r>
              <w:rPr>
                <w:rFonts w:ascii="宋体" w:hAnsi="宋体" w:eastAsia="宋体"/>
                <w:b w:val="0"/>
                <w:sz w:val="18"/>
              </w:rPr>
              <w:t>学生独立完成后指名学生说说自己是怎样思考的。</w:t>
            </w:r>
          </w:p>
          <w:p>
            <w:pPr>
              <w:spacing w:after="20" w:line="276" w:lineRule="auto"/>
            </w:pPr>
            <w:r>
              <w:rPr>
                <w:rFonts w:ascii="宋体" w:hAnsi="宋体" w:eastAsia="宋体"/>
                <w:b w:val="0"/>
                <w:sz w:val="18"/>
              </w:rPr>
              <w:t>有的学生计算出了得数,知道得数十位上的数字;有的学生根据个位是否退位直接算出得数十位上的数字。对这两种方法都给予肯定,可以让学生比较一下哪种方法更好,说出好的理由。</w:t>
            </w:r>
          </w:p>
          <w:p>
            <w:pPr>
              <w:spacing w:after="20" w:line="276" w:lineRule="auto"/>
            </w:pPr>
            <w:r>
              <w:rPr>
                <w:rFonts w:ascii="宋体" w:hAnsi="宋体" w:eastAsia="宋体"/>
                <w:b w:val="0"/>
                <w:sz w:val="18"/>
              </w:rPr>
              <w:t>学生独立完成后全班交流,说一说做错的原因及改正方法。</w:t>
            </w:r>
          </w:p>
          <w:p>
            <w:pPr>
              <w:spacing w:after="20" w:line="276" w:lineRule="auto"/>
            </w:pPr>
            <w:r>
              <w:rPr>
                <w:rFonts w:ascii="宋体" w:hAnsi="宋体" w:eastAsia="宋体"/>
                <w:b w:val="0"/>
                <w:sz w:val="18"/>
              </w:rPr>
              <w:t>题中3个算式都是错误的,学生可能把第3个算式当成正确的,之前学习的减法算式都是大数减小数，初次学习退位减法，有的学生发现不够减时，会下意识地用大数减小数，而忽略了数字所在的位置。</w:t>
            </w:r>
          </w:p>
        </w:tc>
        <w:tc>
          <w:tcPr>
            <w:tcW w:type="dxa" w:w="1814"/>
          </w:tcPr>
          <w:p>
            <w:pPr>
              <w:spacing w:after="20" w:line="276" w:lineRule="auto"/>
            </w:pPr>
            <w:r/>
            <w:r>
              <w:rPr>
                <w:rFonts w:ascii="宋体" w:hAnsi="宋体" w:eastAsia="宋体"/>
                <w:b w:val="0"/>
                <w:sz w:val="18"/>
              </w:rPr>
              <w:t>有意识地解决两个问题:一是要让学生记住退位减法中十位退1后,十位上的数比原来少1;二是学习退位减法后不要将退位减法的计算方法错误地迁移到不退位减法的计算中去。</w:t>
            </w:r>
          </w:p>
          <w:p>
            <w:pPr>
              <w:spacing w:after="20" w:line="276" w:lineRule="auto"/>
            </w:pPr>
            <w:r>
              <w:rPr>
                <w:rFonts w:ascii="宋体" w:hAnsi="宋体" w:eastAsia="宋体"/>
                <w:b w:val="0"/>
                <w:sz w:val="18"/>
              </w:rPr>
              <w:t>通过学生出现的错误,提醒学生在笔算退位减法时要注意的点,从另一个角度进一步强化退位减法的正确算法。</w:t>
            </w:r>
          </w:p>
        </w:tc>
      </w:tr>
      <w:tr>
        <w:tc>
          <w:tcPr>
            <w:tcW w:type="dxa" w:w="1474"/>
          </w:tcPr>
          <w:p>
            <w:pPr>
              <w:spacing w:after="20" w:line="276" w:lineRule="auto"/>
            </w:pPr>
            <w:r>
              <w:rPr>
                <w:b/>
              </w:rPr>
            </w:r>
            <w:r>
              <w:rPr>
                <w:rFonts w:ascii="宋体" w:hAnsi="宋体" w:eastAsia="宋体"/>
                <w:b/>
                <w:sz w:val="18"/>
              </w:rPr>
              <w:t>四、课堂小结,畅谈收获</w:t>
            </w:r>
          </w:p>
        </w:tc>
        <w:tc>
          <w:tcPr>
            <w:tcW w:type="dxa" w:w="3061"/>
          </w:tcPr>
          <w:p>
            <w:pPr>
              <w:spacing w:after="20" w:line="276" w:lineRule="auto"/>
            </w:pPr>
            <w:r/>
            <w:r>
              <w:rPr>
                <w:rFonts w:ascii="宋体" w:hAnsi="宋体" w:eastAsia="宋体"/>
                <w:b w:val="0"/>
                <w:sz w:val="18"/>
              </w:rPr>
              <w:t>师:通过今天这节课的学习,你们知道了什么?有哪些收获?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引导学生回顾梳理本课所学，完善认知结构，提升归纳与反思能力，核心问题："通过今天这节课的学习,你们知道了什么?有哪些收获?"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教科书P62~63例1、例2和“试一试”,完成教科书P63“做一做”和P64~65“练一练”第2、5题。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主要教学内容是两位数减两位数的退位减法的计算方法,其重点和难点是让学生理解个位不够减时,从十位退1当10。为了突破这个重难点,教师让学生通过动手操作和小组内的合作交流来理解其意义。在课堂上要多让学生说自己的算法和见解,才能总结出更好的计算方法。只有让学生主动参与,才能提高课堂的效率。</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笔算加法（1）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笔算加法（1）</w:t>
            </w:r>
          </w:p>
        </w:tc>
        <w:tc>
          <w:tcPr>
            <w:tcW w:type="dxa" w:w="6009"/>
          </w:tcPr>
          <w:p>
            <w:pPr>
              <w:spacing w:after="20" w:line="276" w:lineRule="auto"/>
            </w:pPr>
            <w:r/>
            <w:r>
              <w:rPr>
                <w:rFonts w:ascii="宋体" w:hAnsi="宋体" w:eastAsia="宋体"/>
                <w:b w:val="0"/>
                <w:sz w:val="20"/>
              </w:rPr>
              <w:t>第5单元 100以内的笔算加、减法（笔算加法）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一年级学生学习主要以直观、形象思维为主,而且在课堂上注意力集中的时间还相对较短，他们已经学会口算两位数加、减一位数、整十数和两位数（不进位、不退位）,知道在计算时,个位上的数要和个位上的数相加、减,十位上的数要和十位上的数相加、减,这是笔算加、减法时相同数位要对齐的基础和学习新知识的出发点。教学时应强化对20以内进位加法和退位减法的训练,这将对提高笔算进位加法和退位减法的准确率以及计算速度有很大帮助。</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教学内容：教科书P57例1，完成教科书P59“做一做”第1题左题。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（1）理解100以内的两位数加两位数(不进位)的算理,能正确地进行口算和笔算。</w:t>
      </w:r>
    </w:p>
    <w:p>
      <w:pPr>
        <w:spacing w:after="20" w:line="300" w:lineRule="auto"/>
        <w:ind w:firstLine="400"/>
      </w:pPr>
      <w:r>
        <w:rPr>
          <w:rFonts w:ascii="宋体" w:hAnsi="宋体" w:eastAsia="宋体"/>
          <w:b w:val="0"/>
          <w:sz w:val="20"/>
        </w:rPr>
        <w:t>（2）通过实际操作、自主探究、小组协作等方式帮助学生掌握计算方法。</w:t>
      </w:r>
    </w:p>
    <w:p>
      <w:pPr>
        <w:spacing w:after="20" w:line="300" w:lineRule="auto"/>
        <w:ind w:firstLine="400"/>
      </w:pPr>
      <w:r>
        <w:rPr>
          <w:rFonts w:ascii="宋体" w:hAnsi="宋体" w:eastAsia="宋体"/>
          <w:b w:val="0"/>
          <w:sz w:val="20"/>
        </w:rPr>
        <w:t>（3）培养学生思考问题和解决问题的能力。</w:t>
      </w:r>
    </w:p>
    <w:p>
      <w:pPr>
        <w:spacing w:after="20" w:line="300" w:lineRule="auto"/>
      </w:pPr>
      <w:r>
        <w:rPr>
          <w:rFonts w:ascii="宋体" w:hAnsi="宋体" w:eastAsia="宋体"/>
          <w:b w:val="0"/>
          <w:sz w:val="20"/>
        </w:rPr>
        <w:t>教学重点：掌握两位数加两位数(不进位)的笔算方法。</w:t>
      </w:r>
    </w:p>
    <w:p>
      <w:pPr>
        <w:spacing w:after="20" w:line="300" w:lineRule="auto"/>
      </w:pPr>
      <w:r>
        <w:rPr>
          <w:rFonts w:ascii="宋体" w:hAnsi="宋体" w:eastAsia="宋体"/>
          <w:b w:val="0"/>
          <w:sz w:val="20"/>
        </w:rPr>
        <w:t>教学难点：掌握竖式计算的书写格式,笔算的计算顺序。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一、情境引入,揭示课题</w:t>
            </w:r>
          </w:p>
        </w:tc>
        <w:tc>
          <w:tcPr>
            <w:tcW w:type="dxa" w:w="1814"/>
          </w:tcPr>
          <w:p>
            <w:pPr>
              <w:spacing w:after="20" w:line="276" w:lineRule="auto"/>
            </w:pPr>
            <w:r/>
            <w:r>
              <w:rPr>
                <w:rFonts w:ascii="宋体" w:hAnsi="宋体" w:eastAsia="宋体"/>
                <w:b w:val="0"/>
                <w:sz w:val="18"/>
              </w:rPr>
              <w:t>课件、教科书、情境图、小棒</w:t>
            </w:r>
          </w:p>
        </w:tc>
        <w:tc>
          <w:tcPr>
            <w:tcW w:type="dxa" w:w="3402"/>
          </w:tcPr>
          <w:p>
            <w:pPr>
              <w:spacing w:after="20" w:line="276" w:lineRule="auto"/>
            </w:pPr>
            <w:r/>
            <w:r>
              <w:rPr>
                <w:rFonts w:ascii="宋体" w:hAnsi="宋体" w:eastAsia="宋体"/>
                <w:b w:val="0"/>
                <w:sz w:val="18"/>
              </w:rPr>
              <w:t>从图中你获得了哪些数学信息？；根据图中信息你能提出什么数学问题？</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二、合作交流,探究新知</w:t>
            </w:r>
          </w:p>
        </w:tc>
        <w:tc>
          <w:tcPr>
            <w:tcW w:type="dxa" w:w="1814"/>
          </w:tcPr>
          <w:p>
            <w:pPr>
              <w:spacing w:after="20" w:line="276" w:lineRule="auto"/>
            </w:pPr>
            <w:r/>
            <w:r>
              <w:rPr>
                <w:rFonts w:ascii="宋体" w:hAnsi="宋体" w:eastAsia="宋体"/>
                <w:b w:val="0"/>
                <w:sz w:val="18"/>
              </w:rPr>
              <w:t>情境图、课件、教科书、小棒</w:t>
            </w:r>
          </w:p>
        </w:tc>
        <w:tc>
          <w:tcPr>
            <w:tcW w:type="dxa" w:w="3402"/>
          </w:tcPr>
          <w:p>
            <w:pPr>
              <w:spacing w:after="20" w:line="276" w:lineRule="auto"/>
            </w:pPr>
            <w:r/>
            <w:r>
              <w:rPr>
                <w:rFonts w:ascii="宋体" w:hAnsi="宋体" w:eastAsia="宋体"/>
                <w:b w:val="0"/>
                <w:sz w:val="18"/>
              </w:rPr>
              <w:t>从图中你获得了哪些信息?；根据这两个条件,你能提出用加法解决的问题吗?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师追问:为什么3和3对齐,5和2对齐?</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先算什么?再算什么?；你们觉得先算哪一位比较好?可以先从十位算起吗？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三、巩固练习,提高能力</w:t>
            </w:r>
          </w:p>
        </w:tc>
        <w:tc>
          <w:tcPr>
            <w:tcW w:type="dxa" w:w="1814"/>
          </w:tcPr>
          <w:p>
            <w:pPr>
              <w:spacing w:after="20" w:line="276" w:lineRule="auto"/>
            </w:pPr>
            <w:r/>
            <w:r>
              <w:rPr>
                <w:rFonts w:ascii="宋体" w:hAnsi="宋体" w:eastAsia="宋体"/>
                <w:b w:val="0"/>
                <w:sz w:val="18"/>
              </w:rPr>
              <w:t>教科书、小棒、课件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今天这节课你们学会了什么?列竖式时应该注意什么?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一、情境引入,揭示课题</w:t>
            </w:r>
          </w:p>
        </w:tc>
        <w:tc>
          <w:tcPr>
            <w:tcW w:type="dxa" w:w="3061"/>
          </w:tcPr>
          <w:p>
            <w:pPr>
              <w:spacing w:after="20" w:line="276" w:lineRule="auto"/>
            </w:pPr>
            <w:r/>
            <w:r>
              <w:rPr>
                <w:rFonts w:ascii="宋体" w:hAnsi="宋体" w:eastAsia="宋体"/>
                <w:b w:val="0"/>
                <w:sz w:val="18"/>
              </w:rPr>
              <w:t>师：今天可真热闹，学校组织一年级的同学参观博物馆，现在他们已经来到了博物馆门前，我们一起去看看吧！</w:t>
            </w:r>
          </w:p>
          <w:p>
            <w:pPr>
              <w:spacing w:after="20" w:line="276" w:lineRule="auto"/>
            </w:pPr>
            <w:r>
              <w:rPr>
                <w:rFonts w:ascii="宋体" w:hAnsi="宋体" w:eastAsia="宋体"/>
                <w:b w:val="0"/>
                <w:sz w:val="18"/>
              </w:rPr>
              <w:t>1.课件出示教科书P56主题情境图。</w:t>
            </w:r>
          </w:p>
          <w:p>
            <w:pPr>
              <w:spacing w:after="20" w:line="276" w:lineRule="auto"/>
            </w:pPr>
            <w:r>
              <w:rPr>
                <w:rFonts w:ascii="宋体" w:hAnsi="宋体" w:eastAsia="宋体"/>
                <w:b w:val="0"/>
                <w:sz w:val="18"/>
              </w:rPr>
              <w:t>师：从图中你获得了哪些数学信息？</w:t>
            </w:r>
          </w:p>
          <w:p>
            <w:pPr>
              <w:spacing w:after="20" w:line="276" w:lineRule="auto"/>
            </w:pPr>
            <w:r>
              <w:rPr>
                <w:rFonts w:ascii="宋体" w:hAnsi="宋体" w:eastAsia="宋体"/>
                <w:b w:val="0"/>
                <w:sz w:val="18"/>
              </w:rPr>
              <w:t>师：根据图中信息你能提出什么数学问题？</w:t>
            </w:r>
          </w:p>
          <w:p>
            <w:pPr>
              <w:spacing w:after="20" w:line="276" w:lineRule="auto"/>
            </w:pPr>
            <w:r>
              <w:rPr>
                <w:rFonts w:ascii="宋体" w:hAnsi="宋体" w:eastAsia="宋体"/>
                <w:b w:val="0"/>
                <w:sz w:val="18"/>
              </w:rPr>
              <w:t>2.引入新课。</w:t>
            </w:r>
          </w:p>
          <w:p>
            <w:pPr>
              <w:spacing w:after="20" w:line="276" w:lineRule="auto"/>
            </w:pPr>
            <w:r>
              <w:rPr>
                <w:rFonts w:ascii="宋体" w:hAnsi="宋体" w:eastAsia="宋体"/>
                <w:b w:val="0"/>
                <w:sz w:val="18"/>
              </w:rPr>
              <w:t>师：刚才同学们提出了许多用加法或减法解决的数学问题，今天就让我们一起来学习两位数加两位数的不进位加法。［板书课题：笔算加法（1）］</w:t>
            </w:r>
          </w:p>
        </w:tc>
        <w:tc>
          <w:tcPr>
            <w:tcW w:type="dxa" w:w="3061"/>
          </w:tcPr>
          <w:p>
            <w:pPr>
              <w:spacing w:after="20" w:line="276" w:lineRule="auto"/>
            </w:pPr>
            <w:r/>
            <w:r>
              <w:rPr>
                <w:rFonts w:ascii="宋体" w:hAnsi="宋体" w:eastAsia="宋体"/>
                <w:b w:val="0"/>
                <w:sz w:val="18"/>
              </w:rPr>
              <w:t>学校安排一年级4个班的同学在老师的带领下参观博物馆，还知道每个班的人数。</w:t>
            </w:r>
          </w:p>
          <w:p>
            <w:pPr>
              <w:spacing w:after="20" w:line="276" w:lineRule="auto"/>
            </w:pPr>
            <w:r>
              <w:rPr>
                <w:rFonts w:ascii="宋体" w:hAnsi="宋体" w:eastAsia="宋体"/>
                <w:b w:val="0"/>
                <w:sz w:val="18"/>
              </w:rPr>
              <w:t>学生根据情境图能提出许多用加法或减法解决的数学问题。根据加、减法的意义，学生能正确选择计算方法。提出的问题中，有的是本节课要解决的数学问题，有的是后面学习中会遇到的数学问题。</w:t>
            </w:r>
          </w:p>
        </w:tc>
        <w:tc>
          <w:tcPr>
            <w:tcW w:type="dxa" w:w="1814"/>
          </w:tcPr>
          <w:p>
            <w:pPr>
              <w:spacing w:after="20" w:line="276" w:lineRule="auto"/>
            </w:pPr>
            <w:r/>
            <w:r>
              <w:rPr>
                <w:rFonts w:ascii="宋体" w:hAnsi="宋体" w:eastAsia="宋体"/>
                <w:b w:val="0"/>
                <w:sz w:val="18"/>
              </w:rPr>
              <w:t>借助学生比较熟悉的生活情境，让学生从中收集数学信息，提出相关的数学问题。由于这样的情境是学生熟悉且感兴趣的，既拉近了数学与生活的联系，又提高了学生学习数学的积极性。</w:t>
            </w:r>
          </w:p>
        </w:tc>
      </w:tr>
      <w:tr>
        <w:tc>
          <w:tcPr>
            <w:tcW w:type="dxa" w:w="1474"/>
          </w:tcPr>
          <w:p>
            <w:pPr>
              <w:spacing w:after="20" w:line="276" w:lineRule="auto"/>
            </w:pPr>
            <w:r>
              <w:rPr>
                <w:b/>
              </w:rPr>
            </w:r>
            <w:r>
              <w:rPr>
                <w:rFonts w:ascii="宋体" w:hAnsi="宋体" w:eastAsia="宋体"/>
                <w:b/>
                <w:sz w:val="18"/>
              </w:rPr>
              <w:t>二、合作交流,探究新知</w:t>
            </w:r>
          </w:p>
        </w:tc>
        <w:tc>
          <w:tcPr>
            <w:tcW w:type="dxa" w:w="3061"/>
          </w:tcPr>
          <w:p>
            <w:pPr>
              <w:spacing w:after="20" w:line="276" w:lineRule="auto"/>
            </w:pPr>
            <w:r/>
            <w:r>
              <w:rPr>
                <w:rFonts w:ascii="宋体" w:hAnsi="宋体" w:eastAsia="宋体"/>
                <w:b w:val="0"/>
                <w:sz w:val="18"/>
              </w:rPr>
              <w:t>1.观察情境图，提出问题。</w:t>
            </w:r>
          </w:p>
          <w:p>
            <w:pPr>
              <w:spacing w:after="20" w:line="276" w:lineRule="auto"/>
            </w:pPr>
            <w:r>
              <w:rPr>
                <w:rFonts w:ascii="宋体" w:hAnsi="宋体" w:eastAsia="宋体"/>
                <w:b w:val="0"/>
                <w:sz w:val="18"/>
              </w:rPr>
              <w:t>课件出示教科书P57例1情境图。</w:t>
            </w:r>
          </w:p>
          <w:p>
            <w:pPr>
              <w:spacing w:after="20" w:line="276" w:lineRule="auto"/>
            </w:pPr>
            <w:r>
              <w:rPr>
                <w:rFonts w:ascii="宋体" w:hAnsi="宋体" w:eastAsia="宋体"/>
                <w:b w:val="0"/>
                <w:sz w:val="18"/>
              </w:rPr>
              <w:t>师：从图中你获得了哪些信息?</w:t>
            </w:r>
          </w:p>
          <w:p>
            <w:pPr>
              <w:spacing w:after="20" w:line="276" w:lineRule="auto"/>
            </w:pPr>
            <w:r>
              <w:rPr>
                <w:rFonts w:ascii="宋体" w:hAnsi="宋体" w:eastAsia="宋体"/>
                <w:b w:val="0"/>
                <w:sz w:val="18"/>
              </w:rPr>
              <w:t>师:根据这两个条件,你能提出用加法解决的问题吗?</w:t>
            </w:r>
          </w:p>
          <w:p>
            <w:pPr>
              <w:spacing w:after="20" w:line="276" w:lineRule="auto"/>
            </w:pPr>
            <w:r>
              <w:rPr>
                <w:rFonts w:ascii="宋体" w:hAnsi="宋体" w:eastAsia="宋体"/>
                <w:b w:val="0"/>
                <w:sz w:val="18"/>
              </w:rPr>
              <w:t>通过观察情境图,使学生自己发现问题，再提出数学问题,吸引学生的注意力,激发学生的求知欲。</w:t>
            </w:r>
          </w:p>
          <w:p>
            <w:pPr>
              <w:spacing w:after="20" w:line="276" w:lineRule="auto"/>
            </w:pPr>
            <w:r>
              <w:rPr>
                <w:rFonts w:ascii="宋体" w:hAnsi="宋体" w:eastAsia="宋体"/>
                <w:b w:val="0"/>
                <w:sz w:val="18"/>
              </w:rPr>
              <w:t>2.通过口算,感悟笔算的算理和算法。</w:t>
            </w:r>
          </w:p>
          <w:p>
            <w:pPr>
              <w:spacing w:after="20" w:line="276" w:lineRule="auto"/>
            </w:pPr>
            <w:r>
              <w:rPr>
                <w:rFonts w:ascii="宋体" w:hAnsi="宋体" w:eastAsia="宋体"/>
                <w:b w:val="0"/>
                <w:sz w:val="18"/>
              </w:rPr>
              <w:t>师:同学们,你们能用口算的方法算出35+32的得数吗?请说一说口算的过程,重点说一说谁与谁相加。</w:t>
            </w:r>
          </w:p>
          <w:p>
            <w:pPr>
              <w:spacing w:after="20" w:line="276" w:lineRule="auto"/>
            </w:pPr>
            <w:r>
              <w:rPr>
                <w:rFonts w:ascii="宋体" w:hAnsi="宋体" w:eastAsia="宋体"/>
                <w:b w:val="0"/>
                <w:sz w:val="18"/>
              </w:rPr>
              <w:t>3.充分利用摆小棒加深对笔算的算理和算法的理解。</w:t>
            </w:r>
          </w:p>
          <w:p>
            <w:pPr>
              <w:spacing w:after="20" w:line="276" w:lineRule="auto"/>
            </w:pPr>
            <w:r>
              <w:rPr>
                <w:rFonts w:ascii="宋体" w:hAnsi="宋体" w:eastAsia="宋体"/>
                <w:b w:val="0"/>
                <w:sz w:val="18"/>
              </w:rPr>
              <w:t>(1)课件出示摆小棒的过程。</w:t>
            </w:r>
          </w:p>
          <w:p>
            <w:pPr>
              <w:spacing w:after="20" w:line="276" w:lineRule="auto"/>
            </w:pPr>
            <w:r>
              <w:rPr>
                <w:rFonts w:ascii="宋体" w:hAnsi="宋体" w:eastAsia="宋体"/>
                <w:b w:val="0"/>
                <w:sz w:val="18"/>
              </w:rPr>
              <w:t>师:为什么把5根小棒和2根小棒合起来、3捆和3捆合起来?结果是多少?</w:t>
            </w:r>
          </w:p>
          <w:p>
            <w:pPr>
              <w:spacing w:after="20" w:line="276" w:lineRule="auto"/>
            </w:pPr>
            <w:r>
              <w:rPr>
                <w:rFonts w:ascii="宋体" w:hAnsi="宋体" w:eastAsia="宋体"/>
                <w:b w:val="0"/>
                <w:sz w:val="18"/>
              </w:rPr>
              <w:t>本环节教学时,放手让学生自主探索,合作交流,教师适时引导,真正实现学生是学习的主体,教师是学习的组织者、引导者与合作者。</w:t>
            </w:r>
          </w:p>
          <w:p>
            <w:pPr>
              <w:spacing w:after="20" w:line="276" w:lineRule="auto"/>
            </w:pPr>
            <w:r>
              <w:rPr>
                <w:rFonts w:ascii="宋体" w:hAnsi="宋体" w:eastAsia="宋体"/>
                <w:b w:val="0"/>
                <w:sz w:val="18"/>
              </w:rPr>
              <w:t>(2)结合小棒图理解算理,掌握算法。</w:t>
            </w:r>
          </w:p>
          <w:p>
            <w:pPr>
              <w:spacing w:after="20" w:line="276" w:lineRule="auto"/>
            </w:pPr>
            <w:r>
              <w:rPr>
                <w:rFonts w:ascii="宋体" w:hAnsi="宋体" w:eastAsia="宋体"/>
                <w:b w:val="0"/>
                <w:sz w:val="18"/>
              </w:rPr>
              <w:t>师:我们通过摆小棒知道了35+32=67。你们会列竖式计算吗?</w:t>
            </w:r>
          </w:p>
          <w:p>
            <w:pPr>
              <w:spacing w:after="20" w:line="276" w:lineRule="auto"/>
            </w:pPr>
            <w:r>
              <w:rPr>
                <w:rFonts w:ascii="宋体" w:hAnsi="宋体" w:eastAsia="宋体"/>
                <w:b w:val="0"/>
                <w:sz w:val="18"/>
              </w:rPr>
              <w:t>师:这位同学竖式写得对吗?谁能说说竖式是怎样写的?</w:t>
            </w:r>
          </w:p>
          <w:p>
            <w:pPr>
              <w:spacing w:after="20" w:line="276" w:lineRule="auto"/>
            </w:pPr>
            <w:r>
              <w:rPr>
                <w:rFonts w:ascii="宋体" w:hAnsi="宋体" w:eastAsia="宋体"/>
                <w:b w:val="0"/>
                <w:sz w:val="18"/>
              </w:rPr>
              <w:t>师:我们再来一起看看为什么竖式这样写。(出示课件演示笔算过程)</w:t>
            </w:r>
          </w:p>
        </w:tc>
        <w:tc>
          <w:tcPr>
            <w:tcW w:type="dxa" w:w="3061"/>
          </w:tcPr>
          <w:p>
            <w:pPr>
              <w:spacing w:after="20" w:line="276" w:lineRule="auto"/>
            </w:pPr>
            <w:r/>
            <w:r>
              <w:rPr>
                <w:rFonts w:ascii="宋体" w:hAnsi="宋体" w:eastAsia="宋体"/>
                <w:b w:val="0"/>
                <w:sz w:val="18"/>
              </w:rPr>
              <w:t>一(1)班有35名学生,一(2)班有32名学生。</w:t>
            </w:r>
          </w:p>
          <w:p>
            <w:pPr>
              <w:spacing w:after="20" w:line="276" w:lineRule="auto"/>
            </w:pPr>
            <w:r>
              <w:rPr>
                <w:rFonts w:ascii="宋体" w:hAnsi="宋体" w:eastAsia="宋体"/>
                <w:b w:val="0"/>
                <w:sz w:val="18"/>
              </w:rPr>
              <w:t>一般学生都能提出用加法解决的问题“一(1)班和一(2)班一共有多少名学生”,也有学生会提出“一(1)班比一(2)班多多少名学生”或“一(2)班比一(1)班少多少名学生”等不是用加法解决的问题。根据学生的回答,教师灵活处理。</w:t>
            </w:r>
          </w:p>
          <w:p>
            <w:pPr>
              <w:spacing w:after="20" w:line="276" w:lineRule="auto"/>
            </w:pPr>
            <w:r>
              <w:rPr>
                <w:rFonts w:ascii="宋体" w:hAnsi="宋体" w:eastAsia="宋体"/>
                <w:b w:val="0"/>
                <w:sz w:val="18"/>
              </w:rPr>
              <w:t>应该用加法计算,列式为35+32。</w:t>
            </w:r>
          </w:p>
          <w:p>
            <w:pPr>
              <w:spacing w:after="20" w:line="276" w:lineRule="auto"/>
            </w:pPr>
            <w:r>
              <w:rPr>
                <w:rFonts w:ascii="宋体" w:hAnsi="宋体" w:eastAsia="宋体"/>
                <w:b w:val="0"/>
                <w:sz w:val="18"/>
              </w:rPr>
              <w:t>同桌互相讨论交流后,教师指名回答。</w:t>
            </w:r>
          </w:p>
          <w:p>
            <w:pPr>
              <w:spacing w:after="20" w:line="276" w:lineRule="auto"/>
            </w:pPr>
            <w:r>
              <w:rPr>
                <w:rFonts w:ascii="宋体" w:hAnsi="宋体" w:eastAsia="宋体"/>
                <w:b w:val="0"/>
                <w:sz w:val="18"/>
              </w:rPr>
              <w:t>将个位与个位上的数相加,十位与十位上的数相加,最后将两个部分的和相加,即5+2=7,30+30=60,60+7=67。（教师适时板书）</w:t>
            </w:r>
          </w:p>
          <w:p>
            <w:pPr>
              <w:spacing w:after="20" w:line="276" w:lineRule="auto"/>
            </w:pPr>
            <w:r>
              <w:rPr>
                <w:rFonts w:ascii="宋体" w:hAnsi="宋体" w:eastAsia="宋体"/>
                <w:b w:val="0"/>
                <w:sz w:val="18"/>
              </w:rPr>
              <w:t>它表示5个一和2个一合起来是7个一，3个十和3个十合起来是6个十，7个一和6个十合起来是67,故结果是67。</w:t>
            </w:r>
          </w:p>
          <w:p>
            <w:pPr>
              <w:spacing w:after="20" w:line="276" w:lineRule="auto"/>
            </w:pPr>
            <w:r>
              <w:rPr>
                <w:rFonts w:ascii="宋体" w:hAnsi="宋体" w:eastAsia="宋体"/>
                <w:b w:val="0"/>
                <w:sz w:val="18"/>
              </w:rPr>
              <w:t>学生尝试列竖式计算,教师指名学生板演。</w:t>
            </w:r>
          </w:p>
          <w:p>
            <w:pPr>
              <w:spacing w:after="20" w:line="276" w:lineRule="auto"/>
            </w:pPr>
            <w:r>
              <w:rPr>
                <w:rFonts w:ascii="宋体" w:hAnsi="宋体" w:eastAsia="宋体"/>
                <w:b w:val="0"/>
                <w:sz w:val="18"/>
              </w:rPr>
              <w:t>两位数加两位数的竖式学生都会写,关键看算得数时是从哪一位算起的。学生完成后,全班集中评价板演的竖式。</w:t>
            </w:r>
          </w:p>
          <w:p>
            <w:pPr>
              <w:spacing w:after="20" w:line="276" w:lineRule="auto"/>
            </w:pPr>
            <w:r>
              <w:rPr>
                <w:rFonts w:ascii="宋体" w:hAnsi="宋体" w:eastAsia="宋体"/>
                <w:b w:val="0"/>
                <w:sz w:val="18"/>
              </w:rPr>
              <w:t>引导学生说出,个位与个位对齐,十位与十位对齐。（教师板书加法竖式）</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设计递进式探究活动，引导学生在动手实践与合作交流中经历知识形成过程，突破本课重难点，核心问题："从图中你获得了哪些信息?"</w:t>
            </w:r>
          </w:p>
        </w:tc>
      </w:tr>
      <w:tr>
        <w:tc>
          <w:tcPr>
            <w:tcW w:type="dxa" w:w="1474"/>
          </w:tcPr>
          <w:p>
            <w:pPr>
              <w:spacing w:after="20" w:line="276" w:lineRule="auto"/>
            </w:pPr>
            <w:r>
              <w:rPr>
                <w:b/>
              </w:rPr>
            </w:r>
            <w:r>
              <w:rPr>
                <w:rFonts w:ascii="宋体" w:hAnsi="宋体" w:eastAsia="宋体"/>
                <w:b/>
                <w:sz w:val="18"/>
              </w:rPr>
              <w:t>师追问:为什么3和3对齐,5和2对齐?</w:t>
            </w:r>
          </w:p>
        </w:tc>
        <w:tc>
          <w:tcPr>
            <w:tcW w:type="dxa" w:w="3061"/>
          </w:tcPr>
          <w:p>
            <w:pPr>
              <w:spacing w:after="20" w:line="276" w:lineRule="auto"/>
            </w:pPr>
            <w:r/>
            <w:r>
              <w:rPr>
                <w:rFonts w:ascii="宋体" w:hAnsi="宋体" w:eastAsia="宋体"/>
                <w:b w:val="0"/>
                <w:sz w:val="18"/>
              </w:rPr>
              <w:t>师:先算什么?再算什么?</w:t>
            </w:r>
          </w:p>
          <w:p>
            <w:pPr>
              <w:spacing w:after="20" w:line="276" w:lineRule="auto"/>
            </w:pPr>
            <w:r>
              <w:rPr>
                <w:rFonts w:ascii="宋体" w:hAnsi="宋体" w:eastAsia="宋体"/>
                <w:b w:val="0"/>
                <w:sz w:val="18"/>
              </w:rPr>
              <w:t>师:你们觉得先算哪一位比较好?可以先从十位算起吗？</w:t>
            </w:r>
          </w:p>
          <w:p>
            <w:pPr>
              <w:spacing w:after="20" w:line="276" w:lineRule="auto"/>
            </w:pPr>
            <w:r>
              <w:rPr>
                <w:rFonts w:ascii="宋体" w:hAnsi="宋体" w:eastAsia="宋体"/>
                <w:b w:val="0"/>
                <w:sz w:val="18"/>
              </w:rPr>
              <w:t>教师强调先算个位,再算十位。</w:t>
            </w:r>
          </w:p>
          <w:p>
            <w:pPr>
              <w:spacing w:after="20" w:line="276" w:lineRule="auto"/>
            </w:pPr>
            <w:r>
              <w:rPr>
                <w:rFonts w:ascii="宋体" w:hAnsi="宋体" w:eastAsia="宋体"/>
                <w:b w:val="0"/>
                <w:sz w:val="18"/>
              </w:rPr>
              <w:t>师:写竖式的时候要注意什么?用竖式计算的时候要注意什么?</w:t>
            </w:r>
          </w:p>
          <w:p>
            <w:pPr>
              <w:spacing w:after="20" w:line="276" w:lineRule="auto"/>
            </w:pPr>
            <w:r>
              <w:rPr>
                <w:rFonts w:ascii="宋体" w:hAnsi="宋体" w:eastAsia="宋体"/>
                <w:b w:val="0"/>
                <w:sz w:val="18"/>
              </w:rPr>
              <w:t>师小结:笔算两位数加两位数时,注意相同数位要对齐,从个位加起。(板书)</w:t>
            </w:r>
          </w:p>
          <w:p>
            <w:pPr>
              <w:spacing w:after="20" w:line="276" w:lineRule="auto"/>
            </w:pPr>
            <w:r>
              <w:rPr>
                <w:rFonts w:ascii="宋体" w:hAnsi="宋体" w:eastAsia="宋体"/>
                <w:b w:val="0"/>
                <w:sz w:val="18"/>
              </w:rPr>
              <w:t>这个环节的教学重点放在竖式计算的书写上,教学时,尝试放手让学生独立完成,再引导学生自主探索、合作交流,使学生真正理解和掌握知识。</w:t>
            </w:r>
          </w:p>
        </w:tc>
        <w:tc>
          <w:tcPr>
            <w:tcW w:type="dxa" w:w="3061"/>
          </w:tcPr>
          <w:p>
            <w:pPr>
              <w:spacing w:after="20" w:line="276" w:lineRule="auto"/>
            </w:pPr>
            <w:r/>
            <w:r>
              <w:rPr>
                <w:rFonts w:ascii="宋体" w:hAnsi="宋体" w:eastAsia="宋体"/>
                <w:b w:val="0"/>
                <w:sz w:val="18"/>
              </w:rPr>
              <w:t>两个3都在十位上,十位上的数和十位上的数对齐,5和2都在个位上,个位上的数和个位上的数对齐。</w:t>
            </w:r>
          </w:p>
          <w:p>
            <w:pPr>
              <w:spacing w:after="20" w:line="276" w:lineRule="auto"/>
            </w:pPr>
            <w:r>
              <w:rPr>
                <w:rFonts w:ascii="宋体" w:hAnsi="宋体" w:eastAsia="宋体"/>
                <w:b w:val="0"/>
                <w:sz w:val="18"/>
              </w:rPr>
              <w:t>由于计算比较简单,先从个位加起和先从十位加起都不影响计算结果，所以学生往往不注意运算顺序。</w:t>
            </w:r>
          </w:p>
          <w:p>
            <w:pPr>
              <w:spacing w:after="20" w:line="276" w:lineRule="auto"/>
            </w:pPr>
            <w:r>
              <w:rPr>
                <w:rFonts w:ascii="宋体" w:hAnsi="宋体" w:eastAsia="宋体"/>
                <w:b w:val="0"/>
                <w:sz w:val="18"/>
              </w:rPr>
              <w:t>学生交流,尝试归纳。</w:t>
            </w:r>
          </w:p>
        </w:tc>
        <w:tc>
          <w:tcPr>
            <w:tcW w:type="dxa" w:w="1814"/>
          </w:tcPr>
          <w:p>
            <w:pPr>
              <w:spacing w:after="20" w:line="276" w:lineRule="auto"/>
            </w:pPr>
            <w:r/>
            <w:r>
              <w:rPr>
                <w:rFonts w:ascii="宋体" w:hAnsi="宋体" w:eastAsia="宋体"/>
                <w:b w:val="0"/>
                <w:sz w:val="18"/>
              </w:rPr>
              <w:t>围绕环节目标组织学习活动，引导学生主动参与、积极思考，核心问题："先算什么?再算什么?"</w:t>
            </w:r>
          </w:p>
        </w:tc>
      </w:tr>
      <w:tr>
        <w:tc>
          <w:tcPr>
            <w:tcW w:type="dxa" w:w="1474"/>
          </w:tcPr>
          <w:p>
            <w:pPr>
              <w:spacing w:after="20" w:line="276" w:lineRule="auto"/>
            </w:pPr>
            <w:r>
              <w:rPr>
                <w:b/>
              </w:rPr>
            </w:r>
            <w:r>
              <w:rPr>
                <w:rFonts w:ascii="宋体" w:hAnsi="宋体" w:eastAsia="宋体"/>
                <w:b/>
                <w:sz w:val="18"/>
              </w:rPr>
              <w:t>三、巩固练习,提高能力</w:t>
            </w:r>
          </w:p>
        </w:tc>
        <w:tc>
          <w:tcPr>
            <w:tcW w:type="dxa" w:w="3061"/>
          </w:tcPr>
          <w:p>
            <w:pPr>
              <w:spacing w:after="20" w:line="276" w:lineRule="auto"/>
            </w:pPr>
            <w:r/>
            <w:r>
              <w:rPr>
                <w:rFonts w:ascii="宋体" w:hAnsi="宋体" w:eastAsia="宋体"/>
                <w:b w:val="0"/>
                <w:sz w:val="18"/>
              </w:rPr>
              <w:t>1.完成教科书P59“做一做”第1题左题。</w:t>
            </w:r>
          </w:p>
          <w:p>
            <w:pPr>
              <w:spacing w:after="20" w:line="276" w:lineRule="auto"/>
            </w:pPr>
            <w:r>
              <w:rPr>
                <w:rFonts w:ascii="宋体" w:hAnsi="宋体" w:eastAsia="宋体"/>
                <w:b w:val="0"/>
                <w:sz w:val="18"/>
              </w:rPr>
              <w:t>请学生看小棒图填写左边的加法竖式,请一名学生板演,其余学生填在教科书上。</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通过不同形式的练习，让学生理解并灵活运用两位数加两位数的算理，体会数学知识在实际生活中的应用。</w:t>
            </w:r>
          </w:p>
        </w:tc>
        <w:tc>
          <w:tcPr>
            <w:tcW w:type="dxa" w:w="3061"/>
          </w:tcPr>
          <w:p>
            <w:pPr>
              <w:spacing w:after="20" w:line="276" w:lineRule="auto"/>
            </w:pPr>
            <w:r/>
            <w:r>
              <w:rPr>
                <w:rFonts w:ascii="宋体" w:hAnsi="宋体" w:eastAsia="宋体"/>
                <w:b w:val="0"/>
                <w:sz w:val="18"/>
              </w:rPr>
              <w:t>学生独立练习后集体订正。注意先请学生思考:列竖式时应注意什么?</w:t>
            </w:r>
          </w:p>
          <w:p>
            <w:pPr>
              <w:spacing w:after="20" w:line="276" w:lineRule="auto"/>
            </w:pPr>
            <w:r>
              <w:rPr>
                <w:rFonts w:ascii="宋体" w:hAnsi="宋体" w:eastAsia="宋体"/>
                <w:b w:val="0"/>
                <w:sz w:val="18"/>
              </w:rPr>
              <w:t>预设1:订正时让学生说一说写另一个加数时是怎样对齐数位的,加的时候是把哪一位上的数和哪一位上的数相加的,是从哪一位加起的。</w:t>
            </w:r>
          </w:p>
          <w:p>
            <w:pPr>
              <w:spacing w:after="20" w:line="276" w:lineRule="auto"/>
            </w:pPr>
            <w:r>
              <w:rPr>
                <w:rFonts w:ascii="宋体" w:hAnsi="宋体" w:eastAsia="宋体"/>
                <w:b w:val="0"/>
                <w:sz w:val="18"/>
              </w:rPr>
              <w:t>预设2：要求王奶奶一共养了多少只鸡，就是把公鸡和母鸡的数量合在一起，应用加法计算，列式为21+18=39（只）。</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师:今天这节课你们学会了什么?列竖式时应该注意什么?</w:t>
            </w:r>
          </w:p>
          <w:p>
            <w:pPr>
              <w:spacing w:after="20" w:line="276" w:lineRule="auto"/>
            </w:pPr>
            <w:r>
              <w:rPr>
                <w:rFonts w:ascii="宋体" w:hAnsi="宋体" w:eastAsia="宋体"/>
                <w:b w:val="0"/>
                <w:sz w:val="18"/>
              </w:rPr>
              <w:t>师小结:这节课我们学习了两位数加两位数(不进位)的笔算方法,笔算时要注意相同数位对齐,从个位加起。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引导学生回顾梳理本课所学，完善认知结构，提升归纳与反思能力，核心问题："今天这节课你们学会了什么?列竖式时应该注意什么?"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教科书P57例1，完成教科书P59“做一做”第1题左题。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教学例题时从学生熟悉的情境入手,激发学生学习的兴趣,激活学生脑海中原有的零碎知识,从而使学生积极投入到探究活动中。活动中,教师在充分尊重学生个体差异的基础上,为学生的交流、整理提供了充足的空间,帮助学生建构知识体系。练习设计由浅入深,知识点全面,并选择了学生感兴趣的方式,让学生在练习中感受到学习数学的乐趣。在低年级教学中,学生学习习惯的培养要比知识的学习更重要,本节课学习列竖式计算,在教学中应始终强调相同数位对齐、从个位加起,并使学生养成认真、细心的书写和计算习惯。</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笔算加法（2）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笔算加法（2）</w:t>
            </w:r>
          </w:p>
        </w:tc>
        <w:tc>
          <w:tcPr>
            <w:tcW w:type="dxa" w:w="6009"/>
          </w:tcPr>
          <w:p>
            <w:pPr>
              <w:spacing w:after="20" w:line="276" w:lineRule="auto"/>
            </w:pPr>
            <w:r/>
            <w:r>
              <w:rPr>
                <w:rFonts w:ascii="宋体" w:hAnsi="宋体" w:eastAsia="宋体"/>
                <w:b w:val="0"/>
                <w:sz w:val="20"/>
              </w:rPr>
              <w:t>第5单元 100以内的笔算加、减法（笔算加法）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一年级学生学习主要以直观、形象思维为主,而且在课堂上注意力集中的时间还相对较短，他们已经学会口算两位数加、减一位数、整十数和两位数（不进位、不退位）,知道在计算时,个位上的数要和个位上的数相加、减,十位上的数要和十位上的数相加、减,这是笔算加、减法时相同数位要对齐的基础和学习新知识的出发点。教学时应强化对20以内进位加法和退位减法的训练,这将对提高笔算进位加法和退位减法的准确率以及计算速度有很大帮助。</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教学内容：教科书P58~59例2和“试一试”，完成教科书P59“做一做”第2、3题和P61“练一练”第6题。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（1）通过摆小棒等操作活动,理解100以内两位数加两位数(进位)的算理,掌握100以内两位数加两位数(进位)的计算方法。能正确地计算100以内两位数加两位数的进位加法。</w:t>
      </w:r>
    </w:p>
    <w:p>
      <w:pPr>
        <w:spacing w:after="20" w:line="300" w:lineRule="auto"/>
        <w:ind w:firstLine="400"/>
      </w:pPr>
      <w:r>
        <w:rPr>
          <w:rFonts w:ascii="宋体" w:hAnsi="宋体" w:eastAsia="宋体"/>
          <w:b w:val="0"/>
          <w:sz w:val="20"/>
        </w:rPr>
        <w:t>（2）经历两位数加两位数(进位)的计算方法的探究过程,感受计算方法的多样性,提升学生的计算能力。</w:t>
      </w:r>
    </w:p>
    <w:p>
      <w:pPr>
        <w:spacing w:after="20" w:line="300" w:lineRule="auto"/>
        <w:ind w:firstLine="400"/>
      </w:pPr>
      <w:r>
        <w:rPr>
          <w:rFonts w:ascii="宋体" w:hAnsi="宋体" w:eastAsia="宋体"/>
          <w:b w:val="0"/>
          <w:sz w:val="20"/>
        </w:rPr>
        <w:t>（3）培养学生初步的分析概括能力和积极思考、大胆探索的良好品质。</w:t>
      </w:r>
    </w:p>
    <w:p>
      <w:pPr>
        <w:spacing w:after="20" w:line="300" w:lineRule="auto"/>
      </w:pPr>
      <w:r>
        <w:rPr>
          <w:rFonts w:ascii="宋体" w:hAnsi="宋体" w:eastAsia="宋体"/>
          <w:b w:val="0"/>
          <w:sz w:val="20"/>
        </w:rPr>
        <w:t>教学重点：会正确计算100以内两位数加两位数(进位)的笔算加法。</w:t>
      </w:r>
    </w:p>
    <w:p>
      <w:pPr>
        <w:spacing w:after="20" w:line="300" w:lineRule="auto"/>
      </w:pPr>
      <w:r>
        <w:rPr>
          <w:rFonts w:ascii="宋体" w:hAnsi="宋体" w:eastAsia="宋体"/>
          <w:b w:val="0"/>
          <w:sz w:val="20"/>
        </w:rPr>
        <w:t>教学难点：理解100以内两位数加两位数(进位)的算理。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一、复习回顾,铺垫导入</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上节课我们学习了两位数加两位数的不进位加法,同学们还记得计算方法吗?；在笔算时应该注意什么呢?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二、合作交流,探究算理</w:t>
            </w:r>
          </w:p>
        </w:tc>
        <w:tc>
          <w:tcPr>
            <w:tcW w:type="dxa" w:w="1814"/>
          </w:tcPr>
          <w:p>
            <w:pPr>
              <w:spacing w:after="20" w:line="276" w:lineRule="auto"/>
            </w:pPr>
            <w:r/>
            <w:r>
              <w:rPr>
                <w:rFonts w:ascii="宋体" w:hAnsi="宋体" w:eastAsia="宋体"/>
                <w:b w:val="0"/>
                <w:sz w:val="18"/>
              </w:rPr>
              <w:t>情境图、课件、教科书、小棒、学具</w:t>
            </w:r>
          </w:p>
        </w:tc>
        <w:tc>
          <w:tcPr>
            <w:tcW w:type="dxa" w:w="3402"/>
          </w:tcPr>
          <w:p>
            <w:pPr>
              <w:spacing w:after="20" w:line="276" w:lineRule="auto"/>
            </w:pPr>
            <w:r/>
            <w:r>
              <w:rPr>
                <w:rFonts w:ascii="宋体" w:hAnsi="宋体" w:eastAsia="宋体"/>
                <w:b w:val="0"/>
                <w:sz w:val="18"/>
              </w:rPr>
              <w:t>从图中可以获得哪些信息?你能提出什么用加法解决的数学问题?；求一(1)班和一(3)班一共有多少名学生,该怎么列式计算呢?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三、巩固练习,深化理解</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四、课堂小结,畅谈收获</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通过今天的学习,你们学会了什么?有什么收获?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一、复习回顾,铺垫导入</w:t>
            </w:r>
          </w:p>
        </w:tc>
        <w:tc>
          <w:tcPr>
            <w:tcW w:type="dxa" w:w="3061"/>
          </w:tcPr>
          <w:p>
            <w:pPr>
              <w:spacing w:after="20" w:line="276" w:lineRule="auto"/>
            </w:pPr>
            <w:r/>
            <w:r>
              <w:rPr>
                <w:rFonts w:ascii="宋体" w:hAnsi="宋体" w:eastAsia="宋体"/>
                <w:b w:val="0"/>
                <w:sz w:val="18"/>
              </w:rPr>
              <w:t>1.自主计算两位数加两位数(不进位)的算式。</w:t>
            </w:r>
          </w:p>
          <w:p>
            <w:pPr>
              <w:spacing w:after="20" w:line="276" w:lineRule="auto"/>
            </w:pPr>
            <w:r>
              <w:rPr>
                <w:rFonts w:ascii="宋体" w:hAnsi="宋体" w:eastAsia="宋体"/>
                <w:b w:val="0"/>
                <w:sz w:val="18"/>
              </w:rPr>
              <w:t>师:上节课我们学习了两位数加两位数的不进位加法,同学们还记得计算方法吗?我们一起来算一算。</w:t>
            </w:r>
          </w:p>
          <w:p>
            <w:pPr>
              <w:spacing w:after="20" w:line="276" w:lineRule="auto"/>
            </w:pPr>
            <w:r>
              <w:rPr>
                <w:rFonts w:ascii="宋体" w:hAnsi="宋体" w:eastAsia="宋体"/>
                <w:b w:val="0"/>
                <w:sz w:val="18"/>
              </w:rPr>
              <w:t>教师出一个加法算式36+32，指名学生板演。</w:t>
            </w:r>
          </w:p>
          <w:p>
            <w:pPr>
              <w:spacing w:after="20" w:line="276" w:lineRule="auto"/>
            </w:pPr>
            <w:r>
              <w:rPr>
                <w:rFonts w:ascii="宋体" w:hAnsi="宋体" w:eastAsia="宋体"/>
                <w:b w:val="0"/>
                <w:sz w:val="18"/>
              </w:rPr>
              <w:t>2.回顾、交流计算方法。</w:t>
            </w:r>
          </w:p>
          <w:p>
            <w:pPr>
              <w:spacing w:after="20" w:line="276" w:lineRule="auto"/>
            </w:pPr>
            <w:r>
              <w:rPr>
                <w:rFonts w:ascii="宋体" w:hAnsi="宋体" w:eastAsia="宋体"/>
                <w:b w:val="0"/>
                <w:sz w:val="18"/>
              </w:rPr>
              <w:t>师:我们一起来看看这道题是怎么算的。（引导学生回顾,说出计算方法。）</w:t>
            </w:r>
          </w:p>
          <w:p>
            <w:pPr>
              <w:spacing w:after="20" w:line="276" w:lineRule="auto"/>
            </w:pPr>
            <w:r>
              <w:rPr>
                <w:rFonts w:ascii="宋体" w:hAnsi="宋体" w:eastAsia="宋体"/>
                <w:b w:val="0"/>
                <w:sz w:val="18"/>
              </w:rPr>
              <w:t>师:在笔算时应该注意什么呢?</w:t>
            </w:r>
          </w:p>
          <w:p>
            <w:pPr>
              <w:spacing w:after="20" w:line="276" w:lineRule="auto"/>
            </w:pPr>
            <w:r>
              <w:rPr>
                <w:rFonts w:ascii="宋体" w:hAnsi="宋体" w:eastAsia="宋体"/>
                <w:b w:val="0"/>
                <w:sz w:val="18"/>
              </w:rPr>
              <w:t>根据学生的回答板书:相同数位要对齐,从个位加起。</w:t>
            </w:r>
          </w:p>
          <w:p>
            <w:pPr>
              <w:spacing w:after="20" w:line="276" w:lineRule="auto"/>
            </w:pPr>
            <w:r>
              <w:rPr>
                <w:rFonts w:ascii="宋体" w:hAnsi="宋体" w:eastAsia="宋体"/>
                <w:b w:val="0"/>
                <w:sz w:val="18"/>
              </w:rPr>
              <w:t>回顾上节课所学知识,为本节课学习两位数加两位数的进位加法奠定基础。</w:t>
            </w:r>
          </w:p>
          <w:p>
            <w:pPr>
              <w:spacing w:after="20" w:line="276" w:lineRule="auto"/>
            </w:pPr>
            <w:r>
              <w:rPr>
                <w:rFonts w:ascii="宋体" w:hAnsi="宋体" w:eastAsia="宋体"/>
                <w:b w:val="0"/>
                <w:sz w:val="18"/>
              </w:rPr>
              <w:t>师:看来大家已经能熟练计算两位数加两位数的不进位加法了,今天我们就来学习两位数加两位数的进位加法。［板书课题:笔算加法（2）］</w:t>
            </w:r>
          </w:p>
        </w:tc>
        <w:tc>
          <w:tcPr>
            <w:tcW w:type="dxa" w:w="3061"/>
          </w:tcPr>
          <w:p>
            <w:pPr>
              <w:spacing w:after="20" w:line="276" w:lineRule="auto"/>
            </w:pPr>
            <w:r/>
            <w:r>
              <w:rPr>
                <w:rFonts w:ascii="宋体" w:hAnsi="宋体" w:eastAsia="宋体"/>
                <w:b w:val="0"/>
                <w:sz w:val="18"/>
              </w:rPr>
              <w:t>学生能写出两位数加两位数不进位加法的笔算过程,并准确地用语言描述计算过程。</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创设情境激活学生已有经验，自然引出本课学习内容，激发学习兴趣，核心问题："上节课我们学习了两位数加两位数的不进位加法,同学们还记得计算方法吗?"</w:t>
            </w:r>
          </w:p>
        </w:tc>
      </w:tr>
      <w:tr>
        <w:tc>
          <w:tcPr>
            <w:tcW w:type="dxa" w:w="1474"/>
          </w:tcPr>
          <w:p>
            <w:pPr>
              <w:spacing w:after="20" w:line="276" w:lineRule="auto"/>
            </w:pPr>
            <w:r>
              <w:rPr>
                <w:b/>
              </w:rPr>
            </w:r>
            <w:r>
              <w:rPr>
                <w:rFonts w:ascii="宋体" w:hAnsi="宋体" w:eastAsia="宋体"/>
                <w:b/>
                <w:sz w:val="18"/>
              </w:rPr>
              <w:t>二、合作交流,探究算理</w:t>
            </w:r>
          </w:p>
        </w:tc>
        <w:tc>
          <w:tcPr>
            <w:tcW w:type="dxa" w:w="3061"/>
          </w:tcPr>
          <w:p>
            <w:pPr>
              <w:spacing w:after="20" w:line="276" w:lineRule="auto"/>
            </w:pPr>
            <w:r/>
            <w:r>
              <w:rPr>
                <w:rFonts w:ascii="宋体" w:hAnsi="宋体" w:eastAsia="宋体"/>
                <w:b w:val="0"/>
                <w:sz w:val="18"/>
              </w:rPr>
              <w:t>1.观察情境图,提出问题。</w:t>
            </w:r>
          </w:p>
          <w:p>
            <w:pPr>
              <w:spacing w:after="20" w:line="276" w:lineRule="auto"/>
            </w:pPr>
            <w:r>
              <w:rPr>
                <w:rFonts w:ascii="宋体" w:hAnsi="宋体" w:eastAsia="宋体"/>
                <w:b w:val="0"/>
                <w:sz w:val="18"/>
              </w:rPr>
              <w:t>课件出示教科书P58例2情境图。</w:t>
            </w:r>
          </w:p>
          <w:p>
            <w:pPr>
              <w:spacing w:after="20" w:line="276" w:lineRule="auto"/>
            </w:pPr>
            <w:r>
              <w:rPr>
                <w:rFonts w:ascii="宋体" w:hAnsi="宋体" w:eastAsia="宋体"/>
                <w:b w:val="0"/>
                <w:sz w:val="18"/>
              </w:rPr>
              <w:t>师:从图中可以获得哪些信息?你能提出什么用加法解决的数学问题?</w:t>
            </w:r>
          </w:p>
          <w:p>
            <w:pPr>
              <w:spacing w:after="20" w:line="276" w:lineRule="auto"/>
            </w:pPr>
            <w:r>
              <w:rPr>
                <w:rFonts w:ascii="宋体" w:hAnsi="宋体" w:eastAsia="宋体"/>
                <w:b w:val="0"/>
                <w:sz w:val="18"/>
              </w:rPr>
              <w:t>使学生通过观察情境图,自己发现问题,激发学生解决问题的兴趣。</w:t>
            </w:r>
          </w:p>
          <w:p>
            <w:pPr>
              <w:spacing w:after="20" w:line="276" w:lineRule="auto"/>
            </w:pPr>
            <w:r>
              <w:rPr>
                <w:rFonts w:ascii="宋体" w:hAnsi="宋体" w:eastAsia="宋体"/>
                <w:b w:val="0"/>
                <w:sz w:val="18"/>
              </w:rPr>
              <w:t>师:求一(1)班和一(3)班一共有多少名学生,该怎么列式计算呢?</w:t>
            </w:r>
          </w:p>
          <w:p>
            <w:pPr>
              <w:spacing w:after="20" w:line="276" w:lineRule="auto"/>
            </w:pPr>
            <w:r>
              <w:rPr>
                <w:rFonts w:ascii="宋体" w:hAnsi="宋体" w:eastAsia="宋体"/>
                <w:b w:val="0"/>
                <w:sz w:val="18"/>
              </w:rPr>
              <w:t>(1)尝试口算。</w:t>
            </w:r>
          </w:p>
          <w:p>
            <w:pPr>
              <w:spacing w:after="20" w:line="276" w:lineRule="auto"/>
            </w:pPr>
            <w:r>
              <w:rPr>
                <w:rFonts w:ascii="宋体" w:hAnsi="宋体" w:eastAsia="宋体"/>
                <w:b w:val="0"/>
                <w:sz w:val="18"/>
              </w:rPr>
              <w:t>师:观察算式,能直接口算出结果吗?谁来试一试怎样算?</w:t>
            </w:r>
          </w:p>
          <w:p>
            <w:pPr>
              <w:spacing w:after="20" w:line="276" w:lineRule="auto"/>
            </w:pPr>
            <w:r>
              <w:rPr>
                <w:rFonts w:ascii="宋体" w:hAnsi="宋体" w:eastAsia="宋体"/>
                <w:b w:val="0"/>
                <w:sz w:val="18"/>
              </w:rPr>
              <w:t>(2)结合摆小棒计算。</w:t>
            </w:r>
          </w:p>
          <w:p>
            <w:pPr>
              <w:spacing w:after="20" w:line="276" w:lineRule="auto"/>
            </w:pPr>
            <w:r>
              <w:rPr>
                <w:rFonts w:ascii="宋体" w:hAnsi="宋体" w:eastAsia="宋体"/>
                <w:b w:val="0"/>
                <w:sz w:val="18"/>
              </w:rPr>
              <w:t>师:请大家打开学具盒,用小棒摆一摆,算一算。</w:t>
            </w:r>
          </w:p>
          <w:p>
            <w:pPr>
              <w:spacing w:after="20" w:line="276" w:lineRule="auto"/>
            </w:pPr>
            <w:r>
              <w:rPr>
                <w:rFonts w:ascii="宋体" w:hAnsi="宋体" w:eastAsia="宋体"/>
                <w:b w:val="0"/>
                <w:sz w:val="18"/>
              </w:rPr>
              <w:t>指名学生汇报自己的摆法和算法。</w:t>
            </w:r>
          </w:p>
          <w:p>
            <w:pPr>
              <w:spacing w:after="20" w:line="276" w:lineRule="auto"/>
            </w:pPr>
            <w:r>
              <w:rPr>
                <w:rFonts w:ascii="宋体" w:hAnsi="宋体" w:eastAsia="宋体"/>
                <w:b w:val="0"/>
                <w:sz w:val="18"/>
              </w:rPr>
              <w:t>根据学生的汇报,教师用课件演示利用小棒计算“35+37”的过程。</w:t>
            </w:r>
          </w:p>
          <w:p>
            <w:pPr>
              <w:spacing w:after="20" w:line="276" w:lineRule="auto"/>
            </w:pPr>
            <w:r>
              <w:rPr>
                <w:rFonts w:ascii="宋体" w:hAnsi="宋体" w:eastAsia="宋体"/>
                <w:b w:val="0"/>
                <w:sz w:val="18"/>
              </w:rPr>
              <w:t>师小结：结合小棒计算进位加法时，个位相加满十了，可以捆成1捆，放在十位。</w:t>
            </w:r>
          </w:p>
          <w:p>
            <w:pPr>
              <w:spacing w:after="20" w:line="276" w:lineRule="auto"/>
            </w:pPr>
            <w:r>
              <w:rPr>
                <w:rFonts w:ascii="宋体" w:hAnsi="宋体" w:eastAsia="宋体"/>
                <w:b w:val="0"/>
                <w:sz w:val="18"/>
              </w:rPr>
              <w:t>(3)用竖式计算。</w:t>
            </w:r>
          </w:p>
          <w:p>
            <w:pPr>
              <w:spacing w:after="20" w:line="276" w:lineRule="auto"/>
            </w:pPr>
            <w:r>
              <w:rPr>
                <w:rFonts w:ascii="宋体" w:hAnsi="宋体" w:eastAsia="宋体"/>
                <w:b w:val="0"/>
                <w:sz w:val="18"/>
              </w:rPr>
              <w:t>师:小组讨论用竖式计算怎样写、怎样算。</w:t>
            </w:r>
          </w:p>
          <w:p>
            <w:pPr>
              <w:spacing w:after="20" w:line="276" w:lineRule="auto"/>
            </w:pPr>
            <w:r>
              <w:rPr>
                <w:rFonts w:ascii="宋体" w:hAnsi="宋体" w:eastAsia="宋体"/>
                <w:b w:val="0"/>
                <w:sz w:val="18"/>
              </w:rPr>
              <w:t>教师展示规范的计算过程（板书）。</w:t>
            </w:r>
          </w:p>
          <w:p>
            <w:pPr>
              <w:spacing w:after="20" w:line="276" w:lineRule="auto"/>
            </w:pPr>
            <w:r>
              <w:rPr>
                <w:rFonts w:ascii="宋体" w:hAnsi="宋体" w:eastAsia="宋体"/>
                <w:b w:val="0"/>
                <w:sz w:val="18"/>
              </w:rPr>
              <w:t>师:个位上5加7满十,向十位进1。在竖式中怎样表示呢?</w:t>
            </w:r>
          </w:p>
          <w:p>
            <w:pPr>
              <w:spacing w:after="20" w:line="276" w:lineRule="auto"/>
            </w:pPr>
            <w:r>
              <w:rPr>
                <w:rFonts w:ascii="宋体" w:hAnsi="宋体" w:eastAsia="宋体"/>
                <w:b w:val="0"/>
                <w:sz w:val="18"/>
              </w:rPr>
              <w:t>师:个位上还有2个一怎么办?</w:t>
            </w:r>
          </w:p>
          <w:p>
            <w:pPr>
              <w:spacing w:after="20" w:line="276" w:lineRule="auto"/>
            </w:pPr>
            <w:r>
              <w:rPr>
                <w:rFonts w:ascii="宋体" w:hAnsi="宋体" w:eastAsia="宋体"/>
                <w:b w:val="0"/>
                <w:sz w:val="18"/>
              </w:rPr>
              <w:t>师:十位上原来是几个十加几个十?后进上来的这个十怎么办?</w:t>
            </w:r>
          </w:p>
          <w:p>
            <w:pPr>
              <w:spacing w:after="20" w:line="276" w:lineRule="auto"/>
            </w:pPr>
            <w:r>
              <w:rPr>
                <w:rFonts w:ascii="宋体" w:hAnsi="宋体" w:eastAsia="宋体"/>
                <w:b w:val="0"/>
                <w:sz w:val="18"/>
              </w:rPr>
              <w:t>师生交流后,借助课件完整展示规范的竖式计算过程。</w:t>
            </w:r>
          </w:p>
          <w:p>
            <w:pPr>
              <w:spacing w:after="20" w:line="276" w:lineRule="auto"/>
            </w:pPr>
            <w:r>
              <w:rPr>
                <w:rFonts w:ascii="宋体" w:hAnsi="宋体" w:eastAsia="宋体"/>
                <w:b w:val="0"/>
                <w:sz w:val="18"/>
              </w:rPr>
              <w:t>师:计算35+37=72,可以借助小棒,也可以直接用竖式计算。</w:t>
            </w:r>
          </w:p>
          <w:p>
            <w:pPr>
              <w:spacing w:after="20" w:line="276" w:lineRule="auto"/>
            </w:pPr>
            <w:r>
              <w:rPr>
                <w:rFonts w:ascii="宋体" w:hAnsi="宋体" w:eastAsia="宋体"/>
                <w:b w:val="0"/>
                <w:sz w:val="18"/>
              </w:rPr>
              <w:t>(4)归纳算法。</w:t>
            </w:r>
          </w:p>
          <w:p>
            <w:pPr>
              <w:spacing w:after="20" w:line="276" w:lineRule="auto"/>
            </w:pPr>
            <w:r>
              <w:rPr>
                <w:rFonts w:ascii="宋体" w:hAnsi="宋体" w:eastAsia="宋体"/>
                <w:b w:val="0"/>
                <w:sz w:val="18"/>
              </w:rPr>
              <w:t>师:笔算两位数加两位数的进位加法要注意什么?</w:t>
            </w:r>
          </w:p>
          <w:p>
            <w:pPr>
              <w:spacing w:after="20" w:line="276" w:lineRule="auto"/>
            </w:pPr>
            <w:r>
              <w:rPr>
                <w:rFonts w:ascii="宋体" w:hAnsi="宋体" w:eastAsia="宋体"/>
                <w:b w:val="0"/>
                <w:sz w:val="18"/>
              </w:rPr>
              <w:t>师小结:笔算两位数加两位数的进位加法,相同数位要对齐,从个位加起,个位上的数相加满十要向十位进1,十位上的数相加时要加上进位的1。(板书)</w:t>
            </w:r>
          </w:p>
          <w:p>
            <w:pPr>
              <w:spacing w:after="20" w:line="276" w:lineRule="auto"/>
            </w:pPr>
            <w:r>
              <w:rPr>
                <w:rFonts w:ascii="宋体" w:hAnsi="宋体" w:eastAsia="宋体"/>
                <w:b w:val="0"/>
                <w:sz w:val="18"/>
              </w:rPr>
              <w:t>(5)对比分析,感悟算法的多样化。</w:t>
            </w:r>
          </w:p>
          <w:p>
            <w:pPr>
              <w:spacing w:after="20" w:line="276" w:lineRule="auto"/>
            </w:pPr>
            <w:r>
              <w:rPr>
                <w:rFonts w:ascii="宋体" w:hAnsi="宋体" w:eastAsia="宋体"/>
                <w:b w:val="0"/>
                <w:sz w:val="18"/>
              </w:rPr>
              <w:t>师:刚才,我们用口算、摆小棒、笔算解决了“一(1)班和一(3)班一共有多少名学生”这个问题。比较这三种算法,你发现了什么?</w:t>
            </w:r>
          </w:p>
        </w:tc>
        <w:tc>
          <w:tcPr>
            <w:tcW w:type="dxa" w:w="3061"/>
          </w:tcPr>
          <w:p>
            <w:pPr>
              <w:spacing w:after="20" w:line="276" w:lineRule="auto"/>
            </w:pPr>
            <w:r/>
            <w:r>
              <w:rPr>
                <w:rFonts w:ascii="宋体" w:hAnsi="宋体" w:eastAsia="宋体"/>
                <w:b w:val="0"/>
                <w:sz w:val="18"/>
              </w:rPr>
              <w:t>学生能根据上一节课的经验回答：一(1)班有35名学生,一(3)班有37名学生,一(1)班和一(3)班一共有多少名学生?</w:t>
            </w:r>
          </w:p>
          <w:p>
            <w:pPr>
              <w:spacing w:after="20" w:line="276" w:lineRule="auto"/>
            </w:pPr>
            <w:r>
              <w:rPr>
                <w:rFonts w:ascii="宋体" w:hAnsi="宋体" w:eastAsia="宋体"/>
                <w:b w:val="0"/>
                <w:sz w:val="18"/>
              </w:rPr>
              <w:t>2.合作交流,感悟算理,掌握算法。</w:t>
            </w:r>
          </w:p>
          <w:p>
            <w:pPr>
              <w:spacing w:after="20" w:line="276" w:lineRule="auto"/>
            </w:pPr>
            <w:r>
              <w:rPr>
                <w:rFonts w:ascii="宋体" w:hAnsi="宋体" w:eastAsia="宋体"/>
                <w:b w:val="0"/>
                <w:sz w:val="18"/>
              </w:rPr>
              <w:t>小组讨论交流。列式:35+37=。</w:t>
            </w:r>
          </w:p>
          <w:p>
            <w:pPr>
              <w:spacing w:after="20" w:line="276" w:lineRule="auto"/>
            </w:pPr>
            <w:r>
              <w:rPr>
                <w:rFonts w:ascii="宋体" w:hAnsi="宋体" w:eastAsia="宋体"/>
                <w:b w:val="0"/>
                <w:sz w:val="18"/>
              </w:rPr>
              <w:t>有的学生可能借助以前的口算经验,直接口算,先从个位加起,但在口算十位的时候忘记加“进位的1”导致出错。有的学生想先算30+30=60，5+7=12,再算60+12=72，将进位加法转化成已经学过的整十数加整十数和两位数加两位数(不进位)的加法。</w:t>
            </w:r>
          </w:p>
          <w:p>
            <w:pPr>
              <w:spacing w:after="20" w:line="276" w:lineRule="auto"/>
            </w:pPr>
            <w:r>
              <w:rPr>
                <w:rFonts w:ascii="宋体" w:hAnsi="宋体" w:eastAsia="宋体"/>
                <w:b w:val="0"/>
                <w:sz w:val="18"/>
              </w:rPr>
              <w:t>学生基本上能够运用以前的经验进行迁移学习,算出得数。学生在口算的过程中,由于口算对学生计算基础要求较高,需要在脑海中先记住一部分结果,再计算，有一定的难度,应适当鼓励学生尝试。</w:t>
            </w:r>
          </w:p>
          <w:p>
            <w:pPr>
              <w:spacing w:after="20" w:line="276" w:lineRule="auto"/>
            </w:pPr>
            <w:r>
              <w:rPr>
                <w:rFonts w:ascii="宋体" w:hAnsi="宋体" w:eastAsia="宋体"/>
                <w:b w:val="0"/>
                <w:sz w:val="18"/>
              </w:rPr>
              <w:t>①学生摆小棒。</w:t>
            </w:r>
          </w:p>
          <w:p>
            <w:pPr>
              <w:spacing w:after="20" w:line="276" w:lineRule="auto"/>
            </w:pPr>
            <w:r>
              <w:rPr>
                <w:rFonts w:ascii="宋体" w:hAnsi="宋体" w:eastAsia="宋体"/>
                <w:b w:val="0"/>
                <w:sz w:val="18"/>
              </w:rPr>
              <w:t>学生自主摆小棒。</w:t>
            </w:r>
          </w:p>
          <w:p>
            <w:pPr>
              <w:spacing w:after="20" w:line="276" w:lineRule="auto"/>
            </w:pPr>
            <w:r>
              <w:rPr>
                <w:rFonts w:ascii="宋体" w:hAnsi="宋体" w:eastAsia="宋体"/>
                <w:b w:val="0"/>
                <w:sz w:val="18"/>
              </w:rPr>
              <w:t>②汇报交流。</w:t>
            </w:r>
          </w:p>
          <w:p>
            <w:pPr>
              <w:spacing w:after="20" w:line="276" w:lineRule="auto"/>
            </w:pPr>
            <w:r>
              <w:rPr>
                <w:rFonts w:ascii="宋体" w:hAnsi="宋体" w:eastAsia="宋体"/>
                <w:b w:val="0"/>
                <w:sz w:val="18"/>
              </w:rPr>
              <w:t>有的学生可能先算3捆加3捆等于6捆,再算5根加7根等于12根，12根中的10根又可以捆成1捆,还剩2根,这样6捆加1捆等于7捆,再加上剩下的2根，一共是72根;有的学生可能先算5根加7根等于12根,12根中的10根又可以捆成1捆，还剩下2根,同样得到一共是72根。</w:t>
            </w:r>
          </w:p>
          <w:p>
            <w:pPr>
              <w:spacing w:after="20" w:line="276" w:lineRule="auto"/>
            </w:pPr>
            <w:r>
              <w:rPr>
                <w:rFonts w:ascii="宋体" w:hAnsi="宋体" w:eastAsia="宋体"/>
                <w:b w:val="0"/>
                <w:sz w:val="18"/>
              </w:rPr>
              <w:t>学生讨论。</w:t>
            </w:r>
          </w:p>
          <w:p>
            <w:pPr>
              <w:spacing w:after="20" w:line="276" w:lineRule="auto"/>
            </w:pPr>
            <w:r>
              <w:rPr>
                <w:rFonts w:ascii="宋体" w:hAnsi="宋体" w:eastAsia="宋体"/>
                <w:b w:val="0"/>
                <w:sz w:val="18"/>
              </w:rPr>
              <w:t>在竖式横线下对齐个位写2。</w:t>
            </w:r>
          </w:p>
          <w:p>
            <w:pPr>
              <w:spacing w:after="20" w:line="276" w:lineRule="auto"/>
            </w:pPr>
            <w:r>
              <w:rPr>
                <w:rFonts w:ascii="宋体" w:hAnsi="宋体" w:eastAsia="宋体"/>
                <w:b w:val="0"/>
                <w:sz w:val="18"/>
              </w:rPr>
              <w:t>原来十位上是3个十加3个十,再加进上来的1个十,一共是7个十。</w:t>
            </w:r>
          </w:p>
          <w:p>
            <w:pPr>
              <w:spacing w:after="20" w:line="276" w:lineRule="auto"/>
            </w:pPr>
            <w:r>
              <w:rPr>
                <w:rFonts w:ascii="宋体" w:hAnsi="宋体" w:eastAsia="宋体"/>
                <w:b w:val="0"/>
                <w:sz w:val="18"/>
              </w:rPr>
              <w:t>学生相互交流发现。</w:t>
            </w:r>
          </w:p>
        </w:tc>
        <w:tc>
          <w:tcPr>
            <w:tcW w:type="dxa" w:w="1814"/>
          </w:tcPr>
          <w:p>
            <w:pPr>
              <w:spacing w:after="20" w:line="276" w:lineRule="auto"/>
            </w:pPr>
            <w:r/>
            <w:r>
              <w:rPr>
                <w:rFonts w:ascii="宋体" w:hAnsi="宋体" w:eastAsia="宋体"/>
                <w:b w:val="0"/>
                <w:sz w:val="18"/>
              </w:rPr>
              <w:t>在尝试、交流中掌握计算方法,初步体会算法的多样化,理解算理。</w:t>
            </w:r>
          </w:p>
          <w:p>
            <w:pPr>
              <w:spacing w:after="20" w:line="276" w:lineRule="auto"/>
            </w:pPr>
            <w:r>
              <w:rPr>
                <w:rFonts w:ascii="宋体" w:hAnsi="宋体" w:eastAsia="宋体"/>
                <w:b w:val="0"/>
                <w:sz w:val="18"/>
              </w:rPr>
              <w:t>教学中引导学生感受算法的多样化,发现它们之间的联系,将多种算法有机结合起来,达到全面提高学生运算能力的目的。</w:t>
            </w:r>
          </w:p>
        </w:tc>
      </w:tr>
      <w:tr>
        <w:tc>
          <w:tcPr>
            <w:tcW w:type="dxa" w:w="1474"/>
          </w:tcPr>
          <w:p>
            <w:pPr>
              <w:spacing w:after="20" w:line="276" w:lineRule="auto"/>
            </w:pPr>
            <w:r>
              <w:rPr>
                <w:b/>
              </w:rPr>
            </w:r>
            <w:r>
              <w:rPr>
                <w:rFonts w:ascii="宋体" w:hAnsi="宋体" w:eastAsia="宋体"/>
                <w:b/>
                <w:sz w:val="18"/>
              </w:rPr>
              <w:t>三、巩固练习,深化理解</w:t>
            </w:r>
          </w:p>
        </w:tc>
        <w:tc>
          <w:tcPr>
            <w:tcW w:type="dxa" w:w="3061"/>
          </w:tcPr>
          <w:p>
            <w:pPr>
              <w:spacing w:after="20" w:line="276" w:lineRule="auto"/>
            </w:pPr>
            <w:r/>
            <w:r>
              <w:rPr>
                <w:rFonts w:ascii="宋体" w:hAnsi="宋体" w:eastAsia="宋体"/>
                <w:b w:val="0"/>
                <w:sz w:val="18"/>
              </w:rPr>
              <w:t>1.完成教科书P59“试一试”。</w:t>
            </w:r>
          </w:p>
          <w:p>
            <w:pPr>
              <w:spacing w:after="20" w:line="276" w:lineRule="auto"/>
            </w:pPr>
            <w:r>
              <w:rPr>
                <w:rFonts w:ascii="宋体" w:hAnsi="宋体" w:eastAsia="宋体"/>
                <w:b w:val="0"/>
                <w:sz w:val="18"/>
              </w:rPr>
              <w:t>2.完成教科书P59“做一做”第2题。</w:t>
            </w:r>
          </w:p>
          <w:p>
            <w:pPr>
              <w:spacing w:after="20" w:line="276" w:lineRule="auto"/>
            </w:pPr>
            <w:r>
              <w:rPr>
                <w:rFonts w:ascii="宋体" w:hAnsi="宋体" w:eastAsia="宋体"/>
                <w:b w:val="0"/>
                <w:sz w:val="18"/>
              </w:rPr>
              <w:t>请3名学生分别板演竖式计算的过程,其余学生独立完成。全班评讲订正。</w:t>
            </w:r>
          </w:p>
          <w:p>
            <w:pPr>
              <w:spacing w:after="20" w:line="276" w:lineRule="auto"/>
            </w:pPr>
            <w:r>
              <w:rPr>
                <w:rFonts w:ascii="宋体" w:hAnsi="宋体" w:eastAsia="宋体"/>
                <w:b w:val="0"/>
                <w:sz w:val="18"/>
              </w:rPr>
              <w:t>3.完成教科书P59“做一做”第3题。</w:t>
            </w:r>
          </w:p>
          <w:p>
            <w:pPr>
              <w:spacing w:after="20" w:line="276" w:lineRule="auto"/>
            </w:pPr>
            <w:r>
              <w:rPr>
                <w:rFonts w:ascii="宋体" w:hAnsi="宋体" w:eastAsia="宋体"/>
                <w:b w:val="0"/>
                <w:sz w:val="18"/>
              </w:rPr>
              <w:t>请4名学生板演,其余学生独立完成。</w:t>
            </w:r>
          </w:p>
          <w:p>
            <w:pPr>
              <w:spacing w:after="20" w:line="276" w:lineRule="auto"/>
            </w:pPr>
            <w:r>
              <w:rPr>
                <w:rFonts w:ascii="宋体" w:hAnsi="宋体" w:eastAsia="宋体"/>
                <w:b w:val="0"/>
                <w:sz w:val="18"/>
              </w:rPr>
              <w:t>4.完成教科书P61“练一练”第6题。</w:t>
            </w:r>
          </w:p>
        </w:tc>
        <w:tc>
          <w:tcPr>
            <w:tcW w:type="dxa" w:w="3061"/>
          </w:tcPr>
          <w:p>
            <w:pPr>
              <w:spacing w:after="20" w:line="276" w:lineRule="auto"/>
            </w:pPr>
            <w:r/>
            <w:r>
              <w:rPr>
                <w:rFonts w:ascii="宋体" w:hAnsi="宋体" w:eastAsia="宋体"/>
                <w:b w:val="0"/>
                <w:sz w:val="18"/>
              </w:rPr>
              <w:t>学生先独立完成，再在班内分享解题方法。</w:t>
            </w:r>
          </w:p>
          <w:p>
            <w:pPr>
              <w:spacing w:after="20" w:line="276" w:lineRule="auto"/>
            </w:pPr>
            <w:r>
              <w:rPr>
                <w:rFonts w:ascii="宋体" w:hAnsi="宋体" w:eastAsia="宋体"/>
                <w:b w:val="0"/>
                <w:sz w:val="18"/>
              </w:rPr>
              <w:t>第一题是个位相加刚好等于10，学生可能会出现个位上的0省略不写的情况，第二题是两位数加一位数，少数同学会把9和4对齐。针对学生出现的情况，要灵活及时处理，教师可以展示正确的计算过程。</w:t>
            </w:r>
          </w:p>
          <w:p>
            <w:pPr>
              <w:spacing w:after="20" w:line="276" w:lineRule="auto"/>
            </w:pPr>
            <w:r>
              <w:rPr>
                <w:rFonts w:ascii="宋体" w:hAnsi="宋体" w:eastAsia="宋体"/>
                <w:b w:val="0"/>
                <w:sz w:val="18"/>
              </w:rPr>
              <w:t>学生在列竖式的过程中,可能出现进位1漏写或写错位置的情况,还有可能出现在计算十位时没加进位1等错误的情况。第三个算式,个位相加刚好等于10,这时候学生刚学习完“试一试”，指名学生再说一说应该怎样写，强化个位上要写0占位的意识。针对学生的解答情况,灵活处理,分析错误原因或计算过程。</w:t>
            </w:r>
          </w:p>
          <w:p>
            <w:pPr>
              <w:spacing w:after="20" w:line="276" w:lineRule="auto"/>
            </w:pPr>
            <w:r>
              <w:rPr>
                <w:rFonts w:ascii="宋体" w:hAnsi="宋体" w:eastAsia="宋体"/>
                <w:b w:val="0"/>
                <w:sz w:val="18"/>
              </w:rPr>
              <w:t>学生独立完成后集体讨论错误原因,交流改正方法。</w:t>
            </w:r>
          </w:p>
        </w:tc>
        <w:tc>
          <w:tcPr>
            <w:tcW w:type="dxa" w:w="1814"/>
          </w:tcPr>
          <w:p>
            <w:pPr>
              <w:spacing w:after="20" w:line="276" w:lineRule="auto"/>
            </w:pPr>
            <w:r/>
            <w:r>
              <w:rPr>
                <w:rFonts w:ascii="宋体" w:hAnsi="宋体" w:eastAsia="宋体"/>
                <w:b w:val="0"/>
                <w:sz w:val="18"/>
              </w:rPr>
              <w:t>通过学生板演了解学生对进位加法竖式的掌握情况,进一步巩固进位1的书写要求和十位上数的计算过程,掌握个位上的数相加刚好等于10的书写方法。</w:t>
            </w:r>
          </w:p>
          <w:p>
            <w:pPr>
              <w:spacing w:after="20" w:line="276" w:lineRule="auto"/>
            </w:pPr>
            <w:r>
              <w:rPr>
                <w:rFonts w:ascii="宋体" w:hAnsi="宋体" w:eastAsia="宋体"/>
                <w:b w:val="0"/>
                <w:sz w:val="18"/>
              </w:rPr>
              <w:t>用竖式计算各种不同情形的两位数加两位数的进位加法,提高计算能力。</w:t>
            </w:r>
          </w:p>
          <w:p>
            <w:pPr>
              <w:spacing w:after="20" w:line="276" w:lineRule="auto"/>
            </w:pPr>
            <w:r>
              <w:rPr>
                <w:rFonts w:ascii="宋体" w:hAnsi="宋体" w:eastAsia="宋体"/>
                <w:b w:val="0"/>
                <w:sz w:val="18"/>
              </w:rPr>
              <w:t>通过呈现计算中的错误,强化对笔算加法正确算法的认识。</w:t>
            </w:r>
          </w:p>
        </w:tc>
      </w:tr>
      <w:tr>
        <w:tc>
          <w:tcPr>
            <w:tcW w:type="dxa" w:w="1474"/>
          </w:tcPr>
          <w:p>
            <w:pPr>
              <w:spacing w:after="20" w:line="276" w:lineRule="auto"/>
            </w:pPr>
            <w:r>
              <w:rPr>
                <w:b/>
              </w:rPr>
            </w:r>
            <w:r>
              <w:rPr>
                <w:rFonts w:ascii="宋体" w:hAnsi="宋体" w:eastAsia="宋体"/>
                <w:b/>
                <w:sz w:val="18"/>
              </w:rPr>
              <w:t>四、课堂小结,畅谈收获</w:t>
            </w:r>
          </w:p>
        </w:tc>
        <w:tc>
          <w:tcPr>
            <w:tcW w:type="dxa" w:w="3061"/>
          </w:tcPr>
          <w:p>
            <w:pPr>
              <w:spacing w:after="20" w:line="276" w:lineRule="auto"/>
            </w:pPr>
            <w:r/>
            <w:r>
              <w:rPr>
                <w:rFonts w:ascii="宋体" w:hAnsi="宋体" w:eastAsia="宋体"/>
                <w:b w:val="0"/>
                <w:sz w:val="18"/>
              </w:rPr>
              <w:t>师:通过今天的学习,你们学会了什么?有什么收获?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对本节课的学习做一个简单的回顾整理,形成基本的知识网络,整理学习思路,掌握两位数加两位数(进位)的笔算方法,为后面的学习打好基础。</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教科书P58~59例2和“试一试”，完成教科书P59“做一做”第2、3题和P61“练一练”第6题。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动手操作是促进思维发展的一种有效方法,探究进位加法的算理是一个难点,不能让学生单纯地记忆和模仿。因此,教学时,注重引导学生动手操作,主动探究,理解“进位加”的算理,在思考出答案后,进行交流,这样既给了学生独立思考的时间,又分享了其他同学的经验,使抽象的“进位”得以形象化、具体化。</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练一练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练一练</w:t>
            </w:r>
          </w:p>
        </w:tc>
        <w:tc>
          <w:tcPr>
            <w:tcW w:type="dxa" w:w="6009"/>
          </w:tcPr>
          <w:p>
            <w:pPr>
              <w:spacing w:after="20" w:line="276" w:lineRule="auto"/>
            </w:pPr>
            <w:r/>
            <w:r>
              <w:rPr>
                <w:rFonts w:ascii="宋体" w:hAnsi="宋体" w:eastAsia="宋体"/>
                <w:b w:val="0"/>
                <w:sz w:val="20"/>
              </w:rPr>
              <w:t>第5单元 100以内的笔算加、减法（笔算减法）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一年级学生学习主要以直观、形象思维为主,而且在课堂上注意力集中的时间还相对较短，他们已经学会口算两位数加、减一位数、整十数和两位数（不进位、不退位）,知道在计算时,个位上的数要和个位上的数相加、减,十位上的数要和十位上的数相加、减,这是笔算加、减法时相同数位要对齐的基础和学习新知识的出发点。教学时应强化对20以内进位加法和退位减法的训练,这将对提高笔算进位加法和退位减法的准确率以及计算速度有很大帮助。</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教学内容：教科书P64~65“练一练”第1、3、4、6、7、8、9题。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（1）进一步掌握两位数加、减两位数的笔算方法,能正确、熟练地计算两位数加、减两位数。</w:t>
      </w:r>
    </w:p>
    <w:p>
      <w:pPr>
        <w:spacing w:after="20" w:line="300" w:lineRule="auto"/>
        <w:ind w:firstLine="400"/>
      </w:pPr>
      <w:r>
        <w:rPr>
          <w:rFonts w:ascii="宋体" w:hAnsi="宋体" w:eastAsia="宋体"/>
          <w:b w:val="0"/>
          <w:sz w:val="20"/>
        </w:rPr>
        <w:t>（2）提高学生的计算能力,培养学生的分析和判断能力。</w:t>
      </w:r>
    </w:p>
    <w:p>
      <w:pPr>
        <w:spacing w:after="20" w:line="300" w:lineRule="auto"/>
        <w:ind w:firstLine="400"/>
      </w:pPr>
      <w:r>
        <w:rPr>
          <w:rFonts w:ascii="宋体" w:hAnsi="宋体" w:eastAsia="宋体"/>
          <w:b w:val="0"/>
          <w:sz w:val="20"/>
        </w:rPr>
        <w:t>（3）会用所学知识解决实际问题。</w:t>
      </w:r>
    </w:p>
    <w:p>
      <w:pPr>
        <w:spacing w:after="20" w:line="300" w:lineRule="auto"/>
      </w:pPr>
      <w:r>
        <w:rPr>
          <w:rFonts w:ascii="宋体" w:hAnsi="宋体" w:eastAsia="宋体"/>
          <w:b w:val="0"/>
          <w:sz w:val="20"/>
        </w:rPr>
        <w:t>教学重点：查漏补缺,提高学生计算的熟练度和准确度。</w:t>
      </w:r>
    </w:p>
    <w:p>
      <w:pPr>
        <w:spacing w:after="20" w:line="300" w:lineRule="auto"/>
      </w:pPr>
      <w:r>
        <w:rPr>
          <w:rFonts w:ascii="宋体" w:hAnsi="宋体" w:eastAsia="宋体"/>
          <w:b w:val="0"/>
          <w:sz w:val="20"/>
        </w:rPr>
        <w:t>教学难点：能熟练而准确地计算两位数加、减两位数,培养学生的分析和判断能力。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同学们,学习了两位数加、减两位数,你们有哪些收获呢?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二、基础闯关练习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计算两位数加、减两位数时要注意什么问题?</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三、解决问题练习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根据这些信息,你还能提出其他数学问题并解答吗?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四、巩固提高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这节课你们有哪些收获?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师:同学们,学习了两位数加、减两位数,你们有哪些收获呢?和大家说一说你的收获。</w:t>
            </w:r>
          </w:p>
          <w:p>
            <w:pPr>
              <w:spacing w:after="20" w:line="276" w:lineRule="auto"/>
            </w:pPr>
            <w:r>
              <w:rPr>
                <w:rFonts w:ascii="宋体" w:hAnsi="宋体" w:eastAsia="宋体"/>
                <w:b w:val="0"/>
                <w:sz w:val="18"/>
              </w:rPr>
              <w:t>师:今天我们就对两位数加、减两位数进行梳理和复习。</w:t>
            </w:r>
          </w:p>
        </w:tc>
        <w:tc>
          <w:tcPr>
            <w:tcW w:type="dxa" w:w="3061"/>
          </w:tcPr>
          <w:p>
            <w:pPr>
              <w:spacing w:after="20" w:line="276" w:lineRule="auto"/>
            </w:pPr>
            <w:r/>
            <w:r>
              <w:rPr>
                <w:rFonts w:ascii="宋体" w:hAnsi="宋体" w:eastAsia="宋体"/>
                <w:b w:val="0"/>
                <w:sz w:val="18"/>
              </w:rPr>
              <w:t>全班交流,分享收获。</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创设情境激活学生已有经验，自然引出本课学习内容，激发学习兴趣，核心问题："同学们,学习了两位数加、减两位数,你们有哪些收获呢?"</w:t>
            </w:r>
          </w:p>
        </w:tc>
      </w:tr>
      <w:tr>
        <w:tc>
          <w:tcPr>
            <w:tcW w:type="dxa" w:w="1474"/>
          </w:tcPr>
          <w:p>
            <w:pPr>
              <w:spacing w:after="20" w:line="276" w:lineRule="auto"/>
            </w:pPr>
            <w:r>
              <w:rPr>
                <w:b/>
              </w:rPr>
            </w:r>
            <w:r>
              <w:rPr>
                <w:rFonts w:ascii="宋体" w:hAnsi="宋体" w:eastAsia="宋体"/>
                <w:b/>
                <w:sz w:val="18"/>
              </w:rPr>
              <w:t>二、基础闯关练习</w:t>
            </w:r>
          </w:p>
        </w:tc>
        <w:tc>
          <w:tcPr>
            <w:tcW w:type="dxa" w:w="3061"/>
          </w:tcPr>
          <w:p>
            <w:pPr>
              <w:spacing w:after="20" w:line="276" w:lineRule="auto"/>
            </w:pPr>
            <w:r/>
            <w:r>
              <w:rPr>
                <w:rFonts w:ascii="宋体" w:hAnsi="宋体" w:eastAsia="宋体"/>
                <w:b w:val="0"/>
                <w:sz w:val="18"/>
              </w:rPr>
              <w:t>1.第一关:两位数减法计算的混合练习。</w:t>
            </w:r>
          </w:p>
          <w:p>
            <w:pPr>
              <w:spacing w:after="20" w:line="276" w:lineRule="auto"/>
            </w:pPr>
            <w:r>
              <w:rPr>
                <w:rFonts w:ascii="宋体" w:hAnsi="宋体" w:eastAsia="宋体"/>
                <w:b w:val="0"/>
                <w:sz w:val="18"/>
              </w:rPr>
              <w:t>完成教科书P64“练一练”第1题。</w:t>
            </w:r>
          </w:p>
          <w:p>
            <w:pPr>
              <w:spacing w:after="20" w:line="276" w:lineRule="auto"/>
            </w:pPr>
            <w:r>
              <w:rPr>
                <w:rFonts w:ascii="宋体" w:hAnsi="宋体" w:eastAsia="宋体"/>
                <w:b w:val="0"/>
                <w:sz w:val="18"/>
              </w:rPr>
              <w:t>指名学生板演,其余学生在教科书上完成,全班集体订正。</w:t>
            </w:r>
          </w:p>
          <w:p>
            <w:pPr>
              <w:spacing w:after="20" w:line="276" w:lineRule="auto"/>
            </w:pPr>
            <w:r>
              <w:rPr>
                <w:rFonts w:ascii="宋体" w:hAnsi="宋体" w:eastAsia="宋体"/>
                <w:b w:val="0"/>
                <w:sz w:val="18"/>
              </w:rPr>
              <w:t>2.第二关:两位数加、减法计算的综合练习。</w:t>
            </w:r>
          </w:p>
          <w:p>
            <w:pPr>
              <w:spacing w:after="20" w:line="276" w:lineRule="auto"/>
            </w:pPr>
            <w:r>
              <w:rPr>
                <w:rFonts w:ascii="宋体" w:hAnsi="宋体" w:eastAsia="宋体"/>
                <w:b w:val="0"/>
                <w:sz w:val="18"/>
              </w:rPr>
              <w:t>(1)完成教科书P64“练一练”第3题。</w:t>
            </w:r>
          </w:p>
          <w:p>
            <w:pPr>
              <w:spacing w:after="20" w:line="276" w:lineRule="auto"/>
            </w:pPr>
            <w:r>
              <w:rPr>
                <w:rFonts w:ascii="宋体" w:hAnsi="宋体" w:eastAsia="宋体"/>
                <w:b w:val="0"/>
                <w:sz w:val="18"/>
              </w:rPr>
              <w:t>师:母鸡和小鸡在草地上找虫子吃,根据它们身上的得数和算式,帮小鸡们找到自己的妈妈。</w:t>
            </w:r>
          </w:p>
          <w:p>
            <w:pPr>
              <w:spacing w:after="20" w:line="276" w:lineRule="auto"/>
            </w:pPr>
            <w:r>
              <w:rPr>
                <w:rFonts w:ascii="宋体" w:hAnsi="宋体" w:eastAsia="宋体"/>
                <w:b w:val="0"/>
                <w:sz w:val="18"/>
              </w:rPr>
              <w:t>(2)完成教科书P64“练一练”第4题。</w:t>
            </w:r>
          </w:p>
          <w:p>
            <w:pPr>
              <w:spacing w:after="20" w:line="276" w:lineRule="auto"/>
            </w:pPr>
            <w:r>
              <w:rPr>
                <w:rFonts w:ascii="宋体" w:hAnsi="宋体" w:eastAsia="宋体"/>
                <w:b w:val="0"/>
                <w:sz w:val="18"/>
              </w:rPr>
              <w:t>师:计算两位数加、减两位数时要注意什么问题?</w:t>
            </w:r>
          </w:p>
          <w:p>
            <w:pPr>
              <w:spacing w:after="20" w:line="276" w:lineRule="auto"/>
            </w:pPr>
            <w:r>
              <w:rPr>
                <w:rFonts w:ascii="宋体" w:hAnsi="宋体" w:eastAsia="宋体"/>
                <w:b w:val="0"/>
                <w:sz w:val="18"/>
              </w:rPr>
              <w:t>指名汇报,归纳总结。</w:t>
            </w:r>
          </w:p>
          <w:p>
            <w:pPr>
              <w:spacing w:after="20" w:line="276" w:lineRule="auto"/>
            </w:pPr>
            <w:r>
              <w:rPr>
                <w:rFonts w:ascii="宋体" w:hAnsi="宋体" w:eastAsia="宋体"/>
                <w:b w:val="0"/>
                <w:sz w:val="18"/>
              </w:rPr>
              <w:t>3.第三关:估一估,算一算。</w:t>
            </w:r>
          </w:p>
          <w:p>
            <w:pPr>
              <w:spacing w:after="20" w:line="276" w:lineRule="auto"/>
            </w:pPr>
            <w:r>
              <w:rPr>
                <w:rFonts w:ascii="宋体" w:hAnsi="宋体" w:eastAsia="宋体"/>
                <w:b w:val="0"/>
                <w:sz w:val="18"/>
              </w:rPr>
              <w:t>完成教科书P65“练一练”第6题。</w:t>
            </w:r>
          </w:p>
        </w:tc>
        <w:tc>
          <w:tcPr>
            <w:tcW w:type="dxa" w:w="3061"/>
          </w:tcPr>
          <w:p>
            <w:pPr>
              <w:spacing w:after="20" w:line="276" w:lineRule="auto"/>
            </w:pPr>
            <w:r/>
            <w:r>
              <w:rPr>
                <w:rFonts w:ascii="宋体" w:hAnsi="宋体" w:eastAsia="宋体"/>
                <w:b w:val="0"/>
                <w:sz w:val="18"/>
              </w:rPr>
              <w:t>学生独立完成,再交流方法。</w:t>
            </w:r>
          </w:p>
          <w:p>
            <w:pPr>
              <w:spacing w:after="20" w:line="276" w:lineRule="auto"/>
            </w:pPr>
            <w:r>
              <w:rPr>
                <w:rFonts w:ascii="宋体" w:hAnsi="宋体" w:eastAsia="宋体"/>
                <w:b w:val="0"/>
                <w:sz w:val="18"/>
              </w:rPr>
              <w:t>学生独立完成,教师巡视指导。指名学生汇报结果并让学生说计算方法。</w:t>
            </w:r>
          </w:p>
          <w:p>
            <w:pPr>
              <w:spacing w:after="20" w:line="276" w:lineRule="auto"/>
            </w:pPr>
            <w:r>
              <w:rPr>
                <w:rFonts w:ascii="宋体" w:hAnsi="宋体" w:eastAsia="宋体"/>
                <w:b w:val="0"/>
                <w:sz w:val="18"/>
              </w:rPr>
              <w:t>学生独立完成后,同桌交换检查,找出算错的题目,想一想为什么会算错,如何避免算错。</w:t>
            </w:r>
          </w:p>
          <w:p>
            <w:pPr>
              <w:spacing w:after="20" w:line="276" w:lineRule="auto"/>
            </w:pPr>
            <w:r>
              <w:rPr>
                <w:rFonts w:ascii="宋体" w:hAnsi="宋体" w:eastAsia="宋体"/>
                <w:b w:val="0"/>
                <w:sz w:val="18"/>
              </w:rPr>
              <w:t>本题实际上是对算式进行分类。有的算式需要实际算一算,有的算式只需大致估算一下。但由于在这里是第一次出现估算的相关内容,教师需简要地说明:可以将算式看成减或加整十数来大致判断。</w:t>
            </w:r>
          </w:p>
        </w:tc>
        <w:tc>
          <w:tcPr>
            <w:tcW w:type="dxa" w:w="1814"/>
          </w:tcPr>
          <w:p>
            <w:pPr>
              <w:spacing w:after="20" w:line="276" w:lineRule="auto"/>
            </w:pPr>
            <w:r/>
            <w:r>
              <w:rPr>
                <w:rFonts w:ascii="宋体" w:hAnsi="宋体" w:eastAsia="宋体"/>
                <w:b w:val="0"/>
                <w:sz w:val="18"/>
              </w:rPr>
              <w:t>帮助学生进一步掌握两位数减法的计算方法,提高学生的运算能力。</w:t>
            </w:r>
          </w:p>
          <w:p>
            <w:pPr>
              <w:spacing w:after="20" w:line="276" w:lineRule="auto"/>
            </w:pPr>
            <w:r>
              <w:rPr>
                <w:rFonts w:ascii="宋体" w:hAnsi="宋体" w:eastAsia="宋体"/>
                <w:b w:val="0"/>
                <w:sz w:val="18"/>
              </w:rPr>
              <w:t>在练习中既可以提高学生笔算两位数加、减法的熟练程度,又可以让学生根据数据的特点灵活地进行判断,发展学生的数感。</w:t>
            </w:r>
          </w:p>
          <w:p>
            <w:pPr>
              <w:spacing w:after="20" w:line="276" w:lineRule="auto"/>
            </w:pPr>
            <w:r>
              <w:rPr>
                <w:rFonts w:ascii="宋体" w:hAnsi="宋体" w:eastAsia="宋体"/>
                <w:b w:val="0"/>
                <w:sz w:val="18"/>
              </w:rPr>
              <w:t>以计算出每张卡片上两个数的和与差的形式,进行笔算加、减法的对比练习,体现了练习形式的多样化,有利于激发学生对计算的兴趣。</w:t>
            </w:r>
          </w:p>
          <w:p>
            <w:pPr>
              <w:spacing w:after="20" w:line="276" w:lineRule="auto"/>
            </w:pPr>
            <w:r>
              <w:rPr>
                <w:rFonts w:ascii="宋体" w:hAnsi="宋体" w:eastAsia="宋体"/>
                <w:b w:val="0"/>
                <w:sz w:val="18"/>
              </w:rPr>
              <w:t>在活动中,教师通过有意识地引导学生灵活地选择计算方法,将口算、笔算、估算相结合,发展学生的数感,提高学生灵活计算的能力。</w:t>
            </w:r>
          </w:p>
        </w:tc>
      </w:tr>
      <w:tr>
        <w:tc>
          <w:tcPr>
            <w:tcW w:type="dxa" w:w="1474"/>
          </w:tcPr>
          <w:p>
            <w:pPr>
              <w:spacing w:after="20" w:line="276" w:lineRule="auto"/>
            </w:pPr>
            <w:r>
              <w:rPr>
                <w:b/>
              </w:rPr>
            </w:r>
            <w:r>
              <w:rPr>
                <w:rFonts w:ascii="宋体" w:hAnsi="宋体" w:eastAsia="宋体"/>
                <w:b/>
                <w:sz w:val="18"/>
              </w:rPr>
              <w:t>三、解决问题练习</w:t>
            </w:r>
          </w:p>
        </w:tc>
        <w:tc>
          <w:tcPr>
            <w:tcW w:type="dxa" w:w="3061"/>
          </w:tcPr>
          <w:p>
            <w:pPr>
              <w:spacing w:after="20" w:line="276" w:lineRule="auto"/>
            </w:pPr>
            <w:r/>
            <w:r>
              <w:rPr>
                <w:rFonts w:ascii="宋体" w:hAnsi="宋体" w:eastAsia="宋体"/>
                <w:b w:val="0"/>
                <w:sz w:val="18"/>
              </w:rPr>
              <w:t>课件出示练习题。</w:t>
            </w:r>
          </w:p>
          <w:p>
            <w:pPr>
              <w:spacing w:after="20" w:line="276" w:lineRule="auto"/>
            </w:pPr>
            <w:r>
              <w:rPr>
                <w:rFonts w:ascii="宋体" w:hAnsi="宋体" w:eastAsia="宋体"/>
                <w:b w:val="0"/>
                <w:sz w:val="18"/>
              </w:rPr>
              <w:t>师:根据这些信息,你还能提出其他数学问题并解答吗?</w:t>
            </w:r>
          </w:p>
          <w:p>
            <w:pPr>
              <w:spacing w:after="20" w:line="276" w:lineRule="auto"/>
            </w:pPr>
            <w:r>
              <w:rPr>
                <w:rFonts w:ascii="宋体" w:hAnsi="宋体" w:eastAsia="宋体"/>
                <w:b w:val="0"/>
                <w:sz w:val="18"/>
              </w:rPr>
              <w:t>让学生汇报所提的问题,并选择其中的一个问题进行解答。</w:t>
            </w:r>
          </w:p>
        </w:tc>
        <w:tc>
          <w:tcPr>
            <w:tcW w:type="dxa" w:w="3061"/>
          </w:tcPr>
          <w:p>
            <w:pPr>
              <w:spacing w:after="20" w:line="276" w:lineRule="auto"/>
            </w:pPr>
            <w:r/>
            <w:r>
              <w:rPr>
                <w:rFonts w:ascii="宋体" w:hAnsi="宋体" w:eastAsia="宋体"/>
                <w:b w:val="0"/>
                <w:sz w:val="18"/>
              </w:rPr>
              <w:t>学生能很容易从表中获取信息,但在筛选有用信息解决问题时,部分学生可能会感觉有些困难,教师要适时提示引导。</w:t>
            </w:r>
          </w:p>
          <w:p>
            <w:pPr>
              <w:spacing w:after="20" w:line="276" w:lineRule="auto"/>
            </w:pPr>
            <w:r>
              <w:rPr>
                <w:rFonts w:ascii="宋体" w:hAnsi="宋体" w:eastAsia="宋体"/>
                <w:b w:val="0"/>
                <w:sz w:val="18"/>
              </w:rPr>
              <w:t>这里不要求学生把所有的问题都提出来并解决。教师要特别关注学生提出问题和解决问题的过程,解题后可让学生分组交流,在交流中互相启发,加深对问题的理解。</w:t>
            </w:r>
          </w:p>
        </w:tc>
        <w:tc>
          <w:tcPr>
            <w:tcW w:type="dxa" w:w="1814"/>
          </w:tcPr>
          <w:p>
            <w:pPr>
              <w:spacing w:after="20" w:line="276" w:lineRule="auto"/>
            </w:pPr>
            <w:r/>
            <w:r>
              <w:rPr>
                <w:rFonts w:ascii="宋体" w:hAnsi="宋体" w:eastAsia="宋体"/>
                <w:b w:val="0"/>
                <w:sz w:val="18"/>
              </w:rPr>
              <w:t>培养学生发现问题、提出问题、解决问题的能力。</w:t>
            </w:r>
          </w:p>
        </w:tc>
      </w:tr>
      <w:tr>
        <w:tc>
          <w:tcPr>
            <w:tcW w:type="dxa" w:w="1474"/>
          </w:tcPr>
          <w:p>
            <w:pPr>
              <w:spacing w:after="20" w:line="276" w:lineRule="auto"/>
            </w:pPr>
            <w:r>
              <w:rPr>
                <w:b/>
              </w:rPr>
            </w:r>
            <w:r>
              <w:rPr>
                <w:rFonts w:ascii="宋体" w:hAnsi="宋体" w:eastAsia="宋体"/>
                <w:b/>
                <w:sz w:val="18"/>
              </w:rPr>
              <w:t>四、巩固提高</w:t>
            </w:r>
          </w:p>
        </w:tc>
        <w:tc>
          <w:tcPr>
            <w:tcW w:type="dxa" w:w="3061"/>
          </w:tcPr>
          <w:p>
            <w:pPr>
              <w:spacing w:after="20" w:line="276" w:lineRule="auto"/>
            </w:pPr>
            <w:r/>
            <w:r>
              <w:rPr>
                <w:rFonts w:ascii="宋体" w:hAnsi="宋体" w:eastAsia="宋体"/>
                <w:b w:val="0"/>
                <w:sz w:val="18"/>
              </w:rPr>
              <w:t>1.完成教科书P65“练一练”第7题。</w:t>
            </w:r>
          </w:p>
          <w:p>
            <w:pPr>
              <w:spacing w:after="20" w:line="276" w:lineRule="auto"/>
            </w:pPr>
            <w:r>
              <w:rPr>
                <w:rFonts w:ascii="宋体" w:hAnsi="宋体" w:eastAsia="宋体"/>
                <w:b w:val="0"/>
                <w:sz w:val="18"/>
              </w:rPr>
              <w:t>让学生灵活地运用笔算加、减法的计算方法,发展学生的推理能力。</w:t>
            </w:r>
          </w:p>
          <w:p>
            <w:pPr>
              <w:spacing w:after="20" w:line="276" w:lineRule="auto"/>
            </w:pPr>
            <w:r>
              <w:rPr>
                <w:rFonts w:ascii="宋体" w:hAnsi="宋体" w:eastAsia="宋体"/>
                <w:b w:val="0"/>
                <w:sz w:val="18"/>
              </w:rPr>
              <w:t>2.完成教科书P65“练一练”第8题。</w:t>
            </w:r>
          </w:p>
          <w:p>
            <w:pPr>
              <w:spacing w:after="20" w:line="276" w:lineRule="auto"/>
            </w:pPr>
            <w:r>
              <w:rPr>
                <w:rFonts w:ascii="宋体" w:hAnsi="宋体" w:eastAsia="宋体"/>
                <w:b w:val="0"/>
                <w:sz w:val="18"/>
              </w:rPr>
              <w:t>3.完成教科书P65“练一练”第9题。</w:t>
            </w:r>
          </w:p>
        </w:tc>
        <w:tc>
          <w:tcPr>
            <w:tcW w:type="dxa" w:w="3061"/>
          </w:tcPr>
          <w:p>
            <w:pPr>
              <w:spacing w:after="20" w:line="276" w:lineRule="auto"/>
            </w:pPr>
            <w:r/>
            <w:r>
              <w:rPr>
                <w:rFonts w:ascii="宋体" w:hAnsi="宋体" w:eastAsia="宋体"/>
                <w:b w:val="0"/>
                <w:sz w:val="18"/>
              </w:rPr>
              <w:t>这题有一定的难度,有的需用倒推法进行还原,有的答案不唯一。学生在解答时,可能会无从下手。教师应给予一些提示,例如第3个竖式要引导学生发现退位和不退位的两种情况等。</w:t>
            </w:r>
          </w:p>
          <w:p>
            <w:pPr>
              <w:spacing w:after="20" w:line="276" w:lineRule="auto"/>
            </w:pPr>
            <w:r>
              <w:rPr>
                <w:rFonts w:ascii="宋体" w:hAnsi="宋体" w:eastAsia="宋体"/>
                <w:b w:val="0"/>
                <w:sz w:val="18"/>
              </w:rPr>
              <w:t>本题是有关连减、加减混合的题，在之前学生已经学习过解决这类题目的方法，教师只需提示学生注意运算顺序即可。</w:t>
            </w:r>
          </w:p>
          <w:p>
            <w:pPr>
              <w:spacing w:after="20" w:line="276" w:lineRule="auto"/>
            </w:pPr>
            <w:r>
              <w:rPr>
                <w:rFonts w:ascii="宋体" w:hAnsi="宋体" w:eastAsia="宋体"/>
                <w:b w:val="0"/>
                <w:sz w:val="18"/>
              </w:rPr>
              <w:t>学生独立思考并完成，组内交流。</w:t>
            </w:r>
          </w:p>
          <w:p>
            <w:pPr>
              <w:spacing w:after="20" w:line="276" w:lineRule="auto"/>
            </w:pPr>
            <w:r>
              <w:rPr>
                <w:rFonts w:ascii="宋体" w:hAnsi="宋体" w:eastAsia="宋体"/>
                <w:b w:val="0"/>
                <w:sz w:val="18"/>
              </w:rPr>
              <w:t>这道题解决方法多样，但可以通过合理的运算找到里、外两圈数的对应关系。可以用62加上里圈的数或用外圈的数减去62，找出答案。</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师:这节课你们有哪些收获?</w:t>
            </w:r>
          </w:p>
          <w:p>
            <w:pPr>
              <w:spacing w:after="20" w:line="276" w:lineRule="auto"/>
            </w:pPr>
            <w:r>
              <w:rPr>
                <w:rFonts w:ascii="宋体" w:hAnsi="宋体" w:eastAsia="宋体"/>
                <w:b w:val="0"/>
                <w:sz w:val="18"/>
              </w:rPr>
              <w:t>师小结:我们在计算两位数加两位数时要注意:相同数位对齐,从个位加起,如果个位相加满十,向十位进1。在计算两位数减两位数时要注意:相同数位对齐,从个位减起,如果个位不够减,就从十位退1当10再减。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教科书P64~65“练一练”第1、3、4、6、7、8、9题。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设计不同层次、不同要求的练习,以中等水平学生为着眼点,面向全体学生巩固计算方法,提高计算速度,力求使所有学生都有所收获。整节课采取单项练习与综合练习相结合、常规训练与趣味训练相结合、正面强化与错例辨析相结合的方式,提高了学生的计算能力和解题能力。</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练一练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练一练</w:t>
            </w:r>
          </w:p>
        </w:tc>
        <w:tc>
          <w:tcPr>
            <w:tcW w:type="dxa" w:w="6009"/>
          </w:tcPr>
          <w:p>
            <w:pPr>
              <w:spacing w:after="20" w:line="276" w:lineRule="auto"/>
            </w:pPr>
            <w:r/>
            <w:r>
              <w:rPr>
                <w:rFonts w:ascii="宋体" w:hAnsi="宋体" w:eastAsia="宋体"/>
                <w:b w:val="0"/>
                <w:sz w:val="20"/>
              </w:rPr>
              <w:t>第5单元 100以内的笔算加、减法（笔算加法）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一年级学生学习主要以直观、形象思维为主,而且在课堂上注意力集中的时间还相对较短，他们已经学会口算两位数加、减一位数、整十数和两位数（不进位、不退位）,知道在计算时,个位上的数要和个位上的数相加、减,十位上的数要和十位上的数相加、减,这是笔算加、减法时相同数位要对齐的基础和学习新知识的出发点。教学时应强化对20以内进位加法和退位减法的训练,这将对提高笔算进位加法和退位减法的准确率以及计算速度有很大帮助。</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教学内容：教科书P60~61“练一练”第1~5,7~9题。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（1）进一步理解100以内两位数加两位数的算理,掌握100以内两位数加法的计算方法,能正确地计算,为退位减法的学习打下基础。</w:t>
      </w:r>
    </w:p>
    <w:p>
      <w:pPr>
        <w:spacing w:after="20" w:line="300" w:lineRule="auto"/>
        <w:ind w:firstLine="400"/>
      </w:pPr>
      <w:r>
        <w:rPr>
          <w:rFonts w:ascii="宋体" w:hAnsi="宋体" w:eastAsia="宋体"/>
          <w:b w:val="0"/>
          <w:sz w:val="20"/>
        </w:rPr>
        <w:t>（2）在不断探索和创造的氛围中培养学生解决问题的能力,激发学生学习数学的兴趣。</w:t>
      </w:r>
    </w:p>
    <w:p>
      <w:pPr>
        <w:spacing w:after="20" w:line="300" w:lineRule="auto"/>
        <w:ind w:firstLine="400"/>
      </w:pPr>
      <w:r>
        <w:rPr>
          <w:rFonts w:ascii="宋体" w:hAnsi="宋体" w:eastAsia="宋体"/>
          <w:b w:val="0"/>
          <w:sz w:val="20"/>
        </w:rPr>
        <w:t>（3）引导学生在练习中体验数学学习的趣味性、挑战性,使不同学生的数学学习能力得到不同的发展。</w:t>
      </w:r>
    </w:p>
    <w:p>
      <w:pPr>
        <w:spacing w:after="20" w:line="300" w:lineRule="auto"/>
      </w:pPr>
      <w:r>
        <w:rPr>
          <w:rFonts w:ascii="宋体" w:hAnsi="宋体" w:eastAsia="宋体"/>
          <w:b w:val="0"/>
          <w:sz w:val="20"/>
        </w:rPr>
        <w:t>教学重点：比较熟练地掌握100以内两位数加两位数的笔算方法,提高学生的运算技能。</w:t>
      </w:r>
    </w:p>
    <w:p>
      <w:pPr>
        <w:spacing w:after="20" w:line="300" w:lineRule="auto"/>
      </w:pPr>
      <w:r>
        <w:rPr>
          <w:rFonts w:ascii="宋体" w:hAnsi="宋体" w:eastAsia="宋体"/>
          <w:b w:val="0"/>
          <w:sz w:val="20"/>
        </w:rPr>
        <w:t>教学难点：理解100以内两位数加两位数的算理,能利用两位数的加法解决问题。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前面学习了100以内的两位数加法,你们有哪些收获呢?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二、专项练习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计算两位数加两位数时,要注意什么问题?</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三、提高练习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四、巩固练习</w:t>
            </w:r>
          </w:p>
        </w:tc>
        <w:tc>
          <w:tcPr>
            <w:tcW w:type="dxa" w:w="1814"/>
          </w:tcPr>
          <w:p>
            <w:pPr>
              <w:spacing w:after="20" w:line="276" w:lineRule="auto"/>
            </w:pPr>
            <w:r/>
            <w:r>
              <w:rPr>
                <w:rFonts w:ascii="宋体" w:hAnsi="宋体" w:eastAsia="宋体"/>
                <w:b w:val="0"/>
                <w:sz w:val="18"/>
              </w:rPr>
              <w:t>教科书P60~61、课件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通过这节课的学习,你们有哪些收获?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w:t>
            </w:r>
          </w:p>
        </w:tc>
        <w:tc>
          <w:tcPr>
            <w:tcW w:type="dxa" w:w="3061"/>
          </w:tcPr>
          <w:p>
            <w:pPr>
              <w:spacing w:after="20" w:line="276" w:lineRule="auto"/>
            </w:pPr>
            <w:r/>
            <w:r>
              <w:rPr>
                <w:rFonts w:ascii="宋体" w:hAnsi="宋体" w:eastAsia="宋体"/>
                <w:b w:val="0"/>
                <w:sz w:val="18"/>
              </w:rPr>
              <w:t>师:前面学习了100以内的两位数加法,你们有哪些收获呢?</w:t>
            </w:r>
          </w:p>
          <w:p>
            <w:pPr>
              <w:spacing w:after="20" w:line="276" w:lineRule="auto"/>
            </w:pPr>
            <w:r>
              <w:rPr>
                <w:rFonts w:ascii="宋体" w:hAnsi="宋体" w:eastAsia="宋体"/>
                <w:b w:val="0"/>
                <w:sz w:val="18"/>
              </w:rPr>
              <w:t>师:总结得真不错。今天这节课我们继续来研究,通过这节课的学习相信大家会有更大的收获。</w:t>
            </w:r>
          </w:p>
        </w:tc>
        <w:tc>
          <w:tcPr>
            <w:tcW w:type="dxa" w:w="3061"/>
          </w:tcPr>
          <w:p>
            <w:pPr>
              <w:spacing w:after="20" w:line="276" w:lineRule="auto"/>
            </w:pPr>
            <w:r/>
            <w:r>
              <w:rPr>
                <w:rFonts w:ascii="宋体" w:hAnsi="宋体" w:eastAsia="宋体"/>
                <w:b w:val="0"/>
                <w:sz w:val="18"/>
              </w:rPr>
              <w:t>学生可能会说学会了计算两位数加两位数的不进位加法和进位加法。引导学生说一说列竖式计算时要注意些什么。</w:t>
            </w:r>
          </w:p>
        </w:tc>
        <w:tc>
          <w:tcPr>
            <w:tcW w:type="dxa" w:w="1814"/>
          </w:tcPr>
          <w:p>
            <w:pPr>
              <w:spacing w:after="20" w:line="276" w:lineRule="auto"/>
            </w:pPr>
            <w:r/>
            <w:r>
              <w:rPr>
                <w:rFonts w:ascii="宋体" w:hAnsi="宋体" w:eastAsia="宋体"/>
                <w:b w:val="0"/>
                <w:sz w:val="18"/>
              </w:rPr>
              <w:t>对前面所学知识进行回顾,为后面的学习打下基础。</w:t>
            </w:r>
          </w:p>
        </w:tc>
      </w:tr>
      <w:tr>
        <w:tc>
          <w:tcPr>
            <w:tcW w:type="dxa" w:w="1474"/>
          </w:tcPr>
          <w:p>
            <w:pPr>
              <w:spacing w:after="20" w:line="276" w:lineRule="auto"/>
            </w:pPr>
            <w:r>
              <w:rPr>
                <w:b/>
              </w:rPr>
            </w:r>
            <w:r>
              <w:rPr>
                <w:rFonts w:ascii="宋体" w:hAnsi="宋体" w:eastAsia="宋体"/>
                <w:b/>
                <w:sz w:val="18"/>
              </w:rPr>
              <w:t>二、专项练习</w:t>
            </w:r>
          </w:p>
        </w:tc>
        <w:tc>
          <w:tcPr>
            <w:tcW w:type="dxa" w:w="3061"/>
          </w:tcPr>
          <w:p>
            <w:pPr>
              <w:spacing w:after="20" w:line="276" w:lineRule="auto"/>
            </w:pPr>
            <w:r/>
            <w:r>
              <w:rPr>
                <w:rFonts w:ascii="宋体" w:hAnsi="宋体" w:eastAsia="宋体"/>
                <w:b w:val="0"/>
                <w:sz w:val="18"/>
              </w:rPr>
              <w:t>1.完成教科书P60“练一练”第2题。</w:t>
            </w:r>
          </w:p>
          <w:p>
            <w:pPr>
              <w:spacing w:after="20" w:line="276" w:lineRule="auto"/>
            </w:pPr>
            <w:r>
              <w:rPr>
                <w:rFonts w:ascii="宋体" w:hAnsi="宋体" w:eastAsia="宋体"/>
                <w:b w:val="0"/>
                <w:sz w:val="18"/>
              </w:rPr>
              <w:t>师:计算两位数加两位数时,要注意什么问题?指名回答。</w:t>
            </w:r>
          </w:p>
          <w:p>
            <w:pPr>
              <w:spacing w:after="20" w:line="276" w:lineRule="auto"/>
            </w:pPr>
            <w:r>
              <w:rPr>
                <w:rFonts w:ascii="宋体" w:hAnsi="宋体" w:eastAsia="宋体"/>
                <w:b w:val="0"/>
                <w:sz w:val="18"/>
              </w:rPr>
              <w:t>2.完成教科书P61“练一练”第7题。</w:t>
            </w:r>
          </w:p>
          <w:p>
            <w:pPr>
              <w:spacing w:after="20" w:line="276" w:lineRule="auto"/>
            </w:pPr>
            <w:r>
              <w:rPr>
                <w:rFonts w:ascii="宋体" w:hAnsi="宋体" w:eastAsia="宋体"/>
                <w:b w:val="0"/>
                <w:sz w:val="18"/>
              </w:rPr>
              <w:t>先让学生独立完成,再全班交流,说说各自的想法。</w:t>
            </w:r>
          </w:p>
          <w:p>
            <w:pPr>
              <w:spacing w:after="20" w:line="276" w:lineRule="auto"/>
            </w:pPr>
            <w:r>
              <w:rPr>
                <w:rFonts w:ascii="宋体" w:hAnsi="宋体" w:eastAsia="宋体"/>
                <w:b w:val="0"/>
                <w:sz w:val="18"/>
              </w:rPr>
              <w:t>3.完成教科书P60“练一练”第4题。</w:t>
            </w:r>
          </w:p>
          <w:p>
            <w:pPr>
              <w:spacing w:after="20" w:line="276" w:lineRule="auto"/>
            </w:pPr>
            <w:r>
              <w:rPr>
                <w:rFonts w:ascii="宋体" w:hAnsi="宋体" w:eastAsia="宋体"/>
                <w:b w:val="0"/>
                <w:sz w:val="18"/>
              </w:rPr>
              <w:t>独立完成,教师巡视,集体订正。</w:t>
            </w:r>
          </w:p>
        </w:tc>
        <w:tc>
          <w:tcPr>
            <w:tcW w:type="dxa" w:w="3061"/>
          </w:tcPr>
          <w:p>
            <w:pPr>
              <w:spacing w:after="20" w:line="276" w:lineRule="auto"/>
            </w:pPr>
            <w:r/>
            <w:r>
              <w:rPr>
                <w:rFonts w:ascii="宋体" w:hAnsi="宋体" w:eastAsia="宋体"/>
                <w:b w:val="0"/>
                <w:sz w:val="18"/>
              </w:rPr>
              <w:t>学生独立完成，集中评价。</w:t>
            </w:r>
          </w:p>
          <w:p>
            <w:pPr>
              <w:spacing w:after="20" w:line="276" w:lineRule="auto"/>
            </w:pPr>
            <w:r>
              <w:rPr>
                <w:rFonts w:ascii="宋体" w:hAnsi="宋体" w:eastAsia="宋体"/>
                <w:b w:val="0"/>
                <w:sz w:val="18"/>
              </w:rPr>
              <w:t>有的学生可能全部当成不进位加法计算,直接把十位上的两个数相加的得数填入方框里,也有的学生全部当成进位加法计算。要引导学生注意观察个位上的两个数的情况,再确定进不进位。</w:t>
            </w:r>
          </w:p>
          <w:p>
            <w:pPr>
              <w:spacing w:after="20" w:line="276" w:lineRule="auto"/>
            </w:pPr>
            <w:r>
              <w:rPr>
                <w:rFonts w:ascii="宋体" w:hAnsi="宋体" w:eastAsia="宋体"/>
                <w:b w:val="0"/>
                <w:sz w:val="18"/>
              </w:rPr>
              <w:t>学生可以先计算,再比较计算的结果;也可以先观察、比较左右两个算式的特点,再直接推理得出比较的结果。如67+9和69+7,左右两个算式的十位上都是6,个位上都是7和9相加,所以左右两个算式的得数相等。再如4+38与40+38,一个加数相同,直接比较另一个加数的大小就可以得出和的大小。</w:t>
            </w:r>
          </w:p>
          <w:p>
            <w:pPr>
              <w:spacing w:after="20" w:line="276" w:lineRule="auto"/>
            </w:pPr>
            <w:r>
              <w:rPr>
                <w:rFonts w:ascii="宋体" w:hAnsi="宋体" w:eastAsia="宋体"/>
                <w:b w:val="0"/>
                <w:sz w:val="18"/>
              </w:rPr>
              <w:t>题目算式较多,学生往往是直接连线,容易漏题。提醒学生最好是先算出所有算式的得数后再连线。</w:t>
            </w:r>
          </w:p>
        </w:tc>
        <w:tc>
          <w:tcPr>
            <w:tcW w:type="dxa" w:w="1814"/>
          </w:tcPr>
          <w:p>
            <w:pPr>
              <w:spacing w:after="20" w:line="276" w:lineRule="auto"/>
            </w:pPr>
            <w:r/>
            <w:r>
              <w:rPr>
                <w:rFonts w:ascii="宋体" w:hAnsi="宋体" w:eastAsia="宋体"/>
                <w:b w:val="0"/>
                <w:sz w:val="18"/>
              </w:rPr>
              <w:t>练习各种不同情形的两位数加法,提高学生的计算能力。</w:t>
            </w:r>
          </w:p>
          <w:p>
            <w:pPr>
              <w:spacing w:after="20" w:line="276" w:lineRule="auto"/>
            </w:pPr>
            <w:r>
              <w:rPr>
                <w:rFonts w:ascii="宋体" w:hAnsi="宋体" w:eastAsia="宋体"/>
                <w:b w:val="0"/>
                <w:sz w:val="18"/>
              </w:rPr>
              <w:t>引导学生灵活运用方法比较大小,通过简单的推理得到比较的结果,加强对学生推理能力的培养。</w:t>
            </w:r>
          </w:p>
        </w:tc>
      </w:tr>
      <w:tr>
        <w:tc>
          <w:tcPr>
            <w:tcW w:type="dxa" w:w="1474"/>
          </w:tcPr>
          <w:p>
            <w:pPr>
              <w:spacing w:after="20" w:line="276" w:lineRule="auto"/>
            </w:pPr>
            <w:r>
              <w:rPr>
                <w:b/>
              </w:rPr>
            </w:r>
            <w:r>
              <w:rPr>
                <w:rFonts w:ascii="宋体" w:hAnsi="宋体" w:eastAsia="宋体"/>
                <w:b/>
                <w:sz w:val="18"/>
              </w:rPr>
              <w:t>三、提高练习</w:t>
            </w:r>
          </w:p>
        </w:tc>
        <w:tc>
          <w:tcPr>
            <w:tcW w:type="dxa" w:w="3061"/>
          </w:tcPr>
          <w:p>
            <w:pPr>
              <w:spacing w:after="20" w:line="276" w:lineRule="auto"/>
            </w:pPr>
            <w:r/>
            <w:r>
              <w:rPr>
                <w:rFonts w:ascii="宋体" w:hAnsi="宋体" w:eastAsia="宋体"/>
                <w:b w:val="0"/>
                <w:sz w:val="18"/>
              </w:rPr>
              <w:t>1.完成教科书P60“练一练”第3题。</w:t>
            </w:r>
          </w:p>
          <w:p>
            <w:pPr>
              <w:spacing w:after="20" w:line="276" w:lineRule="auto"/>
            </w:pPr>
            <w:r>
              <w:rPr>
                <w:rFonts w:ascii="宋体" w:hAnsi="宋体" w:eastAsia="宋体"/>
                <w:b w:val="0"/>
                <w:sz w:val="18"/>
              </w:rPr>
              <w:t>理解题意后，学生独立解答，教师指名汇报。</w:t>
            </w:r>
          </w:p>
          <w:p>
            <w:pPr>
              <w:spacing w:after="20" w:line="276" w:lineRule="auto"/>
            </w:pPr>
            <w:r>
              <w:rPr>
                <w:rFonts w:ascii="宋体" w:hAnsi="宋体" w:eastAsia="宋体"/>
                <w:b w:val="0"/>
                <w:sz w:val="18"/>
              </w:rPr>
              <w:t>2.完成教科书P61“练一练”第9题。</w:t>
            </w:r>
          </w:p>
          <w:p>
            <w:pPr>
              <w:spacing w:after="20" w:line="276" w:lineRule="auto"/>
            </w:pPr>
            <w:r>
              <w:rPr>
                <w:rFonts w:ascii="宋体" w:hAnsi="宋体" w:eastAsia="宋体"/>
                <w:b w:val="0"/>
                <w:sz w:val="18"/>
              </w:rPr>
              <w:t>教师引导学生仔细观察,根据表格列式计算。</w:t>
            </w:r>
          </w:p>
          <w:p>
            <w:pPr>
              <w:spacing w:after="20" w:line="276" w:lineRule="auto"/>
            </w:pPr>
            <w:r>
              <w:rPr>
                <w:rFonts w:ascii="宋体" w:hAnsi="宋体" w:eastAsia="宋体"/>
                <w:b w:val="0"/>
                <w:sz w:val="18"/>
              </w:rPr>
              <w:t>3.课件出示练习。</w:t>
            </w:r>
          </w:p>
          <w:p>
            <w:pPr>
              <w:spacing w:after="20" w:line="276" w:lineRule="auto"/>
            </w:pPr>
            <w:r>
              <w:rPr>
                <w:rFonts w:ascii="宋体" w:hAnsi="宋体" w:eastAsia="宋体"/>
                <w:b w:val="0"/>
                <w:sz w:val="18"/>
              </w:rPr>
              <w:t>(1)教师引导学生仔细读题,根据问题找信息,列式计算。</w:t>
            </w:r>
          </w:p>
          <w:p>
            <w:pPr>
              <w:spacing w:after="20" w:line="276" w:lineRule="auto"/>
            </w:pPr>
            <w:r>
              <w:rPr>
                <w:rFonts w:ascii="宋体" w:hAnsi="宋体" w:eastAsia="宋体"/>
                <w:b w:val="0"/>
                <w:sz w:val="18"/>
              </w:rPr>
              <w:t>(2)第(2)题是开放性问题,教师可以渗透尽量多买一些玩具且尽量把钱用完的思想。注意指导解答格式的规范性。</w:t>
            </w:r>
          </w:p>
          <w:p>
            <w:pPr>
              <w:spacing w:after="20" w:line="276" w:lineRule="auto"/>
            </w:pPr>
            <w:r>
              <w:rPr>
                <w:rFonts w:ascii="宋体" w:hAnsi="宋体" w:eastAsia="宋体"/>
                <w:b w:val="0"/>
                <w:sz w:val="18"/>
              </w:rPr>
              <w:t>(3)引导学生提出其他问题并解答。</w:t>
            </w:r>
          </w:p>
        </w:tc>
        <w:tc>
          <w:tcPr>
            <w:tcW w:type="dxa" w:w="3061"/>
          </w:tcPr>
          <w:p>
            <w:pPr>
              <w:spacing w:after="20" w:line="276" w:lineRule="auto"/>
            </w:pPr>
            <w:r/>
            <w:r>
              <w:rPr>
                <w:rFonts w:ascii="宋体" w:hAnsi="宋体" w:eastAsia="宋体"/>
                <w:b w:val="0"/>
                <w:sz w:val="18"/>
              </w:rPr>
              <w:t>从题目中知道了王奶奶养的公鸡和母鸡的数量，要求公鸡和母鸡一共有多少只,学生能列出算式18+25或25+18。</w:t>
            </w:r>
          </w:p>
          <w:p>
            <w:pPr>
              <w:spacing w:after="20" w:line="276" w:lineRule="auto"/>
            </w:pPr>
            <w:r>
              <w:rPr>
                <w:rFonts w:ascii="宋体" w:hAnsi="宋体" w:eastAsia="宋体"/>
                <w:b w:val="0"/>
                <w:sz w:val="18"/>
              </w:rPr>
              <w:t>要求总人数，需要把参加3项体育运动的人数合在一起，学生会先求出2项运动的人数，再加上第3项运动的人数。有的学生观察仔细，能发现先算后2项运动的总人数可以得到整十数，之后就能直接口算。对使用简便算法的同学提出表扬。</w:t>
            </w:r>
          </w:p>
        </w:tc>
        <w:tc>
          <w:tcPr>
            <w:tcW w:type="dxa" w:w="1814"/>
          </w:tcPr>
          <w:p>
            <w:pPr>
              <w:spacing w:after="20" w:line="276" w:lineRule="auto"/>
            </w:pPr>
            <w:r/>
            <w:r>
              <w:rPr>
                <w:rFonts w:ascii="宋体" w:hAnsi="宋体" w:eastAsia="宋体"/>
                <w:b w:val="0"/>
                <w:sz w:val="18"/>
              </w:rPr>
              <w:t>通过学生熟悉的生活情境,让学生在解决问题中体会两位数加两位数的进位加法在实际生活中的应用。</w:t>
            </w:r>
          </w:p>
          <w:p>
            <w:pPr>
              <w:spacing w:after="20" w:line="276" w:lineRule="auto"/>
            </w:pPr>
            <w:r>
              <w:rPr>
                <w:rFonts w:ascii="宋体" w:hAnsi="宋体" w:eastAsia="宋体"/>
                <w:b w:val="0"/>
                <w:sz w:val="18"/>
              </w:rPr>
              <w:t>进一步提高学生用加法解决问题的能力，渗透连加的意识和简便计算的意识。</w:t>
            </w:r>
          </w:p>
          <w:p>
            <w:pPr>
              <w:spacing w:after="20" w:line="276" w:lineRule="auto"/>
            </w:pPr>
            <w:r>
              <w:rPr>
                <w:rFonts w:ascii="宋体" w:hAnsi="宋体" w:eastAsia="宋体"/>
                <w:b w:val="0"/>
                <w:sz w:val="18"/>
              </w:rPr>
              <w:t>题目与生活实际很贴近,具有现实性,有利于学生灵活运用所学数学知识解决问题。</w:t>
            </w:r>
          </w:p>
        </w:tc>
      </w:tr>
      <w:tr>
        <w:tc>
          <w:tcPr>
            <w:tcW w:type="dxa" w:w="1474"/>
          </w:tcPr>
          <w:p>
            <w:pPr>
              <w:spacing w:after="20" w:line="276" w:lineRule="auto"/>
            </w:pPr>
            <w:r>
              <w:rPr>
                <w:b/>
              </w:rPr>
            </w:r>
            <w:r>
              <w:rPr>
                <w:rFonts w:ascii="宋体" w:hAnsi="宋体" w:eastAsia="宋体"/>
                <w:b/>
                <w:sz w:val="18"/>
              </w:rPr>
              <w:t>四、巩固练习</w:t>
            </w:r>
          </w:p>
        </w:tc>
        <w:tc>
          <w:tcPr>
            <w:tcW w:type="dxa" w:w="3061"/>
          </w:tcPr>
          <w:p>
            <w:pPr>
              <w:spacing w:after="20" w:line="276" w:lineRule="auto"/>
            </w:pPr>
            <w:r/>
            <w:r>
              <w:rPr>
                <w:rFonts w:ascii="宋体" w:hAnsi="宋体" w:eastAsia="宋体"/>
                <w:b w:val="0"/>
                <w:sz w:val="18"/>
              </w:rPr>
              <w:t>完成教科书P60~61“练一练”第1、5、8题。</w:t>
            </w:r>
          </w:p>
        </w:tc>
        <w:tc>
          <w:tcPr>
            <w:tcW w:type="dxa" w:w="3061"/>
          </w:tcPr>
          <w:p>
            <w:pPr>
              <w:spacing w:after="20" w:line="276" w:lineRule="auto"/>
            </w:pPr>
            <w:r/>
            <w:r>
              <w:rPr>
                <w:rFonts w:ascii="宋体" w:hAnsi="宋体" w:eastAsia="宋体"/>
                <w:b w:val="0"/>
                <w:sz w:val="18"/>
              </w:rPr>
              <w:t>学生独立完成,全班集体交流订正。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师:通过这节课的学习,你们有哪些收获?</w:t>
            </w:r>
          </w:p>
          <w:p>
            <w:pPr>
              <w:spacing w:after="20" w:line="276" w:lineRule="auto"/>
            </w:pPr>
            <w:r>
              <w:rPr>
                <w:rFonts w:ascii="宋体" w:hAnsi="宋体" w:eastAsia="宋体"/>
                <w:b w:val="0"/>
                <w:sz w:val="18"/>
              </w:rPr>
              <w:t>师小结:这节课我们巩固了两位数加两位数的计算方法,并解决了一些实际问题,在计算时一定要注意认真审题,细心计算。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教科书P60~61“练一练”第1~5,7~9题。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中,先引导学生自主思考,再小组讨论,然后集体交流,教师点评,有意识地让优秀生带动后进生,这样,在尊重差异的基础上,合理地利用了差异资源。让学生明确什么叫进位,注意发展学生的思维,培养学生的计算能力,知识上做到堂堂清、天天清,教师还可以适当补充有关思维性的练习。</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整理和复习</w:t>
            </w:r>
          </w:p>
        </w:tc>
        <w:tc>
          <w:tcPr>
            <w:tcW w:type="dxa" w:w="6009"/>
          </w:tcPr>
          <w:p>
            <w:pPr>
              <w:spacing w:after="20" w:line="276" w:lineRule="auto"/>
            </w:pPr>
            <w:r/>
            <w:r>
              <w:rPr>
                <w:rFonts w:ascii="宋体" w:hAnsi="宋体" w:eastAsia="宋体"/>
                <w:b w:val="0"/>
                <w:sz w:val="20"/>
              </w:rPr>
              <w:t>第5单元 100以内的笔算加、减法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一年级学生学习主要以直观、形象思维为主,而且在课堂上注意力集中的时间还相对较短，他们已经学会口算两位数加、减一位数、整十数和两位数（不进位、不退位）,知道在计算时,个位上的数要和个位上的数相加、减,十位上的数要和十位上的数相加、减,这是笔算加、减法时相同数位要对齐的基础和学习新知识的出发点。教学时应强化对20以内进位加法和退位减法的训练,这将对提高笔算进位加法和退位减法的准确率以及计算速度有很大帮助。</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教学内容：教科书P66，完成教科书P67~68“练一练”第3~8题。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（1）在对知识进行整理和复习的过程中，进一步巩固笔算加、减法的计算方法，提高计算的准确率和速度。</w:t>
      </w:r>
    </w:p>
    <w:p>
      <w:pPr>
        <w:spacing w:after="20" w:line="300" w:lineRule="auto"/>
        <w:ind w:firstLine="400"/>
      </w:pPr>
      <w:r>
        <w:rPr>
          <w:rFonts w:ascii="宋体" w:hAnsi="宋体" w:eastAsia="宋体"/>
          <w:b w:val="0"/>
          <w:sz w:val="20"/>
        </w:rPr>
        <w:t>（2）通过复习，培养学生灵活运用计算策略解决数学问题的能力，培养学生认真仔细的计算习惯。</w:t>
      </w:r>
    </w:p>
    <w:p>
      <w:pPr>
        <w:spacing w:after="20" w:line="300" w:lineRule="auto"/>
      </w:pPr>
      <w:r>
        <w:rPr>
          <w:rFonts w:ascii="宋体" w:hAnsi="宋体" w:eastAsia="宋体"/>
          <w:b w:val="0"/>
          <w:sz w:val="20"/>
        </w:rPr>
        <w:t>教学重点：建构知识网络，提高计算能力。</w:t>
      </w:r>
    </w:p>
    <w:p>
      <w:pPr>
        <w:spacing w:after="20" w:line="300" w:lineRule="auto"/>
      </w:pPr>
      <w:r>
        <w:rPr>
          <w:rFonts w:ascii="宋体" w:hAnsi="宋体" w:eastAsia="宋体"/>
          <w:b w:val="0"/>
          <w:sz w:val="20"/>
        </w:rPr>
        <w:t>教学难点：能灵活运用加、减法的计算策略解决问题。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一、建构知识网络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其他同学还有补充的吗？；同学们掌握了哪些计算方法呢？你能继续完成这个知识图吗？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二、闯关练习</w:t>
            </w:r>
          </w:p>
        </w:tc>
        <w:tc>
          <w:tcPr>
            <w:tcW w:type="dxa" w:w="1814"/>
          </w:tcPr>
          <w:p>
            <w:pPr>
              <w:spacing w:after="20" w:line="276" w:lineRule="auto"/>
            </w:pPr>
            <w:r/>
            <w:r>
              <w:rPr>
                <w:rFonts w:ascii="宋体" w:hAnsi="宋体" w:eastAsia="宋体"/>
                <w:b w:val="0"/>
                <w:sz w:val="18"/>
              </w:rPr>
              <w:t>课件、练习本、教科书、统计表</w:t>
            </w:r>
          </w:p>
        </w:tc>
        <w:tc>
          <w:tcPr>
            <w:tcW w:type="dxa" w:w="3402"/>
          </w:tcPr>
          <w:p>
            <w:pPr>
              <w:spacing w:after="20" w:line="276" w:lineRule="auto"/>
            </w:pPr>
            <w:r/>
            <w:r>
              <w:rPr>
                <w:rFonts w:ascii="宋体" w:hAnsi="宋体" w:eastAsia="宋体"/>
                <w:b w:val="0"/>
                <w:sz w:val="18"/>
              </w:rPr>
              <w:t>观察上面的四个算式,你们发现笔算加、减法有哪些相同点?；有哪些不同点?</w:t>
            </w:r>
          </w:p>
        </w:tc>
        <w:tc>
          <w:tcPr>
            <w:tcW w:type="dxa" w:w="1361"/>
          </w:tcPr>
          <w:p>
            <w:pPr>
              <w:spacing w:after="20" w:line="276" w:lineRule="auto"/>
            </w:pPr>
            <w:r/>
            <w:r>
              <w:rPr>
                <w:rFonts w:ascii="宋体" w:hAnsi="宋体" w:eastAsia="宋体"/>
                <w:b w:val="0"/>
                <w:sz w:val="18"/>
              </w:rPr>
              <w:t>30分钟</w:t>
            </w:r>
          </w:p>
        </w:tc>
      </w:tr>
      <w:tr>
        <w:tc>
          <w:tcPr>
            <w:tcW w:type="dxa" w:w="2835"/>
          </w:tcPr>
          <w:p>
            <w:pPr>
              <w:spacing w:after="20" w:line="276" w:lineRule="auto"/>
            </w:pPr>
            <w:r/>
            <w:r>
              <w:rPr>
                <w:rFonts w:ascii="宋体" w:hAnsi="宋体" w:eastAsia="宋体"/>
                <w:b w:val="0"/>
                <w:sz w:val="18"/>
              </w:rPr>
              <w:t>三、课堂小结，畅谈收获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一、建构知识网络</w:t>
            </w:r>
          </w:p>
        </w:tc>
        <w:tc>
          <w:tcPr>
            <w:tcW w:type="dxa" w:w="3061"/>
          </w:tcPr>
          <w:p>
            <w:pPr>
              <w:spacing w:after="20" w:line="276" w:lineRule="auto"/>
            </w:pPr>
            <w:r/>
            <w:r>
              <w:rPr>
                <w:rFonts w:ascii="宋体" w:hAnsi="宋体" w:eastAsia="宋体"/>
                <w:b w:val="0"/>
                <w:sz w:val="18"/>
              </w:rPr>
              <w:t>师：今天我们对第五单元100以内的笔算加、减法进行整理和复习，大家回顾一下本单元我们学习过的知识有哪些。</w:t>
            </w:r>
          </w:p>
          <w:p>
            <w:pPr>
              <w:spacing w:after="20" w:line="276" w:lineRule="auto"/>
            </w:pPr>
            <w:r>
              <w:rPr>
                <w:rFonts w:ascii="宋体" w:hAnsi="宋体" w:eastAsia="宋体"/>
                <w:b w:val="0"/>
                <w:sz w:val="18"/>
              </w:rPr>
              <w:t>指名学生回答。</w:t>
            </w:r>
          </w:p>
          <w:p>
            <w:pPr>
              <w:spacing w:after="20" w:line="276" w:lineRule="auto"/>
            </w:pPr>
            <w:r>
              <w:rPr>
                <w:rFonts w:ascii="宋体" w:hAnsi="宋体" w:eastAsia="宋体"/>
                <w:b w:val="0"/>
                <w:sz w:val="18"/>
              </w:rPr>
              <w:t>师：其他同学还有补充的吗？</w:t>
            </w:r>
          </w:p>
          <w:p>
            <w:pPr>
              <w:spacing w:after="20" w:line="276" w:lineRule="auto"/>
            </w:pPr>
            <w:r>
              <w:rPr>
                <w:rFonts w:ascii="宋体" w:hAnsi="宋体" w:eastAsia="宋体"/>
                <w:b w:val="0"/>
                <w:sz w:val="18"/>
              </w:rPr>
              <w:t>随着学生的回答，出示课件。</w:t>
            </w:r>
          </w:p>
          <w:p>
            <w:pPr>
              <w:spacing w:after="20" w:line="276" w:lineRule="auto"/>
            </w:pPr>
            <w:r>
              <w:rPr>
                <w:rFonts w:ascii="宋体" w:hAnsi="宋体" w:eastAsia="宋体"/>
                <w:b w:val="0"/>
                <w:sz w:val="18"/>
              </w:rPr>
              <w:t>师：同学们掌握了哪些计算方法呢？你能继续完成这个知识图吗？</w:t>
            </w:r>
          </w:p>
          <w:p>
            <w:pPr>
              <w:spacing w:after="20" w:line="276" w:lineRule="auto"/>
            </w:pPr>
            <w:r>
              <w:rPr>
                <w:rFonts w:ascii="宋体" w:hAnsi="宋体" w:eastAsia="宋体"/>
                <w:b w:val="0"/>
                <w:sz w:val="18"/>
              </w:rPr>
              <w:t>师：同学们真的是收获满满，请把你们学到的知识有规律地画一画、写一写，整理出来。</w:t>
            </w:r>
          </w:p>
          <w:p>
            <w:pPr>
              <w:spacing w:after="20" w:line="276" w:lineRule="auto"/>
            </w:pPr>
            <w:r>
              <w:rPr>
                <w:rFonts w:ascii="宋体" w:hAnsi="宋体" w:eastAsia="宋体"/>
                <w:b w:val="0"/>
                <w:sz w:val="18"/>
              </w:rPr>
              <w:t>师：这节课，我们将分小组进行比赛，看谁的知识掌握得最牢固。每次闯关成功的小组会获得一颗“学习星”，看哪一组最终获胜。</w:t>
            </w:r>
          </w:p>
        </w:tc>
        <w:tc>
          <w:tcPr>
            <w:tcW w:type="dxa" w:w="3061"/>
          </w:tcPr>
          <w:p>
            <w:pPr>
              <w:spacing w:after="20" w:line="276" w:lineRule="auto"/>
            </w:pPr>
            <w:r/>
            <w:r>
              <w:rPr>
                <w:rFonts w:ascii="宋体" w:hAnsi="宋体" w:eastAsia="宋体"/>
                <w:b w:val="0"/>
                <w:sz w:val="18"/>
              </w:rPr>
              <w:t>预设1：我会列竖式计算100以内的加、减法了。</w:t>
            </w:r>
          </w:p>
          <w:p>
            <w:pPr>
              <w:spacing w:after="20" w:line="276" w:lineRule="auto"/>
            </w:pPr>
            <w:r>
              <w:rPr>
                <w:rFonts w:ascii="宋体" w:hAnsi="宋体" w:eastAsia="宋体"/>
                <w:b w:val="0"/>
                <w:sz w:val="18"/>
              </w:rPr>
              <w:t>预设2：我知道了列竖式计算时要把相同数位对齐，从个位算起，计算加法时个位相加满十，要向十位进1；计算减法时，个位不够减，从十位退1当10。</w:t>
            </w:r>
          </w:p>
          <w:p>
            <w:pPr>
              <w:spacing w:after="20" w:line="276" w:lineRule="auto"/>
            </w:pPr>
            <w:r>
              <w:rPr>
                <w:rFonts w:ascii="宋体" w:hAnsi="宋体" w:eastAsia="宋体"/>
                <w:b w:val="0"/>
                <w:sz w:val="18"/>
              </w:rPr>
              <w:t>学生独立完成，并在组内交流展示。</w:t>
            </w:r>
          </w:p>
        </w:tc>
        <w:tc>
          <w:tcPr>
            <w:tcW w:type="dxa" w:w="1814"/>
          </w:tcPr>
          <w:p>
            <w:pPr>
              <w:spacing w:after="20" w:line="276" w:lineRule="auto"/>
            </w:pPr>
            <w:r/>
            <w:r>
              <w:rPr>
                <w:rFonts w:ascii="宋体" w:hAnsi="宋体" w:eastAsia="宋体"/>
                <w:b w:val="0"/>
                <w:sz w:val="18"/>
              </w:rPr>
              <w:t>带着学生将本单元的知识进行梳理，将知识串联起来，形成知识网络，了解本节课要复习的内容。</w:t>
            </w:r>
          </w:p>
          <w:p>
            <w:pPr>
              <w:spacing w:after="20" w:line="276" w:lineRule="auto"/>
            </w:pPr>
            <w:r>
              <w:rPr>
                <w:rFonts w:ascii="宋体" w:hAnsi="宋体" w:eastAsia="宋体"/>
                <w:b w:val="0"/>
                <w:sz w:val="18"/>
              </w:rPr>
              <w:t>以比赛的形式进行教学，激发学生的学习兴趣与积极性。</w:t>
            </w:r>
          </w:p>
        </w:tc>
      </w:tr>
      <w:tr>
        <w:tc>
          <w:tcPr>
            <w:tcW w:type="dxa" w:w="1474"/>
          </w:tcPr>
          <w:p>
            <w:pPr>
              <w:spacing w:after="20" w:line="276" w:lineRule="auto"/>
            </w:pPr>
            <w:r>
              <w:rPr>
                <w:b/>
              </w:rPr>
            </w:r>
            <w:r>
              <w:rPr>
                <w:rFonts w:ascii="宋体" w:hAnsi="宋体" w:eastAsia="宋体"/>
                <w:b/>
                <w:sz w:val="18"/>
              </w:rPr>
              <w:t>二、闯关练习</w:t>
            </w:r>
          </w:p>
        </w:tc>
        <w:tc>
          <w:tcPr>
            <w:tcW w:type="dxa" w:w="3061"/>
          </w:tcPr>
          <w:p>
            <w:pPr>
              <w:spacing w:after="20" w:line="276" w:lineRule="auto"/>
            </w:pPr>
            <w:r/>
            <w:r>
              <w:rPr>
                <w:rFonts w:ascii="宋体" w:hAnsi="宋体" w:eastAsia="宋体"/>
                <w:b w:val="0"/>
                <w:sz w:val="18"/>
              </w:rPr>
              <w:t>1.第一关：火眼金睛找异同。</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师:每组依次选两个算式,如第一组选第1、2个算式,第二组选第2、3个算式,第三组选第3、4个算式,第四组选第1、4个算式,看哪组算得又对又快,每组派一名代表上来板演,做对应的题,其他同学在自己的练习本上做。</w:t>
            </w:r>
          </w:p>
          <w:p>
            <w:pPr>
              <w:spacing w:after="20" w:line="276" w:lineRule="auto"/>
            </w:pPr>
            <w:r>
              <w:rPr>
                <w:rFonts w:ascii="宋体" w:hAnsi="宋体" w:eastAsia="宋体"/>
                <w:b w:val="0"/>
                <w:sz w:val="18"/>
              </w:rPr>
              <w:t>师:每个组都做对了,你们评一评,觉得哪个组表现最好,他们小组就可以获得一颗“学习星”。</w:t>
            </w:r>
          </w:p>
          <w:p>
            <w:pPr>
              <w:spacing w:after="20" w:line="276" w:lineRule="auto"/>
            </w:pPr>
            <w:r>
              <w:rPr>
                <w:rFonts w:ascii="宋体" w:hAnsi="宋体" w:eastAsia="宋体"/>
                <w:b w:val="0"/>
                <w:sz w:val="18"/>
              </w:rPr>
              <w:t>(2)师:观察上面的四个算式,你们发现笔算加、减法有哪些相同点?</w:t>
            </w:r>
          </w:p>
          <w:p>
            <w:pPr>
              <w:spacing w:after="20" w:line="276" w:lineRule="auto"/>
            </w:pPr>
            <w:r>
              <w:rPr>
                <w:rFonts w:ascii="宋体" w:hAnsi="宋体" w:eastAsia="宋体"/>
                <w:b w:val="0"/>
                <w:sz w:val="18"/>
              </w:rPr>
              <w:t>师:有哪些不同点?</w:t>
            </w:r>
          </w:p>
          <w:p>
            <w:pPr>
              <w:spacing w:after="20" w:line="276" w:lineRule="auto"/>
            </w:pPr>
            <w:r>
              <w:rPr>
                <w:rFonts w:ascii="宋体" w:hAnsi="宋体" w:eastAsia="宋体"/>
                <w:b w:val="0"/>
                <w:sz w:val="18"/>
              </w:rPr>
              <w:t>教师引导,让学生清晰地表达出不同点:笔算加法分为不进位加法和进位加法,进位加法中,如果个位上的数相加满十要向十位进1,计算十位时不要忘记加进上来的1。笔算减法分为不退位减法和退位减法,退位减法中,如果个位上的数不够减,要从十位退1当10,计算十位时不要忘记减去退位的1。</w:t>
            </w:r>
          </w:p>
          <w:p>
            <w:pPr>
              <w:spacing w:after="20" w:line="276" w:lineRule="auto"/>
            </w:pPr>
            <w:r>
              <w:rPr>
                <w:rFonts w:ascii="宋体" w:hAnsi="宋体" w:eastAsia="宋体"/>
                <w:b w:val="0"/>
                <w:sz w:val="18"/>
              </w:rPr>
              <w:t>(3)完成教科书P67“练一练”第3题。</w:t>
            </w:r>
          </w:p>
          <w:p>
            <w:pPr>
              <w:spacing w:after="20" w:line="276" w:lineRule="auto"/>
            </w:pPr>
            <w:r>
              <w:rPr>
                <w:rFonts w:ascii="宋体" w:hAnsi="宋体" w:eastAsia="宋体"/>
                <w:b w:val="0"/>
                <w:sz w:val="18"/>
              </w:rPr>
              <w:t>师:计时8分钟,看谁做得又快又好,全对的同学可以为你所在的小组加分。学生独立完成,教师巡视,发现问题及时纠正。</w:t>
            </w:r>
          </w:p>
          <w:p>
            <w:pPr>
              <w:spacing w:after="20" w:line="276" w:lineRule="auto"/>
            </w:pPr>
            <w:r>
              <w:rPr>
                <w:rFonts w:ascii="宋体" w:hAnsi="宋体" w:eastAsia="宋体"/>
                <w:b w:val="0"/>
                <w:sz w:val="18"/>
              </w:rPr>
              <w:t>2.第二关:综合练习。</w:t>
            </w:r>
          </w:p>
          <w:p>
            <w:pPr>
              <w:spacing w:after="20" w:line="276" w:lineRule="auto"/>
            </w:pPr>
            <w:r>
              <w:rPr>
                <w:rFonts w:ascii="宋体" w:hAnsi="宋体" w:eastAsia="宋体"/>
                <w:b w:val="0"/>
                <w:sz w:val="18"/>
              </w:rPr>
              <w:t>完成教科书P67“练一练”第4、5题。</w:t>
            </w:r>
          </w:p>
          <w:p>
            <w:pPr>
              <w:spacing w:after="20" w:line="276" w:lineRule="auto"/>
            </w:pPr>
            <w:r>
              <w:rPr>
                <w:rFonts w:ascii="宋体" w:hAnsi="宋体" w:eastAsia="宋体"/>
                <w:b w:val="0"/>
                <w:sz w:val="18"/>
              </w:rPr>
              <w:t>师:上面的一关同学们都轻松地闯过了,这一关的两道题可是要独立完成的哟!你们还有信心吗?</w:t>
            </w:r>
          </w:p>
          <w:p>
            <w:pPr>
              <w:spacing w:after="20" w:line="276" w:lineRule="auto"/>
            </w:pPr>
            <w:r>
              <w:rPr>
                <w:rFonts w:ascii="宋体" w:hAnsi="宋体" w:eastAsia="宋体"/>
                <w:b w:val="0"/>
                <w:sz w:val="18"/>
              </w:rPr>
              <w:t>第5题让学生先独立计算再交流。在交流过程中教师引导学生体会“一个加数不变，另一个加数变大（或变小），和也随着变大（或变小）”“被减数不变，减数变大（或变小），差反而变小（或变大）”。</w:t>
            </w:r>
          </w:p>
          <w:p>
            <w:pPr>
              <w:spacing w:after="20" w:line="276" w:lineRule="auto"/>
            </w:pPr>
            <w:r>
              <w:rPr>
                <w:rFonts w:ascii="宋体" w:hAnsi="宋体" w:eastAsia="宋体"/>
                <w:b w:val="0"/>
                <w:sz w:val="18"/>
              </w:rPr>
              <w:t>3.第三关：解决问题练习。</w:t>
            </w:r>
          </w:p>
          <w:p>
            <w:pPr>
              <w:spacing w:after="20" w:line="276" w:lineRule="auto"/>
            </w:pPr>
            <w:r>
              <w:rPr>
                <w:rFonts w:ascii="宋体" w:hAnsi="宋体" w:eastAsia="宋体"/>
                <w:b w:val="0"/>
                <w:sz w:val="18"/>
              </w:rPr>
              <w:t>（1）完成教科书P68“练一练”第6题。</w:t>
            </w:r>
          </w:p>
          <w:p>
            <w:pPr>
              <w:spacing w:after="20" w:line="276" w:lineRule="auto"/>
            </w:pPr>
            <w:r>
              <w:rPr>
                <w:rFonts w:ascii="宋体" w:hAnsi="宋体" w:eastAsia="宋体"/>
                <w:b w:val="0"/>
                <w:sz w:val="18"/>
              </w:rPr>
              <w:t>师：从题中你知道了什么信息？问题是什么？自己先尝试解答。</w:t>
            </w:r>
          </w:p>
          <w:p>
            <w:pPr>
              <w:spacing w:after="20" w:line="276" w:lineRule="auto"/>
            </w:pPr>
            <w:r>
              <w:rPr>
                <w:rFonts w:ascii="宋体" w:hAnsi="宋体" w:eastAsia="宋体"/>
                <w:b w:val="0"/>
                <w:sz w:val="18"/>
              </w:rPr>
              <w:t>（2）完成教科书P68“练一练”第7题。</w:t>
            </w:r>
          </w:p>
          <w:p>
            <w:pPr>
              <w:spacing w:after="20" w:line="276" w:lineRule="auto"/>
            </w:pPr>
            <w:r>
              <w:rPr>
                <w:rFonts w:ascii="宋体" w:hAnsi="宋体" w:eastAsia="宋体"/>
                <w:b w:val="0"/>
                <w:sz w:val="18"/>
              </w:rPr>
              <w:t>引导学生认真读题,看懂统计表,再根据问题去寻找有用的信息,独立解决第(1)小题和第(2)小题,全班展示交流。</w:t>
            </w:r>
          </w:p>
          <w:p>
            <w:pPr>
              <w:spacing w:after="20" w:line="276" w:lineRule="auto"/>
            </w:pPr>
            <w:r>
              <w:rPr>
                <w:rFonts w:ascii="宋体" w:hAnsi="宋体" w:eastAsia="宋体"/>
                <w:b w:val="0"/>
                <w:sz w:val="18"/>
              </w:rPr>
              <w:t>教师引导学生提出其他问题并解答。</w:t>
            </w:r>
          </w:p>
          <w:p>
            <w:pPr>
              <w:spacing w:after="20" w:line="276" w:lineRule="auto"/>
            </w:pPr>
            <w:r>
              <w:rPr>
                <w:rFonts w:ascii="宋体" w:hAnsi="宋体" w:eastAsia="宋体"/>
                <w:b w:val="0"/>
                <w:sz w:val="18"/>
              </w:rPr>
              <w:t>4.第四关：拓展思维练习。</w:t>
            </w:r>
          </w:p>
          <w:p>
            <w:pPr>
              <w:spacing w:after="20" w:line="276" w:lineRule="auto"/>
            </w:pPr>
            <w:r>
              <w:rPr>
                <w:rFonts w:ascii="宋体" w:hAnsi="宋体" w:eastAsia="宋体"/>
                <w:b w:val="0"/>
                <w:sz w:val="18"/>
              </w:rPr>
              <w:t>（1）完成教科书P68“练一练”第8题。</w:t>
            </w:r>
          </w:p>
          <w:p>
            <w:pPr>
              <w:spacing w:after="20" w:line="276" w:lineRule="auto"/>
            </w:pPr>
            <w:r>
              <w:rPr>
                <w:rFonts w:ascii="宋体" w:hAnsi="宋体" w:eastAsia="宋体"/>
                <w:b w:val="0"/>
                <w:sz w:val="18"/>
              </w:rPr>
              <w:t>师:观察这4个数,有什么发现?这道题是要我们解决什么问题?</w:t>
            </w:r>
          </w:p>
          <w:p>
            <w:pPr>
              <w:spacing w:after="20" w:line="276" w:lineRule="auto"/>
            </w:pPr>
            <w:r>
              <w:rPr>
                <w:rFonts w:ascii="宋体" w:hAnsi="宋体" w:eastAsia="宋体"/>
                <w:b w:val="0"/>
                <w:sz w:val="18"/>
              </w:rPr>
              <w:t>师：该怎样填呢？</w:t>
            </w:r>
          </w:p>
          <w:p>
            <w:pPr>
              <w:spacing w:after="20" w:line="276" w:lineRule="auto"/>
            </w:pPr>
            <w:r>
              <w:rPr>
                <w:rFonts w:ascii="宋体" w:hAnsi="宋体" w:eastAsia="宋体"/>
                <w:b w:val="0"/>
                <w:sz w:val="18"/>
              </w:rPr>
              <w:t>（2）课件出示练习题。</w:t>
            </w:r>
          </w:p>
          <w:p>
            <w:pPr>
              <w:spacing w:after="20" w:line="276" w:lineRule="auto"/>
            </w:pPr>
            <w:r>
              <w:rPr>
                <w:rFonts w:ascii="宋体" w:hAnsi="宋体" w:eastAsia="宋体"/>
                <w:b w:val="0"/>
                <w:sz w:val="18"/>
              </w:rPr>
              <w:t>师:观察题目,每条线上3个数相加,这样应该是6个数呀,为什么题目只给了5个数?</w:t>
            </w:r>
          </w:p>
          <w:p>
            <w:pPr>
              <w:spacing w:after="20" w:line="276" w:lineRule="auto"/>
            </w:pPr>
            <w:r>
              <w:rPr>
                <w:rFonts w:ascii="宋体" w:hAnsi="宋体" w:eastAsia="宋体"/>
                <w:b w:val="0"/>
                <w:sz w:val="18"/>
              </w:rPr>
              <w:t>师:是的,中间那个数重复了一次。只要填出了中间数,剩下4个数的填法就和上一道题是一样的了。有同学知道中间的那个数填什么吗?</w:t>
            </w:r>
          </w:p>
          <w:p>
            <w:pPr>
              <w:spacing w:after="20" w:line="276" w:lineRule="auto"/>
            </w:pPr>
            <w:r>
              <w:rPr>
                <w:rFonts w:ascii="宋体" w:hAnsi="宋体" w:eastAsia="宋体"/>
                <w:b w:val="0"/>
                <w:sz w:val="18"/>
              </w:rPr>
              <w:t>教师可根据学生情况进行拓展探究:你们还能使每条线上3个数的和是多少?这些和有什么特征?</w:t>
            </w:r>
          </w:p>
        </w:tc>
        <w:tc>
          <w:tcPr>
            <w:tcW w:type="dxa" w:w="3061"/>
          </w:tcPr>
          <w:p>
            <w:pPr>
              <w:spacing w:after="20" w:line="276" w:lineRule="auto"/>
            </w:pPr>
            <w:r/>
            <w:r>
              <w:rPr>
                <w:rFonts w:ascii="宋体" w:hAnsi="宋体" w:eastAsia="宋体"/>
                <w:b w:val="0"/>
                <w:sz w:val="18"/>
              </w:rPr>
              <w:t>全班集体订正。</w:t>
            </w:r>
          </w:p>
          <w:p>
            <w:pPr>
              <w:spacing w:after="20" w:line="276" w:lineRule="auto"/>
            </w:pPr>
            <w:r>
              <w:rPr>
                <w:rFonts w:ascii="宋体" w:hAnsi="宋体" w:eastAsia="宋体"/>
                <w:b w:val="0"/>
                <w:sz w:val="18"/>
              </w:rPr>
              <w:t>笔算加、减法都要把相同数位对齐,都从个位算起。</w:t>
            </w:r>
          </w:p>
          <w:p>
            <w:pPr>
              <w:spacing w:after="20" w:line="276" w:lineRule="auto"/>
            </w:pPr>
            <w:r>
              <w:rPr>
                <w:rFonts w:ascii="宋体" w:hAnsi="宋体" w:eastAsia="宋体"/>
                <w:b w:val="0"/>
                <w:sz w:val="18"/>
              </w:rPr>
              <w:t>学生独立完成后集体订正,给做对的小组加分。</w:t>
            </w:r>
          </w:p>
          <w:p>
            <w:pPr>
              <w:spacing w:after="20" w:line="276" w:lineRule="auto"/>
            </w:pPr>
            <w:r>
              <w:rPr>
                <w:rFonts w:ascii="宋体" w:hAnsi="宋体" w:eastAsia="宋体"/>
                <w:b w:val="0"/>
                <w:sz w:val="18"/>
              </w:rPr>
              <w:t>第4题学生先算出算式的得数，再来比较，提醒学生灵活地采用口算、估算、笔算等不同的计算方法来比较大小。</w:t>
            </w:r>
          </w:p>
          <w:p>
            <w:pPr>
              <w:spacing w:after="20" w:line="276" w:lineRule="auto"/>
            </w:pPr>
            <w:r>
              <w:rPr>
                <w:rFonts w:ascii="宋体" w:hAnsi="宋体" w:eastAsia="宋体"/>
                <w:b w:val="0"/>
                <w:sz w:val="18"/>
              </w:rPr>
              <w:t>本题知道了草莓的总箱数和还剩的箱数，要求卖掉的箱数，其实就是已知总量和部分量，求另一部分量，用减法计算，列式为43-28=15（箱）。</w:t>
            </w:r>
          </w:p>
          <w:p>
            <w:pPr>
              <w:spacing w:after="20" w:line="276" w:lineRule="auto"/>
            </w:pPr>
            <w:r>
              <w:rPr>
                <w:rFonts w:ascii="宋体" w:hAnsi="宋体" w:eastAsia="宋体"/>
                <w:b w:val="0"/>
                <w:sz w:val="18"/>
              </w:rPr>
              <w:t>学生可能信息找错了、计算出现错误等，教师应及时指导订正。</w:t>
            </w:r>
          </w:p>
          <w:p>
            <w:pPr>
              <w:spacing w:after="20" w:line="276" w:lineRule="auto"/>
            </w:pPr>
            <w:r>
              <w:rPr>
                <w:rFonts w:ascii="宋体" w:hAnsi="宋体" w:eastAsia="宋体"/>
                <w:b w:val="0"/>
                <w:sz w:val="18"/>
              </w:rPr>
              <w:t>它们是相邻的4个数。这道题要用这4个数写出一个加减混合的算式。</w:t>
            </w:r>
          </w:p>
          <w:p>
            <w:pPr>
              <w:spacing w:after="20" w:line="276" w:lineRule="auto"/>
            </w:pPr>
            <w:r>
              <w:rPr>
                <w:rFonts w:ascii="宋体" w:hAnsi="宋体" w:eastAsia="宋体"/>
                <w:b w:val="0"/>
                <w:sz w:val="18"/>
              </w:rPr>
              <w:t>先把4个数分成两两相加且和相等的两组：最大数和最小数一组，中间两个数一组；再用任意一组的两个数做加法，然后减去另一组中的一个数，就等于另一组中的另一个数。答案为16+19-17=18，16+19-18=17，17+18-16=19，17+18-19=16。</w:t>
            </w:r>
          </w:p>
          <w:p>
            <w:pPr>
              <w:spacing w:after="20" w:line="276" w:lineRule="auto"/>
            </w:pPr>
            <w:r>
              <w:rPr>
                <w:rFonts w:ascii="宋体" w:hAnsi="宋体" w:eastAsia="宋体"/>
                <w:b w:val="0"/>
                <w:sz w:val="18"/>
              </w:rPr>
              <w:t>部分学生能说出中间的数重复了一次。</w:t>
            </w:r>
          </w:p>
          <w:p>
            <w:pPr>
              <w:spacing w:after="20" w:line="276" w:lineRule="auto"/>
            </w:pPr>
            <w:r>
              <w:rPr>
                <w:rFonts w:ascii="宋体" w:hAnsi="宋体" w:eastAsia="宋体"/>
                <w:b w:val="0"/>
                <w:sz w:val="18"/>
              </w:rPr>
              <w:t>大部分学生可能很难一下子说出答案,教师可适当引导和提示,启发学生分析得出中间数是23，再继续填写其他的数。</w:t>
            </w:r>
          </w:p>
          <w:p>
            <w:pPr>
              <w:spacing w:after="20" w:line="276" w:lineRule="auto"/>
            </w:pPr>
            <w:r>
              <w:rPr>
                <w:rFonts w:ascii="宋体" w:hAnsi="宋体" w:eastAsia="宋体"/>
                <w:b w:val="0"/>
                <w:sz w:val="18"/>
              </w:rPr>
              <w:t>还可以把21或25填在中间,那每条线上3个数的和是68或70。</w:t>
            </w:r>
          </w:p>
        </w:tc>
        <w:tc>
          <w:tcPr>
            <w:tcW w:type="dxa" w:w="1814"/>
          </w:tcPr>
          <w:p>
            <w:pPr>
              <w:spacing w:after="20" w:line="276" w:lineRule="auto"/>
            </w:pPr>
            <w:r/>
            <w:r>
              <w:rPr>
                <w:rFonts w:ascii="宋体" w:hAnsi="宋体" w:eastAsia="宋体"/>
                <w:b w:val="0"/>
                <w:sz w:val="18"/>
              </w:rPr>
              <w:t>以有趣的形式激发学生进行练习的兴趣,巩固他们对竖式计算的掌握，让学生对两位数加、减两位数的笔算方法有更好的理解。</w:t>
            </w:r>
          </w:p>
          <w:p>
            <w:pPr>
              <w:spacing w:after="20" w:line="276" w:lineRule="auto"/>
            </w:pPr>
            <w:r>
              <w:rPr>
                <w:rFonts w:ascii="宋体" w:hAnsi="宋体" w:eastAsia="宋体"/>
                <w:b w:val="0"/>
                <w:sz w:val="18"/>
              </w:rPr>
              <w:t>通过不同形式的练习，巩固计算方法，提高学生计算的正确率以及计算的熟练程度。</w:t>
            </w:r>
          </w:p>
          <w:p>
            <w:pPr>
              <w:spacing w:after="20" w:line="276" w:lineRule="auto"/>
            </w:pPr>
            <w:r>
              <w:rPr>
                <w:rFonts w:ascii="宋体" w:hAnsi="宋体" w:eastAsia="宋体"/>
                <w:b w:val="0"/>
                <w:sz w:val="18"/>
              </w:rPr>
              <w:t>用统计表呈现了多种信息,让学生在解决问题中体会两位数的加法在实际生活中的应用。</w:t>
            </w:r>
          </w:p>
          <w:p>
            <w:pPr>
              <w:spacing w:after="20" w:line="276" w:lineRule="auto"/>
            </w:pPr>
            <w:r>
              <w:rPr>
                <w:rFonts w:ascii="宋体" w:hAnsi="宋体" w:eastAsia="宋体"/>
                <w:b w:val="0"/>
                <w:sz w:val="18"/>
              </w:rPr>
              <w:t>激发学生探索数学知识的兴趣,拓展学生的数学视野,培养学生思维的灵活性和条理性。</w:t>
            </w:r>
          </w:p>
        </w:tc>
      </w:tr>
      <w:tr>
        <w:tc>
          <w:tcPr>
            <w:tcW w:type="dxa" w:w="1474"/>
          </w:tcPr>
          <w:p>
            <w:pPr>
              <w:spacing w:after="20" w:line="276" w:lineRule="auto"/>
            </w:pPr>
            <w:r>
              <w:rPr>
                <w:b/>
              </w:rPr>
            </w:r>
            <w:r>
              <w:rPr>
                <w:rFonts w:ascii="宋体" w:hAnsi="宋体" w:eastAsia="宋体"/>
                <w:b/>
                <w:sz w:val="18"/>
              </w:rPr>
              <w:t>三、课堂小结，畅谈收获</w:t>
            </w:r>
          </w:p>
        </w:tc>
        <w:tc>
          <w:tcPr>
            <w:tcW w:type="dxa" w:w="3061"/>
          </w:tcPr>
          <w:p>
            <w:pPr>
              <w:spacing w:after="20" w:line="276" w:lineRule="auto"/>
            </w:pPr>
            <w:r/>
            <w:r>
              <w:rPr>
                <w:rFonts w:ascii="宋体" w:hAnsi="宋体" w:eastAsia="宋体"/>
                <w:b w:val="0"/>
                <w:sz w:val="18"/>
              </w:rPr>
              <w:t>师：通过今天的学习，你们有什么收获呢？</w:t>
            </w:r>
          </w:p>
          <w:p>
            <w:pPr>
              <w:spacing w:after="20" w:line="276" w:lineRule="auto"/>
            </w:pPr>
            <w:r>
              <w:rPr>
                <w:rFonts w:ascii="宋体" w:hAnsi="宋体" w:eastAsia="宋体"/>
                <w:b w:val="0"/>
                <w:sz w:val="18"/>
              </w:rPr>
              <w:t>师小结：今天这节课我们复习了100以内的笔算加、减法的相关知识，大家在掌握笔算方法的同时，要养成细心认真的习惯，努力提高自己的计算能力。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教科书P66，完成教科书P67~68“练一练”第3~8题。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部分内容是在学生掌握了100以内加、减法的基础上进行教学的,是前面所学计算方法的综合练习。通过复习梳理,学生可以进一步巩固100以内的加、减法的计算方法,并提高自己的计算能力。在本节课的教学中,教师发现还有学生在计算进位和退位的过程中容易出现错误,审题不是很认真,在以后的练习中要注意这方面的指导,让学生认真审题,发现错误并及时纠正。拓展思维练习第2题，有的同学很感兴趣，可以适当介绍九宫格和幻方，激发学生的探索兴趣，拓展学生的数学视野。</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