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人教版一年级数学下册</w:t>
      </w:r>
    </w:p>
    <w:p>
      <w:pPr>
        <w:spacing w:after="80" w:line="300" w:lineRule="auto"/>
        <w:jc w:val="center"/>
      </w:pPr>
      <w:r>
        <w:rPr>
          <w:rFonts w:ascii="黑体" w:hAnsi="黑体" w:eastAsia="黑体"/>
          <w:b/>
          <w:sz w:val="26"/>
        </w:rPr>
        <w:t>第6单元 数量间的加减关系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数量间的加减关系</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数学是研究数量关系和空间形式的科学，数学的本质表现在数量的关系中，因此，数量关系在数学中占有重要地位。2022年版课标将数量关系定义为“主要是用符号（包括数）或含有符号的式子表达数量之间的关系或规律”。数学中的基本数量关系是从大量实际问题中抽象与总结出来的，它们深刻揭示了数量之间的内在联系和规律，为学生解决问题提供了思路和策略。</w:t>
      </w:r>
    </w:p>
    <w:p>
      <w:pPr>
        <w:spacing w:after="80" w:line="300" w:lineRule="auto"/>
        <w:ind w:firstLine="400"/>
      </w:pPr>
      <w:r>
        <w:rPr>
          <w:rFonts w:ascii="宋体" w:hAnsi="宋体" w:eastAsia="宋体"/>
          <w:b w:val="0"/>
          <w:sz w:val="20"/>
        </w:rPr>
        <w:t>本单元“数量间的加减关系”是在学生已经学习了加、减法运算意义的基础上进行的，在具体的情境中感悟用“分量+分量=总量”之间的关系解决问题，为后续解决问题做铺垫。本单元有3个例题，例1是教学求一个数比另一个数多（少）几，例2是教学求比一个数多（少）几的数，例3是教学求连续两问的问题。教材通过学生观察黑板上一年级卫生评比各班得小红旗的情况引出例1和例2，在解决问题的过程中把统计知识和计算问题有机结合起来。例3是结合连加、连减和加减混合运算,是在学生已经学习过用一步加、减法计算解决问题的基础上进行的。</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掌握了100以内的加、减法计算，还学习过解决问题的方法，对图片信息的处理有了一定的基础，能够从图片中获取数学信息，还能根据加、减法的意义正确列式。所以本单元的学习，对他们来说不难。但是要自主构建知识体系，发现并总结数量间的关系，对于一年级的学生来说，有一定的难度。</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第1课时：初步学会用减法解决“求一个数比另一个数多(少)几”的实际问题。</w:t>
      </w:r>
    </w:p>
    <w:p>
      <w:pPr>
        <w:spacing w:after="20" w:line="300" w:lineRule="auto"/>
        <w:ind w:firstLine="400"/>
      </w:pPr>
      <w:r>
        <w:rPr>
          <w:rFonts w:ascii="宋体" w:hAnsi="宋体" w:eastAsia="宋体"/>
          <w:b w:val="0"/>
          <w:sz w:val="20"/>
        </w:rPr>
        <w:t>第2课时：经历用加、减法计算解决“求比一个数多(少)几的数”的问题的过程,掌握解决问题的步骤、方法。</w:t>
      </w:r>
    </w:p>
    <w:p>
      <w:pPr>
        <w:spacing w:after="20" w:line="300" w:lineRule="auto"/>
        <w:ind w:firstLine="400"/>
      </w:pPr>
      <w:r>
        <w:rPr>
          <w:rFonts w:ascii="宋体" w:hAnsi="宋体" w:eastAsia="宋体"/>
          <w:b w:val="0"/>
          <w:sz w:val="20"/>
        </w:rPr>
        <w:t>第3课时：了解连续两问的问题结构,让学生初步学会分析实际问题中的数量关系。</w:t>
      </w:r>
    </w:p>
    <w:p>
      <w:pPr>
        <w:spacing w:after="20" w:line="300" w:lineRule="auto"/>
        <w:ind w:firstLine="400"/>
      </w:pPr>
      <w:r>
        <w:rPr>
          <w:rFonts w:ascii="宋体" w:hAnsi="宋体" w:eastAsia="宋体"/>
          <w:b w:val="0"/>
          <w:sz w:val="20"/>
        </w:rPr>
        <w:t>第4课时：对本单元的知识进行梳理，进一步巩固运用根据数量间的关系合理选用加、减法解决实际问题的知识基础。</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引导学生读懂“问题情境”，明确要解决的问题。解决问题的情境呈现信息的方式是多样的，有以主题情境图方式呈现的，也有以文字信息方式呈现的，更多的是图文结合的；问题的呈现方式有直接提出问题的，有用对话出示的，还有请学生自己提出问题的，需要学生有较强的信息解读能力和从“事理”中抽象出“算理”的能力。因此，教师要善于引导学生主动阅读信息、选择信息、处理信息，读懂问题情境，明确数学问题。</w:t>
      </w:r>
    </w:p>
    <w:p>
      <w:pPr>
        <w:spacing w:after="20" w:line="300" w:lineRule="auto"/>
      </w:pPr>
      <w:r>
        <w:rPr>
          <w:rFonts w:ascii="宋体" w:hAnsi="宋体" w:eastAsia="宋体"/>
          <w:b w:val="0"/>
          <w:sz w:val="20"/>
        </w:rPr>
        <w:t>● 有效运用画图策略，帮助学生分析和解决问题。画图既可以将学生对题目的理解和认识外显出来，又可以将现实的问题情境抽象为数学模型，便于分析和解决问题。</w:t>
      </w:r>
    </w:p>
    <w:p>
      <w:pPr>
        <w:spacing w:after="20" w:line="300" w:lineRule="auto"/>
      </w:pPr>
      <w:r>
        <w:rPr>
          <w:rFonts w:ascii="宋体" w:hAnsi="宋体" w:eastAsia="宋体"/>
          <w:b w:val="0"/>
          <w:sz w:val="20"/>
        </w:rPr>
        <w:t>● 在解决问题的过程中，逐步积累解决问题的经验和解决问题的方法。教师在解决问题的教学中应注重让学生经历数学学习的过程，让学生用自己的方式表达对数学问题的理解，自己探究解决问题的方法，加强对不同方法的交流和讨论。此外，特别要强调的是，应注重解题后的回顾反思，促进学生经验内化，让学生逐步掌握解决问题的方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初步学会用减法解决“求一个数比另一个数多(少)几”的实际问题。</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经历用加、减法计算解决“求比一个数多(少)几的数”的问题的过程,掌握解决问题的步骤、方法。</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解决问题（3）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了解连续两问的问题结构,让学生初步学会分析实际问题中的数量关系。</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对本单元的知识进行梳理，进一步巩固运用根据数量间的关系合理选用加、减法解决实际问题的知识基础。</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解决问题（1）</w:t>
            </w:r>
          </w:p>
        </w:tc>
        <w:tc>
          <w:tcPr>
            <w:tcW w:type="dxa" w:w="6009"/>
          </w:tcPr>
          <w:p>
            <w:pPr>
              <w:spacing w:after="20" w:line="276" w:lineRule="auto"/>
            </w:pPr>
            <w:r/>
            <w:r>
              <w:rPr>
                <w:rFonts w:ascii="宋体" w:hAnsi="宋体" w:eastAsia="宋体"/>
                <w:b w:val="0"/>
                <w:sz w:val="20"/>
              </w:rPr>
              <w:t>第6单元 数量间的加减关系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的加、减法计算，还学习过解决问题的方法，对图片信息的处理有了一定的基础，能够从图片中获取数学信息，还能根据加、减法的意义正确列式。所以本单元的学习，对他们来说不难。但是要自主构建知识体系，发现并总结数量间的关系，对于一年级的学生来说，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教学内容：教科书P70例1,完成教科书P74“做一做”第1、2题。</w:t>
      </w:r>
    </w:p>
    <w:p>
      <w:pPr>
        <w:spacing w:after="80" w:line="300" w:lineRule="auto"/>
        <w:ind w:firstLine="400"/>
      </w:pPr>
      <w:r>
        <w:rPr>
          <w:rFonts w:ascii="宋体" w:hAnsi="宋体" w:eastAsia="宋体"/>
          <w:b w:val="0"/>
          <w:sz w:val="20"/>
        </w:rPr>
        <w:t>教学准备：课件、实物图片、圆片、三角形纸片。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（1）初步学会用减法解决“求一个数比另一个数多(少)几”的实际问题。</w:t>
      </w:r>
    </w:p>
    <w:p>
      <w:pPr>
        <w:spacing w:after="20" w:line="300" w:lineRule="auto"/>
        <w:ind w:firstLine="400"/>
      </w:pPr>
      <w:r>
        <w:rPr>
          <w:rFonts w:ascii="宋体" w:hAnsi="宋体" w:eastAsia="宋体"/>
          <w:b w:val="0"/>
          <w:sz w:val="20"/>
        </w:rPr>
        <w:t>（2）借助画图等策略,帮助学生理解“比多少”问题用减法计算的算理，提高学生分析问题、解决问题的能力。</w:t>
      </w:r>
    </w:p>
    <w:p>
      <w:pPr>
        <w:spacing w:after="20" w:line="300" w:lineRule="auto"/>
        <w:ind w:firstLine="400"/>
      </w:pPr>
      <w:r>
        <w:rPr>
          <w:rFonts w:ascii="宋体" w:hAnsi="宋体" w:eastAsia="宋体"/>
          <w:b w:val="0"/>
          <w:sz w:val="20"/>
        </w:rPr>
        <w:t>（3）在熟悉的活动情境中,建立解决“比多少”问题的数学模型,体会数学与生活的密切联系,感受学习数学的乐趣。</w:t>
      </w:r>
    </w:p>
    <w:p>
      <w:pPr>
        <w:spacing w:after="20" w:line="300" w:lineRule="auto"/>
        <w:ind w:firstLine="400"/>
      </w:pPr>
      <w:r>
        <w:rPr>
          <w:rFonts w:ascii="宋体" w:hAnsi="宋体" w:eastAsia="宋体"/>
          <w:b w:val="0"/>
          <w:sz w:val="20"/>
        </w:rPr>
        <w:t>（4）在解决问题的过程中，培养学生自主探究的能力，学会在情境中提取数学信息，进而激发学生的学习兴趣，提高学生的综合能力，提升学生的数学素养。</w:t>
      </w:r>
    </w:p>
    <w:p>
      <w:pPr>
        <w:spacing w:after="20" w:line="300" w:lineRule="auto"/>
      </w:pPr>
      <w:r>
        <w:rPr>
          <w:rFonts w:ascii="宋体" w:hAnsi="宋体" w:eastAsia="宋体"/>
          <w:b w:val="0"/>
          <w:sz w:val="20"/>
        </w:rPr>
        <w:t>教学重点：学会用减法解决“求一个数比另一个数多(少)几”的实际问题。</w:t>
      </w:r>
    </w:p>
    <w:p>
      <w:pPr>
        <w:spacing w:after="20" w:line="300" w:lineRule="auto"/>
      </w:pPr>
      <w:r>
        <w:rPr>
          <w:rFonts w:ascii="宋体" w:hAnsi="宋体" w:eastAsia="宋体"/>
          <w:b w:val="0"/>
          <w:sz w:val="20"/>
        </w:rPr>
        <w:t>教学难点：理解“求一个数比另一个数多(少)几”的问题用减法计算的算理。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一、以旧引新,感知模型</w:t>
            </w:r>
          </w:p>
        </w:tc>
        <w:tc>
          <w:tcPr>
            <w:tcW w:type="dxa" w:w="1814"/>
          </w:tcPr>
          <w:p>
            <w:pPr>
              <w:spacing w:after="20" w:line="276" w:lineRule="auto"/>
            </w:pPr>
            <w:r/>
            <w:r>
              <w:rPr>
                <w:rFonts w:ascii="宋体" w:hAnsi="宋体" w:eastAsia="宋体"/>
                <w:b w:val="0"/>
                <w:sz w:val="18"/>
              </w:rPr>
              <w:t>学具、圆片、课件、图片</w:t>
            </w:r>
          </w:p>
        </w:tc>
        <w:tc>
          <w:tcPr>
            <w:tcW w:type="dxa" w:w="3402"/>
          </w:tcPr>
          <w:p>
            <w:pPr>
              <w:spacing w:after="20" w:line="276" w:lineRule="auto"/>
            </w:pPr>
            <w:r/>
            <w:r>
              <w:rPr>
                <w:rFonts w:ascii="宋体" w:hAnsi="宋体" w:eastAsia="宋体"/>
                <w:b w:val="0"/>
                <w:sz w:val="18"/>
              </w:rPr>
              <w:t>用摆一摆的方法可以比较多少,用画一画的方法也可以比较多少吗?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二、情境呈现,解决问题</w:t>
            </w:r>
          </w:p>
        </w:tc>
        <w:tc>
          <w:tcPr>
            <w:tcW w:type="dxa" w:w="1814"/>
          </w:tcPr>
          <w:p>
            <w:pPr>
              <w:spacing w:after="20" w:line="276" w:lineRule="auto"/>
            </w:pPr>
            <w:r/>
            <w:r>
              <w:rPr>
                <w:rFonts w:ascii="宋体" w:hAnsi="宋体" w:eastAsia="宋体"/>
                <w:b w:val="0"/>
                <w:sz w:val="18"/>
              </w:rPr>
              <w:t>课件、教科书、情境图、学具、圆片</w:t>
            </w:r>
          </w:p>
        </w:tc>
        <w:tc>
          <w:tcPr>
            <w:tcW w:type="dxa" w:w="3402"/>
          </w:tcPr>
          <w:p>
            <w:pPr>
              <w:spacing w:after="20" w:line="276" w:lineRule="auto"/>
            </w:pPr>
            <w:r/>
            <w:r>
              <w:rPr>
                <w:rFonts w:ascii="宋体" w:hAnsi="宋体" w:eastAsia="宋体"/>
                <w:b w:val="0"/>
                <w:sz w:val="18"/>
              </w:rPr>
              <w:t>你能用手中的学具摆一摆或用笔画一画，表示出题中的信息和问题吗？；我们一起来看看他们是怎么做的。你们谁能看懂各部分表示什么意思?</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三、巩固练习,强化提高</w:t>
            </w:r>
          </w:p>
        </w:tc>
        <w:tc>
          <w:tcPr>
            <w:tcW w:type="dxa" w:w="1814"/>
          </w:tcPr>
          <w:p>
            <w:pPr>
              <w:spacing w:after="20" w:line="276" w:lineRule="auto"/>
            </w:pPr>
            <w:r/>
            <w:r>
              <w:rPr>
                <w:rFonts w:ascii="宋体" w:hAnsi="宋体" w:eastAsia="宋体"/>
                <w:b w:val="0"/>
                <w:sz w:val="18"/>
              </w:rPr>
              <w:t>教科书、课件、图片、圆片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四、回顾整理</w:t>
            </w:r>
          </w:p>
        </w:tc>
        <w:tc>
          <w:tcPr>
            <w:tcW w:type="dxa" w:w="1814"/>
          </w:tcPr>
          <w:p>
            <w:pPr>
              <w:spacing w:after="20" w:line="276" w:lineRule="auto"/>
            </w:pPr>
            <w:r/>
            <w:r>
              <w:rPr>
                <w:rFonts w:ascii="宋体" w:hAnsi="宋体" w:eastAsia="宋体"/>
                <w:b w:val="0"/>
                <w:sz w:val="18"/>
              </w:rPr>
              <w:t>课件、图片、圆片</w:t>
            </w:r>
          </w:p>
        </w:tc>
        <w:tc>
          <w:tcPr>
            <w:tcW w:type="dxa" w:w="3402"/>
          </w:tcPr>
          <w:p>
            <w:pPr>
              <w:spacing w:after="20" w:line="276" w:lineRule="auto"/>
            </w:pPr>
            <w:r/>
            <w:r>
              <w:rPr>
                <w:rFonts w:ascii="宋体" w:hAnsi="宋体" w:eastAsia="宋体"/>
                <w:b w:val="0"/>
                <w:sz w:val="18"/>
              </w:rPr>
              <w:t>通过这节课,你们都学到了什么?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一、以旧引新,感知模型</w:t>
            </w:r>
          </w:p>
        </w:tc>
        <w:tc>
          <w:tcPr>
            <w:tcW w:type="dxa" w:w="3061"/>
          </w:tcPr>
          <w:p>
            <w:pPr>
              <w:spacing w:after="20" w:line="276" w:lineRule="auto"/>
            </w:pPr>
            <w:r/>
            <w:r>
              <w:rPr>
                <w:rFonts w:ascii="宋体" w:hAnsi="宋体" w:eastAsia="宋体"/>
                <w:b w:val="0"/>
                <w:sz w:val="18"/>
              </w:rPr>
              <w:t>1.摆一摆。</w:t>
            </w:r>
          </w:p>
          <w:p>
            <w:pPr>
              <w:spacing w:after="20" w:line="276" w:lineRule="auto"/>
            </w:pPr>
            <w:r>
              <w:rPr>
                <w:rFonts w:ascii="宋体" w:hAnsi="宋体" w:eastAsia="宋体"/>
                <w:b w:val="0"/>
                <w:sz w:val="18"/>
              </w:rPr>
              <w:t>师:请同学们拿出学具,在桌面上先摆出6个圆片。在圆片的下面摆一行三角形,且和圆片的数量同样多。</w:t>
            </w:r>
          </w:p>
          <w:p>
            <w:pPr>
              <w:spacing w:after="20" w:line="276" w:lineRule="auto"/>
            </w:pPr>
            <w:r>
              <w:rPr>
                <w:rFonts w:ascii="宋体" w:hAnsi="宋体" w:eastAsia="宋体"/>
                <w:b w:val="0"/>
                <w:sz w:val="18"/>
              </w:rPr>
              <w:t>(1)学生先摆,然后说说摆了多少个三角形,怎么摆的。</w:t>
            </w:r>
          </w:p>
          <w:p>
            <w:pPr>
              <w:spacing w:after="20" w:line="276" w:lineRule="auto"/>
            </w:pPr>
            <w:r>
              <w:rPr>
                <w:rFonts w:ascii="宋体" w:hAnsi="宋体" w:eastAsia="宋体"/>
                <w:b w:val="0"/>
                <w:sz w:val="18"/>
              </w:rPr>
              <w:t>(2)学生交流后,课件呈现摆的过程和比较后的结果。</w:t>
            </w:r>
          </w:p>
          <w:p>
            <w:pPr>
              <w:spacing w:after="20" w:line="276" w:lineRule="auto"/>
            </w:pPr>
            <w:r>
              <w:rPr>
                <w:rFonts w:ascii="宋体" w:hAnsi="宋体" w:eastAsia="宋体"/>
                <w:b w:val="0"/>
                <w:sz w:val="18"/>
              </w:rPr>
              <w:t>2.画一画。</w:t>
            </w:r>
          </w:p>
          <w:p>
            <w:pPr>
              <w:spacing w:after="20" w:line="276" w:lineRule="auto"/>
            </w:pPr>
            <w:r>
              <w:rPr>
                <w:rFonts w:ascii="宋体" w:hAnsi="宋体" w:eastAsia="宋体"/>
                <w:b w:val="0"/>
                <w:sz w:val="18"/>
              </w:rPr>
              <w:t>师:用摆一摆的方法可以比较多少,用画一画的方法也可以比较多少吗?请同学们在作业纸上画圆，在第一行画8个圆,再在这一行圆的下面画一行正方形,正方形的数量要比圆少3个。</w:t>
            </w:r>
          </w:p>
          <w:p>
            <w:pPr>
              <w:spacing w:after="20" w:line="276" w:lineRule="auto"/>
            </w:pPr>
            <w:r>
              <w:rPr>
                <w:rFonts w:ascii="宋体" w:hAnsi="宋体" w:eastAsia="宋体"/>
                <w:b w:val="0"/>
                <w:sz w:val="18"/>
              </w:rPr>
              <w:t>(1)学生活动。</w:t>
            </w:r>
          </w:p>
          <w:p>
            <w:pPr>
              <w:spacing w:after="20" w:line="276" w:lineRule="auto"/>
            </w:pPr>
            <w:r>
              <w:rPr>
                <w:rFonts w:ascii="宋体" w:hAnsi="宋体" w:eastAsia="宋体"/>
                <w:b w:val="0"/>
                <w:sz w:val="18"/>
              </w:rPr>
              <w:t>指定1至2名学生到黑板上画一画。</w:t>
            </w:r>
          </w:p>
          <w:p>
            <w:pPr>
              <w:spacing w:after="20" w:line="276" w:lineRule="auto"/>
            </w:pPr>
            <w:r>
              <w:rPr>
                <w:rFonts w:ascii="宋体" w:hAnsi="宋体" w:eastAsia="宋体"/>
                <w:b w:val="0"/>
                <w:sz w:val="18"/>
              </w:rPr>
              <w:t>(2)交流汇报。</w:t>
            </w:r>
          </w:p>
          <w:p>
            <w:pPr>
              <w:spacing w:after="20" w:line="276" w:lineRule="auto"/>
            </w:pPr>
            <w:r>
              <w:rPr>
                <w:rFonts w:ascii="宋体" w:hAnsi="宋体" w:eastAsia="宋体"/>
                <w:b w:val="0"/>
                <w:sz w:val="18"/>
              </w:rPr>
              <w:t>师:像这样一个对着一个比较物体多少的方法,就是原来学的一一对应的方法,这节课我们就来学习解决“比多少”的问题。［板书课题:解决问题(1)］</w:t>
            </w:r>
          </w:p>
          <w:p>
            <w:pPr>
              <w:spacing w:after="20" w:line="276" w:lineRule="auto"/>
            </w:pPr>
            <w:r>
              <w:rPr>
                <w:rFonts w:ascii="宋体" w:hAnsi="宋体" w:eastAsia="宋体"/>
                <w:b w:val="0"/>
                <w:sz w:val="18"/>
              </w:rPr>
              <w:t>借助动手操作和画图活动,复习用一一对应的方法比较多少,唤醒学生对于比较两个数多少的记忆,结合学生已有的认知经验,为学习新知识做好准备。</w:t>
            </w:r>
          </w:p>
        </w:tc>
        <w:tc>
          <w:tcPr>
            <w:tcW w:type="dxa" w:w="3061"/>
          </w:tcPr>
          <w:p>
            <w:pPr>
              <w:spacing w:after="20" w:line="276" w:lineRule="auto"/>
            </w:pPr>
            <w:r/>
            <w:r>
              <w:rPr>
                <w:rFonts w:ascii="宋体" w:hAnsi="宋体" w:eastAsia="宋体"/>
                <w:b w:val="0"/>
                <w:sz w:val="18"/>
              </w:rPr>
              <w:t>学生在一年级上册就已经学习了大量的“比多少”的问题,对他们来说摆和画都不会有困难。摆和画的时候要注意一一对应。</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设计递进式探究活动，引导学生在动手实践与合作交流中经历知识形成过程，突破本课重难点，核心问题："用摆一摆的方法可以比较多少,用画一画的方法也可以比较多少吗?"</w:t>
            </w:r>
          </w:p>
        </w:tc>
      </w:tr>
      <w:tr>
        <w:tc>
          <w:tcPr>
            <w:tcW w:type="dxa" w:w="1474"/>
          </w:tcPr>
          <w:p>
            <w:pPr>
              <w:spacing w:after="20" w:line="276" w:lineRule="auto"/>
            </w:pPr>
            <w:r>
              <w:rPr>
                <w:b/>
              </w:rPr>
            </w:r>
            <w:r>
              <w:rPr>
                <w:rFonts w:ascii="宋体" w:hAnsi="宋体" w:eastAsia="宋体"/>
                <w:b/>
                <w:sz w:val="18"/>
              </w:rPr>
              <w:t>二、情境呈现,解决问题</w:t>
            </w:r>
          </w:p>
        </w:tc>
        <w:tc>
          <w:tcPr>
            <w:tcW w:type="dxa" w:w="3061"/>
          </w:tcPr>
          <w:p>
            <w:pPr>
              <w:spacing w:after="20" w:line="276" w:lineRule="auto"/>
            </w:pPr>
            <w:r/>
            <w:r>
              <w:rPr>
                <w:rFonts w:ascii="宋体" w:hAnsi="宋体" w:eastAsia="宋体"/>
                <w:b w:val="0"/>
                <w:sz w:val="18"/>
              </w:rPr>
              <w:t>1.教学“求一个数比另一个数多几”的问题。</w:t>
            </w:r>
          </w:p>
          <w:p>
            <w:pPr>
              <w:spacing w:after="20" w:line="276" w:lineRule="auto"/>
            </w:pPr>
            <w:r>
              <w:rPr>
                <w:rFonts w:ascii="宋体" w:hAnsi="宋体" w:eastAsia="宋体"/>
                <w:b w:val="0"/>
                <w:sz w:val="18"/>
              </w:rPr>
              <w:t>课件出示教科书P70情境图。</w:t>
            </w:r>
          </w:p>
          <w:p>
            <w:pPr>
              <w:spacing w:after="20" w:line="276" w:lineRule="auto"/>
            </w:pPr>
            <w:r>
              <w:rPr>
                <w:rFonts w:ascii="宋体" w:hAnsi="宋体" w:eastAsia="宋体"/>
                <w:b w:val="0"/>
                <w:sz w:val="18"/>
              </w:rPr>
              <w:t>师：学校开展卫生评比活动，这是一年级卫生评比活动的结果。表格中从左往右每列依次是一班、二班、三班、四班得到的小红旗，从图中你能获得哪些数学信息？</w:t>
            </w:r>
          </w:p>
          <w:p>
            <w:pPr>
              <w:spacing w:after="20" w:line="276" w:lineRule="auto"/>
            </w:pPr>
            <w:r>
              <w:rPr>
                <w:rFonts w:ascii="宋体" w:hAnsi="宋体" w:eastAsia="宋体"/>
                <w:b w:val="0"/>
                <w:sz w:val="18"/>
              </w:rPr>
              <w:t>(1)了解信息,明确条件和问题。</w:t>
            </w:r>
          </w:p>
          <w:p>
            <w:pPr>
              <w:spacing w:after="20" w:line="276" w:lineRule="auto"/>
            </w:pPr>
            <w:r>
              <w:rPr>
                <w:rFonts w:ascii="宋体" w:hAnsi="宋体" w:eastAsia="宋体"/>
                <w:b w:val="0"/>
                <w:sz w:val="18"/>
              </w:rPr>
              <w:t>课件出示例1。</w:t>
            </w:r>
          </w:p>
          <w:p>
            <w:pPr>
              <w:spacing w:after="20" w:line="276" w:lineRule="auto"/>
            </w:pPr>
            <w:r>
              <w:rPr>
                <w:rFonts w:ascii="宋体" w:hAnsi="宋体" w:eastAsia="宋体"/>
                <w:b w:val="0"/>
                <w:sz w:val="18"/>
              </w:rPr>
              <w:t>（2）自主探究，建构模型。</w:t>
            </w:r>
          </w:p>
          <w:p>
            <w:pPr>
              <w:spacing w:after="20" w:line="276" w:lineRule="auto"/>
            </w:pPr>
            <w:r>
              <w:rPr>
                <w:rFonts w:ascii="宋体" w:hAnsi="宋体" w:eastAsia="宋体"/>
                <w:b w:val="0"/>
                <w:sz w:val="18"/>
              </w:rPr>
              <w:t>师：你能用手中的学具摆一摆或用笔画一画，表示出题中的信息和问题吗？</w:t>
            </w:r>
          </w:p>
          <w:p>
            <w:pPr>
              <w:spacing w:after="20" w:line="276" w:lineRule="auto"/>
            </w:pPr>
            <w:r>
              <w:rPr>
                <w:rFonts w:ascii="宋体" w:hAnsi="宋体" w:eastAsia="宋体"/>
                <w:b w:val="0"/>
                <w:sz w:val="18"/>
              </w:rPr>
              <w:t>指定学生到黑板上展示自己的摆法或画法。</w:t>
            </w:r>
          </w:p>
          <w:p>
            <w:pPr>
              <w:spacing w:after="20" w:line="276" w:lineRule="auto"/>
            </w:pPr>
            <w:r>
              <w:rPr>
                <w:rFonts w:ascii="宋体" w:hAnsi="宋体" w:eastAsia="宋体"/>
                <w:b w:val="0"/>
                <w:sz w:val="18"/>
              </w:rPr>
              <w:t>②归纳引导,完善图形。</w:t>
            </w:r>
          </w:p>
          <w:p>
            <w:pPr>
              <w:spacing w:after="20" w:line="276" w:lineRule="auto"/>
            </w:pPr>
            <w:r>
              <w:rPr>
                <w:rFonts w:ascii="宋体" w:hAnsi="宋体" w:eastAsia="宋体"/>
                <w:b w:val="0"/>
                <w:sz w:val="18"/>
              </w:rPr>
              <w:t>师:我们一起来看看他们是怎么做的。你们谁能看懂各部分表示什么意思?</w:t>
            </w:r>
          </w:p>
          <w:p>
            <w:pPr>
              <w:spacing w:after="20" w:line="276" w:lineRule="auto"/>
            </w:pPr>
            <w:r>
              <w:rPr>
                <w:rFonts w:ascii="宋体" w:hAnsi="宋体" w:eastAsia="宋体"/>
                <w:b w:val="0"/>
                <w:sz w:val="18"/>
              </w:rPr>
              <w:t>引导学生分析摆或画的示意图,明确每部分表示的意思,教师板书完善示意图。</w:t>
            </w:r>
          </w:p>
          <w:p>
            <w:pPr>
              <w:spacing w:after="20" w:line="276" w:lineRule="auto"/>
            </w:pPr>
            <w:r>
              <w:rPr>
                <w:rFonts w:ascii="宋体" w:hAnsi="宋体" w:eastAsia="宋体"/>
                <w:b w:val="0"/>
                <w:sz w:val="18"/>
              </w:rPr>
              <w:t>(3)列式计算。</w:t>
            </w:r>
          </w:p>
          <w:p>
            <w:pPr>
              <w:spacing w:after="20" w:line="276" w:lineRule="auto"/>
            </w:pPr>
            <w:r>
              <w:rPr>
                <w:rFonts w:ascii="宋体" w:hAnsi="宋体" w:eastAsia="宋体"/>
                <w:b w:val="0"/>
                <w:sz w:val="18"/>
              </w:rPr>
              <w:t>师:现在你能列式算出“一班比二班多得了几面小红旗”吗?</w:t>
            </w:r>
          </w:p>
          <w:p>
            <w:pPr>
              <w:spacing w:after="20" w:line="276" w:lineRule="auto"/>
            </w:pPr>
            <w:r>
              <w:rPr>
                <w:rFonts w:ascii="宋体" w:hAnsi="宋体" w:eastAsia="宋体"/>
                <w:b w:val="0"/>
                <w:sz w:val="18"/>
              </w:rPr>
              <w:t>师:算式中的“12”“9”和“3”分别表示什么?你能在图中找出它们分别在哪吗?</w:t>
            </w:r>
          </w:p>
          <w:p>
            <w:pPr>
              <w:spacing w:after="20" w:line="276" w:lineRule="auto"/>
            </w:pPr>
            <w:r>
              <w:rPr>
                <w:rFonts w:ascii="宋体" w:hAnsi="宋体" w:eastAsia="宋体"/>
                <w:b w:val="0"/>
                <w:sz w:val="18"/>
              </w:rPr>
              <w:t>根据学生的回答,教师在黑板上对算式和画的图形进行沟通联系。</w:t>
            </w:r>
          </w:p>
          <w:p>
            <w:pPr>
              <w:spacing w:after="20" w:line="276" w:lineRule="auto"/>
            </w:pPr>
            <w:r>
              <w:rPr>
                <w:rFonts w:ascii="宋体" w:hAnsi="宋体" w:eastAsia="宋体"/>
                <w:b w:val="0"/>
                <w:sz w:val="18"/>
              </w:rPr>
              <w:t>(4)回顾反思,梳理解决问题的策略和方法。</w:t>
            </w:r>
          </w:p>
          <w:p>
            <w:pPr>
              <w:spacing w:after="20" w:line="276" w:lineRule="auto"/>
            </w:pPr>
            <w:r>
              <w:rPr>
                <w:rFonts w:ascii="宋体" w:hAnsi="宋体" w:eastAsia="宋体"/>
                <w:b w:val="0"/>
                <w:sz w:val="18"/>
              </w:rPr>
              <w:t>师:“一班比二班多得了3面小红旗”这个结果正确吗?怎样验证?</w:t>
            </w:r>
          </w:p>
          <w:p>
            <w:pPr>
              <w:spacing w:after="20" w:line="276" w:lineRule="auto"/>
            </w:pPr>
            <w:r>
              <w:rPr>
                <w:rFonts w:ascii="宋体" w:hAnsi="宋体" w:eastAsia="宋体"/>
                <w:b w:val="0"/>
                <w:sz w:val="18"/>
              </w:rPr>
              <w:t>师:下面我们一起回顾刚才解决问题的过程,我们是怎样一步步解决这个问题的?</w:t>
            </w:r>
          </w:p>
          <w:p>
            <w:pPr>
              <w:spacing w:after="20" w:line="276" w:lineRule="auto"/>
            </w:pPr>
            <w:r>
              <w:rPr>
                <w:rFonts w:ascii="宋体" w:hAnsi="宋体" w:eastAsia="宋体"/>
                <w:b w:val="0"/>
                <w:sz w:val="18"/>
              </w:rPr>
              <w:t>师:同样还是这些条件,如果把问题改成“二班比一班少得了几面小红旗”,该怎样解答?学生独立完成。</w:t>
            </w:r>
          </w:p>
          <w:p>
            <w:pPr>
              <w:spacing w:after="20" w:line="276" w:lineRule="auto"/>
            </w:pPr>
            <w:r>
              <w:rPr>
                <w:rFonts w:ascii="宋体" w:hAnsi="宋体" w:eastAsia="宋体"/>
                <w:b w:val="0"/>
                <w:sz w:val="18"/>
              </w:rPr>
              <w:t>教师出示课件。</w:t>
            </w:r>
          </w:p>
          <w:p>
            <w:pPr>
              <w:spacing w:after="20" w:line="276" w:lineRule="auto"/>
            </w:pPr>
            <w:r>
              <w:rPr>
                <w:rFonts w:ascii="宋体" w:hAnsi="宋体" w:eastAsia="宋体"/>
                <w:b w:val="0"/>
                <w:sz w:val="18"/>
              </w:rPr>
              <w:t>师小结:求二班比一班少得几面小红旗，就是求一班比二班多得几面小红旗。同样一幅图,同样的解答方法,同样的减法算式，可以解决两个不同的问题。</w:t>
            </w:r>
          </w:p>
        </w:tc>
        <w:tc>
          <w:tcPr>
            <w:tcW w:type="dxa" w:w="3061"/>
          </w:tcPr>
          <w:p>
            <w:pPr>
              <w:spacing w:after="20" w:line="276" w:lineRule="auto"/>
            </w:pPr>
            <w:r/>
            <w:r>
              <w:rPr>
                <w:rFonts w:ascii="宋体" w:hAnsi="宋体" w:eastAsia="宋体"/>
                <w:b w:val="0"/>
                <w:sz w:val="18"/>
              </w:rPr>
              <w:t>一年级卫生评比活动的结果的下部分被遮挡住了，各班所得小红旗的具体数量数不出来，但是可以看出来最多的是三班，最少的是四班。</w:t>
            </w:r>
          </w:p>
          <w:p>
            <w:pPr>
              <w:spacing w:after="20" w:line="276" w:lineRule="auto"/>
            </w:pPr>
            <w:r>
              <w:rPr>
                <w:rFonts w:ascii="宋体" w:hAnsi="宋体" w:eastAsia="宋体"/>
                <w:b w:val="0"/>
                <w:sz w:val="18"/>
              </w:rPr>
              <w:t>预设1：知道了一班和二班的小红旗数量。</w:t>
            </w:r>
          </w:p>
          <w:p>
            <w:pPr>
              <w:spacing w:after="20" w:line="276" w:lineRule="auto"/>
            </w:pPr>
            <w:r>
              <w:rPr>
                <w:rFonts w:ascii="宋体" w:hAnsi="宋体" w:eastAsia="宋体"/>
                <w:b w:val="0"/>
                <w:sz w:val="18"/>
              </w:rPr>
              <w:t>预设2：要求一班比二班多得的小红旗数量。</w:t>
            </w:r>
          </w:p>
          <w:p>
            <w:pPr>
              <w:spacing w:after="20" w:line="276" w:lineRule="auto"/>
            </w:pPr>
            <w:r>
              <w:rPr>
                <w:rFonts w:ascii="宋体" w:hAnsi="宋体" w:eastAsia="宋体"/>
                <w:b w:val="0"/>
                <w:sz w:val="18"/>
              </w:rPr>
              <w:t>①学生动手操作，摆一摆或画一画，教师巡视指导。</w:t>
            </w:r>
          </w:p>
          <w:p>
            <w:pPr>
              <w:spacing w:after="20" w:line="276" w:lineRule="auto"/>
            </w:pPr>
            <w:r>
              <w:rPr>
                <w:rFonts w:ascii="宋体" w:hAnsi="宋体" w:eastAsia="宋体"/>
                <w:b w:val="0"/>
                <w:sz w:val="18"/>
              </w:rPr>
              <w:t>预设1：用圆片代替小红旗摆一摆。</w:t>
            </w:r>
          </w:p>
          <w:p>
            <w:pPr>
              <w:spacing w:after="20" w:line="276" w:lineRule="auto"/>
            </w:pPr>
            <w:r>
              <w:rPr>
                <w:rFonts w:ascii="宋体" w:hAnsi="宋体" w:eastAsia="宋体"/>
                <w:b w:val="0"/>
                <w:sz w:val="18"/>
              </w:rPr>
              <w:t>预设2：在纸上画一画。</w:t>
            </w:r>
          </w:p>
          <w:p>
            <w:pPr>
              <w:spacing w:after="20" w:line="276" w:lineRule="auto"/>
            </w:pPr>
            <w:r>
              <w:rPr>
                <w:rFonts w:ascii="宋体" w:hAnsi="宋体" w:eastAsia="宋体"/>
                <w:b w:val="0"/>
                <w:sz w:val="18"/>
              </w:rPr>
              <w:t>预设3：在纸上画一画。</w:t>
            </w:r>
          </w:p>
          <w:p>
            <w:pPr>
              <w:spacing w:after="20" w:line="276" w:lineRule="auto"/>
            </w:pPr>
            <w:r>
              <w:rPr>
                <w:rFonts w:ascii="宋体" w:hAnsi="宋体" w:eastAsia="宋体"/>
                <w:b w:val="0"/>
                <w:sz w:val="18"/>
              </w:rPr>
              <w:t>学生列式,教师板书:12-9=3(面)。</w:t>
            </w:r>
          </w:p>
          <w:p>
            <w:pPr>
              <w:spacing w:after="20" w:line="276" w:lineRule="auto"/>
            </w:pPr>
            <w:r>
              <w:rPr>
                <w:rFonts w:ascii="宋体" w:hAnsi="宋体" w:eastAsia="宋体"/>
                <w:b w:val="0"/>
                <w:sz w:val="18"/>
              </w:rPr>
              <w:t>预设1:再算一次,12-9=3,说明结果正确。</w:t>
            </w:r>
          </w:p>
          <w:p>
            <w:pPr>
              <w:spacing w:after="20" w:line="276" w:lineRule="auto"/>
            </w:pPr>
            <w:r>
              <w:rPr>
                <w:rFonts w:ascii="宋体" w:hAnsi="宋体" w:eastAsia="宋体"/>
                <w:b w:val="0"/>
                <w:sz w:val="18"/>
              </w:rPr>
              <w:t>预设2:用加法来验证。二班得的9面加上一班比二班多得的3面,正好和一班得的12面一样多。</w:t>
            </w:r>
          </w:p>
          <w:p>
            <w:pPr>
              <w:spacing w:after="20" w:line="276" w:lineRule="auto"/>
            </w:pPr>
            <w:r>
              <w:rPr>
                <w:rFonts w:ascii="宋体" w:hAnsi="宋体" w:eastAsia="宋体"/>
                <w:b w:val="0"/>
                <w:sz w:val="18"/>
              </w:rPr>
              <w:t>预设3:用减法来验证。一班得的12面减去一班比二班多得的3面,就是二班得的小红旗数量,正好是9面,说明结果正确。</w:t>
            </w:r>
          </w:p>
          <w:p>
            <w:pPr>
              <w:spacing w:after="20" w:line="276" w:lineRule="auto"/>
            </w:pPr>
            <w:r>
              <w:rPr>
                <w:rFonts w:ascii="宋体" w:hAnsi="宋体" w:eastAsia="宋体"/>
                <w:b w:val="0"/>
                <w:sz w:val="18"/>
              </w:rPr>
              <w:t>先看一看,读一读,弄清楚知道了什么,要求什么。再摆一摆,画一画,找到解答方法。最后验算结果是否正确,并回顾检验的方法。</w:t>
            </w:r>
          </w:p>
          <w:p>
            <w:pPr>
              <w:spacing w:after="20" w:line="276" w:lineRule="auto"/>
            </w:pPr>
            <w:r>
              <w:rPr>
                <w:rFonts w:ascii="宋体" w:hAnsi="宋体" w:eastAsia="宋体"/>
                <w:b w:val="0"/>
                <w:sz w:val="18"/>
              </w:rPr>
              <w:t>有了前面的解题经验，学生在画出示意图后，都能够直接列式解答,即12-9=3（面)。</w:t>
            </w:r>
          </w:p>
        </w:tc>
        <w:tc>
          <w:tcPr>
            <w:tcW w:type="dxa" w:w="1814"/>
          </w:tcPr>
          <w:p>
            <w:pPr>
              <w:spacing w:after="20" w:line="276" w:lineRule="auto"/>
            </w:pPr>
            <w:r/>
            <w:r>
              <w:rPr>
                <w:rFonts w:ascii="宋体" w:hAnsi="宋体" w:eastAsia="宋体"/>
                <w:b w:val="0"/>
                <w:sz w:val="18"/>
              </w:rPr>
              <w:t>培养学生从现实情境中提取数学信息的能力,进一步强化解决问题的能力,即先读题,获取信息和问题。</w:t>
            </w:r>
          </w:p>
          <w:p>
            <w:pPr>
              <w:spacing w:after="20" w:line="276" w:lineRule="auto"/>
            </w:pPr>
            <w:r>
              <w:rPr>
                <w:rFonts w:ascii="宋体" w:hAnsi="宋体" w:eastAsia="宋体"/>
                <w:b w:val="0"/>
                <w:sz w:val="18"/>
              </w:rPr>
              <w:t>通过摆一摆、画一画的操作活动,能够更清晰地理解题目的条件和所求问题，借此帮助学生理解要解决的问题中的数量关系,认识到“比多少”问题与原来学习过的减法模型之间的联系,从而获得解决“比多少”的数学问题的思维方法,理解用减法计算的道理。</w:t>
            </w:r>
          </w:p>
          <w:p>
            <w:pPr>
              <w:spacing w:after="20" w:line="276" w:lineRule="auto"/>
            </w:pPr>
            <w:r>
              <w:rPr>
                <w:rFonts w:ascii="宋体" w:hAnsi="宋体" w:eastAsia="宋体"/>
                <w:b w:val="0"/>
                <w:sz w:val="18"/>
              </w:rPr>
              <w:t>从操作和画图策略中,学生已经感悟到这类问题的数量关系,很容易知道要用减法解决。在这些直观经验的基础上列式计算,并通过算式和直观图之间的联系,加深学生对这种减法意义的认识。</w:t>
            </w:r>
          </w:p>
          <w:p>
            <w:pPr>
              <w:spacing w:after="20" w:line="276" w:lineRule="auto"/>
            </w:pPr>
            <w:r>
              <w:rPr>
                <w:rFonts w:ascii="宋体" w:hAnsi="宋体" w:eastAsia="宋体"/>
                <w:b w:val="0"/>
                <w:sz w:val="18"/>
              </w:rPr>
              <w:t>通过回顾梳理,检验结果的正确性,培养学生养成检验的习惯,同时,学生对解决问题的策略和方法的认识会更清晰,还可以不断积累解决问题的活动经验。2.教学“求一个数比另一个数少几”的问题。</w:t>
            </w:r>
          </w:p>
          <w:p>
            <w:pPr>
              <w:spacing w:after="20" w:line="276" w:lineRule="auto"/>
            </w:pPr>
            <w:r>
              <w:rPr>
                <w:rFonts w:ascii="宋体" w:hAnsi="宋体" w:eastAsia="宋体"/>
                <w:b w:val="0"/>
                <w:sz w:val="18"/>
              </w:rPr>
              <w:t>在学生已经掌握了用减法计算“求一个数比另一个数多几”的基础上,直接把“求一个数比另一个数少几”的问题转化为前一个问题,运用转化的数学思想,将新问题转化成旧问题加以解决,从而减轻学生的学习负担,体现转化思想的价值。</w:t>
            </w:r>
          </w:p>
        </w:tc>
      </w:tr>
      <w:tr>
        <w:tc>
          <w:tcPr>
            <w:tcW w:type="dxa" w:w="1474"/>
          </w:tcPr>
          <w:p>
            <w:pPr>
              <w:spacing w:after="20" w:line="276" w:lineRule="auto"/>
            </w:pPr>
            <w:r>
              <w:rPr>
                <w:b/>
              </w:rPr>
            </w:r>
            <w:r>
              <w:rPr>
                <w:rFonts w:ascii="宋体" w:hAnsi="宋体" w:eastAsia="宋体"/>
                <w:b/>
                <w:sz w:val="18"/>
              </w:rPr>
              <w:t>三、巩固练习,强化提高</w:t>
            </w:r>
          </w:p>
        </w:tc>
        <w:tc>
          <w:tcPr>
            <w:tcW w:type="dxa" w:w="3061"/>
          </w:tcPr>
          <w:p>
            <w:pPr>
              <w:spacing w:after="20" w:line="276" w:lineRule="auto"/>
            </w:pPr>
            <w:r/>
            <w:r>
              <w:rPr>
                <w:rFonts w:ascii="宋体" w:hAnsi="宋体" w:eastAsia="宋体"/>
                <w:b w:val="0"/>
                <w:sz w:val="18"/>
              </w:rPr>
              <w:t>师:我们接着运用上面的方法来解决下面的问题。</w:t>
            </w:r>
          </w:p>
          <w:p>
            <w:pPr>
              <w:spacing w:after="20" w:line="276" w:lineRule="auto"/>
            </w:pPr>
            <w:r>
              <w:rPr>
                <w:rFonts w:ascii="宋体" w:hAnsi="宋体" w:eastAsia="宋体"/>
                <w:b w:val="0"/>
                <w:sz w:val="18"/>
              </w:rPr>
              <w:t>1.完成教科书P74“做一做”第2题。</w:t>
            </w:r>
          </w:p>
          <w:p>
            <w:pPr>
              <w:spacing w:after="20" w:line="276" w:lineRule="auto"/>
            </w:pPr>
            <w:r>
              <w:rPr>
                <w:rFonts w:ascii="宋体" w:hAnsi="宋体" w:eastAsia="宋体"/>
                <w:b w:val="0"/>
                <w:sz w:val="18"/>
              </w:rPr>
              <w:t>(1)学生独立读题,分析，画图,然后列式解答。</w:t>
            </w:r>
          </w:p>
          <w:p>
            <w:pPr>
              <w:spacing w:after="20" w:line="276" w:lineRule="auto"/>
            </w:pPr>
            <w:r>
              <w:rPr>
                <w:rFonts w:ascii="宋体" w:hAnsi="宋体" w:eastAsia="宋体"/>
                <w:b w:val="0"/>
                <w:sz w:val="18"/>
              </w:rPr>
              <w:t>(2)交流展示。</w:t>
            </w:r>
          </w:p>
          <w:p>
            <w:pPr>
              <w:spacing w:after="20" w:line="276" w:lineRule="auto"/>
            </w:pPr>
            <w:r>
              <w:rPr>
                <w:rFonts w:ascii="宋体" w:hAnsi="宋体" w:eastAsia="宋体"/>
                <w:b w:val="0"/>
                <w:sz w:val="18"/>
              </w:rPr>
              <w:t>2.完成教科书P74“做一做”第1题。</w:t>
            </w:r>
          </w:p>
          <w:p>
            <w:pPr>
              <w:spacing w:after="20" w:line="276" w:lineRule="auto"/>
            </w:pPr>
            <w:r>
              <w:rPr>
                <w:rFonts w:ascii="宋体" w:hAnsi="宋体" w:eastAsia="宋体"/>
                <w:b w:val="0"/>
                <w:sz w:val="18"/>
              </w:rPr>
              <w:t>(1)学生独立列式完成。</w:t>
            </w:r>
          </w:p>
          <w:p>
            <w:pPr>
              <w:spacing w:after="20" w:line="276" w:lineRule="auto"/>
            </w:pPr>
            <w:r>
              <w:rPr>
                <w:rFonts w:ascii="宋体" w:hAnsi="宋体" w:eastAsia="宋体"/>
                <w:b w:val="0"/>
                <w:sz w:val="18"/>
              </w:rPr>
              <w:t>(2)交流汇报。</w:t>
            </w:r>
          </w:p>
        </w:tc>
        <w:tc>
          <w:tcPr>
            <w:tcW w:type="dxa" w:w="3061"/>
          </w:tcPr>
          <w:p>
            <w:pPr>
              <w:spacing w:after="20" w:line="276" w:lineRule="auto"/>
            </w:pPr>
            <w:r/>
            <w:r>
              <w:rPr>
                <w:rFonts w:ascii="宋体" w:hAnsi="宋体" w:eastAsia="宋体"/>
                <w:b w:val="0"/>
                <w:sz w:val="18"/>
              </w:rPr>
              <w:t>此题中两个数字都超过了20，学生再采取画图的方法就比较复杂，可以直接列式计算。</w:t>
            </w:r>
          </w:p>
        </w:tc>
        <w:tc>
          <w:tcPr>
            <w:tcW w:type="dxa" w:w="1814"/>
          </w:tcPr>
          <w:p>
            <w:pPr>
              <w:spacing w:after="20" w:line="276" w:lineRule="auto"/>
            </w:pPr>
            <w:r/>
            <w:r>
              <w:rPr>
                <w:rFonts w:ascii="宋体" w:hAnsi="宋体" w:eastAsia="宋体"/>
                <w:b w:val="0"/>
                <w:sz w:val="18"/>
              </w:rPr>
              <w:t>及时设计两道对应练习,巩固解题方法。同时两道题的要求不同,第1题不再要求学生画图,有的放矢,进入思维的更高层次,脱离直观演示,直接列式解答。</w:t>
            </w:r>
          </w:p>
        </w:tc>
      </w:tr>
      <w:tr>
        <w:tc>
          <w:tcPr>
            <w:tcW w:type="dxa" w:w="1474"/>
          </w:tcPr>
          <w:p>
            <w:pPr>
              <w:spacing w:after="20" w:line="276" w:lineRule="auto"/>
            </w:pPr>
            <w:r>
              <w:rPr>
                <w:b/>
              </w:rPr>
            </w:r>
            <w:r>
              <w:rPr>
                <w:rFonts w:ascii="宋体" w:hAnsi="宋体" w:eastAsia="宋体"/>
                <w:b/>
                <w:sz w:val="18"/>
              </w:rPr>
              <w:t>四、回顾整理</w:t>
            </w:r>
          </w:p>
        </w:tc>
        <w:tc>
          <w:tcPr>
            <w:tcW w:type="dxa" w:w="3061"/>
          </w:tcPr>
          <w:p>
            <w:pPr>
              <w:spacing w:after="20" w:line="276" w:lineRule="auto"/>
            </w:pPr>
            <w:r/>
            <w:r>
              <w:rPr>
                <w:rFonts w:ascii="宋体" w:hAnsi="宋体" w:eastAsia="宋体"/>
                <w:b w:val="0"/>
                <w:sz w:val="18"/>
              </w:rPr>
              <w:t>师:通过这节课,你们都学到了什么?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创设情境激活学生已有经验，自然引出本课学习内容，激发学习兴趣，核心问题："通过这节课,你们都学到了什么?"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教科书P70例1,完成教科书P74“做一做”第1、2题。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尝试摆一摆时,都会用一一对应的方法进行比较,能直观看出多出3个,要得到结果难度不大,但是结合图完整地表达还是有一定困难的。在这样的基础上,教学时要反复进行图示讲解,注意比较时,多出部分或少的部分都应在去掉同样多的基础上。理解减法的意义,逐渐培养学生养成规范画图表示数量关系的习惯,为将来学习画线段图法和其他方法奠定基础。</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解决问题（2）</w:t>
            </w:r>
          </w:p>
        </w:tc>
        <w:tc>
          <w:tcPr>
            <w:tcW w:type="dxa" w:w="6009"/>
          </w:tcPr>
          <w:p>
            <w:pPr>
              <w:spacing w:after="20" w:line="276" w:lineRule="auto"/>
            </w:pPr>
            <w:r/>
            <w:r>
              <w:rPr>
                <w:rFonts w:ascii="宋体" w:hAnsi="宋体" w:eastAsia="宋体"/>
                <w:b w:val="0"/>
                <w:sz w:val="20"/>
              </w:rPr>
              <w:t>第6单元 数量间的加减关系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的加、减法计算，还学习过解决问题的方法，对图片信息的处理有了一定的基础，能够从图片中获取数学信息，还能根据加、减法的意义正确列式。所以本单元的学习，对他们来说不难。但是要自主构建知识体系，发现并总结数量间的关系，对于一年级的学生来说，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教学内容：教科书P71~72例2,完成教科书P74“做一做”第3题。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（1）经历用加、减法计算解决“求比一个数多(少)几的数”的问题的过程,掌握解决问题的步骤、方法。</w:t>
      </w:r>
    </w:p>
    <w:p>
      <w:pPr>
        <w:spacing w:after="20" w:line="300" w:lineRule="auto"/>
        <w:ind w:firstLine="400"/>
      </w:pPr>
      <w:r>
        <w:rPr>
          <w:rFonts w:ascii="宋体" w:hAnsi="宋体" w:eastAsia="宋体"/>
          <w:b w:val="0"/>
          <w:sz w:val="20"/>
        </w:rPr>
        <w:t>（2）在探索解决问题的数学活动中,学会用画图的策略表示、分析数量关系,培养运用所学知识解决实际问题的能力。</w:t>
      </w:r>
    </w:p>
    <w:p>
      <w:pPr>
        <w:spacing w:after="20" w:line="300" w:lineRule="auto"/>
        <w:ind w:firstLine="400"/>
      </w:pPr>
      <w:r>
        <w:rPr>
          <w:rFonts w:ascii="宋体" w:hAnsi="宋体" w:eastAsia="宋体"/>
          <w:b w:val="0"/>
          <w:sz w:val="20"/>
        </w:rPr>
        <w:t>（3）在探索解决实际问题的过程中,体会数学与生活的联系,培养学生的数学应用意识,渗透象形统计图的知识。</w:t>
      </w:r>
    </w:p>
    <w:p>
      <w:pPr>
        <w:spacing w:after="20" w:line="300" w:lineRule="auto"/>
      </w:pPr>
      <w:r>
        <w:rPr>
          <w:rFonts w:ascii="宋体" w:hAnsi="宋体" w:eastAsia="宋体"/>
          <w:b w:val="0"/>
          <w:sz w:val="20"/>
        </w:rPr>
        <w:t>教学重点：理解用加、减法计算解决“求比一个数多(少)几的数”的问题的步骤、方法。</w:t>
      </w:r>
    </w:p>
    <w:p>
      <w:pPr>
        <w:spacing w:after="20" w:line="300" w:lineRule="auto"/>
      </w:pPr>
      <w:r>
        <w:rPr>
          <w:rFonts w:ascii="宋体" w:hAnsi="宋体" w:eastAsia="宋体"/>
          <w:b w:val="0"/>
          <w:sz w:val="20"/>
        </w:rPr>
        <w:t>教学难点：经历策略的形成过程,采用画图策略分析数量关系。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一、复习旧知识，回顾经验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二、探究新知，解决问题</w:t>
            </w:r>
          </w:p>
        </w:tc>
        <w:tc>
          <w:tcPr>
            <w:tcW w:type="dxa" w:w="1814"/>
          </w:tcPr>
          <w:p>
            <w:pPr>
              <w:spacing w:after="20" w:line="276" w:lineRule="auto"/>
            </w:pPr>
            <w:r/>
            <w:r>
              <w:rPr>
                <w:rFonts w:ascii="宋体" w:hAnsi="宋体" w:eastAsia="宋体"/>
                <w:b w:val="0"/>
                <w:sz w:val="18"/>
              </w:rPr>
              <w:t>情境图、课件、教科书、练习本</w:t>
            </w:r>
          </w:p>
        </w:tc>
        <w:tc>
          <w:tcPr>
            <w:tcW w:type="dxa" w:w="3402"/>
          </w:tcPr>
          <w:p>
            <w:pPr>
              <w:spacing w:after="20" w:line="276" w:lineRule="auto"/>
            </w:pPr>
            <w:r/>
            <w:r>
              <w:rPr>
                <w:rFonts w:ascii="宋体" w:hAnsi="宋体" w:eastAsia="宋体"/>
                <w:b w:val="0"/>
                <w:sz w:val="18"/>
              </w:rPr>
              <w:t>从上节课的情境图中可以看出三班比一班多得了3面小红旗，如果告诉你们一班得了12面小红旗，你能提出什么数学问题？；怎样表示三班的小红旗呢?</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三、巩固提高,应用提升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比较第一问和第二问,有什么相同点和不同点?</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通过今天这节课的学习,你们有哪些收获?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一、复习旧知识，回顾经验</w:t>
            </w:r>
          </w:p>
        </w:tc>
        <w:tc>
          <w:tcPr>
            <w:tcW w:type="dxa" w:w="3061"/>
          </w:tcPr>
          <w:p>
            <w:pPr>
              <w:spacing w:after="20" w:line="276" w:lineRule="auto"/>
            </w:pPr>
            <w:r/>
            <w:r>
              <w:rPr>
                <w:rFonts w:ascii="宋体" w:hAnsi="宋体" w:eastAsia="宋体"/>
                <w:b w:val="0"/>
                <w:sz w:val="18"/>
              </w:rPr>
              <w:t>课件出示练习题。</w:t>
            </w:r>
          </w:p>
        </w:tc>
        <w:tc>
          <w:tcPr>
            <w:tcW w:type="dxa" w:w="3061"/>
          </w:tcPr>
          <w:p>
            <w:pPr>
              <w:spacing w:after="20" w:line="276" w:lineRule="auto"/>
            </w:pPr>
            <w:r/>
            <w:r>
              <w:rPr>
                <w:rFonts w:ascii="宋体" w:hAnsi="宋体" w:eastAsia="宋体"/>
                <w:b w:val="0"/>
                <w:sz w:val="18"/>
              </w:rPr>
              <w:t>学生独立完成，并在组内分享自己的想法。</w:t>
            </w:r>
          </w:p>
        </w:tc>
        <w:tc>
          <w:tcPr>
            <w:tcW w:type="dxa" w:w="1814"/>
          </w:tcPr>
          <w:p>
            <w:pPr>
              <w:spacing w:after="20" w:line="276" w:lineRule="auto"/>
            </w:pPr>
            <w:r/>
            <w:r>
              <w:rPr>
                <w:rFonts w:ascii="宋体" w:hAnsi="宋体" w:eastAsia="宋体"/>
                <w:b w:val="0"/>
                <w:sz w:val="18"/>
              </w:rPr>
              <w:t>通过此题，了解学生对上节课内容的掌握情况，也为本节课的学习打下基础。</w:t>
            </w:r>
          </w:p>
        </w:tc>
      </w:tr>
      <w:tr>
        <w:tc>
          <w:tcPr>
            <w:tcW w:type="dxa" w:w="1474"/>
          </w:tcPr>
          <w:p>
            <w:pPr>
              <w:spacing w:after="20" w:line="276" w:lineRule="auto"/>
            </w:pPr>
            <w:r>
              <w:rPr>
                <w:b/>
              </w:rPr>
            </w:r>
            <w:r>
              <w:rPr>
                <w:rFonts w:ascii="宋体" w:hAnsi="宋体" w:eastAsia="宋体"/>
                <w:b/>
                <w:sz w:val="18"/>
              </w:rPr>
              <w:t>二、探究新知，解决问题</w:t>
            </w:r>
          </w:p>
        </w:tc>
        <w:tc>
          <w:tcPr>
            <w:tcW w:type="dxa" w:w="3061"/>
          </w:tcPr>
          <w:p>
            <w:pPr>
              <w:spacing w:after="20" w:line="276" w:lineRule="auto"/>
            </w:pPr>
            <w:r/>
            <w:r>
              <w:rPr>
                <w:rFonts w:ascii="宋体" w:hAnsi="宋体" w:eastAsia="宋体"/>
                <w:b w:val="0"/>
                <w:sz w:val="18"/>
              </w:rPr>
              <w:t>师：上节课我们解决了“在卫生评比活动中，一班比二班多得几面小红旗”的问题，知道了求一个数比另一个数少（多）多少要用减法计算，今天这节课我们继续来看看在卫生评比活动中还有什么问题需要我们去解决。［板书课题：解决问题（2）］</w:t>
            </w:r>
          </w:p>
          <w:p>
            <w:pPr>
              <w:spacing w:after="20" w:line="276" w:lineRule="auto"/>
            </w:pPr>
            <w:r>
              <w:rPr>
                <w:rFonts w:ascii="宋体" w:hAnsi="宋体" w:eastAsia="宋体"/>
                <w:b w:val="0"/>
                <w:sz w:val="18"/>
              </w:rPr>
              <w:t>1.解决“求比一个数多几的数”的问题。</w:t>
            </w:r>
          </w:p>
          <w:p>
            <w:pPr>
              <w:spacing w:after="20" w:line="276" w:lineRule="auto"/>
            </w:pPr>
            <w:r>
              <w:rPr>
                <w:rFonts w:ascii="宋体" w:hAnsi="宋体" w:eastAsia="宋体"/>
                <w:b w:val="0"/>
                <w:sz w:val="18"/>
              </w:rPr>
              <w:t>（1）提出问题。</w:t>
            </w:r>
          </w:p>
          <w:p>
            <w:pPr>
              <w:spacing w:after="20" w:line="276" w:lineRule="auto"/>
            </w:pPr>
            <w:r>
              <w:rPr>
                <w:rFonts w:ascii="宋体" w:hAnsi="宋体" w:eastAsia="宋体"/>
                <w:b w:val="0"/>
                <w:sz w:val="18"/>
              </w:rPr>
              <w:t>师：从上节课的情境图中可以看出三班比一班多得了3面小红旗，如果告诉你们一班得了12面小红旗，你能提出什么数学问题？</w:t>
            </w:r>
          </w:p>
          <w:p>
            <w:pPr>
              <w:spacing w:after="20" w:line="276" w:lineRule="auto"/>
            </w:pPr>
            <w:r>
              <w:rPr>
                <w:rFonts w:ascii="宋体" w:hAnsi="宋体" w:eastAsia="宋体"/>
                <w:b w:val="0"/>
                <w:sz w:val="18"/>
              </w:rPr>
              <w:t>课件出示教科书P71例2问题(1)。</w:t>
            </w:r>
          </w:p>
          <w:p>
            <w:pPr>
              <w:spacing w:after="20" w:line="276" w:lineRule="auto"/>
            </w:pPr>
            <w:r>
              <w:rPr>
                <w:rFonts w:ascii="宋体" w:hAnsi="宋体" w:eastAsia="宋体"/>
                <w:b w:val="0"/>
                <w:sz w:val="18"/>
              </w:rPr>
              <w:t>师:一起完整地读一读这个数学问题。</w:t>
            </w:r>
          </w:p>
          <w:p>
            <w:pPr>
              <w:spacing w:after="20" w:line="276" w:lineRule="auto"/>
            </w:pPr>
            <w:r>
              <w:rPr>
                <w:rFonts w:ascii="宋体" w:hAnsi="宋体" w:eastAsia="宋体"/>
                <w:b w:val="0"/>
                <w:sz w:val="18"/>
              </w:rPr>
              <w:t>(2)解决问题。</w:t>
            </w:r>
          </w:p>
          <w:p>
            <w:pPr>
              <w:spacing w:after="20" w:line="276" w:lineRule="auto"/>
            </w:pPr>
            <w:r>
              <w:rPr>
                <w:rFonts w:ascii="宋体" w:hAnsi="宋体" w:eastAsia="宋体"/>
                <w:b w:val="0"/>
                <w:sz w:val="18"/>
              </w:rPr>
              <w:t>①画图分析。</w:t>
            </w:r>
          </w:p>
          <w:p>
            <w:pPr>
              <w:spacing w:after="20" w:line="276" w:lineRule="auto"/>
            </w:pPr>
            <w:r>
              <w:rPr>
                <w:rFonts w:ascii="宋体" w:hAnsi="宋体" w:eastAsia="宋体"/>
                <w:b w:val="0"/>
                <w:sz w:val="18"/>
              </w:rPr>
              <w:t>师:请同学们先画出一班得的12面小红旗。(师生齐画)</w:t>
            </w:r>
          </w:p>
          <w:p>
            <w:pPr>
              <w:spacing w:after="20" w:line="276" w:lineRule="auto"/>
            </w:pPr>
            <w:r>
              <w:rPr>
                <w:rFonts w:ascii="宋体" w:hAnsi="宋体" w:eastAsia="宋体"/>
                <w:b w:val="0"/>
                <w:sz w:val="18"/>
              </w:rPr>
              <w:t>师:怎样表示三班的小红旗呢?</w:t>
            </w:r>
          </w:p>
          <w:p>
            <w:pPr>
              <w:spacing w:after="20" w:line="276" w:lineRule="auto"/>
            </w:pPr>
            <w:r>
              <w:rPr>
                <w:rFonts w:ascii="宋体" w:hAnsi="宋体" w:eastAsia="宋体"/>
                <w:b w:val="0"/>
                <w:sz w:val="18"/>
              </w:rPr>
              <w:t>师:三班得了多少面小红旗?是3面吗?</w:t>
            </w:r>
          </w:p>
          <w:p>
            <w:pPr>
              <w:spacing w:after="20" w:line="276" w:lineRule="auto"/>
            </w:pPr>
            <w:r>
              <w:rPr>
                <w:rFonts w:ascii="宋体" w:hAnsi="宋体" w:eastAsia="宋体"/>
                <w:b w:val="0"/>
                <w:sz w:val="18"/>
              </w:rPr>
              <w:t>师:三班与一班比,哪个班的小红旗面数多?三班小红旗的面数可以分成几部分?</w:t>
            </w:r>
          </w:p>
          <w:p>
            <w:pPr>
              <w:spacing w:after="20" w:line="276" w:lineRule="auto"/>
            </w:pPr>
            <w:r>
              <w:rPr>
                <w:rFonts w:ascii="宋体" w:hAnsi="宋体" w:eastAsia="宋体"/>
                <w:b w:val="0"/>
                <w:sz w:val="18"/>
              </w:rPr>
              <w:t>在学生交流、分析后,教师在黑板上画图,同时课件呈现完整的画图过程。</w:t>
            </w:r>
          </w:p>
          <w:p>
            <w:pPr>
              <w:spacing w:after="20" w:line="276" w:lineRule="auto"/>
            </w:pPr>
            <w:r>
              <w:rPr>
                <w:rFonts w:ascii="宋体" w:hAnsi="宋体" w:eastAsia="宋体"/>
                <w:b w:val="0"/>
                <w:sz w:val="18"/>
              </w:rPr>
              <w:t>②列式解答。</w:t>
            </w:r>
          </w:p>
          <w:p>
            <w:pPr>
              <w:spacing w:after="20" w:line="276" w:lineRule="auto"/>
            </w:pPr>
            <w:r>
              <w:rPr>
                <w:rFonts w:ascii="宋体" w:hAnsi="宋体" w:eastAsia="宋体"/>
                <w:b w:val="0"/>
                <w:sz w:val="18"/>
              </w:rPr>
              <w:t>师:那么三班的小红旗有多少面?</w:t>
            </w:r>
          </w:p>
          <w:p>
            <w:pPr>
              <w:spacing w:after="20" w:line="276" w:lineRule="auto"/>
            </w:pPr>
            <w:r>
              <w:rPr>
                <w:rFonts w:ascii="宋体" w:hAnsi="宋体" w:eastAsia="宋体"/>
                <w:b w:val="0"/>
                <w:sz w:val="18"/>
              </w:rPr>
              <w:t>师:用什么方法计算?怎样列式?</w:t>
            </w:r>
          </w:p>
          <w:p>
            <w:pPr>
              <w:spacing w:after="20" w:line="276" w:lineRule="auto"/>
            </w:pPr>
            <w:r>
              <w:rPr>
                <w:rFonts w:ascii="宋体" w:hAnsi="宋体" w:eastAsia="宋体"/>
                <w:b w:val="0"/>
                <w:sz w:val="18"/>
              </w:rPr>
              <w:t>③说一说,理顺思路。</w:t>
            </w:r>
          </w:p>
          <w:p>
            <w:pPr>
              <w:spacing w:after="20" w:line="276" w:lineRule="auto"/>
            </w:pPr>
            <w:r>
              <w:rPr>
                <w:rFonts w:ascii="宋体" w:hAnsi="宋体" w:eastAsia="宋体"/>
                <w:b w:val="0"/>
                <w:sz w:val="18"/>
              </w:rPr>
              <w:t>师:为什么要用加法计算?算式中的12、3、15分别表示什么?</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师:三班得了15面小红旗,解答正确吗?你们是怎么知道的?</w:t>
            </w:r>
          </w:p>
          <w:p>
            <w:pPr>
              <w:spacing w:after="20" w:line="276" w:lineRule="auto"/>
            </w:pPr>
            <w:r>
              <w:rPr>
                <w:rFonts w:ascii="宋体" w:hAnsi="宋体" w:eastAsia="宋体"/>
                <w:b w:val="0"/>
                <w:sz w:val="18"/>
              </w:rPr>
              <w:t>教师结合学生的发言,规范检验的方法。三班得了15面小红旗,一班得了12面小红旗,三班比一班多得了15-12=3(面)。三班确实比一班多得了3面,所以解答是正确的。</w:t>
            </w:r>
          </w:p>
          <w:p>
            <w:pPr>
              <w:spacing w:after="20" w:line="276" w:lineRule="auto"/>
            </w:pPr>
            <w:r>
              <w:rPr>
                <w:rFonts w:ascii="宋体" w:hAnsi="宋体" w:eastAsia="宋体"/>
                <w:b w:val="0"/>
                <w:sz w:val="18"/>
              </w:rPr>
              <w:t>师:通过计算检验可知答案正确。</w:t>
            </w:r>
          </w:p>
          <w:p>
            <w:pPr>
              <w:spacing w:after="20" w:line="276" w:lineRule="auto"/>
            </w:pPr>
            <w:r>
              <w:rPr>
                <w:rFonts w:ascii="宋体" w:hAnsi="宋体" w:eastAsia="宋体"/>
                <w:b w:val="0"/>
                <w:sz w:val="18"/>
              </w:rPr>
              <w:t>2.解决“求比一个数少几的数”的问题。</w:t>
            </w:r>
          </w:p>
          <w:p>
            <w:pPr>
              <w:spacing w:after="20" w:line="276" w:lineRule="auto"/>
            </w:pPr>
            <w:r>
              <w:rPr>
                <w:rFonts w:ascii="宋体" w:hAnsi="宋体" w:eastAsia="宋体"/>
                <w:b w:val="0"/>
                <w:sz w:val="18"/>
              </w:rPr>
              <w:t>(1)提出问题。</w:t>
            </w:r>
          </w:p>
          <w:p>
            <w:pPr>
              <w:spacing w:after="20" w:line="276" w:lineRule="auto"/>
            </w:pPr>
            <w:r>
              <w:rPr>
                <w:rFonts w:ascii="宋体" w:hAnsi="宋体" w:eastAsia="宋体"/>
                <w:b w:val="0"/>
                <w:sz w:val="18"/>
              </w:rPr>
              <w:t>课件出示教科书P72例2问题(2)。</w:t>
            </w:r>
          </w:p>
          <w:p>
            <w:pPr>
              <w:spacing w:after="20" w:line="276" w:lineRule="auto"/>
            </w:pPr>
            <w:r>
              <w:rPr>
                <w:rFonts w:ascii="宋体" w:hAnsi="宋体" w:eastAsia="宋体"/>
                <w:b w:val="0"/>
                <w:sz w:val="18"/>
              </w:rPr>
              <w:t>师:从题中你们知道了什么?要解决的问题是什么？</w:t>
            </w:r>
          </w:p>
          <w:p>
            <w:pPr>
              <w:spacing w:after="20" w:line="276" w:lineRule="auto"/>
            </w:pPr>
            <w:r>
              <w:rPr>
                <w:rFonts w:ascii="宋体" w:hAnsi="宋体" w:eastAsia="宋体"/>
                <w:b w:val="0"/>
                <w:sz w:val="18"/>
              </w:rPr>
              <w:t>(2)解决问题。</w:t>
            </w:r>
          </w:p>
          <w:p>
            <w:pPr>
              <w:spacing w:after="20" w:line="276" w:lineRule="auto"/>
            </w:pPr>
            <w:r>
              <w:rPr>
                <w:rFonts w:ascii="宋体" w:hAnsi="宋体" w:eastAsia="宋体"/>
                <w:b w:val="0"/>
                <w:sz w:val="18"/>
              </w:rPr>
              <w:t>①画图分析。</w:t>
            </w:r>
          </w:p>
          <w:p>
            <w:pPr>
              <w:spacing w:after="20" w:line="276" w:lineRule="auto"/>
            </w:pPr>
            <w:r>
              <w:rPr>
                <w:rFonts w:ascii="宋体" w:hAnsi="宋体" w:eastAsia="宋体"/>
                <w:b w:val="0"/>
                <w:sz w:val="18"/>
              </w:rPr>
              <w:t>师:大家能根据前面所学,试着用画图的方法把一班小红旗和四班小红旗的数量表示出来吗?</w:t>
            </w:r>
          </w:p>
          <w:p>
            <w:pPr>
              <w:spacing w:after="20" w:line="276" w:lineRule="auto"/>
            </w:pPr>
            <w:r>
              <w:rPr>
                <w:rFonts w:ascii="宋体" w:hAnsi="宋体" w:eastAsia="宋体"/>
                <w:b w:val="0"/>
                <w:sz w:val="18"/>
              </w:rPr>
              <w:t>师:说说你是怎么画的。</w:t>
            </w:r>
          </w:p>
          <w:p>
            <w:pPr>
              <w:spacing w:after="20" w:line="276" w:lineRule="auto"/>
            </w:pPr>
            <w:r>
              <w:rPr>
                <w:rFonts w:ascii="宋体" w:hAnsi="宋体" w:eastAsia="宋体"/>
                <w:b w:val="0"/>
                <w:sz w:val="18"/>
              </w:rPr>
              <w:t>师：如果有更大的数据，这样一个个画还方便吗？你有更加简洁的画法吗？</w:t>
            </w:r>
          </w:p>
          <w:p>
            <w:pPr>
              <w:spacing w:after="20" w:line="276" w:lineRule="auto"/>
            </w:pPr>
            <w:r>
              <w:rPr>
                <w:rFonts w:ascii="宋体" w:hAnsi="宋体" w:eastAsia="宋体"/>
                <w:b w:val="0"/>
                <w:sz w:val="18"/>
              </w:rPr>
              <w:t>结合学生的交流,教师在黑板上画图,同时课件出示完整的画图过程。</w:t>
            </w:r>
          </w:p>
          <w:p>
            <w:pPr>
              <w:spacing w:after="20" w:line="276" w:lineRule="auto"/>
            </w:pPr>
            <w:r>
              <w:rPr>
                <w:rFonts w:ascii="宋体" w:hAnsi="宋体" w:eastAsia="宋体"/>
                <w:b w:val="0"/>
                <w:sz w:val="18"/>
              </w:rPr>
              <w:t>②列式解答。</w:t>
            </w:r>
          </w:p>
          <w:p>
            <w:pPr>
              <w:spacing w:after="20" w:line="276" w:lineRule="auto"/>
            </w:pPr>
            <w:r>
              <w:rPr>
                <w:rFonts w:ascii="宋体" w:hAnsi="宋体" w:eastAsia="宋体"/>
                <w:b w:val="0"/>
                <w:sz w:val="18"/>
              </w:rPr>
              <w:t>师:要求四班得了多少面小红旗,怎样列式计算呢?学生独立列式计算,全班汇报。</w:t>
            </w:r>
          </w:p>
          <w:p>
            <w:pPr>
              <w:spacing w:after="20" w:line="276" w:lineRule="auto"/>
            </w:pPr>
            <w:r>
              <w:rPr>
                <w:rFonts w:ascii="宋体" w:hAnsi="宋体" w:eastAsia="宋体"/>
                <w:b w:val="0"/>
                <w:sz w:val="18"/>
              </w:rPr>
              <w:t>教师根据学生回答板书:12-4=8(面)。</w:t>
            </w:r>
          </w:p>
          <w:p>
            <w:pPr>
              <w:spacing w:after="20" w:line="276" w:lineRule="auto"/>
            </w:pPr>
            <w:r>
              <w:rPr>
                <w:rFonts w:ascii="宋体" w:hAnsi="宋体" w:eastAsia="宋体"/>
                <w:b w:val="0"/>
                <w:sz w:val="18"/>
              </w:rPr>
              <w:t>③说一说,理顺思路。</w:t>
            </w:r>
          </w:p>
          <w:p>
            <w:pPr>
              <w:spacing w:after="20" w:line="276" w:lineRule="auto"/>
            </w:pPr>
            <w:r>
              <w:rPr>
                <w:rFonts w:ascii="宋体" w:hAnsi="宋体" w:eastAsia="宋体"/>
                <w:b w:val="0"/>
                <w:sz w:val="18"/>
              </w:rPr>
              <w:t>师:为什么要用减法计算?算式中的12、4、8分别表示什么?</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师:我们的解答是否正确?你们能检验吗?</w:t>
            </w:r>
          </w:p>
          <w:p>
            <w:pPr>
              <w:spacing w:after="20" w:line="276" w:lineRule="auto"/>
            </w:pPr>
            <w:r>
              <w:rPr>
                <w:rFonts w:ascii="宋体" w:hAnsi="宋体" w:eastAsia="宋体"/>
                <w:b w:val="0"/>
                <w:sz w:val="18"/>
              </w:rPr>
              <w:t>让学生试着把所得的结果代到问题中检验,互相交流,指名学生说方法。</w:t>
            </w:r>
          </w:p>
          <w:p>
            <w:pPr>
              <w:spacing w:after="20" w:line="276" w:lineRule="auto"/>
            </w:pPr>
            <w:r>
              <w:rPr>
                <w:rFonts w:ascii="宋体" w:hAnsi="宋体" w:eastAsia="宋体"/>
                <w:b w:val="0"/>
                <w:sz w:val="18"/>
              </w:rPr>
              <w:t>师:通过检验可知答案正确。</w:t>
            </w:r>
          </w:p>
          <w:p>
            <w:pPr>
              <w:spacing w:after="20" w:line="276" w:lineRule="auto"/>
            </w:pPr>
            <w:r>
              <w:rPr>
                <w:rFonts w:ascii="宋体" w:hAnsi="宋体" w:eastAsia="宋体"/>
                <w:b w:val="0"/>
                <w:sz w:val="18"/>
              </w:rPr>
              <w:t>3.比较小结。</w:t>
            </w:r>
          </w:p>
          <w:p>
            <w:pPr>
              <w:spacing w:after="20" w:line="276" w:lineRule="auto"/>
            </w:pPr>
            <w:r>
              <w:rPr>
                <w:rFonts w:ascii="宋体" w:hAnsi="宋体" w:eastAsia="宋体"/>
                <w:b w:val="0"/>
                <w:sz w:val="18"/>
              </w:rPr>
              <w:t>师:比较两个问题,大家发现有什么不同点吗?第一个问题求的是什么?用什么方法解决的?第二个问题求的又是什么?用什么方法解决的?</w:t>
            </w:r>
          </w:p>
          <w:p>
            <w:pPr>
              <w:spacing w:after="20" w:line="276" w:lineRule="auto"/>
            </w:pPr>
            <w:r>
              <w:rPr>
                <w:rFonts w:ascii="宋体" w:hAnsi="宋体" w:eastAsia="宋体"/>
                <w:b w:val="0"/>
                <w:sz w:val="18"/>
              </w:rPr>
              <w:t>师生共同小结:解决“求比一个数多(少)几的数”的问题,关键是要明确谁和谁比以及它们的数量关系,然后确定计算方法。“求比一个数多几的数”用加法计算,“求比一个数少几的数”用减法计算。(板书)</w:t>
            </w:r>
          </w:p>
        </w:tc>
        <w:tc>
          <w:tcPr>
            <w:tcW w:type="dxa" w:w="3061"/>
          </w:tcPr>
          <w:p>
            <w:pPr>
              <w:spacing w:after="20" w:line="276" w:lineRule="auto"/>
            </w:pPr>
            <w:r/>
            <w:r>
              <w:rPr>
                <w:rFonts w:ascii="宋体" w:hAnsi="宋体" w:eastAsia="宋体"/>
                <w:b w:val="0"/>
                <w:sz w:val="18"/>
              </w:rPr>
              <w:t>知道一班得了12面小红旗，三班比一班多得了3面，可以提出数学问题“三班得了多少面小红旗”。</w:t>
            </w:r>
          </w:p>
          <w:p>
            <w:pPr>
              <w:spacing w:after="20" w:line="276" w:lineRule="auto"/>
            </w:pPr>
            <w:r>
              <w:rPr>
                <w:rFonts w:ascii="宋体" w:hAnsi="宋体" w:eastAsia="宋体"/>
                <w:b w:val="0"/>
                <w:sz w:val="18"/>
              </w:rPr>
              <w:t>学生尝试画图。</w:t>
            </w:r>
          </w:p>
          <w:p>
            <w:pPr>
              <w:spacing w:after="20" w:line="276" w:lineRule="auto"/>
            </w:pPr>
            <w:r>
              <w:rPr>
                <w:rFonts w:ascii="宋体" w:hAnsi="宋体" w:eastAsia="宋体"/>
                <w:b w:val="0"/>
                <w:sz w:val="18"/>
              </w:rPr>
              <w:t>部分学生认为三班比一班多得3面,就直接在一班12面小红旗的基础上多画3面,得出三班的小红旗面数。</w:t>
            </w:r>
          </w:p>
          <w:p>
            <w:pPr>
              <w:spacing w:after="20" w:line="276" w:lineRule="auto"/>
            </w:pPr>
            <w:r>
              <w:rPr>
                <w:rFonts w:ascii="宋体" w:hAnsi="宋体" w:eastAsia="宋体"/>
                <w:b w:val="0"/>
                <w:sz w:val="18"/>
              </w:rPr>
              <w:t>这3面是三班比一班多得的3面,三班还有和一班同样多的12面。</w:t>
            </w:r>
          </w:p>
          <w:p>
            <w:pPr>
              <w:spacing w:after="20" w:line="276" w:lineRule="auto"/>
            </w:pPr>
            <w:r>
              <w:rPr>
                <w:rFonts w:ascii="宋体" w:hAnsi="宋体" w:eastAsia="宋体"/>
                <w:b w:val="0"/>
                <w:sz w:val="18"/>
              </w:rPr>
              <w:t>学生会回答三班的小红旗面数多,三班小红旗的面数可以分成两部分，分别是三班比一班多的3面和三班与一班同样多的12面。</w:t>
            </w:r>
          </w:p>
          <w:p>
            <w:pPr>
              <w:spacing w:after="20" w:line="276" w:lineRule="auto"/>
            </w:pPr>
            <w:r>
              <w:rPr>
                <w:rFonts w:ascii="宋体" w:hAnsi="宋体" w:eastAsia="宋体"/>
                <w:b w:val="0"/>
                <w:sz w:val="18"/>
              </w:rPr>
              <w:t>求三班的小红旗的数量就是要把和一班同样多的12面与比一班多的3面合起来。</w:t>
            </w:r>
          </w:p>
          <w:p>
            <w:pPr>
              <w:spacing w:after="20" w:line="276" w:lineRule="auto"/>
            </w:pPr>
            <w:r>
              <w:rPr>
                <w:rFonts w:ascii="宋体" w:hAnsi="宋体" w:eastAsia="宋体"/>
                <w:b w:val="0"/>
                <w:sz w:val="18"/>
              </w:rPr>
              <w:t>用加法计算,列式为12+3=15(面)。(教师板书)</w:t>
            </w:r>
          </w:p>
          <w:p>
            <w:pPr>
              <w:spacing w:after="20" w:line="276" w:lineRule="auto"/>
            </w:pPr>
            <w:r>
              <w:rPr>
                <w:rFonts w:ascii="宋体" w:hAnsi="宋体" w:eastAsia="宋体"/>
                <w:b w:val="0"/>
                <w:sz w:val="18"/>
              </w:rPr>
              <w:t>三班与一班比,三班得的小红旗面数多,可以分成两部分，一部分是与一班同样多的12面,另一部分是比一班多的3面。要求三班得了多少面小红旗,就是求比12多3的数是多少,把12面和3面合起来,就是三班得的小红旗面数,所以用加法计算。算式中的“12”表示一班的小红旗面数,“3”表示三班比一班多的小红旗面数,“15”表示三班的小红旗面数。</w:t>
            </w:r>
          </w:p>
          <w:p>
            <w:pPr>
              <w:spacing w:after="20" w:line="276" w:lineRule="auto"/>
            </w:pPr>
            <w:r>
              <w:rPr>
                <w:rFonts w:ascii="宋体" w:hAnsi="宋体" w:eastAsia="宋体"/>
                <w:b w:val="0"/>
                <w:sz w:val="18"/>
              </w:rPr>
              <w:t>学生可能再算一遍,也可能采用逆推法,用15减去12,得到三班确实比一班多3面。</w:t>
            </w:r>
          </w:p>
          <w:p>
            <w:pPr>
              <w:spacing w:after="20" w:line="276" w:lineRule="auto"/>
            </w:pPr>
            <w:r>
              <w:rPr>
                <w:rFonts w:ascii="宋体" w:hAnsi="宋体" w:eastAsia="宋体"/>
                <w:b w:val="0"/>
                <w:sz w:val="18"/>
              </w:rPr>
              <w:t>全班口答:三班得了15面小红旗。</w:t>
            </w:r>
          </w:p>
          <w:p>
            <w:pPr>
              <w:spacing w:after="20" w:line="276" w:lineRule="auto"/>
            </w:pPr>
            <w:r>
              <w:rPr>
                <w:rFonts w:ascii="宋体" w:hAnsi="宋体" w:eastAsia="宋体"/>
                <w:b w:val="0"/>
                <w:sz w:val="18"/>
              </w:rPr>
              <w:t>从题中知道，一班得了12面小红旗，四班的小红旗比一班少4面，要求四班得了多少面小红旗。</w:t>
            </w:r>
          </w:p>
          <w:p>
            <w:pPr>
              <w:spacing w:after="20" w:line="276" w:lineRule="auto"/>
            </w:pPr>
            <w:r>
              <w:rPr>
                <w:rFonts w:ascii="宋体" w:hAnsi="宋体" w:eastAsia="宋体"/>
                <w:b w:val="0"/>
                <w:sz w:val="18"/>
              </w:rPr>
              <w:t>学生试着在练习本上画,教师巡视指导,指名学生展示。</w:t>
            </w:r>
          </w:p>
          <w:p>
            <w:pPr>
              <w:spacing w:after="20" w:line="276" w:lineRule="auto"/>
            </w:pPr>
            <w:r>
              <w:rPr>
                <w:rFonts w:ascii="宋体" w:hAnsi="宋体" w:eastAsia="宋体"/>
                <w:b w:val="0"/>
                <w:sz w:val="18"/>
              </w:rPr>
              <w:t>大部分学生还是会按照经验用几个相同的图形表示小红旗。</w:t>
            </w:r>
          </w:p>
          <w:p>
            <w:pPr>
              <w:spacing w:after="20" w:line="276" w:lineRule="auto"/>
            </w:pPr>
            <w:r>
              <w:rPr>
                <w:rFonts w:ascii="宋体" w:hAnsi="宋体" w:eastAsia="宋体"/>
                <w:b w:val="0"/>
                <w:sz w:val="18"/>
              </w:rPr>
              <w:t>因为四班得的小红旗面数是从一班得的小红旗面数中去掉比四班多的4面后剩下的部分,也就是从较大的数里面去掉比较大的数少的那一部分后剩下的一部分，所以应该用减法计算。对于12、4、8表示的含义,学生是怎么画图的就怎么理解即可。</w:t>
            </w:r>
          </w:p>
          <w:p>
            <w:pPr>
              <w:spacing w:after="20" w:line="276" w:lineRule="auto"/>
            </w:pPr>
            <w:r>
              <w:rPr>
                <w:rFonts w:ascii="宋体" w:hAnsi="宋体" w:eastAsia="宋体"/>
                <w:b w:val="0"/>
                <w:sz w:val="18"/>
              </w:rPr>
              <w:t>预设1:12-8=4(面),四班比一班少得4面。</w:t>
            </w:r>
          </w:p>
          <w:p>
            <w:pPr>
              <w:spacing w:after="20" w:line="276" w:lineRule="auto"/>
            </w:pPr>
            <w:r>
              <w:rPr>
                <w:rFonts w:ascii="宋体" w:hAnsi="宋体" w:eastAsia="宋体"/>
                <w:b w:val="0"/>
                <w:sz w:val="18"/>
              </w:rPr>
              <w:t>预设2:4+8=12(面),一班得了12面。</w:t>
            </w:r>
          </w:p>
          <w:p>
            <w:pPr>
              <w:spacing w:after="20" w:line="276" w:lineRule="auto"/>
            </w:pPr>
            <w:r>
              <w:rPr>
                <w:rFonts w:ascii="宋体" w:hAnsi="宋体" w:eastAsia="宋体"/>
                <w:b w:val="0"/>
                <w:sz w:val="18"/>
              </w:rPr>
              <w:t>全班口答:四班得了8面小红旗。</w:t>
            </w:r>
          </w:p>
          <w:p>
            <w:pPr>
              <w:spacing w:after="20" w:line="276" w:lineRule="auto"/>
            </w:pPr>
            <w:r>
              <w:rPr>
                <w:rFonts w:ascii="宋体" w:hAnsi="宋体" w:eastAsia="宋体"/>
                <w:b w:val="0"/>
                <w:sz w:val="18"/>
              </w:rPr>
              <w:t>学生自主交流后,指名汇报。</w:t>
            </w:r>
          </w:p>
        </w:tc>
        <w:tc>
          <w:tcPr>
            <w:tcW w:type="dxa" w:w="1814"/>
          </w:tcPr>
          <w:p>
            <w:pPr>
              <w:spacing w:after="20" w:line="276" w:lineRule="auto"/>
            </w:pPr>
            <w:r/>
            <w:r>
              <w:rPr>
                <w:rFonts w:ascii="宋体" w:hAnsi="宋体" w:eastAsia="宋体"/>
                <w:b w:val="0"/>
                <w:sz w:val="18"/>
              </w:rPr>
              <w:t>引导学生读题,使学生明确题目中的已知条件和要解决的问题。</w:t>
            </w:r>
          </w:p>
          <w:p>
            <w:pPr>
              <w:spacing w:after="20" w:line="276" w:lineRule="auto"/>
            </w:pPr>
            <w:r>
              <w:rPr>
                <w:rFonts w:ascii="宋体" w:hAnsi="宋体" w:eastAsia="宋体"/>
                <w:b w:val="0"/>
                <w:sz w:val="18"/>
              </w:rPr>
              <w:t>学会分析问题“求比一个数多几的数”的数量关系,进一步明确用加法计算的算理,培养学生的思维能力。</w:t>
            </w:r>
          </w:p>
          <w:p>
            <w:pPr>
              <w:spacing w:after="20" w:line="276" w:lineRule="auto"/>
            </w:pPr>
            <w:r>
              <w:rPr>
                <w:rFonts w:ascii="宋体" w:hAnsi="宋体" w:eastAsia="宋体"/>
                <w:b w:val="0"/>
                <w:sz w:val="18"/>
              </w:rPr>
              <w:t>培养学生的反思意识和检查习惯,通过逆向运算检验的方法,进一步明确三个量之间的关系。</w:t>
            </w:r>
          </w:p>
          <w:p>
            <w:pPr>
              <w:spacing w:after="20" w:line="276" w:lineRule="auto"/>
            </w:pPr>
            <w:r>
              <w:rPr>
                <w:rFonts w:ascii="宋体" w:hAnsi="宋体" w:eastAsia="宋体"/>
                <w:b w:val="0"/>
                <w:sz w:val="18"/>
              </w:rPr>
              <w:t>学会分析“求比一个数少几的数”的问题的数量关系,进一步明确用减法计算的算理,即从整体中求部分,培养学生的思维能力。</w:t>
            </w:r>
          </w:p>
          <w:p>
            <w:pPr>
              <w:spacing w:after="20" w:line="276" w:lineRule="auto"/>
            </w:pPr>
            <w:r>
              <w:rPr>
                <w:rFonts w:ascii="宋体" w:hAnsi="宋体" w:eastAsia="宋体"/>
                <w:b w:val="0"/>
                <w:sz w:val="18"/>
              </w:rPr>
              <w:t>培养学生的反思意识和检查习惯,通过逆向运算检验的方法,进一步明确三个量之间的关系。</w:t>
            </w:r>
          </w:p>
          <w:p>
            <w:pPr>
              <w:spacing w:after="20" w:line="276" w:lineRule="auto"/>
            </w:pPr>
            <w:r>
              <w:rPr>
                <w:rFonts w:ascii="宋体" w:hAnsi="宋体" w:eastAsia="宋体"/>
                <w:b w:val="0"/>
                <w:sz w:val="18"/>
              </w:rPr>
              <w:t>引导对比,让学生明确这两类问题的区别和联系,准确找到信息之间的数量关系,从而达到深入理解问题的目的,建构知识模型。</w:t>
            </w:r>
          </w:p>
          <w:p>
            <w:pPr>
              <w:spacing w:after="20" w:line="276" w:lineRule="auto"/>
            </w:pPr>
            <w:r>
              <w:rPr>
                <w:rFonts w:ascii="宋体" w:hAnsi="宋体" w:eastAsia="宋体"/>
                <w:b w:val="0"/>
                <w:sz w:val="18"/>
              </w:rPr>
              <w:t>（通过对示意图的不断简化，提高学生的符号意识，以及运用数形结合思想表达题目信息的能力。；对比时要从题目、示意图、解答方法等方面进行比较，沟通两者之间的内在联系,理解两者之间的不同之处。；此题的数字较大，学生如果还是采取一一对应的方法来画图就比较复杂，可以适时引导学生画直条图。）</w:t>
            </w:r>
          </w:p>
        </w:tc>
      </w:tr>
      <w:tr>
        <w:tc>
          <w:tcPr>
            <w:tcW w:type="dxa" w:w="1474"/>
          </w:tcPr>
          <w:p>
            <w:pPr>
              <w:spacing w:after="20" w:line="276" w:lineRule="auto"/>
            </w:pPr>
            <w:r>
              <w:rPr>
                <w:b/>
              </w:rPr>
            </w:r>
            <w:r>
              <w:rPr>
                <w:rFonts w:ascii="宋体" w:hAnsi="宋体" w:eastAsia="宋体"/>
                <w:b/>
                <w:sz w:val="18"/>
              </w:rPr>
              <w:t>三、巩固提高,应用提升</w:t>
            </w:r>
          </w:p>
        </w:tc>
        <w:tc>
          <w:tcPr>
            <w:tcW w:type="dxa" w:w="3061"/>
          </w:tcPr>
          <w:p>
            <w:pPr>
              <w:spacing w:after="20" w:line="276" w:lineRule="auto"/>
            </w:pPr>
            <w:r/>
            <w:r>
              <w:rPr>
                <w:rFonts w:ascii="宋体" w:hAnsi="宋体" w:eastAsia="宋体"/>
                <w:b w:val="0"/>
                <w:sz w:val="18"/>
              </w:rPr>
              <w:t>完成教科书P74“做一做”第3题。</w:t>
            </w:r>
          </w:p>
          <w:p>
            <w:pPr>
              <w:spacing w:after="20" w:line="276" w:lineRule="auto"/>
            </w:pPr>
            <w:r>
              <w:rPr>
                <w:rFonts w:ascii="宋体" w:hAnsi="宋体" w:eastAsia="宋体"/>
                <w:b w:val="0"/>
                <w:sz w:val="18"/>
              </w:rPr>
              <w:t>画图分析,列式解答,让学生充分表达自己的想法。</w:t>
            </w:r>
          </w:p>
          <w:p>
            <w:pPr>
              <w:spacing w:after="20" w:line="276" w:lineRule="auto"/>
            </w:pPr>
            <w:r>
              <w:rPr>
                <w:rFonts w:ascii="宋体" w:hAnsi="宋体" w:eastAsia="宋体"/>
                <w:b w:val="0"/>
                <w:sz w:val="18"/>
              </w:rPr>
              <w:t>师:比较第一问和第二问,有什么相同点和不同点?</w:t>
            </w:r>
          </w:p>
          <w:p>
            <w:pPr>
              <w:spacing w:after="20" w:line="276" w:lineRule="auto"/>
            </w:pPr>
            <w:r>
              <w:rPr>
                <w:rFonts w:ascii="宋体" w:hAnsi="宋体" w:eastAsia="宋体"/>
                <w:b w:val="0"/>
                <w:sz w:val="18"/>
              </w:rPr>
              <w:t>师小结:其实这两个问题在本质上是同一类题,“求比一个数多几的数”的问题用加法计算,“求比一个数少几的数”的问题用减法计算。还要注意画图分析,先准确找到信息之间的数量关系,再判断用什么方法计算。</w:t>
            </w:r>
          </w:p>
        </w:tc>
        <w:tc>
          <w:tcPr>
            <w:tcW w:type="dxa" w:w="3061"/>
          </w:tcPr>
          <w:p>
            <w:pPr>
              <w:spacing w:after="20" w:line="276" w:lineRule="auto"/>
            </w:pPr>
            <w:r/>
            <w:r>
              <w:rPr>
                <w:rFonts w:ascii="宋体" w:hAnsi="宋体" w:eastAsia="宋体"/>
                <w:b w:val="0"/>
                <w:sz w:val="18"/>
              </w:rPr>
              <w:t>已经知道苹果的箱数,其他水果的箱数都是和苹果比。梨比苹果多17箱，要求梨的箱数,用加法计算;橘子比苹果少8箱,要求橘子的箱数,用减法计算。</w:t>
            </w:r>
          </w:p>
        </w:tc>
        <w:tc>
          <w:tcPr>
            <w:tcW w:type="dxa" w:w="1814"/>
          </w:tcPr>
          <w:p>
            <w:pPr>
              <w:spacing w:after="20" w:line="276" w:lineRule="auto"/>
            </w:pPr>
            <w:r/>
            <w:r>
              <w:rPr>
                <w:rFonts w:ascii="宋体" w:hAnsi="宋体" w:eastAsia="宋体"/>
                <w:b w:val="0"/>
                <w:sz w:val="18"/>
              </w:rPr>
              <w:t>将这两个问题放在一起对比解决,有利于学生沟通两者的内在联系,并理解两者的不同之处。</w:t>
            </w:r>
          </w:p>
        </w:tc>
      </w:tr>
      <w:tr>
        <w:tc>
          <w:tcPr>
            <w:tcW w:type="dxa" w:w="1474"/>
          </w:tcPr>
          <w:p>
            <w:pPr>
              <w:spacing w:after="20" w:line="276" w:lineRule="auto"/>
            </w:pPr>
            <w:r>
              <w:rPr>
                <w:b/>
              </w:rPr>
            </w:r>
            <w:r>
              <w:rPr>
                <w:rFonts w:ascii="宋体" w:hAnsi="宋体" w:eastAsia="宋体"/>
                <w:b/>
                <w:sz w:val="18"/>
              </w:rPr>
              <w:t>四、课堂小结,畅谈收获</w:t>
            </w:r>
          </w:p>
        </w:tc>
        <w:tc>
          <w:tcPr>
            <w:tcW w:type="dxa" w:w="3061"/>
          </w:tcPr>
          <w:p>
            <w:pPr>
              <w:spacing w:after="20" w:line="276" w:lineRule="auto"/>
            </w:pPr>
            <w:r/>
            <w:r>
              <w:rPr>
                <w:rFonts w:ascii="宋体" w:hAnsi="宋体" w:eastAsia="宋体"/>
                <w:b w:val="0"/>
                <w:sz w:val="18"/>
              </w:rPr>
              <w:t>师:通过今天这节课的学习,你们有哪些收获?</w:t>
            </w:r>
          </w:p>
          <w:p>
            <w:pPr>
              <w:spacing w:after="20" w:line="276" w:lineRule="auto"/>
            </w:pPr>
            <w:r>
              <w:rPr>
                <w:rFonts w:ascii="宋体" w:hAnsi="宋体" w:eastAsia="宋体"/>
                <w:b w:val="0"/>
                <w:sz w:val="18"/>
              </w:rPr>
              <w:t>师小结:这节课我们学习了“求比一个数多(少)几的数”的实际问题。求比一个数多几的数,是求大数,用加法计算;求比一个数少几的数,是求小数,用减法计算。此外,解答完,记得要检验。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引导学生回顾梳理本课所学，完善认知结构，提升归纳与反思能力，核心问题："通过今天这节课的学习,你们有哪些收获?"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教科书P71~72例2,完成教科书P74“做一做”第3题。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问题的提出、分析、解决这一系列过程都是学生自行完成的,教师在其中始终处于引导者的位置,由学生根据具体情况及自己的理解提出问题,与同桌或在小组内交流分析和解决问题。学生在探索的过程中积极地解决问题,并掌握了用加、减法解决“求比一个数多几或少几的数”的问题。在教学的过程中,给学生提供充分表达自己想法的机会,并引导学生通过对比来总结,让学生更加深刻地理解“求比一个数多几的数”的问题和“求比一个数少几的数”的问题之间的联系与区别,同时培养学生的思维能力与表达能力。</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解决问题（3）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解决问题（3）</w:t>
            </w:r>
          </w:p>
        </w:tc>
        <w:tc>
          <w:tcPr>
            <w:tcW w:type="dxa" w:w="6009"/>
          </w:tcPr>
          <w:p>
            <w:pPr>
              <w:spacing w:after="20" w:line="276" w:lineRule="auto"/>
            </w:pPr>
            <w:r/>
            <w:r>
              <w:rPr>
                <w:rFonts w:ascii="宋体" w:hAnsi="宋体" w:eastAsia="宋体"/>
                <w:b w:val="0"/>
                <w:sz w:val="20"/>
              </w:rPr>
              <w:t>第6单元 数量间的加减关系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的加、减法计算，还学习过解决问题的方法，对图片信息的处理有了一定的基础，能够从图片中获取数学信息，还能根据加、减法的意义正确列式。所以本单元的学习，对他们来说不难。但是要自主构建知识体系，发现并总结数量间的关系，对于一年级的学生来说，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教学内容：教科书P73例3,完成教科书P74“做一做”第4、5题。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（1）了解连续两问的问题结构,让学生初步学会分析实际问题中的数量关系。</w:t>
      </w:r>
    </w:p>
    <w:p>
      <w:pPr>
        <w:spacing w:after="20" w:line="300" w:lineRule="auto"/>
        <w:ind w:firstLine="400"/>
      </w:pPr>
      <w:r>
        <w:rPr>
          <w:rFonts w:ascii="宋体" w:hAnsi="宋体" w:eastAsia="宋体"/>
          <w:b w:val="0"/>
          <w:sz w:val="20"/>
        </w:rPr>
        <w:t>（2）通过解决有关连续两问的实际问题,掌握分析和解决问题的一些基本方法,初步培养学生连贯思考问题的能力。</w:t>
      </w:r>
    </w:p>
    <w:p>
      <w:pPr>
        <w:spacing w:after="20" w:line="300" w:lineRule="auto"/>
        <w:ind w:firstLine="400"/>
      </w:pPr>
      <w:r>
        <w:rPr>
          <w:rFonts w:ascii="宋体" w:hAnsi="宋体" w:eastAsia="宋体"/>
          <w:b w:val="0"/>
          <w:sz w:val="20"/>
        </w:rPr>
        <w:t>（3）在解决问题的过程中,渗透事物之间的内在关系。</w:t>
      </w:r>
    </w:p>
    <w:p>
      <w:pPr>
        <w:spacing w:after="20" w:line="300" w:lineRule="auto"/>
        <w:ind w:firstLine="400"/>
      </w:pPr>
      <w:r>
        <w:rPr>
          <w:rFonts w:ascii="宋体" w:hAnsi="宋体" w:eastAsia="宋体"/>
          <w:b w:val="0"/>
          <w:sz w:val="20"/>
        </w:rPr>
        <w:t>（4）养成良好的检验习惯，学会分析题目中的数量关系，体会数学在实际生活中的应用，提高学生的数学应用能力。</w:t>
      </w:r>
    </w:p>
    <w:p>
      <w:pPr>
        <w:spacing w:after="20" w:line="300" w:lineRule="auto"/>
      </w:pPr>
      <w:r>
        <w:rPr>
          <w:rFonts w:ascii="宋体" w:hAnsi="宋体" w:eastAsia="宋体"/>
          <w:b w:val="0"/>
          <w:sz w:val="20"/>
        </w:rPr>
        <w:t>教学重点：了解连续两问的实际问题的结构,学会分析实际问题中的数量关系。</w:t>
      </w:r>
    </w:p>
    <w:p>
      <w:pPr>
        <w:spacing w:after="20" w:line="300" w:lineRule="auto"/>
      </w:pPr>
      <w:r>
        <w:rPr>
          <w:rFonts w:ascii="宋体" w:hAnsi="宋体" w:eastAsia="宋体"/>
          <w:b w:val="0"/>
          <w:sz w:val="20"/>
        </w:rPr>
        <w:t>教学难点：准确地找出解决问题时所需要的条件。</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一、复习导入,提出问题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同学们,在课余时间你们喜欢参加兴趣小组吗?(喜欢)那你们都参加了哪些兴趣小组呢?；同学们真棒!那你们能总结一下解决其中一个问题至少需要几个已知的条件吗？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二、探究新知,解决问题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从题中你知道了什么?；要解决的问题有几个?</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这节课你们学会了什么?有什么收获?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一、复习导入,提出问题</w:t>
            </w:r>
          </w:p>
        </w:tc>
        <w:tc>
          <w:tcPr>
            <w:tcW w:type="dxa" w:w="3061"/>
          </w:tcPr>
          <w:p>
            <w:pPr>
              <w:spacing w:after="20" w:line="276" w:lineRule="auto"/>
            </w:pPr>
            <w:r/>
            <w:r>
              <w:rPr>
                <w:rFonts w:ascii="宋体" w:hAnsi="宋体" w:eastAsia="宋体"/>
                <w:b w:val="0"/>
                <w:sz w:val="18"/>
              </w:rPr>
              <w:t>师:同学们,在课余时间你们喜欢参加兴趣小组吗?(喜欢)那你们都参加了哪些兴趣小组呢?</w:t>
            </w:r>
          </w:p>
          <w:p>
            <w:pPr>
              <w:spacing w:after="20" w:line="276" w:lineRule="auto"/>
            </w:pPr>
            <w:r>
              <w:rPr>
                <w:rFonts w:ascii="宋体" w:hAnsi="宋体" w:eastAsia="宋体"/>
                <w:b w:val="0"/>
                <w:sz w:val="18"/>
              </w:rPr>
              <w:t>师:同学们的兴趣真广泛,那参加篮球兴趣小组和舞蹈兴趣小组的同学们，老师想请你们帮一个忙,你们愿意吗?</w:t>
            </w:r>
          </w:p>
          <w:p>
            <w:pPr>
              <w:spacing w:after="20" w:line="276" w:lineRule="auto"/>
            </w:pPr>
            <w:r>
              <w:rPr>
                <w:rFonts w:ascii="宋体" w:hAnsi="宋体" w:eastAsia="宋体"/>
                <w:b w:val="0"/>
                <w:sz w:val="18"/>
              </w:rPr>
              <w:t>课件出示。</w:t>
            </w:r>
          </w:p>
          <w:p>
            <w:pPr>
              <w:spacing w:after="20" w:line="276" w:lineRule="auto"/>
            </w:pPr>
            <w:r>
              <w:rPr>
                <w:rFonts w:ascii="宋体" w:hAnsi="宋体" w:eastAsia="宋体"/>
                <w:b w:val="0"/>
                <w:sz w:val="18"/>
              </w:rPr>
              <w:t>师:同学们真棒!那你们能总结一下解决其中一个问题至少需要几个已知的条件吗？(两个)</w:t>
            </w:r>
          </w:p>
          <w:p>
            <w:pPr>
              <w:spacing w:after="20" w:line="276" w:lineRule="auto"/>
            </w:pPr>
            <w:r>
              <w:rPr>
                <w:rFonts w:ascii="宋体" w:hAnsi="宋体" w:eastAsia="宋体"/>
                <w:b w:val="0"/>
                <w:sz w:val="18"/>
              </w:rPr>
              <w:t>师:今天我们继续学习解决问题的方法。［板书：解决问题（3）］</w:t>
            </w:r>
          </w:p>
        </w:tc>
        <w:tc>
          <w:tcPr>
            <w:tcW w:type="dxa" w:w="3061"/>
          </w:tcPr>
          <w:p>
            <w:pPr>
              <w:spacing w:after="20" w:line="276" w:lineRule="auto"/>
            </w:pPr>
            <w:r/>
            <w:r>
              <w:rPr>
                <w:rFonts w:ascii="宋体" w:hAnsi="宋体" w:eastAsia="宋体"/>
                <w:b w:val="0"/>
                <w:sz w:val="18"/>
              </w:rPr>
              <w:t>有参加舞蹈兴趣小组的,有参加绘画兴趣小组的,也有参加篮球兴趣小组的……</w:t>
            </w:r>
          </w:p>
          <w:p>
            <w:pPr>
              <w:spacing w:after="20" w:line="276" w:lineRule="auto"/>
            </w:pPr>
            <w:r>
              <w:rPr>
                <w:rFonts w:ascii="宋体" w:hAnsi="宋体" w:eastAsia="宋体"/>
                <w:b w:val="0"/>
                <w:sz w:val="18"/>
              </w:rPr>
              <w:t>学生独立完成后，全班交流。</w:t>
            </w:r>
          </w:p>
          <w:p>
            <w:pPr>
              <w:spacing w:after="20" w:line="276" w:lineRule="auto"/>
            </w:pPr>
            <w:r>
              <w:rPr>
                <w:rFonts w:ascii="宋体" w:hAnsi="宋体" w:eastAsia="宋体"/>
                <w:b w:val="0"/>
                <w:sz w:val="18"/>
              </w:rPr>
              <w:t>第(1)题可以提问求女生有多少人；第(2)题要想知道舞蹈兴趣小组一共的人数 ，必须知道女生的人数，所以可以补充女生人数的条件。</w:t>
            </w:r>
          </w:p>
        </w:tc>
        <w:tc>
          <w:tcPr>
            <w:tcW w:type="dxa" w:w="1814"/>
          </w:tcPr>
          <w:p>
            <w:pPr>
              <w:spacing w:after="20" w:line="276" w:lineRule="auto"/>
            </w:pPr>
            <w:r/>
            <w:r>
              <w:rPr>
                <w:rFonts w:ascii="宋体" w:hAnsi="宋体" w:eastAsia="宋体"/>
                <w:b w:val="0"/>
                <w:sz w:val="18"/>
              </w:rPr>
              <w:t>通过复习用一步计算解决的问题,让学生明确要解决的问题和已知条件的关系,为接下来学习解决连续两问的实际问题奠定基础。</w:t>
            </w:r>
          </w:p>
        </w:tc>
      </w:tr>
      <w:tr>
        <w:tc>
          <w:tcPr>
            <w:tcW w:type="dxa" w:w="1474"/>
          </w:tcPr>
          <w:p>
            <w:pPr>
              <w:spacing w:after="20" w:line="276" w:lineRule="auto"/>
            </w:pPr>
            <w:r>
              <w:rPr>
                <w:b/>
              </w:rPr>
            </w:r>
            <w:r>
              <w:rPr>
                <w:rFonts w:ascii="宋体" w:hAnsi="宋体" w:eastAsia="宋体"/>
                <w:b/>
                <w:sz w:val="18"/>
              </w:rPr>
              <w:t>二、探究新知,解决问题</w:t>
            </w:r>
          </w:p>
        </w:tc>
        <w:tc>
          <w:tcPr>
            <w:tcW w:type="dxa" w:w="3061"/>
          </w:tcPr>
          <w:p>
            <w:pPr>
              <w:spacing w:after="20" w:line="276" w:lineRule="auto"/>
            </w:pPr>
            <w:r/>
            <w:r>
              <w:rPr>
                <w:rFonts w:ascii="宋体" w:hAnsi="宋体" w:eastAsia="宋体"/>
                <w:b w:val="0"/>
                <w:sz w:val="18"/>
              </w:rPr>
              <w:t>1.创设情境,提出问题。</w:t>
            </w:r>
          </w:p>
          <w:p>
            <w:pPr>
              <w:spacing w:after="20" w:line="276" w:lineRule="auto"/>
            </w:pPr>
            <w:r>
              <w:rPr>
                <w:rFonts w:ascii="宋体" w:hAnsi="宋体" w:eastAsia="宋体"/>
                <w:b w:val="0"/>
                <w:sz w:val="18"/>
              </w:rPr>
              <w:t>课件出示教科书P73例3。</w:t>
            </w:r>
          </w:p>
          <w:p>
            <w:pPr>
              <w:spacing w:after="20" w:line="276" w:lineRule="auto"/>
            </w:pPr>
            <w:r>
              <w:rPr>
                <w:rFonts w:ascii="宋体" w:hAnsi="宋体" w:eastAsia="宋体"/>
                <w:b w:val="0"/>
                <w:sz w:val="18"/>
              </w:rPr>
              <w:t>引导学生读题(默读、齐读、指名读)。</w:t>
            </w:r>
          </w:p>
          <w:p>
            <w:pPr>
              <w:spacing w:after="20" w:line="276" w:lineRule="auto"/>
            </w:pPr>
            <w:r>
              <w:rPr>
                <w:rFonts w:ascii="宋体" w:hAnsi="宋体" w:eastAsia="宋体"/>
                <w:b w:val="0"/>
                <w:sz w:val="18"/>
              </w:rPr>
              <w:t>师:从题中你知道了什么?</w:t>
            </w:r>
          </w:p>
          <w:p>
            <w:pPr>
              <w:spacing w:after="20" w:line="276" w:lineRule="auto"/>
            </w:pPr>
            <w:r>
              <w:rPr>
                <w:rFonts w:ascii="宋体" w:hAnsi="宋体" w:eastAsia="宋体"/>
                <w:b w:val="0"/>
                <w:sz w:val="18"/>
              </w:rPr>
              <w:t>师:要解决的问题有几个?</w:t>
            </w:r>
          </w:p>
          <w:p>
            <w:pPr>
              <w:spacing w:after="20" w:line="276" w:lineRule="auto"/>
            </w:pPr>
            <w:r>
              <w:rPr>
                <w:rFonts w:ascii="宋体" w:hAnsi="宋体" w:eastAsia="宋体"/>
                <w:b w:val="0"/>
                <w:sz w:val="18"/>
              </w:rPr>
              <w:t>师:想一想,这和我们刚才帮篮球兴趣小组和舞蹈兴趣小组解决的问题一样吗?</w:t>
            </w:r>
          </w:p>
          <w:p>
            <w:pPr>
              <w:spacing w:after="20" w:line="276" w:lineRule="auto"/>
            </w:pPr>
            <w:r>
              <w:rPr>
                <w:rFonts w:ascii="宋体" w:hAnsi="宋体" w:eastAsia="宋体"/>
                <w:b w:val="0"/>
                <w:sz w:val="18"/>
              </w:rPr>
              <w:t>师:所以这节课我们要探讨的就是解决连续两问的问题。</w:t>
            </w:r>
          </w:p>
          <w:p>
            <w:pPr>
              <w:spacing w:after="20" w:line="276" w:lineRule="auto"/>
            </w:pPr>
            <w:r>
              <w:rPr>
                <w:rFonts w:ascii="宋体" w:hAnsi="宋体" w:eastAsia="宋体"/>
                <w:b w:val="0"/>
                <w:sz w:val="18"/>
              </w:rPr>
              <w:t>2.深入探究,解决问题。</w:t>
            </w:r>
          </w:p>
          <w:p>
            <w:pPr>
              <w:spacing w:after="20" w:line="276" w:lineRule="auto"/>
            </w:pPr>
            <w:r>
              <w:rPr>
                <w:rFonts w:ascii="宋体" w:hAnsi="宋体" w:eastAsia="宋体"/>
                <w:b w:val="0"/>
                <w:sz w:val="18"/>
              </w:rPr>
              <w:t>师:我们先看第一个问题,你们能解决吗?怎样列式?</w:t>
            </w:r>
          </w:p>
          <w:p>
            <w:pPr>
              <w:spacing w:after="20" w:line="276" w:lineRule="auto"/>
            </w:pPr>
            <w:r>
              <w:rPr>
                <w:rFonts w:ascii="宋体" w:hAnsi="宋体" w:eastAsia="宋体"/>
                <w:b w:val="0"/>
                <w:sz w:val="18"/>
              </w:rPr>
              <w:t>师:现在我们看看第二个问题,要求妈妈和小红一共参加志愿活动的次数,要先知道什么?(妈妈和小红各自参加志愿活动的次数)哪个条件是题目直接告诉我们的?(妈妈参加志愿活动的次数)</w:t>
            </w:r>
          </w:p>
          <w:p>
            <w:pPr>
              <w:spacing w:after="20" w:line="276" w:lineRule="auto"/>
            </w:pPr>
            <w:r>
              <w:rPr>
                <w:rFonts w:ascii="宋体" w:hAnsi="宋体" w:eastAsia="宋体"/>
                <w:b w:val="0"/>
                <w:sz w:val="18"/>
              </w:rPr>
              <w:t>师:另一个需要知道的条件是小红参加活动的次数,你能找到它吗?</w:t>
            </w:r>
          </w:p>
          <w:p>
            <w:pPr>
              <w:spacing w:after="20" w:line="276" w:lineRule="auto"/>
            </w:pPr>
            <w:r>
              <w:rPr>
                <w:rFonts w:ascii="宋体" w:hAnsi="宋体" w:eastAsia="宋体"/>
                <w:b w:val="0"/>
                <w:sz w:val="18"/>
              </w:rPr>
              <w:t>教师指出:第一个问题求出了小红参加的次数是9次,这变成了第二个问题的条件。也就是说,要解决第二个问题,一定要先求出什么?</w:t>
            </w:r>
          </w:p>
          <w:p>
            <w:pPr>
              <w:spacing w:after="20" w:line="276" w:lineRule="auto"/>
            </w:pPr>
            <w:r>
              <w:rPr>
                <w:rFonts w:ascii="宋体" w:hAnsi="宋体" w:eastAsia="宋体"/>
                <w:b w:val="0"/>
                <w:sz w:val="18"/>
              </w:rPr>
              <w:t>师:解答正确吗?怎样检验?</w:t>
            </w:r>
          </w:p>
          <w:p>
            <w:pPr>
              <w:spacing w:after="20" w:line="276" w:lineRule="auto"/>
            </w:pPr>
            <w:r>
              <w:rPr>
                <w:rFonts w:ascii="宋体" w:hAnsi="宋体" w:eastAsia="宋体"/>
                <w:b w:val="0"/>
                <w:sz w:val="18"/>
              </w:rPr>
              <w:t>3.小结方法。</w:t>
            </w:r>
          </w:p>
          <w:p>
            <w:pPr>
              <w:spacing w:after="20" w:line="276" w:lineRule="auto"/>
            </w:pPr>
            <w:r>
              <w:rPr>
                <w:rFonts w:ascii="宋体" w:hAnsi="宋体" w:eastAsia="宋体"/>
                <w:b w:val="0"/>
                <w:sz w:val="18"/>
              </w:rPr>
              <w:t>师:这道题我们解决了几个问题?解答时要注意什么?</w:t>
            </w:r>
          </w:p>
          <w:p>
            <w:pPr>
              <w:spacing w:after="20" w:line="276" w:lineRule="auto"/>
            </w:pPr>
            <w:r>
              <w:rPr>
                <w:rFonts w:ascii="宋体" w:hAnsi="宋体" w:eastAsia="宋体"/>
                <w:b w:val="0"/>
                <w:sz w:val="18"/>
              </w:rPr>
              <w:t>师小结:解答连续两问的实际问题,要先根据已知的条件解决第一个问题,再根据第一个问题的结果和有关联的另一个条件去解决第二个问题。也就是说,第一个问题的结果要作为第二个问题的条件,要解决第二个问题必须先求出第一个问题的结果且确保其结果的正确性。</w:t>
            </w:r>
          </w:p>
        </w:tc>
        <w:tc>
          <w:tcPr>
            <w:tcW w:type="dxa" w:w="3061"/>
          </w:tcPr>
          <w:p>
            <w:pPr>
              <w:spacing w:after="20" w:line="276" w:lineRule="auto"/>
            </w:pPr>
            <w:r/>
            <w:r>
              <w:rPr>
                <w:rFonts w:ascii="宋体" w:hAnsi="宋体" w:eastAsia="宋体"/>
                <w:b w:val="0"/>
                <w:sz w:val="18"/>
              </w:rPr>
              <w:t>妈妈参加了14次志愿活动，小红参加的比妈妈少5次。</w:t>
            </w:r>
          </w:p>
          <w:p>
            <w:pPr>
              <w:spacing w:after="20" w:line="276" w:lineRule="auto"/>
            </w:pPr>
            <w:r>
              <w:rPr>
                <w:rFonts w:ascii="宋体" w:hAnsi="宋体" w:eastAsia="宋体"/>
                <w:b w:val="0"/>
                <w:sz w:val="18"/>
              </w:rPr>
              <w:t>两个,分别是“小红参加了多少次志愿活动”和“妈妈和小红一共参加了多少次志愿活动”。</w:t>
            </w:r>
          </w:p>
          <w:p>
            <w:pPr>
              <w:spacing w:after="20" w:line="276" w:lineRule="auto"/>
            </w:pPr>
            <w:r>
              <w:rPr>
                <w:rFonts w:ascii="宋体" w:hAnsi="宋体" w:eastAsia="宋体"/>
                <w:b w:val="0"/>
                <w:sz w:val="18"/>
              </w:rPr>
              <w:t>这和我们刚才解决的问题不一样。前面解决的都只有一个问题,而现在有两个问题。</w:t>
            </w:r>
          </w:p>
          <w:p>
            <w:pPr>
              <w:spacing w:after="20" w:line="276" w:lineRule="auto"/>
            </w:pPr>
            <w:r>
              <w:rPr>
                <w:rFonts w:ascii="宋体" w:hAnsi="宋体" w:eastAsia="宋体"/>
                <w:b w:val="0"/>
                <w:sz w:val="18"/>
              </w:rPr>
              <w:t>这是求比一个数少几的数的实际问题,用减法计算,小红参加的次数是14-5=9(次)。(板书答案)</w:t>
            </w:r>
          </w:p>
          <w:p>
            <w:pPr>
              <w:spacing w:after="20" w:line="276" w:lineRule="auto"/>
            </w:pPr>
            <w:r>
              <w:rPr>
                <w:rFonts w:ascii="宋体" w:hAnsi="宋体" w:eastAsia="宋体"/>
                <w:b w:val="0"/>
                <w:sz w:val="18"/>
              </w:rPr>
              <w:t>能找到。小红参加活动的次数就是上一个问题的答案，是9次。</w:t>
            </w:r>
          </w:p>
          <w:p>
            <w:pPr>
              <w:spacing w:after="20" w:line="276" w:lineRule="auto"/>
            </w:pPr>
            <w:r>
              <w:rPr>
                <w:rFonts w:ascii="宋体" w:hAnsi="宋体" w:eastAsia="宋体"/>
                <w:b w:val="0"/>
                <w:sz w:val="18"/>
              </w:rPr>
              <w:t>第一个问题。</w:t>
            </w:r>
          </w:p>
          <w:p>
            <w:pPr>
              <w:spacing w:after="20" w:line="276" w:lineRule="auto"/>
            </w:pPr>
            <w:r>
              <w:rPr>
                <w:rFonts w:ascii="宋体" w:hAnsi="宋体" w:eastAsia="宋体"/>
                <w:b w:val="0"/>
                <w:sz w:val="18"/>
              </w:rPr>
              <w:t>求妈妈和小红一共参加了多少次志愿活动，就要把妈妈参加的次数和小红参加的次数合起来,用加法计算,列式为14+9=23（次）。(板书答案)</w:t>
            </w:r>
          </w:p>
          <w:p>
            <w:pPr>
              <w:spacing w:after="20" w:line="276" w:lineRule="auto"/>
            </w:pPr>
            <w:r>
              <w:rPr>
                <w:rFonts w:ascii="宋体" w:hAnsi="宋体" w:eastAsia="宋体"/>
                <w:b w:val="0"/>
                <w:sz w:val="18"/>
              </w:rPr>
              <w:t>把所得的小红参加的9次志愿活动与妈妈参加的次数比较,看是不是比妈妈参加的次数少5次。</w:t>
            </w:r>
          </w:p>
        </w:tc>
        <w:tc>
          <w:tcPr>
            <w:tcW w:type="dxa" w:w="1814"/>
          </w:tcPr>
          <w:p>
            <w:pPr>
              <w:spacing w:after="20" w:line="276" w:lineRule="auto"/>
            </w:pPr>
            <w:r/>
            <w:r>
              <w:rPr>
                <w:rFonts w:ascii="宋体" w:hAnsi="宋体" w:eastAsia="宋体"/>
                <w:b w:val="0"/>
                <w:sz w:val="18"/>
              </w:rPr>
              <w:t>把探索知识的主动权交给学生,让学生通过思考、讨论、交流和汇报,找出解决问题的方法,开阔学生的解题思路,培养学生发现问题、分析问题和解决问题的能力，从而提高学生的综合能力。</w:t>
            </w:r>
          </w:p>
        </w:tc>
      </w:tr>
      <w:tr>
        <w:tc>
          <w:tcPr>
            <w:tcW w:type="dxa" w:w="1474"/>
          </w:tcPr>
          <w:p>
            <w:pPr>
              <w:spacing w:after="20" w:line="276" w:lineRule="auto"/>
            </w:pPr>
            <w:r>
              <w:rPr>
                <w:b/>
              </w:rPr>
            </w:r>
            <w:r>
              <w:rPr>
                <w:rFonts w:ascii="宋体" w:hAnsi="宋体" w:eastAsia="宋体"/>
                <w:b/>
                <w:sz w:val="18"/>
              </w:rPr>
              <w:t>三、巩固练习,提高能力</w:t>
            </w:r>
          </w:p>
        </w:tc>
        <w:tc>
          <w:tcPr>
            <w:tcW w:type="dxa" w:w="3061"/>
          </w:tcPr>
          <w:p>
            <w:pPr>
              <w:spacing w:after="20" w:line="276" w:lineRule="auto"/>
            </w:pPr>
            <w:r/>
            <w:r>
              <w:rPr>
                <w:rFonts w:ascii="宋体" w:hAnsi="宋体" w:eastAsia="宋体"/>
                <w:b w:val="0"/>
                <w:sz w:val="18"/>
              </w:rPr>
              <w:t>1.完成教科书P74“做一做”第4题。</w:t>
            </w:r>
          </w:p>
          <w:p>
            <w:pPr>
              <w:spacing w:after="20" w:line="276" w:lineRule="auto"/>
            </w:pPr>
            <w:r>
              <w:rPr>
                <w:rFonts w:ascii="宋体" w:hAnsi="宋体" w:eastAsia="宋体"/>
                <w:b w:val="0"/>
                <w:sz w:val="18"/>
              </w:rPr>
              <w:t>列式计算:84-40=44（个），44-26=18（个）。</w:t>
            </w:r>
          </w:p>
          <w:p>
            <w:pPr>
              <w:spacing w:after="20" w:line="276" w:lineRule="auto"/>
            </w:pPr>
            <w:r>
              <w:rPr>
                <w:rFonts w:ascii="宋体" w:hAnsi="宋体" w:eastAsia="宋体"/>
                <w:b w:val="0"/>
                <w:sz w:val="18"/>
              </w:rPr>
              <w:t>师:把自己检验的过程和同桌说一说。</w:t>
            </w:r>
          </w:p>
          <w:p>
            <w:pPr>
              <w:spacing w:after="20" w:line="276" w:lineRule="auto"/>
            </w:pPr>
            <w:r>
              <w:rPr>
                <w:rFonts w:ascii="宋体" w:hAnsi="宋体" w:eastAsia="宋体"/>
                <w:b w:val="0"/>
                <w:sz w:val="18"/>
              </w:rPr>
              <w:t>2.完成教科书P74“做一做”第5题。</w:t>
            </w:r>
          </w:p>
          <w:p>
            <w:pPr>
              <w:spacing w:after="20" w:line="276" w:lineRule="auto"/>
            </w:pPr>
            <w:r>
              <w:rPr>
                <w:rFonts w:ascii="宋体" w:hAnsi="宋体" w:eastAsia="宋体"/>
                <w:b w:val="0"/>
                <w:sz w:val="18"/>
              </w:rPr>
              <w:t>（1）学生审题，找出已知条件和要解决的问题。先解决第一个问题，列式计算，再根据求出的结果，解决第二个问题，列式计算。</w:t>
            </w:r>
          </w:p>
          <w:p>
            <w:pPr>
              <w:spacing w:after="20" w:line="276" w:lineRule="auto"/>
            </w:pPr>
            <w:r>
              <w:rPr>
                <w:rFonts w:ascii="宋体" w:hAnsi="宋体" w:eastAsia="宋体"/>
                <w:b w:val="0"/>
                <w:sz w:val="18"/>
              </w:rPr>
              <w:t>（2）引导学生检验结果并口答。</w:t>
            </w:r>
          </w:p>
        </w:tc>
        <w:tc>
          <w:tcPr>
            <w:tcW w:type="dxa" w:w="3061"/>
          </w:tcPr>
          <w:p>
            <w:pPr>
              <w:spacing w:after="20" w:line="276" w:lineRule="auto"/>
            </w:pPr>
            <w:r/>
            <w:r>
              <w:rPr>
                <w:rFonts w:ascii="宋体" w:hAnsi="宋体" w:eastAsia="宋体"/>
                <w:b w:val="0"/>
                <w:sz w:val="18"/>
              </w:rPr>
              <w:t>学生独立完成后,指名学生回答并要求学生分析问题,找出已知条件和要解决的问题。</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四、课堂小结,畅谈收获</w:t>
            </w:r>
          </w:p>
        </w:tc>
        <w:tc>
          <w:tcPr>
            <w:tcW w:type="dxa" w:w="3061"/>
          </w:tcPr>
          <w:p>
            <w:pPr>
              <w:spacing w:after="20" w:line="276" w:lineRule="auto"/>
            </w:pPr>
            <w:r/>
            <w:r>
              <w:rPr>
                <w:rFonts w:ascii="宋体" w:hAnsi="宋体" w:eastAsia="宋体"/>
                <w:b w:val="0"/>
                <w:sz w:val="18"/>
              </w:rPr>
              <w:t>师:这节课你们学会了什么?有什么收获?</w:t>
            </w:r>
          </w:p>
          <w:p>
            <w:pPr>
              <w:spacing w:after="20" w:line="276" w:lineRule="auto"/>
            </w:pPr>
            <w:r>
              <w:rPr>
                <w:rFonts w:ascii="宋体" w:hAnsi="宋体" w:eastAsia="宋体"/>
                <w:b w:val="0"/>
                <w:sz w:val="18"/>
              </w:rPr>
              <w:t>师小结:把第一个问题的答案当作解决第二个问题的一个已知条件,学会把问题的答案当条件来思考,明确解决一个问题需要有哪些相关条件。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引导学生回顾梳理本课所学，完善认知结构，提升归纳与反思能力，核心问题："这节课你们学会了什么?有什么收获?"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解决问题（3）</w:t>
      </w:r>
    </w:p>
    <w:p>
      <w:pPr>
        <w:spacing w:after="40" w:line="300" w:lineRule="auto"/>
      </w:pPr>
      <w:r>
        <w:rPr>
          <w:rFonts w:ascii="宋体" w:hAnsi="宋体" w:eastAsia="宋体"/>
          <w:b w:val="0"/>
          <w:sz w:val="20"/>
        </w:rPr>
        <w:t>小红参加志愿活动次数</w:t>
      </w:r>
    </w:p>
    <w:p>
      <w:pPr>
        <w:spacing w:after="40" w:line="300" w:lineRule="auto"/>
      </w:pPr>
      <w:r>
        <w:rPr>
          <w:rFonts w:ascii="宋体" w:hAnsi="宋体" w:eastAsia="宋体"/>
          <w:b w:val="0"/>
          <w:sz w:val="20"/>
        </w:rPr>
        <w:t>14-5=9（次）</w:t>
      </w:r>
    </w:p>
    <w:p>
      <w:pPr>
        <w:spacing w:after="40" w:line="300" w:lineRule="auto"/>
      </w:pPr>
      <w:r>
        <w:rPr>
          <w:rFonts w:ascii="宋体" w:hAnsi="宋体" w:eastAsia="宋体"/>
          <w:b w:val="0"/>
          <w:sz w:val="20"/>
        </w:rPr>
        <w:t>妈妈和小红一共参加志愿活动的次数</w:t>
      </w:r>
    </w:p>
    <w:p>
      <w:pPr>
        <w:spacing w:after="40" w:line="300" w:lineRule="auto"/>
      </w:pPr>
      <w:r>
        <w:rPr>
          <w:rFonts w:ascii="宋体" w:hAnsi="宋体" w:eastAsia="宋体"/>
          <w:b w:val="0"/>
          <w:sz w:val="20"/>
        </w:rPr>
        <w:t>14+9=23（次）</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教科书P73例3,完成教科书P74“做一做”第4、5题。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学依据两个已知条件解决相关联的两个问题,在解决问题的领域中起着举足轻重的作用,也是今后学习用两步计算解决问题的基础。它是在学生已经学习了用简单的一步计算解决问题的基础上,解决第二个问题。两个已知条件是重点,第三个已知条件是过渡,通过连续提问,把所求第一个问题的结果作为已知条件,再求第二个问题。教学时要引导学生根据相关信息分析数量关系,解决需两步计算的实际问题,通过问题的解决,一方面使学生学会应用所学的知识进行分析和推理,培养学生初步的逻辑推理能力;另一方面,体会身边的许多事物之间的数量关系,感受数学的应用价值。</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整理和复习</w:t>
            </w:r>
          </w:p>
        </w:tc>
        <w:tc>
          <w:tcPr>
            <w:tcW w:type="dxa" w:w="6009"/>
          </w:tcPr>
          <w:p>
            <w:pPr>
              <w:spacing w:after="20" w:line="276" w:lineRule="auto"/>
            </w:pPr>
            <w:r/>
            <w:r>
              <w:rPr>
                <w:rFonts w:ascii="宋体" w:hAnsi="宋体" w:eastAsia="宋体"/>
                <w:b w:val="0"/>
                <w:sz w:val="20"/>
              </w:rPr>
              <w:t>第6单元 数量间的加减关系</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掌握了100以内的加、减法计算，还学习过解决问题的方法，对图片信息的处理有了一定的基础，能够从图片中获取数学信息，还能根据加、减法的意义正确列式。所以本单元的学习，对他们来说不难。但是要自主构建知识体系，发现并总结数量间的关系，对于一年级的学生来说，有一定的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教学内容：教科书P75，完成教科书P75~76“练一练”第1、2、4题。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（1）对本单元的知识进行梳理，进一步巩固运用根据数量间的关系合理选用加、减法解决实际问题的知识基础。</w:t>
      </w:r>
    </w:p>
    <w:p>
      <w:pPr>
        <w:spacing w:after="20" w:line="300" w:lineRule="auto"/>
        <w:ind w:firstLine="400"/>
      </w:pPr>
      <w:r>
        <w:rPr>
          <w:rFonts w:ascii="宋体" w:hAnsi="宋体" w:eastAsia="宋体"/>
          <w:b w:val="0"/>
          <w:sz w:val="20"/>
        </w:rPr>
        <w:t>（2）在解决问题的过程中，梳理解决问题的方法和策略。</w:t>
      </w:r>
    </w:p>
    <w:p>
      <w:pPr>
        <w:spacing w:after="20" w:line="300" w:lineRule="auto"/>
        <w:ind w:firstLine="400"/>
      </w:pPr>
      <w:r>
        <w:rPr>
          <w:rFonts w:ascii="宋体" w:hAnsi="宋体" w:eastAsia="宋体"/>
          <w:b w:val="0"/>
          <w:sz w:val="20"/>
        </w:rPr>
        <w:t>（3）在解决问题的过程中，体会数学与日常生活的联系，提高解决问题的能力。</w:t>
      </w:r>
    </w:p>
    <w:p>
      <w:pPr>
        <w:spacing w:after="20" w:line="300" w:lineRule="auto"/>
      </w:pPr>
      <w:r>
        <w:rPr>
          <w:rFonts w:ascii="宋体" w:hAnsi="宋体" w:eastAsia="宋体"/>
          <w:b w:val="0"/>
          <w:sz w:val="20"/>
        </w:rPr>
        <w:t>教学重点：运用本单元解决问题的方法和策略解决生活实际问题。</w:t>
      </w:r>
    </w:p>
    <w:p>
      <w:pPr>
        <w:spacing w:after="20" w:line="300" w:lineRule="auto"/>
      </w:pPr>
      <w:r>
        <w:rPr>
          <w:rFonts w:ascii="宋体" w:hAnsi="宋体" w:eastAsia="宋体"/>
          <w:b w:val="0"/>
          <w:sz w:val="20"/>
        </w:rPr>
        <w:t>教学难点：分析数量间的关系，选择正确的运算方法。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通过本单元的学习，你有哪些收获呢？；你掌握了哪些数量关系呢？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二、练习指导</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仔细观察主题图，你知道了哪些信息？；要解决的问题是什么？</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w:t>
            </w:r>
          </w:p>
        </w:tc>
        <w:tc>
          <w:tcPr>
            <w:tcW w:type="dxa" w:w="3061"/>
          </w:tcPr>
          <w:p>
            <w:pPr>
              <w:spacing w:after="20" w:line="276" w:lineRule="auto"/>
            </w:pPr>
            <w:r/>
            <w:r>
              <w:rPr>
                <w:rFonts w:ascii="宋体" w:hAnsi="宋体" w:eastAsia="宋体"/>
                <w:b w:val="0"/>
                <w:sz w:val="18"/>
              </w:rPr>
              <w:t>师：请同学们回顾一下，这一单元我们学习了哪些知识。</w:t>
            </w:r>
          </w:p>
          <w:p>
            <w:pPr>
              <w:spacing w:after="20" w:line="276" w:lineRule="auto"/>
            </w:pPr>
            <w:r>
              <w:rPr>
                <w:rFonts w:ascii="宋体" w:hAnsi="宋体" w:eastAsia="宋体"/>
                <w:b w:val="0"/>
                <w:sz w:val="18"/>
              </w:rPr>
              <w:t>师：通过本单元的学习，你有哪些收获呢？</w:t>
            </w:r>
          </w:p>
          <w:p>
            <w:pPr>
              <w:spacing w:after="20" w:line="276" w:lineRule="auto"/>
            </w:pPr>
            <w:r>
              <w:rPr>
                <w:rFonts w:ascii="宋体" w:hAnsi="宋体" w:eastAsia="宋体"/>
                <w:b w:val="0"/>
                <w:sz w:val="18"/>
              </w:rPr>
              <w:t>师：你掌握了哪些数量关系呢？画一画，说一说。</w:t>
            </w:r>
          </w:p>
        </w:tc>
        <w:tc>
          <w:tcPr>
            <w:tcW w:type="dxa" w:w="3061"/>
          </w:tcPr>
          <w:p>
            <w:pPr>
              <w:spacing w:after="20" w:line="276" w:lineRule="auto"/>
            </w:pPr>
            <w:r/>
            <w:r>
              <w:rPr>
                <w:rFonts w:ascii="宋体" w:hAnsi="宋体" w:eastAsia="宋体"/>
                <w:b w:val="0"/>
                <w:sz w:val="18"/>
              </w:rPr>
              <w:t>学生交流汇报时不能完整准确表述学过的知识有：一个数比另一个数多（少）几、比一个数多（少）几的数是几、解决连续两问的实际问题。</w:t>
            </w:r>
          </w:p>
          <w:p>
            <w:pPr>
              <w:spacing w:after="20" w:line="276" w:lineRule="auto"/>
            </w:pPr>
            <w:r>
              <w:rPr>
                <w:rFonts w:ascii="宋体" w:hAnsi="宋体" w:eastAsia="宋体"/>
                <w:b w:val="0"/>
                <w:sz w:val="18"/>
              </w:rPr>
              <w:t>预设1：我知道了通过画图的方法能更清楚地看出数量间的关系。</w:t>
            </w:r>
          </w:p>
          <w:p>
            <w:pPr>
              <w:spacing w:after="20" w:line="276" w:lineRule="auto"/>
            </w:pPr>
            <w:r>
              <w:rPr>
                <w:rFonts w:ascii="宋体" w:hAnsi="宋体" w:eastAsia="宋体"/>
                <w:b w:val="0"/>
                <w:sz w:val="18"/>
              </w:rPr>
              <w:t>预设2：我知道了比多少的问题可以用加、减法解决。</w:t>
            </w:r>
          </w:p>
          <w:p>
            <w:pPr>
              <w:spacing w:after="20" w:line="276" w:lineRule="auto"/>
            </w:pPr>
            <w:r>
              <w:rPr>
                <w:rFonts w:ascii="宋体" w:hAnsi="宋体" w:eastAsia="宋体"/>
                <w:b w:val="0"/>
                <w:sz w:val="18"/>
              </w:rPr>
              <w:t>预设3：我知道了在解决问题时，要仔细审题，找到数量间的关系，再选择用加法或减法来解决。</w:t>
            </w:r>
          </w:p>
          <w:p>
            <w:pPr>
              <w:spacing w:after="20" w:line="276" w:lineRule="auto"/>
            </w:pPr>
            <w:r>
              <w:rPr>
                <w:rFonts w:ascii="宋体" w:hAnsi="宋体" w:eastAsia="宋体"/>
                <w:b w:val="0"/>
                <w:sz w:val="18"/>
              </w:rPr>
              <w:t>预设4：想知道一个问题的答案，有时需要先解决另一个问题，再把另一个问题的答案当条件使用。</w:t>
            </w:r>
          </w:p>
          <w:p>
            <w:pPr>
              <w:spacing w:after="20" w:line="276" w:lineRule="auto"/>
            </w:pPr>
            <w:r>
              <w:rPr>
                <w:rFonts w:ascii="宋体" w:hAnsi="宋体" w:eastAsia="宋体"/>
                <w:b w:val="0"/>
                <w:sz w:val="18"/>
              </w:rPr>
              <w:t>学生独立完成，在班上展示分享。</w:t>
            </w:r>
          </w:p>
        </w:tc>
        <w:tc>
          <w:tcPr>
            <w:tcW w:type="dxa" w:w="1814"/>
          </w:tcPr>
          <w:p>
            <w:pPr>
              <w:spacing w:after="20" w:line="276" w:lineRule="auto"/>
            </w:pPr>
            <w:r/>
            <w:r>
              <w:rPr>
                <w:rFonts w:ascii="宋体" w:hAnsi="宋体" w:eastAsia="宋体"/>
                <w:b w:val="0"/>
                <w:sz w:val="18"/>
              </w:rPr>
              <w:t>通过回顾，将本单元的知识有序地呈现出来，全面了解本单元所学知识间的联系，也为本节课后续学习做铺垫。</w:t>
            </w:r>
          </w:p>
        </w:tc>
      </w:tr>
      <w:tr>
        <w:tc>
          <w:tcPr>
            <w:tcW w:type="dxa" w:w="1474"/>
          </w:tcPr>
          <w:p>
            <w:pPr>
              <w:spacing w:after="20" w:line="276" w:lineRule="auto"/>
            </w:pPr>
            <w:r>
              <w:rPr>
                <w:b/>
              </w:rPr>
            </w:r>
            <w:r>
              <w:rPr>
                <w:rFonts w:ascii="宋体" w:hAnsi="宋体" w:eastAsia="宋体"/>
                <w:b/>
                <w:sz w:val="18"/>
              </w:rPr>
              <w:t>二、练习指导</w:t>
            </w:r>
          </w:p>
        </w:tc>
        <w:tc>
          <w:tcPr>
            <w:tcW w:type="dxa" w:w="3061"/>
          </w:tcPr>
          <w:p>
            <w:pPr>
              <w:spacing w:after="20" w:line="276" w:lineRule="auto"/>
            </w:pPr>
            <w:r/>
            <w:r>
              <w:rPr>
                <w:rFonts w:ascii="宋体" w:hAnsi="宋体" w:eastAsia="宋体"/>
                <w:b w:val="0"/>
                <w:sz w:val="18"/>
              </w:rPr>
              <w:t>1.完成教科书P75“练一练”第1题。</w:t>
            </w:r>
          </w:p>
          <w:p>
            <w:pPr>
              <w:spacing w:after="20" w:line="276" w:lineRule="auto"/>
            </w:pPr>
            <w:r>
              <w:rPr>
                <w:rFonts w:ascii="宋体" w:hAnsi="宋体" w:eastAsia="宋体"/>
                <w:b w:val="0"/>
                <w:sz w:val="18"/>
              </w:rPr>
              <w:t>师：仔细观察主题图，你知道了哪些信息？</w:t>
            </w:r>
          </w:p>
          <w:p>
            <w:pPr>
              <w:spacing w:after="20" w:line="276" w:lineRule="auto"/>
            </w:pPr>
            <w:r>
              <w:rPr>
                <w:rFonts w:ascii="宋体" w:hAnsi="宋体" w:eastAsia="宋体"/>
                <w:b w:val="0"/>
                <w:sz w:val="18"/>
              </w:rPr>
              <w:t>师：要解决的问题是什么？</w:t>
            </w:r>
          </w:p>
          <w:p>
            <w:pPr>
              <w:spacing w:after="20" w:line="276" w:lineRule="auto"/>
            </w:pPr>
            <w:r>
              <w:rPr>
                <w:rFonts w:ascii="宋体" w:hAnsi="宋体" w:eastAsia="宋体"/>
                <w:b w:val="0"/>
                <w:sz w:val="18"/>
              </w:rPr>
              <w:t>师：要解决这两个问题需要知道哪些条件呢？</w:t>
            </w:r>
          </w:p>
          <w:p>
            <w:pPr>
              <w:spacing w:after="20" w:line="276" w:lineRule="auto"/>
            </w:pPr>
            <w:r>
              <w:rPr>
                <w:rFonts w:ascii="宋体" w:hAnsi="宋体" w:eastAsia="宋体"/>
                <w:b w:val="0"/>
                <w:sz w:val="18"/>
              </w:rPr>
              <w:t>2.完成教科书P76“练一练”第2题。</w:t>
            </w:r>
          </w:p>
          <w:p>
            <w:pPr>
              <w:spacing w:after="20" w:line="276" w:lineRule="auto"/>
            </w:pPr>
            <w:r>
              <w:rPr>
                <w:rFonts w:ascii="宋体" w:hAnsi="宋体" w:eastAsia="宋体"/>
                <w:b w:val="0"/>
                <w:sz w:val="18"/>
              </w:rPr>
              <w:t>（1）学生在教科书上独立完成。</w:t>
            </w:r>
          </w:p>
          <w:p>
            <w:pPr>
              <w:spacing w:after="20" w:line="276" w:lineRule="auto"/>
            </w:pPr>
            <w:r>
              <w:rPr>
                <w:rFonts w:ascii="宋体" w:hAnsi="宋体" w:eastAsia="宋体"/>
                <w:b w:val="0"/>
                <w:sz w:val="18"/>
              </w:rPr>
              <w:t>（2）集体汇报交流。</w:t>
            </w:r>
          </w:p>
          <w:p>
            <w:pPr>
              <w:spacing w:after="20" w:line="276" w:lineRule="auto"/>
            </w:pPr>
            <w:r>
              <w:rPr>
                <w:rFonts w:ascii="宋体" w:hAnsi="宋体" w:eastAsia="宋体"/>
                <w:b w:val="0"/>
                <w:sz w:val="18"/>
              </w:rPr>
              <w:t>3.完成教科书P76“练一练”第4题。</w:t>
            </w:r>
          </w:p>
          <w:p>
            <w:pPr>
              <w:spacing w:after="20" w:line="276" w:lineRule="auto"/>
            </w:pPr>
            <w:r>
              <w:rPr>
                <w:rFonts w:ascii="宋体" w:hAnsi="宋体" w:eastAsia="宋体"/>
                <w:b w:val="0"/>
                <w:sz w:val="18"/>
              </w:rPr>
              <w:t>列式计算： 24-7=17（人），24+17=41（人）。</w:t>
            </w:r>
          </w:p>
          <w:p>
            <w:pPr>
              <w:spacing w:after="20" w:line="276" w:lineRule="auto"/>
            </w:pPr>
            <w:r>
              <w:rPr>
                <w:rFonts w:ascii="宋体" w:hAnsi="宋体" w:eastAsia="宋体"/>
                <w:b w:val="0"/>
                <w:sz w:val="18"/>
              </w:rPr>
              <w:t>师：把自己的检验过程和同桌说一说。</w:t>
            </w:r>
          </w:p>
          <w:p>
            <w:pPr>
              <w:spacing w:after="20" w:line="276" w:lineRule="auto"/>
            </w:pPr>
            <w:r>
              <w:rPr>
                <w:rFonts w:ascii="宋体" w:hAnsi="宋体" w:eastAsia="宋体"/>
                <w:b w:val="0"/>
                <w:sz w:val="18"/>
              </w:rPr>
              <w:t>4.课件出示练习题。</w:t>
            </w:r>
          </w:p>
          <w:p>
            <w:pPr>
              <w:spacing w:after="20" w:line="276" w:lineRule="auto"/>
            </w:pPr>
            <w:r>
              <w:rPr>
                <w:rFonts w:ascii="宋体" w:hAnsi="宋体" w:eastAsia="宋体"/>
                <w:b w:val="0"/>
                <w:sz w:val="18"/>
              </w:rPr>
              <w:t>师：从图中你知道了什么？</w:t>
            </w:r>
          </w:p>
          <w:p>
            <w:pPr>
              <w:spacing w:after="20" w:line="276" w:lineRule="auto"/>
            </w:pPr>
            <w:r>
              <w:rPr>
                <w:rFonts w:ascii="宋体" w:hAnsi="宋体" w:eastAsia="宋体"/>
                <w:b w:val="0"/>
                <w:sz w:val="18"/>
              </w:rPr>
              <w:t>师：“优惠8元”是什么意思？</w:t>
            </w:r>
          </w:p>
        </w:tc>
        <w:tc>
          <w:tcPr>
            <w:tcW w:type="dxa" w:w="3061"/>
          </w:tcPr>
          <w:p>
            <w:pPr>
              <w:spacing w:after="20" w:line="276" w:lineRule="auto"/>
            </w:pPr>
            <w:r/>
            <w:r>
              <w:rPr>
                <w:rFonts w:ascii="宋体" w:hAnsi="宋体" w:eastAsia="宋体"/>
                <w:b w:val="0"/>
                <w:sz w:val="18"/>
              </w:rPr>
              <w:t>3名同学在打扫教室，浩浩擦了12张课桌，佳佳擦了6把椅子和9张课桌。</w:t>
            </w:r>
          </w:p>
          <w:p>
            <w:pPr>
              <w:spacing w:after="20" w:line="276" w:lineRule="auto"/>
            </w:pPr>
            <w:r>
              <w:rPr>
                <w:rFonts w:ascii="宋体" w:hAnsi="宋体" w:eastAsia="宋体"/>
                <w:b w:val="0"/>
                <w:sz w:val="18"/>
              </w:rPr>
              <w:t>要解决两个问题，第一个问题是佳佳和浩浩一共擦了多少张课桌，第二个问题是浩浩比佳佳多擦了多少张课桌。</w:t>
            </w:r>
          </w:p>
          <w:p>
            <w:pPr>
              <w:spacing w:after="20" w:line="276" w:lineRule="auto"/>
            </w:pPr>
            <w:r>
              <w:rPr>
                <w:rFonts w:ascii="宋体" w:hAnsi="宋体" w:eastAsia="宋体"/>
                <w:b w:val="0"/>
                <w:sz w:val="18"/>
              </w:rPr>
              <w:t>需要知道浩浩和佳佳分别擦了几张课桌，题目里“佳佳擦了6把椅子”这个条件是多余的。</w:t>
            </w:r>
          </w:p>
          <w:p>
            <w:pPr>
              <w:spacing w:after="20" w:line="276" w:lineRule="auto"/>
            </w:pPr>
            <w:r>
              <w:rPr>
                <w:rFonts w:ascii="宋体" w:hAnsi="宋体" w:eastAsia="宋体"/>
                <w:b w:val="0"/>
                <w:sz w:val="18"/>
              </w:rPr>
              <w:t>学生独立完成，再集体订正。</w:t>
            </w:r>
          </w:p>
          <w:p>
            <w:pPr>
              <w:spacing w:after="20" w:line="276" w:lineRule="auto"/>
            </w:pPr>
            <w:r>
              <w:rPr>
                <w:rFonts w:ascii="宋体" w:hAnsi="宋体" w:eastAsia="宋体"/>
                <w:b w:val="0"/>
                <w:sz w:val="18"/>
              </w:rPr>
              <w:t>第一个问题就是把佳佳擦的9张课桌和浩浩擦的12张课桌合在一起，用加法计算，列示为9+12=21（张）；第二个问题其实就是求12比9多多少，用减法计算，列式为12-9=3（张）。</w:t>
            </w:r>
          </w:p>
          <w:p>
            <w:pPr>
              <w:spacing w:after="20" w:line="276" w:lineRule="auto"/>
            </w:pPr>
            <w:r>
              <w:rPr>
                <w:rFonts w:ascii="宋体" w:hAnsi="宋体" w:eastAsia="宋体"/>
                <w:b w:val="0"/>
                <w:sz w:val="18"/>
              </w:rPr>
              <w:t>本题中数字较多，需要学生提取有效信息。这是求“比一个数多几的数”的问题，对于学生来说，可以直接列式解答。</w:t>
            </w:r>
          </w:p>
          <w:p>
            <w:pPr>
              <w:spacing w:after="20" w:line="276" w:lineRule="auto"/>
            </w:pPr>
            <w:r>
              <w:rPr>
                <w:rFonts w:ascii="宋体" w:hAnsi="宋体" w:eastAsia="宋体"/>
                <w:b w:val="0"/>
                <w:sz w:val="18"/>
              </w:rPr>
              <w:t>学生独立完成后，指名学生回答并要求学生分析本题的已知条件和要解决的问题。</w:t>
            </w:r>
          </w:p>
          <w:p>
            <w:pPr>
              <w:spacing w:after="20" w:line="276" w:lineRule="auto"/>
            </w:pPr>
            <w:r>
              <w:rPr>
                <w:rFonts w:ascii="宋体" w:hAnsi="宋体" w:eastAsia="宋体"/>
                <w:b w:val="0"/>
                <w:sz w:val="18"/>
              </w:rPr>
              <w:t>学生思考，同桌之间互相交流，集体汇报。</w:t>
            </w:r>
          </w:p>
          <w:p>
            <w:pPr>
              <w:spacing w:after="20" w:line="276" w:lineRule="auto"/>
            </w:pPr>
            <w:r>
              <w:rPr>
                <w:rFonts w:ascii="宋体" w:hAnsi="宋体" w:eastAsia="宋体"/>
                <w:b w:val="0"/>
                <w:sz w:val="18"/>
              </w:rPr>
              <w:t>预设1：比之前的价格便宜8元。</w:t>
            </w:r>
          </w:p>
          <w:p>
            <w:pPr>
              <w:spacing w:after="20" w:line="276" w:lineRule="auto"/>
            </w:pPr>
            <w:r>
              <w:rPr>
                <w:rFonts w:ascii="宋体" w:hAnsi="宋体" w:eastAsia="宋体"/>
                <w:b w:val="0"/>
                <w:sz w:val="18"/>
              </w:rPr>
              <w:t>预设2：比原来的价格低，每个球的价格都比原来少8元。</w:t>
            </w:r>
          </w:p>
          <w:p>
            <w:pPr>
              <w:spacing w:after="20" w:line="276" w:lineRule="auto"/>
            </w:pPr>
            <w:r>
              <w:rPr>
                <w:rFonts w:ascii="宋体" w:hAnsi="宋体" w:eastAsia="宋体"/>
                <w:b w:val="0"/>
                <w:sz w:val="18"/>
              </w:rPr>
              <w:t>学生独立完成，教师指名汇报，集体订正。</w:t>
            </w:r>
          </w:p>
        </w:tc>
        <w:tc>
          <w:tcPr>
            <w:tcW w:type="dxa" w:w="1814"/>
          </w:tcPr>
          <w:p>
            <w:pPr>
              <w:spacing w:after="20" w:line="276" w:lineRule="auto"/>
            </w:pPr>
            <w:r/>
            <w:r>
              <w:rPr>
                <w:rFonts w:ascii="宋体" w:hAnsi="宋体" w:eastAsia="宋体"/>
                <w:b w:val="0"/>
                <w:sz w:val="18"/>
              </w:rPr>
              <w:t>通过综合练习，分析题中信息和数量关系，厘清思路，再让学生列式计算，提高学生的数学应用能力和解决问题的能力。</w:t>
            </w:r>
          </w:p>
          <w:p>
            <w:pPr>
              <w:spacing w:after="20" w:line="276" w:lineRule="auto"/>
            </w:pPr>
            <w:r>
              <w:rPr>
                <w:rFonts w:ascii="宋体" w:hAnsi="宋体" w:eastAsia="宋体"/>
                <w:b w:val="0"/>
                <w:sz w:val="18"/>
              </w:rPr>
              <w:t>（有的学生缺少生活经验，对“优惠”不是很理解，可以多列举一些学生熟悉的情境加强理解。）</w:t>
            </w:r>
          </w:p>
        </w:tc>
      </w:tr>
      <w:tr>
        <w:tc>
          <w:tcPr>
            <w:tcW w:type="dxa" w:w="1474"/>
          </w:tcPr>
          <w:p>
            <w:pPr>
              <w:spacing w:after="20" w:line="276" w:lineRule="auto"/>
            </w:pPr>
            <w:r>
              <w:rPr>
                <w:b/>
              </w:rPr>
            </w:r>
            <w:r>
              <w:rPr>
                <w:rFonts w:ascii="宋体" w:hAnsi="宋体" w:eastAsia="宋体"/>
                <w:b/>
                <w:sz w:val="18"/>
              </w:rPr>
              <w:t>三、课堂小结</w:t>
            </w:r>
          </w:p>
        </w:tc>
        <w:tc>
          <w:tcPr>
            <w:tcW w:type="dxa" w:w="3061"/>
          </w:tcPr>
          <w:p>
            <w:pPr>
              <w:spacing w:after="20" w:line="276" w:lineRule="auto"/>
            </w:pPr>
            <w:r/>
            <w:r>
              <w:rPr>
                <w:rFonts w:ascii="宋体" w:hAnsi="宋体" w:eastAsia="宋体"/>
                <w:b w:val="0"/>
                <w:sz w:val="18"/>
              </w:rPr>
              <w:t>师：通过这节课的学习，你们有什么收获呢？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教科书P75，完成教科书P75~76“练一练”第1、2、4题。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一节复习课，主要是梳理本单元的知识，分别解决“求一个数比另一个数多（少）几”“求比一个数多（少）几的数”等问题。学生在解决问题时首先要明确题意，弄清楚数量间的关系再列式计算。注重解决问题时分析条件的过程，使整个解题过程更加明了。学生能比较熟悉地解决问题，整体效果不错。部分学生的语言表达能力还有待加强，以后的教学中还需要多给学生交流、表达的机会。</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