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人教版一年级数学下册</w:t>
      </w:r>
    </w:p>
    <w:p>
      <w:pPr>
        <w:spacing w:after="80" w:line="300" w:lineRule="auto"/>
        <w:jc w:val="center"/>
      </w:pPr>
      <w:r>
        <w:rPr>
          <w:rFonts w:ascii="黑体" w:hAnsi="黑体" w:eastAsia="黑体"/>
          <w:b/>
          <w:sz w:val="26"/>
        </w:rPr>
        <w:t>欢乐购物街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欢乐购物街</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综合与实践</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2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主题拓展课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欢乐购物街</w:t>
      </w:r>
    </w:p>
    <w:p>
      <w:pPr>
        <w:spacing w:after="80" w:line="300" w:lineRule="auto"/>
        <w:ind w:firstLine="400"/>
      </w:pPr>
      <w:r>
        <w:rPr>
          <w:rFonts w:ascii="宋体" w:hAnsi="宋体" w:eastAsia="宋体"/>
          <w:b w:val="0"/>
          <w:sz w:val="20"/>
        </w:rPr>
        <w:t>《欢乐购物街》是“综合与实践”领域第一学段主题活动，它是源自学生生活的。课标中关于此主题活动的“学业要求”为“积极投入模拟购物活动，能清晰表达和交流信息，认识元、角、分，知道元、角、分之间的关系;会在真实或模拟的情境中合理使用人民币;在教师的指导下能够反思并述说购物的过程，积累使用货币的经验;形成对货币多少的量感和初步的金融素养”。</w:t>
      </w:r>
    </w:p>
    <w:p>
      <w:pPr>
        <w:spacing w:after="80" w:line="300" w:lineRule="auto"/>
        <w:ind w:firstLine="400"/>
      </w:pPr>
      <w:r>
        <w:rPr>
          <w:rFonts w:ascii="宋体" w:hAnsi="宋体" w:eastAsia="宋体"/>
          <w:b w:val="0"/>
          <w:sz w:val="20"/>
        </w:rPr>
        <w:t>本单元的内容分为《认识人民币》和《买卖我做主》两课时内容。第1课时教学认识各种常见面额的人民币、人民币的单位及进率、人民币的兑换，第2课时是在第1课时的基础上，进行购物街筹备工作、模拟购物活动、分享购物体验、交流有关人民币的知识。教材内容的编排加强了学生对人民币的整体认识，并结合具体情境帮助了学生掌握各种面额的人民币之间的关系，同时通过模拟购物活动，使学生学会合理使用人民币，积累使用货币的经验，并分享购物过程，丰富了学生学习活动经验，提升了学生数学核心素养。</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认识人民币的教学是在一年级学生已有的生活经验和掌握100以内数的知识的基础上进行的。生活中学生接触过各种面额的人民币,能够初步分清楚各种面额的人民币的大小,但是认识不够深入,所以教学中让学生认识各种面额的人民币并不难,但是对于人民币的兑换,进行简单的计算和解决生活中的问题还是有一定的困难,需要在真实的情境中加强学习。</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第1课时：知道人民币的单位有元、角、分，知道1元=10角，1角=10分，会进行100元以内人民币之间的简单的换算。</w:t>
      </w:r>
    </w:p>
    <w:p>
      <w:pPr>
        <w:spacing w:after="20" w:line="300" w:lineRule="auto"/>
        <w:ind w:firstLine="400"/>
      </w:pPr>
      <w:r>
        <w:rPr>
          <w:rFonts w:ascii="宋体" w:hAnsi="宋体" w:eastAsia="宋体"/>
          <w:b w:val="0"/>
          <w:sz w:val="20"/>
        </w:rPr>
        <w:t>第2课时：认识各种常用面额的人民币，知道各面额人民币之间的关系，并会进行简单的计算。</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为学生提供必要的学具。人民币是看得见、摸得着的特殊商品,因此,让学生认识人民币时不能空空无物,需要依托具体实物来开展。但选用现实中的人民币,一方面存在货币安全隐患,另一方面也存在卫生安全隐患,所以教学时应选用模拟人民币。</w:t>
      </w:r>
    </w:p>
    <w:p>
      <w:pPr>
        <w:spacing w:after="20" w:line="300" w:lineRule="auto"/>
      </w:pPr>
      <w:r>
        <w:rPr>
          <w:rFonts w:ascii="宋体" w:hAnsi="宋体" w:eastAsia="宋体"/>
          <w:b w:val="0"/>
          <w:sz w:val="20"/>
        </w:rPr>
        <w:t>● 认识人民币不能脱离实际的生活情境,一年级学生需要在活动体验中认识、了解人民币,学会使用人民币。因此,在本单元的教学中,教师应努力为学生设计必要的学习活动。例如,第1课时是让学生认识人民币,并在认识人民币的基础上进行兑换。教学时,可以让学生以小组为单位进行活动。通过分类活动认识并归纳我国发行的人民币的种类,了解每种人民币的面额和图案、色彩特点,从而使学生对人民币的认识落到实处。又如,可以通过兑换活动来教学人民币的单位元、角、分之间的十进关系;通过模拟购物活动调动学生的生活经验,让学生在实际的情境中掌握关于人民币的简单计算,进而学会解决简单的生活问题。</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认识人民币</w:t>
            </w:r>
          </w:p>
        </w:tc>
        <w:tc>
          <w:tcPr>
            <w:tcW w:type="dxa" w:w="1814"/>
          </w:tcPr>
          <w:p>
            <w:pPr>
              <w:spacing w:after="20" w:line="276" w:lineRule="auto"/>
            </w:pPr>
            <w:r/>
            <w:r>
              <w:rPr>
                <w:rFonts w:ascii="宋体" w:hAnsi="宋体" w:eastAsia="宋体"/>
                <w:b w:val="0"/>
                <w:sz w:val="18"/>
              </w:rPr>
              <w:t>主题拓展课</w:t>
            </w:r>
          </w:p>
        </w:tc>
        <w:tc>
          <w:tcPr>
            <w:tcW w:type="dxa" w:w="3515"/>
          </w:tcPr>
          <w:p>
            <w:pPr>
              <w:spacing w:after="20" w:line="276" w:lineRule="auto"/>
            </w:pPr>
            <w:r/>
            <w:r>
              <w:rPr>
                <w:rFonts w:ascii="宋体" w:hAnsi="宋体" w:eastAsia="宋体"/>
                <w:b w:val="0"/>
                <w:sz w:val="18"/>
              </w:rPr>
              <w:t>知道人民币的单位有元、角、分，知道1元=10角，1角=10分，会进行100元以内人民币之间的简单的换算。</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买卖我做主</w:t>
            </w:r>
          </w:p>
        </w:tc>
        <w:tc>
          <w:tcPr>
            <w:tcW w:type="dxa" w:w="1814"/>
          </w:tcPr>
          <w:p>
            <w:pPr>
              <w:spacing w:after="20" w:line="276" w:lineRule="auto"/>
            </w:pPr>
            <w:r/>
            <w:r>
              <w:rPr>
                <w:rFonts w:ascii="宋体" w:hAnsi="宋体" w:eastAsia="宋体"/>
                <w:b w:val="0"/>
                <w:sz w:val="18"/>
              </w:rPr>
              <w:t>主题拓展课</w:t>
            </w:r>
          </w:p>
        </w:tc>
        <w:tc>
          <w:tcPr>
            <w:tcW w:type="dxa" w:w="3515"/>
          </w:tcPr>
          <w:p>
            <w:pPr>
              <w:spacing w:after="20" w:line="276" w:lineRule="auto"/>
            </w:pPr>
            <w:r/>
            <w:r>
              <w:rPr>
                <w:rFonts w:ascii="宋体" w:hAnsi="宋体" w:eastAsia="宋体"/>
                <w:b w:val="0"/>
                <w:sz w:val="18"/>
              </w:rPr>
              <w:t>认识各种常用面额的人民币，知道各面额人民币之间的关系，并会进行简单的计算。</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认识人民币</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认识人民币</w:t>
            </w:r>
          </w:p>
        </w:tc>
        <w:tc>
          <w:tcPr>
            <w:tcW w:type="dxa" w:w="6009"/>
          </w:tcPr>
          <w:p>
            <w:pPr>
              <w:spacing w:after="20" w:line="276" w:lineRule="auto"/>
            </w:pPr>
            <w:r/>
            <w:r>
              <w:rPr>
                <w:rFonts w:ascii="宋体" w:hAnsi="宋体" w:eastAsia="宋体"/>
                <w:b w:val="0"/>
                <w:sz w:val="20"/>
              </w:rPr>
              <w:t>欢乐购物街</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认识人民币的教学是在一年级学生已有的生活经验和掌握100以内数的知识的基础上进行的。生活中学生接触过各种面额的人民币,能够初步分清楚各种面额的人民币的大小,但是认识不够深入,所以教学中让学生认识各种面额的人民币并不难,但是对于人民币的兑换,进行简单的计算和解决生活中的问题还是有一定的困难,需要在真实的情境中加强学习。</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教学内容：教科书P78~79。</w:t>
      </w:r>
    </w:p>
    <w:p>
      <w:pPr>
        <w:spacing w:after="80" w:line="300" w:lineRule="auto"/>
        <w:ind w:firstLine="400"/>
      </w:pPr>
      <w:r>
        <w:rPr>
          <w:rFonts w:ascii="宋体" w:hAnsi="宋体" w:eastAsia="宋体"/>
          <w:b w:val="0"/>
          <w:sz w:val="20"/>
        </w:rPr>
        <w:t>教学准备：课件、模拟人民币。</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（1）知道人民币的单位有元、角、分，知道1元=10角，1角=10分，会进行100元以内人民币之间的简单的换算。</w:t>
      </w:r>
    </w:p>
    <w:p>
      <w:pPr>
        <w:spacing w:after="20" w:line="300" w:lineRule="auto"/>
        <w:ind w:firstLine="400"/>
      </w:pPr>
      <w:r>
        <w:rPr>
          <w:rFonts w:ascii="宋体" w:hAnsi="宋体" w:eastAsia="宋体"/>
          <w:b w:val="0"/>
          <w:sz w:val="20"/>
        </w:rPr>
        <w:t>（2）经历认识人民币的过程，初步培养学生的观察、比较、分析、推理等能力。</w:t>
      </w:r>
    </w:p>
    <w:p>
      <w:pPr>
        <w:spacing w:after="20" w:line="300" w:lineRule="auto"/>
        <w:ind w:firstLine="400"/>
      </w:pPr>
      <w:r>
        <w:rPr>
          <w:rFonts w:ascii="宋体" w:hAnsi="宋体" w:eastAsia="宋体"/>
          <w:b w:val="0"/>
          <w:sz w:val="20"/>
        </w:rPr>
        <w:t>（3）体会人民币在社会生活、商品交换中的作用，了解简单的货币文化，并知道爱护人民币。</w:t>
      </w:r>
    </w:p>
    <w:p>
      <w:pPr>
        <w:spacing w:after="20" w:line="300" w:lineRule="auto"/>
      </w:pPr>
      <w:r>
        <w:rPr>
          <w:rFonts w:ascii="宋体" w:hAnsi="宋体" w:eastAsia="宋体"/>
          <w:b w:val="0"/>
          <w:sz w:val="20"/>
        </w:rPr>
        <w:t>教学重点：认识各种面额的人民币，知道1元=10角，1角=10分。</w:t>
      </w:r>
    </w:p>
    <w:p>
      <w:pPr>
        <w:spacing w:after="20" w:line="300" w:lineRule="auto"/>
      </w:pPr>
      <w:r>
        <w:rPr>
          <w:rFonts w:ascii="宋体" w:hAnsi="宋体" w:eastAsia="宋体"/>
          <w:b w:val="0"/>
          <w:sz w:val="20"/>
        </w:rPr>
        <w:t>教学难点：理解1元=10角、1角=10分的道理。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一、出示主题图，引出人民币</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图中的小朋友买文具、买玩具都要使用什么？</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二、分类活动，认识人民币</w:t>
            </w:r>
          </w:p>
        </w:tc>
        <w:tc>
          <w:tcPr>
            <w:tcW w:type="dxa" w:w="1814"/>
          </w:tcPr>
          <w:p>
            <w:pPr>
              <w:spacing w:after="20" w:line="276" w:lineRule="auto"/>
            </w:pPr>
            <w:r/>
            <w:r>
              <w:rPr>
                <w:rFonts w:ascii="宋体" w:hAnsi="宋体" w:eastAsia="宋体"/>
                <w:b w:val="0"/>
                <w:sz w:val="18"/>
              </w:rPr>
              <w:t>课件、学具</w:t>
            </w:r>
          </w:p>
        </w:tc>
        <w:tc>
          <w:tcPr>
            <w:tcW w:type="dxa" w:w="3402"/>
          </w:tcPr>
          <w:p>
            <w:pPr>
              <w:spacing w:after="20" w:line="276" w:lineRule="auto"/>
            </w:pPr>
            <w:r/>
            <w:r>
              <w:rPr>
                <w:rFonts w:ascii="宋体" w:hAnsi="宋体" w:eastAsia="宋体"/>
                <w:b w:val="0"/>
                <w:sz w:val="18"/>
              </w:rPr>
              <w:t>同学们，你们认识人民币吗？；谁能告诉大家，你是用什么方法一眼就分辨出这么多的人民币的？</w:t>
            </w:r>
          </w:p>
        </w:tc>
        <w:tc>
          <w:tcPr>
            <w:tcW w:type="dxa" w:w="1361"/>
          </w:tcPr>
          <w:p>
            <w:pPr>
              <w:spacing w:after="20" w:line="276" w:lineRule="auto"/>
            </w:pPr>
            <w:r/>
            <w:r>
              <w:rPr>
                <w:rFonts w:ascii="宋体" w:hAnsi="宋体" w:eastAsia="宋体"/>
                <w:b w:val="0"/>
                <w:sz w:val="18"/>
              </w:rPr>
              <w:t>22分钟</w:t>
            </w:r>
          </w:p>
        </w:tc>
      </w:tr>
      <w:tr>
        <w:tc>
          <w:tcPr>
            <w:tcW w:type="dxa" w:w="2835"/>
          </w:tcPr>
          <w:p>
            <w:pPr>
              <w:spacing w:after="20" w:line="276" w:lineRule="auto"/>
            </w:pPr>
            <w:r/>
            <w:r>
              <w:rPr>
                <w:rFonts w:ascii="宋体" w:hAnsi="宋体" w:eastAsia="宋体"/>
                <w:b w:val="0"/>
                <w:sz w:val="18"/>
              </w:rPr>
              <w:t>三、人民币的兑换</w:t>
            </w:r>
          </w:p>
        </w:tc>
        <w:tc>
          <w:tcPr>
            <w:tcW w:type="dxa" w:w="1814"/>
          </w:tcPr>
          <w:p>
            <w:pPr>
              <w:spacing w:after="20" w:line="276" w:lineRule="auto"/>
            </w:pPr>
            <w:r/>
            <w:r>
              <w:rPr>
                <w:rFonts w:ascii="宋体" w:hAnsi="宋体" w:eastAsia="宋体"/>
                <w:b w:val="0"/>
                <w:sz w:val="18"/>
              </w:rPr>
              <w:t>课件、学具</w:t>
            </w:r>
          </w:p>
        </w:tc>
        <w:tc>
          <w:tcPr>
            <w:tcW w:type="dxa" w:w="3402"/>
          </w:tcPr>
          <w:p>
            <w:pPr>
              <w:spacing w:after="20" w:line="276" w:lineRule="auto"/>
            </w:pPr>
            <w:r/>
            <w:r>
              <w:rPr>
                <w:rFonts w:ascii="宋体" w:hAnsi="宋体" w:eastAsia="宋体"/>
                <w:b w:val="0"/>
                <w:sz w:val="18"/>
              </w:rPr>
              <w:t>你们认识这些人民币吗？；如果将1张5元的人民币换成1元的人民币,可以换多少张?</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四、全课总结，拓展延伸</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一、出示主题图，引出人民币</w:t>
            </w:r>
          </w:p>
        </w:tc>
        <w:tc>
          <w:tcPr>
            <w:tcW w:type="dxa" w:w="3061"/>
          </w:tcPr>
          <w:p>
            <w:pPr>
              <w:spacing w:after="20" w:line="276" w:lineRule="auto"/>
            </w:pPr>
            <w:r/>
            <w:r>
              <w:rPr>
                <w:rFonts w:ascii="宋体" w:hAnsi="宋体" w:eastAsia="宋体"/>
                <w:b w:val="0"/>
                <w:sz w:val="18"/>
              </w:rPr>
              <w:t>出示教科书P77主题图。</w:t>
            </w:r>
          </w:p>
          <w:p>
            <w:pPr>
              <w:spacing w:after="20" w:line="276" w:lineRule="auto"/>
            </w:pPr>
            <w:r>
              <w:rPr>
                <w:rFonts w:ascii="宋体" w:hAnsi="宋体" w:eastAsia="宋体"/>
                <w:b w:val="0"/>
                <w:sz w:val="18"/>
              </w:rPr>
              <w:t>师：仔细看图，说说从图中你知道了什么。</w:t>
            </w:r>
          </w:p>
          <w:p>
            <w:pPr>
              <w:spacing w:after="20" w:line="276" w:lineRule="auto"/>
            </w:pPr>
            <w:r>
              <w:rPr>
                <w:rFonts w:ascii="宋体" w:hAnsi="宋体" w:eastAsia="宋体"/>
                <w:b w:val="0"/>
                <w:sz w:val="18"/>
              </w:rPr>
              <w:t>师：图中的小朋友买文具、买玩具都要使用什么？</w:t>
            </w:r>
          </w:p>
          <w:p>
            <w:pPr>
              <w:spacing w:after="20" w:line="276" w:lineRule="auto"/>
            </w:pPr>
            <w:r>
              <w:rPr>
                <w:rFonts w:ascii="宋体" w:hAnsi="宋体" w:eastAsia="宋体"/>
                <w:b w:val="0"/>
                <w:sz w:val="18"/>
              </w:rPr>
              <w:t>师:买东西要使用钱，也就是货币。不同国家的货币有不同的名称，例如:美国的货币称为“美元”，日本的货币称为“日元”，你们知道我们中国货币的名称是什么吗?</w:t>
            </w:r>
          </w:p>
          <w:p>
            <w:pPr>
              <w:spacing w:after="20" w:line="276" w:lineRule="auto"/>
            </w:pPr>
            <w:r>
              <w:rPr>
                <w:rFonts w:ascii="宋体" w:hAnsi="宋体" w:eastAsia="宋体"/>
                <w:b w:val="0"/>
                <w:sz w:val="18"/>
              </w:rPr>
              <w:t>师:我们国家现在使用的货币就叫“人民币”。购买物品要用人民币，因此要想购买物品首先要认识人民币，今天我们就一起来认识人民币。（板书课题:认识人民币）</w:t>
            </w:r>
          </w:p>
        </w:tc>
        <w:tc>
          <w:tcPr>
            <w:tcW w:type="dxa" w:w="3061"/>
          </w:tcPr>
          <w:p>
            <w:pPr>
              <w:spacing w:after="20" w:line="276" w:lineRule="auto"/>
            </w:pPr>
            <w:r/>
            <w:r>
              <w:rPr>
                <w:rFonts w:ascii="宋体" w:hAnsi="宋体" w:eastAsia="宋体"/>
                <w:b w:val="0"/>
                <w:sz w:val="18"/>
              </w:rPr>
              <w:t>学生会说到有的小朋友在卖各种玩具和文具，有的小朋友在兑换零钱，还有一个小朋友正在思考用20元可以买什么。</w:t>
            </w:r>
          </w:p>
          <w:p>
            <w:pPr>
              <w:spacing w:after="20" w:line="276" w:lineRule="auto"/>
            </w:pPr>
            <w:r>
              <w:rPr>
                <w:rFonts w:ascii="宋体" w:hAnsi="宋体" w:eastAsia="宋体"/>
                <w:b w:val="0"/>
                <w:sz w:val="18"/>
              </w:rPr>
              <w:t>学生会说到钱、人民币。</w:t>
            </w:r>
          </w:p>
        </w:tc>
        <w:tc>
          <w:tcPr>
            <w:tcW w:type="dxa" w:w="1814"/>
          </w:tcPr>
          <w:p>
            <w:pPr>
              <w:spacing w:after="20" w:line="276" w:lineRule="auto"/>
            </w:pPr>
            <w:r/>
            <w:r>
              <w:rPr>
                <w:rFonts w:ascii="宋体" w:hAnsi="宋体" w:eastAsia="宋体"/>
                <w:b w:val="0"/>
                <w:sz w:val="18"/>
              </w:rPr>
              <w:t>通过主题图唤醒学生关于使用货币的生活经验，初步感悟货币的功能及作用。学生对“钱”早有了解，但对“人民币”这个名称却是陌生的，从介绍不同国家货币的名称引入，不仅让学生认识到“人民币”是我们中国现行货币的名称，同时还可以丰富学生的知识。</w:t>
            </w:r>
          </w:p>
        </w:tc>
      </w:tr>
      <w:tr>
        <w:tc>
          <w:tcPr>
            <w:tcW w:type="dxa" w:w="1474"/>
          </w:tcPr>
          <w:p>
            <w:pPr>
              <w:spacing w:after="20" w:line="276" w:lineRule="auto"/>
            </w:pPr>
            <w:r>
              <w:rPr>
                <w:b/>
              </w:rPr>
            </w:r>
            <w:r>
              <w:rPr>
                <w:rFonts w:ascii="宋体" w:hAnsi="宋体" w:eastAsia="宋体"/>
                <w:b/>
                <w:sz w:val="18"/>
              </w:rPr>
              <w:t>二、分类活动，认识人民币</w:t>
            </w:r>
          </w:p>
        </w:tc>
        <w:tc>
          <w:tcPr>
            <w:tcW w:type="dxa" w:w="3061"/>
          </w:tcPr>
          <w:p>
            <w:pPr>
              <w:spacing w:after="20" w:line="276" w:lineRule="auto"/>
            </w:pPr>
            <w:r/>
            <w:r>
              <w:rPr>
                <w:rFonts w:ascii="宋体" w:hAnsi="宋体" w:eastAsia="宋体"/>
                <w:b w:val="0"/>
                <w:sz w:val="18"/>
              </w:rPr>
              <w:t>1.问题导入，认识人民币。</w:t>
            </w:r>
          </w:p>
          <w:p>
            <w:pPr>
              <w:spacing w:after="20" w:line="276" w:lineRule="auto"/>
            </w:pPr>
            <w:r>
              <w:rPr>
                <w:rFonts w:ascii="宋体" w:hAnsi="宋体" w:eastAsia="宋体"/>
                <w:b w:val="0"/>
                <w:sz w:val="18"/>
              </w:rPr>
              <w:t>师：同学们，你们认识人民币吗？老师出示人民币，请认识的同学大声读出来。</w:t>
            </w:r>
          </w:p>
          <w:p>
            <w:pPr>
              <w:spacing w:after="20" w:line="276" w:lineRule="auto"/>
            </w:pPr>
            <w:r>
              <w:rPr>
                <w:rFonts w:ascii="宋体" w:hAnsi="宋体" w:eastAsia="宋体"/>
                <w:b w:val="0"/>
                <w:sz w:val="18"/>
              </w:rPr>
              <w:t>师：谁能告诉大家，你是用什么方法一眼就分辨出这么多的人民币的？（以10元为例说明）</w:t>
            </w:r>
          </w:p>
          <w:p>
            <w:pPr>
              <w:spacing w:after="20" w:line="276" w:lineRule="auto"/>
            </w:pPr>
            <w:r>
              <w:rPr>
                <w:rFonts w:ascii="宋体" w:hAnsi="宋体" w:eastAsia="宋体"/>
                <w:b w:val="0"/>
                <w:sz w:val="18"/>
              </w:rPr>
              <w:t>教师出示5元和5角纸币。</w:t>
            </w:r>
          </w:p>
          <w:p>
            <w:pPr>
              <w:spacing w:after="20" w:line="276" w:lineRule="auto"/>
            </w:pPr>
            <w:r>
              <w:rPr>
                <w:rFonts w:ascii="宋体" w:hAnsi="宋体" w:eastAsia="宋体"/>
                <w:b w:val="0"/>
                <w:sz w:val="18"/>
              </w:rPr>
              <w:t>师：现在都出现了数字5，应该如何区分呢？</w:t>
            </w:r>
          </w:p>
          <w:p>
            <w:pPr>
              <w:spacing w:after="20" w:line="276" w:lineRule="auto"/>
            </w:pPr>
            <w:r>
              <w:rPr>
                <w:rFonts w:ascii="宋体" w:hAnsi="宋体" w:eastAsia="宋体"/>
                <w:b w:val="0"/>
                <w:sz w:val="18"/>
              </w:rPr>
              <w:t>师:同学们对人民币的了解真多!虽然这两张纸币上都有数字5，但它们的单位不同，一个是元，另一个是角(配合课件显示，突出人民币上的单位)，所表示的面额就不同，当然能买到的东西也就不同。</w:t>
            </w:r>
          </w:p>
          <w:p>
            <w:pPr>
              <w:spacing w:after="20" w:line="276" w:lineRule="auto"/>
            </w:pPr>
            <w:r>
              <w:rPr>
                <w:rFonts w:ascii="宋体" w:hAnsi="宋体" w:eastAsia="宋体"/>
                <w:b w:val="0"/>
                <w:sz w:val="18"/>
              </w:rPr>
              <w:t>小结:元、角、分是人民币的单位。在纸币上，“元”写成“圆”。（板书:元、角、分）</w:t>
            </w:r>
          </w:p>
          <w:p>
            <w:pPr>
              <w:spacing w:after="20" w:line="276" w:lineRule="auto"/>
            </w:pPr>
            <w:r>
              <w:rPr>
                <w:rFonts w:ascii="宋体" w:hAnsi="宋体" w:eastAsia="宋体"/>
                <w:b w:val="0"/>
                <w:sz w:val="18"/>
              </w:rPr>
              <w:t>2.分类活动，深化认识。</w:t>
            </w:r>
          </w:p>
          <w:p>
            <w:pPr>
              <w:spacing w:after="20" w:line="276" w:lineRule="auto"/>
            </w:pPr>
            <w:r>
              <w:rPr>
                <w:rFonts w:ascii="宋体" w:hAnsi="宋体" w:eastAsia="宋体"/>
                <w:b w:val="0"/>
                <w:sz w:val="18"/>
              </w:rPr>
              <w:t>师:刚才我们认识了这几种面额的人民币，现在请同学们认真观察这些人民币，看看能不能给它们分分类。</w:t>
            </w:r>
          </w:p>
          <w:p>
            <w:pPr>
              <w:spacing w:after="20" w:line="276" w:lineRule="auto"/>
            </w:pPr>
            <w:r>
              <w:rPr>
                <w:rFonts w:ascii="宋体" w:hAnsi="宋体" w:eastAsia="宋体"/>
                <w:b w:val="0"/>
                <w:sz w:val="18"/>
              </w:rPr>
              <w:t>3.认识进率，系统认识</w:t>
            </w:r>
          </w:p>
          <w:p>
            <w:pPr>
              <w:spacing w:after="20" w:line="276" w:lineRule="auto"/>
            </w:pPr>
            <w:r>
              <w:rPr>
                <w:rFonts w:ascii="宋体" w:hAnsi="宋体" w:eastAsia="宋体"/>
                <w:b w:val="0"/>
                <w:sz w:val="18"/>
              </w:rPr>
              <w:t>(1)元和角之间的进率。</w:t>
            </w:r>
          </w:p>
          <w:p>
            <w:pPr>
              <w:spacing w:after="20" w:line="276" w:lineRule="auto"/>
            </w:pPr>
            <w:r>
              <w:rPr>
                <w:rFonts w:ascii="宋体" w:hAnsi="宋体" w:eastAsia="宋体"/>
                <w:b w:val="0"/>
                <w:sz w:val="18"/>
              </w:rPr>
              <w:t>师：同学们对人民币已经有了初步的认识，老师想和同学们玩一个“换钱”的游戏，大家愿意玩吗？</w:t>
            </w:r>
          </w:p>
          <w:p>
            <w:pPr>
              <w:spacing w:after="20" w:line="276" w:lineRule="auto"/>
            </w:pPr>
            <w:r>
              <w:rPr>
                <w:rFonts w:ascii="宋体" w:hAnsi="宋体" w:eastAsia="宋体"/>
                <w:b w:val="0"/>
                <w:sz w:val="18"/>
              </w:rPr>
              <w:t>教师出示一张5角的纸币。</w:t>
            </w:r>
          </w:p>
          <w:p>
            <w:pPr>
              <w:spacing w:after="20" w:line="276" w:lineRule="auto"/>
            </w:pPr>
            <w:r>
              <w:rPr>
                <w:rFonts w:ascii="宋体" w:hAnsi="宋体" w:eastAsia="宋体"/>
                <w:b w:val="0"/>
                <w:sz w:val="18"/>
              </w:rPr>
              <w:t>师：请你用1角纸币来换老师的5角纸币，你应该用几张？</w:t>
            </w:r>
          </w:p>
          <w:p>
            <w:pPr>
              <w:spacing w:after="20" w:line="276" w:lineRule="auto"/>
            </w:pPr>
            <w:r>
              <w:rPr>
                <w:rFonts w:ascii="宋体" w:hAnsi="宋体" w:eastAsia="宋体"/>
                <w:b w:val="0"/>
                <w:sz w:val="18"/>
              </w:rPr>
              <w:t>师:如果老师还想用1元纸币和你换单位是“角”的钱，可以怎样换?请你从学具袋中拿出模拟人民币摆一摆。</w:t>
            </w:r>
          </w:p>
          <w:p>
            <w:pPr>
              <w:spacing w:after="20" w:line="276" w:lineRule="auto"/>
            </w:pPr>
            <w:r>
              <w:rPr>
                <w:rFonts w:ascii="宋体" w:hAnsi="宋体" w:eastAsia="宋体"/>
                <w:b w:val="0"/>
                <w:sz w:val="18"/>
              </w:rPr>
              <w:t>小结:无论是纸币还是硬币，无论“5角”还是“1角”，只要一共是10角钱就换对了，因为1元=10角。（板书：1元=10角）</w:t>
            </w:r>
          </w:p>
          <w:p>
            <w:pPr>
              <w:spacing w:after="20" w:line="276" w:lineRule="auto"/>
            </w:pPr>
            <w:r>
              <w:rPr>
                <w:rFonts w:ascii="宋体" w:hAnsi="宋体" w:eastAsia="宋体"/>
                <w:b w:val="0"/>
                <w:sz w:val="18"/>
              </w:rPr>
              <w:t>(2)角和分之间的进率。</w:t>
            </w:r>
          </w:p>
          <w:p>
            <w:pPr>
              <w:spacing w:after="20" w:line="276" w:lineRule="auto"/>
            </w:pPr>
            <w:r>
              <w:rPr>
                <w:rFonts w:ascii="宋体" w:hAnsi="宋体" w:eastAsia="宋体"/>
                <w:b w:val="0"/>
                <w:sz w:val="18"/>
              </w:rPr>
              <w:t>师:知道了元和角的关系，大家猜猜角和分之间又有什么样的关系呢？</w:t>
            </w:r>
          </w:p>
          <w:p>
            <w:pPr>
              <w:spacing w:after="20" w:line="276" w:lineRule="auto"/>
            </w:pPr>
            <w:r>
              <w:rPr>
                <w:rFonts w:ascii="宋体" w:hAnsi="宋体" w:eastAsia="宋体"/>
                <w:b w:val="0"/>
                <w:sz w:val="18"/>
              </w:rPr>
              <w:t>师:对，1角钱如果把它换成单位是“分”的钱需要10分，也就是说1角钱和10分钱同样多，说明1角=10分。（板书:1角=10分）</w:t>
            </w:r>
          </w:p>
          <w:p>
            <w:pPr>
              <w:spacing w:after="20" w:line="276" w:lineRule="auto"/>
            </w:pPr>
            <w:r>
              <w:rPr>
                <w:rFonts w:ascii="宋体" w:hAnsi="宋体" w:eastAsia="宋体"/>
                <w:b w:val="0"/>
                <w:sz w:val="18"/>
              </w:rPr>
              <w:t>师:如果老师用1角钱和你换单位是“分”的钱，可以怎样换?请你摆一摆。</w:t>
            </w:r>
          </w:p>
          <w:p>
            <w:pPr>
              <w:spacing w:after="20" w:line="276" w:lineRule="auto"/>
            </w:pPr>
            <w:r>
              <w:rPr>
                <w:rFonts w:ascii="宋体" w:hAnsi="宋体" w:eastAsia="宋体"/>
                <w:b w:val="0"/>
                <w:sz w:val="18"/>
              </w:rPr>
              <w:t>小结:通过刚才的学习，我们知道了人民币上的单位不同，代表的钱的多少也就不同。还知道了1元=10角，1角=10分。</w:t>
            </w:r>
          </w:p>
        </w:tc>
        <w:tc>
          <w:tcPr>
            <w:tcW w:type="dxa" w:w="3061"/>
          </w:tcPr>
          <w:p>
            <w:pPr>
              <w:spacing w:after="20" w:line="276" w:lineRule="auto"/>
            </w:pPr>
            <w:r/>
            <w:r>
              <w:rPr>
                <w:rFonts w:ascii="宋体" w:hAnsi="宋体" w:eastAsia="宋体"/>
                <w:b w:val="0"/>
                <w:sz w:val="18"/>
              </w:rPr>
              <w:t>学生根据已有的生活经验能够顺利读出各种面额的人民币。</w:t>
            </w:r>
          </w:p>
          <w:p>
            <w:pPr>
              <w:spacing w:after="20" w:line="276" w:lineRule="auto"/>
            </w:pPr>
            <w:r>
              <w:rPr>
                <w:rFonts w:ascii="宋体" w:hAnsi="宋体" w:eastAsia="宋体"/>
                <w:b w:val="0"/>
                <w:sz w:val="18"/>
              </w:rPr>
              <w:t>看人民币上的数字，是几就是几元或几角。</w:t>
            </w:r>
          </w:p>
          <w:p>
            <w:pPr>
              <w:spacing w:after="20" w:line="276" w:lineRule="auto"/>
            </w:pPr>
            <w:r>
              <w:rPr>
                <w:rFonts w:ascii="宋体" w:hAnsi="宋体" w:eastAsia="宋体"/>
                <w:b w:val="0"/>
                <w:sz w:val="18"/>
              </w:rPr>
              <w:t>学生会说看汉字、看大小、看颜色、看图案等。</w:t>
            </w:r>
          </w:p>
          <w:p>
            <w:pPr>
              <w:spacing w:after="20" w:line="276" w:lineRule="auto"/>
            </w:pPr>
            <w:r>
              <w:rPr>
                <w:rFonts w:ascii="宋体" w:hAnsi="宋体" w:eastAsia="宋体"/>
                <w:b w:val="0"/>
                <w:sz w:val="18"/>
              </w:rPr>
              <w:t>学生自主将学具袋中的模拟人民币分类，然后汇报并展示分类结果，同时说出分类的依据。</w:t>
            </w:r>
          </w:p>
          <w:p>
            <w:pPr>
              <w:spacing w:after="20" w:line="276" w:lineRule="auto"/>
            </w:pPr>
            <w:r>
              <w:rPr>
                <w:rFonts w:ascii="宋体" w:hAnsi="宋体" w:eastAsia="宋体"/>
                <w:b w:val="0"/>
                <w:sz w:val="18"/>
              </w:rPr>
              <w:t>预设1：按质地分，硬币分一类，纸币分一类。</w:t>
            </w:r>
          </w:p>
          <w:p>
            <w:pPr>
              <w:spacing w:after="20" w:line="276" w:lineRule="auto"/>
            </w:pPr>
            <w:r>
              <w:rPr>
                <w:rFonts w:ascii="宋体" w:hAnsi="宋体" w:eastAsia="宋体"/>
                <w:b w:val="0"/>
                <w:sz w:val="18"/>
              </w:rPr>
              <w:t>预设2：按单位分，元的是一类，角的是一类，分的是一类。</w:t>
            </w:r>
          </w:p>
          <w:p>
            <w:pPr>
              <w:spacing w:after="20" w:line="276" w:lineRule="auto"/>
            </w:pPr>
            <w:r>
              <w:rPr>
                <w:rFonts w:ascii="宋体" w:hAnsi="宋体" w:eastAsia="宋体"/>
                <w:b w:val="0"/>
                <w:sz w:val="18"/>
              </w:rPr>
              <w:t>预设3：按币面上的年份分。</w:t>
            </w:r>
          </w:p>
          <w:p>
            <w:pPr>
              <w:spacing w:after="20" w:line="276" w:lineRule="auto"/>
            </w:pPr>
            <w:r>
              <w:rPr>
                <w:rFonts w:ascii="宋体" w:hAnsi="宋体" w:eastAsia="宋体"/>
                <w:b w:val="0"/>
                <w:sz w:val="18"/>
              </w:rPr>
              <w:t>学生很快答出，5张。</w:t>
            </w:r>
          </w:p>
          <w:p>
            <w:pPr>
              <w:spacing w:after="20" w:line="276" w:lineRule="auto"/>
            </w:pPr>
            <w:r>
              <w:rPr>
                <w:rFonts w:ascii="宋体" w:hAnsi="宋体" w:eastAsia="宋体"/>
                <w:b w:val="0"/>
                <w:sz w:val="18"/>
              </w:rPr>
              <w:t>学生可能摆出:10张1角纸币、10个1角硬币、1角的纸币和硬币混合摆了10个、2张5角纸币、2个5角硬币、5角的纸币和硬币混合各摆1个、1个5角和5个1角等。</w:t>
            </w:r>
          </w:p>
          <w:p>
            <w:pPr>
              <w:spacing w:after="20" w:line="276" w:lineRule="auto"/>
            </w:pPr>
            <w:r>
              <w:rPr>
                <w:rFonts w:ascii="宋体" w:hAnsi="宋体" w:eastAsia="宋体"/>
                <w:b w:val="0"/>
                <w:sz w:val="18"/>
              </w:rPr>
              <w:t>学生展示并说明不同的换法，让其余学生说说是否正确。</w:t>
            </w:r>
          </w:p>
          <w:p>
            <w:pPr>
              <w:spacing w:after="20" w:line="276" w:lineRule="auto"/>
            </w:pPr>
            <w:r>
              <w:rPr>
                <w:rFonts w:ascii="宋体" w:hAnsi="宋体" w:eastAsia="宋体"/>
                <w:b w:val="0"/>
                <w:sz w:val="18"/>
              </w:rPr>
              <w:t>学生根据生活经验或刚才教师讲解元与分的进率可能推测出1角=10分。</w:t>
            </w:r>
          </w:p>
          <w:p>
            <w:pPr>
              <w:spacing w:after="20" w:line="276" w:lineRule="auto"/>
            </w:pPr>
            <w:r>
              <w:rPr>
                <w:rFonts w:ascii="宋体" w:hAnsi="宋体" w:eastAsia="宋体"/>
                <w:b w:val="0"/>
                <w:sz w:val="18"/>
              </w:rPr>
              <w:t>学生可能摆出10个1分、5个2分、2个5分等。</w:t>
            </w:r>
          </w:p>
          <w:p>
            <w:pPr>
              <w:spacing w:after="20" w:line="276" w:lineRule="auto"/>
            </w:pPr>
            <w:r>
              <w:rPr>
                <w:rFonts w:ascii="宋体" w:hAnsi="宋体" w:eastAsia="宋体"/>
                <w:b w:val="0"/>
                <w:sz w:val="18"/>
              </w:rPr>
              <w:t>学生展示并说明不同的摆法，让其余学生说说是否正确。</w:t>
            </w:r>
          </w:p>
        </w:tc>
        <w:tc>
          <w:tcPr>
            <w:tcW w:type="dxa" w:w="1814"/>
          </w:tcPr>
          <w:p>
            <w:pPr>
              <w:spacing w:after="20" w:line="276" w:lineRule="auto"/>
            </w:pPr>
            <w:r/>
            <w:r>
              <w:rPr>
                <w:rFonts w:ascii="宋体" w:hAnsi="宋体" w:eastAsia="宋体"/>
                <w:b w:val="0"/>
                <w:sz w:val="18"/>
              </w:rPr>
              <w:t>辨别人民币面额有两个关键信息:一个是数，一个是单位。其中数是学生们所熟悉的，而单位对学生们来说较陌生。通过问题直接导入使学生不仅对人民币的单位留下深刻印象，还初步了解了决定人民币面额大小的不仅仅是数，还有单位。</w:t>
            </w:r>
          </w:p>
          <w:p>
            <w:pPr>
              <w:spacing w:after="20" w:line="276" w:lineRule="auto"/>
            </w:pPr>
            <w:r>
              <w:rPr>
                <w:rFonts w:ascii="宋体" w:hAnsi="宋体" w:eastAsia="宋体"/>
                <w:b w:val="0"/>
                <w:sz w:val="18"/>
              </w:rPr>
              <w:t>分类的目的是进一步认识不同面额的人民币，因此在教学时首先突出按人民币的单位分类的结果，其次，其余的分类结果在评价时仍然突出每一类中各种单位的人民币分别有哪些，这样安排可以避免单调机械的记忆，引导学生从不同角度进一步熟悉人民币的各种面额。</w:t>
            </w:r>
          </w:p>
          <w:p>
            <w:pPr>
              <w:spacing w:after="20" w:line="276" w:lineRule="auto"/>
            </w:pPr>
            <w:r>
              <w:rPr>
                <w:rFonts w:ascii="宋体" w:hAnsi="宋体" w:eastAsia="宋体"/>
                <w:b w:val="0"/>
                <w:sz w:val="18"/>
              </w:rPr>
              <w:t>通过1元与10角、1角与10分的“换钱”活动，引导学生深入理解1元=10角、1角=10分的内在含义，进一步巩固元、角、分之间的进率。</w:t>
            </w:r>
          </w:p>
          <w:p>
            <w:pPr>
              <w:spacing w:after="20" w:line="276" w:lineRule="auto"/>
            </w:pPr>
            <w:r>
              <w:rPr>
                <w:rFonts w:ascii="宋体" w:hAnsi="宋体" w:eastAsia="宋体"/>
                <w:b w:val="0"/>
                <w:sz w:val="18"/>
              </w:rPr>
              <w:t>（认识这些人民币时，可以介绍背面的风景图案，将人民币与中国悠久的历史和壮丽的山河联系起来。）</w:t>
            </w:r>
          </w:p>
        </w:tc>
      </w:tr>
      <w:tr>
        <w:tc>
          <w:tcPr>
            <w:tcW w:type="dxa" w:w="1474"/>
          </w:tcPr>
          <w:p>
            <w:pPr>
              <w:spacing w:after="20" w:line="276" w:lineRule="auto"/>
            </w:pPr>
            <w:r>
              <w:rPr>
                <w:b/>
              </w:rPr>
            </w:r>
            <w:r>
              <w:rPr>
                <w:rFonts w:ascii="宋体" w:hAnsi="宋体" w:eastAsia="宋体"/>
                <w:b/>
                <w:sz w:val="18"/>
              </w:rPr>
              <w:t>三、人民币的兑换</w:t>
            </w:r>
          </w:p>
        </w:tc>
        <w:tc>
          <w:tcPr>
            <w:tcW w:type="dxa" w:w="3061"/>
          </w:tcPr>
          <w:p>
            <w:pPr>
              <w:spacing w:after="20" w:line="276" w:lineRule="auto"/>
            </w:pPr>
            <w:r/>
            <w:r>
              <w:rPr>
                <w:rFonts w:ascii="宋体" w:hAnsi="宋体" w:eastAsia="宋体"/>
                <w:b w:val="0"/>
                <w:sz w:val="18"/>
              </w:rPr>
              <w:t>课件出示1元、5元、10元、20元、50元、100元的纸币。</w:t>
            </w:r>
          </w:p>
          <w:p>
            <w:pPr>
              <w:spacing w:after="20" w:line="276" w:lineRule="auto"/>
            </w:pPr>
            <w:r>
              <w:rPr>
                <w:rFonts w:ascii="宋体" w:hAnsi="宋体" w:eastAsia="宋体"/>
                <w:b w:val="0"/>
                <w:sz w:val="18"/>
              </w:rPr>
              <w:t>师：你们认识这些人民币吗？从你们的学具袋里取出同样的人民币。</w:t>
            </w:r>
          </w:p>
          <w:p>
            <w:pPr>
              <w:spacing w:after="20" w:line="276" w:lineRule="auto"/>
            </w:pPr>
            <w:r>
              <w:rPr>
                <w:rFonts w:ascii="宋体" w:hAnsi="宋体" w:eastAsia="宋体"/>
                <w:b w:val="0"/>
                <w:sz w:val="18"/>
              </w:rPr>
              <w:t>(1)5元人民币和1元人民币的兑换。</w:t>
            </w:r>
          </w:p>
          <w:p>
            <w:pPr>
              <w:spacing w:after="20" w:line="276" w:lineRule="auto"/>
            </w:pPr>
            <w:r>
              <w:rPr>
                <w:rFonts w:ascii="宋体" w:hAnsi="宋体" w:eastAsia="宋体"/>
                <w:b w:val="0"/>
                <w:sz w:val="18"/>
              </w:rPr>
              <w:t>师:如果将1张5元的人民币换成1元的人民币,可以换多少张?在桌上摆出来。</w:t>
            </w:r>
          </w:p>
          <w:p>
            <w:pPr>
              <w:spacing w:after="20" w:line="276" w:lineRule="auto"/>
            </w:pPr>
            <w:r>
              <w:rPr>
                <w:rFonts w:ascii="宋体" w:hAnsi="宋体" w:eastAsia="宋体"/>
                <w:b w:val="0"/>
                <w:sz w:val="18"/>
              </w:rPr>
              <w:t>(2)10元人民币等额兑换。</w:t>
            </w:r>
          </w:p>
          <w:p>
            <w:pPr>
              <w:spacing w:after="20" w:line="276" w:lineRule="auto"/>
            </w:pPr>
            <w:r>
              <w:rPr>
                <w:rFonts w:ascii="宋体" w:hAnsi="宋体" w:eastAsia="宋体"/>
                <w:b w:val="0"/>
                <w:sz w:val="18"/>
              </w:rPr>
              <w:t>师:如果将1张10元的人民币换成1元的人民币,可以换多少张?</w:t>
            </w:r>
          </w:p>
          <w:p>
            <w:pPr>
              <w:spacing w:after="20" w:line="276" w:lineRule="auto"/>
            </w:pPr>
            <w:r>
              <w:rPr>
                <w:rFonts w:ascii="宋体" w:hAnsi="宋体" w:eastAsia="宋体"/>
                <w:b w:val="0"/>
                <w:sz w:val="18"/>
              </w:rPr>
              <w:t>师：还有其他兑换方法吗？</w:t>
            </w:r>
          </w:p>
          <w:p>
            <w:pPr>
              <w:spacing w:after="20" w:line="276" w:lineRule="auto"/>
            </w:pPr>
            <w:r>
              <w:rPr>
                <w:rFonts w:ascii="宋体" w:hAnsi="宋体" w:eastAsia="宋体"/>
                <w:b w:val="0"/>
                <w:sz w:val="18"/>
              </w:rPr>
              <w:t>（3）“换一换”活动。</w:t>
            </w:r>
          </w:p>
          <w:p>
            <w:pPr>
              <w:spacing w:after="20" w:line="276" w:lineRule="auto"/>
            </w:pPr>
            <w:r>
              <w:rPr>
                <w:rFonts w:ascii="宋体" w:hAnsi="宋体" w:eastAsia="宋体"/>
                <w:b w:val="0"/>
                <w:sz w:val="18"/>
              </w:rPr>
              <w:t>师：20元、50元、100元可以兑换成哪些钱呢？和同桌互相换一换。</w:t>
            </w:r>
          </w:p>
          <w:p>
            <w:pPr>
              <w:spacing w:after="20" w:line="276" w:lineRule="auto"/>
            </w:pPr>
            <w:r>
              <w:rPr>
                <w:rFonts w:ascii="宋体" w:hAnsi="宋体" w:eastAsia="宋体"/>
                <w:b w:val="0"/>
                <w:sz w:val="18"/>
              </w:rPr>
              <w:t>（4）“选钱、摆钱”活动。</w:t>
            </w:r>
          </w:p>
          <w:p>
            <w:pPr>
              <w:spacing w:after="20" w:line="276" w:lineRule="auto"/>
            </w:pPr>
            <w:r>
              <w:rPr>
                <w:rFonts w:ascii="宋体" w:hAnsi="宋体" w:eastAsia="宋体"/>
                <w:b w:val="0"/>
                <w:sz w:val="18"/>
              </w:rPr>
              <w:t>师：老师有一天在购物时买了27元8角的商品，请同学小组合作帮老师摆一摆应付的钱数。</w:t>
            </w:r>
          </w:p>
        </w:tc>
        <w:tc>
          <w:tcPr>
            <w:tcW w:type="dxa" w:w="3061"/>
          </w:tcPr>
          <w:p>
            <w:pPr>
              <w:spacing w:after="20" w:line="276" w:lineRule="auto"/>
            </w:pPr>
            <w:r/>
            <w:r>
              <w:rPr>
                <w:rFonts w:ascii="宋体" w:hAnsi="宋体" w:eastAsia="宋体"/>
                <w:b w:val="0"/>
                <w:sz w:val="18"/>
              </w:rPr>
              <w:t>有的学生会一张一张地数,数出5张1元的,也有的学生直接想到可以换5张。</w:t>
            </w:r>
          </w:p>
          <w:p>
            <w:pPr>
              <w:spacing w:after="20" w:line="276" w:lineRule="auto"/>
            </w:pPr>
            <w:r>
              <w:rPr>
                <w:rFonts w:ascii="宋体" w:hAnsi="宋体" w:eastAsia="宋体"/>
                <w:b w:val="0"/>
                <w:sz w:val="18"/>
              </w:rPr>
              <w:t>10里面有10个一,故学生会直接想到可以换10张。</w:t>
            </w:r>
          </w:p>
          <w:p>
            <w:pPr>
              <w:spacing w:after="20" w:line="276" w:lineRule="auto"/>
            </w:pPr>
            <w:r>
              <w:rPr>
                <w:rFonts w:ascii="宋体" w:hAnsi="宋体" w:eastAsia="宋体"/>
                <w:b w:val="0"/>
                <w:sz w:val="18"/>
              </w:rPr>
              <w:t>还能兑换成2张5元的，也能兑换成1张5元和5张1元的。</w:t>
            </w:r>
          </w:p>
          <w:p>
            <w:pPr>
              <w:spacing w:after="20" w:line="276" w:lineRule="auto"/>
            </w:pPr>
            <w:r>
              <w:rPr>
                <w:rFonts w:ascii="宋体" w:hAnsi="宋体" w:eastAsia="宋体"/>
                <w:b w:val="0"/>
                <w:sz w:val="18"/>
              </w:rPr>
              <w:t>学生任选一张人民币，与组内同学兑换成更小面额的人民币，分别说一说一张大额人民币可以换几张小额人民币。教师巡视指导。</w:t>
            </w:r>
          </w:p>
          <w:p>
            <w:pPr>
              <w:spacing w:after="20" w:line="276" w:lineRule="auto"/>
            </w:pPr>
            <w:r>
              <w:rPr>
                <w:rFonts w:ascii="宋体" w:hAnsi="宋体" w:eastAsia="宋体"/>
                <w:b w:val="0"/>
                <w:sz w:val="18"/>
              </w:rPr>
              <w:t>大部分同学都是进行的同单位人民币之间的兑换，也有少数同学是把大单位人民币换成小单位人民币。</w:t>
            </w:r>
          </w:p>
          <w:p>
            <w:pPr>
              <w:spacing w:after="20" w:line="276" w:lineRule="auto"/>
            </w:pPr>
            <w:r>
              <w:rPr>
                <w:rFonts w:ascii="宋体" w:hAnsi="宋体" w:eastAsia="宋体"/>
                <w:b w:val="0"/>
                <w:sz w:val="18"/>
              </w:rPr>
              <w:t>小组内互相说一说，摆一摆。</w:t>
            </w:r>
          </w:p>
        </w:tc>
        <w:tc>
          <w:tcPr>
            <w:tcW w:type="dxa" w:w="1814"/>
          </w:tcPr>
          <w:p>
            <w:pPr>
              <w:spacing w:after="20" w:line="276" w:lineRule="auto"/>
            </w:pPr>
            <w:r/>
            <w:r>
              <w:rPr>
                <w:rFonts w:ascii="宋体" w:hAnsi="宋体" w:eastAsia="宋体"/>
                <w:b w:val="0"/>
                <w:sz w:val="18"/>
              </w:rPr>
              <w:t>通过10元、5元人民币与1元人民币的兑换,理解它们之间的关系,在兑换中巩固学生对10元、5元人民币的认识。</w:t>
            </w:r>
          </w:p>
        </w:tc>
      </w:tr>
      <w:tr>
        <w:tc>
          <w:tcPr>
            <w:tcW w:type="dxa" w:w="1474"/>
          </w:tcPr>
          <w:p>
            <w:pPr>
              <w:spacing w:after="20" w:line="276" w:lineRule="auto"/>
            </w:pPr>
            <w:r>
              <w:rPr>
                <w:b/>
              </w:rPr>
            </w:r>
            <w:r>
              <w:rPr>
                <w:rFonts w:ascii="宋体" w:hAnsi="宋体" w:eastAsia="宋体"/>
                <w:b/>
                <w:sz w:val="18"/>
              </w:rPr>
              <w:t>四、全课总结，拓展延伸</w:t>
            </w:r>
          </w:p>
        </w:tc>
        <w:tc>
          <w:tcPr>
            <w:tcW w:type="dxa" w:w="3061"/>
          </w:tcPr>
          <w:p>
            <w:pPr>
              <w:spacing w:after="20" w:line="276" w:lineRule="auto"/>
            </w:pPr>
            <w:r/>
            <w:r>
              <w:rPr>
                <w:rFonts w:ascii="宋体" w:hAnsi="宋体" w:eastAsia="宋体"/>
                <w:b w:val="0"/>
                <w:sz w:val="18"/>
              </w:rPr>
              <w:t>师:说一说今天你学到了哪些新知识，关于人民币你还想了解哪些知识。</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认识人民币</w:t>
      </w:r>
    </w:p>
    <w:p>
      <w:pPr>
        <w:spacing w:after="40" w:line="300" w:lineRule="auto"/>
      </w:pPr>
      <w:r>
        <w:rPr>
          <w:rFonts w:ascii="宋体" w:hAnsi="宋体" w:eastAsia="宋体"/>
          <w:b w:val="0"/>
          <w:sz w:val="20"/>
        </w:rPr>
        <w:t>元:1元、5元、10元、20元、50元、100元</w:t>
      </w:r>
    </w:p>
    <w:p>
      <w:pPr>
        <w:spacing w:after="40" w:line="300" w:lineRule="auto"/>
      </w:pPr>
      <w:r>
        <w:rPr>
          <w:rFonts w:ascii="宋体" w:hAnsi="宋体" w:eastAsia="宋体"/>
          <w:b w:val="0"/>
          <w:sz w:val="20"/>
        </w:rPr>
        <w:t>角：1角、5角</w:t>
      </w:r>
    </w:p>
    <w:p>
      <w:pPr>
        <w:spacing w:after="40" w:line="300" w:lineRule="auto"/>
      </w:pPr>
      <w:r>
        <w:rPr>
          <w:rFonts w:ascii="宋体" w:hAnsi="宋体" w:eastAsia="宋体"/>
          <w:b w:val="0"/>
          <w:sz w:val="20"/>
        </w:rPr>
        <w:t>分：1分、2分、5分</w:t>
      </w:r>
    </w:p>
    <w:p>
      <w:pPr>
        <w:spacing w:after="40" w:line="300" w:lineRule="auto"/>
      </w:pPr>
      <w:r>
        <w:rPr>
          <w:rFonts w:ascii="宋体" w:hAnsi="宋体" w:eastAsia="宋体"/>
          <w:b w:val="0"/>
          <w:sz w:val="20"/>
        </w:rPr>
        <w:t>1元=10角1角=10分</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教科书P78~79。</w:t>
      </w:r>
    </w:p>
    <w:p>
      <w:pPr>
        <w:spacing w:after="40" w:line="300" w:lineRule="auto"/>
        <w:ind w:firstLine="400"/>
      </w:pPr>
      <w:r>
        <w:rPr>
          <w:rFonts w:ascii="宋体" w:hAnsi="宋体" w:eastAsia="宋体"/>
          <w:b w:val="0"/>
          <w:sz w:val="20"/>
        </w:rPr>
        <w:t>② 原设计安排：见“状元成才路”系列丛书《创优作业100分》或《状元作业本》对应课时作业。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通过让学生回忆生活中使用人民币的经历,唤醒学生的生活经验,感悟学习的价值。通过动手分类活动,学生初步自主认识不同面额的人民币,然后在具体的换钱操作活动中掌握元、角、分之间的进率,调动了每个学生的积极性,把教学目标落到了实处。不足之处是“换一换”活动预留时间不充足，可以建议学生课后继续玩这个游戏。</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买卖我做主</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买卖我做主</w:t>
            </w:r>
          </w:p>
        </w:tc>
        <w:tc>
          <w:tcPr>
            <w:tcW w:type="dxa" w:w="6009"/>
          </w:tcPr>
          <w:p>
            <w:pPr>
              <w:spacing w:after="20" w:line="276" w:lineRule="auto"/>
            </w:pPr>
            <w:r/>
            <w:r>
              <w:rPr>
                <w:rFonts w:ascii="宋体" w:hAnsi="宋体" w:eastAsia="宋体"/>
                <w:b w:val="0"/>
                <w:sz w:val="20"/>
              </w:rPr>
              <w:t>欢乐购物街</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认识人民币的教学是在一年级学生已有的生活经验和掌握100以内数的知识的基础上进行的。生活中学生接触过各种面额的人民币,能够初步分清楚各种面额的人民币的大小,但是认识不够深入,所以教学中让学生认识各种面额的人民币并不难,但是对于人民币的兑换,进行简单的计算和解决生活中的问题还是有一定的困难,需要在真实的情境中加强学习。</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教学内容：教科书P80~81。</w:t>
      </w:r>
    </w:p>
    <w:p>
      <w:pPr>
        <w:spacing w:after="80" w:line="300" w:lineRule="auto"/>
        <w:ind w:firstLine="400"/>
      </w:pPr>
      <w:r>
        <w:rPr>
          <w:rFonts w:ascii="宋体" w:hAnsi="宋体" w:eastAsia="宋体"/>
          <w:b w:val="0"/>
          <w:sz w:val="20"/>
        </w:rPr>
        <w:t>教学准备：课件、实物、模拟人民币。</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（1）认识各种常用面额的人民币，知道各面额人民币之间的关系，并会进行简单的计算。</w:t>
      </w:r>
    </w:p>
    <w:p>
      <w:pPr>
        <w:spacing w:after="20" w:line="300" w:lineRule="auto"/>
        <w:ind w:firstLine="400"/>
      </w:pPr>
      <w:r>
        <w:rPr>
          <w:rFonts w:ascii="宋体" w:hAnsi="宋体" w:eastAsia="宋体"/>
          <w:b w:val="0"/>
          <w:sz w:val="20"/>
        </w:rPr>
        <w:t>（2）通过购物活动，使学生初步体会人民币在社会生活、商品交换中的作用，感受元是人民币的主要单位，初步了解简单的货币文化，并知道爱护人民币。</w:t>
      </w:r>
    </w:p>
    <w:p>
      <w:pPr>
        <w:spacing w:after="20" w:line="300" w:lineRule="auto"/>
        <w:ind w:firstLine="400"/>
      </w:pPr>
      <w:r>
        <w:rPr>
          <w:rFonts w:ascii="宋体" w:hAnsi="宋体" w:eastAsia="宋体"/>
          <w:b w:val="0"/>
          <w:sz w:val="20"/>
        </w:rPr>
        <w:t>（3）让学生感受到数学和实际生活的紧密联系以及数学的应用价值。</w:t>
      </w:r>
    </w:p>
    <w:p>
      <w:pPr>
        <w:spacing w:after="20" w:line="300" w:lineRule="auto"/>
      </w:pPr>
      <w:r>
        <w:rPr>
          <w:rFonts w:ascii="宋体" w:hAnsi="宋体" w:eastAsia="宋体"/>
          <w:b w:val="0"/>
          <w:sz w:val="20"/>
        </w:rPr>
        <w:t>教学重点：掌握人民币的有关知识和内容，结合生活实际解决问题。</w:t>
      </w:r>
    </w:p>
    <w:p>
      <w:pPr>
        <w:spacing w:after="20" w:line="300" w:lineRule="auto"/>
      </w:pPr>
      <w:r>
        <w:rPr>
          <w:rFonts w:ascii="宋体" w:hAnsi="宋体" w:eastAsia="宋体"/>
          <w:b w:val="0"/>
          <w:sz w:val="20"/>
        </w:rPr>
        <w:t>教学难点：解决生活中购物遇到的问题，进行简单的加、减计算。</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一、购物准备环节</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大家想得很周到，那卖什么物品好呢？</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二、欢乐购物环节</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三、幸福分享环节</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同学们，购物时间已结束！大家都买到喜欢的物品了吗？；在欢乐购物环节，同学们都买到了什么？花了多少钱？你是如何支付的？</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四、活动总结环节</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今天的购物活动大家的表现都很精彩，通过这次活动，相信同学们对人民币的认识又更进一层。关于人民币，大家还有什么想了解的呢？</w:t>
            </w:r>
          </w:p>
        </w:tc>
        <w:tc>
          <w:tcPr>
            <w:tcW w:type="dxa" w:w="1361"/>
          </w:tcPr>
          <w:p>
            <w:pPr>
              <w:spacing w:after="20" w:line="276" w:lineRule="auto"/>
            </w:pPr>
            <w:r/>
            <w:r>
              <w:rPr>
                <w:rFonts w:ascii="宋体" w:hAnsi="宋体" w:eastAsia="宋体"/>
                <w:b w:val="0"/>
                <w:sz w:val="18"/>
              </w:rPr>
              <w:t>8分钟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一、购物准备环节</w:t>
            </w:r>
          </w:p>
        </w:tc>
        <w:tc>
          <w:tcPr>
            <w:tcW w:type="dxa" w:w="3061"/>
          </w:tcPr>
          <w:p>
            <w:pPr>
              <w:spacing w:after="20" w:line="276" w:lineRule="auto"/>
            </w:pPr>
            <w:r/>
            <w:r>
              <w:rPr>
                <w:rFonts w:ascii="宋体" w:hAnsi="宋体" w:eastAsia="宋体"/>
                <w:b w:val="0"/>
                <w:sz w:val="18"/>
              </w:rPr>
              <w:t>师：同学们，通过上节课的学习，我们已经了解了人民币，知道不同面额人民币的兑换方法。为了让大家更真切地体验到人民币在实际生活中的应用，老师准备在班上开展“欢乐购物街”活动，请大家积极发表意见，我们应该做好哪些准备工作？</w:t>
            </w:r>
          </w:p>
          <w:p>
            <w:pPr>
              <w:spacing w:after="20" w:line="276" w:lineRule="auto"/>
            </w:pPr>
            <w:r>
              <w:rPr>
                <w:rFonts w:ascii="宋体" w:hAnsi="宋体" w:eastAsia="宋体"/>
                <w:b w:val="0"/>
                <w:sz w:val="18"/>
              </w:rPr>
              <w:t>师：大家想得很周到，那卖什么物品好呢？</w:t>
            </w:r>
          </w:p>
          <w:p>
            <w:pPr>
              <w:spacing w:after="20" w:line="276" w:lineRule="auto"/>
            </w:pPr>
            <w:r>
              <w:rPr>
                <w:rFonts w:ascii="宋体" w:hAnsi="宋体" w:eastAsia="宋体"/>
                <w:b w:val="0"/>
                <w:sz w:val="18"/>
              </w:rPr>
              <w:t>师：不同的物品价格肯定不同，同学们回家后整理好自己要售卖的物品，并根据家长的建议，标上合理的售卖价格。明天就把物品带到学校，我们正式开展“欢乐购物街”活动。</w:t>
            </w:r>
          </w:p>
        </w:tc>
        <w:tc>
          <w:tcPr>
            <w:tcW w:type="dxa" w:w="3061"/>
          </w:tcPr>
          <w:p>
            <w:pPr>
              <w:spacing w:after="20" w:line="276" w:lineRule="auto"/>
            </w:pPr>
            <w:r/>
            <w:r>
              <w:rPr>
                <w:rFonts w:ascii="宋体" w:hAnsi="宋体" w:eastAsia="宋体"/>
                <w:b w:val="0"/>
                <w:sz w:val="18"/>
              </w:rPr>
              <w:t>预设1：要画海报介绍购物街，还要摆好摊位。</w:t>
            </w:r>
          </w:p>
          <w:p>
            <w:pPr>
              <w:spacing w:after="20" w:line="276" w:lineRule="auto"/>
            </w:pPr>
            <w:r>
              <w:rPr>
                <w:rFonts w:ascii="宋体" w:hAnsi="宋体" w:eastAsia="宋体"/>
                <w:b w:val="0"/>
                <w:sz w:val="18"/>
              </w:rPr>
              <w:t>预设2：为了购物方便，应该设置零钱兑换处。</w:t>
            </w:r>
          </w:p>
          <w:p>
            <w:pPr>
              <w:spacing w:after="20" w:line="276" w:lineRule="auto"/>
            </w:pPr>
            <w:r>
              <w:rPr>
                <w:rFonts w:ascii="宋体" w:hAnsi="宋体" w:eastAsia="宋体"/>
                <w:b w:val="0"/>
                <w:sz w:val="18"/>
              </w:rPr>
              <w:t>预设3:可以制作招牌和宣传单，介绍自己的摊位和物品。</w:t>
            </w:r>
          </w:p>
          <w:p>
            <w:pPr>
              <w:spacing w:after="20" w:line="276" w:lineRule="auto"/>
            </w:pPr>
            <w:r>
              <w:rPr>
                <w:rFonts w:ascii="宋体" w:hAnsi="宋体" w:eastAsia="宋体"/>
                <w:b w:val="0"/>
                <w:sz w:val="18"/>
              </w:rPr>
              <w:t>预设4:要为商品设定一个合理的售价。</w:t>
            </w:r>
          </w:p>
          <w:p>
            <w:pPr>
              <w:spacing w:after="20" w:line="276" w:lineRule="auto"/>
            </w:pPr>
            <w:r>
              <w:rPr>
                <w:rFonts w:ascii="宋体" w:hAnsi="宋体" w:eastAsia="宋体"/>
                <w:b w:val="0"/>
                <w:sz w:val="18"/>
              </w:rPr>
              <w:t>学生的想法很多，最后确定学生把自己已经用不上或不喜欢的玩具、文具、书籍带到学校来售卖，买卖双方都使用模拟人民币。</w:t>
            </w:r>
          </w:p>
          <w:p>
            <w:pPr>
              <w:spacing w:after="20" w:line="276" w:lineRule="auto"/>
            </w:pPr>
            <w:r>
              <w:rPr>
                <w:rFonts w:ascii="宋体" w:hAnsi="宋体" w:eastAsia="宋体"/>
                <w:b w:val="0"/>
                <w:sz w:val="18"/>
              </w:rPr>
              <w:t>学生提前准备好购物记录单，课件出示。</w:t>
            </w:r>
          </w:p>
        </w:tc>
        <w:tc>
          <w:tcPr>
            <w:tcW w:type="dxa" w:w="1814"/>
          </w:tcPr>
          <w:p>
            <w:pPr>
              <w:spacing w:after="20" w:line="276" w:lineRule="auto"/>
            </w:pPr>
            <w:r/>
            <w:r>
              <w:rPr>
                <w:rFonts w:ascii="宋体" w:hAnsi="宋体" w:eastAsia="宋体"/>
                <w:b w:val="0"/>
                <w:sz w:val="18"/>
              </w:rPr>
              <w:t>学生自己参与活动设计，培养学生思维的灵活性，让学生感受到自己才是学习的主人，激发学生学习数学、应用数学的兴趣。在活动开始前将各项准备工作做好，便于活动的顺利开展。</w:t>
            </w:r>
          </w:p>
        </w:tc>
      </w:tr>
      <w:tr>
        <w:tc>
          <w:tcPr>
            <w:tcW w:type="dxa" w:w="1474"/>
          </w:tcPr>
          <w:p>
            <w:pPr>
              <w:spacing w:after="20" w:line="276" w:lineRule="auto"/>
            </w:pPr>
            <w:r>
              <w:rPr>
                <w:b/>
              </w:rPr>
            </w:r>
            <w:r>
              <w:rPr>
                <w:rFonts w:ascii="宋体" w:hAnsi="宋体" w:eastAsia="宋体"/>
                <w:b/>
                <w:sz w:val="18"/>
              </w:rPr>
              <w:t>二、欢乐购物环节</w:t>
            </w:r>
          </w:p>
        </w:tc>
        <w:tc>
          <w:tcPr>
            <w:tcW w:type="dxa" w:w="3061"/>
          </w:tcPr>
          <w:p>
            <w:pPr>
              <w:spacing w:after="20" w:line="276" w:lineRule="auto"/>
            </w:pPr>
            <w:r/>
            <w:r>
              <w:rPr>
                <w:rFonts w:ascii="宋体" w:hAnsi="宋体" w:eastAsia="宋体"/>
                <w:b w:val="0"/>
                <w:sz w:val="18"/>
              </w:rPr>
              <w:t>师：为了大家有更好的购物体验，请所有同学将自己需要售卖的物品摆放在桌面上，可以两个人为一组，一个人先去买，另一个人帮着代卖，第一个同学买完再两个人互换。</w:t>
            </w:r>
          </w:p>
          <w:p>
            <w:pPr>
              <w:spacing w:after="20" w:line="276" w:lineRule="auto"/>
            </w:pPr>
            <w:r>
              <w:rPr>
                <w:rFonts w:ascii="宋体" w:hAnsi="宋体" w:eastAsia="宋体"/>
                <w:b w:val="0"/>
                <w:sz w:val="18"/>
              </w:rPr>
              <w:t>师：请同学们注意活动要求，每人最少买2件物品、卖2件物品，并填好购物记录单。</w:t>
            </w:r>
          </w:p>
        </w:tc>
        <w:tc>
          <w:tcPr>
            <w:tcW w:type="dxa" w:w="3061"/>
          </w:tcPr>
          <w:p>
            <w:pPr>
              <w:spacing w:after="20" w:line="276" w:lineRule="auto"/>
            </w:pPr>
            <w:r/>
            <w:r>
              <w:rPr>
                <w:rFonts w:ascii="宋体" w:hAnsi="宋体" w:eastAsia="宋体"/>
                <w:b w:val="0"/>
                <w:sz w:val="18"/>
              </w:rPr>
              <w:t>学生很快找到自己的伙伴，两人一组，将物品摆放好，有的同学还准备了海报和宣传单。</w:t>
            </w:r>
          </w:p>
          <w:p>
            <w:pPr>
              <w:spacing w:after="20" w:line="276" w:lineRule="auto"/>
            </w:pPr>
            <w:r>
              <w:rPr>
                <w:rFonts w:ascii="宋体" w:hAnsi="宋体" w:eastAsia="宋体"/>
                <w:b w:val="0"/>
                <w:sz w:val="18"/>
              </w:rPr>
              <w:t>学生自主活动，教师巡视并指导。</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三、幸福分享环节</w:t>
            </w:r>
          </w:p>
        </w:tc>
        <w:tc>
          <w:tcPr>
            <w:tcW w:type="dxa" w:w="3061"/>
          </w:tcPr>
          <w:p>
            <w:pPr>
              <w:spacing w:after="20" w:line="276" w:lineRule="auto"/>
            </w:pPr>
            <w:r/>
            <w:r>
              <w:rPr>
                <w:rFonts w:ascii="宋体" w:hAnsi="宋体" w:eastAsia="宋体"/>
                <w:b w:val="0"/>
                <w:sz w:val="18"/>
              </w:rPr>
              <w:t>师：同学们，购物时间已结束！大家都买到喜欢的物品了吗？</w:t>
            </w:r>
          </w:p>
          <w:p>
            <w:pPr>
              <w:spacing w:after="20" w:line="276" w:lineRule="auto"/>
            </w:pPr>
            <w:r>
              <w:rPr>
                <w:rFonts w:ascii="宋体" w:hAnsi="宋体" w:eastAsia="宋体"/>
                <w:b w:val="0"/>
                <w:sz w:val="18"/>
              </w:rPr>
              <w:t>师：没有买到喜欢的物品的同学也不要沮丧，大家课后可以继续玩一玩这个游戏。</w:t>
            </w:r>
          </w:p>
          <w:p>
            <w:pPr>
              <w:spacing w:after="20" w:line="276" w:lineRule="auto"/>
            </w:pPr>
            <w:r>
              <w:rPr>
                <w:rFonts w:ascii="宋体" w:hAnsi="宋体" w:eastAsia="宋体"/>
                <w:b w:val="0"/>
                <w:sz w:val="18"/>
              </w:rPr>
              <w:t>师：在欢乐购物环节，同学们都买到了什么？花了多少钱？你是如何支付的？</w:t>
            </w:r>
          </w:p>
          <w:p>
            <w:pPr>
              <w:spacing w:after="20" w:line="276" w:lineRule="auto"/>
            </w:pPr>
            <w:r>
              <w:rPr>
                <w:rFonts w:ascii="宋体" w:hAnsi="宋体" w:eastAsia="宋体"/>
                <w:b w:val="0"/>
                <w:sz w:val="18"/>
              </w:rPr>
              <w:t>师：其他小朋友也举办了购物街活动，看看他们是怎样做的。</w:t>
            </w:r>
          </w:p>
          <w:p>
            <w:pPr>
              <w:spacing w:after="20" w:line="276" w:lineRule="auto"/>
            </w:pPr>
            <w:r>
              <w:rPr>
                <w:rFonts w:ascii="宋体" w:hAnsi="宋体" w:eastAsia="宋体"/>
                <w:b w:val="0"/>
                <w:sz w:val="18"/>
              </w:rPr>
              <w:t>课件出示教科书P81主题图。</w:t>
            </w:r>
          </w:p>
          <w:p>
            <w:pPr>
              <w:spacing w:after="20" w:line="276" w:lineRule="auto"/>
            </w:pPr>
            <w:r>
              <w:rPr>
                <w:rFonts w:ascii="宋体" w:hAnsi="宋体" w:eastAsia="宋体"/>
                <w:b w:val="0"/>
                <w:sz w:val="18"/>
              </w:rPr>
              <w:t>师：你们知道这个女生买了哪两本书吗？你是怎样想的？</w:t>
            </w:r>
          </w:p>
        </w:tc>
        <w:tc>
          <w:tcPr>
            <w:tcW w:type="dxa" w:w="3061"/>
          </w:tcPr>
          <w:p>
            <w:pPr>
              <w:spacing w:after="20" w:line="276" w:lineRule="auto"/>
            </w:pPr>
            <w:r/>
            <w:r>
              <w:rPr>
                <w:rFonts w:ascii="宋体" w:hAnsi="宋体" w:eastAsia="宋体"/>
                <w:b w:val="0"/>
                <w:sz w:val="18"/>
              </w:rPr>
              <w:t>大部分同学都有很愉快的购物经历，也买到了自己喜欢的物品，少数同学对于人民币单位换算、兑换不是很熟练，在找零时出现了一些错误。</w:t>
            </w:r>
          </w:p>
          <w:p>
            <w:pPr>
              <w:spacing w:after="20" w:line="276" w:lineRule="auto"/>
            </w:pPr>
            <w:r>
              <w:rPr>
                <w:rFonts w:ascii="宋体" w:hAnsi="宋体" w:eastAsia="宋体"/>
                <w:b w:val="0"/>
                <w:sz w:val="18"/>
              </w:rPr>
              <w:t>学生自由讨论自己的购物经历和经验。</w:t>
            </w:r>
          </w:p>
          <w:p>
            <w:pPr>
              <w:spacing w:after="20" w:line="276" w:lineRule="auto"/>
            </w:pPr>
            <w:r>
              <w:rPr>
                <w:rFonts w:ascii="宋体" w:hAnsi="宋体" w:eastAsia="宋体"/>
                <w:b w:val="0"/>
                <w:sz w:val="18"/>
              </w:rPr>
              <w:t>学生交流讨论，在班上分享交流。</w:t>
            </w:r>
          </w:p>
          <w:p>
            <w:pPr>
              <w:spacing w:after="20" w:line="276" w:lineRule="auto"/>
            </w:pPr>
            <w:r>
              <w:rPr>
                <w:rFonts w:ascii="宋体" w:hAnsi="宋体" w:eastAsia="宋体"/>
                <w:b w:val="0"/>
                <w:sz w:val="18"/>
              </w:rPr>
              <w:t>“正好”就是不多也不少的意思，学生可以采取先尝试选取其中的两本，不合适再调整的方法；也可以先选定一本，再按顺序试选；还有的同学直接观察哪两个数的和是13就选定哪两本。</w:t>
            </w:r>
          </w:p>
        </w:tc>
        <w:tc>
          <w:tcPr>
            <w:tcW w:type="dxa" w:w="1814"/>
          </w:tcPr>
          <w:p>
            <w:pPr>
              <w:spacing w:after="20" w:line="276" w:lineRule="auto"/>
            </w:pPr>
            <w:r/>
            <w:r>
              <w:rPr>
                <w:rFonts w:ascii="宋体" w:hAnsi="宋体" w:eastAsia="宋体"/>
                <w:b w:val="0"/>
                <w:sz w:val="18"/>
              </w:rPr>
              <w:t>学生交流购物环节中付钱的过程，既是对自己的总结，也为其他同学提供了学习的材料。进一步巩固所学策略，让学生体会有序思考的优势。</w:t>
            </w:r>
          </w:p>
        </w:tc>
      </w:tr>
      <w:tr>
        <w:tc>
          <w:tcPr>
            <w:tcW w:type="dxa" w:w="1474"/>
          </w:tcPr>
          <w:p>
            <w:pPr>
              <w:spacing w:after="20" w:line="276" w:lineRule="auto"/>
            </w:pPr>
            <w:r>
              <w:rPr>
                <w:b/>
              </w:rPr>
            </w:r>
            <w:r>
              <w:rPr>
                <w:rFonts w:ascii="宋体" w:hAnsi="宋体" w:eastAsia="宋体"/>
                <w:b/>
                <w:sz w:val="18"/>
              </w:rPr>
              <w:t>四、活动总结环节</w:t>
            </w:r>
          </w:p>
        </w:tc>
        <w:tc>
          <w:tcPr>
            <w:tcW w:type="dxa" w:w="3061"/>
          </w:tcPr>
          <w:p>
            <w:pPr>
              <w:spacing w:after="20" w:line="276" w:lineRule="auto"/>
            </w:pPr>
            <w:r/>
            <w:r>
              <w:rPr>
                <w:rFonts w:ascii="宋体" w:hAnsi="宋体" w:eastAsia="宋体"/>
                <w:b w:val="0"/>
                <w:sz w:val="18"/>
              </w:rPr>
              <w:t>师：今天的购物活动大家的表现都很精彩，通过这次活动，相信同学们对人民币的认识又更进一层。关于人民币，大家还有什么想了解的呢？</w:t>
            </w:r>
          </w:p>
          <w:p>
            <w:pPr>
              <w:spacing w:after="20" w:line="276" w:lineRule="auto"/>
            </w:pPr>
            <w:r>
              <w:rPr>
                <w:rFonts w:ascii="宋体" w:hAnsi="宋体" w:eastAsia="宋体"/>
                <w:b w:val="0"/>
                <w:sz w:val="18"/>
              </w:rPr>
              <w:t>师：同学们可真好学，还有这么多想了解的问题，大家课后可以自己翻阅资料或是咨询爸爸妈妈，选一个你感兴趣的问题进行研究，下节课再和同学一起分享。</w:t>
            </w:r>
          </w:p>
        </w:tc>
        <w:tc>
          <w:tcPr>
            <w:tcW w:type="dxa" w:w="3061"/>
          </w:tcPr>
          <w:p>
            <w:pPr>
              <w:spacing w:after="20" w:line="276" w:lineRule="auto"/>
            </w:pPr>
            <w:r/>
            <w:r>
              <w:rPr>
                <w:rFonts w:ascii="宋体" w:hAnsi="宋体" w:eastAsia="宋体"/>
                <w:b w:val="0"/>
                <w:sz w:val="18"/>
              </w:rPr>
              <w:t>预设1：不同面额的纸币上的图案都不一样，分别是哪里呢？</w:t>
            </w:r>
          </w:p>
          <w:p>
            <w:pPr>
              <w:spacing w:after="20" w:line="276" w:lineRule="auto"/>
            </w:pPr>
            <w:r>
              <w:rPr>
                <w:rFonts w:ascii="宋体" w:hAnsi="宋体" w:eastAsia="宋体"/>
                <w:b w:val="0"/>
                <w:sz w:val="18"/>
              </w:rPr>
              <w:t>预设2:古代人民使用的货币是什么样的呢？和现在的人民币一样吗？</w:t>
            </w:r>
          </w:p>
          <w:p>
            <w:pPr>
              <w:spacing w:after="20" w:line="276" w:lineRule="auto"/>
            </w:pPr>
            <w:r>
              <w:rPr>
                <w:rFonts w:ascii="宋体" w:hAnsi="宋体" w:eastAsia="宋体"/>
                <w:b w:val="0"/>
                <w:sz w:val="18"/>
              </w:rPr>
              <w:t>预设3:人民币如何辨别真伪呢？是否有防伪标识？</w:t>
            </w:r>
          </w:p>
          <w:p>
            <w:pPr>
              <w:spacing w:after="20" w:line="276" w:lineRule="auto"/>
            </w:pPr>
            <w:r>
              <w:rPr>
                <w:rFonts w:ascii="宋体" w:hAnsi="宋体" w:eastAsia="宋体"/>
                <w:b w:val="0"/>
                <w:sz w:val="18"/>
              </w:rPr>
              <w:t>预设4：为什么没有面值3元、4元的人民币呢？</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今天的购物活动大家的表现都很精彩，通过这次活动，相信同学们对人民币的认识又更进一层。关于人民币，大家还有什么想了解的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教科书P80~81。</w:t>
      </w:r>
    </w:p>
    <w:p>
      <w:pPr>
        <w:spacing w:after="40" w:line="300" w:lineRule="auto"/>
        <w:ind w:firstLine="400"/>
      </w:pPr>
      <w:r>
        <w:rPr>
          <w:rFonts w:ascii="宋体" w:hAnsi="宋体" w:eastAsia="宋体"/>
          <w:b w:val="0"/>
          <w:sz w:val="20"/>
        </w:rPr>
        <w:t>② 原设计安排：见“状元成才路”系列丛书《创优作业100分》或《状元作业本》对应课时作业。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是一节蕴含数学知识的综合实践课，在课前需要做好各项准备工作，在活动环节教师需要观察学生的活动表现，对于不是很积极的同学要加以引导、帮助、鼓励。通过这节实践课，学生对单位换算能灵活运用，不同面额的人民币也能正确兑换。少数同学活动时表现不够积极，买卖物品没有达到标准，对于这些同学，教师要多关注、多引导。</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