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人教版一年级数学下册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第1单元 认识平面图形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第1单元 认识平面图形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图形与几何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4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单元开启课、活动探索课、自主整理课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由于平面图形是二维图形，学生难以在现实生活的三维空间中找到对应原型，因此，学生学习平面图形要比学习立体图形困难一些。基于此，教科书在修订中将这部分内容放到了一年级下册。本单元整体的编排结构与立体图形的编排类似，分为知识的引入(描画)、知识的教学(分类)、知识的应用3个层次，形成了教科书编排结构上的一种“节奏美”。教科书充分利用立体图形与平面图形的关系，从描(画、印、拓)出简单的立体图形的面入手，引入平面图形，既渗透了平面图形与立体图形之间的联系，又促使学生积极主动地利用旧知识去探索新知识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有3道例题：例1，在由立体图形描画出平面图形并分类的活动中，初步认识长方形、正方形、平行四边形、三角形和圆；例2，通过用同样的平面图形进行拼组的活动，初步体会平面图形之间的关系；例3，解决简单的实际问题，用七巧板拼出指定的图形，进一步直观感知图形的特征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在教学平面图形时，要注意与立体图形区别开来，尤其在让学生描述平面图形时，要让学生指清楚、说明白，防止学生混淆立体图形和平面图形。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经能够辨认立体图形并且初步感知了立体图形的特征，而且在日常生活中已经具备了一定的经验，所以，本单元的直观观察，除了平行四边形外，辨认和区分其他平面图形对于学生来说并不难。但是用七巧板拼出指定的图形、怎样拼出更多的三角形以及梳理用七巧板拼三角形的基本方法，对于学生来说有一定的难度，也是教学的难点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第1课时：通过观察、操作，体会“面从体上来”，直观认识长方形、正方形、平行四边形、三角形和圆这些平面图形。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第2课时：通过观察、操作，进一步体会平面图形的特征，并能用自己的语言描述长方形与正方形的特征。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第3课时：通过了解七巧板的构成及拼摆七巧板，进一步加深对长方形、正方形、三角形和平行四边形的认识，并感受平面图形之间的关系。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第4课时：通过整理与复习，使学生能够熟练掌握各平面图形的特征并能快速区分长方形、正方形、平行四边形、三角形和圆等基本平面图形，并能够运用所学知识解决简单的实际问题。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注意培养学生观察的意识和能力。可以准备日常生活中常用的物品或教具(如长方体、正方体、圆柱、直三棱柱等)让学生观察，也可以让学生观察身边物体的表面分别是什么形状的、哪些物体表面的形状相同，从而直观感受图形与日常生活的密切联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要给学生提供充分的动手操作的机会。教学时，可以让学生通过摸一摸、画一画、拼一拼、折一折等活动形成初步的动手操作能力，在操作活动中充分感知所学平面图形的特征，感受所学图形之间的联系。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注重让学生真正地、充分地进行交流和表达。学生在数学活动中需要动脑、动手、动口，多种感官协调活动，其中表达是学生感悟的具体体现，同学之间的相互交流有利于他们从多角度去感悟知识，强化感知和思维，丰富活动经验。在交流过程中，要让学生把平面图形指清楚、说明白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认识平面图形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通过观察、操作，体会“面从体上来”，直观认识长方形、正方形、平行四边形、三角形和圆这些平面图形。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平面图形的拼组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通过观察、操作，进一步体会平面图形的特征，并能用自己的语言描述长方形与正方形的特征。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七巧板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通过了解七巧板的构成及拼摆七巧板，进一步加深对长方形、正方形、三角形和平行四边形的认识，并感受平面图形之间的关系。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整理和复习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自主整理课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通过整理与复习，使学生能够熟练掌握各平面图形的特征并能快速区分长方形、正方形、平行四边形、三角形和圆等基本平面图形，并能够运用所学知识解决简单的实际问题。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认识平面图形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认识平面图形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第1单元 认识平面图形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已经能够辨认立体图形并且初步感知了立体图形的特征，而且在日常生活中已经具备了一定的经验，所以，本单元的直观观察，除了平行四边形外，辨认和区分其他平面图形对于学生来说并不难。但是用七巧板拼出指定的图形、怎样拼出更多的三角形以及梳理用七巧板拼三角形的基本方法，对于学生来说有一定的难度，也是教学的难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教学内容：教科书P1例1,完成教科书P2“做一做”和P6“练一练”第1、3题。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教学准备：课件、积木、立体图形物体和平面图形卡片。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（1）通过观察、操作，体会“面从体上来”，直观认识长方形、正方形、平行四边形、三角形和圆这些平面图形。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（2）通过分类，初步感知长方形、正方形、平行四边形、三角形和圆这些平面图形的特征。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（3）培养学生初步的观察能力、动手操作能力和用数学交流的能力，建立空间观念，发展应用意识。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教学重点：初步感知长方形、正方形、平行四边形、三角形和圆的特征。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教学难点：从立体图形的表面抽象出平面图形，体验不同平面图形的特征。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（导入）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积木、课件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哪位小朋友来说一说，你们都分别有哪些形状的积木？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二、动手操作，认识平面图形1.师生互动，认识“面”。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课件、教科书、积木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拿出你们的积木，摸一摸每一个物体的“面”，你们能说出这些面的名字吗？；想一想，怎样在纸上体现这些物体的“面”呢？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归类整理，深化认识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课件、积木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这些图形可以分成几组呢？哪几组？；谁来说一说你们组是怎样分类的？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教科书、情境图、学具、积木、课件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题目让我们涂什么？涂的要求是什么？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课件、积木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同学们，通过今天的学习你们有哪些收获呢？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（导入）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一、复习旧知识师：课前，同学们准备了一些积木，现在请拿出你们的积木。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师：哪位小朋友来说一说，你们都分别有哪些形状的积木？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正方体、长方体、圆柱等。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通过复习立体图形，唤醒学生已有的知识经验，为学生描、画、印、拓平面图形打下基础，感受平面图形和立体图形之间的联系。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二、动手操作，认识平面图形1.师生互动，认识“面”。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（1）课件出示教科书P1例1。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师：拿出你们的积木，摸一摸每一个物体的“面”，你们能说出这些面的名字吗？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（2）让学生想办法在纸上得到这些立体图形的“面”。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师：想一想，怎样在纸上体现这些物体的“面”呢？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（3）学生动手操作，拓印图形。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师：请同学们利用不同形状的物体在本子上描、画、印、拓出各种平面图形。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（4）交流展示。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分小组上台交流描出的图形。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师：所得到的图形分别是从哪些物体上的面得到的？你是怎样得到想要的图形的？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（5）揭示课题。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师：从这些立体图形上拓印下来的图形都是平面图形，这节课我们就来认识“平面图形”。（板书课题：认识平面图形）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2.逐一认识长方形、正方形、平行四边形、三角形和圆。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（1）认识长方形。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①课件呈现长方体。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师：这些是什么图形？你能找到它们的“面”吗？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②让学生在长方体形状的物体上找一找，摸一摸，说一说。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③师：这样的图形叫什么名字呢？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(2)认识正方形。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①课件呈现正方体。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师：有同学能从正方体上找到“面”吗？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②让学生在正方体形状的物体上找一找，摸一摸，说一说。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师：这个面跟刚才的长方形是一样的吗？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③介绍正方形。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师：这种图形就是正方形。（板书：正方形）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（3）认识平行四边形。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①课件呈现平行四边形。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师：这个图形是长方形吗？是正方形吗？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②让学生在实物上找找类似图形。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③介绍图形的名称。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（4）认识三角形和圆。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①课件呈现三角形和圆。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师：你们在积木上找到这两种图形了吗？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②展示学生描画出的图形，介绍图形的名称。（板书：三角形圆）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学生会想到把立体图形上的面在纸上描出来、画出来、印出来、拓(涂)出来。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学生活动，教师巡视指导。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学生在小组内讨论交流，教师巡视指导。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学生回答后课件演示长方体上的“面”。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学生讨论交流后汇报。（板书：长方形）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学生回答后课件演示正方体上的“面”。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平行四边形与长方形、正方形的区别不是很好描述。如果学生说“斜的”等直观词语，要给予肯定。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让学生通过描、画、印、拓平面图形等活动，感受平面图形和立体图形之间的关系，在了解立体图形各表面的特征的同时，加深对平面图形的认识。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学生通过前面的操作活动，初步感知平面图形的特征，然后认识这些平面图形，知道它们的名称，进一步感知各平面图形的特征。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（给学生足够的时间去思考、交流要找的“面”在“体”的哪个位置。）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归类整理，深化认识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课件出示多个图形。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师：请你们说一说屏幕上出现的分别是什么图形。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教师逐一出示图形，学生辨认。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师：这些图形可以分成几组呢？哪几组？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师：谁来说一说你们组是怎样分类的？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师：为什么把这几个图形分为一组？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结合学生的交流，课件出示把长方形、正方形、平行四边形、三角形和圆按类别分别放在一起。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4.比较分析，探究图形的特征。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(1)任指一类图形，寻找共同特征。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师：长方形有什么特征？这些图形大小不同、形状不同，为什么都是长方形(正方形、三角形、平行四边形、圆)呢？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(2)根据图形特征，初步建立各类图形的概念。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5.观察身边物体的面，进一步了解图形的特征。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师：说一说你身边哪些物体的面是我们今天认识的图形。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2.小组合作，对图形分类。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3.交流汇报。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学生会把不同的平面图形分为长方形、正方形、平行四边形、三角形和圆这五组。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学生只要说出平面图形的直观特征就行，如：长方形有4条边；正方形有4条一样长的边；三角形有3条边；平行四边形有4条边，其中2条边是“斜的”；圆像一个圈等。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学生说出各类图形的特征后，教师介绍这类图形都是长方形(正方形、三角形、平行四边形、圆)。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只要学生说的是对的，都要给予充分肯定。如果学生说得不对，教师要让学生明白为什么不对，在辨析过程中进一步了解各种图形的特征。特别是学生容易将“体”和“面”混淆，出现这种情况，教师要强调“面在体上”的意识。如学生说“数学书是长方形”时，教师要更正为“数学书的封面是长方形形状的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列表的方式把不同的平面图形归类，让学生在动手分类的过程中明白所画的正方形、圆大小不同、形状相同，所画的长方形、平行四边形、三角形大小不同、形状也可能不同，但都是一类图形，为学生提供了丰富的表象支撑。让学生说说身边的平面图形，巩固对平面图形的认识，进一步感受“面在体上”，体会立体图形与平面图形的联系，提高学生在生活中观察和探究数学现象的意识和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1.完成教科书P2“做一做”第1题。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(1)师：观察情境图，说一说情境图里有什么。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(2)师：题目让我们涂什么？涂的要求是什么？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(3)学生自主涂色，教师巡视并指导。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(4)学生分组展示涂色情况，师生共同评价，看所涂颜色与左边各图形所要求的颜色是否一致，并修正。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2.完成教科书P2“做一做”第2题。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（1）学生拿出准备好的学具，在钉板上围出本节课学习的平面图形。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（2）全班展示交流。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3.完成教科书P2“做一做”第3题。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(1)学生拿出准备好的学具，利用立体图形画出自己喜欢的图案。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(2)全班展示交流。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4.完成教科书P6“练一练”第1题。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（2）每人挑一个学具或身边的物品，同桌相互问答，看能画出哪些平面图形。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（3）全班展示交流。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5.完成教科书P6“练一练”第3题。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(1)学生在教科书上圈出正确答案。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(2)完成后，全班集中交流。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学生能根据想画的图案，在积木上找到合适的面。在交流时，让学生说说自己画的是什么图案，是用哪些积木画的。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学生回答时，教师要问问“为什么选这个图形”来强化学生对题中所呈现规律的掌握，特别是第2行的图形，要注意三角形正着放和倒着放的区别。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让学生经历围成平面图形的过程，既考查了学生对平面图形特征的认识，又提高了学生的动手能力，使学生体会数学学习的乐趣。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让学生经历由立体图形得到平面图形的过程，再次感受平面图形和立体图形之间的联系，提高动手能力，培养学生学习的主动性，体验创作的乐趣。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让学生分辨哪些物体能画出哪些面，加深学生对“面”和“体”的了解。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师：同学们，通过今天的学习你们有哪些收获呢？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引导学生回顾梳理本课所学，完善认知结构，提升归纳与反思能力，核心问题："同学们，通过今天的学习你们有哪些收获呢？"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教科书P1例1,完成教科书P2“做一做”和P6“练一练”第1、3题。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的教学目的是让学生认识平面图形，通过大量的实践操作活动，学生基本上都能正确辨认长方形、正方形、三角形和圆，但对于平行四边形，学生还不是很熟悉。学生用立体图形描出平面图形有一定的难度，立体图形容易移动，导致描出来的平面图形容易变形，需要组织学生合作操作，让一个同学按住立体图形后，另一个同学来描平面图形，这样描出来的效果会更好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平面图形的拼组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平面图形的拼组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第1单元 认识平面图形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已经能够辨认立体图形并且初步感知了立体图形的特征，而且在日常生活中已经具备了一定的经验，所以，本单元的直观观察，除了平行四边形外，辨认和区分其他平面图形对于学生来说并不难。但是用七巧板拼出指定的图形、怎样拼出更多的三角形以及梳理用七巧板拼三角形的基本方法，对于学生来说有一定的难度，也是教学的难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教学内容：教科书P3例2和“试一试”，完成教科书P3“做一做”和P6~7“练一练”第4、5题及“思考题”。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教学准备：课件、各种平面图形的图片、学具袋中的平面图形。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（1）通过观察、操作，进一步体会平面图形的特征，并能用自己的语言描述长方形与正方形的特征。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（2）通过拼一拼、摆一摆，初步感知所学平面图形之间的关系。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（3）通过数学活动，培养学生初步的观察能力、动手操作能力和语言表达能力，为以后的学习积累经验。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教学重点：体会所学平面图形的特征，并能用自己的语言描述长方形、正方形的特征。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教学难点：感受所学平面图形之间的关系。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创设情境，揭示课题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课件、图片、学具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你们想自己拼一拼这些图案吗？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二、动手操作，感知特征1.引导探究长方形的拼组。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课件、学具、图片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想一想，用两个一样的长方形可以拼成什么平面图形？；你们现在知道两个一样的长方形可以拼成哪些图形了吗？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三、创意拼组，相互欣赏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课件、图片、学具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实践应用，巩固提升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教科书、学具、课件、图片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课件、图片、学具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同学们，今天的数学课你们有哪些收获呢？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创设情境，揭示课题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课件出示下图。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师：这几个美丽的图案，都是由平面图形拼组成的，请你说一说每个图案是由哪些平面图形组成的。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师：你们想自己拼一拼这些图案吗？今天我们就来学习平面图形的拼组。（板书课题：平面图形的拼组）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通过观察丰富多彩的由平面图形拼组成的图案，让学生感受平面图形的美，同时复习了上节课所学习的几种平面图形，激发学生用平面图形拼图案的兴趣，为学习新知识做好准备。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二、动手操作，感知特征1.引导探究长方形的拼组。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课件出示两个一样的长方形。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(1)师：想一想，用两个一样的长方形可以拼成什么平面图形？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(2)拼一拼。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师：请你拿出学具袋中的两个长方形拼一拼。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(3)展示学生拼的作品。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师：你们现在知道两个一样的长方形可以拼成哪些图形了吗？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师：用两个同样的长方形可以拼成一个新的图形，那用几个同样的正方形或三角形会拼成怎样的图形呢？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(1)以小组为单位进行拼组。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学习提示：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①想一想：你准备用同样的正方形或三角形拼成什么图形？大约需要几个正方形或三角形？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②拼一拼：拿出正方形或三角形来拼一拼，看看拼出来的图形和你想象的是否一样。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③说一说：和小组内的同学说一说自己用正方形或三角形拼成了什么图形。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(2)交流展示。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教师巡视，观察不同学生的拼法，指名学生上台分享。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教师对于学生的不同拼法都给予肯定和引导。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学生可能会说长方形或正方形。对说平行四边形或不知道的学生要加以引导。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学生独立拼一拼，教师巡视。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学生会拼出如下两种图形。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有的学生说两个一样的长方形可以拼成一个大长方形，也有的学生说两个一样的长方形可以拼成一个正方形。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学生交流后，教师引导学生归纳：利用两个一样的长方形拼图形，一定可以拼成一个长方形，也可能拼成一个正方形。（教师板书以上两个图形）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2.小组合作，探究正方形和三角形的拼组。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学生可能会出现多种不同的拼法。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预设1：用2个一样的正方形或三角形拼成以下图形。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预设2：用3个一样的正方形或三角形拼成以下图形。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预设3：用4个一样的正方形或三角形拼成以下图形。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通过拼组长方形的活动，进一步感受长方形和正方形之间的关系，为后面进一步的拼组活动打下基础。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通过拼组平面图形的活动，让学生在操作过程中有所感悟，有所体会。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三、创意拼组，相互欣赏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1.师：请每个小组利用手中的平面图形拼出一些美丽的图案。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（1）学生拼组，教师巡视。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（2）小组交流，相互欣赏。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（3）展示学生拼出的作品。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2.课件出示“蜡烛”“小船”等拼组成的图案给学生欣赏。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有了前面拼长方形、正方形和三角形的基础，这里放手让学生利用平面图形的特征自主拼图，具有一定的开放性，发散了学生的思维，在拼一拼的活动中更好地深化了学生对平面图形特征的理解。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实践应用，巩固提升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1.完成教科书P3“试一试”。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2.完成教科书P3“做一做”第1题。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师：请你拿出两张同样大小的正方形的纸，将正方形的纸对折后沿折线剪开。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(1)让学生独立地折一折并剪一剪。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(2)全班交流展示。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师：比一比所剪出的两个图形，说一说你有什么发现。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3.完成教科书P3“做一做”第2题。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(1)让学生用几张正方形的纸剪一剪、贴一贴，再涂上色。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(2)展示学生的作品。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4.完成教科书P6“练一练”第4题。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(1)学生用自己的方式尝试完成。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(2)交流解答方法。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5.完成教科书P7“练一练”第5题。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（1）学生尝试完成。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（2）交流解答方法。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6.完成教科书P7“思考题”。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(1)学生尝试完成。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(2)学生动手剪一剪后交流展示。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预设1：我发现一个正方形能剪成两个相同的长方形。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预设2：我发现一个正方形能剪成两个相同的三角形。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学生只要说得有道理教师都要给予肯定。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可以让学生根据每排空白的长度和一块砖的长度估计出缺了几块砖；也可以让他们先画一画，在画的过程中发现：对照隔层砖的长度和块数会更简单。对于使用以上两种方法有困难的学生，可以建议用学具摆一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在完成第2行时，需要注意是由几个图形拼成左边的图形，有的学生只选正方形是不对的，应该由第一个和最后一个三角形，再和正方形一起拼成长方形。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有无数种剪法，经过长方形正中心的任意一条直线，都可以将长方形分成大小相等的两部分。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用两种颜色不同、大小相同的等腰直角三角形拼组图形，使学生进一步体会图形的特征，培养学习兴趣，增强想象力。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分解正方形，让学生感受到一个正方形可以分成两个同样的长方形或三角形，加深学生对图形特征的认识，渗透了“轴对称”的知识，初步培养学生的动手操作能力。然后放手让学生剪贴图案，培养学生的想象力和创造力，让学生感受和欣赏数学美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通过此题的训练，将操作与思考探究结合起来，很好地培养了学生的空间观念和空间想象力。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师：同学们，今天的数学课你们有哪些收获呢？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引导学生回顾梳理本课所学，完善认知结构，提升归纳与反思能力，核心问题："同学们，今天的数学课你们有哪些收获呢？"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教科书P3例2和“试一试”，完成教科书P3“做一做”和P6~7“练一练”第4、5题及“思考题”。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利用学过的平面图形拼组图形，并注重让学生自主探究、合作交流，给予了学生充足的时间和空间。学生在拼摆的过程中经历了由无序到有序的变化，同时进一步感知学过的平面图形的特征。由于一年级的学生年龄小，空间想象力较差，需要通过反复拼摆才能拼出图形。学生有可能拼出了不规则的图形，不管怎样都要给予充分的肯定，并引导他们变换一下某个图形的方向或位置，得到一个新的图案，激起他们的好奇心和学习兴趣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七巧板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七巧板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第1单元 认识平面图形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已经能够辨认立体图形并且初步感知了立体图形的特征，而且在日常生活中已经具备了一定的经验，所以，本单元的直观观察，除了平行四边形外，辨认和区分其他平面图形对于学生来说并不难。但是用七巧板拼出指定的图形、怎样拼出更多的三角形以及梳理用七巧板拼三角形的基本方法，对于学生来说有一定的难度，也是教学的难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教学内容：教科书P4例3和“试一试”，完成教科书P7“练一练”第6题。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教学准备：课件、七巧板拼图(学生准备)。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（1）通过了解七巧板的构成及拼摆七巧板，进一步加深对长方形、正方形、三角形和平行四边形的认识，并感受平面图形之间的关系。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（2）在解决问题的过程中，有目的、有计划地培养学生的审题能力，初步获得分析问题、思考问题、解决问题的基本能力。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（3）发展学生的想象力和创造力，培养学生的创新意识。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教学重点：用七巧板拼三角形。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教学难点：如何用七巧板拼出更多的三角形。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创设情境，引入七巧板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课件、七巧板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你们知道这些漂亮的图案是用什么拼出来的吗？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七巧板的由来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七巧板、课件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动手操作，自主探索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七巧板、课件、教科书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请大家观察，这套七巧板中都有什么图形？哪种图形的数量最多？；同学们都拼出来了吗？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边展示边说拼法。（教师板书以上图形）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七巧板、课件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你能用一套七巧板拼出长方形吗？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三、游戏活动利用一套七巧板中所有的板拼摆图形。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教科书、七巧板、课件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四、巩固提升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七巧板、课件、教科书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课件、七巧板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同学们，通过今天的学习你们有哪些收获呢？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创设情境，引入七巧板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课件出示由七巧板拼成的漂亮图案。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师：你们知道这些漂亮的图案是用什么拼出来的吗？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2.介绍七巧板的历史。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师：同学们，这些美丽的图案都是由七巧板拼成的，下面我们就来了解一下七巧板的由来。（结合课件介绍七巧板的历史）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同桌之间相互交流讨论。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创设情境激活学生已有经验，自然引出本课学习内容，激发学习兴趣，核心问题："你们知道这些漂亮的图案是用什么拼出来的吗？"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七巧板的由来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宋朝有个叫黄伯思的人，对几何图形很有研究。他热情好客，发明了一种用6件长方形案几组成的“燕几”——请客吃饭的小桌子。后又增设1件，以增加其变化，开启了拼图玩具的先河。到了明朝，在燕几的基础上出现了可以拼合成形如蝶翅的几，故名“蝶翅几”。蝶翅几传承了燕几的设计之妙，共有一定比例规格的三角形几和梯形几13件。后来的七巧板就是在燕几和蝶翅几的基础上发展而来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大约在18世纪，七巧板流传到国外，在国外称之为“唐图”，意思是“中国的图板”。之后，七巧板得以发展、改造和创新，成为一种世界性的智力游戏。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师：这节课我们一起来用七巧板摆出有趣的图形。(板书课题：七巧板)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通过展示七巧板拼成的漂亮图案，激发学生的学习兴趣，然后介绍七巧板的历史，让学生知道七巧板是中国人发明的一项智力游戏，使学生感到自豪并激发学生对七巧板的兴趣，为接下来新知识的教学打下基础。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动手操作，自主探索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1.认识七巧板。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(1)课件出示七巧板的构成，学生观察。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(2)请学生拿出手中的七巧板。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师：请大家观察，这套七巧板中都有什么图形？哪种图形的数量最多？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师：为了便于表述，我们将这七块板分别标上序号。（课件出示）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在学生充分交流的基础上小结：七巧板中有三种图形。其中三角形最多，有5个；正方形、平行四边形各有1个。两个大的三角形一样大，两个小的三角形一样大，还有一个中等大小的三角形。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课件出示教科书P4例3。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(1)引导学生读题——你知道了什么？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师：读一读题目，了解有哪些要求。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(2)动手操作，拼一拼。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师：在动手操作之前，请大家先想一想要怎么拼。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(3)交流展示。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师：同学们都拼出来了吗？与大家一起分享一下你们拼的三角形。(交流时，要求学生对照前面的序号，说清楚是用哪几块板拼成的三角形。)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预设1：这套七巧板中有三角形、正方形、平行四边形。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预设2：三角形的数量最多。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2.动手拼图，自主探索。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每人用一套七巧板拼三角形。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引导学生思考：2块板能不能拼成三角形？怎样拼？3块板能不能拼成三角形？怎样拼？……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学生独立活动，动手操作，教师观察指导。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学生拼的过程是一个不断尝试的过程，教师在巡视指导时，有学生拼不成的，要启发学生找到拼不成的原因，引导学生发现相等的边可以拼在一起。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学生会有很多种不同的拼法，对于各种不同的拼法让学生进行评价。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预设1：只用2个三角形拼摆。下面两种拼法虽然都是2个三角形拼成的，却用了七巧板中2种不同的三角形。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让学生观察七巧板，了解构成，熟悉每一块板的特征，为后面的动手拼图积累经验。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（注意引导学生有序拼摆。）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边展示边说拼法。（教师板书以上图形）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(4)小结拼法。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师：你能用一套七巧板拼出长方形吗？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(1)学生合作利用七巧板拼长方形。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(2)展示交流。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学生汇报后，教师小结：我们在拼的时候，既可以全部使用三角形去拼，还可以加入其他图形去拼。拼的时候，从用2块板开始拼，拼出了所有2块板的情形后，再增加板的数量，就能拼出更多的三角形了。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3.小组合作，用七巧板拼长方形，拼成后展示交流。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学生可能会出现如下拼法：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让学生读题和审题，然后独立拼一拼，交流汇报，最后总结出方式，让学生经历解决问题的完整过程，有目的、有计划地培养学生理解问题、分析问题、解决问题及自我反思的能力，使学生逐步获得解决问题的一般方法。同时让学生利用之前的经验去“拼”，通过展示学生用2个、3个图形拼组三角形的结果，暗示解决问题的基本思路——先从用2个图形开始拼，再到用3个图形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通过用七巧板拼图，进一步感知平面图形的特征，发展学生的空间观念和操作能力，培养创新意识。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三、游戏活动利用一套七巧板中所有的板拼摆图形。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(1)让学生按照教科书P4上的图形，将七巧板拼成一个正方形。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(2)让学生想办法，移动正方形中的2块板，把这个正方形变成一个三角形。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(3)移动三角形中的一块板，把它变成一个长方形。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(4)移动长方形中的一块板，把它变成一个平行四边形。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师：七巧板真神奇！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学生动手拼一拼，并展示拼法。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通过设计多层次的拼摆活动，掌握用七巧板拼图形的基本方法，让学生经历探索问题的过程。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四、巩固提升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1.判断哪个图形是由七巧板拼成的。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课件出示习题。找出用七巧板拼成的图形，并在括号里画“√”。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师：说一说你是怎样知道的。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组织学生分小组讨论、交流。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2.完成教科书P7“练一练”第6题。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(1)学生自主创作，拼出自己喜欢的图案后展示交流。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(2)课件出示各种美丽的图案，让学生欣赏。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①说说它们分别像什么。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②每组同学自由在纸上试拼，拼成后教师把优秀的作品贴在黑板上给学生欣赏。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学生独立完成，并将拼成的图案在组内进行展示。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通过用一套七巧板拼图，掌握用七巧板拼图形的方法，进一步感知平面图形的特征，培养学生的空间观念和动手操作能力。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师：同学们，通过今天的学习你们有哪些收获呢？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引导学生回顾梳理本课所学，完善认知结构，提升归纳与反思能力，核心问题："同学们，通过今天的学习你们有哪些收获呢？"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教科书P4例3和“试一试”，完成教科书P7“练一练”第6题。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要让学生经历解决问题的过程，关键是要引导学生分析思考，所以在拼三角形、长方形时，让学生先思考一下再拼。在游戏活动中，移动两块、一块七巧板后变成三角形、长方形、平行四边形前也让学生先想想，这样做主要是运用学生已有的经验培养学生的空间想象力。但是学生的差异性比较大，有的学生能直接说出怎么拼、怎么移，有的学生只有拿着图形对比观察才能完成拼组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整理和复习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整理和复习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第1单元 认识平面图形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已经能够辨认立体图形并且初步感知了立体图形的特征，而且在日常生活中已经具备了一定的经验，所以，本单元的直观观察，除了平行四边形外，辨认和区分其他平面图形对于学生来说并不难。但是用七巧板拼出指定的图形、怎样拼出更多的三角形以及梳理用七巧板拼三角形的基本方法，对于学生来说有一定的难度，也是教学的难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教学内容：教科书P5，完成教科书P6“练一练”第2题。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教学准备：课件、各种平面图形的图片。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（1）通过整理与复习，使学生能够熟练掌握各平面图形的特征并能快速区分长方形、正方形、平行四边形、三角形和圆等基本平面图形，并能够运用所学知识解决简单的实际问题。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（2）通过整理与复习，培养学生的观察能力、比较能力和分类能力，提高解决实际问题的能力。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（3）激发学生对数学学习的兴趣，培养学生的探究精神和自主学习能力。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教学重点：掌握长方形、正方形、平行四边形、三角形和圆等基本平面图形的特征及区别。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教学难点：能够运用所学知识解决实际问题，培养学生的空间想象能力。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七巧板、课件、图片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同学们，第一单元的学习已接近尾声，在本单元的学习中，你学到了哪些知识呢？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二、师生合作，复习整理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课件、七巧板、图片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同学们是如何分辨长方形的？我们学习了长方形的哪些知识？；正方形有什么特征？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三、自主练习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教科书、学具、课件、图片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课件、图片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通过今天的学习，同学们对平面图形又有哪些新的认识呢？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师：同学们，第一单元的学习已接近尾声，在本单元的学习中，你学到了哪些知识呢？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师：看来同学们都收获满满，接下来我们一起对本单元的内容进行整理和复习。（板书课题：整理和复习）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预设1：从立体图形中找到了平面图形。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预设2：我知道了长方形、正方形、平行四边形、三角形和圆的特征。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预设3：用几个平面图形可以拼成不同的图形，一个平面图形又可以分成几个平面图形。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预设4：用七巧板可以拼成很多可爱的图案。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通过回顾，将本单元的知识清晰地呈现出来，全面了解本单元所学知识，了解它们之间的联系。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二、师生合作，复习整理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1.平面图形的特点。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课件出示练习题。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师：同学们是如何分辨长方形的？我们学习了长方形的哪些知识？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师：正方形有什么特征？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指名学生回答，其他同学补充。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师：平行四边形和长方形、正方形有什么不同？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师：三角形有几条边？圆和以上平面图形有什么区别？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2.图形的拼组。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师：两个同样的三角形可以拼成什么图形？4个呢？6个呢？试着拼一拼。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课件出示练习题。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3.七巧板。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师：关于七巧板，同学们有什么想说的呢？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课件出示练习。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学生先交流，再整理汇报。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学生组内讨论，再分享交流。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这些问题都是考查平面图形的特征，学生基本都能回答出来，虽然他们对平行四边形与长方形、正方形的区别表达得不是很规范，但能分辨这三类图形。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学生独立完成练习题，再集体订正。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学生独立拼一拼，教师巡视。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学生拼好后，交流展示，并说一说拼的是什么图形，是如何拼的。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学生之前已经拼过，这个环节对于学生来说并不难，而且会拼出不一样的图形。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学生独立完成，同桌之间互相订正。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七巧板一共有7块板，其中5块三角形板、1块正方形板、1块平行四边形板。用七巧板可以拼出各种各样不同的图形。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学生用七巧板自主创作，在拼出自己喜欢的图形后再和同桌分享拼的方法。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学生独立完成，再集体订正。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让学生分辨这五类图形，整理复习这五类图形的特征，弄清它们之间的联系和区别，并能正确辨认。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通过分辨图形，加深学生对七巧板图形特征的掌握，经历分析问题、探索问题的过程。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三、自主练习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1.完成教科书P6“练一练”第2题。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2.用学过的平面图形拼一个你喜欢的图案。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师：请拿出学具拼一拼。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学生自主独立完成，同桌互查，交流补充。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学生拼完后，在组内展示交流，这个活动对于学生来说很容易，展示时要说一说是如何拼的。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师：通过今天的学习，同学们对平面图形又有哪些新的认识呢？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引导学生回顾梳理本课所学，完善认知结构，提升归纳与反思能力，核心问题："通过今天的学习，同学们对平面图形又有哪些新的认识呢？"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教科书P5，完成教科书P6“练一练”第2题。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单元的内容学生都很感兴趣，特别是动手操作环节。用同样的图形拼摆，拼出的图形却不相同，学生既在作品中感受了图形之间的组合美，也体会到图形之间是可以相互转化的。不足的地方是由于时间原因，一部分同学的作品没有展示，在表述拼的过程时，有些同学没有说清楚，后续教学过程中要加强学生语言表达能力的培养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