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人教版一年级数学下册</w:t>
      </w:r>
    </w:p>
    <w:p>
      <w:pPr>
        <w:spacing w:after="80" w:line="300" w:lineRule="auto"/>
        <w:jc w:val="center"/>
      </w:pPr>
      <w:r>
        <w:rPr>
          <w:rFonts w:ascii="黑体" w:hAnsi="黑体" w:eastAsia="黑体"/>
          <w:b/>
          <w:sz w:val="26"/>
        </w:rPr>
        <w:t>第2单元 20以内的退位减法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第2单元 20以内的退位减法</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9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二20以内的退位减法</w:t>
      </w:r>
    </w:p>
    <w:p>
      <w:pPr>
        <w:spacing w:after="80" w:line="300" w:lineRule="auto"/>
        <w:ind w:firstLine="400"/>
      </w:pPr>
      <w:r>
        <w:rPr>
          <w:rFonts w:ascii="宋体" w:hAnsi="宋体" w:eastAsia="宋体"/>
          <w:b w:val="0"/>
          <w:sz w:val="20"/>
        </w:rPr>
        <w:t>20以内的退位减法对进一步学习多位数计算和其他数学知识，与20以内的进位加法同等重要，都是最基础的知识。学习这部分内容时，要在理解算理的基础上掌握算法，并通过练习达到一定的熟练程度。</w:t>
      </w:r>
    </w:p>
    <w:p>
      <w:pPr>
        <w:spacing w:after="80" w:line="300" w:lineRule="auto"/>
        <w:ind w:firstLine="400"/>
      </w:pPr>
      <w:r>
        <w:rPr>
          <w:rFonts w:ascii="宋体" w:hAnsi="宋体" w:eastAsia="宋体"/>
          <w:b w:val="0"/>
          <w:sz w:val="20"/>
        </w:rPr>
        <w:t>本单元学习的内容主要有两个：一是十几减几需要退位的减法，简称“20以内的退位减法”；二是“解决问题”，主要是用“20以内的退位减法”和以前学过的加法解决简单的实际问题。</w:t>
      </w:r>
    </w:p>
    <w:p>
      <w:pPr>
        <w:spacing w:after="80" w:line="300" w:lineRule="auto"/>
        <w:ind w:firstLine="400"/>
      </w:pPr>
      <w:r>
        <w:rPr>
          <w:rFonts w:ascii="宋体" w:hAnsi="宋体" w:eastAsia="宋体"/>
          <w:b w:val="0"/>
          <w:sz w:val="20"/>
        </w:rPr>
        <w:t>计算部分，教科书分三个部分进行编排，即十几减9，十几减8、7、6和十几减5、4、3、2，共安排了4个计算例题，将十几减8和十几减7、6作为独立的例题进行教学，既延长了学生学习20以内退位减法的学习过程，使学生有比较充分的时间认识、理解和训练，又关注了学生学习中的实际问题和实际需求。4个计算例题的编排中，都体现了算法多样化的教学理念，允许学生根据自己的兴趣、能力和题目的不同，选择适合自己的方法进行计算，给学生留出了较大的自主选择空间。但是“破十法”是多位数减法的重要基础，一定要让学生掌握。</w:t>
      </w:r>
    </w:p>
    <w:p>
      <w:pPr>
        <w:spacing w:after="80" w:line="300" w:lineRule="auto"/>
        <w:ind w:firstLine="400"/>
      </w:pPr>
      <w:r>
        <w:rPr>
          <w:rFonts w:ascii="宋体" w:hAnsi="宋体" w:eastAsia="宋体"/>
          <w:b w:val="0"/>
          <w:sz w:val="20"/>
        </w:rPr>
        <w:t>解决问题部分，教科书安排了1个例题，例5是有多余条件的“求另一个加数”的问题，学生在用操作、画图或符号表示问题情境的过程中认识到，有些条件与条件、条件与问题之间是有联系的，有些条件与问题之间是无关联的，从而学会选择有效的信息解决问题，提高分析问题、解决问题的能力。</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已经会用“凑十法”计算20以内的进位加法和十几减几的不退位减法，并能熟练地计算10以内的加、减法，这些都是学生学习本单元的重要基础。20以内的退位减法，很多学生也会计算，但只是习惯性地记忆计算结果，不一定理解其算理，算法也不一定很清楚。这也是教学时的难点：一方面，看起来学生会算，事实上学生不会算，只是背答案；另一方面，学生以为自己会算而不认真学习，事实上也并不会算。如果不清楚算理，没掌握算法，会直接影响到以后的计算学习。掌握算法后，学生初步具备了一定的解决问题的能力，但是在解决信息量比较大的问题时还存在一定的困难。</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第1课时：知道可以用多种方法计算十几减9，能正确计算十几减9。</w:t>
      </w:r>
    </w:p>
    <w:p>
      <w:pPr>
        <w:spacing w:after="20" w:line="300" w:lineRule="auto"/>
        <w:ind w:firstLine="400"/>
      </w:pPr>
      <w:r>
        <w:rPr>
          <w:rFonts w:ascii="宋体" w:hAnsi="宋体" w:eastAsia="宋体"/>
          <w:b w:val="0"/>
          <w:sz w:val="20"/>
        </w:rPr>
        <w:t>第2课时：通过多种形式的练习，进一步理解“十几减9”的算理，巩固计算方法。</w:t>
      </w:r>
    </w:p>
    <w:p>
      <w:pPr>
        <w:spacing w:after="20" w:line="300" w:lineRule="auto"/>
        <w:ind w:firstLine="400"/>
      </w:pPr>
      <w:r>
        <w:rPr>
          <w:rFonts w:ascii="宋体" w:hAnsi="宋体" w:eastAsia="宋体"/>
          <w:b w:val="0"/>
          <w:sz w:val="20"/>
        </w:rPr>
        <w:t>第3课时：在具体的情境中，探究“十几减8”的算理和算法，能正确计算十几减8。</w:t>
      </w:r>
    </w:p>
    <w:p>
      <w:pPr>
        <w:spacing w:after="20" w:line="300" w:lineRule="auto"/>
        <w:ind w:firstLine="400"/>
      </w:pPr>
      <w:r>
        <w:rPr>
          <w:rFonts w:ascii="宋体" w:hAnsi="宋体" w:eastAsia="宋体"/>
          <w:b w:val="0"/>
          <w:sz w:val="20"/>
        </w:rPr>
        <w:t>第4课时：在具体的情境中，探究“十几减7、6”的算理和算法，能正确口算“十几减7、6”。</w:t>
      </w:r>
    </w:p>
    <w:p>
      <w:pPr>
        <w:spacing w:after="20" w:line="300" w:lineRule="auto"/>
        <w:ind w:firstLine="400"/>
      </w:pPr>
      <w:r>
        <w:rPr>
          <w:rFonts w:ascii="宋体" w:hAnsi="宋体" w:eastAsia="宋体"/>
          <w:b w:val="0"/>
          <w:sz w:val="20"/>
        </w:rPr>
        <w:t>第5课时：进一步理解十几减8、7、6的算理，熟练掌握十几减8、7、6的计算方法。</w:t>
      </w:r>
    </w:p>
    <w:p>
      <w:pPr>
        <w:spacing w:after="20" w:line="300" w:lineRule="auto"/>
        <w:ind w:firstLine="400"/>
      </w:pPr>
      <w:r>
        <w:rPr>
          <w:rFonts w:ascii="宋体" w:hAnsi="宋体" w:eastAsia="宋体"/>
          <w:b w:val="0"/>
          <w:sz w:val="20"/>
        </w:rPr>
        <w:t>第6课时：能准确地口算“十几减5、4、3、2”的退位减法，进一步体会加减法之间的联系，比较熟练地运用“想加算减法”计算。</w:t>
      </w:r>
    </w:p>
    <w:p>
      <w:pPr>
        <w:spacing w:after="20" w:line="300" w:lineRule="auto"/>
        <w:ind w:firstLine="400"/>
      </w:pPr>
      <w:r>
        <w:rPr>
          <w:rFonts w:ascii="宋体" w:hAnsi="宋体" w:eastAsia="宋体"/>
          <w:b w:val="0"/>
          <w:sz w:val="20"/>
        </w:rPr>
        <w:t>第7课时：引导学生经历解决问题的过程，掌握解决问题的基本步骤，初步学会用减法解决含有多余条件的求“另一个加数是多少”的简单实际问题。</w:t>
      </w:r>
    </w:p>
    <w:p>
      <w:pPr>
        <w:spacing w:after="20" w:line="300" w:lineRule="auto"/>
        <w:ind w:firstLine="400"/>
      </w:pPr>
      <w:r>
        <w:rPr>
          <w:rFonts w:ascii="宋体" w:hAnsi="宋体" w:eastAsia="宋体"/>
          <w:b w:val="0"/>
          <w:sz w:val="20"/>
        </w:rPr>
        <w:t>第8课时：熟练地运用减法解决简单的实际问题，提高学生分析问题和解决问题的能力。</w:t>
      </w:r>
    </w:p>
    <w:p>
      <w:pPr>
        <w:spacing w:after="20" w:line="300" w:lineRule="auto"/>
        <w:ind w:firstLine="400"/>
      </w:pPr>
      <w:r>
        <w:rPr>
          <w:rFonts w:ascii="宋体" w:hAnsi="宋体" w:eastAsia="宋体"/>
          <w:b w:val="0"/>
          <w:sz w:val="20"/>
        </w:rPr>
        <w:t>第9课时：全面有序地整理20以内退位减法表。经历把零散的算式整理成表格的过程，渗透整理知识的方法和策略。</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提高20以内进位加法的口算能力。通过相应的练习，提高学生的计算能力，为熟练应用“想加算减法”作准备。</w:t>
      </w:r>
    </w:p>
    <w:p>
      <w:pPr>
        <w:spacing w:after="20" w:line="300" w:lineRule="auto"/>
      </w:pPr>
      <w:r>
        <w:rPr>
          <w:rFonts w:ascii="宋体" w:hAnsi="宋体" w:eastAsia="宋体"/>
          <w:b w:val="0"/>
          <w:sz w:val="20"/>
        </w:rPr>
        <w:t>● 通过多种表征方式之间的相互转化，帮助学生理解算理。学习这部分内容时，必须在理解算理的基础上学会计算方法，并通过合理练习达到一定的熟练程度，设计内容丰富、形式多样的练习，提高学生的运算能力。</w:t>
      </w:r>
    </w:p>
    <w:p>
      <w:pPr>
        <w:spacing w:after="20" w:line="300" w:lineRule="auto"/>
      </w:pPr>
      <w:r>
        <w:rPr>
          <w:rFonts w:ascii="宋体" w:hAnsi="宋体" w:eastAsia="宋体"/>
          <w:b w:val="0"/>
          <w:sz w:val="20"/>
        </w:rPr>
        <w:t>● 有效运用画图策略，帮助学生分析和解决问题。要让学生明确题目中的条件和问题，并用图（表、符号或操作等）将题目中的条件和问题表示出来。然后借助图形进行分析，选择合适的方法加以解决，并用恰当的方式表达出解决的过程，实现图形表征到符号表征的转化。</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十几减9</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知道可以用多种方法计算十几减9，能正确计算十几减9。</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练一练</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通过多种形式的练习，进一步理解“十几减9”的算理，巩固计算方法。</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十几减8</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在具体的情境中，探究“十几减8”的算理和算法，能正确计算十几减8。</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十几减7、6</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在具体的情境中，探究“十几减7、6”的算理和算法，能正确口算“十几减7、6”。</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练一练</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进一步理解十几减8、7、6的算理，熟练掌握十几减8、7、6的计算方法。</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十几减5、4、3、2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能准确地口算“十几减5、4、3、2”的退位减法，进一步体会加减法之间的联系，比较熟练地运用“想加算减法”计算。</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引导学生经历解决问题的过程，掌握解决问题的基本步骤，初步学会用减法解决含有多余条件的求“另一个加数是多少”的简单实际问题。</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练一练</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熟练地运用减法解决简单的实际问题，提高学生分析问题和解决问题的能力。</w:t>
            </w:r>
          </w:p>
        </w:tc>
      </w:tr>
      <w:tr>
        <w:tc>
          <w:tcPr>
            <w:tcW w:type="dxa" w:w="1020"/>
          </w:tcPr>
          <w:p>
            <w:pPr>
              <w:spacing w:after="20" w:line="276" w:lineRule="auto"/>
            </w:pPr>
            <w:r/>
            <w:r>
              <w:rPr>
                <w:rFonts w:ascii="宋体" w:hAnsi="宋体" w:eastAsia="宋体"/>
                <w:b w:val="0"/>
                <w:sz w:val="18"/>
              </w:rPr>
              <w:t>第9课时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全面有序地整理20以内退位减法表。经历把零散的算式整理成表格的过程，渗透整理知识的方法和策略。</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十几减9</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十几减9</w:t>
            </w:r>
          </w:p>
        </w:tc>
        <w:tc>
          <w:tcPr>
            <w:tcW w:type="dxa" w:w="6009"/>
          </w:tcPr>
          <w:p>
            <w:pPr>
              <w:spacing w:after="20" w:line="276" w:lineRule="auto"/>
            </w:pPr>
            <w:r/>
            <w:r>
              <w:rPr>
                <w:rFonts w:ascii="宋体" w:hAnsi="宋体" w:eastAsia="宋体"/>
                <w:b w:val="0"/>
                <w:sz w:val="20"/>
              </w:rPr>
              <w:t>第2单元 20以内的退位减法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用“凑十法”计算20以内的进位加法和十几减几的不退位减法，并能熟练地计算10以内的加、减法，这些都是学生学习本单元的重要基础。20以内的退位减法，很多学生也会计算，但只是习惯性地记忆计算结果，不一定理解其算理，算法也不一定很清楚。这也是教学时的难点：一方面，看起来学生会算，事实上学生不会算，只是背答案；另一方面，学生以为自己会算而不认真学习，事实上也并不会算。如果不清楚算理，没掌握算法，会直接影响到以后的计算学习。掌握算法后，学生初步具备了一定的解决问题的能力，但是在解决信息量比较大的问题时还存在一定的困难。</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教学内容：教科书P9例1，完成教科书P9“做一做”和P10“练一练”第1~3题。</w:t>
      </w:r>
    </w:p>
    <w:p>
      <w:pPr>
        <w:spacing w:after="80" w:line="300" w:lineRule="auto"/>
        <w:ind w:firstLine="400"/>
      </w:pPr>
      <w:r>
        <w:rPr>
          <w:rFonts w:ascii="宋体" w:hAnsi="宋体" w:eastAsia="宋体"/>
          <w:b w:val="0"/>
          <w:sz w:val="20"/>
        </w:rPr>
        <w:t>教学准备：课件、小棒。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（1）知道可以用多种方法计算十几减9，能正确计算十几减9。</w:t>
      </w:r>
    </w:p>
    <w:p>
      <w:pPr>
        <w:spacing w:after="20" w:line="300" w:lineRule="auto"/>
        <w:ind w:firstLine="400"/>
      </w:pPr>
      <w:r>
        <w:rPr>
          <w:rFonts w:ascii="宋体" w:hAnsi="宋体" w:eastAsia="宋体"/>
          <w:b w:val="0"/>
          <w:sz w:val="20"/>
        </w:rPr>
        <w:t>（2）经历探索十几减9的计算过程，理解十几减9的算理，掌握计算方法。</w:t>
      </w:r>
    </w:p>
    <w:p>
      <w:pPr>
        <w:spacing w:after="20" w:line="300" w:lineRule="auto"/>
        <w:ind w:firstLine="400"/>
      </w:pPr>
      <w:r>
        <w:rPr>
          <w:rFonts w:ascii="宋体" w:hAnsi="宋体" w:eastAsia="宋体"/>
          <w:b w:val="0"/>
          <w:sz w:val="20"/>
        </w:rPr>
        <w:t>（3）体验数学与生活的联系，增强合作交流意识。</w:t>
      </w:r>
    </w:p>
    <w:p>
      <w:pPr>
        <w:spacing w:after="20" w:line="300" w:lineRule="auto"/>
      </w:pPr>
      <w:r>
        <w:rPr>
          <w:rFonts w:ascii="宋体" w:hAnsi="宋体" w:eastAsia="宋体"/>
          <w:b w:val="0"/>
          <w:sz w:val="20"/>
        </w:rPr>
        <w:t>教学重点：理解十几减9的算理，探索并掌握“十几减9”的计算方法。</w:t>
      </w:r>
    </w:p>
    <w:p>
      <w:pPr>
        <w:spacing w:after="20" w:line="300" w:lineRule="auto"/>
      </w:pPr>
      <w:r>
        <w:rPr>
          <w:rFonts w:ascii="宋体" w:hAnsi="宋体" w:eastAsia="宋体"/>
          <w:b w:val="0"/>
          <w:sz w:val="20"/>
        </w:rPr>
        <w:t>教学难点：理解十几减9的算理。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一、复习旧知识，做好铺垫</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谁能结合小棒图说说自己的计算过程？</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二、引入问题，初步探讨算法</w:t>
            </w:r>
          </w:p>
        </w:tc>
        <w:tc>
          <w:tcPr>
            <w:tcW w:type="dxa" w:w="1814"/>
          </w:tcPr>
          <w:p>
            <w:pPr>
              <w:spacing w:after="20" w:line="276" w:lineRule="auto"/>
            </w:pPr>
            <w:r/>
            <w:r>
              <w:rPr>
                <w:rFonts w:ascii="宋体" w:hAnsi="宋体" w:eastAsia="宋体"/>
                <w:b w:val="0"/>
                <w:sz w:val="18"/>
              </w:rPr>
              <w:t>课件、教科书、学具、小棒</w:t>
            </w:r>
          </w:p>
        </w:tc>
        <w:tc>
          <w:tcPr>
            <w:tcW w:type="dxa" w:w="3402"/>
          </w:tcPr>
          <w:p>
            <w:pPr>
              <w:spacing w:after="20" w:line="276" w:lineRule="auto"/>
            </w:pPr>
            <w:r/>
            <w:r>
              <w:rPr>
                <w:rFonts w:ascii="宋体" w:hAnsi="宋体" w:eastAsia="宋体"/>
                <w:b w:val="0"/>
                <w:sz w:val="18"/>
              </w:rPr>
              <w:t>谁能将题目中的信息和问题完整地读一读？；怎样列式？怎样计算呢？</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三、展示交流，理解算理</w:t>
            </w:r>
          </w:p>
        </w:tc>
        <w:tc>
          <w:tcPr>
            <w:tcW w:type="dxa" w:w="1814"/>
          </w:tcPr>
          <w:p>
            <w:pPr>
              <w:spacing w:after="20" w:line="276" w:lineRule="auto"/>
            </w:pPr>
            <w:r/>
            <w:r>
              <w:rPr>
                <w:rFonts w:ascii="宋体" w:hAnsi="宋体" w:eastAsia="宋体"/>
                <w:b w:val="0"/>
                <w:sz w:val="18"/>
              </w:rPr>
              <w:t>课件、学具、小棒</w:t>
            </w:r>
          </w:p>
        </w:tc>
        <w:tc>
          <w:tcPr>
            <w:tcW w:type="dxa" w:w="3402"/>
          </w:tcPr>
          <w:p>
            <w:pPr>
              <w:spacing w:after="20" w:line="276" w:lineRule="auto"/>
            </w:pPr>
            <w:r/>
            <w:r>
              <w:rPr>
                <w:rFonts w:ascii="宋体" w:hAnsi="宋体" w:eastAsia="宋体"/>
                <w:b w:val="0"/>
                <w:sz w:val="18"/>
              </w:rPr>
              <w:t>15-9，个位的5不够减怎么办？；大家都很会动脑筋，想出了这么多的方法，都算出了正确的结果，那么你比较喜欢哪种方法？</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四、实践应用，巩固算法1.完成教科书P9“做一做”第1题。</w:t>
            </w:r>
          </w:p>
        </w:tc>
        <w:tc>
          <w:tcPr>
            <w:tcW w:type="dxa" w:w="1814"/>
          </w:tcPr>
          <w:p>
            <w:pPr>
              <w:spacing w:after="20" w:line="276" w:lineRule="auto"/>
            </w:pPr>
            <w:r/>
            <w:r>
              <w:rPr>
                <w:rFonts w:ascii="宋体" w:hAnsi="宋体" w:eastAsia="宋体"/>
                <w:b w:val="0"/>
                <w:sz w:val="18"/>
              </w:rPr>
              <w:t>小棒、教科书、课件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一、复习旧知识，做好铺垫</w:t>
            </w:r>
          </w:p>
        </w:tc>
        <w:tc>
          <w:tcPr>
            <w:tcW w:type="dxa" w:w="3061"/>
          </w:tcPr>
          <w:p>
            <w:pPr>
              <w:spacing w:after="20" w:line="276" w:lineRule="auto"/>
            </w:pPr>
            <w:r/>
            <w:r>
              <w:rPr>
                <w:rFonts w:ascii="宋体" w:hAnsi="宋体" w:eastAsia="宋体"/>
                <w:b w:val="0"/>
                <w:sz w:val="18"/>
              </w:rPr>
              <w:t>教师出示算式“15-4”，让学生直接说出得数。</w:t>
            </w:r>
          </w:p>
          <w:p>
            <w:pPr>
              <w:spacing w:after="20" w:line="276" w:lineRule="auto"/>
            </w:pPr>
            <w:r>
              <w:rPr>
                <w:rFonts w:ascii="宋体" w:hAnsi="宋体" w:eastAsia="宋体"/>
                <w:b w:val="0"/>
                <w:sz w:val="18"/>
              </w:rPr>
              <w:t>课件出示小棒图。</w:t>
            </w:r>
          </w:p>
          <w:p>
            <w:pPr>
              <w:spacing w:after="20" w:line="276" w:lineRule="auto"/>
            </w:pPr>
            <w:r>
              <w:rPr>
                <w:rFonts w:ascii="宋体" w:hAnsi="宋体" w:eastAsia="宋体"/>
                <w:b w:val="0"/>
                <w:sz w:val="18"/>
              </w:rPr>
              <w:t>师：谁能结合小棒图说说自己的计算过程？</w:t>
            </w:r>
          </w:p>
        </w:tc>
        <w:tc>
          <w:tcPr>
            <w:tcW w:type="dxa" w:w="3061"/>
          </w:tcPr>
          <w:p>
            <w:pPr>
              <w:spacing w:after="20" w:line="276" w:lineRule="auto"/>
            </w:pPr>
            <w:r/>
            <w:r>
              <w:rPr>
                <w:rFonts w:ascii="宋体" w:hAnsi="宋体" w:eastAsia="宋体"/>
                <w:b w:val="0"/>
                <w:sz w:val="18"/>
              </w:rPr>
              <w:t>大部分学生能说出：把15分成10和5，5减4等于1，10加1就等于11。少部分学生语言组织能力不足，需要教师一步步引导说出计算过程。</w:t>
            </w:r>
          </w:p>
        </w:tc>
        <w:tc>
          <w:tcPr>
            <w:tcW w:type="dxa" w:w="1814"/>
          </w:tcPr>
          <w:p>
            <w:pPr>
              <w:spacing w:after="20" w:line="276" w:lineRule="auto"/>
            </w:pPr>
            <w:r/>
            <w:r>
              <w:rPr>
                <w:rFonts w:ascii="宋体" w:hAnsi="宋体" w:eastAsia="宋体"/>
                <w:b w:val="0"/>
                <w:sz w:val="18"/>
              </w:rPr>
              <w:t>十几减几是本课时教学的知识基础，学生结合直观图先复习旧知识，再预习本课时内容，为后面理解十几减9的算理做好铺垫。</w:t>
            </w:r>
          </w:p>
        </w:tc>
      </w:tr>
      <w:tr>
        <w:tc>
          <w:tcPr>
            <w:tcW w:type="dxa" w:w="1474"/>
          </w:tcPr>
          <w:p>
            <w:pPr>
              <w:spacing w:after="20" w:line="276" w:lineRule="auto"/>
            </w:pPr>
            <w:r>
              <w:rPr>
                <w:b/>
              </w:rPr>
            </w:r>
            <w:r>
              <w:rPr>
                <w:rFonts w:ascii="宋体" w:hAnsi="宋体" w:eastAsia="宋体"/>
                <w:b/>
                <w:sz w:val="18"/>
              </w:rPr>
              <w:t>二、引入问题，初步探讨算法</w:t>
            </w:r>
          </w:p>
        </w:tc>
        <w:tc>
          <w:tcPr>
            <w:tcW w:type="dxa" w:w="3061"/>
          </w:tcPr>
          <w:p>
            <w:pPr>
              <w:spacing w:after="20" w:line="276" w:lineRule="auto"/>
            </w:pPr>
            <w:r/>
            <w:r>
              <w:rPr>
                <w:rFonts w:ascii="宋体" w:hAnsi="宋体" w:eastAsia="宋体"/>
                <w:b w:val="0"/>
                <w:sz w:val="18"/>
              </w:rPr>
              <w:t>1.创设情境，提出问题。</w:t>
            </w:r>
          </w:p>
          <w:p>
            <w:pPr>
              <w:spacing w:after="20" w:line="276" w:lineRule="auto"/>
            </w:pPr>
            <w:r>
              <w:rPr>
                <w:rFonts w:ascii="宋体" w:hAnsi="宋体" w:eastAsia="宋体"/>
                <w:b w:val="0"/>
                <w:sz w:val="18"/>
              </w:rPr>
              <w:t>课件出示教科书P9例1。</w:t>
            </w:r>
          </w:p>
          <w:p>
            <w:pPr>
              <w:spacing w:after="20" w:line="276" w:lineRule="auto"/>
            </w:pPr>
            <w:r>
              <w:rPr>
                <w:rFonts w:ascii="宋体" w:hAnsi="宋体" w:eastAsia="宋体"/>
                <w:b w:val="0"/>
                <w:sz w:val="18"/>
              </w:rPr>
              <w:t>师：谁能将题目中的信息和问题完整地读一读？</w:t>
            </w:r>
          </w:p>
          <w:p>
            <w:pPr>
              <w:spacing w:after="20" w:line="276" w:lineRule="auto"/>
            </w:pPr>
            <w:r>
              <w:rPr>
                <w:rFonts w:ascii="宋体" w:hAnsi="宋体" w:eastAsia="宋体"/>
                <w:b w:val="0"/>
                <w:sz w:val="18"/>
              </w:rPr>
              <w:t>师：怎样列式？怎样计算呢？</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师：这节课我们就来学习“十几减9”的计算。（板书课题：十几减9）</w:t>
            </w:r>
          </w:p>
          <w:p>
            <w:pPr>
              <w:spacing w:after="20" w:line="276" w:lineRule="auto"/>
            </w:pPr>
            <w:r>
              <w:rPr>
                <w:rFonts w:ascii="宋体" w:hAnsi="宋体" w:eastAsia="宋体"/>
                <w:b w:val="0"/>
                <w:sz w:val="18"/>
              </w:rPr>
              <w:t>3.探讨算法。</w:t>
            </w:r>
          </w:p>
          <w:p>
            <w:pPr>
              <w:spacing w:after="20" w:line="276" w:lineRule="auto"/>
            </w:pPr>
            <w:r>
              <w:rPr>
                <w:rFonts w:ascii="宋体" w:hAnsi="宋体" w:eastAsia="宋体"/>
                <w:b w:val="0"/>
                <w:sz w:val="18"/>
              </w:rPr>
              <w:t>师：你能算出15-9的得数吗？</w:t>
            </w:r>
          </w:p>
          <w:p>
            <w:pPr>
              <w:spacing w:after="20" w:line="276" w:lineRule="auto"/>
            </w:pPr>
            <w:r>
              <w:rPr>
                <w:rFonts w:ascii="宋体" w:hAnsi="宋体" w:eastAsia="宋体"/>
                <w:b w:val="0"/>
                <w:sz w:val="18"/>
              </w:rPr>
              <w:t>师：请同学们拿出手中的学具小棒代替气球，动手摆一摆。</w:t>
            </w:r>
          </w:p>
        </w:tc>
        <w:tc>
          <w:tcPr>
            <w:tcW w:type="dxa" w:w="3061"/>
          </w:tcPr>
          <w:p>
            <w:pPr>
              <w:spacing w:after="20" w:line="276" w:lineRule="auto"/>
            </w:pPr>
            <w:r/>
            <w:r>
              <w:rPr>
                <w:rFonts w:ascii="宋体" w:hAnsi="宋体" w:eastAsia="宋体"/>
                <w:b w:val="0"/>
                <w:sz w:val="18"/>
              </w:rPr>
              <w:t>原来有15个气球，送出9个，还剩几个气球？</w:t>
            </w:r>
          </w:p>
          <w:p>
            <w:pPr>
              <w:spacing w:after="20" w:line="276" w:lineRule="auto"/>
            </w:pPr>
            <w:r>
              <w:rPr>
                <w:rFonts w:ascii="宋体" w:hAnsi="宋体" w:eastAsia="宋体"/>
                <w:b w:val="0"/>
                <w:sz w:val="18"/>
              </w:rPr>
              <w:t>学生能很快回答出：15-9，但是关于如何计算学生可能无法回答出来。</w:t>
            </w:r>
          </w:p>
          <w:p>
            <w:pPr>
              <w:spacing w:after="20" w:line="276" w:lineRule="auto"/>
            </w:pPr>
            <w:r>
              <w:rPr>
                <w:rFonts w:ascii="宋体" w:hAnsi="宋体" w:eastAsia="宋体"/>
                <w:b w:val="0"/>
                <w:sz w:val="18"/>
              </w:rPr>
              <w:t>学生动手操作，教师巡视指导。</w:t>
            </w:r>
          </w:p>
        </w:tc>
        <w:tc>
          <w:tcPr>
            <w:tcW w:type="dxa" w:w="1814"/>
          </w:tcPr>
          <w:p>
            <w:pPr>
              <w:spacing w:after="20" w:line="276" w:lineRule="auto"/>
            </w:pPr>
            <w:r/>
            <w:r>
              <w:rPr>
                <w:rFonts w:ascii="宋体" w:hAnsi="宋体" w:eastAsia="宋体"/>
                <w:b w:val="0"/>
                <w:sz w:val="18"/>
              </w:rPr>
              <w:t>本节课重在对“十几减9”的计算方法的探究，由于学生已经具备一定的经验，因此出示例题后直接让学生列出算式。在此，充分放手，鼓励学生借助学具用自己的方法尝试计算，了解学生已有的经验和方法。</w:t>
            </w:r>
          </w:p>
        </w:tc>
      </w:tr>
      <w:tr>
        <w:tc>
          <w:tcPr>
            <w:tcW w:type="dxa" w:w="1474"/>
          </w:tcPr>
          <w:p>
            <w:pPr>
              <w:spacing w:after="20" w:line="276" w:lineRule="auto"/>
            </w:pPr>
            <w:r>
              <w:rPr>
                <w:b/>
              </w:rPr>
            </w:r>
            <w:r>
              <w:rPr>
                <w:rFonts w:ascii="宋体" w:hAnsi="宋体" w:eastAsia="宋体"/>
                <w:b/>
                <w:sz w:val="18"/>
              </w:rPr>
              <w:t>三、展示交流，理解算理</w:t>
            </w:r>
          </w:p>
        </w:tc>
        <w:tc>
          <w:tcPr>
            <w:tcW w:type="dxa" w:w="3061"/>
          </w:tcPr>
          <w:p>
            <w:pPr>
              <w:spacing w:after="20" w:line="276" w:lineRule="auto"/>
            </w:pPr>
            <w:r/>
            <w:r>
              <w:rPr>
                <w:rFonts w:ascii="宋体" w:hAnsi="宋体" w:eastAsia="宋体"/>
                <w:b w:val="0"/>
                <w:sz w:val="18"/>
              </w:rPr>
              <w:t>1.组织讨论，交流算法。</w:t>
            </w:r>
          </w:p>
          <w:p>
            <w:pPr>
              <w:spacing w:after="20" w:line="276" w:lineRule="auto"/>
            </w:pPr>
            <w:r>
              <w:rPr>
                <w:rFonts w:ascii="宋体" w:hAnsi="宋体" w:eastAsia="宋体"/>
                <w:b w:val="0"/>
                <w:sz w:val="18"/>
              </w:rPr>
              <w:t>组织学生交流自己的想法。</w:t>
            </w:r>
          </w:p>
          <w:p>
            <w:pPr>
              <w:spacing w:after="20" w:line="276" w:lineRule="auto"/>
            </w:pPr>
            <w:r>
              <w:rPr>
                <w:rFonts w:ascii="宋体" w:hAnsi="宋体" w:eastAsia="宋体"/>
                <w:b w:val="0"/>
                <w:sz w:val="18"/>
              </w:rPr>
              <w:t>（1）“破十法”。</w:t>
            </w:r>
          </w:p>
          <w:p>
            <w:pPr>
              <w:spacing w:after="20" w:line="276" w:lineRule="auto"/>
            </w:pPr>
            <w:r>
              <w:rPr>
                <w:rFonts w:ascii="宋体" w:hAnsi="宋体" w:eastAsia="宋体"/>
                <w:b w:val="0"/>
                <w:sz w:val="18"/>
              </w:rPr>
              <w:t>师：15-9，个位的5不够减怎么办？（引导学生用“破十法”计算15-9）</w:t>
            </w:r>
          </w:p>
          <w:p>
            <w:pPr>
              <w:spacing w:after="20" w:line="276" w:lineRule="auto"/>
            </w:pPr>
            <w:r>
              <w:rPr>
                <w:rFonts w:ascii="宋体" w:hAnsi="宋体" w:eastAsia="宋体"/>
                <w:b w:val="0"/>
                <w:sz w:val="18"/>
              </w:rPr>
              <w:t>教师配合出示课件。</w:t>
            </w:r>
          </w:p>
          <w:p>
            <w:pPr>
              <w:spacing w:after="20" w:line="276" w:lineRule="auto"/>
            </w:pPr>
            <w:r>
              <w:rPr>
                <w:rFonts w:ascii="宋体" w:hAnsi="宋体" w:eastAsia="宋体"/>
                <w:b w:val="0"/>
                <w:sz w:val="18"/>
              </w:rPr>
              <w:t>让学生将上述操作过程用手中的学具摆一摆，回忆在计算15-9时“破十”的过程。让学生对“破十法”有一个初步的了解。</w:t>
            </w:r>
          </w:p>
          <w:p>
            <w:pPr>
              <w:spacing w:after="20" w:line="276" w:lineRule="auto"/>
            </w:pPr>
            <w:r>
              <w:rPr>
                <w:rFonts w:ascii="宋体" w:hAnsi="宋体" w:eastAsia="宋体"/>
                <w:b w:val="0"/>
                <w:sz w:val="18"/>
              </w:rPr>
              <w:t>指名学生进行初步总结。</w:t>
            </w:r>
          </w:p>
          <w:p>
            <w:pPr>
              <w:spacing w:after="20" w:line="276" w:lineRule="auto"/>
            </w:pPr>
            <w:r>
              <w:rPr>
                <w:rFonts w:ascii="宋体" w:hAnsi="宋体" w:eastAsia="宋体"/>
                <w:b w:val="0"/>
                <w:sz w:val="18"/>
              </w:rPr>
              <w:t>师：结合操作过程，说一说你是怎样算的，先算什么，再算什么。</w:t>
            </w:r>
          </w:p>
          <w:p>
            <w:pPr>
              <w:spacing w:after="20" w:line="276" w:lineRule="auto"/>
            </w:pPr>
            <w:r>
              <w:rPr>
                <w:rFonts w:ascii="宋体" w:hAnsi="宋体" w:eastAsia="宋体"/>
                <w:b w:val="0"/>
                <w:sz w:val="18"/>
              </w:rPr>
              <w:t>（2）“平十法”。</w:t>
            </w:r>
          </w:p>
          <w:p>
            <w:pPr>
              <w:spacing w:after="20" w:line="276" w:lineRule="auto"/>
            </w:pPr>
            <w:r>
              <w:rPr>
                <w:rFonts w:ascii="宋体" w:hAnsi="宋体" w:eastAsia="宋体"/>
                <w:b w:val="0"/>
                <w:sz w:val="18"/>
              </w:rPr>
              <w:t>引导学生用“平十法”计算。</w:t>
            </w:r>
          </w:p>
          <w:p>
            <w:pPr>
              <w:spacing w:after="20" w:line="276" w:lineRule="auto"/>
            </w:pPr>
            <w:r>
              <w:rPr>
                <w:rFonts w:ascii="宋体" w:hAnsi="宋体" w:eastAsia="宋体"/>
                <w:b w:val="0"/>
                <w:sz w:val="18"/>
              </w:rPr>
              <w:t>教师配合出示课件。</w:t>
            </w:r>
          </w:p>
          <w:p>
            <w:pPr>
              <w:spacing w:after="20" w:line="276" w:lineRule="auto"/>
            </w:pPr>
            <w:r>
              <w:rPr>
                <w:rFonts w:ascii="宋体" w:hAnsi="宋体" w:eastAsia="宋体"/>
                <w:b w:val="0"/>
                <w:sz w:val="18"/>
              </w:rPr>
              <w:t>（3）“想加算减法”。</w:t>
            </w:r>
          </w:p>
          <w:p>
            <w:pPr>
              <w:spacing w:after="20" w:line="276" w:lineRule="auto"/>
            </w:pPr>
            <w:r>
              <w:rPr>
                <w:rFonts w:ascii="宋体" w:hAnsi="宋体" w:eastAsia="宋体"/>
                <w:b w:val="0"/>
                <w:sz w:val="18"/>
              </w:rPr>
              <w:t>引导学生用“想加算减法”计算。</w:t>
            </w:r>
          </w:p>
          <w:p>
            <w:pPr>
              <w:spacing w:after="20" w:line="276" w:lineRule="auto"/>
            </w:pPr>
            <w:r>
              <w:rPr>
                <w:rFonts w:ascii="宋体" w:hAnsi="宋体" w:eastAsia="宋体"/>
                <w:b w:val="0"/>
                <w:sz w:val="18"/>
              </w:rPr>
              <w:t>教师配合出示课件。</w:t>
            </w:r>
          </w:p>
          <w:p>
            <w:pPr>
              <w:spacing w:after="20" w:line="276" w:lineRule="auto"/>
            </w:pPr>
            <w:r>
              <w:rPr>
                <w:rFonts w:ascii="宋体" w:hAnsi="宋体" w:eastAsia="宋体"/>
                <w:b w:val="0"/>
                <w:sz w:val="18"/>
              </w:rPr>
              <w:t>2.小结算法。</w:t>
            </w:r>
          </w:p>
          <w:p>
            <w:pPr>
              <w:spacing w:after="20" w:line="276" w:lineRule="auto"/>
            </w:pPr>
            <w:r>
              <w:rPr>
                <w:rFonts w:ascii="宋体" w:hAnsi="宋体" w:eastAsia="宋体"/>
                <w:b w:val="0"/>
                <w:sz w:val="18"/>
              </w:rPr>
              <w:t>师：大家都很会动脑筋，想出了这么多的方法，都算出了正确的结果，那么你比较喜欢哪种方法？</w:t>
            </w:r>
          </w:p>
          <w:p>
            <w:pPr>
              <w:spacing w:after="20" w:line="276" w:lineRule="auto"/>
            </w:pPr>
            <w:r>
              <w:rPr>
                <w:rFonts w:ascii="宋体" w:hAnsi="宋体" w:eastAsia="宋体"/>
                <w:b w:val="0"/>
                <w:sz w:val="18"/>
              </w:rPr>
              <w:t>重点引导学生用“破十法”计算。</w:t>
            </w:r>
          </w:p>
        </w:tc>
        <w:tc>
          <w:tcPr>
            <w:tcW w:type="dxa" w:w="3061"/>
          </w:tcPr>
          <w:p>
            <w:pPr>
              <w:spacing w:after="20" w:line="276" w:lineRule="auto"/>
            </w:pPr>
            <w:r/>
            <w:r>
              <w:rPr>
                <w:rFonts w:ascii="宋体" w:hAnsi="宋体" w:eastAsia="宋体"/>
                <w:b w:val="0"/>
                <w:sz w:val="18"/>
              </w:rPr>
              <w:t>学生的计算方法可能多种多样，教师引导学生动手操作，重点指导学生借助学具理解“破十法”的算理。</w:t>
            </w:r>
          </w:p>
          <w:p>
            <w:pPr>
              <w:spacing w:after="20" w:line="276" w:lineRule="auto"/>
            </w:pPr>
            <w:r>
              <w:rPr>
                <w:rFonts w:ascii="宋体" w:hAnsi="宋体" w:eastAsia="宋体"/>
                <w:b w:val="0"/>
                <w:sz w:val="18"/>
              </w:rPr>
              <w:t>把1捆小棒拆开，是10根，从10根里拿走9根，剩下1根，把剩下的1根和5根合起来就是6根。</w:t>
            </w:r>
          </w:p>
          <w:p>
            <w:pPr>
              <w:spacing w:after="20" w:line="276" w:lineRule="auto"/>
            </w:pPr>
            <w:r>
              <w:rPr>
                <w:rFonts w:ascii="宋体" w:hAnsi="宋体" w:eastAsia="宋体"/>
                <w:b w:val="0"/>
                <w:sz w:val="18"/>
              </w:rPr>
              <w:t>将15分成10和5，先算10-9=1，再算1+5=6。（教师板书“破十法”的算理）</w:t>
            </w:r>
          </w:p>
          <w:p>
            <w:pPr>
              <w:spacing w:after="20" w:line="276" w:lineRule="auto"/>
            </w:pPr>
            <w:r>
              <w:rPr>
                <w:rFonts w:ascii="宋体" w:hAnsi="宋体" w:eastAsia="宋体"/>
                <w:b w:val="0"/>
                <w:sz w:val="18"/>
              </w:rPr>
              <w:t>先把后面的5根小棒减去，再从拆开的一捆小棒里减去4根,即15-5=10,10-4=6。（教师板书“平十法”的算理）</w:t>
            </w:r>
          </w:p>
          <w:p>
            <w:pPr>
              <w:spacing w:after="20" w:line="276" w:lineRule="auto"/>
            </w:pPr>
            <w:r>
              <w:rPr>
                <w:rFonts w:ascii="宋体" w:hAnsi="宋体" w:eastAsia="宋体"/>
                <w:b w:val="0"/>
                <w:sz w:val="18"/>
              </w:rPr>
              <w:t>因为9+6=15，所以15-9=6。（教师板书“想加算减法”的算理）</w:t>
            </w:r>
          </w:p>
        </w:tc>
        <w:tc>
          <w:tcPr>
            <w:tcW w:type="dxa" w:w="1814"/>
          </w:tcPr>
          <w:p>
            <w:pPr>
              <w:spacing w:after="20" w:line="276" w:lineRule="auto"/>
            </w:pPr>
            <w:r/>
            <w:r>
              <w:rPr>
                <w:rFonts w:ascii="宋体" w:hAnsi="宋体" w:eastAsia="宋体"/>
                <w:b w:val="0"/>
                <w:sz w:val="18"/>
              </w:rPr>
              <w:t>学生尝试探索算法后，给学生交流的平台。此环节重点教学“破十法”，在学生展示后，以多种方式帮助学生理解和掌握“破十法”，通过“看——摆——想——说——填”，并借助小棒让学生理解“破十”的道理，通过数形结合的方式帮助学生从不同角度理解算理，掌握算法。同时，对于出现的“平十法”和“想加算减法”都应给予肯定，这两种方法体现了算法的多样化。对“想加算减法”暂时不作过高的要求，如果学生想不到，教师可进行简略介绍。</w:t>
            </w:r>
          </w:p>
        </w:tc>
      </w:tr>
      <w:tr>
        <w:tc>
          <w:tcPr>
            <w:tcW w:type="dxa" w:w="1474"/>
          </w:tcPr>
          <w:p>
            <w:pPr>
              <w:spacing w:after="20" w:line="276" w:lineRule="auto"/>
            </w:pPr>
            <w:r>
              <w:rPr>
                <w:b/>
              </w:rPr>
            </w:r>
            <w:r>
              <w:rPr>
                <w:rFonts w:ascii="宋体" w:hAnsi="宋体" w:eastAsia="宋体"/>
                <w:b/>
                <w:sz w:val="18"/>
              </w:rPr>
              <w:t>四、实践应用，巩固算法1.完成教科书P9“做一做”第1题。</w:t>
            </w:r>
          </w:p>
        </w:tc>
        <w:tc>
          <w:tcPr>
            <w:tcW w:type="dxa" w:w="3061"/>
          </w:tcPr>
          <w:p>
            <w:pPr>
              <w:spacing w:after="20" w:line="276" w:lineRule="auto"/>
            </w:pPr>
            <w:r/>
            <w:r>
              <w:rPr>
                <w:rFonts w:ascii="宋体" w:hAnsi="宋体" w:eastAsia="宋体"/>
                <w:b w:val="0"/>
                <w:sz w:val="18"/>
              </w:rPr>
              <w:t>(1)师：请你用小棒摆一摆，算出结果。</w:t>
            </w:r>
          </w:p>
          <w:p>
            <w:pPr>
              <w:spacing w:after="20" w:line="276" w:lineRule="auto"/>
            </w:pPr>
            <w:r>
              <w:rPr>
                <w:rFonts w:ascii="宋体" w:hAnsi="宋体" w:eastAsia="宋体"/>
                <w:b w:val="0"/>
                <w:sz w:val="18"/>
              </w:rPr>
              <w:t>(2)摆一摆后交流结果和算法。</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(2)结合算式和图形说一说加法算式和减法算式之间有什么联系。</w:t>
            </w:r>
          </w:p>
          <w:p>
            <w:pPr>
              <w:spacing w:after="20" w:line="276" w:lineRule="auto"/>
            </w:pPr>
            <w:r>
              <w:rPr>
                <w:rFonts w:ascii="宋体" w:hAnsi="宋体" w:eastAsia="宋体"/>
                <w:b w:val="0"/>
                <w:sz w:val="18"/>
              </w:rPr>
              <w:t>3.完成教科书P9“做一做”第3题。</w:t>
            </w:r>
          </w:p>
          <w:p>
            <w:pPr>
              <w:spacing w:after="20" w:line="276" w:lineRule="auto"/>
            </w:pPr>
            <w:r>
              <w:rPr>
                <w:rFonts w:ascii="宋体" w:hAnsi="宋体" w:eastAsia="宋体"/>
                <w:b w:val="0"/>
                <w:sz w:val="18"/>
              </w:rPr>
              <w:t>4.完成教科书P10“练一练”第1题。</w:t>
            </w:r>
          </w:p>
          <w:p>
            <w:pPr>
              <w:spacing w:after="20" w:line="276" w:lineRule="auto"/>
            </w:pPr>
            <w:r>
              <w:rPr>
                <w:rFonts w:ascii="宋体" w:hAnsi="宋体" w:eastAsia="宋体"/>
                <w:b w:val="0"/>
                <w:sz w:val="18"/>
              </w:rPr>
              <w:t>(1)师：请你圈一圈，算一算。</w:t>
            </w:r>
          </w:p>
          <w:p>
            <w:pPr>
              <w:spacing w:after="20" w:line="276" w:lineRule="auto"/>
            </w:pPr>
            <w:r>
              <w:rPr>
                <w:rFonts w:ascii="宋体" w:hAnsi="宋体" w:eastAsia="宋体"/>
                <w:b w:val="0"/>
                <w:sz w:val="18"/>
              </w:rPr>
              <w:t>(2)学生独立完成后集体汇报交流。</w:t>
            </w:r>
          </w:p>
          <w:p>
            <w:pPr>
              <w:spacing w:after="20" w:line="276" w:lineRule="auto"/>
            </w:pPr>
            <w:r>
              <w:rPr>
                <w:rFonts w:ascii="宋体" w:hAnsi="宋体" w:eastAsia="宋体"/>
                <w:b w:val="0"/>
                <w:sz w:val="18"/>
              </w:rPr>
              <w:t>5.完成教科书P10“练一练”第2题。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(2)汇报交流。</w:t>
            </w:r>
          </w:p>
        </w:tc>
        <w:tc>
          <w:tcPr>
            <w:tcW w:type="dxa" w:w="3061"/>
          </w:tcPr>
          <w:p>
            <w:pPr>
              <w:spacing w:after="20" w:line="276" w:lineRule="auto"/>
            </w:pPr>
            <w:r/>
            <w:r>
              <w:rPr>
                <w:rFonts w:ascii="宋体" w:hAnsi="宋体" w:eastAsia="宋体"/>
                <w:b w:val="0"/>
                <w:sz w:val="18"/>
              </w:rPr>
              <w:t>学生独立完成后汇报交流。</w:t>
            </w:r>
          </w:p>
        </w:tc>
        <w:tc>
          <w:tcPr>
            <w:tcW w:type="dxa" w:w="1814"/>
          </w:tcPr>
          <w:p>
            <w:pPr>
              <w:spacing w:after="20" w:line="276" w:lineRule="auto"/>
            </w:pPr>
            <w:r/>
            <w:r>
              <w:rPr>
                <w:rFonts w:ascii="宋体" w:hAnsi="宋体" w:eastAsia="宋体"/>
                <w:b w:val="0"/>
                <w:sz w:val="18"/>
              </w:rPr>
              <w:t>巩固用学具理解“破十”的过程。2.完成教科书P9“做一做”第2题。</w:t>
            </w:r>
          </w:p>
          <w:p>
            <w:pPr>
              <w:spacing w:after="20" w:line="276" w:lineRule="auto"/>
            </w:pPr>
            <w:r>
              <w:rPr>
                <w:rFonts w:ascii="宋体" w:hAnsi="宋体" w:eastAsia="宋体"/>
                <w:b w:val="0"/>
                <w:sz w:val="18"/>
              </w:rPr>
              <w:t>从直观到抽象，使学生熟悉“想加算减法”。</w:t>
            </w:r>
          </w:p>
          <w:p>
            <w:pPr>
              <w:spacing w:after="20" w:line="276" w:lineRule="auto"/>
            </w:pPr>
            <w:r>
              <w:rPr>
                <w:rFonts w:ascii="宋体" w:hAnsi="宋体" w:eastAsia="宋体"/>
                <w:b w:val="0"/>
                <w:sz w:val="18"/>
              </w:rPr>
              <w:t>有了前面两题的练习，本环节脱离实物，让学生通过思考算出得数，提高运算能力。</w:t>
            </w:r>
          </w:p>
          <w:p>
            <w:pPr>
              <w:spacing w:after="20" w:line="276" w:lineRule="auto"/>
            </w:pPr>
            <w:r>
              <w:rPr>
                <w:rFonts w:ascii="宋体" w:hAnsi="宋体" w:eastAsia="宋体"/>
                <w:b w:val="0"/>
                <w:sz w:val="18"/>
              </w:rPr>
              <w:t>通过动手摆一摆、圈一圈，更好地理解和掌握“破十法”。</w:t>
            </w:r>
          </w:p>
          <w:p>
            <w:pPr>
              <w:spacing w:after="20" w:line="276" w:lineRule="auto"/>
            </w:pPr>
            <w:r>
              <w:rPr>
                <w:rFonts w:ascii="宋体" w:hAnsi="宋体" w:eastAsia="宋体"/>
                <w:b w:val="0"/>
                <w:sz w:val="18"/>
              </w:rPr>
              <w:t>通过连线这种练习形式，让学生在生动有趣的活动中掌握“十几减9”的算理，巩固计算方法。</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教科书P9例1，完成教科书P9“做一做”和P10“练一练”第1~3题。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属于计算教学，教学时力求算理与算法并重。在教学中，让学生通过摆小棒来感受“破十法”时，学生对算理的了解较为清晰，但是在学生自主计算后，有部分学生虽然能很快地说出得数，但说不出自己是怎么算的、怎么想的。这是教学的一个难点，也是课堂上需要关注的地方，在教学时要在具体活动中引导学生多动手、动脑、动口。利用学具以多种方式帮助学生理解和掌握“破十法”，让学生主动参与课堂，呈现较为良好的课堂氛围。</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练一练</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练一练</w:t>
            </w:r>
          </w:p>
        </w:tc>
        <w:tc>
          <w:tcPr>
            <w:tcW w:type="dxa" w:w="6009"/>
          </w:tcPr>
          <w:p>
            <w:pPr>
              <w:spacing w:after="20" w:line="276" w:lineRule="auto"/>
            </w:pPr>
            <w:r/>
            <w:r>
              <w:rPr>
                <w:rFonts w:ascii="宋体" w:hAnsi="宋体" w:eastAsia="宋体"/>
                <w:b w:val="0"/>
                <w:sz w:val="20"/>
              </w:rPr>
              <w:t>第2单元 20以内的退位减法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用“凑十法”计算20以内的进位加法和十几减几的不退位减法，并能熟练地计算10以内的加、减法，这些都是学生学习本单元的重要基础。20以内的退位减法，很多学生也会计算，但只是习惯性地记忆计算结果，不一定理解其算理，算法也不一定很清楚。这也是教学时的难点：一方面，看起来学生会算，事实上学生不会算，只是背答案；另一方面，学生以为自己会算而不认真学习，事实上也并不会算。如果不清楚算理，没掌握算法，会直接影响到以后的计算学习。掌握算法后，学生初步具备了一定的解决问题的能力，但是在解决信息量比较大的问题时还存在一定的困难。</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教学内容：教科书P10~11“练一练”第3~7题及“思考题”。</w:t>
      </w:r>
    </w:p>
    <w:p>
      <w:pPr>
        <w:spacing w:after="80" w:line="300" w:lineRule="auto"/>
        <w:ind w:firstLine="400"/>
      </w:pPr>
      <w:r>
        <w:rPr>
          <w:rFonts w:ascii="宋体" w:hAnsi="宋体" w:eastAsia="宋体"/>
          <w:b w:val="0"/>
          <w:sz w:val="20"/>
        </w:rPr>
        <w:t>教学准备：课件、自制学具。</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（1）通过多种形式的练习，进一步理解“十几减9”的算理，巩固计算方法。</w:t>
      </w:r>
    </w:p>
    <w:p>
      <w:pPr>
        <w:spacing w:after="20" w:line="300" w:lineRule="auto"/>
        <w:ind w:firstLine="400"/>
      </w:pPr>
      <w:r>
        <w:rPr>
          <w:rFonts w:ascii="宋体" w:hAnsi="宋体" w:eastAsia="宋体"/>
          <w:b w:val="0"/>
          <w:sz w:val="20"/>
        </w:rPr>
        <w:t>（2）练习“十几减9”，允许学生用不同的方法进行计算，并进行算法的优化。</w:t>
      </w:r>
    </w:p>
    <w:p>
      <w:pPr>
        <w:spacing w:after="20" w:line="300" w:lineRule="auto"/>
        <w:ind w:firstLine="400"/>
      </w:pPr>
      <w:r>
        <w:rPr>
          <w:rFonts w:ascii="宋体" w:hAnsi="宋体" w:eastAsia="宋体"/>
          <w:b w:val="0"/>
          <w:sz w:val="20"/>
        </w:rPr>
        <w:t>（3）培养学生简单的推理能力和表达能力。</w:t>
      </w:r>
    </w:p>
    <w:p>
      <w:pPr>
        <w:spacing w:after="20" w:line="300" w:lineRule="auto"/>
      </w:pPr>
      <w:r>
        <w:rPr>
          <w:rFonts w:ascii="宋体" w:hAnsi="宋体" w:eastAsia="宋体"/>
          <w:b w:val="0"/>
          <w:sz w:val="20"/>
        </w:rPr>
        <w:t>教学重点：掌握用“破十法”计算“十几减9”的计算方法。</w:t>
      </w:r>
    </w:p>
    <w:p>
      <w:pPr>
        <w:spacing w:after="20" w:line="300" w:lineRule="auto"/>
      </w:pPr>
      <w:r>
        <w:rPr>
          <w:rFonts w:ascii="宋体" w:hAnsi="宋体" w:eastAsia="宋体"/>
          <w:b w:val="0"/>
          <w:sz w:val="20"/>
        </w:rPr>
        <w:t>教学难点：理解用“破十法”计算“十几减9”的算理。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一、基本练习，唤醒旧知识</w:t>
            </w:r>
          </w:p>
        </w:tc>
        <w:tc>
          <w:tcPr>
            <w:tcW w:type="dxa" w:w="1814"/>
          </w:tcPr>
          <w:p>
            <w:pPr>
              <w:spacing w:after="20" w:line="276" w:lineRule="auto"/>
            </w:pPr>
            <w:r/>
            <w:r>
              <w:rPr>
                <w:rFonts w:ascii="宋体" w:hAnsi="宋体" w:eastAsia="宋体"/>
                <w:b w:val="0"/>
                <w:sz w:val="18"/>
              </w:rPr>
              <w:t>课件、教科书、学具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二、以题为例，熟练应用</w:t>
            </w:r>
          </w:p>
        </w:tc>
        <w:tc>
          <w:tcPr>
            <w:tcW w:type="dxa" w:w="1814"/>
          </w:tcPr>
          <w:p>
            <w:pPr>
              <w:spacing w:after="20" w:line="276" w:lineRule="auto"/>
            </w:pPr>
            <w:r/>
            <w:r>
              <w:rPr>
                <w:rFonts w:ascii="宋体" w:hAnsi="宋体" w:eastAsia="宋体"/>
                <w:b w:val="0"/>
                <w:sz w:val="18"/>
              </w:rPr>
              <w:t>教科书、课件、学具</w:t>
            </w:r>
          </w:p>
        </w:tc>
        <w:tc>
          <w:tcPr>
            <w:tcW w:type="dxa" w:w="3402"/>
          </w:tcPr>
          <w:p>
            <w:pPr>
              <w:spacing w:after="20" w:line="276" w:lineRule="auto"/>
            </w:pPr>
            <w:r/>
            <w:r>
              <w:rPr>
                <w:rFonts w:ascii="宋体" w:hAnsi="宋体" w:eastAsia="宋体"/>
                <w:b w:val="0"/>
                <w:sz w:val="18"/>
              </w:rPr>
              <w:t>谁能完整地说一说图中包含的数学信息？；要怎么求“还剩几根”呢？</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【学情预设】16-9=7(根)</w:t>
            </w:r>
          </w:p>
        </w:tc>
        <w:tc>
          <w:tcPr>
            <w:tcW w:type="dxa" w:w="1814"/>
          </w:tcPr>
          <w:p>
            <w:pPr>
              <w:spacing w:after="20" w:line="276" w:lineRule="auto"/>
            </w:pPr>
            <w:r/>
            <w:r>
              <w:rPr>
                <w:rFonts w:ascii="宋体" w:hAnsi="宋体" w:eastAsia="宋体"/>
                <w:b w:val="0"/>
                <w:sz w:val="18"/>
              </w:rPr>
              <w:t>教科书、课件、学具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【学情预设】14-9=5(个)</w:t>
            </w:r>
          </w:p>
        </w:tc>
        <w:tc>
          <w:tcPr>
            <w:tcW w:type="dxa" w:w="1814"/>
          </w:tcPr>
          <w:p>
            <w:pPr>
              <w:spacing w:after="20" w:line="276" w:lineRule="auto"/>
            </w:pPr>
            <w:r/>
            <w:r>
              <w:rPr>
                <w:rFonts w:ascii="宋体" w:hAnsi="宋体" w:eastAsia="宋体"/>
                <w:b w:val="0"/>
                <w:sz w:val="18"/>
              </w:rPr>
              <w:t>教科书、课件、学具</w:t>
            </w:r>
          </w:p>
        </w:tc>
        <w:tc>
          <w:tcPr>
            <w:tcW w:type="dxa" w:w="3402"/>
          </w:tcPr>
          <w:p>
            <w:pPr>
              <w:spacing w:after="20" w:line="276" w:lineRule="auto"/>
            </w:pPr>
            <w:r/>
            <w:r>
              <w:rPr>
                <w:rFonts w:ascii="宋体" w:hAnsi="宋体" w:eastAsia="宋体"/>
                <w:b w:val="0"/>
                <w:sz w:val="18"/>
              </w:rPr>
              <w:t>从图中我们能获得哪些信息？；谁能说说解决问题的方法？</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三、自主练习，巩固提升</w:t>
            </w:r>
          </w:p>
        </w:tc>
        <w:tc>
          <w:tcPr>
            <w:tcW w:type="dxa" w:w="1814"/>
          </w:tcPr>
          <w:p>
            <w:pPr>
              <w:spacing w:after="20" w:line="276" w:lineRule="auto"/>
            </w:pPr>
            <w:r/>
            <w:r>
              <w:rPr>
                <w:rFonts w:ascii="宋体" w:hAnsi="宋体" w:eastAsia="宋体"/>
                <w:b w:val="0"/>
                <w:sz w:val="18"/>
              </w:rPr>
              <w:t>课件、学具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四、拓展练习，发散思维</w:t>
            </w:r>
          </w:p>
        </w:tc>
        <w:tc>
          <w:tcPr>
            <w:tcW w:type="dxa" w:w="1814"/>
          </w:tcPr>
          <w:p>
            <w:pPr>
              <w:spacing w:after="20" w:line="276" w:lineRule="auto"/>
            </w:pPr>
            <w:r/>
            <w:r>
              <w:rPr>
                <w:rFonts w:ascii="宋体" w:hAnsi="宋体" w:eastAsia="宋体"/>
                <w:b w:val="0"/>
                <w:sz w:val="18"/>
              </w:rPr>
              <w:t>课件、学具</w:t>
            </w:r>
          </w:p>
        </w:tc>
        <w:tc>
          <w:tcPr>
            <w:tcW w:type="dxa" w:w="3402"/>
          </w:tcPr>
          <w:p>
            <w:pPr>
              <w:spacing w:after="20" w:line="276" w:lineRule="auto"/>
            </w:pPr>
            <w:r/>
            <w:r>
              <w:rPr>
                <w:rFonts w:ascii="宋体" w:hAnsi="宋体" w:eastAsia="宋体"/>
                <w:b w:val="0"/>
                <w:sz w:val="18"/>
              </w:rPr>
              <w:t>你发现了什么？</w:t>
            </w:r>
          </w:p>
        </w:tc>
        <w:tc>
          <w:tcPr>
            <w:tcW w:type="dxa" w:w="1361"/>
          </w:tcPr>
          <w:p>
            <w:pPr>
              <w:spacing w:after="20" w:line="276" w:lineRule="auto"/>
            </w:pPr>
            <w:r/>
            <w:r>
              <w:rPr>
                <w:rFonts w:ascii="宋体" w:hAnsi="宋体" w:eastAsia="宋体"/>
                <w:b w:val="0"/>
                <w:sz w:val="18"/>
              </w:rPr>
              <w:t>8分钟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一、基本练习，唤醒旧知识</w:t>
            </w:r>
          </w:p>
        </w:tc>
        <w:tc>
          <w:tcPr>
            <w:tcW w:type="dxa" w:w="3061"/>
          </w:tcPr>
          <w:p>
            <w:pPr>
              <w:spacing w:after="20" w:line="276" w:lineRule="auto"/>
            </w:pPr>
            <w:r/>
            <w:r>
              <w:rPr>
                <w:rFonts w:ascii="宋体" w:hAnsi="宋体" w:eastAsia="宋体"/>
                <w:b w:val="0"/>
                <w:sz w:val="18"/>
              </w:rPr>
              <w:t>1.课件出示教科书P10“练一练”第3题。</w:t>
            </w:r>
          </w:p>
          <w:p>
            <w:pPr>
              <w:spacing w:after="20" w:line="276" w:lineRule="auto"/>
            </w:pPr>
            <w:r>
              <w:rPr>
                <w:rFonts w:ascii="宋体" w:hAnsi="宋体" w:eastAsia="宋体"/>
                <w:b w:val="0"/>
                <w:sz w:val="18"/>
              </w:rPr>
              <w:t>师：结合2+9和11-9这两个算式，说说加法算式和减法算式之间有什么联系。</w:t>
            </w:r>
          </w:p>
          <w:p>
            <w:pPr>
              <w:spacing w:after="20" w:line="276" w:lineRule="auto"/>
            </w:pPr>
            <w:r>
              <w:rPr>
                <w:rFonts w:ascii="宋体" w:hAnsi="宋体" w:eastAsia="宋体"/>
                <w:b w:val="0"/>
                <w:sz w:val="18"/>
              </w:rPr>
              <w:t>任意给出一个9加几的算式，说相应的减法算式；给出十几减9的算式，说相应的加法算式。</w:t>
            </w:r>
          </w:p>
          <w:p>
            <w:pPr>
              <w:spacing w:after="20" w:line="276" w:lineRule="auto"/>
            </w:pPr>
            <w:r>
              <w:rPr>
                <w:rFonts w:ascii="宋体" w:hAnsi="宋体" w:eastAsia="宋体"/>
                <w:b w:val="0"/>
                <w:sz w:val="18"/>
              </w:rPr>
              <w:t>2.课件出示教科书P10“练一练”第4题。</w:t>
            </w:r>
          </w:p>
          <w:p>
            <w:pPr>
              <w:spacing w:after="20" w:line="276" w:lineRule="auto"/>
            </w:pPr>
            <w:r>
              <w:rPr>
                <w:rFonts w:ascii="宋体" w:hAnsi="宋体" w:eastAsia="宋体"/>
                <w:b w:val="0"/>
                <w:sz w:val="18"/>
              </w:rPr>
              <w:t>教师将学生分组，再指名1~2组学生按顺序回答。</w:t>
            </w:r>
          </w:p>
        </w:tc>
        <w:tc>
          <w:tcPr>
            <w:tcW w:type="dxa" w:w="3061"/>
          </w:tcPr>
          <w:p>
            <w:pPr>
              <w:spacing w:after="20" w:line="276" w:lineRule="auto"/>
            </w:pPr>
            <w:r/>
            <w:r>
              <w:rPr>
                <w:rFonts w:ascii="宋体" w:hAnsi="宋体" w:eastAsia="宋体"/>
                <w:b w:val="0"/>
                <w:sz w:val="18"/>
              </w:rPr>
              <w:t>学生独立完成，再汇报交流。</w:t>
            </w:r>
          </w:p>
        </w:tc>
        <w:tc>
          <w:tcPr>
            <w:tcW w:type="dxa" w:w="1814"/>
          </w:tcPr>
          <w:p>
            <w:pPr>
              <w:spacing w:after="20" w:line="276" w:lineRule="auto"/>
            </w:pPr>
            <w:r/>
            <w:r>
              <w:rPr>
                <w:rFonts w:ascii="宋体" w:hAnsi="宋体" w:eastAsia="宋体"/>
                <w:b w:val="0"/>
                <w:sz w:val="18"/>
              </w:rPr>
              <w:t>设计口算练习，复习十几减9的计算方法，让学生进一步理解十几减9的算理，巩固计算方法，提高运算能力。</w:t>
            </w:r>
          </w:p>
        </w:tc>
      </w:tr>
      <w:tr>
        <w:tc>
          <w:tcPr>
            <w:tcW w:type="dxa" w:w="1474"/>
          </w:tcPr>
          <w:p>
            <w:pPr>
              <w:spacing w:after="20" w:line="276" w:lineRule="auto"/>
            </w:pPr>
            <w:r>
              <w:rPr>
                <w:b/>
              </w:rPr>
            </w:r>
            <w:r>
              <w:rPr>
                <w:rFonts w:ascii="宋体" w:hAnsi="宋体" w:eastAsia="宋体"/>
                <w:b/>
                <w:sz w:val="18"/>
              </w:rPr>
              <w:t>二、以题为例，熟练应用</w:t>
            </w:r>
          </w:p>
        </w:tc>
        <w:tc>
          <w:tcPr>
            <w:tcW w:type="dxa" w:w="3061"/>
          </w:tcPr>
          <w:p>
            <w:pPr>
              <w:spacing w:after="20" w:line="276" w:lineRule="auto"/>
            </w:pPr>
            <w:r/>
            <w:r>
              <w:rPr>
                <w:rFonts w:ascii="宋体" w:hAnsi="宋体" w:eastAsia="宋体"/>
                <w:b w:val="0"/>
                <w:sz w:val="18"/>
              </w:rPr>
              <w:t>1.加减混合运算。</w:t>
            </w:r>
          </w:p>
          <w:p>
            <w:pPr>
              <w:spacing w:after="20" w:line="276" w:lineRule="auto"/>
            </w:pPr>
            <w:r>
              <w:rPr>
                <w:rFonts w:ascii="宋体" w:hAnsi="宋体" w:eastAsia="宋体"/>
                <w:b w:val="0"/>
                <w:sz w:val="18"/>
              </w:rPr>
              <w:t>(1)学生独立完成教科书P11“练一练”第7题。</w:t>
            </w:r>
          </w:p>
          <w:p>
            <w:pPr>
              <w:spacing w:after="20" w:line="276" w:lineRule="auto"/>
            </w:pPr>
            <w:r>
              <w:rPr>
                <w:rFonts w:ascii="宋体" w:hAnsi="宋体" w:eastAsia="宋体"/>
                <w:b w:val="0"/>
                <w:sz w:val="18"/>
              </w:rPr>
              <w:t>(2)交流计算结果和计算过程。</w:t>
            </w:r>
          </w:p>
          <w:p>
            <w:pPr>
              <w:spacing w:after="20" w:line="276" w:lineRule="auto"/>
            </w:pPr>
            <w:r>
              <w:rPr>
                <w:rFonts w:ascii="宋体" w:hAnsi="宋体" w:eastAsia="宋体"/>
                <w:b w:val="0"/>
                <w:sz w:val="18"/>
              </w:rPr>
              <w:t>此处对于运用将第一步计算的结果记录下来，再算第二步的方法的学生予以鼓励。</w:t>
            </w:r>
          </w:p>
          <w:p>
            <w:pPr>
              <w:spacing w:after="20" w:line="276" w:lineRule="auto"/>
            </w:pPr>
            <w:r>
              <w:rPr>
                <w:rFonts w:ascii="宋体" w:hAnsi="宋体" w:eastAsia="宋体"/>
                <w:b w:val="0"/>
                <w:sz w:val="18"/>
              </w:rPr>
              <w:t>师小结：含有十几减9的加减混合运算与前面学的加减混合运算一样，都是先将第一步计算的结果记录下来，再计算第二步。</w:t>
            </w:r>
          </w:p>
          <w:p>
            <w:pPr>
              <w:spacing w:after="20" w:line="276" w:lineRule="auto"/>
            </w:pPr>
            <w:r>
              <w:rPr>
                <w:rFonts w:ascii="宋体" w:hAnsi="宋体" w:eastAsia="宋体"/>
                <w:b w:val="0"/>
                <w:sz w:val="18"/>
              </w:rPr>
              <w:t>2.十几减9的实际问题。</w:t>
            </w:r>
          </w:p>
          <w:p>
            <w:pPr>
              <w:spacing w:after="20" w:line="276" w:lineRule="auto"/>
            </w:pPr>
            <w:r>
              <w:rPr>
                <w:rFonts w:ascii="宋体" w:hAnsi="宋体" w:eastAsia="宋体"/>
                <w:b w:val="0"/>
                <w:sz w:val="18"/>
              </w:rPr>
              <w:t>(1)完成教科书P11“练一练”第5题。</w:t>
            </w:r>
          </w:p>
          <w:p>
            <w:pPr>
              <w:spacing w:after="20" w:line="276" w:lineRule="auto"/>
            </w:pPr>
            <w:r>
              <w:rPr>
                <w:rFonts w:ascii="宋体" w:hAnsi="宋体" w:eastAsia="宋体"/>
                <w:b w:val="0"/>
                <w:sz w:val="18"/>
              </w:rPr>
              <w:t>师：谁能完整地说一说图中包含的数学信息？(指定1至2名学生完整地说出题意)</w:t>
            </w:r>
          </w:p>
          <w:p>
            <w:pPr>
              <w:spacing w:after="20" w:line="276" w:lineRule="auto"/>
            </w:pPr>
            <w:r>
              <w:rPr>
                <w:rFonts w:ascii="宋体" w:hAnsi="宋体" w:eastAsia="宋体"/>
                <w:b w:val="0"/>
                <w:sz w:val="18"/>
              </w:rPr>
              <w:t>师：要怎么求“还剩几根”呢？请你尝试解决。</w:t>
            </w:r>
          </w:p>
          <w:p>
            <w:pPr>
              <w:spacing w:after="20" w:line="276" w:lineRule="auto"/>
            </w:pPr>
            <w:r>
              <w:rPr>
                <w:rFonts w:ascii="宋体" w:hAnsi="宋体" w:eastAsia="宋体"/>
                <w:b w:val="0"/>
                <w:sz w:val="18"/>
              </w:rPr>
              <w:t>(2)交流解决方法。</w:t>
            </w:r>
          </w:p>
          <w:p>
            <w:pPr>
              <w:spacing w:after="20" w:line="276" w:lineRule="auto"/>
            </w:pPr>
            <w:r>
              <w:rPr>
                <w:rFonts w:ascii="宋体" w:hAnsi="宋体" w:eastAsia="宋体"/>
                <w:b w:val="0"/>
                <w:sz w:val="18"/>
              </w:rPr>
              <w:t>师：谁来介绍一下你的方法？(指名学生说算式)</w:t>
            </w:r>
          </w:p>
        </w:tc>
        <w:tc>
          <w:tcPr>
            <w:tcW w:type="dxa" w:w="3061"/>
          </w:tcPr>
          <w:p>
            <w:pPr>
              <w:spacing w:after="20" w:line="276" w:lineRule="auto"/>
            </w:pPr>
            <w:r/>
            <w:r>
              <w:rPr>
                <w:rFonts w:ascii="宋体" w:hAnsi="宋体" w:eastAsia="宋体"/>
                <w:b w:val="0"/>
                <w:sz w:val="18"/>
              </w:rPr>
              <w:t>学生独立在教科书上完成。</w:t>
            </w:r>
          </w:p>
        </w:tc>
        <w:tc>
          <w:tcPr>
            <w:tcW w:type="dxa" w:w="1814"/>
          </w:tcPr>
          <w:p>
            <w:pPr>
              <w:spacing w:after="20" w:line="276" w:lineRule="auto"/>
            </w:pPr>
            <w:r/>
            <w:r>
              <w:rPr>
                <w:rFonts w:ascii="宋体" w:hAnsi="宋体" w:eastAsia="宋体"/>
                <w:b w:val="0"/>
                <w:sz w:val="18"/>
              </w:rPr>
              <w:t>对于加减混合运算的题，由于学生已经掌握了运算顺序，且这里只是数据变大了，包含了十几减9的运算，因此放手让学生独立计算，通过两步运算，提高学生的计算能力。</w:t>
            </w:r>
          </w:p>
        </w:tc>
      </w:tr>
      <w:tr>
        <w:tc>
          <w:tcPr>
            <w:tcW w:type="dxa" w:w="1474"/>
          </w:tcPr>
          <w:p>
            <w:pPr>
              <w:spacing w:after="20" w:line="276" w:lineRule="auto"/>
            </w:pPr>
            <w:r>
              <w:rPr>
                <w:b/>
              </w:rPr>
            </w:r>
            <w:r>
              <w:rPr>
                <w:rFonts w:ascii="宋体" w:hAnsi="宋体" w:eastAsia="宋体"/>
                <w:b/>
                <w:sz w:val="18"/>
              </w:rPr>
              <w:t>【学情预设】16-9=7(根)</w:t>
            </w:r>
          </w:p>
        </w:tc>
        <w:tc>
          <w:tcPr>
            <w:tcW w:type="dxa" w:w="3061"/>
          </w:tcPr>
          <w:p>
            <w:pPr>
              <w:spacing w:after="20" w:line="276" w:lineRule="auto"/>
            </w:pPr>
            <w:r/>
            <w:r>
              <w:rPr>
                <w:rFonts w:ascii="宋体" w:hAnsi="宋体" w:eastAsia="宋体"/>
                <w:b w:val="0"/>
                <w:sz w:val="18"/>
              </w:rPr>
              <w:t>(3)完成教科书P11“练一练”第6题。</w:t>
            </w:r>
          </w:p>
        </w:tc>
        <w:tc>
          <w:tcPr>
            <w:tcW w:type="dxa" w:w="3061"/>
          </w:tcPr>
          <w:p>
            <w:pPr>
              <w:spacing w:after="20" w:line="276" w:lineRule="auto"/>
            </w:pPr>
            <w:r/>
            <w:r>
              <w:rPr>
                <w:rFonts w:ascii="宋体" w:hAnsi="宋体" w:eastAsia="宋体"/>
                <w:b w:val="0"/>
                <w:sz w:val="18"/>
              </w:rPr>
              <w:t>学生完成后集体交流。</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【学情预设】14-9=5(个)</w:t>
            </w:r>
          </w:p>
        </w:tc>
        <w:tc>
          <w:tcPr>
            <w:tcW w:type="dxa" w:w="3061"/>
          </w:tcPr>
          <w:p>
            <w:pPr>
              <w:spacing w:after="20" w:line="276" w:lineRule="auto"/>
            </w:pPr>
            <w:r/>
            <w:r>
              <w:rPr>
                <w:rFonts w:ascii="宋体" w:hAnsi="宋体" w:eastAsia="宋体"/>
                <w:b w:val="0"/>
                <w:sz w:val="18"/>
              </w:rPr>
              <w:t>3.结合情境，开启思考。</w:t>
            </w:r>
          </w:p>
          <w:p>
            <w:pPr>
              <w:spacing w:after="20" w:line="276" w:lineRule="auto"/>
            </w:pPr>
            <w:r>
              <w:rPr>
                <w:rFonts w:ascii="宋体" w:hAnsi="宋体" w:eastAsia="宋体"/>
                <w:b w:val="0"/>
                <w:sz w:val="18"/>
              </w:rPr>
              <w:t>完成教科书P11“思考题”。</w:t>
            </w:r>
          </w:p>
          <w:p>
            <w:pPr>
              <w:spacing w:after="20" w:line="276" w:lineRule="auto"/>
            </w:pPr>
            <w:r>
              <w:rPr>
                <w:rFonts w:ascii="宋体" w:hAnsi="宋体" w:eastAsia="宋体"/>
                <w:b w:val="0"/>
                <w:sz w:val="18"/>
              </w:rPr>
              <w:t>师：从图中我们能获得哪些信息？</w:t>
            </w:r>
          </w:p>
          <w:p>
            <w:pPr>
              <w:spacing w:after="20" w:line="276" w:lineRule="auto"/>
            </w:pPr>
            <w:r>
              <w:rPr>
                <w:rFonts w:ascii="宋体" w:hAnsi="宋体" w:eastAsia="宋体"/>
                <w:b w:val="0"/>
                <w:sz w:val="18"/>
              </w:rPr>
              <w:t>师：谁能说说解决问题的方法？</w:t>
            </w:r>
          </w:p>
        </w:tc>
        <w:tc>
          <w:tcPr>
            <w:tcW w:type="dxa" w:w="3061"/>
          </w:tcPr>
          <w:p>
            <w:pPr>
              <w:spacing w:after="20" w:line="276" w:lineRule="auto"/>
            </w:pPr>
            <w:r/>
            <w:r>
              <w:rPr>
                <w:rFonts w:ascii="宋体" w:hAnsi="宋体" w:eastAsia="宋体"/>
                <w:b w:val="0"/>
                <w:sz w:val="18"/>
              </w:rPr>
              <w:t>全班交流汇报，解决问题。</w:t>
            </w:r>
          </w:p>
          <w:p>
            <w:pPr>
              <w:spacing w:after="20" w:line="276" w:lineRule="auto"/>
            </w:pPr>
            <w:r>
              <w:rPr>
                <w:rFonts w:ascii="宋体" w:hAnsi="宋体" w:eastAsia="宋体"/>
                <w:b w:val="0"/>
                <w:sz w:val="18"/>
              </w:rPr>
              <w:t>直接在图中相邻两面橙色旗子之间画一面红色旗子，发现可以画9面，即一共可以插9面红色旗子。</w:t>
            </w:r>
          </w:p>
        </w:tc>
        <w:tc>
          <w:tcPr>
            <w:tcW w:type="dxa" w:w="1814"/>
          </w:tcPr>
          <w:p>
            <w:pPr>
              <w:spacing w:after="20" w:line="276" w:lineRule="auto"/>
            </w:pPr>
            <w:r/>
            <w:r>
              <w:rPr>
                <w:rFonts w:ascii="宋体" w:hAnsi="宋体" w:eastAsia="宋体"/>
                <w:b w:val="0"/>
                <w:sz w:val="18"/>
              </w:rPr>
              <w:t>此类问题难度不大，通过两题的练习，让学生体会所学的十几减9的知识的价值，提高学生解决实际问题的能力。</w:t>
            </w:r>
          </w:p>
          <w:p>
            <w:pPr>
              <w:spacing w:after="20" w:line="276" w:lineRule="auto"/>
            </w:pPr>
            <w:r>
              <w:rPr>
                <w:rFonts w:ascii="宋体" w:hAnsi="宋体" w:eastAsia="宋体"/>
                <w:b w:val="0"/>
                <w:sz w:val="18"/>
              </w:rPr>
              <w:t>通过此类题的训练，让学生明白解决较复杂的、抽象的问题时，可以用画图来表示题中的信息和问题，从而将复杂的问题简单化。</w:t>
            </w:r>
          </w:p>
          <w:p>
            <w:pPr>
              <w:spacing w:after="20" w:line="276" w:lineRule="auto"/>
            </w:pPr>
            <w:r>
              <w:rPr>
                <w:rFonts w:ascii="宋体" w:hAnsi="宋体" w:eastAsia="宋体"/>
                <w:b w:val="0"/>
                <w:sz w:val="18"/>
              </w:rPr>
              <w:t>（引导学生有序找出所有算式。）</w:t>
            </w:r>
          </w:p>
        </w:tc>
      </w:tr>
      <w:tr>
        <w:tc>
          <w:tcPr>
            <w:tcW w:type="dxa" w:w="1474"/>
          </w:tcPr>
          <w:p>
            <w:pPr>
              <w:spacing w:after="20" w:line="276" w:lineRule="auto"/>
            </w:pPr>
            <w:r>
              <w:rPr>
                <w:b/>
              </w:rPr>
            </w:r>
            <w:r>
              <w:rPr>
                <w:rFonts w:ascii="宋体" w:hAnsi="宋体" w:eastAsia="宋体"/>
                <w:b/>
                <w:sz w:val="18"/>
              </w:rPr>
              <w:t>三、自主练习，巩固提升</w:t>
            </w:r>
          </w:p>
        </w:tc>
        <w:tc>
          <w:tcPr>
            <w:tcW w:type="dxa" w:w="3061"/>
          </w:tcPr>
          <w:p>
            <w:pPr>
              <w:spacing w:after="20" w:line="276" w:lineRule="auto"/>
            </w:pPr>
            <w:r/>
            <w:r>
              <w:rPr>
                <w:rFonts w:ascii="宋体" w:hAnsi="宋体" w:eastAsia="宋体"/>
                <w:b w:val="0"/>
                <w:sz w:val="18"/>
              </w:rPr>
              <w:t>课件出示习题。</w:t>
            </w:r>
          </w:p>
        </w:tc>
        <w:tc>
          <w:tcPr>
            <w:tcW w:type="dxa" w:w="3061"/>
          </w:tcPr>
          <w:p>
            <w:pPr>
              <w:spacing w:after="20" w:line="276" w:lineRule="auto"/>
            </w:pPr>
            <w:r/>
            <w:r>
              <w:rPr>
                <w:rFonts w:ascii="宋体" w:hAnsi="宋体" w:eastAsia="宋体"/>
                <w:b w:val="0"/>
                <w:sz w:val="18"/>
              </w:rPr>
              <w:t>学生独立完成后汇报交流。</w:t>
            </w:r>
          </w:p>
        </w:tc>
        <w:tc>
          <w:tcPr>
            <w:tcW w:type="dxa" w:w="1814"/>
          </w:tcPr>
          <w:p>
            <w:pPr>
              <w:spacing w:after="20" w:line="276" w:lineRule="auto"/>
            </w:pPr>
            <w:r/>
            <w:r>
              <w:rPr>
                <w:rFonts w:ascii="宋体" w:hAnsi="宋体" w:eastAsia="宋体"/>
                <w:b w:val="0"/>
                <w:sz w:val="18"/>
              </w:rPr>
              <w:t>在具体的应用中提高学生解决问题的能力，进一步巩固“十几减9”的计算方法。</w:t>
            </w:r>
          </w:p>
        </w:tc>
      </w:tr>
      <w:tr>
        <w:tc>
          <w:tcPr>
            <w:tcW w:type="dxa" w:w="1474"/>
          </w:tcPr>
          <w:p>
            <w:pPr>
              <w:spacing w:after="20" w:line="276" w:lineRule="auto"/>
            </w:pPr>
            <w:r>
              <w:rPr>
                <w:b/>
              </w:rPr>
            </w:r>
            <w:r>
              <w:rPr>
                <w:rFonts w:ascii="宋体" w:hAnsi="宋体" w:eastAsia="宋体"/>
                <w:b/>
                <w:sz w:val="18"/>
              </w:rPr>
              <w:t>四、拓展练习，发散思维</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19-9=10  18-9=9   17-9=8   16-9=7   15-9=6</w:t>
            </w:r>
          </w:p>
          <w:p>
            <w:pPr>
              <w:spacing w:after="20" w:line="276" w:lineRule="auto"/>
            </w:pPr>
            <w:r>
              <w:rPr>
                <w:rFonts w:ascii="宋体" w:hAnsi="宋体" w:eastAsia="宋体"/>
                <w:b w:val="0"/>
                <w:sz w:val="18"/>
              </w:rPr>
              <w:t>14-9=5   13-9=4   12-9=3   11-9=2   10-9=1</w:t>
            </w:r>
          </w:p>
          <w:p>
            <w:pPr>
              <w:spacing w:after="20" w:line="276" w:lineRule="auto"/>
            </w:pPr>
            <w:r>
              <w:rPr>
                <w:rFonts w:ascii="宋体" w:hAnsi="宋体" w:eastAsia="宋体"/>
                <w:b w:val="0"/>
                <w:sz w:val="18"/>
              </w:rPr>
              <w:t>师：你发现了什么？</w:t>
            </w:r>
          </w:p>
          <w:p>
            <w:pPr>
              <w:spacing w:after="20" w:line="276" w:lineRule="auto"/>
            </w:pPr>
            <w:r>
              <w:rPr>
                <w:rFonts w:ascii="宋体" w:hAnsi="宋体" w:eastAsia="宋体"/>
                <w:b w:val="0"/>
                <w:sz w:val="18"/>
              </w:rPr>
              <w:t>在学生交流的基础上小结并板书：十几减9，差等于被减数个位上的数加1。</w:t>
            </w:r>
          </w:p>
        </w:tc>
        <w:tc>
          <w:tcPr>
            <w:tcW w:type="dxa" w:w="3061"/>
          </w:tcPr>
          <w:p>
            <w:pPr>
              <w:spacing w:after="20" w:line="276" w:lineRule="auto"/>
            </w:pPr>
            <w:r/>
            <w:r>
              <w:rPr>
                <w:rFonts w:ascii="宋体" w:hAnsi="宋体" w:eastAsia="宋体"/>
                <w:b w:val="0"/>
                <w:sz w:val="18"/>
              </w:rPr>
              <w:t>学生完成后教师有序板书：</w:t>
            </w:r>
          </w:p>
        </w:tc>
        <w:tc>
          <w:tcPr>
            <w:tcW w:type="dxa" w:w="1814"/>
          </w:tcPr>
          <w:p>
            <w:pPr>
              <w:spacing w:after="20" w:line="276" w:lineRule="auto"/>
            </w:pPr>
            <w:r/>
            <w:r>
              <w:rPr>
                <w:rFonts w:ascii="宋体" w:hAnsi="宋体" w:eastAsia="宋体"/>
                <w:b w:val="0"/>
                <w:sz w:val="18"/>
              </w:rPr>
              <w:t>通过开放题的设计，发散学生的思维，从而进一步熟练地计算十几减9，发现十几减9的计算规律，并应用规律快速计算。</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教科书P10~11“练一练”第3~7题及“思考题”。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十几减9的练习课，在练习过程中，遵循由易到难、由浅到深的规律，层层推进，提高学生的计算能力，培养学生解决实际问题的能力。教学时大部分学生能够掌握计算方法，但不够熟练，少数学生还是存在困难。运用十几减9的知识解决问题，对学生来说基本没有问题。</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十几减8</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十几减8</w:t>
            </w:r>
          </w:p>
        </w:tc>
        <w:tc>
          <w:tcPr>
            <w:tcW w:type="dxa" w:w="6009"/>
          </w:tcPr>
          <w:p>
            <w:pPr>
              <w:spacing w:after="20" w:line="276" w:lineRule="auto"/>
            </w:pPr>
            <w:r/>
            <w:r>
              <w:rPr>
                <w:rFonts w:ascii="宋体" w:hAnsi="宋体" w:eastAsia="宋体"/>
                <w:b w:val="0"/>
                <w:sz w:val="20"/>
              </w:rPr>
              <w:t>第2单元 20以内的退位减法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用“凑十法”计算20以内的进位加法和十几减几的不退位减法，并能熟练地计算10以内的加、减法，这些都是学生学习本单元的重要基础。20以内的退位减法，很多学生也会计算，但只是习惯性地记忆计算结果，不一定理解其算理，算法也不一定很清楚。这也是教学时的难点：一方面，看起来学生会算，事实上学生不会算，只是背答案；另一方面，学生以为自己会算而不认真学习，事实上也并不会算。如果不清楚算理，没掌握算法，会直接影响到以后的计算学习。掌握算法后，学生初步具备了一定的解决问题的能力，但是在解决信息量比较大的问题时还存在一定的困难。</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教学内容：教科书P12例2，完成教科书P12“做一做”。</w:t>
      </w:r>
    </w:p>
    <w:p>
      <w:pPr>
        <w:spacing w:after="80" w:line="300" w:lineRule="auto"/>
        <w:ind w:firstLine="400"/>
      </w:pPr>
      <w:r>
        <w:rPr>
          <w:rFonts w:ascii="宋体" w:hAnsi="宋体" w:eastAsia="宋体"/>
          <w:b w:val="0"/>
          <w:sz w:val="20"/>
        </w:rPr>
        <w:t>教学准备：课件、小棒、口算卡片。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（1）在具体的情境中，探究“十几减8”的算理和算法，能正确计算十几减8。</w:t>
      </w:r>
    </w:p>
    <w:p>
      <w:pPr>
        <w:spacing w:after="20" w:line="300" w:lineRule="auto"/>
        <w:ind w:firstLine="400"/>
      </w:pPr>
      <w:r>
        <w:rPr>
          <w:rFonts w:ascii="宋体" w:hAnsi="宋体" w:eastAsia="宋体"/>
          <w:b w:val="0"/>
          <w:sz w:val="20"/>
        </w:rPr>
        <w:t>（2）经历操作探究活动，体会算法的多样化并逐步优化方法，培养学生归纳整理的能力以及思维的灵活性和创造性。</w:t>
      </w:r>
    </w:p>
    <w:p>
      <w:pPr>
        <w:spacing w:after="20" w:line="300" w:lineRule="auto"/>
        <w:ind w:firstLine="400"/>
      </w:pPr>
      <w:r>
        <w:rPr>
          <w:rFonts w:ascii="宋体" w:hAnsi="宋体" w:eastAsia="宋体"/>
          <w:b w:val="0"/>
          <w:sz w:val="20"/>
        </w:rPr>
        <w:t>（3）发展学生独立思考、解决问题的能力，培养合作交流的意识。</w:t>
      </w:r>
    </w:p>
    <w:p>
      <w:pPr>
        <w:spacing w:after="20" w:line="300" w:lineRule="auto"/>
      </w:pPr>
      <w:r>
        <w:rPr>
          <w:rFonts w:ascii="宋体" w:hAnsi="宋体" w:eastAsia="宋体"/>
          <w:b w:val="0"/>
          <w:sz w:val="20"/>
        </w:rPr>
        <w:t>教学重点：掌握“十几减8”的退位减法的计算方法。</w:t>
      </w:r>
    </w:p>
    <w:p>
      <w:pPr>
        <w:spacing w:after="20" w:line="300" w:lineRule="auto"/>
      </w:pPr>
      <w:r>
        <w:rPr>
          <w:rFonts w:ascii="宋体" w:hAnsi="宋体" w:eastAsia="宋体"/>
          <w:b w:val="0"/>
          <w:sz w:val="20"/>
        </w:rPr>
        <w:t>教学难点：理解“十几减8”的退位减法的算理。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一、复习引入，铺垫基础</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二、情境引入，提出问题1.创设情境，提出问题。</w:t>
            </w:r>
          </w:p>
        </w:tc>
        <w:tc>
          <w:tcPr>
            <w:tcW w:type="dxa" w:w="1814"/>
          </w:tcPr>
          <w:p>
            <w:pPr>
              <w:spacing w:after="20" w:line="276" w:lineRule="auto"/>
            </w:pPr>
            <w:r/>
            <w:r>
              <w:rPr>
                <w:rFonts w:ascii="宋体" w:hAnsi="宋体" w:eastAsia="宋体"/>
                <w:b w:val="0"/>
                <w:sz w:val="18"/>
              </w:rPr>
              <w:t>课件、教科书、小棒</w:t>
            </w:r>
          </w:p>
        </w:tc>
        <w:tc>
          <w:tcPr>
            <w:tcW w:type="dxa" w:w="3402"/>
          </w:tcPr>
          <w:p>
            <w:pPr>
              <w:spacing w:after="20" w:line="276" w:lineRule="auto"/>
            </w:pPr>
            <w:r/>
            <w:r>
              <w:rPr>
                <w:rFonts w:ascii="宋体" w:hAnsi="宋体" w:eastAsia="宋体"/>
                <w:b w:val="0"/>
                <w:sz w:val="18"/>
              </w:rPr>
              <w:t>从图中你获得了哪些数学信息？根据这些信息你能提出什么数学问题？；要求“还剩几个”，应该怎样列式？</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三、自主计算，内化算理、算法1.动手操作，探索算法。</w:t>
            </w:r>
          </w:p>
        </w:tc>
        <w:tc>
          <w:tcPr>
            <w:tcW w:type="dxa" w:w="1814"/>
          </w:tcPr>
          <w:p>
            <w:pPr>
              <w:spacing w:after="20" w:line="276" w:lineRule="auto"/>
            </w:pPr>
            <w:r/>
            <w:r>
              <w:rPr>
                <w:rFonts w:ascii="宋体" w:hAnsi="宋体" w:eastAsia="宋体"/>
                <w:b w:val="0"/>
                <w:sz w:val="18"/>
              </w:rPr>
              <w:t>小棒、课件</w:t>
            </w:r>
          </w:p>
        </w:tc>
        <w:tc>
          <w:tcPr>
            <w:tcW w:type="dxa" w:w="3402"/>
          </w:tcPr>
          <w:p>
            <w:pPr>
              <w:spacing w:after="20" w:line="276" w:lineRule="auto"/>
            </w:pPr>
            <w:r/>
            <w:r>
              <w:rPr>
                <w:rFonts w:ascii="宋体" w:hAnsi="宋体" w:eastAsia="宋体"/>
                <w:b w:val="0"/>
                <w:sz w:val="18"/>
              </w:rPr>
              <w:t>“12-8”该怎样计算呢？你能试着用小棒代替风车，摆一摆、算一算吗？；2为什么要加2？</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教师用课件演示计算过程。(教师适时板书)</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课件演示计算过程。（教师适时板书）</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同学们通过自己的操作和探索，得到了三种算法，这三种算法都很好！你最喜欢哪种算法？</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四、适时巩固，拓展提升</w:t>
            </w:r>
          </w:p>
        </w:tc>
        <w:tc>
          <w:tcPr>
            <w:tcW w:type="dxa" w:w="1814"/>
          </w:tcPr>
          <w:p>
            <w:pPr>
              <w:spacing w:after="20" w:line="276" w:lineRule="auto"/>
            </w:pPr>
            <w:r/>
            <w:r>
              <w:rPr>
                <w:rFonts w:ascii="宋体" w:hAnsi="宋体" w:eastAsia="宋体"/>
                <w:b w:val="0"/>
                <w:sz w:val="18"/>
              </w:rPr>
              <w:t>教科书、课件、小棒</w:t>
            </w:r>
          </w:p>
        </w:tc>
        <w:tc>
          <w:tcPr>
            <w:tcW w:type="dxa" w:w="3402"/>
          </w:tcPr>
          <w:p>
            <w:pPr>
              <w:spacing w:after="20" w:line="276" w:lineRule="auto"/>
            </w:pPr>
            <w:r/>
            <w:r>
              <w:rPr>
                <w:rFonts w:ascii="宋体" w:hAnsi="宋体" w:eastAsia="宋体"/>
                <w:b w:val="0"/>
                <w:sz w:val="18"/>
              </w:rPr>
              <w:t>观察每一组的算式，你发现了什么？；观察算式，你发现了什么？</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通过今天这一节课的学习，你们有哪些收获？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一、复习引入，铺垫基础</w:t>
            </w:r>
          </w:p>
        </w:tc>
        <w:tc>
          <w:tcPr>
            <w:tcW w:type="dxa" w:w="3061"/>
          </w:tcPr>
          <w:p>
            <w:pPr>
              <w:spacing w:after="20" w:line="276" w:lineRule="auto"/>
            </w:pPr>
            <w:r/>
            <w:r>
              <w:rPr>
                <w:rFonts w:ascii="宋体" w:hAnsi="宋体" w:eastAsia="宋体"/>
                <w:b w:val="0"/>
                <w:sz w:val="18"/>
              </w:rPr>
              <w:t>课件出示复习题。</w:t>
            </w:r>
          </w:p>
          <w:p>
            <w:pPr>
              <w:spacing w:after="20" w:line="276" w:lineRule="auto"/>
            </w:pPr>
            <w:r>
              <w:rPr>
                <w:rFonts w:ascii="宋体" w:hAnsi="宋体" w:eastAsia="宋体"/>
                <w:b w:val="0"/>
                <w:sz w:val="18"/>
              </w:rPr>
              <w:t>任意指出其中1至2个算式说一说算法。</w:t>
            </w:r>
          </w:p>
        </w:tc>
        <w:tc>
          <w:tcPr>
            <w:tcW w:type="dxa" w:w="3061"/>
          </w:tcPr>
          <w:p>
            <w:pPr>
              <w:spacing w:after="20" w:line="276" w:lineRule="auto"/>
            </w:pPr>
            <w:r/>
            <w:r>
              <w:rPr>
                <w:rFonts w:ascii="宋体" w:hAnsi="宋体" w:eastAsia="宋体"/>
                <w:b w:val="0"/>
                <w:sz w:val="18"/>
              </w:rPr>
              <w:t>大部分学生能够正确计算，少数学生可以借助具体的实物摆一摆，从而找到答案。</w:t>
            </w:r>
          </w:p>
        </w:tc>
        <w:tc>
          <w:tcPr>
            <w:tcW w:type="dxa" w:w="1814"/>
          </w:tcPr>
          <w:p>
            <w:pPr>
              <w:spacing w:after="20" w:line="276" w:lineRule="auto"/>
            </w:pPr>
            <w:r/>
            <w:r>
              <w:rPr>
                <w:rFonts w:ascii="宋体" w:hAnsi="宋体" w:eastAsia="宋体"/>
                <w:b w:val="0"/>
                <w:sz w:val="18"/>
              </w:rPr>
              <w:t>通过两组复习题突出新旧知识间的联系，回忆“十几减9”的算法，为教学“十几减8”打下基础。</w:t>
            </w:r>
          </w:p>
        </w:tc>
      </w:tr>
      <w:tr>
        <w:tc>
          <w:tcPr>
            <w:tcW w:type="dxa" w:w="1474"/>
          </w:tcPr>
          <w:p>
            <w:pPr>
              <w:spacing w:after="20" w:line="276" w:lineRule="auto"/>
            </w:pPr>
            <w:r>
              <w:rPr>
                <w:b/>
              </w:rPr>
            </w:r>
            <w:r>
              <w:rPr>
                <w:rFonts w:ascii="宋体" w:hAnsi="宋体" w:eastAsia="宋体"/>
                <w:b/>
                <w:sz w:val="18"/>
              </w:rPr>
              <w:t>二、情境引入，提出问题1.创设情境，提出问题。</w:t>
            </w:r>
          </w:p>
        </w:tc>
        <w:tc>
          <w:tcPr>
            <w:tcW w:type="dxa" w:w="3061"/>
          </w:tcPr>
          <w:p>
            <w:pPr>
              <w:spacing w:after="20" w:line="276" w:lineRule="auto"/>
            </w:pPr>
            <w:r/>
            <w:r>
              <w:rPr>
                <w:rFonts w:ascii="宋体" w:hAnsi="宋体" w:eastAsia="宋体"/>
                <w:b w:val="0"/>
                <w:sz w:val="18"/>
              </w:rPr>
              <w:t>课件出示教科书P12例2。</w:t>
            </w:r>
          </w:p>
          <w:p>
            <w:pPr>
              <w:spacing w:after="20" w:line="276" w:lineRule="auto"/>
            </w:pPr>
            <w:r>
              <w:rPr>
                <w:rFonts w:ascii="宋体" w:hAnsi="宋体" w:eastAsia="宋体"/>
                <w:b w:val="0"/>
                <w:sz w:val="18"/>
              </w:rPr>
              <w:t>师：从图中你获得了哪些数学信息？根据这些信息你能提出什么数学问题？</w:t>
            </w:r>
          </w:p>
          <w:p>
            <w:pPr>
              <w:spacing w:after="20" w:line="276" w:lineRule="auto"/>
            </w:pPr>
            <w:r>
              <w:rPr>
                <w:rFonts w:ascii="宋体" w:hAnsi="宋体" w:eastAsia="宋体"/>
                <w:b w:val="0"/>
                <w:sz w:val="18"/>
              </w:rPr>
              <w:t>2.列出算式，大胆猜测。</w:t>
            </w:r>
          </w:p>
          <w:p>
            <w:pPr>
              <w:spacing w:after="20" w:line="276" w:lineRule="auto"/>
            </w:pPr>
            <w:r>
              <w:rPr>
                <w:rFonts w:ascii="宋体" w:hAnsi="宋体" w:eastAsia="宋体"/>
                <w:b w:val="0"/>
                <w:sz w:val="18"/>
              </w:rPr>
              <w:t>师：要求“还剩几个”，应该怎样列式？</w:t>
            </w:r>
          </w:p>
          <w:p>
            <w:pPr>
              <w:spacing w:after="20" w:line="276" w:lineRule="auto"/>
            </w:pPr>
            <w:r>
              <w:rPr>
                <w:rFonts w:ascii="宋体" w:hAnsi="宋体" w:eastAsia="宋体"/>
                <w:b w:val="0"/>
                <w:sz w:val="18"/>
              </w:rPr>
              <w:t>3.揭示课题。</w:t>
            </w:r>
          </w:p>
          <w:p>
            <w:pPr>
              <w:spacing w:after="20" w:line="276" w:lineRule="auto"/>
            </w:pPr>
            <w:r>
              <w:rPr>
                <w:rFonts w:ascii="宋体" w:hAnsi="宋体" w:eastAsia="宋体"/>
                <w:b w:val="0"/>
                <w:sz w:val="18"/>
              </w:rPr>
              <w:t>师：今天这节课我们就来学习“十几减8”的计算。(板书课题：十几减8)</w:t>
            </w:r>
          </w:p>
        </w:tc>
        <w:tc>
          <w:tcPr>
            <w:tcW w:type="dxa" w:w="3061"/>
          </w:tcPr>
          <w:p>
            <w:pPr>
              <w:spacing w:after="20" w:line="276" w:lineRule="auto"/>
            </w:pPr>
            <w:r/>
            <w:r>
              <w:rPr>
                <w:rFonts w:ascii="宋体" w:hAnsi="宋体" w:eastAsia="宋体"/>
                <w:b w:val="0"/>
                <w:sz w:val="18"/>
              </w:rPr>
              <w:t>学生根据图中的信息“一共有12个风车，小女孩要8个”很容易提出问题“还剩几个”。(及时对学生进行鼓励:你真是一个善于观察的孩子。)</w:t>
            </w:r>
          </w:p>
          <w:p>
            <w:pPr>
              <w:spacing w:after="20" w:line="276" w:lineRule="auto"/>
            </w:pPr>
            <w:r>
              <w:rPr>
                <w:rFonts w:ascii="宋体" w:hAnsi="宋体" w:eastAsia="宋体"/>
                <w:b w:val="0"/>
                <w:sz w:val="18"/>
              </w:rPr>
              <w:t>学生很容易列出算式：12-8。</w:t>
            </w:r>
          </w:p>
        </w:tc>
        <w:tc>
          <w:tcPr>
            <w:tcW w:type="dxa" w:w="1814"/>
          </w:tcPr>
          <w:p>
            <w:pPr>
              <w:spacing w:after="20" w:line="276" w:lineRule="auto"/>
            </w:pPr>
            <w:r/>
            <w:r>
              <w:rPr>
                <w:rFonts w:ascii="宋体" w:hAnsi="宋体" w:eastAsia="宋体"/>
                <w:b w:val="0"/>
                <w:sz w:val="18"/>
              </w:rPr>
              <w:t>借助情境，延续单元主题图的作用，激发学生的学习兴趣，引起学生的探究欲望。</w:t>
            </w:r>
          </w:p>
        </w:tc>
      </w:tr>
      <w:tr>
        <w:tc>
          <w:tcPr>
            <w:tcW w:type="dxa" w:w="1474"/>
          </w:tcPr>
          <w:p>
            <w:pPr>
              <w:spacing w:after="20" w:line="276" w:lineRule="auto"/>
            </w:pPr>
            <w:r>
              <w:rPr>
                <w:b/>
              </w:rPr>
            </w:r>
            <w:r>
              <w:rPr>
                <w:rFonts w:ascii="宋体" w:hAnsi="宋体" w:eastAsia="宋体"/>
                <w:b/>
                <w:sz w:val="18"/>
              </w:rPr>
              <w:t>三、自主计算，内化算理、算法1.动手操作，探索算法。</w:t>
            </w:r>
          </w:p>
        </w:tc>
        <w:tc>
          <w:tcPr>
            <w:tcW w:type="dxa" w:w="3061"/>
          </w:tcPr>
          <w:p>
            <w:pPr>
              <w:spacing w:after="20" w:line="276" w:lineRule="auto"/>
            </w:pPr>
            <w:r/>
            <w:r>
              <w:rPr>
                <w:rFonts w:ascii="宋体" w:hAnsi="宋体" w:eastAsia="宋体"/>
                <w:b w:val="0"/>
                <w:sz w:val="18"/>
              </w:rPr>
              <w:t>(1)用小棒代替风车摆一摆，独立探索。</w:t>
            </w:r>
          </w:p>
          <w:p>
            <w:pPr>
              <w:spacing w:after="20" w:line="276" w:lineRule="auto"/>
            </w:pPr>
            <w:r>
              <w:rPr>
                <w:rFonts w:ascii="宋体" w:hAnsi="宋体" w:eastAsia="宋体"/>
                <w:b w:val="0"/>
                <w:sz w:val="18"/>
              </w:rPr>
              <w:t>师：“12-8”该怎样计算呢？你能试着用小棒代替风车，摆一摆、算一算吗？一边摆，一边和同桌说说你是怎么想的。</w:t>
            </w:r>
          </w:p>
          <w:p>
            <w:pPr>
              <w:spacing w:after="20" w:line="276" w:lineRule="auto"/>
            </w:pPr>
            <w:r>
              <w:rPr>
                <w:rFonts w:ascii="宋体" w:hAnsi="宋体" w:eastAsia="宋体"/>
                <w:b w:val="0"/>
                <w:sz w:val="18"/>
              </w:rPr>
              <w:t>课件出示12根小棒。</w:t>
            </w:r>
          </w:p>
          <w:p>
            <w:pPr>
              <w:spacing w:after="20" w:line="276" w:lineRule="auto"/>
            </w:pPr>
            <w:r>
              <w:rPr>
                <w:rFonts w:ascii="宋体" w:hAnsi="宋体" w:eastAsia="宋体"/>
                <w:b w:val="0"/>
                <w:sz w:val="18"/>
              </w:rPr>
              <w:t>(2)汇报交流,展示多种计算方法。</w:t>
            </w:r>
          </w:p>
          <w:p>
            <w:pPr>
              <w:spacing w:after="20" w:line="276" w:lineRule="auto"/>
            </w:pPr>
            <w:r>
              <w:rPr>
                <w:rFonts w:ascii="宋体" w:hAnsi="宋体" w:eastAsia="宋体"/>
                <w:b w:val="0"/>
                <w:sz w:val="18"/>
              </w:rPr>
              <w:t>师：请同学们汇报自己的计算方法。(选择性地按照如下顺序汇报)</w:t>
            </w:r>
          </w:p>
          <w:p>
            <w:pPr>
              <w:spacing w:after="20" w:line="276" w:lineRule="auto"/>
            </w:pPr>
            <w:r>
              <w:rPr>
                <w:rFonts w:ascii="宋体" w:hAnsi="宋体" w:eastAsia="宋体"/>
                <w:b w:val="0"/>
                <w:sz w:val="18"/>
              </w:rPr>
              <w:t>依次展示可能出现的几种方法。</w:t>
            </w:r>
          </w:p>
          <w:p>
            <w:pPr>
              <w:spacing w:after="20" w:line="276" w:lineRule="auto"/>
            </w:pPr>
            <w:r>
              <w:rPr>
                <w:rFonts w:ascii="宋体" w:hAnsi="宋体" w:eastAsia="宋体"/>
                <w:b w:val="0"/>
                <w:sz w:val="18"/>
              </w:rPr>
              <w:t>让学生演示摆小棒的过程，边摆边回答“12减8等于几”。</w:t>
            </w:r>
          </w:p>
          <w:p>
            <w:pPr>
              <w:spacing w:after="20" w:line="276" w:lineRule="auto"/>
            </w:pPr>
            <w:r>
              <w:rPr>
                <w:rFonts w:ascii="宋体" w:hAnsi="宋体" w:eastAsia="宋体"/>
                <w:b w:val="0"/>
                <w:sz w:val="18"/>
              </w:rPr>
              <w:t>10-8=2，2+2=4，也就是把12分成10和2，先从10里减去8，再将剩下的2和另外的2合起来。</w:t>
            </w:r>
          </w:p>
          <w:p>
            <w:pPr>
              <w:spacing w:after="20" w:line="276" w:lineRule="auto"/>
            </w:pPr>
            <w:r>
              <w:rPr>
                <w:rFonts w:ascii="宋体" w:hAnsi="宋体" w:eastAsia="宋体"/>
                <w:b w:val="0"/>
                <w:sz w:val="18"/>
              </w:rPr>
              <w:t>师：2为什么要加2？</w:t>
            </w:r>
          </w:p>
        </w:tc>
        <w:tc>
          <w:tcPr>
            <w:tcW w:type="dxa" w:w="3061"/>
          </w:tcPr>
          <w:p>
            <w:pPr>
              <w:spacing w:after="20" w:line="276" w:lineRule="auto"/>
            </w:pPr>
            <w:r/>
            <w:r>
              <w:rPr>
                <w:rFonts w:ascii="宋体" w:hAnsi="宋体" w:eastAsia="宋体"/>
                <w:b w:val="0"/>
                <w:sz w:val="18"/>
              </w:rPr>
              <w:t>学生动手操作并交流，教师巡视，及时指导，并发现有代表性的算法。</w:t>
            </w:r>
          </w:p>
          <w:p>
            <w:pPr>
              <w:spacing w:after="20" w:line="276" w:lineRule="auto"/>
            </w:pPr>
            <w:r>
              <w:rPr>
                <w:rFonts w:ascii="宋体" w:hAnsi="宋体" w:eastAsia="宋体"/>
                <w:b w:val="0"/>
                <w:sz w:val="18"/>
              </w:rPr>
              <w:t>预设1：“破十法”。</w:t>
            </w:r>
          </w:p>
        </w:tc>
        <w:tc>
          <w:tcPr>
            <w:tcW w:type="dxa" w:w="1814"/>
          </w:tcPr>
          <w:p>
            <w:pPr>
              <w:spacing w:after="20" w:line="276" w:lineRule="auto"/>
            </w:pPr>
            <w:r/>
            <w:r>
              <w:rPr>
                <w:rFonts w:ascii="宋体" w:hAnsi="宋体" w:eastAsia="宋体"/>
                <w:b w:val="0"/>
                <w:sz w:val="18"/>
              </w:rPr>
              <w:t>由摆到算，既是理解算理、算法的过程，也是让学生由实物逐步认识符号的抽象过程，为掌握算法、形成数学思维奠定良好的基础。</w:t>
            </w:r>
          </w:p>
        </w:tc>
      </w:tr>
      <w:tr>
        <w:tc>
          <w:tcPr>
            <w:tcW w:type="dxa" w:w="1474"/>
          </w:tcPr>
          <w:p>
            <w:pPr>
              <w:spacing w:after="20" w:line="276" w:lineRule="auto"/>
            </w:pPr>
            <w:r>
              <w:rPr>
                <w:b/>
              </w:rPr>
            </w:r>
            <w:r>
              <w:rPr>
                <w:rFonts w:ascii="宋体" w:hAnsi="宋体" w:eastAsia="宋体"/>
                <w:b/>
                <w:sz w:val="18"/>
              </w:rPr>
              <w:t>教师用课件演示计算过程。(教师适时板书)</w:t>
            </w:r>
          </w:p>
        </w:tc>
        <w:tc>
          <w:tcPr>
            <w:tcW w:type="dxa" w:w="3061"/>
          </w:tcPr>
          <w:p>
            <w:pPr>
              <w:spacing w:after="20" w:line="276" w:lineRule="auto"/>
            </w:pPr>
            <w:r/>
            <w:r>
              <w:rPr>
                <w:rFonts w:ascii="宋体" w:hAnsi="宋体" w:eastAsia="宋体"/>
                <w:b w:val="0"/>
                <w:sz w:val="18"/>
              </w:rPr>
              <w:t>12-2=10,10-6=4，也就是先从12里减2，没减完，所以再从剩下的10里减6,最后剩下4。</w:t>
            </w:r>
          </w:p>
        </w:tc>
        <w:tc>
          <w:tcPr>
            <w:tcW w:type="dxa" w:w="3061"/>
          </w:tcPr>
          <w:p>
            <w:pPr>
              <w:spacing w:after="20" w:line="276" w:lineRule="auto"/>
            </w:pPr>
            <w:r/>
            <w:r>
              <w:rPr>
                <w:rFonts w:ascii="宋体" w:hAnsi="宋体" w:eastAsia="宋体"/>
                <w:b w:val="0"/>
                <w:sz w:val="18"/>
              </w:rPr>
              <w:t>预设2：“平十法”。</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课件演示计算过程。（教师适时板书）</w:t>
            </w:r>
          </w:p>
        </w:tc>
        <w:tc>
          <w:tcPr>
            <w:tcW w:type="dxa" w:w="3061"/>
          </w:tcPr>
          <w:p>
            <w:pPr>
              <w:spacing w:after="20" w:line="276" w:lineRule="auto"/>
            </w:pPr>
            <w:r/>
            <w:r>
              <w:rPr>
                <w:rFonts w:ascii="宋体" w:hAnsi="宋体" w:eastAsia="宋体"/>
                <w:b w:val="0"/>
                <w:sz w:val="18"/>
              </w:rPr>
              <w:t>看减想加：看到12-8，就想8+□=12。因为8+4=12，所以□里是4，即12-8=4。(教师适时板书)</w:t>
            </w:r>
          </w:p>
          <w:p>
            <w:pPr>
              <w:spacing w:after="20" w:line="276" w:lineRule="auto"/>
            </w:pPr>
            <w:r>
              <w:rPr>
                <w:rFonts w:ascii="宋体" w:hAnsi="宋体" w:eastAsia="宋体"/>
                <w:b w:val="0"/>
                <w:sz w:val="18"/>
              </w:rPr>
              <w:t>2.小结优化算法。</w:t>
            </w:r>
          </w:p>
          <w:p>
            <w:pPr>
              <w:spacing w:after="20" w:line="276" w:lineRule="auto"/>
            </w:pPr>
            <w:r>
              <w:rPr>
                <w:rFonts w:ascii="宋体" w:hAnsi="宋体" w:eastAsia="宋体"/>
                <w:b w:val="0"/>
                <w:sz w:val="18"/>
              </w:rPr>
              <w:t>师：同学们通过自己的操作和探索，得到了三种算法，这三种算法都很好！你最喜欢哪种算法？说说你的理由。</w:t>
            </w:r>
          </w:p>
        </w:tc>
        <w:tc>
          <w:tcPr>
            <w:tcW w:type="dxa" w:w="3061"/>
          </w:tcPr>
          <w:p>
            <w:pPr>
              <w:spacing w:after="20" w:line="276" w:lineRule="auto"/>
            </w:pPr>
            <w:r/>
            <w:r>
              <w:rPr>
                <w:rFonts w:ascii="宋体" w:hAnsi="宋体" w:eastAsia="宋体"/>
                <w:b w:val="0"/>
                <w:sz w:val="18"/>
              </w:rPr>
              <w:t>预设3：“想加算减法”。</w:t>
            </w:r>
          </w:p>
          <w:p>
            <w:pPr>
              <w:spacing w:after="20" w:line="276" w:lineRule="auto"/>
            </w:pPr>
            <w:r>
              <w:rPr>
                <w:rFonts w:ascii="宋体" w:hAnsi="宋体" w:eastAsia="宋体"/>
                <w:b w:val="0"/>
                <w:sz w:val="18"/>
              </w:rPr>
              <w:t>学生任意选择哪种算法都行。</w:t>
            </w:r>
          </w:p>
        </w:tc>
        <w:tc>
          <w:tcPr>
            <w:tcW w:type="dxa" w:w="1814"/>
          </w:tcPr>
          <w:p>
            <w:pPr>
              <w:spacing w:after="20" w:line="276" w:lineRule="auto"/>
            </w:pPr>
            <w:r/>
            <w:r>
              <w:rPr>
                <w:rFonts w:ascii="宋体" w:hAnsi="宋体" w:eastAsia="宋体"/>
                <w:b w:val="0"/>
                <w:sz w:val="18"/>
              </w:rPr>
              <w:t>通过三种算法的对比归纳，让学生进一步领会自己喜欢的算法，并逐步理解和尝试其他算法，选择最合适的方法，从而达到多种算法并存，逐步优化算法，拓展学生的思维的目的。</w:t>
            </w:r>
          </w:p>
        </w:tc>
      </w:tr>
      <w:tr>
        <w:tc>
          <w:tcPr>
            <w:tcW w:type="dxa" w:w="1474"/>
          </w:tcPr>
          <w:p>
            <w:pPr>
              <w:spacing w:after="20" w:line="276" w:lineRule="auto"/>
            </w:pPr>
            <w:r>
              <w:rPr>
                <w:b/>
              </w:rPr>
            </w:r>
            <w:r>
              <w:rPr>
                <w:rFonts w:ascii="宋体" w:hAnsi="宋体" w:eastAsia="宋体"/>
                <w:b/>
                <w:sz w:val="18"/>
              </w:rPr>
              <w:t>四、适时巩固，拓展提升</w:t>
            </w:r>
          </w:p>
        </w:tc>
        <w:tc>
          <w:tcPr>
            <w:tcW w:type="dxa" w:w="3061"/>
          </w:tcPr>
          <w:p>
            <w:pPr>
              <w:spacing w:after="20" w:line="276" w:lineRule="auto"/>
            </w:pPr>
            <w:r/>
            <w:r>
              <w:rPr>
                <w:rFonts w:ascii="宋体" w:hAnsi="宋体" w:eastAsia="宋体"/>
                <w:b w:val="0"/>
                <w:sz w:val="18"/>
              </w:rPr>
              <w:t>1.完成教科书P12“做一做”第1题。</w:t>
            </w:r>
          </w:p>
          <w:p>
            <w:pPr>
              <w:spacing w:after="20" w:line="276" w:lineRule="auto"/>
            </w:pPr>
            <w:r>
              <w:rPr>
                <w:rFonts w:ascii="宋体" w:hAnsi="宋体" w:eastAsia="宋体"/>
                <w:b w:val="0"/>
                <w:sz w:val="18"/>
              </w:rPr>
              <w:t>2.完成教科书P12“做一做”第2题。</w:t>
            </w:r>
          </w:p>
          <w:p>
            <w:pPr>
              <w:spacing w:after="20" w:line="276" w:lineRule="auto"/>
            </w:pPr>
            <w:r>
              <w:rPr>
                <w:rFonts w:ascii="宋体" w:hAnsi="宋体" w:eastAsia="宋体"/>
                <w:b w:val="0"/>
                <w:sz w:val="18"/>
              </w:rPr>
              <w:t>(1)学生独立完成后交流。</w:t>
            </w:r>
          </w:p>
          <w:p>
            <w:pPr>
              <w:spacing w:after="20" w:line="276" w:lineRule="auto"/>
            </w:pPr>
            <w:r>
              <w:rPr>
                <w:rFonts w:ascii="宋体" w:hAnsi="宋体" w:eastAsia="宋体"/>
                <w:b w:val="0"/>
                <w:sz w:val="18"/>
              </w:rPr>
              <w:t>(2)师：观察每一组的算式，你发现了什么？</w:t>
            </w:r>
          </w:p>
          <w:p>
            <w:pPr>
              <w:spacing w:after="20" w:line="276" w:lineRule="auto"/>
            </w:pPr>
            <w:r>
              <w:rPr>
                <w:rFonts w:ascii="宋体" w:hAnsi="宋体" w:eastAsia="宋体"/>
                <w:b w:val="0"/>
                <w:sz w:val="18"/>
              </w:rPr>
              <w:t>3.完成教科书P12“做一做”第3题。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(2)交流汇报。</w:t>
            </w:r>
          </w:p>
          <w:p>
            <w:pPr>
              <w:spacing w:after="20" w:line="276" w:lineRule="auto"/>
            </w:pPr>
            <w:r>
              <w:rPr>
                <w:rFonts w:ascii="宋体" w:hAnsi="宋体" w:eastAsia="宋体"/>
                <w:b w:val="0"/>
                <w:sz w:val="18"/>
              </w:rPr>
              <w:t>（3）师：观察算式，你发现了什么？</w:t>
            </w:r>
          </w:p>
          <w:p>
            <w:pPr>
              <w:spacing w:after="20" w:line="276" w:lineRule="auto"/>
            </w:pPr>
            <w:r>
              <w:rPr>
                <w:rFonts w:ascii="宋体" w:hAnsi="宋体" w:eastAsia="宋体"/>
                <w:b w:val="0"/>
                <w:sz w:val="18"/>
              </w:rPr>
              <w:t>4.课件出示练习题。</w:t>
            </w:r>
          </w:p>
          <w:p>
            <w:pPr>
              <w:spacing w:after="20" w:line="276" w:lineRule="auto"/>
            </w:pPr>
            <w:r>
              <w:rPr>
                <w:rFonts w:ascii="宋体" w:hAnsi="宋体" w:eastAsia="宋体"/>
                <w:b w:val="0"/>
                <w:sz w:val="18"/>
              </w:rPr>
              <w:t>（1）师：说说你会选择哪3个数。</w:t>
            </w:r>
          </w:p>
          <w:p>
            <w:pPr>
              <w:spacing w:after="20" w:line="276" w:lineRule="auto"/>
            </w:pPr>
            <w:r>
              <w:rPr>
                <w:rFonts w:ascii="宋体" w:hAnsi="宋体" w:eastAsia="宋体"/>
                <w:b w:val="0"/>
                <w:sz w:val="18"/>
              </w:rPr>
              <w:t>（2）学生独立完成并交流汇报。</w:t>
            </w:r>
          </w:p>
        </w:tc>
        <w:tc>
          <w:tcPr>
            <w:tcW w:type="dxa" w:w="3061"/>
          </w:tcPr>
          <w:p>
            <w:pPr>
              <w:spacing w:after="20" w:line="276" w:lineRule="auto"/>
            </w:pPr>
            <w:r/>
            <w:r>
              <w:rPr>
                <w:rFonts w:ascii="宋体" w:hAnsi="宋体" w:eastAsia="宋体"/>
                <w:b w:val="0"/>
                <w:sz w:val="18"/>
              </w:rPr>
              <w:t>学生独立圈一圈、算一算后交流。</w:t>
            </w:r>
          </w:p>
          <w:p>
            <w:pPr>
              <w:spacing w:after="20" w:line="276" w:lineRule="auto"/>
            </w:pPr>
            <w:r>
              <w:rPr>
                <w:rFonts w:ascii="宋体" w:hAnsi="宋体" w:eastAsia="宋体"/>
                <w:b w:val="0"/>
                <w:sz w:val="18"/>
              </w:rPr>
              <w:t>预设1：每一组中都有一个加法算式和一个减法算式，且这两个算式都是用同样的3个数写出来的。</w:t>
            </w:r>
          </w:p>
          <w:p>
            <w:pPr>
              <w:spacing w:after="20" w:line="276" w:lineRule="auto"/>
            </w:pPr>
            <w:r>
              <w:rPr>
                <w:rFonts w:ascii="宋体" w:hAnsi="宋体" w:eastAsia="宋体"/>
                <w:b w:val="0"/>
                <w:sz w:val="18"/>
              </w:rPr>
              <w:t>预设2：每组中都可以通过加法算式的结果直接写出减法算式的结果。</w:t>
            </w:r>
          </w:p>
          <w:p>
            <w:pPr>
              <w:spacing w:after="20" w:line="276" w:lineRule="auto"/>
            </w:pPr>
            <w:r>
              <w:rPr>
                <w:rFonts w:ascii="宋体" w:hAnsi="宋体" w:eastAsia="宋体"/>
                <w:b w:val="0"/>
                <w:sz w:val="18"/>
              </w:rPr>
              <w:t>预设1：这些减法算式的减数都是8。</w:t>
            </w:r>
          </w:p>
          <w:p>
            <w:pPr>
              <w:spacing w:after="20" w:line="276" w:lineRule="auto"/>
            </w:pPr>
            <w:r>
              <w:rPr>
                <w:rFonts w:ascii="宋体" w:hAnsi="宋体" w:eastAsia="宋体"/>
                <w:b w:val="0"/>
                <w:sz w:val="18"/>
              </w:rPr>
              <w:t>预设2：如果用“破十法”计算，会发现，计算十几减8，就是在算几加2。</w:t>
            </w:r>
          </w:p>
          <w:p>
            <w:pPr>
              <w:spacing w:after="20" w:line="276" w:lineRule="auto"/>
            </w:pPr>
            <w:r>
              <w:rPr>
                <w:rFonts w:ascii="宋体" w:hAnsi="宋体" w:eastAsia="宋体"/>
                <w:b w:val="0"/>
                <w:sz w:val="18"/>
              </w:rPr>
              <w:t>预设3：如果用“想加算减法”计算，可知：被减数增加几(或减少几)，减数不变，差也会随着增加几(或减少几)。</w:t>
            </w:r>
          </w:p>
        </w:tc>
        <w:tc>
          <w:tcPr>
            <w:tcW w:type="dxa" w:w="1814"/>
          </w:tcPr>
          <w:p>
            <w:pPr>
              <w:spacing w:after="20" w:line="276" w:lineRule="auto"/>
            </w:pPr>
            <w:r/>
            <w:r>
              <w:rPr>
                <w:rFonts w:ascii="宋体" w:hAnsi="宋体" w:eastAsia="宋体"/>
                <w:b w:val="0"/>
                <w:sz w:val="18"/>
              </w:rPr>
              <w:t>借助实物图，进一步巩固“破十法”，动手操作，圈一圈、算一算，感悟算法的本质。</w:t>
            </w:r>
          </w:p>
          <w:p>
            <w:pPr>
              <w:spacing w:after="20" w:line="276" w:lineRule="auto"/>
            </w:pPr>
            <w:r>
              <w:rPr>
                <w:rFonts w:ascii="宋体" w:hAnsi="宋体" w:eastAsia="宋体"/>
                <w:b w:val="0"/>
                <w:sz w:val="18"/>
              </w:rPr>
              <w:t>本题是对“想加算减法”的巩固，进一步训练学生熟练运用“想加算减法”完成计算。</w:t>
            </w:r>
          </w:p>
          <w:p>
            <w:pPr>
              <w:spacing w:after="20" w:line="276" w:lineRule="auto"/>
            </w:pPr>
            <w:r>
              <w:rPr>
                <w:rFonts w:ascii="宋体" w:hAnsi="宋体" w:eastAsia="宋体"/>
                <w:b w:val="0"/>
                <w:sz w:val="18"/>
              </w:rPr>
              <w:t>以题组的形式出现，便于学生感悟方法的本质和计算的规律，并渗透相应的数学思想。</w:t>
            </w:r>
          </w:p>
          <w:p>
            <w:pPr>
              <w:spacing w:after="20" w:line="276" w:lineRule="auto"/>
            </w:pPr>
            <w:r>
              <w:rPr>
                <w:rFonts w:ascii="宋体" w:hAnsi="宋体" w:eastAsia="宋体"/>
                <w:b w:val="0"/>
                <w:sz w:val="18"/>
              </w:rPr>
              <w:t>此题既是对“想加算减法”的巩固，也让学生进一步熟悉算法，增强运算技能。</w:t>
            </w:r>
          </w:p>
          <w:p>
            <w:pPr>
              <w:spacing w:after="20" w:line="276" w:lineRule="auto"/>
            </w:pPr>
            <w:r>
              <w:rPr>
                <w:rFonts w:ascii="宋体" w:hAnsi="宋体" w:eastAsia="宋体"/>
                <w:b w:val="0"/>
                <w:sz w:val="18"/>
              </w:rPr>
              <w:t>（引导学生从被减数、减数、差三个方面观察算式。）</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师：通过今天这一节课的学习，你们有哪些收获？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引导学生回顾梳理本课所学，完善认知结构，提升归纳与反思能力，核心问题："通过今天这一节课的学习，你们有哪些收获？"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教科书P12例2，完成教科书P12“做一做”。</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有了前面十几减9的计算基础，本节课学生基本上都能利用知识的迁移正确计算，对于这几种算法的算理都能感悟，但是无法将自己的想法清晰地表示出来，同时，部分学生比较喜欢自己的方法，对于尝试其他方法有所抗拒。</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十几减7、6</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十几减7、6</w:t>
            </w:r>
          </w:p>
        </w:tc>
        <w:tc>
          <w:tcPr>
            <w:tcW w:type="dxa" w:w="6009"/>
          </w:tcPr>
          <w:p>
            <w:pPr>
              <w:spacing w:after="20" w:line="276" w:lineRule="auto"/>
            </w:pPr>
            <w:r/>
            <w:r>
              <w:rPr>
                <w:rFonts w:ascii="宋体" w:hAnsi="宋体" w:eastAsia="宋体"/>
                <w:b w:val="0"/>
                <w:sz w:val="20"/>
              </w:rPr>
              <w:t>第2单元 20以内的退位减法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用“凑十法”计算20以内的进位加法和十几减几的不退位减法，并能熟练地计算10以内的加、减法，这些都是学生学习本单元的重要基础。20以内的退位减法，很多学生也会计算，但只是习惯性地记忆计算结果，不一定理解其算理，算法也不一定很清楚。这也是教学时的难点：一方面，看起来学生会算，事实上学生不会算，只是背答案；另一方面，学生以为自己会算而不认真学习，事实上也并不会算。如果不清楚算理，没掌握算法，会直接影响到以后的计算学习。掌握算法后，学生初步具备了一定的解决问题的能力，但是在解决信息量比较大的问题时还存在一定的困难。</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教学内容：教科书P13例3，完成教科书P13“做一做”和P14“练一练”第3、4题。</w:t>
      </w:r>
    </w:p>
    <w:p>
      <w:pPr>
        <w:spacing w:after="80" w:line="300" w:lineRule="auto"/>
        <w:ind w:firstLine="400"/>
      </w:pPr>
      <w:r>
        <w:rPr>
          <w:rFonts w:ascii="宋体" w:hAnsi="宋体" w:eastAsia="宋体"/>
          <w:b w:val="0"/>
          <w:sz w:val="20"/>
        </w:rPr>
        <w:t>教学准备：课件、口算卡片。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（1）在具体的情境中，探究“十几减7、6”的算理和算法，能正确口算“十几减7、6”。</w:t>
      </w:r>
    </w:p>
    <w:p>
      <w:pPr>
        <w:spacing w:after="20" w:line="300" w:lineRule="auto"/>
        <w:ind w:firstLine="400"/>
      </w:pPr>
      <w:r>
        <w:rPr>
          <w:rFonts w:ascii="宋体" w:hAnsi="宋体" w:eastAsia="宋体"/>
          <w:b w:val="0"/>
          <w:sz w:val="20"/>
        </w:rPr>
        <w:t>（2）经历操作、探究活动的过程，体会算法多样化并逐步优化计算方法，培养学生的抽象思维。</w:t>
      </w:r>
    </w:p>
    <w:p>
      <w:pPr>
        <w:spacing w:after="20" w:line="300" w:lineRule="auto"/>
        <w:ind w:firstLine="400"/>
      </w:pPr>
      <w:r>
        <w:rPr>
          <w:rFonts w:ascii="宋体" w:hAnsi="宋体" w:eastAsia="宋体"/>
          <w:b w:val="0"/>
          <w:sz w:val="20"/>
        </w:rPr>
        <w:t>（3）发展学生独立思考、解决问题的能力，培养合作交流的意识。</w:t>
      </w:r>
    </w:p>
    <w:p>
      <w:pPr>
        <w:spacing w:after="20" w:line="300" w:lineRule="auto"/>
      </w:pPr>
      <w:r>
        <w:rPr>
          <w:rFonts w:ascii="宋体" w:hAnsi="宋体" w:eastAsia="宋体"/>
          <w:b w:val="0"/>
          <w:sz w:val="20"/>
        </w:rPr>
        <w:t>教学重点：掌握“十几减7、6”退位减法的计算方法。</w:t>
      </w:r>
    </w:p>
    <w:p>
      <w:pPr>
        <w:spacing w:after="20" w:line="300" w:lineRule="auto"/>
      </w:pPr>
      <w:r>
        <w:rPr>
          <w:rFonts w:ascii="宋体" w:hAnsi="宋体" w:eastAsia="宋体"/>
          <w:b w:val="0"/>
          <w:sz w:val="20"/>
        </w:rPr>
        <w:t>教学难点：理解“十几减7、6”退位减法的算理。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一、复习旧知识，激活经验</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二、情境呈现，引出问题</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他们在鱼池旁看到了什么？；你会列式吗？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三、探究算法，内化算理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“13-7”和“13-6”该怎样计算呢？；谁来汇报自己的算法?</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教师根据学生的回答出示课件。（教师适时板书）</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你能用算式把你的想法清晰地表示出来，真聪明！谁听懂了他的想法？；谁还有不同的想法？</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教师根据学生的回答出示课件。（教师适当板书）</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通过观察比较，你最喜欢哪种算法？</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四、适时巩固</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观察每一组的算式，你发现了什么？</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通过今天这一节课的学习，你们有哪些收获？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一、复习旧知识，激活经验</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（1）任指第1题中的1至2个算式，指名学生说一说是怎样算的。</w:t>
            </w:r>
          </w:p>
          <w:p>
            <w:pPr>
              <w:spacing w:after="20" w:line="276" w:lineRule="auto"/>
            </w:pPr>
            <w:r>
              <w:rPr>
                <w:rFonts w:ascii="宋体" w:hAnsi="宋体" w:eastAsia="宋体"/>
                <w:b w:val="0"/>
                <w:sz w:val="18"/>
              </w:rPr>
              <w:t>（2）指名学生板演第2题并说一说自己的想法。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复习十几减9、8的口算，激活学生已有的经验，为知识的迁移做好准备。看图写出一个加法算式和两个减法算式，为感受“想加算减法”的价值奠定基础。</w:t>
            </w:r>
          </w:p>
        </w:tc>
      </w:tr>
      <w:tr>
        <w:tc>
          <w:tcPr>
            <w:tcW w:type="dxa" w:w="1474"/>
          </w:tcPr>
          <w:p>
            <w:pPr>
              <w:spacing w:after="20" w:line="276" w:lineRule="auto"/>
            </w:pPr>
            <w:r>
              <w:rPr>
                <w:b/>
              </w:rPr>
            </w:r>
            <w:r>
              <w:rPr>
                <w:rFonts w:ascii="宋体" w:hAnsi="宋体" w:eastAsia="宋体"/>
                <w:b/>
                <w:sz w:val="18"/>
              </w:rPr>
              <w:t>二、情境呈现，引出问题</w:t>
            </w:r>
          </w:p>
        </w:tc>
        <w:tc>
          <w:tcPr>
            <w:tcW w:type="dxa" w:w="3061"/>
          </w:tcPr>
          <w:p>
            <w:pPr>
              <w:spacing w:after="20" w:line="276" w:lineRule="auto"/>
            </w:pPr>
            <w:r/>
            <w:r>
              <w:rPr>
                <w:rFonts w:ascii="宋体" w:hAnsi="宋体" w:eastAsia="宋体"/>
                <w:b w:val="0"/>
                <w:sz w:val="18"/>
              </w:rPr>
              <w:t>1.情境呈现。</w:t>
            </w:r>
          </w:p>
          <w:p>
            <w:pPr>
              <w:spacing w:after="20" w:line="276" w:lineRule="auto"/>
            </w:pPr>
            <w:r>
              <w:rPr>
                <w:rFonts w:ascii="宋体" w:hAnsi="宋体" w:eastAsia="宋体"/>
                <w:b w:val="0"/>
                <w:sz w:val="18"/>
              </w:rPr>
              <w:t>课件出示教科书P13例3情境图。</w:t>
            </w:r>
          </w:p>
          <w:p>
            <w:pPr>
              <w:spacing w:after="20" w:line="276" w:lineRule="auto"/>
            </w:pPr>
            <w:r>
              <w:rPr>
                <w:rFonts w:ascii="宋体" w:hAnsi="宋体" w:eastAsia="宋体"/>
                <w:b w:val="0"/>
                <w:sz w:val="18"/>
              </w:rPr>
              <w:t>2.获取信息和问题。</w:t>
            </w:r>
          </w:p>
          <w:p>
            <w:pPr>
              <w:spacing w:after="20" w:line="276" w:lineRule="auto"/>
            </w:pPr>
            <w:r>
              <w:rPr>
                <w:rFonts w:ascii="宋体" w:hAnsi="宋体" w:eastAsia="宋体"/>
                <w:b w:val="0"/>
                <w:sz w:val="18"/>
              </w:rPr>
              <w:t>（1）师：他们在鱼池旁看到了什么？</w:t>
            </w:r>
          </w:p>
          <w:p>
            <w:pPr>
              <w:spacing w:after="20" w:line="276" w:lineRule="auto"/>
            </w:pPr>
            <w:r>
              <w:rPr>
                <w:rFonts w:ascii="宋体" w:hAnsi="宋体" w:eastAsia="宋体"/>
                <w:b w:val="0"/>
                <w:sz w:val="18"/>
              </w:rPr>
              <w:t>由于一年级的学生区分不清楚问题和条件，很容易直接将问题的答案说出来。所以有可能出现预设3的情况，此时教师结合情境图来引导学生区分条件和问题。</w:t>
            </w:r>
          </w:p>
          <w:p>
            <w:pPr>
              <w:spacing w:after="20" w:line="276" w:lineRule="auto"/>
            </w:pPr>
            <w:r>
              <w:rPr>
                <w:rFonts w:ascii="宋体" w:hAnsi="宋体" w:eastAsia="宋体"/>
                <w:b w:val="0"/>
                <w:sz w:val="18"/>
              </w:rPr>
              <w:t>（2）师：你会列式吗？</w:t>
            </w:r>
          </w:p>
          <w:p>
            <w:pPr>
              <w:spacing w:after="20" w:line="276" w:lineRule="auto"/>
            </w:pPr>
            <w:r>
              <w:rPr>
                <w:rFonts w:ascii="宋体" w:hAnsi="宋体" w:eastAsia="宋体"/>
                <w:b w:val="0"/>
                <w:sz w:val="18"/>
              </w:rPr>
              <w:t>3.揭示课题。</w:t>
            </w:r>
          </w:p>
          <w:p>
            <w:pPr>
              <w:spacing w:after="20" w:line="276" w:lineRule="auto"/>
            </w:pPr>
            <w:r>
              <w:rPr>
                <w:rFonts w:ascii="宋体" w:hAnsi="宋体" w:eastAsia="宋体"/>
                <w:b w:val="0"/>
                <w:sz w:val="18"/>
              </w:rPr>
              <w:t>师：今天这节课我们就来学习“十几减7、6”。(板书课题：十几减7、6)</w:t>
            </w:r>
          </w:p>
        </w:tc>
        <w:tc>
          <w:tcPr>
            <w:tcW w:type="dxa" w:w="3061"/>
          </w:tcPr>
          <w:p>
            <w:pPr>
              <w:spacing w:after="20" w:line="276" w:lineRule="auto"/>
            </w:pPr>
            <w:r/>
            <w:r>
              <w:rPr>
                <w:rFonts w:ascii="宋体" w:hAnsi="宋体" w:eastAsia="宋体"/>
                <w:b w:val="0"/>
                <w:sz w:val="18"/>
              </w:rPr>
              <w:t>学生简单交流后，课件出示两人的对话框。</w:t>
            </w:r>
          </w:p>
          <w:p>
            <w:pPr>
              <w:spacing w:after="20" w:line="276" w:lineRule="auto"/>
            </w:pPr>
            <w:r>
              <w:rPr>
                <w:rFonts w:ascii="宋体" w:hAnsi="宋体" w:eastAsia="宋体"/>
                <w:b w:val="0"/>
                <w:sz w:val="18"/>
              </w:rPr>
              <w:t>预设1：13条鱼，黑的有7条，求红的有几条。</w:t>
            </w:r>
          </w:p>
          <w:p>
            <w:pPr>
              <w:spacing w:after="20" w:line="276" w:lineRule="auto"/>
            </w:pPr>
            <w:r>
              <w:rPr>
                <w:rFonts w:ascii="宋体" w:hAnsi="宋体" w:eastAsia="宋体"/>
                <w:b w:val="0"/>
                <w:sz w:val="18"/>
              </w:rPr>
              <w:t>预设2：13条鱼，红的有6条，求黑的有几条。</w:t>
            </w:r>
          </w:p>
          <w:p>
            <w:pPr>
              <w:spacing w:after="20" w:line="276" w:lineRule="auto"/>
            </w:pPr>
            <w:r>
              <w:rPr>
                <w:rFonts w:ascii="宋体" w:hAnsi="宋体" w:eastAsia="宋体"/>
                <w:b w:val="0"/>
                <w:sz w:val="18"/>
              </w:rPr>
              <w:t>预设3：13条鱼，黑的有7条，红的有6条。</w:t>
            </w:r>
          </w:p>
          <w:p>
            <w:pPr>
              <w:spacing w:after="20" w:line="276" w:lineRule="auto"/>
            </w:pPr>
            <w:r>
              <w:rPr>
                <w:rFonts w:ascii="宋体" w:hAnsi="宋体" w:eastAsia="宋体"/>
                <w:b w:val="0"/>
                <w:sz w:val="18"/>
              </w:rPr>
              <w:t>学生易列出算式:13-7和13-6。</w:t>
            </w:r>
          </w:p>
        </w:tc>
        <w:tc>
          <w:tcPr>
            <w:tcW w:type="dxa" w:w="1814"/>
          </w:tcPr>
          <w:p>
            <w:pPr>
              <w:spacing w:after="20" w:line="276" w:lineRule="auto"/>
            </w:pPr>
            <w:r/>
            <w:r>
              <w:rPr>
                <w:rFonts w:ascii="宋体" w:hAnsi="宋体" w:eastAsia="宋体"/>
                <w:b w:val="0"/>
                <w:sz w:val="18"/>
              </w:rPr>
              <w:t>同一个情境，两人从不同的角度观察，获得的信息不同，提出的问题也不同，体现了观察的不同视角。</w:t>
            </w:r>
          </w:p>
        </w:tc>
      </w:tr>
      <w:tr>
        <w:tc>
          <w:tcPr>
            <w:tcW w:type="dxa" w:w="1474"/>
          </w:tcPr>
          <w:p>
            <w:pPr>
              <w:spacing w:after="20" w:line="276" w:lineRule="auto"/>
            </w:pPr>
            <w:r>
              <w:rPr>
                <w:b/>
              </w:rPr>
            </w:r>
            <w:r>
              <w:rPr>
                <w:rFonts w:ascii="宋体" w:hAnsi="宋体" w:eastAsia="宋体"/>
                <w:b/>
                <w:sz w:val="18"/>
              </w:rPr>
              <w:t>三、探究算法，内化算理</w:t>
            </w:r>
          </w:p>
        </w:tc>
        <w:tc>
          <w:tcPr>
            <w:tcW w:type="dxa" w:w="3061"/>
          </w:tcPr>
          <w:p>
            <w:pPr>
              <w:spacing w:after="20" w:line="276" w:lineRule="auto"/>
            </w:pPr>
            <w:r/>
            <w:r>
              <w:rPr>
                <w:rFonts w:ascii="宋体" w:hAnsi="宋体" w:eastAsia="宋体"/>
                <w:b w:val="0"/>
                <w:sz w:val="18"/>
              </w:rPr>
              <w:t>1.自主探索计算方法。</w:t>
            </w:r>
          </w:p>
          <w:p>
            <w:pPr>
              <w:spacing w:after="20" w:line="276" w:lineRule="auto"/>
            </w:pPr>
            <w:r>
              <w:rPr>
                <w:rFonts w:ascii="宋体" w:hAnsi="宋体" w:eastAsia="宋体"/>
                <w:b w:val="0"/>
                <w:sz w:val="18"/>
              </w:rPr>
              <w:t>师：“13-7”和“13-6”该怎样计算呢？请大家尝试算一算，并将自己的想法用算式表示出来。</w:t>
            </w:r>
          </w:p>
          <w:p>
            <w:pPr>
              <w:spacing w:after="20" w:line="276" w:lineRule="auto"/>
            </w:pPr>
            <w:r>
              <w:rPr>
                <w:rFonts w:ascii="宋体" w:hAnsi="宋体" w:eastAsia="宋体"/>
                <w:b w:val="0"/>
                <w:sz w:val="18"/>
              </w:rPr>
              <w:t>师：谁来汇报自己的算法?</w:t>
            </w:r>
          </w:p>
          <w:p>
            <w:pPr>
              <w:spacing w:after="20" w:line="276" w:lineRule="auto"/>
            </w:pPr>
            <w:r>
              <w:rPr>
                <w:rFonts w:ascii="宋体" w:hAnsi="宋体" w:eastAsia="宋体"/>
                <w:b w:val="0"/>
                <w:sz w:val="18"/>
              </w:rPr>
              <w:t>指名学生结合算式说一说。</w:t>
            </w:r>
          </w:p>
          <w:p>
            <w:pPr>
              <w:spacing w:after="20" w:line="276" w:lineRule="auto"/>
            </w:pPr>
            <w:r>
              <w:rPr>
                <w:rFonts w:ascii="宋体" w:hAnsi="宋体" w:eastAsia="宋体"/>
                <w:b w:val="0"/>
                <w:sz w:val="18"/>
              </w:rPr>
              <w:t>10-7=3，3+3=6，所以13-7=6。</w:t>
            </w:r>
          </w:p>
          <w:p>
            <w:pPr>
              <w:spacing w:after="20" w:line="276" w:lineRule="auto"/>
            </w:pPr>
            <w:r>
              <w:rPr>
                <w:rFonts w:ascii="宋体" w:hAnsi="宋体" w:eastAsia="宋体"/>
                <w:b w:val="0"/>
                <w:sz w:val="18"/>
              </w:rPr>
              <w:t>10-6=4，4+3=7，所以13-6=7。</w:t>
            </w:r>
          </w:p>
        </w:tc>
        <w:tc>
          <w:tcPr>
            <w:tcW w:type="dxa" w:w="3061"/>
          </w:tcPr>
          <w:p>
            <w:pPr>
              <w:spacing w:after="20" w:line="276" w:lineRule="auto"/>
            </w:pPr>
            <w:r/>
            <w:r>
              <w:rPr>
                <w:rFonts w:ascii="宋体" w:hAnsi="宋体" w:eastAsia="宋体"/>
                <w:b w:val="0"/>
                <w:sz w:val="18"/>
              </w:rPr>
              <w:t>学生自主计算，教师巡视。</w:t>
            </w:r>
          </w:p>
          <w:p>
            <w:pPr>
              <w:spacing w:after="20" w:line="276" w:lineRule="auto"/>
            </w:pPr>
            <w:r>
              <w:rPr>
                <w:rFonts w:ascii="宋体" w:hAnsi="宋体" w:eastAsia="宋体"/>
                <w:b w:val="0"/>
                <w:sz w:val="18"/>
              </w:rPr>
              <w:t>2.交流算法。</w:t>
            </w:r>
          </w:p>
          <w:p>
            <w:pPr>
              <w:spacing w:after="20" w:line="276" w:lineRule="auto"/>
            </w:pPr>
            <w:r>
              <w:rPr>
                <w:rFonts w:ascii="宋体" w:hAnsi="宋体" w:eastAsia="宋体"/>
                <w:b w:val="0"/>
                <w:sz w:val="18"/>
              </w:rPr>
              <w:t>“破十法”。</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设计递进式探究活动，引导学生在动手实践与合作交流中经历知识形成过程，突破本课重难点，核心问题："“13-7”和“13-6”该怎样计算呢？"</w:t>
            </w:r>
          </w:p>
        </w:tc>
      </w:tr>
      <w:tr>
        <w:tc>
          <w:tcPr>
            <w:tcW w:type="dxa" w:w="1474"/>
          </w:tcPr>
          <w:p>
            <w:pPr>
              <w:spacing w:after="20" w:line="276" w:lineRule="auto"/>
            </w:pPr>
            <w:r>
              <w:rPr>
                <w:b/>
              </w:rPr>
            </w:r>
            <w:r>
              <w:rPr>
                <w:rFonts w:ascii="宋体" w:hAnsi="宋体" w:eastAsia="宋体"/>
                <w:b/>
                <w:sz w:val="18"/>
              </w:rPr>
              <w:t>教师根据学生的回答出示课件。（教师适时板书）</w:t>
            </w:r>
          </w:p>
        </w:tc>
        <w:tc>
          <w:tcPr>
            <w:tcW w:type="dxa" w:w="3061"/>
          </w:tcPr>
          <w:p>
            <w:pPr>
              <w:spacing w:after="20" w:line="276" w:lineRule="auto"/>
            </w:pPr>
            <w:r/>
            <w:r>
              <w:rPr>
                <w:rFonts w:ascii="宋体" w:hAnsi="宋体" w:eastAsia="宋体"/>
                <w:b w:val="0"/>
                <w:sz w:val="18"/>
              </w:rPr>
              <w:t>师：你能用算式把你的想法清晰地表示出来，真聪明！谁听懂了他的想法？(指定1至2名同学结合课件再说一次)</w:t>
            </w:r>
          </w:p>
          <w:p>
            <w:pPr>
              <w:spacing w:after="20" w:line="276" w:lineRule="auto"/>
            </w:pPr>
            <w:r>
              <w:rPr>
                <w:rFonts w:ascii="宋体" w:hAnsi="宋体" w:eastAsia="宋体"/>
                <w:b w:val="0"/>
                <w:sz w:val="18"/>
              </w:rPr>
              <w:t>师：谁还有不同的想法？</w:t>
            </w:r>
          </w:p>
          <w:p>
            <w:pPr>
              <w:spacing w:after="20" w:line="276" w:lineRule="auto"/>
            </w:pPr>
            <w:r>
              <w:rPr>
                <w:rFonts w:ascii="宋体" w:hAnsi="宋体" w:eastAsia="宋体"/>
                <w:b w:val="0"/>
                <w:sz w:val="18"/>
              </w:rPr>
              <w:t>计算13-7时，先算13-3=10，再算10-4=6，所以13-7=6。</w:t>
            </w:r>
          </w:p>
          <w:p>
            <w:pPr>
              <w:spacing w:after="20" w:line="276" w:lineRule="auto"/>
            </w:pPr>
            <w:r>
              <w:rPr>
                <w:rFonts w:ascii="宋体" w:hAnsi="宋体" w:eastAsia="宋体"/>
                <w:b w:val="0"/>
                <w:sz w:val="18"/>
              </w:rPr>
              <w:t>计算13-6时，先算13-3=10，再算10-3=7，所以13-6=7。</w:t>
            </w:r>
          </w:p>
        </w:tc>
        <w:tc>
          <w:tcPr>
            <w:tcW w:type="dxa" w:w="3061"/>
          </w:tcPr>
          <w:p>
            <w:pPr>
              <w:spacing w:after="20" w:line="276" w:lineRule="auto"/>
            </w:pPr>
            <w:r/>
            <w:r>
              <w:rPr>
                <w:rFonts w:ascii="宋体" w:hAnsi="宋体" w:eastAsia="宋体"/>
                <w:b w:val="0"/>
                <w:sz w:val="18"/>
              </w:rPr>
              <w:t>预设1：“平十法”。</w:t>
            </w:r>
          </w:p>
        </w:tc>
        <w:tc>
          <w:tcPr>
            <w:tcW w:type="dxa" w:w="1814"/>
          </w:tcPr>
          <w:p>
            <w:pPr>
              <w:spacing w:after="20" w:line="276" w:lineRule="auto"/>
            </w:pPr>
            <w:r/>
            <w:r>
              <w:rPr>
                <w:rFonts w:ascii="宋体" w:hAnsi="宋体" w:eastAsia="宋体"/>
                <w:b w:val="0"/>
                <w:sz w:val="18"/>
              </w:rPr>
              <w:t>围绕环节目标组织学习活动，引导学生主动参与、积极思考，核心问题："你能用算式把你的想法清晰地表示出来，真聪明！谁听懂了他的想法？"</w:t>
            </w:r>
          </w:p>
        </w:tc>
      </w:tr>
      <w:tr>
        <w:tc>
          <w:tcPr>
            <w:tcW w:type="dxa" w:w="1474"/>
          </w:tcPr>
          <w:p>
            <w:pPr>
              <w:spacing w:after="20" w:line="276" w:lineRule="auto"/>
            </w:pPr>
            <w:r>
              <w:rPr>
                <w:b/>
              </w:rPr>
            </w:r>
            <w:r>
              <w:rPr>
                <w:rFonts w:ascii="宋体" w:hAnsi="宋体" w:eastAsia="宋体"/>
                <w:b/>
                <w:sz w:val="18"/>
              </w:rPr>
              <w:t>教师根据学生的回答出示课件。（教师适当板书）</w:t>
            </w:r>
          </w:p>
        </w:tc>
        <w:tc>
          <w:tcPr>
            <w:tcW w:type="dxa" w:w="3061"/>
          </w:tcPr>
          <w:p>
            <w:pPr>
              <w:spacing w:after="20" w:line="276" w:lineRule="auto"/>
            </w:pPr>
            <w:r/>
            <w:r>
              <w:rPr>
                <w:rFonts w:ascii="宋体" w:hAnsi="宋体" w:eastAsia="宋体"/>
                <w:b w:val="0"/>
                <w:sz w:val="18"/>
              </w:rPr>
              <w:t>还可以这样算：7+6=1313-7=613-6=7（板书）</w:t>
            </w:r>
          </w:p>
          <w:p>
            <w:pPr>
              <w:spacing w:after="20" w:line="276" w:lineRule="auto"/>
            </w:pPr>
            <w:r>
              <w:rPr>
                <w:rFonts w:ascii="宋体" w:hAnsi="宋体" w:eastAsia="宋体"/>
                <w:b w:val="0"/>
                <w:sz w:val="18"/>
              </w:rPr>
              <w:t>教师根据学生的回答用课件直观图演示。</w:t>
            </w:r>
          </w:p>
          <w:p>
            <w:pPr>
              <w:spacing w:after="20" w:line="276" w:lineRule="auto"/>
            </w:pPr>
            <w:r>
              <w:rPr>
                <w:rFonts w:ascii="宋体" w:hAnsi="宋体" w:eastAsia="宋体"/>
                <w:b w:val="0"/>
                <w:sz w:val="18"/>
              </w:rPr>
              <w:t>3.小结算法。</w:t>
            </w:r>
          </w:p>
          <w:p>
            <w:pPr>
              <w:spacing w:after="20" w:line="276" w:lineRule="auto"/>
            </w:pPr>
            <w:r>
              <w:rPr>
                <w:rFonts w:ascii="宋体" w:hAnsi="宋体" w:eastAsia="宋体"/>
                <w:b w:val="0"/>
                <w:sz w:val="18"/>
              </w:rPr>
              <w:t>师：通过观察比较，你最喜欢哪种算法？</w:t>
            </w:r>
          </w:p>
        </w:tc>
        <w:tc>
          <w:tcPr>
            <w:tcW w:type="dxa" w:w="3061"/>
          </w:tcPr>
          <w:p>
            <w:pPr>
              <w:spacing w:after="20" w:line="276" w:lineRule="auto"/>
            </w:pPr>
            <w:r/>
            <w:r>
              <w:rPr>
                <w:rFonts w:ascii="宋体" w:hAnsi="宋体" w:eastAsia="宋体"/>
                <w:b w:val="0"/>
                <w:sz w:val="18"/>
              </w:rPr>
              <w:t>预设2：“想加算减法”。</w:t>
            </w:r>
          </w:p>
        </w:tc>
        <w:tc>
          <w:tcPr>
            <w:tcW w:type="dxa" w:w="1814"/>
          </w:tcPr>
          <w:p>
            <w:pPr>
              <w:spacing w:after="20" w:line="276" w:lineRule="auto"/>
            </w:pPr>
            <w:r/>
            <w:r>
              <w:rPr>
                <w:rFonts w:ascii="宋体" w:hAnsi="宋体" w:eastAsia="宋体"/>
                <w:b w:val="0"/>
                <w:sz w:val="18"/>
              </w:rPr>
              <w:t>由于学生对“破十法”已经比较熟悉，在这里不再出现直观图，而是让学生以已有的操作经验为基础，通过对数据的观察，直接说出自己的思考过程，帮助学生实现从具体形象思维向抽象思维的过渡。对于“想加算减法”，在这里通过直观图展示：两个不同的减法算式利用的是同一个加法算式，知道一个加法算式能完成两个减法算式的计算，从而感受“想加算减法”的方便、快捷。</w:t>
            </w:r>
          </w:p>
        </w:tc>
      </w:tr>
      <w:tr>
        <w:tc>
          <w:tcPr>
            <w:tcW w:type="dxa" w:w="1474"/>
          </w:tcPr>
          <w:p>
            <w:pPr>
              <w:spacing w:after="20" w:line="276" w:lineRule="auto"/>
            </w:pPr>
            <w:r>
              <w:rPr>
                <w:b/>
              </w:rPr>
            </w:r>
            <w:r>
              <w:rPr>
                <w:rFonts w:ascii="宋体" w:hAnsi="宋体" w:eastAsia="宋体"/>
                <w:b/>
                <w:sz w:val="18"/>
              </w:rPr>
              <w:t>四、适时巩固</w:t>
            </w:r>
          </w:p>
        </w:tc>
        <w:tc>
          <w:tcPr>
            <w:tcW w:type="dxa" w:w="3061"/>
          </w:tcPr>
          <w:p>
            <w:pPr>
              <w:spacing w:after="20" w:line="276" w:lineRule="auto"/>
            </w:pPr>
            <w:r/>
            <w:r>
              <w:rPr>
                <w:rFonts w:ascii="宋体" w:hAnsi="宋体" w:eastAsia="宋体"/>
                <w:b w:val="0"/>
                <w:sz w:val="18"/>
              </w:rPr>
              <w:t>1.完成教科书P13“做一做”第1题。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(2)逐题汇报交流。</w:t>
            </w:r>
          </w:p>
          <w:p>
            <w:pPr>
              <w:spacing w:after="20" w:line="276" w:lineRule="auto"/>
            </w:pPr>
            <w:r>
              <w:rPr>
                <w:rFonts w:ascii="宋体" w:hAnsi="宋体" w:eastAsia="宋体"/>
                <w:b w:val="0"/>
                <w:sz w:val="18"/>
              </w:rPr>
              <w:t>2.完成教科书P13“做一做”第2题。</w:t>
            </w:r>
          </w:p>
          <w:p>
            <w:pPr>
              <w:spacing w:after="20" w:line="276" w:lineRule="auto"/>
            </w:pPr>
            <w:r>
              <w:rPr>
                <w:rFonts w:ascii="宋体" w:hAnsi="宋体" w:eastAsia="宋体"/>
                <w:b w:val="0"/>
                <w:sz w:val="18"/>
              </w:rPr>
              <w:t>（1）学生独立完成后交流。</w:t>
            </w:r>
          </w:p>
          <w:p>
            <w:pPr>
              <w:spacing w:after="20" w:line="276" w:lineRule="auto"/>
            </w:pPr>
            <w:r>
              <w:rPr>
                <w:rFonts w:ascii="宋体" w:hAnsi="宋体" w:eastAsia="宋体"/>
                <w:b w:val="0"/>
                <w:sz w:val="18"/>
              </w:rPr>
              <w:t>（2）师：观察每一组的算式，你发现了什么？</w:t>
            </w:r>
          </w:p>
          <w:p>
            <w:pPr>
              <w:spacing w:after="20" w:line="276" w:lineRule="auto"/>
            </w:pPr>
            <w:r>
              <w:rPr>
                <w:rFonts w:ascii="宋体" w:hAnsi="宋体" w:eastAsia="宋体"/>
                <w:b w:val="0"/>
                <w:sz w:val="18"/>
              </w:rPr>
              <w:t>3.完成教科书P13“做一做”第3题。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（2）交流汇报。</w:t>
            </w:r>
          </w:p>
          <w:p>
            <w:pPr>
              <w:spacing w:after="20" w:line="276" w:lineRule="auto"/>
            </w:pPr>
            <w:r>
              <w:rPr>
                <w:rFonts w:ascii="宋体" w:hAnsi="宋体" w:eastAsia="宋体"/>
                <w:b w:val="0"/>
                <w:sz w:val="18"/>
              </w:rPr>
              <w:t>4.完成教科书P14“练一练”第4题。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（2）交流汇报。</w:t>
            </w:r>
          </w:p>
          <w:p>
            <w:pPr>
              <w:spacing w:after="20" w:line="276" w:lineRule="auto"/>
            </w:pPr>
            <w:r>
              <w:rPr>
                <w:rFonts w:ascii="宋体" w:hAnsi="宋体" w:eastAsia="宋体"/>
                <w:b w:val="0"/>
                <w:sz w:val="18"/>
              </w:rPr>
              <w:t>5.完成教科书P14“练一练”第3题。</w:t>
            </w:r>
          </w:p>
        </w:tc>
        <w:tc>
          <w:tcPr>
            <w:tcW w:type="dxa" w:w="3061"/>
          </w:tcPr>
          <w:p>
            <w:pPr>
              <w:spacing w:after="20" w:line="276" w:lineRule="auto"/>
            </w:pPr>
            <w:r/>
            <w:r>
              <w:rPr>
                <w:rFonts w:ascii="宋体" w:hAnsi="宋体" w:eastAsia="宋体"/>
                <w:b w:val="0"/>
                <w:sz w:val="18"/>
              </w:rPr>
              <w:t>有了前面的基础，学生完成这题基本没有问题。学生汇报，教师指正。</w:t>
            </w:r>
          </w:p>
          <w:p>
            <w:pPr>
              <w:spacing w:after="20" w:line="276" w:lineRule="auto"/>
            </w:pPr>
            <w:r>
              <w:rPr>
                <w:rFonts w:ascii="宋体" w:hAnsi="宋体" w:eastAsia="宋体"/>
                <w:b w:val="0"/>
                <w:sz w:val="18"/>
              </w:rPr>
              <w:t>学生独立完成后集体订正。</w:t>
            </w:r>
          </w:p>
        </w:tc>
        <w:tc>
          <w:tcPr>
            <w:tcW w:type="dxa" w:w="1814"/>
          </w:tcPr>
          <w:p>
            <w:pPr>
              <w:spacing w:after="20" w:line="276" w:lineRule="auto"/>
            </w:pPr>
            <w:r/>
            <w:r>
              <w:rPr>
                <w:rFonts w:ascii="宋体" w:hAnsi="宋体" w:eastAsia="宋体"/>
                <w:b w:val="0"/>
                <w:sz w:val="18"/>
              </w:rPr>
              <w:t>感受“想加算减法”的价值。这道题运用“想加算减法”计算，从直观到抽象，体现了对“想加算减法”的巩固练习过程。</w:t>
            </w:r>
          </w:p>
          <w:p>
            <w:pPr>
              <w:spacing w:after="20" w:line="276" w:lineRule="auto"/>
            </w:pPr>
            <w:r>
              <w:rPr>
                <w:rFonts w:ascii="宋体" w:hAnsi="宋体" w:eastAsia="宋体"/>
                <w:b w:val="0"/>
                <w:sz w:val="18"/>
              </w:rPr>
              <w:t>本题是对“想加算减法”的进一步巩固，让学生知道将一个加法算式和两个减法算式联系在一起。</w:t>
            </w:r>
          </w:p>
          <w:p>
            <w:pPr>
              <w:spacing w:after="20" w:line="276" w:lineRule="auto"/>
            </w:pPr>
            <w:r>
              <w:rPr>
                <w:rFonts w:ascii="宋体" w:hAnsi="宋体" w:eastAsia="宋体"/>
                <w:b w:val="0"/>
                <w:sz w:val="18"/>
              </w:rPr>
              <w:t>让学生深刻感受“想加算减法”的方便与快捷。</w:t>
            </w:r>
          </w:p>
          <w:p>
            <w:pPr>
              <w:spacing w:after="20" w:line="276" w:lineRule="auto"/>
            </w:pPr>
            <w:r>
              <w:rPr>
                <w:rFonts w:ascii="宋体" w:hAnsi="宋体" w:eastAsia="宋体"/>
                <w:b w:val="0"/>
                <w:sz w:val="18"/>
              </w:rPr>
              <w:t>针对十几减7的巩固练习，进一步理解算法。</w:t>
            </w:r>
          </w:p>
          <w:p>
            <w:pPr>
              <w:spacing w:after="20" w:line="276" w:lineRule="auto"/>
            </w:pPr>
            <w:r>
              <w:rPr>
                <w:rFonts w:ascii="宋体" w:hAnsi="宋体" w:eastAsia="宋体"/>
                <w:b w:val="0"/>
                <w:sz w:val="18"/>
              </w:rPr>
              <w:t>针对十几减8、7、6设计练习，进一步熟悉计算方法，提升运算技能。</w:t>
            </w:r>
          </w:p>
          <w:p>
            <w:pPr>
              <w:spacing w:after="20" w:line="276" w:lineRule="auto"/>
            </w:pPr>
            <w:r>
              <w:rPr>
                <w:rFonts w:ascii="宋体" w:hAnsi="宋体" w:eastAsia="宋体"/>
                <w:b w:val="0"/>
                <w:sz w:val="18"/>
              </w:rPr>
              <w:t>（此题能以动态的方式，一个算式一个算式地计算。）</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师：通过今天这一节课的学习，你们有哪些收获？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引导学生回顾梳理本课所学，完善认知结构，提升归纳与反思能力，核心问题："通过今天这一节课的学习，你们有哪些收获？"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教科书P13例3，完成教科书P13“做一做”和P14“练一练”第3、4题。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经过了前面几课时的学习，学生基本上都会用到不同的方法计算，计算正确率也有很大的提升。在教学过程中，为了突出“想加算减法”的方法，可以将几种方法进行比较，让学生感受计算方法的不同点，但是学生还是很难体会到这种方法比其他方法更方便、快捷，更多的学生用到的还是“破十法”。</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练一练</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练一练</w:t>
            </w:r>
          </w:p>
        </w:tc>
        <w:tc>
          <w:tcPr>
            <w:tcW w:type="dxa" w:w="6009"/>
          </w:tcPr>
          <w:p>
            <w:pPr>
              <w:spacing w:after="20" w:line="276" w:lineRule="auto"/>
            </w:pPr>
            <w:r/>
            <w:r>
              <w:rPr>
                <w:rFonts w:ascii="宋体" w:hAnsi="宋体" w:eastAsia="宋体"/>
                <w:b w:val="0"/>
                <w:sz w:val="20"/>
              </w:rPr>
              <w:t>第2单元 20以内的退位减法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用“凑十法”计算20以内的进位加法和十几减几的不退位减法，并能熟练地计算10以内的加、减法，这些都是学生学习本单元的重要基础。20以内的退位减法，很多学生也会计算，但只是习惯性地记忆计算结果，不一定理解其算理，算法也不一定很清楚。这也是教学时的难点：一方面，看起来学生会算，事实上学生不会算，只是背答案；另一方面，学生以为自己会算而不认真学习，事实上也并不会算。如果不清楚算理，没掌握算法，会直接影响到以后的计算学习。掌握算法后，学生初步具备了一定的解决问题的能力，但是在解决信息量比较大的问题时还存在一定的困难。</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教学内容：教科书P14~15“练一练”第1、2、5、6、7、8、9题。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（1）进一步理解十几减8、7、6的算理，熟练掌握十几减8、7、6的计算方法。</w:t>
      </w:r>
    </w:p>
    <w:p>
      <w:pPr>
        <w:spacing w:after="20" w:line="300" w:lineRule="auto"/>
        <w:ind w:firstLine="400"/>
      </w:pPr>
      <w:r>
        <w:rPr>
          <w:rFonts w:ascii="宋体" w:hAnsi="宋体" w:eastAsia="宋体"/>
          <w:b w:val="0"/>
          <w:sz w:val="20"/>
        </w:rPr>
        <w:t>（2）通过练习，能熟练、准确地口算十几减8、7、6的退位减法。</w:t>
      </w:r>
    </w:p>
    <w:p>
      <w:pPr>
        <w:spacing w:after="20" w:line="300" w:lineRule="auto"/>
        <w:ind w:firstLine="400"/>
      </w:pPr>
      <w:r>
        <w:rPr>
          <w:rFonts w:ascii="宋体" w:hAnsi="宋体" w:eastAsia="宋体"/>
          <w:b w:val="0"/>
          <w:sz w:val="20"/>
        </w:rPr>
        <w:t>（3）通过练习，进一步培养学生解决问题的能力，体验数学与日常生活的联系。</w:t>
      </w:r>
    </w:p>
    <w:p>
      <w:pPr>
        <w:spacing w:after="20" w:line="300" w:lineRule="auto"/>
      </w:pPr>
      <w:r>
        <w:rPr>
          <w:rFonts w:ascii="宋体" w:hAnsi="宋体" w:eastAsia="宋体"/>
          <w:b w:val="0"/>
          <w:sz w:val="20"/>
        </w:rPr>
        <w:t>教学重点：十几减8、7、6的退位减法。</w:t>
      </w:r>
    </w:p>
    <w:p>
      <w:pPr>
        <w:spacing w:after="20" w:line="300" w:lineRule="auto"/>
      </w:pPr>
      <w:r>
        <w:rPr>
          <w:rFonts w:ascii="宋体" w:hAnsi="宋体" w:eastAsia="宋体"/>
          <w:b w:val="0"/>
          <w:sz w:val="20"/>
        </w:rPr>
        <w:t>教学难点：十几减8、7、6的算理。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一、基本练习，查漏补缺</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二、练习指导，提升能力</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先竖着看，每一竖行表示什么？；横着看，谁能完整地说一说每一横行表示什么意思？</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三、自主练习，加强训练</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通过本节课的学习，你们有哪些新的收获？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一、基本练习，查漏补缺</w:t>
            </w:r>
          </w:p>
        </w:tc>
        <w:tc>
          <w:tcPr>
            <w:tcW w:type="dxa" w:w="3061"/>
          </w:tcPr>
          <w:p>
            <w:pPr>
              <w:spacing w:after="20" w:line="276" w:lineRule="auto"/>
            </w:pPr>
            <w:r/>
            <w:r>
              <w:rPr>
                <w:rFonts w:ascii="宋体" w:hAnsi="宋体" w:eastAsia="宋体"/>
                <w:b w:val="0"/>
                <w:sz w:val="18"/>
              </w:rPr>
              <w:t>1.完成教科书P14“练一练”第1、2题。</w:t>
            </w:r>
          </w:p>
          <w:p>
            <w:pPr>
              <w:spacing w:after="20" w:line="276" w:lineRule="auto"/>
            </w:pPr>
            <w:r>
              <w:rPr>
                <w:rFonts w:ascii="宋体" w:hAnsi="宋体" w:eastAsia="宋体"/>
                <w:b w:val="0"/>
                <w:sz w:val="18"/>
              </w:rPr>
              <w:t>(1)要求学生在规定时间内独立完成。</w:t>
            </w:r>
          </w:p>
          <w:p>
            <w:pPr>
              <w:spacing w:after="20" w:line="276" w:lineRule="auto"/>
            </w:pPr>
            <w:r>
              <w:rPr>
                <w:rFonts w:ascii="宋体" w:hAnsi="宋体" w:eastAsia="宋体"/>
                <w:b w:val="0"/>
                <w:sz w:val="18"/>
              </w:rPr>
              <w:t>(2)任意指其中1至2个算式，指名学生说一说是怎样算的。</w:t>
            </w:r>
          </w:p>
          <w:p>
            <w:pPr>
              <w:spacing w:after="20" w:line="276" w:lineRule="auto"/>
            </w:pPr>
            <w:r>
              <w:rPr>
                <w:rFonts w:ascii="宋体" w:hAnsi="宋体" w:eastAsia="宋体"/>
                <w:b w:val="0"/>
                <w:sz w:val="18"/>
              </w:rPr>
              <w:t>2.完成教科书P14“练一练”第5题。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(2)交流汇报，说一说是怎样做的。</w:t>
            </w:r>
          </w:p>
        </w:tc>
        <w:tc>
          <w:tcPr>
            <w:tcW w:type="dxa" w:w="3061"/>
          </w:tcPr>
          <w:p>
            <w:pPr>
              <w:spacing w:after="20" w:line="276" w:lineRule="auto"/>
            </w:pPr>
            <w:r/>
            <w:r>
              <w:rPr>
                <w:rFonts w:ascii="宋体" w:hAnsi="宋体" w:eastAsia="宋体"/>
                <w:b w:val="0"/>
                <w:sz w:val="18"/>
              </w:rPr>
              <w:t>预设1：先口算出左边算式的得数，将得数记在心中，再用得数与右边的数进行比较。</w:t>
            </w:r>
          </w:p>
          <w:p>
            <w:pPr>
              <w:spacing w:after="20" w:line="276" w:lineRule="auto"/>
            </w:pPr>
            <w:r>
              <w:rPr>
                <w:rFonts w:ascii="宋体" w:hAnsi="宋体" w:eastAsia="宋体"/>
                <w:b w:val="0"/>
                <w:sz w:val="18"/>
              </w:rPr>
              <w:t>预设2：将算式的得数写在算式下面，再进行比较。</w:t>
            </w:r>
          </w:p>
        </w:tc>
        <w:tc>
          <w:tcPr>
            <w:tcW w:type="dxa" w:w="1814"/>
          </w:tcPr>
          <w:p>
            <w:pPr>
              <w:spacing w:after="20" w:line="276" w:lineRule="auto"/>
            </w:pPr>
            <w:r/>
            <w:r>
              <w:rPr>
                <w:rFonts w:ascii="宋体" w:hAnsi="宋体" w:eastAsia="宋体"/>
                <w:b w:val="0"/>
                <w:sz w:val="18"/>
              </w:rPr>
              <w:t>通过基本练习，了解学生对前面所学内容的掌握情况。对出现的错误，及时了解错误的成因，做到心中有数、有的放矢，从而进行及时、反复的训练。</w:t>
            </w:r>
          </w:p>
        </w:tc>
      </w:tr>
      <w:tr>
        <w:tc>
          <w:tcPr>
            <w:tcW w:type="dxa" w:w="1474"/>
          </w:tcPr>
          <w:p>
            <w:pPr>
              <w:spacing w:after="20" w:line="276" w:lineRule="auto"/>
            </w:pPr>
            <w:r>
              <w:rPr>
                <w:b/>
              </w:rPr>
            </w:r>
            <w:r>
              <w:rPr>
                <w:rFonts w:ascii="宋体" w:hAnsi="宋体" w:eastAsia="宋体"/>
                <w:b/>
                <w:sz w:val="18"/>
              </w:rPr>
              <w:t>二、练习指导，提升能力</w:t>
            </w:r>
          </w:p>
        </w:tc>
        <w:tc>
          <w:tcPr>
            <w:tcW w:type="dxa" w:w="3061"/>
          </w:tcPr>
          <w:p>
            <w:pPr>
              <w:spacing w:after="20" w:line="276" w:lineRule="auto"/>
            </w:pPr>
            <w:r/>
            <w:r>
              <w:rPr>
                <w:rFonts w:ascii="宋体" w:hAnsi="宋体" w:eastAsia="宋体"/>
                <w:b w:val="0"/>
                <w:sz w:val="18"/>
              </w:rPr>
              <w:t>1.完成教科书P15“练一练”第7题。</w:t>
            </w:r>
          </w:p>
          <w:p>
            <w:pPr>
              <w:spacing w:after="20" w:line="276" w:lineRule="auto"/>
            </w:pPr>
            <w:r>
              <w:rPr>
                <w:rFonts w:ascii="宋体" w:hAnsi="宋体" w:eastAsia="宋体"/>
                <w:b w:val="0"/>
                <w:sz w:val="18"/>
              </w:rPr>
              <w:t>(1)师：先竖着看，每一竖行表示什么？</w:t>
            </w:r>
          </w:p>
          <w:p>
            <w:pPr>
              <w:spacing w:after="20" w:line="276" w:lineRule="auto"/>
            </w:pPr>
            <w:r>
              <w:rPr>
                <w:rFonts w:ascii="宋体" w:hAnsi="宋体" w:eastAsia="宋体"/>
                <w:b w:val="0"/>
                <w:sz w:val="18"/>
              </w:rPr>
              <w:t>师：横着看，谁能完整地说一说每一横行表示什么意思？</w:t>
            </w:r>
          </w:p>
          <w:p>
            <w:pPr>
              <w:spacing w:after="20" w:line="276" w:lineRule="auto"/>
            </w:pPr>
            <w:r>
              <w:rPr>
                <w:rFonts w:ascii="宋体" w:hAnsi="宋体" w:eastAsia="宋体"/>
                <w:b w:val="0"/>
                <w:sz w:val="18"/>
              </w:rPr>
              <w:t>(2)师：请同学们独立完成表格。</w:t>
            </w:r>
          </w:p>
          <w:p>
            <w:pPr>
              <w:spacing w:after="20" w:line="276" w:lineRule="auto"/>
            </w:pPr>
            <w:r>
              <w:rPr>
                <w:rFonts w:ascii="宋体" w:hAnsi="宋体" w:eastAsia="宋体"/>
                <w:b w:val="0"/>
                <w:sz w:val="18"/>
              </w:rPr>
              <w:t>2.完成教科书P15“练一练”第8题。</w:t>
            </w:r>
          </w:p>
          <w:p>
            <w:pPr>
              <w:spacing w:after="20" w:line="276" w:lineRule="auto"/>
            </w:pPr>
            <w:r>
              <w:rPr>
                <w:rFonts w:ascii="宋体" w:hAnsi="宋体" w:eastAsia="宋体"/>
                <w:b w:val="0"/>
                <w:sz w:val="18"/>
              </w:rPr>
              <w:t>师：从第一幅图中你知道了哪些信息和问题？</w:t>
            </w:r>
          </w:p>
          <w:p>
            <w:pPr>
              <w:spacing w:after="20" w:line="276" w:lineRule="auto"/>
            </w:pPr>
            <w:r>
              <w:rPr>
                <w:rFonts w:ascii="宋体" w:hAnsi="宋体" w:eastAsia="宋体"/>
                <w:b w:val="0"/>
                <w:sz w:val="18"/>
              </w:rPr>
              <w:t>师：“6个”这个信息你是从哪里知道的？（图中数出来的）</w:t>
            </w:r>
          </w:p>
          <w:p>
            <w:pPr>
              <w:spacing w:after="20" w:line="276" w:lineRule="auto"/>
            </w:pPr>
            <w:r>
              <w:rPr>
                <w:rFonts w:ascii="宋体" w:hAnsi="宋体" w:eastAsia="宋体"/>
                <w:b w:val="0"/>
                <w:sz w:val="18"/>
              </w:rPr>
              <w:t>12-6=6(个)</w:t>
            </w:r>
          </w:p>
          <w:p>
            <w:pPr>
              <w:spacing w:after="20" w:line="276" w:lineRule="auto"/>
            </w:pPr>
            <w:r>
              <w:rPr>
                <w:rFonts w:ascii="宋体" w:hAnsi="宋体" w:eastAsia="宋体"/>
                <w:b w:val="0"/>
                <w:sz w:val="18"/>
              </w:rPr>
              <w:t>15-7=8(只)15-6=9(只)</w:t>
            </w:r>
          </w:p>
          <w:p>
            <w:pPr>
              <w:spacing w:after="20" w:line="276" w:lineRule="auto"/>
            </w:pPr>
            <w:r>
              <w:rPr>
                <w:rFonts w:ascii="宋体" w:hAnsi="宋体" w:eastAsia="宋体"/>
                <w:b w:val="0"/>
                <w:sz w:val="18"/>
              </w:rPr>
              <w:t>师：同一幅图，解决的方法一样吗？</w:t>
            </w:r>
          </w:p>
          <w:p>
            <w:pPr>
              <w:spacing w:after="20" w:line="276" w:lineRule="auto"/>
            </w:pPr>
            <w:r>
              <w:rPr>
                <w:rFonts w:ascii="宋体" w:hAnsi="宋体" w:eastAsia="宋体"/>
                <w:b w:val="0"/>
                <w:sz w:val="18"/>
              </w:rPr>
              <w:t>师小结：同一个情境，可以从不同的角度收集信息，提出不同的问题，解决的方法也不同。</w:t>
            </w:r>
          </w:p>
        </w:tc>
        <w:tc>
          <w:tcPr>
            <w:tcW w:type="dxa" w:w="3061"/>
          </w:tcPr>
          <w:p>
            <w:pPr>
              <w:spacing w:after="20" w:line="276" w:lineRule="auto"/>
            </w:pPr>
            <w:r/>
            <w:r>
              <w:rPr>
                <w:rFonts w:ascii="宋体" w:hAnsi="宋体" w:eastAsia="宋体"/>
                <w:b w:val="0"/>
                <w:sz w:val="18"/>
              </w:rPr>
              <w:t>第一竖行表示车的类型，第二竖行表示共有车的数量，第三竖行表示出租的车的数量，第四竖行表示还剩车的数量。</w:t>
            </w:r>
          </w:p>
          <w:p>
            <w:pPr>
              <w:spacing w:after="20" w:line="276" w:lineRule="auto"/>
            </w:pPr>
            <w:r>
              <w:rPr>
                <w:rFonts w:ascii="宋体" w:hAnsi="宋体" w:eastAsia="宋体"/>
                <w:b w:val="0"/>
                <w:sz w:val="18"/>
              </w:rPr>
              <w:t>第一横行是对下面几行的说明，第二横行表示大巴车共有11辆，出租了6辆，还剩几辆；第三横行表示卡车共有12辆，出租了7辆，还剩几辆；第四横行表示轿车共有18辆，出租了9辆，还剩几辆。</w:t>
            </w:r>
          </w:p>
          <w:p>
            <w:pPr>
              <w:spacing w:after="20" w:line="276" w:lineRule="auto"/>
            </w:pPr>
            <w:r>
              <w:rPr>
                <w:rFonts w:ascii="宋体" w:hAnsi="宋体" w:eastAsia="宋体"/>
                <w:b w:val="0"/>
                <w:sz w:val="18"/>
              </w:rPr>
              <w:t>学生独立完成后交流。</w:t>
            </w:r>
          </w:p>
          <w:p>
            <w:pPr>
              <w:spacing w:after="20" w:line="276" w:lineRule="auto"/>
            </w:pPr>
            <w:r>
              <w:rPr>
                <w:rFonts w:ascii="宋体" w:hAnsi="宋体" w:eastAsia="宋体"/>
                <w:b w:val="0"/>
                <w:sz w:val="18"/>
              </w:rPr>
              <w:t>妈妈一共要包12个汤圆，已经包好了6个，还要包几个？</w:t>
            </w:r>
          </w:p>
          <w:p>
            <w:pPr>
              <w:spacing w:after="20" w:line="276" w:lineRule="auto"/>
            </w:pPr>
            <w:r>
              <w:rPr>
                <w:rFonts w:ascii="宋体" w:hAnsi="宋体" w:eastAsia="宋体"/>
                <w:b w:val="0"/>
                <w:sz w:val="18"/>
              </w:rPr>
              <w:t>学生独立完成后交流汇报。</w:t>
            </w:r>
          </w:p>
          <w:p>
            <w:pPr>
              <w:spacing w:after="20" w:line="276" w:lineRule="auto"/>
            </w:pPr>
            <w:r>
              <w:rPr>
                <w:rFonts w:ascii="宋体" w:hAnsi="宋体" w:eastAsia="宋体"/>
                <w:b w:val="0"/>
                <w:sz w:val="18"/>
              </w:rPr>
              <w:t>预设1：一共有15只天鹅。左边有7只，右边有几只？(师：你是从左右两边来观察的，真细心。)</w:t>
            </w:r>
          </w:p>
          <w:p>
            <w:pPr>
              <w:spacing w:after="20" w:line="276" w:lineRule="auto"/>
            </w:pPr>
            <w:r>
              <w:rPr>
                <w:rFonts w:ascii="宋体" w:hAnsi="宋体" w:eastAsia="宋体"/>
                <w:b w:val="0"/>
                <w:sz w:val="18"/>
              </w:rPr>
              <w:t>预设2：一共有15只天鹅，白天鹅有6只，黑天鹅有几只？(师：真是一个善于观察的孩子，还能从颜色的角度进行观察，太棒了！)</w:t>
            </w:r>
          </w:p>
          <w:p>
            <w:pPr>
              <w:spacing w:after="20" w:line="276" w:lineRule="auto"/>
            </w:pPr>
            <w:r>
              <w:rPr>
                <w:rFonts w:ascii="宋体" w:hAnsi="宋体" w:eastAsia="宋体"/>
                <w:b w:val="0"/>
                <w:sz w:val="18"/>
              </w:rPr>
              <w:t>学生独立完成后相互交流。</w:t>
            </w:r>
          </w:p>
        </w:tc>
        <w:tc>
          <w:tcPr>
            <w:tcW w:type="dxa" w:w="1814"/>
          </w:tcPr>
          <w:p>
            <w:pPr>
              <w:spacing w:after="20" w:line="276" w:lineRule="auto"/>
            </w:pPr>
            <w:r/>
            <w:r>
              <w:rPr>
                <w:rFonts w:ascii="宋体" w:hAnsi="宋体" w:eastAsia="宋体"/>
                <w:b w:val="0"/>
                <w:sz w:val="18"/>
              </w:rPr>
              <w:t>通过统计表的形式提供数据信息，让学生利用表中的数据进行减法练习，既巩固了减法，又初步认识了统计表，体会了数学问题的多种呈现方式。</w:t>
            </w:r>
          </w:p>
          <w:p>
            <w:pPr>
              <w:spacing w:after="20" w:line="276" w:lineRule="auto"/>
            </w:pPr>
            <w:r>
              <w:rPr>
                <w:rFonts w:ascii="宋体" w:hAnsi="宋体" w:eastAsia="宋体"/>
                <w:b w:val="0"/>
                <w:sz w:val="18"/>
              </w:rPr>
              <w:t>题目中的文字只给出了一个条件和问题，另一个条件需要学生自己从图中获取，培养学生收集数学信息并熟练地应用减法解决问题的能力。</w:t>
            </w:r>
          </w:p>
          <w:p>
            <w:pPr>
              <w:spacing w:after="20" w:line="276" w:lineRule="auto"/>
            </w:pPr>
            <w:r>
              <w:rPr>
                <w:rFonts w:ascii="宋体" w:hAnsi="宋体" w:eastAsia="宋体"/>
                <w:b w:val="0"/>
                <w:sz w:val="18"/>
              </w:rPr>
              <w:t>前面的数学问题都是从图中获取一个信息和问题，而本题可以从两个不同角度观察并收集信息，让学生体会由于收集的信息不同，提出的问题不同，解决问题的具体方案也就会不同。</w:t>
            </w:r>
          </w:p>
        </w:tc>
      </w:tr>
      <w:tr>
        <w:tc>
          <w:tcPr>
            <w:tcW w:type="dxa" w:w="1474"/>
          </w:tcPr>
          <w:p>
            <w:pPr>
              <w:spacing w:after="20" w:line="276" w:lineRule="auto"/>
            </w:pPr>
            <w:r>
              <w:rPr>
                <w:b/>
              </w:rPr>
            </w:r>
            <w:r>
              <w:rPr>
                <w:rFonts w:ascii="宋体" w:hAnsi="宋体" w:eastAsia="宋体"/>
                <w:b/>
                <w:sz w:val="18"/>
              </w:rPr>
              <w:t>三、自主练习，加强训练</w:t>
            </w:r>
          </w:p>
        </w:tc>
        <w:tc>
          <w:tcPr>
            <w:tcW w:type="dxa" w:w="3061"/>
          </w:tcPr>
          <w:p>
            <w:pPr>
              <w:spacing w:after="20" w:line="276" w:lineRule="auto"/>
            </w:pPr>
            <w:r/>
            <w:r>
              <w:rPr>
                <w:rFonts w:ascii="宋体" w:hAnsi="宋体" w:eastAsia="宋体"/>
                <w:b w:val="0"/>
                <w:sz w:val="18"/>
              </w:rPr>
              <w:t>1.完成教科书P15“练一练”第6题。</w:t>
            </w:r>
          </w:p>
          <w:p>
            <w:pPr>
              <w:spacing w:after="20" w:line="276" w:lineRule="auto"/>
            </w:pPr>
            <w:r>
              <w:rPr>
                <w:rFonts w:ascii="宋体" w:hAnsi="宋体" w:eastAsia="宋体"/>
                <w:b w:val="0"/>
                <w:sz w:val="18"/>
              </w:rPr>
              <w:t>2.完成教科书P15“练一练”第9题。</w:t>
            </w:r>
          </w:p>
          <w:p>
            <w:pPr>
              <w:spacing w:after="20" w:line="276" w:lineRule="auto"/>
            </w:pPr>
            <w:r>
              <w:rPr>
                <w:rFonts w:ascii="宋体" w:hAnsi="宋体" w:eastAsia="宋体"/>
                <w:b w:val="0"/>
                <w:sz w:val="18"/>
              </w:rPr>
              <w:t>3.课件出示习题。</w:t>
            </w:r>
          </w:p>
        </w:tc>
        <w:tc>
          <w:tcPr>
            <w:tcW w:type="dxa" w:w="3061"/>
          </w:tcPr>
          <w:p>
            <w:pPr>
              <w:spacing w:after="20" w:line="276" w:lineRule="auto"/>
            </w:pPr>
            <w:r/>
            <w:r>
              <w:rPr>
                <w:rFonts w:ascii="宋体" w:hAnsi="宋体" w:eastAsia="宋体"/>
                <w:b w:val="0"/>
                <w:sz w:val="18"/>
              </w:rPr>
              <w:t>学生独立完成后交流汇报。</w:t>
            </w:r>
          </w:p>
          <w:p>
            <w:pPr>
              <w:spacing w:after="20" w:line="276" w:lineRule="auto"/>
            </w:pPr>
            <w:r>
              <w:rPr>
                <w:rFonts w:ascii="宋体" w:hAnsi="宋体" w:eastAsia="宋体"/>
                <w:b w:val="0"/>
                <w:sz w:val="18"/>
              </w:rPr>
              <w:t>学生独立完成后集体订正。</w:t>
            </w:r>
          </w:p>
          <w:p>
            <w:pPr>
              <w:spacing w:after="20" w:line="276" w:lineRule="auto"/>
            </w:pPr>
            <w:r>
              <w:rPr>
                <w:rFonts w:ascii="宋体" w:hAnsi="宋体" w:eastAsia="宋体"/>
                <w:b w:val="0"/>
                <w:sz w:val="18"/>
              </w:rPr>
              <w:t>学生独立完成后组内交流。</w:t>
            </w:r>
          </w:p>
        </w:tc>
        <w:tc>
          <w:tcPr>
            <w:tcW w:type="dxa" w:w="1814"/>
          </w:tcPr>
          <w:p>
            <w:pPr>
              <w:spacing w:after="20" w:line="276" w:lineRule="auto"/>
            </w:pPr>
            <w:r/>
            <w:r>
              <w:rPr>
                <w:rFonts w:ascii="宋体" w:hAnsi="宋体" w:eastAsia="宋体"/>
                <w:b w:val="0"/>
                <w:sz w:val="18"/>
              </w:rPr>
              <w:t>此题是针对退位减法计算的巩固练习，既训练计算能力，又让学生初步感受得数相等的两个减法算式之间的关系，初步渗透“=”不仅表示结果还表示关系。</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师：通过本节课的学习，你们有哪些新的收获？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引导学生回顾梳理本课所学，完善认知结构，提升归纳与反思能力，核心问题："通过本节课的学习，你们有哪些新的收获？"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教科书P14~15“练一练”第1、2、5、6、7、8、9题。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基础练习中，学生计算的速度差异较大，有的学生很快就将题目全部做完了，有的学生还只做了几道题。对于退位减法，大部分学生能运用“破十法”计算，能够掌握方法和算理，但部分学生运算速度较慢。学生运用减法解决问题这一方面掌握得比较好。在今后的教学中，要针对速度慢的同学进行强化训练。</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十几减5、4、3、2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十几减5、4、3、2</w:t>
            </w:r>
          </w:p>
        </w:tc>
        <w:tc>
          <w:tcPr>
            <w:tcW w:type="dxa" w:w="6009"/>
          </w:tcPr>
          <w:p>
            <w:pPr>
              <w:spacing w:after="20" w:line="276" w:lineRule="auto"/>
            </w:pPr>
            <w:r/>
            <w:r>
              <w:rPr>
                <w:rFonts w:ascii="宋体" w:hAnsi="宋体" w:eastAsia="宋体"/>
                <w:b w:val="0"/>
                <w:sz w:val="20"/>
              </w:rPr>
              <w:t>第2单元 20以内的退位减法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用“凑十法”计算20以内的进位加法和十几减几的不退位减法，并能熟练地计算10以内的加、减法，这些都是学生学习本单元的重要基础。20以内的退位减法，很多学生也会计算，但只是习惯性地记忆计算结果，不一定理解其算理，算法也不一定很清楚。这也是教学时的难点：一方面，看起来学生会算，事实上学生不会算，只是背答案；另一方面，学生以为自己会算而不认真学习，事实上也并不会算。如果不清楚算理，没掌握算法，会直接影响到以后的计算学习。掌握算法后，学生初步具备了一定的解决问题的能力，但是在解决信息量比较大的问题时还存在一定的困难。</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教学内容：教科书P16例4，完成教科书P16“做一做”及“数学游戏”。</w:t>
      </w:r>
    </w:p>
    <w:p>
      <w:pPr>
        <w:spacing w:after="80" w:line="300" w:lineRule="auto"/>
        <w:ind w:firstLine="400"/>
      </w:pPr>
      <w:r>
        <w:rPr>
          <w:rFonts w:ascii="宋体" w:hAnsi="宋体" w:eastAsia="宋体"/>
          <w:b w:val="0"/>
          <w:sz w:val="20"/>
        </w:rPr>
        <w:t>教学准备：课件、口算卡片。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（1）能准确地口算“十几减5、4、3、2”的退位减法，进一步体会加减法之间的联系，比较熟练地运用“想加算减法”计算。</w:t>
      </w:r>
    </w:p>
    <w:p>
      <w:pPr>
        <w:spacing w:after="20" w:line="300" w:lineRule="auto"/>
        <w:ind w:firstLine="400"/>
      </w:pPr>
      <w:r>
        <w:rPr>
          <w:rFonts w:ascii="宋体" w:hAnsi="宋体" w:eastAsia="宋体"/>
          <w:b w:val="0"/>
          <w:sz w:val="20"/>
        </w:rPr>
        <w:t>（2）通过不同层次的计算练习，给学生提供自主探究的空间，初步培养学生交流、合作、迁移、类推的能力。</w:t>
      </w:r>
    </w:p>
    <w:p>
      <w:pPr>
        <w:spacing w:after="20" w:line="300" w:lineRule="auto"/>
        <w:ind w:firstLine="400"/>
      </w:pPr>
      <w:r>
        <w:rPr>
          <w:rFonts w:ascii="宋体" w:hAnsi="宋体" w:eastAsia="宋体"/>
          <w:b w:val="0"/>
          <w:sz w:val="20"/>
        </w:rPr>
        <w:t>（3）注重学生的情感体验、自我感悟、自我评价和个性发展。</w:t>
      </w:r>
    </w:p>
    <w:p>
      <w:pPr>
        <w:spacing w:after="20" w:line="300" w:lineRule="auto"/>
      </w:pPr>
      <w:r>
        <w:rPr>
          <w:rFonts w:ascii="宋体" w:hAnsi="宋体" w:eastAsia="宋体"/>
          <w:b w:val="0"/>
          <w:sz w:val="20"/>
        </w:rPr>
        <w:t>教学重点：能正确、熟练地计算“十几减5、4、3、2”。</w:t>
      </w:r>
    </w:p>
    <w:p>
      <w:pPr>
        <w:spacing w:after="20" w:line="300" w:lineRule="auto"/>
      </w:pPr>
      <w:r>
        <w:rPr>
          <w:rFonts w:ascii="宋体" w:hAnsi="宋体" w:eastAsia="宋体"/>
          <w:b w:val="0"/>
          <w:sz w:val="20"/>
        </w:rPr>
        <w:t>教学难点：灵活运用“十几减几”的口算方法。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一、复习引入，铺垫基础</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二、练习引入，自主探究</w:t>
            </w:r>
          </w:p>
        </w:tc>
        <w:tc>
          <w:tcPr>
            <w:tcW w:type="dxa" w:w="1814"/>
          </w:tcPr>
          <w:p>
            <w:pPr>
              <w:spacing w:after="20" w:line="276" w:lineRule="auto"/>
            </w:pPr>
            <w:r/>
            <w:r>
              <w:rPr>
                <w:rFonts w:ascii="宋体" w:hAnsi="宋体" w:eastAsia="宋体"/>
                <w:b w:val="0"/>
                <w:sz w:val="18"/>
              </w:rPr>
              <w:t>课件、教科书、练习本</w:t>
            </w:r>
          </w:p>
        </w:tc>
        <w:tc>
          <w:tcPr>
            <w:tcW w:type="dxa" w:w="3402"/>
          </w:tcPr>
          <w:p>
            <w:pPr>
              <w:spacing w:after="20" w:line="276" w:lineRule="auto"/>
            </w:pPr>
            <w:r/>
            <w:r>
              <w:rPr>
                <w:rFonts w:ascii="宋体" w:hAnsi="宋体" w:eastAsia="宋体"/>
                <w:b w:val="0"/>
                <w:sz w:val="18"/>
              </w:rPr>
              <w:t>还有哪些同学是用这种方法计算的？；这些方法都能正确计算出结果，你觉得哪种计算方法比较好？为什么？</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三、适时巩固，强化应用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观察每一组上下两个算式，你有什么发现？；你还能写出类似的算式吗?</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一、复习引入，铺垫基础</w:t>
            </w:r>
          </w:p>
        </w:tc>
        <w:tc>
          <w:tcPr>
            <w:tcW w:type="dxa" w:w="3061"/>
          </w:tcPr>
          <w:p>
            <w:pPr>
              <w:spacing w:after="20" w:line="276" w:lineRule="auto"/>
            </w:pPr>
            <w:r/>
            <w:r>
              <w:rPr>
                <w:rFonts w:ascii="宋体" w:hAnsi="宋体" w:eastAsia="宋体"/>
                <w:b w:val="0"/>
                <w:sz w:val="18"/>
              </w:rPr>
              <w:t>1.课件出示第1道习题。</w:t>
            </w:r>
          </w:p>
          <w:p>
            <w:pPr>
              <w:spacing w:after="20" w:line="276" w:lineRule="auto"/>
            </w:pPr>
            <w:r>
              <w:rPr>
                <w:rFonts w:ascii="宋体" w:hAnsi="宋体" w:eastAsia="宋体"/>
                <w:b w:val="0"/>
                <w:sz w:val="18"/>
              </w:rPr>
              <w:t>师：下面开始答题，比一比谁最先完成。</w:t>
            </w:r>
          </w:p>
          <w:p>
            <w:pPr>
              <w:spacing w:after="20" w:line="276" w:lineRule="auto"/>
            </w:pPr>
            <w:r>
              <w:rPr>
                <w:rFonts w:ascii="宋体" w:hAnsi="宋体" w:eastAsia="宋体"/>
                <w:b w:val="0"/>
                <w:sz w:val="18"/>
              </w:rPr>
              <w:t>规定时间到后，课件出示正确答案，学生自己批改，教师从中选择1至3个算式，指名学生说一说是怎样计算的。</w:t>
            </w:r>
          </w:p>
          <w:p>
            <w:pPr>
              <w:spacing w:after="20" w:line="276" w:lineRule="auto"/>
            </w:pPr>
            <w:r>
              <w:rPr>
                <w:rFonts w:ascii="宋体" w:hAnsi="宋体" w:eastAsia="宋体"/>
                <w:b w:val="0"/>
                <w:sz w:val="18"/>
              </w:rPr>
              <w:t>2.课件出示第2道习题。</w:t>
            </w:r>
          </w:p>
          <w:p>
            <w:pPr>
              <w:spacing w:after="20" w:line="276" w:lineRule="auto"/>
            </w:pPr>
            <w:r>
              <w:rPr>
                <w:rFonts w:ascii="宋体" w:hAnsi="宋体" w:eastAsia="宋体"/>
                <w:b w:val="0"/>
                <w:sz w:val="18"/>
              </w:rPr>
              <w:t>师：前面的口算同学们完成得很好，继续来看一看这几个算式的括号里应该填几。</w:t>
            </w:r>
          </w:p>
          <w:p>
            <w:pPr>
              <w:spacing w:after="20" w:line="276" w:lineRule="auto"/>
            </w:pPr>
            <w:r>
              <w:rPr>
                <w:rFonts w:ascii="宋体" w:hAnsi="宋体" w:eastAsia="宋体"/>
                <w:b w:val="0"/>
                <w:sz w:val="18"/>
              </w:rPr>
              <w:t>逐一出示以上6道题，依次完成并说说怎样想的。</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设计以上两道复习题，进一步训练学生的口算能力，突出新旧知识间的联系，激活学生已有的知识经验，感受“想加算减法”的价值。</w:t>
            </w:r>
          </w:p>
        </w:tc>
      </w:tr>
      <w:tr>
        <w:tc>
          <w:tcPr>
            <w:tcW w:type="dxa" w:w="1474"/>
          </w:tcPr>
          <w:p>
            <w:pPr>
              <w:spacing w:after="20" w:line="276" w:lineRule="auto"/>
            </w:pPr>
            <w:r>
              <w:rPr>
                <w:b/>
              </w:rPr>
            </w:r>
            <w:r>
              <w:rPr>
                <w:rFonts w:ascii="宋体" w:hAnsi="宋体" w:eastAsia="宋体"/>
                <w:b/>
                <w:sz w:val="18"/>
              </w:rPr>
              <w:t>二、练习引入，自主探究</w:t>
            </w:r>
          </w:p>
        </w:tc>
        <w:tc>
          <w:tcPr>
            <w:tcW w:type="dxa" w:w="3061"/>
          </w:tcPr>
          <w:p>
            <w:pPr>
              <w:spacing w:after="20" w:line="276" w:lineRule="auto"/>
            </w:pPr>
            <w:r/>
            <w:r>
              <w:rPr>
                <w:rFonts w:ascii="宋体" w:hAnsi="宋体" w:eastAsia="宋体"/>
                <w:b w:val="0"/>
                <w:sz w:val="18"/>
              </w:rPr>
              <w:t>1.尝试计算。</w:t>
            </w:r>
          </w:p>
          <w:p>
            <w:pPr>
              <w:spacing w:after="20" w:line="276" w:lineRule="auto"/>
            </w:pPr>
            <w:r>
              <w:rPr>
                <w:rFonts w:ascii="宋体" w:hAnsi="宋体" w:eastAsia="宋体"/>
                <w:b w:val="0"/>
                <w:sz w:val="18"/>
              </w:rPr>
              <w:t>课件出示教科书P16例4。</w:t>
            </w:r>
          </w:p>
          <w:p>
            <w:pPr>
              <w:spacing w:after="20" w:line="276" w:lineRule="auto"/>
            </w:pPr>
            <w:r>
              <w:rPr>
                <w:rFonts w:ascii="宋体" w:hAnsi="宋体" w:eastAsia="宋体"/>
                <w:b w:val="0"/>
                <w:sz w:val="18"/>
              </w:rPr>
              <w:t>师：请你用自己喜欢的方法计算，记录在练习本上。</w:t>
            </w:r>
          </w:p>
          <w:p>
            <w:pPr>
              <w:spacing w:after="20" w:line="276" w:lineRule="auto"/>
            </w:pPr>
            <w:r>
              <w:rPr>
                <w:rFonts w:ascii="宋体" w:hAnsi="宋体" w:eastAsia="宋体"/>
                <w:b w:val="0"/>
                <w:sz w:val="18"/>
              </w:rPr>
              <w:t>师：老师发现同学们都能用自己学过的方法计算，谁能展示一下自己的计算方法？</w:t>
            </w:r>
          </w:p>
          <w:p>
            <w:pPr>
              <w:spacing w:after="20" w:line="276" w:lineRule="auto"/>
            </w:pPr>
            <w:r>
              <w:rPr>
                <w:rFonts w:ascii="宋体" w:hAnsi="宋体" w:eastAsia="宋体"/>
                <w:b w:val="0"/>
                <w:sz w:val="18"/>
              </w:rPr>
              <w:t>师：还有哪些同学是用这种方法计算的？</w:t>
            </w:r>
          </w:p>
          <w:p>
            <w:pPr>
              <w:spacing w:after="20" w:line="276" w:lineRule="auto"/>
            </w:pPr>
            <w:r>
              <w:rPr>
                <w:rFonts w:ascii="宋体" w:hAnsi="宋体" w:eastAsia="宋体"/>
                <w:b w:val="0"/>
                <w:sz w:val="18"/>
              </w:rPr>
              <w:t>12－2＝10    10－3＝7</w:t>
            </w:r>
          </w:p>
          <w:p>
            <w:pPr>
              <w:spacing w:after="20" w:line="276" w:lineRule="auto"/>
            </w:pPr>
            <w:r>
              <w:rPr>
                <w:rFonts w:ascii="宋体" w:hAnsi="宋体" w:eastAsia="宋体"/>
                <w:b w:val="0"/>
                <w:sz w:val="18"/>
              </w:rPr>
              <w:t>3.分析比较，优化计算方法。</w:t>
            </w:r>
          </w:p>
          <w:p>
            <w:pPr>
              <w:spacing w:after="20" w:line="276" w:lineRule="auto"/>
            </w:pPr>
            <w:r>
              <w:rPr>
                <w:rFonts w:ascii="宋体" w:hAnsi="宋体" w:eastAsia="宋体"/>
                <w:b w:val="0"/>
                <w:sz w:val="18"/>
              </w:rPr>
              <w:t>师：这些方法都能正确计算出结果，你觉得哪种计算方法比较好？为什么？</w:t>
            </w:r>
          </w:p>
          <w:p>
            <w:pPr>
              <w:spacing w:after="20" w:line="276" w:lineRule="auto"/>
            </w:pPr>
            <w:r>
              <w:rPr>
                <w:rFonts w:ascii="宋体" w:hAnsi="宋体" w:eastAsia="宋体"/>
                <w:b w:val="0"/>
                <w:sz w:val="18"/>
              </w:rPr>
              <w:t>4.算式比较，发现规律。</w:t>
            </w:r>
          </w:p>
          <w:p>
            <w:pPr>
              <w:spacing w:after="20" w:line="276" w:lineRule="auto"/>
            </w:pPr>
            <w:r>
              <w:rPr>
                <w:rFonts w:ascii="宋体" w:hAnsi="宋体" w:eastAsia="宋体"/>
                <w:b w:val="0"/>
                <w:sz w:val="18"/>
              </w:rPr>
              <w:t>(1)师：例4中的两列算式有什么特点？与之前的减法算式有什么不同？</w:t>
            </w:r>
          </w:p>
          <w:p>
            <w:pPr>
              <w:spacing w:after="20" w:line="276" w:lineRule="auto"/>
            </w:pPr>
            <w:r>
              <w:rPr>
                <w:rFonts w:ascii="宋体" w:hAnsi="宋体" w:eastAsia="宋体"/>
                <w:b w:val="0"/>
                <w:sz w:val="18"/>
              </w:rPr>
              <w:t>师：这就是今天要研究的十几减5、4、3、2的退位减法。（板书课题：十几减5、4、3、2）</w:t>
            </w:r>
          </w:p>
          <w:p>
            <w:pPr>
              <w:spacing w:after="20" w:line="276" w:lineRule="auto"/>
            </w:pPr>
            <w:r>
              <w:rPr>
                <w:rFonts w:ascii="宋体" w:hAnsi="宋体" w:eastAsia="宋体"/>
                <w:b w:val="0"/>
                <w:sz w:val="18"/>
              </w:rPr>
              <w:t>(2)师：比较例4中的两列算式，你有什么发现？</w:t>
            </w:r>
          </w:p>
          <w:p>
            <w:pPr>
              <w:spacing w:after="20" w:line="276" w:lineRule="auto"/>
            </w:pPr>
            <w:r>
              <w:rPr>
                <w:rFonts w:ascii="宋体" w:hAnsi="宋体" w:eastAsia="宋体"/>
                <w:b w:val="0"/>
                <w:sz w:val="18"/>
              </w:rPr>
              <w:t>教师板书算式结果。</w:t>
            </w:r>
          </w:p>
        </w:tc>
        <w:tc>
          <w:tcPr>
            <w:tcW w:type="dxa" w:w="3061"/>
          </w:tcPr>
          <w:p>
            <w:pPr>
              <w:spacing w:after="20" w:line="276" w:lineRule="auto"/>
            </w:pPr>
            <w:r/>
            <w:r>
              <w:rPr>
                <w:rFonts w:ascii="宋体" w:hAnsi="宋体" w:eastAsia="宋体"/>
                <w:b w:val="0"/>
                <w:sz w:val="18"/>
              </w:rPr>
              <w:t>学生尝试计算，教师巡视。</w:t>
            </w:r>
          </w:p>
          <w:p>
            <w:pPr>
              <w:spacing w:after="20" w:line="276" w:lineRule="auto"/>
            </w:pPr>
            <w:r>
              <w:rPr>
                <w:rFonts w:ascii="宋体" w:hAnsi="宋体" w:eastAsia="宋体"/>
                <w:b w:val="0"/>
                <w:sz w:val="18"/>
              </w:rPr>
              <w:t>2.汇报思考过程。</w:t>
            </w:r>
          </w:p>
          <w:p>
            <w:pPr>
              <w:spacing w:after="20" w:line="276" w:lineRule="auto"/>
            </w:pPr>
            <w:r>
              <w:rPr>
                <w:rFonts w:ascii="宋体" w:hAnsi="宋体" w:eastAsia="宋体"/>
                <w:b w:val="0"/>
                <w:sz w:val="18"/>
              </w:rPr>
              <w:t>学生展示不同的算法。</w:t>
            </w:r>
          </w:p>
          <w:p>
            <w:pPr>
              <w:spacing w:after="20" w:line="276" w:lineRule="auto"/>
            </w:pPr>
            <w:r>
              <w:rPr>
                <w:rFonts w:ascii="宋体" w:hAnsi="宋体" w:eastAsia="宋体"/>
                <w:b w:val="0"/>
                <w:sz w:val="18"/>
              </w:rPr>
              <w:t>汇报各题得数后，以12-5为例，结合学生的汇报出示不同算法。</w:t>
            </w:r>
          </w:p>
          <w:p>
            <w:pPr>
              <w:spacing w:after="20" w:line="276" w:lineRule="auto"/>
            </w:pPr>
            <w:r>
              <w:rPr>
                <w:rFonts w:ascii="宋体" w:hAnsi="宋体" w:eastAsia="宋体"/>
                <w:b w:val="0"/>
                <w:sz w:val="18"/>
              </w:rPr>
              <w:t>预设1：“破十法”。（课件配合出示）</w:t>
            </w:r>
          </w:p>
          <w:p>
            <w:pPr>
              <w:spacing w:after="20" w:line="276" w:lineRule="auto"/>
            </w:pPr>
            <w:r>
              <w:rPr>
                <w:rFonts w:ascii="宋体" w:hAnsi="宋体" w:eastAsia="宋体"/>
                <w:b w:val="0"/>
                <w:sz w:val="18"/>
              </w:rPr>
              <w:t>预设2：“想加算减法”。（课件配合出示）</w:t>
            </w:r>
          </w:p>
          <w:p>
            <w:pPr>
              <w:spacing w:after="20" w:line="276" w:lineRule="auto"/>
            </w:pPr>
            <w:r>
              <w:rPr>
                <w:rFonts w:ascii="宋体" w:hAnsi="宋体" w:eastAsia="宋体"/>
                <w:b w:val="0"/>
                <w:sz w:val="18"/>
              </w:rPr>
              <w:t>预设3：“平十法”。</w:t>
            </w:r>
          </w:p>
          <w:p>
            <w:pPr>
              <w:spacing w:after="20" w:line="276" w:lineRule="auto"/>
            </w:pPr>
            <w:r>
              <w:rPr>
                <w:rFonts w:ascii="宋体" w:hAnsi="宋体" w:eastAsia="宋体"/>
                <w:b w:val="0"/>
                <w:sz w:val="18"/>
              </w:rPr>
              <w:t>学生根据自己的情况选择计算方法，三种方法都行,说出的理由合理就予以认可。尽量鼓励学生用“想加算减法”说出答案。</w:t>
            </w:r>
          </w:p>
          <w:p>
            <w:pPr>
              <w:spacing w:after="20" w:line="276" w:lineRule="auto"/>
            </w:pPr>
            <w:r>
              <w:rPr>
                <w:rFonts w:ascii="宋体" w:hAnsi="宋体" w:eastAsia="宋体"/>
                <w:b w:val="0"/>
                <w:sz w:val="18"/>
              </w:rPr>
              <w:t>都是退位减法，但减数分别是5、4、3、2。</w:t>
            </w:r>
          </w:p>
          <w:p>
            <w:pPr>
              <w:spacing w:after="20" w:line="276" w:lineRule="auto"/>
            </w:pPr>
            <w:r>
              <w:rPr>
                <w:rFonts w:ascii="宋体" w:hAnsi="宋体" w:eastAsia="宋体"/>
                <w:b w:val="0"/>
                <w:sz w:val="18"/>
              </w:rPr>
              <w:t>学生独立计算，再汇报交流。</w:t>
            </w:r>
          </w:p>
          <w:p>
            <w:pPr>
              <w:spacing w:after="20" w:line="276" w:lineRule="auto"/>
            </w:pPr>
            <w:r>
              <w:rPr>
                <w:rFonts w:ascii="宋体" w:hAnsi="宋体" w:eastAsia="宋体"/>
                <w:b w:val="0"/>
                <w:sz w:val="18"/>
              </w:rPr>
              <w:t>学生可能会发现：竖着观察，从上到下，左右两列的被减数不变，减数逐渐少“1”，差逐渐多“1”；横着观察，每一行被减数相差“1”，减数也相差“1”，差不变。</w:t>
            </w:r>
          </w:p>
        </w:tc>
        <w:tc>
          <w:tcPr>
            <w:tcW w:type="dxa" w:w="1814"/>
          </w:tcPr>
          <w:p>
            <w:pPr>
              <w:spacing w:after="20" w:line="276" w:lineRule="auto"/>
            </w:pPr>
            <w:r/>
            <w:r>
              <w:rPr>
                <w:rFonts w:ascii="宋体" w:hAnsi="宋体" w:eastAsia="宋体"/>
                <w:b w:val="0"/>
                <w:sz w:val="18"/>
              </w:rPr>
              <w:t>由于学生已经有丰富的计算20以内退位减法的经验，在此充分放手，要求学生用学过的计算方法完成十几减5、4、3、2的计算。</w:t>
            </w:r>
          </w:p>
          <w:p>
            <w:pPr>
              <w:spacing w:after="20" w:line="276" w:lineRule="auto"/>
            </w:pPr>
            <w:r>
              <w:rPr>
                <w:rFonts w:ascii="宋体" w:hAnsi="宋体" w:eastAsia="宋体"/>
                <w:b w:val="0"/>
                <w:sz w:val="18"/>
              </w:rPr>
              <w:t>通过这样的比较和发现，让学生从中体会到被减数、减数和差之间的变化规律。</w:t>
            </w:r>
          </w:p>
          <w:p>
            <w:pPr>
              <w:spacing w:after="20" w:line="276" w:lineRule="auto"/>
            </w:pPr>
            <w:r>
              <w:rPr>
                <w:rFonts w:ascii="宋体" w:hAnsi="宋体" w:eastAsia="宋体"/>
                <w:b w:val="0"/>
                <w:sz w:val="18"/>
              </w:rPr>
              <w:t>（交流展示时应该有意识地将得数相同的算式放在一起，以便观察并发现规律。对于学生出现的错误，要请其他学生判断并说明理由和该如何修改。）</w:t>
            </w:r>
          </w:p>
        </w:tc>
      </w:tr>
      <w:tr>
        <w:tc>
          <w:tcPr>
            <w:tcW w:type="dxa" w:w="1474"/>
          </w:tcPr>
          <w:p>
            <w:pPr>
              <w:spacing w:after="20" w:line="276" w:lineRule="auto"/>
            </w:pPr>
            <w:r>
              <w:rPr>
                <w:b/>
              </w:rPr>
            </w:r>
            <w:r>
              <w:rPr>
                <w:rFonts w:ascii="宋体" w:hAnsi="宋体" w:eastAsia="宋体"/>
                <w:b/>
                <w:sz w:val="18"/>
              </w:rPr>
              <w:t>三、适时巩固，强化应用</w:t>
            </w:r>
          </w:p>
        </w:tc>
        <w:tc>
          <w:tcPr>
            <w:tcW w:type="dxa" w:w="3061"/>
          </w:tcPr>
          <w:p>
            <w:pPr>
              <w:spacing w:after="20" w:line="276" w:lineRule="auto"/>
            </w:pPr>
            <w:r/>
            <w:r>
              <w:rPr>
                <w:rFonts w:ascii="宋体" w:hAnsi="宋体" w:eastAsia="宋体"/>
                <w:b w:val="0"/>
                <w:sz w:val="18"/>
              </w:rPr>
              <w:t>1.完成教科书P16“做一做”第1题。</w:t>
            </w:r>
          </w:p>
          <w:p>
            <w:pPr>
              <w:spacing w:after="20" w:line="276" w:lineRule="auto"/>
            </w:pPr>
            <w:r>
              <w:rPr>
                <w:rFonts w:ascii="宋体" w:hAnsi="宋体" w:eastAsia="宋体"/>
                <w:b w:val="0"/>
                <w:sz w:val="18"/>
              </w:rPr>
              <w:t>先独立完成，再汇报交流。</w:t>
            </w:r>
          </w:p>
          <w:p>
            <w:pPr>
              <w:spacing w:after="20" w:line="276" w:lineRule="auto"/>
            </w:pPr>
            <w:r>
              <w:rPr>
                <w:rFonts w:ascii="宋体" w:hAnsi="宋体" w:eastAsia="宋体"/>
                <w:b w:val="0"/>
                <w:sz w:val="18"/>
              </w:rPr>
              <w:t>师：观察每一组上下两个算式，你有什么发现？</w:t>
            </w:r>
          </w:p>
          <w:p>
            <w:pPr>
              <w:spacing w:after="20" w:line="276" w:lineRule="auto"/>
            </w:pPr>
            <w:r>
              <w:rPr>
                <w:rFonts w:ascii="宋体" w:hAnsi="宋体" w:eastAsia="宋体"/>
                <w:b w:val="0"/>
                <w:sz w:val="18"/>
              </w:rPr>
              <w:t>师：你还能写出类似的算式吗?</w:t>
            </w:r>
          </w:p>
          <w:p>
            <w:pPr>
              <w:spacing w:after="20" w:line="276" w:lineRule="auto"/>
            </w:pPr>
            <w:r>
              <w:rPr>
                <w:rFonts w:ascii="宋体" w:hAnsi="宋体" w:eastAsia="宋体"/>
                <w:b w:val="0"/>
                <w:sz w:val="18"/>
              </w:rPr>
              <w:t>2.完成教科书P16“做一做”第2题。</w:t>
            </w:r>
          </w:p>
          <w:p>
            <w:pPr>
              <w:spacing w:after="20" w:line="276" w:lineRule="auto"/>
            </w:pPr>
            <w:r>
              <w:rPr>
                <w:rFonts w:ascii="宋体" w:hAnsi="宋体" w:eastAsia="宋体"/>
                <w:b w:val="0"/>
                <w:sz w:val="18"/>
              </w:rPr>
              <w:t>先独立完成，再汇报交流。</w:t>
            </w:r>
          </w:p>
          <w:p>
            <w:pPr>
              <w:spacing w:after="20" w:line="276" w:lineRule="auto"/>
            </w:pPr>
            <w:r>
              <w:rPr>
                <w:rFonts w:ascii="宋体" w:hAnsi="宋体" w:eastAsia="宋体"/>
                <w:b w:val="0"/>
                <w:sz w:val="18"/>
              </w:rPr>
              <w:t>师：观察每组算式，你有什么发现？</w:t>
            </w:r>
          </w:p>
          <w:p>
            <w:pPr>
              <w:spacing w:after="20" w:line="276" w:lineRule="auto"/>
            </w:pPr>
            <w:r>
              <w:rPr>
                <w:rFonts w:ascii="宋体" w:hAnsi="宋体" w:eastAsia="宋体"/>
                <w:b w:val="0"/>
                <w:sz w:val="18"/>
              </w:rPr>
              <w:t>3.完成教科书P16“做一做”第3题。</w:t>
            </w:r>
          </w:p>
          <w:p>
            <w:pPr>
              <w:spacing w:after="20" w:line="276" w:lineRule="auto"/>
            </w:pPr>
            <w:r>
              <w:rPr>
                <w:rFonts w:ascii="宋体" w:hAnsi="宋体" w:eastAsia="宋体"/>
                <w:b w:val="0"/>
                <w:sz w:val="18"/>
              </w:rPr>
              <w:t>4.完成教科书P16“数学游戏”。</w:t>
            </w:r>
          </w:p>
          <w:p>
            <w:pPr>
              <w:spacing w:after="20" w:line="276" w:lineRule="auto"/>
            </w:pPr>
            <w:r>
              <w:rPr>
                <w:rFonts w:ascii="宋体" w:hAnsi="宋体" w:eastAsia="宋体"/>
                <w:b w:val="0"/>
                <w:sz w:val="18"/>
              </w:rPr>
              <w:t>(1)先独立算一算，然后将得数相同的卡片放在一起。</w:t>
            </w:r>
          </w:p>
          <w:p>
            <w:pPr>
              <w:spacing w:after="20" w:line="276" w:lineRule="auto"/>
            </w:pPr>
            <w:r>
              <w:rPr>
                <w:rFonts w:ascii="宋体" w:hAnsi="宋体" w:eastAsia="宋体"/>
                <w:b w:val="0"/>
                <w:sz w:val="18"/>
              </w:rPr>
              <w:t>(2)交流展示。</w:t>
            </w:r>
          </w:p>
          <w:p>
            <w:pPr>
              <w:spacing w:after="20" w:line="276" w:lineRule="auto"/>
            </w:pPr>
            <w:r>
              <w:rPr>
                <w:rFonts w:ascii="宋体" w:hAnsi="宋体" w:eastAsia="宋体"/>
                <w:b w:val="0"/>
                <w:sz w:val="18"/>
              </w:rPr>
              <w:t>(3)选择其中的一组进行观察，如13-7=14-8，你能发现什么？</w:t>
            </w:r>
          </w:p>
        </w:tc>
        <w:tc>
          <w:tcPr>
            <w:tcW w:type="dxa" w:w="3061"/>
          </w:tcPr>
          <w:p>
            <w:pPr>
              <w:spacing w:after="20" w:line="276" w:lineRule="auto"/>
            </w:pPr>
            <w:r/>
            <w:r>
              <w:rPr>
                <w:rFonts w:ascii="宋体" w:hAnsi="宋体" w:eastAsia="宋体"/>
                <w:b w:val="0"/>
                <w:sz w:val="18"/>
              </w:rPr>
              <w:t>每组算式的被减数都相同，减数从上到下逐渐加1，差从上到下逐渐减1。</w:t>
            </w:r>
          </w:p>
          <w:p>
            <w:pPr>
              <w:spacing w:after="20" w:line="276" w:lineRule="auto"/>
            </w:pPr>
            <w:r>
              <w:rPr>
                <w:rFonts w:ascii="宋体" w:hAnsi="宋体" w:eastAsia="宋体"/>
                <w:b w:val="0"/>
                <w:sz w:val="18"/>
              </w:rPr>
              <w:t>学生独立完成后再集体订正。</w:t>
            </w:r>
          </w:p>
          <w:p>
            <w:pPr>
              <w:spacing w:after="20" w:line="276" w:lineRule="auto"/>
            </w:pPr>
            <w:r>
              <w:rPr>
                <w:rFonts w:ascii="宋体" w:hAnsi="宋体" w:eastAsia="宋体"/>
                <w:b w:val="0"/>
                <w:sz w:val="18"/>
              </w:rPr>
              <w:t>两个算式中的被减数相差1，相对应的减数也相差1，差相等。</w:t>
            </w:r>
          </w:p>
        </w:tc>
        <w:tc>
          <w:tcPr>
            <w:tcW w:type="dxa" w:w="1814"/>
          </w:tcPr>
          <w:p>
            <w:pPr>
              <w:spacing w:after="20" w:line="276" w:lineRule="auto"/>
            </w:pPr>
            <w:r/>
            <w:r>
              <w:rPr>
                <w:rFonts w:ascii="宋体" w:hAnsi="宋体" w:eastAsia="宋体"/>
                <w:b w:val="0"/>
                <w:sz w:val="18"/>
              </w:rPr>
              <w:t>突出加减法之间的关系，提醒学生在计算时多用“想加算减法”，提高计算的熟练程度，使学生逐步由加法算式直接想出减法得数。</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师：通过今天的学习，你有哪些收获？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教科书P16例4，完成教科书P16“做一做”及“数学游戏”。</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学生对于十几减5、4、3、2的计算掌握的情况比较好，能利用知识的迁移学习新知识。本课时的数学思考题对于学生有一定的难度，主要是学生不知道从哪儿入手。先完成“数学游戏”，再观察得数相同的算式的特点后完成思考题，这样学生解答起来比较快，思路也清晰一些。</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解决问题</w:t>
            </w:r>
          </w:p>
        </w:tc>
        <w:tc>
          <w:tcPr>
            <w:tcW w:type="dxa" w:w="6009"/>
          </w:tcPr>
          <w:p>
            <w:pPr>
              <w:spacing w:after="20" w:line="276" w:lineRule="auto"/>
            </w:pPr>
            <w:r/>
            <w:r>
              <w:rPr>
                <w:rFonts w:ascii="宋体" w:hAnsi="宋体" w:eastAsia="宋体"/>
                <w:b w:val="0"/>
                <w:sz w:val="20"/>
              </w:rPr>
              <w:t>第2单元 20以内的退位减法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用“凑十法”计算20以内的进位加法和十几减几的不退位减法，并能熟练地计算10以内的加、减法，这些都是学生学习本单元的重要基础。20以内的退位减法，很多学生也会计算，但只是习惯性地记忆计算结果，不一定理解其算理，算法也不一定很清楚。这也是教学时的难点：一方面，看起来学生会算，事实上学生不会算，只是背答案；另一方面，学生以为自己会算而不认真学习，事实上也并不会算。如果不清楚算理，没掌握算法，会直接影响到以后的计算学习。掌握算法后，学生初步具备了一定的解决问题的能力，但是在解决信息量比较大的问题时还存在一定的困难。</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教学内容：教科书P17例5，完成教科书P18“做一做”。</w:t>
      </w:r>
    </w:p>
    <w:p>
      <w:pPr>
        <w:spacing w:after="80" w:line="300" w:lineRule="auto"/>
        <w:ind w:firstLine="400"/>
      </w:pPr>
      <w:r>
        <w:rPr>
          <w:rFonts w:ascii="宋体" w:hAnsi="宋体" w:eastAsia="宋体"/>
          <w:b w:val="0"/>
          <w:sz w:val="20"/>
        </w:rPr>
        <w:t>教学准备：课件、口算卡片、图片。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（1）引导学生经历解决问题的过程，掌握解决问题的基本步骤，初步学会用减法解决含有多余条件的求“另一个加数是多少”的简单实际问题。</w:t>
      </w:r>
    </w:p>
    <w:p>
      <w:pPr>
        <w:spacing w:after="20" w:line="300" w:lineRule="auto"/>
        <w:ind w:firstLine="400"/>
      </w:pPr>
      <w:r>
        <w:rPr>
          <w:rFonts w:ascii="宋体" w:hAnsi="宋体" w:eastAsia="宋体"/>
          <w:b w:val="0"/>
          <w:sz w:val="20"/>
        </w:rPr>
        <w:t>（2）通过读一读、想一想、圈一圈、画一画等活动，引导学生逐步熟悉画图策略，感悟数学的思想方法，积累解决问题的经验，从而培养学生发现问题、分析问题和解决问题的能力。</w:t>
      </w:r>
    </w:p>
    <w:p>
      <w:pPr>
        <w:spacing w:after="20" w:line="300" w:lineRule="auto"/>
        <w:ind w:firstLine="400"/>
      </w:pPr>
      <w:r>
        <w:rPr>
          <w:rFonts w:ascii="宋体" w:hAnsi="宋体" w:eastAsia="宋体"/>
          <w:b w:val="0"/>
          <w:sz w:val="20"/>
        </w:rPr>
        <w:t>（3）感受数学与生活的密切联系，体会探索的乐趣。</w:t>
      </w:r>
    </w:p>
    <w:p>
      <w:pPr>
        <w:spacing w:after="20" w:line="300" w:lineRule="auto"/>
      </w:pPr>
      <w:r>
        <w:rPr>
          <w:rFonts w:ascii="宋体" w:hAnsi="宋体" w:eastAsia="宋体"/>
          <w:b w:val="0"/>
          <w:sz w:val="20"/>
        </w:rPr>
        <w:t>教学重点：初步学会用减法解决简单的实际问题。</w:t>
      </w:r>
    </w:p>
    <w:p>
      <w:pPr>
        <w:spacing w:after="20" w:line="300" w:lineRule="auto"/>
      </w:pPr>
      <w:r>
        <w:rPr>
          <w:rFonts w:ascii="宋体" w:hAnsi="宋体" w:eastAsia="宋体"/>
          <w:b w:val="0"/>
          <w:sz w:val="20"/>
        </w:rPr>
        <w:t>教学难点：选择有效信息解决简单的实际问题。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一、复习旧知识，回顾经验</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观察这幅图，你知道了哪些信息？要求的问题是什么？怎样解答？</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二、创设情境，解决问题</w:t>
            </w:r>
          </w:p>
        </w:tc>
        <w:tc>
          <w:tcPr>
            <w:tcW w:type="dxa" w:w="1814"/>
          </w:tcPr>
          <w:p>
            <w:pPr>
              <w:spacing w:after="20" w:line="276" w:lineRule="auto"/>
            </w:pPr>
            <w:r/>
            <w:r>
              <w:rPr>
                <w:rFonts w:ascii="宋体" w:hAnsi="宋体" w:eastAsia="宋体"/>
                <w:b w:val="0"/>
                <w:sz w:val="18"/>
              </w:rPr>
              <w:t>课件、教科书、图片</w:t>
            </w:r>
          </w:p>
        </w:tc>
        <w:tc>
          <w:tcPr>
            <w:tcW w:type="dxa" w:w="3402"/>
          </w:tcPr>
          <w:p>
            <w:pPr>
              <w:spacing w:after="20" w:line="276" w:lineRule="auto"/>
            </w:pPr>
            <w:r/>
            <w:r>
              <w:rPr>
                <w:rFonts w:ascii="宋体" w:hAnsi="宋体" w:eastAsia="宋体"/>
                <w:b w:val="0"/>
                <w:sz w:val="18"/>
              </w:rPr>
              <w:t>根据这些数学信息，该怎样解决这个问题？；谁能将有用的条件和问题完整地读一读？</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三、巩固应用，内化提高</w:t>
            </w:r>
          </w:p>
        </w:tc>
        <w:tc>
          <w:tcPr>
            <w:tcW w:type="dxa" w:w="1814"/>
          </w:tcPr>
          <w:p>
            <w:pPr>
              <w:spacing w:after="20" w:line="276" w:lineRule="auto"/>
            </w:pPr>
            <w:r/>
            <w:r>
              <w:rPr>
                <w:rFonts w:ascii="宋体" w:hAnsi="宋体" w:eastAsia="宋体"/>
                <w:b w:val="0"/>
                <w:sz w:val="18"/>
              </w:rPr>
              <w:t>教科书、课件、图片</w:t>
            </w:r>
          </w:p>
        </w:tc>
        <w:tc>
          <w:tcPr>
            <w:tcW w:type="dxa" w:w="3402"/>
          </w:tcPr>
          <w:p>
            <w:pPr>
              <w:spacing w:after="20" w:line="276" w:lineRule="auto"/>
            </w:pPr>
            <w:r/>
            <w:r>
              <w:rPr>
                <w:rFonts w:ascii="宋体" w:hAnsi="宋体" w:eastAsia="宋体"/>
                <w:b w:val="0"/>
                <w:sz w:val="18"/>
              </w:rPr>
              <w:t>要求“吃掉了几个”需要知道哪两个条件？哪个条件是多余条件？</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这节课的收获是什么？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一、复习旧知识，回顾经验</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(1)在规定时间内完成。</w:t>
            </w:r>
          </w:p>
          <w:p>
            <w:pPr>
              <w:spacing w:after="20" w:line="276" w:lineRule="auto"/>
            </w:pPr>
            <w:r>
              <w:rPr>
                <w:rFonts w:ascii="宋体" w:hAnsi="宋体" w:eastAsia="宋体"/>
                <w:b w:val="0"/>
                <w:sz w:val="18"/>
              </w:rPr>
              <w:t>(2)任指2题，让学生说一说是怎样计算的。</w:t>
            </w:r>
          </w:p>
          <w:p>
            <w:pPr>
              <w:spacing w:after="20" w:line="276" w:lineRule="auto"/>
            </w:pPr>
            <w:r>
              <w:rPr>
                <w:rFonts w:ascii="宋体" w:hAnsi="宋体" w:eastAsia="宋体"/>
                <w:b w:val="0"/>
                <w:sz w:val="18"/>
              </w:rPr>
              <w:t>2.课件出示复习题。</w:t>
            </w:r>
          </w:p>
          <w:p>
            <w:pPr>
              <w:spacing w:after="20" w:line="276" w:lineRule="auto"/>
            </w:pPr>
            <w:r>
              <w:rPr>
                <w:rFonts w:ascii="宋体" w:hAnsi="宋体" w:eastAsia="宋体"/>
                <w:b w:val="0"/>
                <w:sz w:val="18"/>
              </w:rPr>
              <w:t>师：观察这幅图，你知道了哪些信息？要求的问题是什么？怎样解答？</w:t>
            </w:r>
          </w:p>
          <w:p>
            <w:pPr>
              <w:spacing w:after="20" w:line="276" w:lineRule="auto"/>
            </w:pPr>
            <w:r>
              <w:rPr>
                <w:rFonts w:ascii="宋体" w:hAnsi="宋体" w:eastAsia="宋体"/>
                <w:b w:val="0"/>
                <w:sz w:val="18"/>
              </w:rPr>
              <w:t>师：我们在解决问题的时候要先通过看图或文字，明确知道了哪些信息和问题，然后分析、列式解答。今天这节课我们就来学习解决问题。（板书课题：解决问题）</w:t>
            </w:r>
          </w:p>
        </w:tc>
        <w:tc>
          <w:tcPr>
            <w:tcW w:type="dxa" w:w="3061"/>
          </w:tcPr>
          <w:p>
            <w:pPr>
              <w:spacing w:after="20" w:line="276" w:lineRule="auto"/>
            </w:pPr>
            <w:r/>
            <w:r>
              <w:rPr>
                <w:rFonts w:ascii="宋体" w:hAnsi="宋体" w:eastAsia="宋体"/>
                <w:b w:val="0"/>
                <w:sz w:val="18"/>
              </w:rPr>
              <w:t>学生已经比较熟悉解决此类问题的步骤，很容易列式解答。</w:t>
            </w:r>
          </w:p>
        </w:tc>
        <w:tc>
          <w:tcPr>
            <w:tcW w:type="dxa" w:w="1814"/>
          </w:tcPr>
          <w:p>
            <w:pPr>
              <w:spacing w:after="20" w:line="276" w:lineRule="auto"/>
            </w:pPr>
            <w:r/>
            <w:r>
              <w:rPr>
                <w:rFonts w:ascii="宋体" w:hAnsi="宋体" w:eastAsia="宋体"/>
                <w:b w:val="0"/>
                <w:sz w:val="18"/>
              </w:rPr>
              <w:t>通过复习，根据学生已有的知识经验，明确解决问题的一般步骤，为新课教学做好铺垫。</w:t>
            </w:r>
          </w:p>
          <w:p>
            <w:pPr>
              <w:spacing w:after="20" w:line="276" w:lineRule="auto"/>
            </w:pPr>
            <w:r>
              <w:rPr>
                <w:rFonts w:ascii="宋体" w:hAnsi="宋体" w:eastAsia="宋体"/>
                <w:b w:val="0"/>
                <w:sz w:val="18"/>
              </w:rPr>
              <w:t>（组织学生理解图意，收集学生发现的数学信息和问题。）</w:t>
            </w:r>
          </w:p>
        </w:tc>
      </w:tr>
      <w:tr>
        <w:tc>
          <w:tcPr>
            <w:tcW w:type="dxa" w:w="1474"/>
          </w:tcPr>
          <w:p>
            <w:pPr>
              <w:spacing w:after="20" w:line="276" w:lineRule="auto"/>
            </w:pPr>
            <w:r>
              <w:rPr>
                <w:b/>
              </w:rPr>
            </w:r>
            <w:r>
              <w:rPr>
                <w:rFonts w:ascii="宋体" w:hAnsi="宋体" w:eastAsia="宋体"/>
                <w:b/>
                <w:sz w:val="18"/>
              </w:rPr>
              <w:t>二、创设情境，解决问题</w:t>
            </w:r>
          </w:p>
        </w:tc>
        <w:tc>
          <w:tcPr>
            <w:tcW w:type="dxa" w:w="3061"/>
          </w:tcPr>
          <w:p>
            <w:pPr>
              <w:spacing w:after="20" w:line="276" w:lineRule="auto"/>
            </w:pPr>
            <w:r/>
            <w:r>
              <w:rPr>
                <w:rFonts w:ascii="宋体" w:hAnsi="宋体" w:eastAsia="宋体"/>
                <w:b w:val="0"/>
                <w:sz w:val="18"/>
              </w:rPr>
              <w:t>课件出示教科书P17例5。</w:t>
            </w:r>
          </w:p>
          <w:p>
            <w:pPr>
              <w:spacing w:after="20" w:line="276" w:lineRule="auto"/>
            </w:pPr>
            <w:r>
              <w:rPr>
                <w:rFonts w:ascii="宋体" w:hAnsi="宋体" w:eastAsia="宋体"/>
                <w:b w:val="0"/>
                <w:sz w:val="18"/>
              </w:rPr>
              <w:t>1.理解题意，发现问题。</w:t>
            </w:r>
          </w:p>
          <w:p>
            <w:pPr>
              <w:spacing w:after="20" w:line="276" w:lineRule="auto"/>
            </w:pPr>
            <w:r>
              <w:rPr>
                <w:rFonts w:ascii="宋体" w:hAnsi="宋体" w:eastAsia="宋体"/>
                <w:b w:val="0"/>
                <w:sz w:val="18"/>
              </w:rPr>
              <w:t>师：要解决问题，首先进行第一步——阅读理解。</w:t>
            </w:r>
          </w:p>
          <w:p>
            <w:pPr>
              <w:spacing w:after="20" w:line="276" w:lineRule="auto"/>
            </w:pPr>
            <w:r>
              <w:rPr>
                <w:rFonts w:ascii="宋体" w:hAnsi="宋体" w:eastAsia="宋体"/>
                <w:b w:val="0"/>
                <w:sz w:val="18"/>
              </w:rPr>
              <w:t>板书：阅读理解。</w:t>
            </w:r>
          </w:p>
          <w:p>
            <w:pPr>
              <w:spacing w:after="20" w:line="276" w:lineRule="auto"/>
            </w:pPr>
            <w:r>
              <w:rPr>
                <w:rFonts w:ascii="宋体" w:hAnsi="宋体" w:eastAsia="宋体"/>
                <w:b w:val="0"/>
                <w:sz w:val="18"/>
              </w:rPr>
              <w:t>教师根据学生的回答板书。</w:t>
            </w:r>
          </w:p>
          <w:p>
            <w:pPr>
              <w:spacing w:after="20" w:line="276" w:lineRule="auto"/>
            </w:pPr>
            <w:r>
              <w:rPr>
                <w:rFonts w:ascii="宋体" w:hAnsi="宋体" w:eastAsia="宋体"/>
                <w:b w:val="0"/>
                <w:sz w:val="18"/>
              </w:rPr>
              <w:t>师：根据这些数学信息，该怎样解决这个问题？</w:t>
            </w:r>
          </w:p>
          <w:p>
            <w:pPr>
              <w:spacing w:after="20" w:line="276" w:lineRule="auto"/>
            </w:pPr>
            <w:r>
              <w:rPr>
                <w:rFonts w:ascii="宋体" w:hAnsi="宋体" w:eastAsia="宋体"/>
                <w:b w:val="0"/>
                <w:sz w:val="18"/>
              </w:rPr>
              <w:t>师：知道了信息和问题，接着进行第二步——分析解答。(板书)</w:t>
            </w:r>
          </w:p>
          <w:p>
            <w:pPr>
              <w:spacing w:after="20" w:line="276" w:lineRule="auto"/>
            </w:pPr>
            <w:r>
              <w:rPr>
                <w:rFonts w:ascii="宋体" w:hAnsi="宋体" w:eastAsia="宋体"/>
                <w:b w:val="0"/>
                <w:sz w:val="18"/>
              </w:rPr>
              <w:t>(1)分析题意，选择信息。</w:t>
            </w:r>
          </w:p>
          <w:p>
            <w:pPr>
              <w:spacing w:after="20" w:line="276" w:lineRule="auto"/>
            </w:pPr>
            <w:r>
              <w:rPr>
                <w:rFonts w:ascii="宋体" w:hAnsi="宋体" w:eastAsia="宋体"/>
                <w:b w:val="0"/>
                <w:sz w:val="18"/>
              </w:rPr>
              <w:t>师：读一读，想一想，在这三个条件中(教师指着上面三个条件)，哪两个条件是有联系的？要求“绿色的团扇有多少把”需要知道哪两个条件？</w:t>
            </w:r>
          </w:p>
          <w:p>
            <w:pPr>
              <w:spacing w:after="20" w:line="276" w:lineRule="auto"/>
            </w:pPr>
            <w:r>
              <w:rPr>
                <w:rFonts w:ascii="宋体" w:hAnsi="宋体" w:eastAsia="宋体"/>
                <w:b w:val="0"/>
                <w:sz w:val="18"/>
              </w:rPr>
              <w:t>根据学生的回答，把多余的条件圈起来。</w:t>
            </w:r>
          </w:p>
          <w:p>
            <w:pPr>
              <w:spacing w:after="20" w:line="276" w:lineRule="auto"/>
            </w:pPr>
            <w:r>
              <w:rPr>
                <w:rFonts w:ascii="宋体" w:hAnsi="宋体" w:eastAsia="宋体"/>
                <w:b w:val="0"/>
                <w:sz w:val="18"/>
              </w:rPr>
              <w:t>师：谁能将有用的条件和问题完整地读一读？</w:t>
            </w:r>
          </w:p>
          <w:p>
            <w:pPr>
              <w:spacing w:after="20" w:line="276" w:lineRule="auto"/>
            </w:pPr>
            <w:r>
              <w:rPr>
                <w:rFonts w:ascii="宋体" w:hAnsi="宋体" w:eastAsia="宋体"/>
                <w:b w:val="0"/>
                <w:sz w:val="18"/>
              </w:rPr>
              <w:t>(2)画图表示，深化理解。</w:t>
            </w:r>
          </w:p>
          <w:p>
            <w:pPr>
              <w:spacing w:after="20" w:line="276" w:lineRule="auto"/>
            </w:pPr>
            <w:r>
              <w:rPr>
                <w:rFonts w:ascii="宋体" w:hAnsi="宋体" w:eastAsia="宋体"/>
                <w:b w:val="0"/>
                <w:sz w:val="18"/>
              </w:rPr>
              <w:t>师：题中的条件和问题，除了用文字表示，还可以用什么方式让大家看清楚？</w:t>
            </w:r>
          </w:p>
          <w:p>
            <w:pPr>
              <w:spacing w:after="20" w:line="276" w:lineRule="auto"/>
            </w:pPr>
            <w:r>
              <w:rPr>
                <w:rFonts w:ascii="宋体" w:hAnsi="宋体" w:eastAsia="宋体"/>
                <w:b w:val="0"/>
                <w:sz w:val="18"/>
              </w:rPr>
              <w:t>师：请大家尝试画图表示。</w:t>
            </w:r>
          </w:p>
          <w:p>
            <w:pPr>
              <w:spacing w:after="20" w:line="276" w:lineRule="auto"/>
            </w:pPr>
            <w:r>
              <w:rPr>
                <w:rFonts w:ascii="宋体" w:hAnsi="宋体" w:eastAsia="宋体"/>
                <w:b w:val="0"/>
                <w:sz w:val="18"/>
              </w:rPr>
              <w:t>(3)列式计算，建构意义。</w:t>
            </w:r>
          </w:p>
          <w:p>
            <w:pPr>
              <w:spacing w:after="20" w:line="276" w:lineRule="auto"/>
            </w:pPr>
            <w:r>
              <w:rPr>
                <w:rFonts w:ascii="宋体" w:hAnsi="宋体" w:eastAsia="宋体"/>
                <w:b w:val="0"/>
                <w:sz w:val="18"/>
              </w:rPr>
              <w:t>师：根据刚才画图分析，要求绿色的团扇有多少把，用什么方法解决？怎样列式？</w:t>
            </w:r>
          </w:p>
          <w:p>
            <w:pPr>
              <w:spacing w:after="20" w:line="276" w:lineRule="auto"/>
            </w:pPr>
            <w:r>
              <w:rPr>
                <w:rFonts w:ascii="宋体" w:hAnsi="宋体" w:eastAsia="宋体"/>
                <w:b w:val="0"/>
                <w:sz w:val="18"/>
              </w:rPr>
              <w:t>根据学生的回答板书：15-9=6(把)</w:t>
            </w:r>
          </w:p>
          <w:p>
            <w:pPr>
              <w:spacing w:after="20" w:line="276" w:lineRule="auto"/>
            </w:pPr>
            <w:r>
              <w:rPr>
                <w:rFonts w:ascii="宋体" w:hAnsi="宋体" w:eastAsia="宋体"/>
                <w:b w:val="0"/>
                <w:sz w:val="18"/>
              </w:rPr>
              <w:t>师：谁来说一说算式中的“15”“9”“6”分别表示什么？</w:t>
            </w:r>
          </w:p>
          <w:p>
            <w:pPr>
              <w:spacing w:after="20" w:line="276" w:lineRule="auto"/>
            </w:pPr>
            <w:r>
              <w:rPr>
                <w:rFonts w:ascii="宋体" w:hAnsi="宋体" w:eastAsia="宋体"/>
                <w:b w:val="0"/>
                <w:sz w:val="18"/>
              </w:rPr>
              <w:t>3.检验反思，回顾梳理。</w:t>
            </w:r>
          </w:p>
          <w:p>
            <w:pPr>
              <w:spacing w:after="20" w:line="276" w:lineRule="auto"/>
            </w:pPr>
            <w:r>
              <w:rPr>
                <w:rFonts w:ascii="宋体" w:hAnsi="宋体" w:eastAsia="宋体"/>
                <w:b w:val="0"/>
                <w:sz w:val="18"/>
              </w:rPr>
              <w:t>(1)师：绿色的团扇有6把，这个结果正确吗？继续进行第三步“回顾反思”。(板书)</w:t>
            </w:r>
          </w:p>
          <w:p>
            <w:pPr>
              <w:spacing w:after="20" w:line="276" w:lineRule="auto"/>
            </w:pPr>
            <w:r>
              <w:rPr>
                <w:rFonts w:ascii="宋体" w:hAnsi="宋体" w:eastAsia="宋体"/>
                <w:b w:val="0"/>
                <w:sz w:val="18"/>
              </w:rPr>
              <w:t>师：要怎样检验呢？</w:t>
            </w:r>
          </w:p>
          <w:p>
            <w:pPr>
              <w:spacing w:after="20" w:line="276" w:lineRule="auto"/>
            </w:pPr>
            <w:r>
              <w:rPr>
                <w:rFonts w:ascii="宋体" w:hAnsi="宋体" w:eastAsia="宋体"/>
                <w:b w:val="0"/>
                <w:sz w:val="18"/>
              </w:rPr>
              <w:t>师：同学们用不同的方法进行了检验，证明结果是正确的。最后口答。（教师适时板书）</w:t>
            </w:r>
          </w:p>
          <w:p>
            <w:pPr>
              <w:spacing w:after="20" w:line="276" w:lineRule="auto"/>
            </w:pPr>
            <w:r>
              <w:rPr>
                <w:rFonts w:ascii="宋体" w:hAnsi="宋体" w:eastAsia="宋体"/>
                <w:b w:val="0"/>
                <w:sz w:val="18"/>
              </w:rPr>
              <w:t>(2)师：回顾解决这个问题的过程，想一想我们是怎样解决的。</w:t>
            </w:r>
          </w:p>
          <w:p>
            <w:pPr>
              <w:spacing w:after="20" w:line="276" w:lineRule="auto"/>
            </w:pPr>
            <w:r>
              <w:rPr>
                <w:rFonts w:ascii="宋体" w:hAnsi="宋体" w:eastAsia="宋体"/>
                <w:b w:val="0"/>
                <w:sz w:val="18"/>
              </w:rPr>
              <w:t>师小结：我们在解决问题时，要先通过看图或看文字信息，明确问题是什么。再分析清楚哪些条件与问题有关，通过画图操作的方式帮助我们理解，列出算式。最后要检验解答的结果是否正确。</w:t>
            </w:r>
          </w:p>
        </w:tc>
        <w:tc>
          <w:tcPr>
            <w:tcW w:type="dxa" w:w="3061"/>
          </w:tcPr>
          <w:p>
            <w:pPr>
              <w:spacing w:after="20" w:line="276" w:lineRule="auto"/>
            </w:pPr>
            <w:r/>
            <w:r>
              <w:rPr>
                <w:rFonts w:ascii="宋体" w:hAnsi="宋体" w:eastAsia="宋体"/>
                <w:b w:val="0"/>
                <w:sz w:val="18"/>
              </w:rPr>
              <w:t>读题会发现：①一共做了15把红色和绿色团扇；②4个人一起做；③红色的有9把。问题是：绿色的团扇有多少把？</w:t>
            </w:r>
          </w:p>
          <w:p>
            <w:pPr>
              <w:spacing w:after="20" w:line="276" w:lineRule="auto"/>
            </w:pPr>
            <w:r>
              <w:rPr>
                <w:rFonts w:ascii="宋体" w:hAnsi="宋体" w:eastAsia="宋体"/>
                <w:b w:val="0"/>
                <w:sz w:val="18"/>
              </w:rPr>
              <w:t>2.合作交流，解决问题。</w:t>
            </w:r>
          </w:p>
          <w:p>
            <w:pPr>
              <w:spacing w:after="20" w:line="276" w:lineRule="auto"/>
            </w:pPr>
            <w:r>
              <w:rPr>
                <w:rFonts w:ascii="宋体" w:hAnsi="宋体" w:eastAsia="宋体"/>
                <w:b w:val="0"/>
                <w:sz w:val="18"/>
              </w:rPr>
              <w:t>要求“绿色的团扇有多少把”与红色团扇的数量和团扇总数有关，与做团扇的人数没有关系，因此“4个人”是多余条件。</w:t>
            </w:r>
          </w:p>
          <w:p>
            <w:pPr>
              <w:spacing w:after="20" w:line="276" w:lineRule="auto"/>
            </w:pPr>
            <w:r>
              <w:rPr>
                <w:rFonts w:ascii="宋体" w:hAnsi="宋体" w:eastAsia="宋体"/>
                <w:b w:val="0"/>
                <w:sz w:val="18"/>
              </w:rPr>
              <w:t>一共做了15把红色和绿色团扇，其中红色的有9把，绿色的团扇有多少把？</w:t>
            </w:r>
          </w:p>
          <w:p>
            <w:pPr>
              <w:spacing w:after="20" w:line="276" w:lineRule="auto"/>
            </w:pPr>
            <w:r>
              <w:rPr>
                <w:rFonts w:ascii="宋体" w:hAnsi="宋体" w:eastAsia="宋体"/>
                <w:b w:val="0"/>
                <w:sz w:val="18"/>
              </w:rPr>
              <w:t>全班交流，引导学生用画图的方式表示。</w:t>
            </w:r>
          </w:p>
          <w:p>
            <w:pPr>
              <w:spacing w:after="20" w:line="276" w:lineRule="auto"/>
            </w:pPr>
            <w:r>
              <w:rPr>
                <w:rFonts w:ascii="宋体" w:hAnsi="宋体" w:eastAsia="宋体"/>
                <w:b w:val="0"/>
                <w:sz w:val="18"/>
              </w:rPr>
              <w:t>学生可能会画图表示题中的信息和问题。</w:t>
            </w:r>
          </w:p>
          <w:p>
            <w:pPr>
              <w:spacing w:after="20" w:line="276" w:lineRule="auto"/>
            </w:pPr>
            <w:r>
              <w:rPr>
                <w:rFonts w:ascii="宋体" w:hAnsi="宋体" w:eastAsia="宋体"/>
                <w:b w:val="0"/>
                <w:sz w:val="18"/>
              </w:rPr>
              <w:t>学生画图，教师巡视、指导。</w:t>
            </w:r>
          </w:p>
          <w:p>
            <w:pPr>
              <w:spacing w:after="20" w:line="276" w:lineRule="auto"/>
            </w:pPr>
            <w:r>
              <w:rPr>
                <w:rFonts w:ascii="宋体" w:hAnsi="宋体" w:eastAsia="宋体"/>
                <w:b w:val="0"/>
                <w:sz w:val="18"/>
              </w:rPr>
              <w:t>全班交流，呈现学生不同的画图策略。</w:t>
            </w:r>
          </w:p>
          <w:p>
            <w:pPr>
              <w:spacing w:after="20" w:line="276" w:lineRule="auto"/>
            </w:pPr>
            <w:r>
              <w:rPr>
                <w:rFonts w:ascii="宋体" w:hAnsi="宋体" w:eastAsia="宋体"/>
                <w:b w:val="0"/>
                <w:sz w:val="18"/>
              </w:rPr>
              <w:t>学生可能会有以下不同的画图方法。交流时，分别说一说图中各部分表示的意思。</w:t>
            </w:r>
          </w:p>
          <w:p>
            <w:pPr>
              <w:spacing w:after="20" w:line="276" w:lineRule="auto"/>
            </w:pPr>
            <w:r>
              <w:rPr>
                <w:rFonts w:ascii="宋体" w:hAnsi="宋体" w:eastAsia="宋体"/>
                <w:b w:val="0"/>
                <w:sz w:val="18"/>
              </w:rPr>
              <w:t>“15”表示团扇的总数量，“9”表示红色团扇的数量，“6”表示绿色团扇的数量。</w:t>
            </w:r>
          </w:p>
          <w:p>
            <w:pPr>
              <w:spacing w:after="20" w:line="276" w:lineRule="auto"/>
            </w:pPr>
            <w:r>
              <w:rPr>
                <w:rFonts w:ascii="宋体" w:hAnsi="宋体" w:eastAsia="宋体"/>
                <w:b w:val="0"/>
                <w:sz w:val="18"/>
              </w:rPr>
              <w:t>预设1：用加法进行减法的检验。9+6=15（把）。</w:t>
            </w:r>
          </w:p>
          <w:p>
            <w:pPr>
              <w:spacing w:after="20" w:line="276" w:lineRule="auto"/>
            </w:pPr>
            <w:r>
              <w:rPr>
                <w:rFonts w:ascii="宋体" w:hAnsi="宋体" w:eastAsia="宋体"/>
                <w:b w:val="0"/>
                <w:sz w:val="18"/>
              </w:rPr>
              <w:t>预设2：语言描述。红色团扇有9把，绿色团扇有6把，合在一起正好是15把，解答正确。</w:t>
            </w:r>
          </w:p>
          <w:p>
            <w:pPr>
              <w:spacing w:after="20" w:line="276" w:lineRule="auto"/>
            </w:pPr>
            <w:r>
              <w:rPr>
                <w:rFonts w:ascii="宋体" w:hAnsi="宋体" w:eastAsia="宋体"/>
                <w:b w:val="0"/>
                <w:sz w:val="18"/>
              </w:rPr>
              <w:t>解决问题要经过三步。第一步要通过看图、看文字弄清楚知道了什么，问题是什么，也就是“明确问题”。第二步要分析哪些条件与问题有关，找出与问题有关的条件后，通过画图帮助理解，然后列式计算。第三步，检验结果是否正确，并口答。</w:t>
            </w:r>
          </w:p>
        </w:tc>
        <w:tc>
          <w:tcPr>
            <w:tcW w:type="dxa" w:w="1814"/>
          </w:tcPr>
          <w:p>
            <w:pPr>
              <w:spacing w:after="20" w:line="276" w:lineRule="auto"/>
            </w:pPr>
            <w:r/>
            <w:r>
              <w:rPr>
                <w:rFonts w:ascii="宋体" w:hAnsi="宋体" w:eastAsia="宋体"/>
                <w:b w:val="0"/>
                <w:sz w:val="18"/>
              </w:rPr>
              <w:t>通过读一读、想一想、圈一圈，一方面引导学生从条件出发，看看哪两个条件是有联系的；另一方面，从问题入手，看需要哪两个条件，让学生认识到条件与条件、条件与问题之间是有联系的，有些条件与问题之间是无关联的，从而选择出对应的信息，排除多余信息对解决问题的干扰。</w:t>
            </w:r>
          </w:p>
          <w:p>
            <w:pPr>
              <w:spacing w:after="20" w:line="276" w:lineRule="auto"/>
            </w:pPr>
            <w:r>
              <w:rPr>
                <w:rFonts w:ascii="宋体" w:hAnsi="宋体" w:eastAsia="宋体"/>
                <w:b w:val="0"/>
                <w:sz w:val="18"/>
              </w:rPr>
              <w:t>教给学生检验的方法，建立解决这类有关数量关系的问题的数学模型。引导学生回顾解决问题的过程，梳理解决问题的一般步骤，同时凸显画图策略，使学生进一步学会正确选择相关信息，积累解决问题的经验。</w:t>
            </w:r>
          </w:p>
        </w:tc>
      </w:tr>
      <w:tr>
        <w:tc>
          <w:tcPr>
            <w:tcW w:type="dxa" w:w="1474"/>
          </w:tcPr>
          <w:p>
            <w:pPr>
              <w:spacing w:after="20" w:line="276" w:lineRule="auto"/>
            </w:pPr>
            <w:r>
              <w:rPr>
                <w:b/>
              </w:rPr>
            </w:r>
            <w:r>
              <w:rPr>
                <w:rFonts w:ascii="宋体" w:hAnsi="宋体" w:eastAsia="宋体"/>
                <w:b/>
                <w:sz w:val="18"/>
              </w:rPr>
              <w:t>三、巩固应用，内化提高</w:t>
            </w:r>
          </w:p>
        </w:tc>
        <w:tc>
          <w:tcPr>
            <w:tcW w:type="dxa" w:w="3061"/>
          </w:tcPr>
          <w:p>
            <w:pPr>
              <w:spacing w:after="20" w:line="276" w:lineRule="auto"/>
            </w:pPr>
            <w:r/>
            <w:r>
              <w:rPr>
                <w:rFonts w:ascii="宋体" w:hAnsi="宋体" w:eastAsia="宋体"/>
                <w:b w:val="0"/>
                <w:sz w:val="18"/>
              </w:rPr>
              <w:t>1.完成教科书P18“做一做”。</w:t>
            </w:r>
          </w:p>
          <w:p>
            <w:pPr>
              <w:spacing w:after="20" w:line="276" w:lineRule="auto"/>
            </w:pPr>
            <w:r>
              <w:rPr>
                <w:rFonts w:ascii="宋体" w:hAnsi="宋体" w:eastAsia="宋体"/>
                <w:b w:val="0"/>
                <w:sz w:val="18"/>
              </w:rPr>
              <w:t>师：要求“吃掉了几个”需要知道哪两个条件？哪个条件是多余条件？</w:t>
            </w:r>
          </w:p>
          <w:p>
            <w:pPr>
              <w:spacing w:after="20" w:line="276" w:lineRule="auto"/>
            </w:pPr>
            <w:r>
              <w:rPr>
                <w:rFonts w:ascii="宋体" w:hAnsi="宋体" w:eastAsia="宋体"/>
                <w:b w:val="0"/>
                <w:sz w:val="18"/>
              </w:rPr>
              <w:t>(1)学生自己分析数量关系，找出多余条件，并解答。</w:t>
            </w:r>
          </w:p>
          <w:p>
            <w:pPr>
              <w:spacing w:after="20" w:line="276" w:lineRule="auto"/>
            </w:pPr>
            <w:r>
              <w:rPr>
                <w:rFonts w:ascii="宋体" w:hAnsi="宋体" w:eastAsia="宋体"/>
                <w:b w:val="0"/>
                <w:sz w:val="18"/>
              </w:rPr>
              <w:t>(2)全班交流。</w:t>
            </w:r>
          </w:p>
          <w:p>
            <w:pPr>
              <w:spacing w:after="20" w:line="276" w:lineRule="auto"/>
            </w:pPr>
            <w:r>
              <w:rPr>
                <w:rFonts w:ascii="宋体" w:hAnsi="宋体" w:eastAsia="宋体"/>
                <w:b w:val="0"/>
                <w:sz w:val="18"/>
              </w:rPr>
              <w:t>2.课件出示习题。</w:t>
            </w:r>
          </w:p>
          <w:p>
            <w:pPr>
              <w:spacing w:after="20" w:line="276" w:lineRule="auto"/>
            </w:pPr>
            <w:r>
              <w:rPr>
                <w:rFonts w:ascii="宋体" w:hAnsi="宋体" w:eastAsia="宋体"/>
                <w:b w:val="0"/>
                <w:sz w:val="18"/>
              </w:rPr>
              <w:t>小猫钓了14条鱼，其中有6条小鱼，吃了8条，还剩几条鱼？</w:t>
            </w:r>
          </w:p>
        </w:tc>
        <w:tc>
          <w:tcPr>
            <w:tcW w:type="dxa" w:w="3061"/>
          </w:tcPr>
          <w:p>
            <w:pPr>
              <w:spacing w:after="20" w:line="276" w:lineRule="auto"/>
            </w:pPr>
            <w:r/>
            <w:r>
              <w:rPr>
                <w:rFonts w:ascii="宋体" w:hAnsi="宋体" w:eastAsia="宋体"/>
                <w:b w:val="0"/>
                <w:sz w:val="18"/>
              </w:rPr>
              <w:t>学生独立完成后交流。</w:t>
            </w:r>
          </w:p>
        </w:tc>
        <w:tc>
          <w:tcPr>
            <w:tcW w:type="dxa" w:w="1814"/>
          </w:tcPr>
          <w:p>
            <w:pPr>
              <w:spacing w:after="20" w:line="276" w:lineRule="auto"/>
            </w:pPr>
            <w:r/>
            <w:r>
              <w:rPr>
                <w:rFonts w:ascii="宋体" w:hAnsi="宋体" w:eastAsia="宋体"/>
                <w:b w:val="0"/>
                <w:sz w:val="18"/>
              </w:rPr>
              <w:t>通过两道练习题，巩固所学知识和解决问题的一般步骤，提高学生分析问题、解决问题的能力。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师：这节课的收获是什么？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引导学生回顾梳理本课所学，完善认知结构，提升归纳与反思能力，核心问题："这节课的收获是什么？"</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教科书P17例5，完成教科书P18“做一做”。</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按照解决问题的一般步骤来教学的，学生很容易发现基本信息和问题，能够找到多余条件，并能尝试用简单的符号表示图中的条件和问题；画图不是很完整，但是能基本反映题中的条件和问题，并很轻松地列式解答；对于如何检验解答是否正确，还存在一定的困难。从本节课开始，要训练学生严格按照解决问题的步骤解答，建构思考和解决问题的模型。</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练一练</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练一练</w:t>
            </w:r>
          </w:p>
        </w:tc>
        <w:tc>
          <w:tcPr>
            <w:tcW w:type="dxa" w:w="6009"/>
          </w:tcPr>
          <w:p>
            <w:pPr>
              <w:spacing w:after="20" w:line="276" w:lineRule="auto"/>
            </w:pPr>
            <w:r/>
            <w:r>
              <w:rPr>
                <w:rFonts w:ascii="宋体" w:hAnsi="宋体" w:eastAsia="宋体"/>
                <w:b w:val="0"/>
                <w:sz w:val="20"/>
              </w:rPr>
              <w:t>第2单元 20以内的退位减法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用“凑十法”计算20以内的进位加法和十几减几的不退位减法，并能熟练地计算10以内的加、减法，这些都是学生学习本单元的重要基础。20以内的退位减法，很多学生也会计算，但只是习惯性地记忆计算结果，不一定理解其算理，算法也不一定很清楚。这也是教学时的难点：一方面，看起来学生会算，事实上学生不会算，只是背答案；另一方面，学生以为自己会算而不认真学习，事实上也并不会算。如果不清楚算理，没掌握算法，会直接影响到以后的计算学习。掌握算法后，学生初步具备了一定的解决问题的能力，但是在解决信息量比较大的问题时还存在一定的困难。</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教学内容：教科书P18~19“练一练”第1~7题。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（1）熟练地运用减法解决简单的实际问题，提高学生分析问题和解决问题的能力。</w:t>
      </w:r>
    </w:p>
    <w:p>
      <w:pPr>
        <w:spacing w:after="20" w:line="300" w:lineRule="auto"/>
        <w:ind w:firstLine="400"/>
      </w:pPr>
      <w:r>
        <w:rPr>
          <w:rFonts w:ascii="宋体" w:hAnsi="宋体" w:eastAsia="宋体"/>
          <w:b w:val="0"/>
          <w:sz w:val="20"/>
        </w:rPr>
        <w:t>（2）加强20以内的退位减法的训练，提高学生的计算水平。</w:t>
      </w:r>
    </w:p>
    <w:p>
      <w:pPr>
        <w:spacing w:after="20" w:line="300" w:lineRule="auto"/>
        <w:ind w:firstLine="400"/>
      </w:pPr>
      <w:r>
        <w:rPr>
          <w:rFonts w:ascii="宋体" w:hAnsi="宋体" w:eastAsia="宋体"/>
          <w:b w:val="0"/>
          <w:sz w:val="20"/>
        </w:rPr>
        <w:t>（3）初步培养学生发现问题、解决问题的能力。</w:t>
      </w:r>
    </w:p>
    <w:p>
      <w:pPr>
        <w:spacing w:after="20" w:line="300" w:lineRule="auto"/>
      </w:pPr>
      <w:r>
        <w:rPr>
          <w:rFonts w:ascii="宋体" w:hAnsi="宋体" w:eastAsia="宋体"/>
          <w:b w:val="0"/>
          <w:sz w:val="20"/>
        </w:rPr>
        <w:t>教学重点：学生能够从数学的角度提出问题、解决问题，并能够把数学知识应用到实际生活中。</w:t>
      </w:r>
    </w:p>
    <w:p>
      <w:pPr>
        <w:spacing w:after="20" w:line="300" w:lineRule="auto"/>
      </w:pPr>
      <w:r>
        <w:rPr>
          <w:rFonts w:ascii="宋体" w:hAnsi="宋体" w:eastAsia="宋体"/>
          <w:b w:val="0"/>
          <w:sz w:val="20"/>
        </w:rPr>
        <w:t>教学难点：培养学生发现问题、解决问题的能力。</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一、基本练习，巩固计算</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二、解决问题，强化方法</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认真观察，你从图中看到了什么？；这两幅图有什么共同点？</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三、自主练习，巩固提升</w:t>
            </w:r>
          </w:p>
        </w:tc>
        <w:tc>
          <w:tcPr>
            <w:tcW w:type="dxa" w:w="1814"/>
          </w:tcPr>
          <w:p>
            <w:pPr>
              <w:spacing w:after="20" w:line="276" w:lineRule="auto"/>
            </w:pPr>
            <w:r/>
            <w:r>
              <w:rPr>
                <w:rFonts w:ascii="宋体" w:hAnsi="宋体" w:eastAsia="宋体"/>
                <w:b w:val="0"/>
                <w:sz w:val="18"/>
              </w:rPr>
              <w:t>教科书P18~19、课件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四、拓展练习，自主解答</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一、基本练习，巩固计算</w:t>
            </w:r>
          </w:p>
        </w:tc>
        <w:tc>
          <w:tcPr>
            <w:tcW w:type="dxa" w:w="3061"/>
          </w:tcPr>
          <w:p>
            <w:pPr>
              <w:spacing w:after="20" w:line="276" w:lineRule="auto"/>
            </w:pPr>
            <w:r/>
            <w:r>
              <w:rPr>
                <w:rFonts w:ascii="宋体" w:hAnsi="宋体" w:eastAsia="宋体"/>
                <w:b w:val="0"/>
                <w:sz w:val="18"/>
              </w:rPr>
              <w:t>1.完成教科书P19“练一练”第4题。</w:t>
            </w:r>
          </w:p>
          <w:p>
            <w:pPr>
              <w:spacing w:after="20" w:line="276" w:lineRule="auto"/>
            </w:pPr>
            <w:r>
              <w:rPr>
                <w:rFonts w:ascii="宋体" w:hAnsi="宋体" w:eastAsia="宋体"/>
                <w:b w:val="0"/>
                <w:sz w:val="18"/>
              </w:rPr>
              <w:t>师：下面开始计算，比一比看谁做得又对又快。</w:t>
            </w:r>
          </w:p>
          <w:p>
            <w:pPr>
              <w:spacing w:after="20" w:line="276" w:lineRule="auto"/>
            </w:pPr>
            <w:r>
              <w:rPr>
                <w:rFonts w:ascii="宋体" w:hAnsi="宋体" w:eastAsia="宋体"/>
                <w:b w:val="0"/>
                <w:sz w:val="18"/>
              </w:rPr>
              <w:t>2.完成教科书P19“练一练”第5题。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(2)集体交流展示。</w:t>
            </w:r>
          </w:p>
        </w:tc>
        <w:tc>
          <w:tcPr>
            <w:tcW w:type="dxa" w:w="3061"/>
          </w:tcPr>
          <w:p>
            <w:pPr>
              <w:spacing w:after="20" w:line="276" w:lineRule="auto"/>
            </w:pPr>
            <w:r/>
            <w:r>
              <w:rPr>
                <w:rFonts w:ascii="宋体" w:hAnsi="宋体" w:eastAsia="宋体"/>
                <w:b w:val="0"/>
                <w:sz w:val="18"/>
              </w:rPr>
              <w:t>学生完成并订正后，引导学生观察从这3组算式中能发现什么。</w:t>
            </w:r>
          </w:p>
          <w:p>
            <w:pPr>
              <w:spacing w:after="20" w:line="276" w:lineRule="auto"/>
            </w:pPr>
            <w:r>
              <w:rPr>
                <w:rFonts w:ascii="宋体" w:hAnsi="宋体" w:eastAsia="宋体"/>
                <w:b w:val="0"/>
                <w:sz w:val="18"/>
              </w:rPr>
              <w:t>先算出每道算式的得数，再连一连。</w:t>
            </w:r>
          </w:p>
        </w:tc>
        <w:tc>
          <w:tcPr>
            <w:tcW w:type="dxa" w:w="1814"/>
          </w:tcPr>
          <w:p>
            <w:pPr>
              <w:spacing w:after="20" w:line="276" w:lineRule="auto"/>
            </w:pPr>
            <w:r/>
            <w:r>
              <w:rPr>
                <w:rFonts w:ascii="宋体" w:hAnsi="宋体" w:eastAsia="宋体"/>
                <w:b w:val="0"/>
                <w:sz w:val="18"/>
              </w:rPr>
              <w:t>这两道计算练习题，主要是考查学生对20以内退位减法的掌握情况，通过多种形式的练习，调动学生学习的积极性，培养学生计算退位减法的能力。</w:t>
            </w:r>
          </w:p>
        </w:tc>
      </w:tr>
      <w:tr>
        <w:tc>
          <w:tcPr>
            <w:tcW w:type="dxa" w:w="1474"/>
          </w:tcPr>
          <w:p>
            <w:pPr>
              <w:spacing w:after="20" w:line="276" w:lineRule="auto"/>
            </w:pPr>
            <w:r>
              <w:rPr>
                <w:b/>
              </w:rPr>
            </w:r>
            <w:r>
              <w:rPr>
                <w:rFonts w:ascii="宋体" w:hAnsi="宋体" w:eastAsia="宋体"/>
                <w:b/>
                <w:sz w:val="18"/>
              </w:rPr>
              <w:t>二、解决问题，强化方法</w:t>
            </w:r>
          </w:p>
        </w:tc>
        <w:tc>
          <w:tcPr>
            <w:tcW w:type="dxa" w:w="3061"/>
          </w:tcPr>
          <w:p>
            <w:pPr>
              <w:spacing w:after="20" w:line="276" w:lineRule="auto"/>
            </w:pPr>
            <w:r/>
            <w:r>
              <w:rPr>
                <w:rFonts w:ascii="宋体" w:hAnsi="宋体" w:eastAsia="宋体"/>
                <w:b w:val="0"/>
                <w:sz w:val="18"/>
              </w:rPr>
              <w:t>1.完成教科书P18“练一练”第1题。</w:t>
            </w:r>
          </w:p>
          <w:p>
            <w:pPr>
              <w:spacing w:after="20" w:line="276" w:lineRule="auto"/>
            </w:pPr>
            <w:r>
              <w:rPr>
                <w:rFonts w:ascii="宋体" w:hAnsi="宋体" w:eastAsia="宋体"/>
                <w:b w:val="0"/>
                <w:sz w:val="18"/>
              </w:rPr>
              <w:t>（1）认真观察并理解题意。</w:t>
            </w:r>
          </w:p>
          <w:p>
            <w:pPr>
              <w:spacing w:after="20" w:line="276" w:lineRule="auto"/>
            </w:pPr>
            <w:r>
              <w:rPr>
                <w:rFonts w:ascii="宋体" w:hAnsi="宋体" w:eastAsia="宋体"/>
                <w:b w:val="0"/>
                <w:sz w:val="18"/>
              </w:rPr>
              <w:t>师：认真观察，你从图中看到了什么？</w:t>
            </w:r>
          </w:p>
          <w:p>
            <w:pPr>
              <w:spacing w:after="20" w:line="276" w:lineRule="auto"/>
            </w:pPr>
            <w:r>
              <w:rPr>
                <w:rFonts w:ascii="宋体" w:hAnsi="宋体" w:eastAsia="宋体"/>
                <w:b w:val="0"/>
                <w:sz w:val="18"/>
              </w:rPr>
              <w:t>（2）学生独立完成后交流。</w:t>
            </w:r>
          </w:p>
          <w:p>
            <w:pPr>
              <w:spacing w:after="20" w:line="276" w:lineRule="auto"/>
            </w:pPr>
            <w:r>
              <w:rPr>
                <w:rFonts w:ascii="宋体" w:hAnsi="宋体" w:eastAsia="宋体"/>
                <w:b w:val="0"/>
                <w:sz w:val="18"/>
              </w:rPr>
              <w:t>（3）观察比较。</w:t>
            </w:r>
          </w:p>
          <w:p>
            <w:pPr>
              <w:spacing w:after="20" w:line="276" w:lineRule="auto"/>
            </w:pPr>
            <w:r>
              <w:rPr>
                <w:rFonts w:ascii="宋体" w:hAnsi="宋体" w:eastAsia="宋体"/>
                <w:b w:val="0"/>
                <w:sz w:val="18"/>
              </w:rPr>
              <w:t>师：这两幅图有什么共同点？</w:t>
            </w:r>
          </w:p>
          <w:p>
            <w:pPr>
              <w:spacing w:after="20" w:line="276" w:lineRule="auto"/>
            </w:pPr>
            <w:r>
              <w:rPr>
                <w:rFonts w:ascii="宋体" w:hAnsi="宋体" w:eastAsia="宋体"/>
                <w:b w:val="0"/>
                <w:sz w:val="18"/>
              </w:rPr>
              <w:t>2.完成教科书P18“练一练”第2题。</w:t>
            </w:r>
          </w:p>
          <w:p>
            <w:pPr>
              <w:spacing w:after="20" w:line="276" w:lineRule="auto"/>
            </w:pPr>
            <w:r>
              <w:rPr>
                <w:rFonts w:ascii="宋体" w:hAnsi="宋体" w:eastAsia="宋体"/>
                <w:b w:val="0"/>
                <w:sz w:val="18"/>
              </w:rPr>
              <w:t>师：从题干中和图中你分别知道了什么？</w:t>
            </w:r>
          </w:p>
          <w:p>
            <w:pPr>
              <w:spacing w:after="20" w:line="276" w:lineRule="auto"/>
            </w:pPr>
            <w:r>
              <w:rPr>
                <w:rFonts w:ascii="宋体" w:hAnsi="宋体" w:eastAsia="宋体"/>
                <w:b w:val="0"/>
                <w:sz w:val="18"/>
              </w:rPr>
              <w:t>师：要求水面下有几只，怎样列式？</w:t>
            </w:r>
          </w:p>
          <w:p>
            <w:pPr>
              <w:spacing w:after="20" w:line="276" w:lineRule="auto"/>
            </w:pPr>
            <w:r>
              <w:rPr>
                <w:rFonts w:ascii="宋体" w:hAnsi="宋体" w:eastAsia="宋体"/>
                <w:b w:val="0"/>
                <w:sz w:val="18"/>
              </w:rPr>
              <w:t>3.完成教科书P19“练一练”第6题。</w:t>
            </w:r>
          </w:p>
          <w:p>
            <w:pPr>
              <w:spacing w:after="20" w:line="276" w:lineRule="auto"/>
            </w:pPr>
            <w:r>
              <w:rPr>
                <w:rFonts w:ascii="宋体" w:hAnsi="宋体" w:eastAsia="宋体"/>
                <w:b w:val="0"/>
                <w:sz w:val="18"/>
              </w:rPr>
              <w:t>（1）理解题意，选择有效信息。</w:t>
            </w:r>
          </w:p>
          <w:p>
            <w:pPr>
              <w:spacing w:after="20" w:line="276" w:lineRule="auto"/>
            </w:pPr>
            <w:r>
              <w:rPr>
                <w:rFonts w:ascii="宋体" w:hAnsi="宋体" w:eastAsia="宋体"/>
                <w:b w:val="0"/>
                <w:sz w:val="18"/>
              </w:rPr>
              <w:t>师：认真读题，你知道了什么？要求什么？</w:t>
            </w:r>
          </w:p>
          <w:p>
            <w:pPr>
              <w:spacing w:after="20" w:line="276" w:lineRule="auto"/>
            </w:pPr>
            <w:r>
              <w:rPr>
                <w:rFonts w:ascii="宋体" w:hAnsi="宋体" w:eastAsia="宋体"/>
                <w:b w:val="0"/>
                <w:sz w:val="18"/>
              </w:rPr>
              <w:t>师：要解决“还剩几个”的问题，需要用到哪两个条件？所给条件都用到了吗？</w:t>
            </w:r>
          </w:p>
          <w:p>
            <w:pPr>
              <w:spacing w:after="20" w:line="276" w:lineRule="auto"/>
            </w:pPr>
            <w:r>
              <w:rPr>
                <w:rFonts w:ascii="宋体" w:hAnsi="宋体" w:eastAsia="宋体"/>
                <w:b w:val="0"/>
                <w:sz w:val="18"/>
              </w:rPr>
              <w:t>(2)学生自主完成。</w:t>
            </w:r>
          </w:p>
          <w:p>
            <w:pPr>
              <w:spacing w:after="20" w:line="276" w:lineRule="auto"/>
            </w:pPr>
            <w:r>
              <w:rPr>
                <w:rFonts w:ascii="宋体" w:hAnsi="宋体" w:eastAsia="宋体"/>
                <w:b w:val="0"/>
                <w:sz w:val="18"/>
              </w:rPr>
              <w:t>师：如何列式？</w:t>
            </w:r>
          </w:p>
        </w:tc>
        <w:tc>
          <w:tcPr>
            <w:tcW w:type="dxa" w:w="3061"/>
          </w:tcPr>
          <w:p>
            <w:pPr>
              <w:spacing w:after="20" w:line="276" w:lineRule="auto"/>
            </w:pPr>
            <w:r/>
            <w:r>
              <w:rPr>
                <w:rFonts w:ascii="宋体" w:hAnsi="宋体" w:eastAsia="宋体"/>
                <w:b w:val="0"/>
                <w:sz w:val="18"/>
              </w:rPr>
              <w:t>预设1：一共有11个羽毛球，筒外有5个，要求筒中有几个羽毛球。</w:t>
            </w:r>
          </w:p>
          <w:p>
            <w:pPr>
              <w:spacing w:after="20" w:line="276" w:lineRule="auto"/>
            </w:pPr>
            <w:r>
              <w:rPr>
                <w:rFonts w:ascii="宋体" w:hAnsi="宋体" w:eastAsia="宋体"/>
                <w:b w:val="0"/>
                <w:sz w:val="18"/>
              </w:rPr>
              <w:t>预设2：一共有13个菠萝，外面有4个，要求篮子里有几个菠萝。</w:t>
            </w:r>
          </w:p>
          <w:p>
            <w:pPr>
              <w:spacing w:after="20" w:line="276" w:lineRule="auto"/>
            </w:pPr>
            <w:r>
              <w:rPr>
                <w:rFonts w:ascii="宋体" w:hAnsi="宋体" w:eastAsia="宋体"/>
                <w:b w:val="0"/>
                <w:sz w:val="18"/>
              </w:rPr>
              <w:t>学生很容易列出两个算式：11-5=6（个）和13-4=9（个）。</w:t>
            </w:r>
          </w:p>
          <w:p>
            <w:pPr>
              <w:spacing w:after="20" w:line="276" w:lineRule="auto"/>
            </w:pPr>
            <w:r>
              <w:rPr>
                <w:rFonts w:ascii="宋体" w:hAnsi="宋体" w:eastAsia="宋体"/>
                <w:b w:val="0"/>
                <w:sz w:val="18"/>
              </w:rPr>
              <w:t>这两道题都是已知总数和一部分量，求另一部分，都是用减法计算。</w:t>
            </w:r>
          </w:p>
          <w:p>
            <w:pPr>
              <w:spacing w:after="20" w:line="276" w:lineRule="auto"/>
            </w:pPr>
            <w:r>
              <w:rPr>
                <w:rFonts w:ascii="宋体" w:hAnsi="宋体" w:eastAsia="宋体"/>
                <w:b w:val="0"/>
                <w:sz w:val="18"/>
              </w:rPr>
              <w:t>从题干中知道一共有12只海豚，从图中知道跃起了5只海豚。</w:t>
            </w:r>
          </w:p>
          <w:p>
            <w:pPr>
              <w:spacing w:after="20" w:line="276" w:lineRule="auto"/>
            </w:pPr>
            <w:r>
              <w:rPr>
                <w:rFonts w:ascii="宋体" w:hAnsi="宋体" w:eastAsia="宋体"/>
                <w:b w:val="0"/>
                <w:sz w:val="18"/>
              </w:rPr>
              <w:t>根据以往经验，学生很容易列出：12-5=7（只）。</w:t>
            </w:r>
          </w:p>
          <w:p>
            <w:pPr>
              <w:spacing w:after="20" w:line="276" w:lineRule="auto"/>
            </w:pPr>
            <w:r>
              <w:rPr>
                <w:rFonts w:ascii="宋体" w:hAnsi="宋体" w:eastAsia="宋体"/>
                <w:b w:val="0"/>
                <w:sz w:val="18"/>
              </w:rPr>
              <w:t>已知一共有15个，5个，用6个搭了一个正方体，要求还剩几个。</w:t>
            </w:r>
          </w:p>
          <w:p>
            <w:pPr>
              <w:spacing w:after="20" w:line="276" w:lineRule="auto"/>
            </w:pPr>
            <w:r>
              <w:rPr>
                <w:rFonts w:ascii="宋体" w:hAnsi="宋体" w:eastAsia="宋体"/>
                <w:b w:val="0"/>
                <w:sz w:val="18"/>
              </w:rPr>
              <w:t>有了前面的分析，学生很容易列出算式：15-6=9(个)。</w:t>
            </w:r>
          </w:p>
        </w:tc>
        <w:tc>
          <w:tcPr>
            <w:tcW w:type="dxa" w:w="1814"/>
          </w:tcPr>
          <w:p>
            <w:pPr>
              <w:spacing w:after="20" w:line="276" w:lineRule="auto"/>
            </w:pPr>
            <w:r/>
            <w:r>
              <w:rPr>
                <w:rFonts w:ascii="宋体" w:hAnsi="宋体" w:eastAsia="宋体"/>
                <w:b w:val="0"/>
                <w:sz w:val="18"/>
              </w:rPr>
              <w:t>通过题干和图中获取信息来解决问题，培养学生收集数学信息并熟练应用减法解决问题的能力。</w:t>
            </w:r>
          </w:p>
          <w:p>
            <w:pPr>
              <w:spacing w:after="20" w:line="276" w:lineRule="auto"/>
            </w:pPr>
            <w:r>
              <w:rPr>
                <w:rFonts w:ascii="宋体" w:hAnsi="宋体" w:eastAsia="宋体"/>
                <w:b w:val="0"/>
                <w:sz w:val="18"/>
              </w:rPr>
              <w:t>通过此题指导学生学习分析问题的方法：一是从问题出发，寻找合适的条件；二是从条件出发，看看哪两个条件之间有联系，能提出什么问题，哪个问题是题目中要求的，就选择哪两个条件解决问题。</w:t>
            </w:r>
          </w:p>
          <w:p>
            <w:pPr>
              <w:spacing w:after="20" w:line="276" w:lineRule="auto"/>
            </w:pPr>
            <w:r>
              <w:rPr>
                <w:rFonts w:ascii="宋体" w:hAnsi="宋体" w:eastAsia="宋体"/>
                <w:b w:val="0"/>
                <w:sz w:val="18"/>
              </w:rPr>
              <w:t>（重点强调读题、审题训练。）</w:t>
            </w:r>
          </w:p>
        </w:tc>
      </w:tr>
      <w:tr>
        <w:tc>
          <w:tcPr>
            <w:tcW w:type="dxa" w:w="1474"/>
          </w:tcPr>
          <w:p>
            <w:pPr>
              <w:spacing w:after="20" w:line="276" w:lineRule="auto"/>
            </w:pPr>
            <w:r>
              <w:rPr>
                <w:b/>
              </w:rPr>
            </w:r>
            <w:r>
              <w:rPr>
                <w:rFonts w:ascii="宋体" w:hAnsi="宋体" w:eastAsia="宋体"/>
                <w:b/>
                <w:sz w:val="18"/>
              </w:rPr>
              <w:t>三、自主练习，巩固提升</w:t>
            </w:r>
          </w:p>
        </w:tc>
        <w:tc>
          <w:tcPr>
            <w:tcW w:type="dxa" w:w="3061"/>
          </w:tcPr>
          <w:p>
            <w:pPr>
              <w:spacing w:after="20" w:line="276" w:lineRule="auto"/>
            </w:pPr>
            <w:r/>
            <w:r>
              <w:rPr>
                <w:rFonts w:ascii="宋体" w:hAnsi="宋体" w:eastAsia="宋体"/>
                <w:b w:val="0"/>
                <w:sz w:val="18"/>
              </w:rPr>
              <w:t>2.解答完毕后，集中交流展示。</w:t>
            </w:r>
          </w:p>
          <w:p>
            <w:pPr>
              <w:spacing w:after="20" w:line="276" w:lineRule="auto"/>
            </w:pPr>
            <w:r>
              <w:rPr>
                <w:rFonts w:ascii="宋体" w:hAnsi="宋体" w:eastAsia="宋体"/>
                <w:b w:val="0"/>
                <w:sz w:val="18"/>
              </w:rPr>
              <w:t>第7题：第（1）题中树下猴子的数量等于猴子总数减去树上猴子的数量，列式为：13-5=8（只）。</w:t>
            </w:r>
          </w:p>
          <w:p>
            <w:pPr>
              <w:spacing w:after="20" w:line="276" w:lineRule="auto"/>
            </w:pPr>
            <w:r>
              <w:rPr>
                <w:rFonts w:ascii="宋体" w:hAnsi="宋体" w:eastAsia="宋体"/>
                <w:b w:val="0"/>
                <w:sz w:val="18"/>
              </w:rPr>
              <w:t>第（2）题求还剩几个桃子，要用桃子总数减去吃掉的桃子数量，列式为：13-8=5（个）。</w:t>
            </w:r>
          </w:p>
        </w:tc>
        <w:tc>
          <w:tcPr>
            <w:tcW w:type="dxa" w:w="3061"/>
          </w:tcPr>
          <w:p>
            <w:pPr>
              <w:spacing w:after="20" w:line="276" w:lineRule="auto"/>
            </w:pPr>
            <w:r/>
            <w:r>
              <w:rPr>
                <w:rFonts w:ascii="宋体" w:hAnsi="宋体" w:eastAsia="宋体"/>
                <w:b w:val="0"/>
                <w:sz w:val="18"/>
              </w:rPr>
              <w:t>1.学生独立解答教科书P18~19“练一练”第3、7题。</w:t>
            </w:r>
          </w:p>
          <w:p>
            <w:pPr>
              <w:spacing w:after="20" w:line="276" w:lineRule="auto"/>
            </w:pPr>
            <w:r>
              <w:rPr>
                <w:rFonts w:ascii="宋体" w:hAnsi="宋体" w:eastAsia="宋体"/>
                <w:b w:val="0"/>
                <w:sz w:val="18"/>
              </w:rPr>
              <w:t>第3题：要求松鼠宝宝采了几个松果，应该用它和妈妈采的松果总数量减去妈妈采的松果数量，列式为：12-8=4（个）。</w:t>
            </w:r>
          </w:p>
        </w:tc>
        <w:tc>
          <w:tcPr>
            <w:tcW w:type="dxa" w:w="1814"/>
          </w:tcPr>
          <w:p>
            <w:pPr>
              <w:spacing w:after="20" w:line="276" w:lineRule="auto"/>
            </w:pPr>
            <w:r/>
            <w:r>
              <w:rPr>
                <w:rFonts w:ascii="宋体" w:hAnsi="宋体" w:eastAsia="宋体"/>
                <w:b w:val="0"/>
                <w:sz w:val="18"/>
              </w:rPr>
              <w:t>通过两道解决实际问题的训练题，进一步巩固分析问题的方法，从而熟练解决“已知总量和一部分量，求另一部分量”的问题，提升学生解决问题的能力。</w:t>
            </w:r>
          </w:p>
        </w:tc>
      </w:tr>
      <w:tr>
        <w:tc>
          <w:tcPr>
            <w:tcW w:type="dxa" w:w="1474"/>
          </w:tcPr>
          <w:p>
            <w:pPr>
              <w:spacing w:after="20" w:line="276" w:lineRule="auto"/>
            </w:pPr>
            <w:r>
              <w:rPr>
                <w:b/>
              </w:rPr>
            </w:r>
            <w:r>
              <w:rPr>
                <w:rFonts w:ascii="宋体" w:hAnsi="宋体" w:eastAsia="宋体"/>
                <w:b/>
                <w:sz w:val="18"/>
              </w:rPr>
              <w:t>四、拓展练习，自主解答</w:t>
            </w:r>
          </w:p>
        </w:tc>
        <w:tc>
          <w:tcPr>
            <w:tcW w:type="dxa" w:w="3061"/>
          </w:tcPr>
          <w:p>
            <w:pPr>
              <w:spacing w:after="20" w:line="276" w:lineRule="auto"/>
            </w:pPr>
            <w:r/>
            <w:r>
              <w:rPr>
                <w:rFonts w:ascii="宋体" w:hAnsi="宋体" w:eastAsia="宋体"/>
                <w:b w:val="0"/>
                <w:sz w:val="18"/>
              </w:rPr>
              <w:t>课件出示习题。</w:t>
            </w:r>
          </w:p>
        </w:tc>
        <w:tc>
          <w:tcPr>
            <w:tcW w:type="dxa" w:w="3061"/>
          </w:tcPr>
          <w:p>
            <w:pPr>
              <w:spacing w:after="20" w:line="276" w:lineRule="auto"/>
            </w:pPr>
            <w:r/>
            <w:r>
              <w:rPr>
                <w:rFonts w:ascii="宋体" w:hAnsi="宋体" w:eastAsia="宋体"/>
                <w:b w:val="0"/>
                <w:sz w:val="18"/>
              </w:rPr>
              <w:t>学生独立解答后展示交流。</w:t>
            </w:r>
          </w:p>
        </w:tc>
        <w:tc>
          <w:tcPr>
            <w:tcW w:type="dxa" w:w="1814"/>
          </w:tcPr>
          <w:p>
            <w:pPr>
              <w:spacing w:after="20" w:line="276" w:lineRule="auto"/>
            </w:pPr>
            <w:r/>
            <w:r>
              <w:rPr>
                <w:rFonts w:ascii="宋体" w:hAnsi="宋体" w:eastAsia="宋体"/>
                <w:b w:val="0"/>
                <w:sz w:val="18"/>
              </w:rPr>
              <w:t>此题是一道用减法解决的综合题，考查学生解决综合问题的能力。解题时必须仔细读题，从问题入手解决。</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教科书P18~19“练一练”第1~7题。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解决问题的练习课，学生对于解决“求部分量”的问题完成较好，能按照解决问题的一般步骤进行解答。在解答第6题时，将有用的条件和多余的条件写在一起，部分学生在自主解答时会用“15-5”来解答，要让学生明白这样计算是错误的，可以借用这个生成的错误案例，再次引导学生读题、分析题目，从问题入手，根据实际问题选择有用的条件解答问题。</w:t>
      </w:r>
    </w:p>
    <w:p>
      <w:r>
        <w:br w:type="page"/>
      </w:r>
    </w:p>
    <w:p>
      <w:pPr>
        <w:spacing w:after="80" w:line="300" w:lineRule="auto"/>
      </w:pPr>
      <w:r>
        <w:rPr>
          <w:rFonts w:ascii="黑体" w:hAnsi="黑体" w:eastAsia="黑体"/>
          <w:b/>
          <w:sz w:val="24"/>
        </w:rPr>
        <w:t>二、课时教学方案（第9课时）</w:t>
      </w:r>
    </w:p>
    <w:p>
      <w:pPr>
        <w:spacing w:after="80" w:line="300" w:lineRule="auto"/>
      </w:pPr>
      <w:r>
        <w:rPr>
          <w:rFonts w:ascii="黑体" w:hAnsi="黑体" w:eastAsia="黑体"/>
          <w:b/>
          <w:sz w:val="24"/>
        </w:rPr>
        <w:t>第9课时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第9课时　整理和复习</w:t>
            </w:r>
          </w:p>
        </w:tc>
        <w:tc>
          <w:tcPr>
            <w:tcW w:type="dxa" w:w="6009"/>
          </w:tcPr>
          <w:p>
            <w:pPr>
              <w:spacing w:after="20" w:line="276" w:lineRule="auto"/>
            </w:pPr>
            <w:r/>
            <w:r>
              <w:rPr>
                <w:rFonts w:ascii="宋体" w:hAnsi="宋体" w:eastAsia="宋体"/>
                <w:b w:val="0"/>
                <w:sz w:val="20"/>
              </w:rPr>
              <w:t>第2单元 20以内的退位减法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用“凑十法”计算20以内的进位加法和十几减几的不退位减法，并能熟练地计算10以内的加、减法，这些都是学生学习本单元的重要基础。20以内的退位减法，很多学生也会计算，但只是习惯性地记忆计算结果，不一定理解其算理，算法也不一定很清楚。这也是教学时的难点：一方面，看起来学生会算，事实上学生不会算，只是背答案；另一方面，学生以为自己会算而不认真学习，事实上也并不会算。如果不清楚算理，没掌握算法，会直接影响到以后的计算学习。掌握算法后，学生初步具备了一定的解决问题的能力，但是在解决信息量比较大的问题时还存在一定的困难。</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教学内容：教科书P20“整理和复习”，完成教科书P21“练一练”第1、4题。</w:t>
      </w:r>
    </w:p>
    <w:p>
      <w:pPr>
        <w:spacing w:after="80" w:line="300" w:lineRule="auto"/>
        <w:ind w:firstLine="400"/>
      </w:pPr>
      <w:r>
        <w:rPr>
          <w:rFonts w:ascii="宋体" w:hAnsi="宋体" w:eastAsia="宋体"/>
          <w:b w:val="0"/>
          <w:sz w:val="20"/>
        </w:rPr>
        <w:t>教学准备：课件、口算卡片。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（1）全面有序地整理20以内退位减法表。经历把零散的算式整理成表格的过程，渗透整理知识的方法和策略。</w:t>
      </w:r>
    </w:p>
    <w:p>
      <w:pPr>
        <w:spacing w:after="20" w:line="300" w:lineRule="auto"/>
        <w:ind w:firstLine="400"/>
      </w:pPr>
      <w:r>
        <w:rPr>
          <w:rFonts w:ascii="宋体" w:hAnsi="宋体" w:eastAsia="宋体"/>
          <w:b w:val="0"/>
          <w:sz w:val="20"/>
        </w:rPr>
        <w:t>（2）在观察减法表的过程中发现规律，梳理算法，能正确迅速地口算出20以内的退位减法，培养良好的计算能力。</w:t>
      </w:r>
    </w:p>
    <w:p>
      <w:pPr>
        <w:spacing w:after="20" w:line="300" w:lineRule="auto"/>
        <w:ind w:firstLine="400"/>
      </w:pPr>
      <w:r>
        <w:rPr>
          <w:rFonts w:ascii="宋体" w:hAnsi="宋体" w:eastAsia="宋体"/>
          <w:b w:val="0"/>
          <w:sz w:val="20"/>
        </w:rPr>
        <w:t>（3）在与他人合作整理的过程中，学会与他人合作交流。</w:t>
      </w:r>
    </w:p>
    <w:p>
      <w:pPr>
        <w:spacing w:after="20" w:line="300" w:lineRule="auto"/>
      </w:pPr>
      <w:r>
        <w:rPr>
          <w:rFonts w:ascii="宋体" w:hAnsi="宋体" w:eastAsia="宋体"/>
          <w:b w:val="0"/>
          <w:sz w:val="20"/>
        </w:rPr>
        <w:t>教学重点：经历减法表的整理过程，熟练掌握算法。</w:t>
      </w:r>
    </w:p>
    <w:p>
      <w:pPr>
        <w:spacing w:after="20" w:line="300" w:lineRule="auto"/>
      </w:pPr>
      <w:r>
        <w:rPr>
          <w:rFonts w:ascii="宋体" w:hAnsi="宋体" w:eastAsia="宋体"/>
          <w:b w:val="0"/>
          <w:sz w:val="20"/>
        </w:rPr>
        <w:t>教学难点：发现规律，掌握计算技巧。</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一、复习旧知识，回顾算法</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同学们，通过本单元的学习，你们都学会了什么？；这组口算题都是我们学过的20以内的退位减法，谁知道像这样的20以内的退位减法算式一共有多少个？</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二、整理复习，沟通联系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请仔细观察我们整理出来的这张表格，你发现了什么？；原来第一列算式的减数都是9，被减数从上到下依次多1，差从上到下也依次多1。继续观察其他竖列，是不是也是这样的呢？</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三、巩固练习，提升能力</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通过这节课的整理和复习，你们有什么新的收获？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一、复习旧知识，回顾算法</w:t>
            </w:r>
          </w:p>
        </w:tc>
        <w:tc>
          <w:tcPr>
            <w:tcW w:type="dxa" w:w="3061"/>
          </w:tcPr>
          <w:p>
            <w:pPr>
              <w:spacing w:after="20" w:line="276" w:lineRule="auto"/>
            </w:pPr>
            <w:r/>
            <w:r>
              <w:rPr>
                <w:rFonts w:ascii="宋体" w:hAnsi="宋体" w:eastAsia="宋体"/>
                <w:b w:val="0"/>
                <w:sz w:val="18"/>
              </w:rPr>
              <w:t>1.师：同学们，通过本单元的学习，你们都学会了什么？</w:t>
            </w:r>
          </w:p>
          <w:p>
            <w:pPr>
              <w:spacing w:after="20" w:line="276" w:lineRule="auto"/>
            </w:pPr>
            <w:r>
              <w:rPr>
                <w:rFonts w:ascii="宋体" w:hAnsi="宋体" w:eastAsia="宋体"/>
                <w:b w:val="0"/>
                <w:sz w:val="18"/>
              </w:rPr>
              <w:t>2.师：我们来做一组口算练习，看谁是计算小能手。</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3.师：这组口算题都是我们学过的20以内的退位减法，谁知道像这样的20以内的退位减法算式一共有多少个？</w:t>
            </w:r>
          </w:p>
          <w:p>
            <w:pPr>
              <w:spacing w:after="20" w:line="276" w:lineRule="auto"/>
            </w:pPr>
            <w:r>
              <w:rPr>
                <w:rFonts w:ascii="宋体" w:hAnsi="宋体" w:eastAsia="宋体"/>
                <w:b w:val="0"/>
                <w:sz w:val="18"/>
              </w:rPr>
              <w:t>师：看来一下子还真说不清楚，这节课咱们就一起来对这一单元的内容进行整理和复习。（板书课题：整理和复习）</w:t>
            </w:r>
          </w:p>
        </w:tc>
        <w:tc>
          <w:tcPr>
            <w:tcW w:type="dxa" w:w="3061"/>
          </w:tcPr>
          <w:p>
            <w:pPr>
              <w:spacing w:after="20" w:line="276" w:lineRule="auto"/>
            </w:pPr>
            <w:r/>
            <w:r>
              <w:rPr>
                <w:rFonts w:ascii="宋体" w:hAnsi="宋体" w:eastAsia="宋体"/>
                <w:b w:val="0"/>
                <w:sz w:val="18"/>
              </w:rPr>
              <w:t>预设1：我学会了退位减法的计算方法。</w:t>
            </w:r>
          </w:p>
          <w:p>
            <w:pPr>
              <w:spacing w:after="20" w:line="276" w:lineRule="auto"/>
            </w:pPr>
            <w:r>
              <w:rPr>
                <w:rFonts w:ascii="宋体" w:hAnsi="宋体" w:eastAsia="宋体"/>
                <w:b w:val="0"/>
                <w:sz w:val="18"/>
              </w:rPr>
              <w:t>预设2：我学会了“想加算减法”。</w:t>
            </w:r>
          </w:p>
          <w:p>
            <w:pPr>
              <w:spacing w:after="20" w:line="276" w:lineRule="auto"/>
            </w:pPr>
            <w:r>
              <w:rPr>
                <w:rFonts w:ascii="宋体" w:hAnsi="宋体" w:eastAsia="宋体"/>
                <w:b w:val="0"/>
                <w:sz w:val="18"/>
              </w:rPr>
              <w:t>预设3：我知道了求部分量的方法。</w:t>
            </w:r>
          </w:p>
          <w:p>
            <w:pPr>
              <w:spacing w:after="20" w:line="276" w:lineRule="auto"/>
            </w:pPr>
            <w:r>
              <w:rPr>
                <w:rFonts w:ascii="宋体" w:hAnsi="宋体" w:eastAsia="宋体"/>
                <w:b w:val="0"/>
                <w:sz w:val="18"/>
              </w:rPr>
              <w:t>学生算完后，选择其中两个算式让学生说算法，回顾20以内退位减法的算理和算法。</w:t>
            </w:r>
          </w:p>
          <w:p>
            <w:pPr>
              <w:spacing w:after="20" w:line="276" w:lineRule="auto"/>
            </w:pPr>
            <w:r>
              <w:rPr>
                <w:rFonts w:ascii="宋体" w:hAnsi="宋体" w:eastAsia="宋体"/>
                <w:b w:val="0"/>
                <w:sz w:val="18"/>
              </w:rPr>
              <w:t>学生能说出很多算式，但大多比较混乱，不能完整地、有序地、清晰地表达。</w:t>
            </w:r>
          </w:p>
        </w:tc>
        <w:tc>
          <w:tcPr>
            <w:tcW w:type="dxa" w:w="1814"/>
          </w:tcPr>
          <w:p>
            <w:pPr>
              <w:spacing w:after="20" w:line="276" w:lineRule="auto"/>
            </w:pPr>
            <w:r/>
            <w:r>
              <w:rPr>
                <w:rFonts w:ascii="宋体" w:hAnsi="宋体" w:eastAsia="宋体"/>
                <w:b w:val="0"/>
                <w:sz w:val="18"/>
              </w:rPr>
              <w:t>通过提问，引导学生对本单元的所学知识进行总结，为本节课的学习作铺垫。</w:t>
            </w:r>
          </w:p>
          <w:p>
            <w:pPr>
              <w:spacing w:after="20" w:line="276" w:lineRule="auto"/>
            </w:pPr>
            <w:r>
              <w:rPr>
                <w:rFonts w:ascii="宋体" w:hAnsi="宋体" w:eastAsia="宋体"/>
                <w:b w:val="0"/>
                <w:sz w:val="18"/>
              </w:rPr>
              <w:t>先让学生练习一组口算，唤起对这一单元所学知识的回忆，接着通过提出这些退位减法算式一共有多少个的问题，引发学生思考，凸显整理算式的必要性。</w:t>
            </w:r>
          </w:p>
        </w:tc>
      </w:tr>
      <w:tr>
        <w:tc>
          <w:tcPr>
            <w:tcW w:type="dxa" w:w="1474"/>
          </w:tcPr>
          <w:p>
            <w:pPr>
              <w:spacing w:after="20" w:line="276" w:lineRule="auto"/>
            </w:pPr>
            <w:r>
              <w:rPr>
                <w:b/>
              </w:rPr>
            </w:r>
            <w:r>
              <w:rPr>
                <w:rFonts w:ascii="宋体" w:hAnsi="宋体" w:eastAsia="宋体"/>
                <w:b/>
                <w:sz w:val="18"/>
              </w:rPr>
              <w:t>二、整理复习，沟通联系</w:t>
            </w:r>
          </w:p>
        </w:tc>
        <w:tc>
          <w:tcPr>
            <w:tcW w:type="dxa" w:w="3061"/>
          </w:tcPr>
          <w:p>
            <w:pPr>
              <w:spacing w:after="20" w:line="276" w:lineRule="auto"/>
            </w:pPr>
            <w:r/>
            <w:r>
              <w:rPr>
                <w:rFonts w:ascii="宋体" w:hAnsi="宋体" w:eastAsia="宋体"/>
                <w:b w:val="0"/>
                <w:sz w:val="18"/>
              </w:rPr>
              <w:t>(1)师：下面四人为一小组，组长进行合理分工，把20以内的退位减法的算式写在为你们准备好的空白卡片上。要做到既不重复又不遗漏，看哪个小组完成得又对又快。</w:t>
            </w:r>
          </w:p>
          <w:p>
            <w:pPr>
              <w:spacing w:after="20" w:line="276" w:lineRule="auto"/>
            </w:pPr>
            <w:r>
              <w:rPr>
                <w:rFonts w:ascii="宋体" w:hAnsi="宋体" w:eastAsia="宋体"/>
                <w:b w:val="0"/>
                <w:sz w:val="18"/>
              </w:rPr>
              <w:t>(2)师：现在把你们写完的这些算式按照一定的顺序摆一摆，摆成退位减法表。</w:t>
            </w:r>
          </w:p>
          <w:p>
            <w:pPr>
              <w:spacing w:after="20" w:line="276" w:lineRule="auto"/>
            </w:pPr>
            <w:r>
              <w:rPr>
                <w:rFonts w:ascii="宋体" w:hAnsi="宋体" w:eastAsia="宋体"/>
                <w:b w:val="0"/>
                <w:sz w:val="18"/>
              </w:rPr>
              <w:t>2.观察表格，发现规律。</w:t>
            </w:r>
          </w:p>
          <w:p>
            <w:pPr>
              <w:spacing w:after="20" w:line="276" w:lineRule="auto"/>
            </w:pPr>
            <w:r>
              <w:rPr>
                <w:rFonts w:ascii="宋体" w:hAnsi="宋体" w:eastAsia="宋体"/>
                <w:b w:val="0"/>
                <w:sz w:val="18"/>
              </w:rPr>
              <w:t>师：两种摆法都对45个减法算式进行了有序地整理，都很好！下面我们对其中的一种进行观察。</w:t>
            </w:r>
          </w:p>
          <w:p>
            <w:pPr>
              <w:spacing w:after="20" w:line="276" w:lineRule="auto"/>
            </w:pPr>
            <w:r>
              <w:rPr>
                <w:rFonts w:ascii="宋体" w:hAnsi="宋体" w:eastAsia="宋体"/>
                <w:b w:val="0"/>
                <w:sz w:val="18"/>
              </w:rPr>
              <w:t>课件出示整理后的表格。</w:t>
            </w:r>
          </w:p>
          <w:p>
            <w:pPr>
              <w:spacing w:after="20" w:line="276" w:lineRule="auto"/>
            </w:pPr>
            <w:r>
              <w:rPr>
                <w:rFonts w:ascii="宋体" w:hAnsi="宋体" w:eastAsia="宋体"/>
                <w:b w:val="0"/>
                <w:sz w:val="18"/>
              </w:rPr>
              <w:t>师：请仔细观察我们整理出来的这张表格，你发现了什么？</w:t>
            </w:r>
          </w:p>
          <w:p>
            <w:pPr>
              <w:spacing w:after="20" w:line="276" w:lineRule="auto"/>
            </w:pPr>
            <w:r>
              <w:rPr>
                <w:rFonts w:ascii="宋体" w:hAnsi="宋体" w:eastAsia="宋体"/>
                <w:b w:val="0"/>
                <w:sz w:val="18"/>
              </w:rPr>
              <w:t>(1)小组派代表汇报发现。</w:t>
            </w:r>
          </w:p>
          <w:p>
            <w:pPr>
              <w:spacing w:after="20" w:line="276" w:lineRule="auto"/>
            </w:pPr>
            <w:r>
              <w:rPr>
                <w:rFonts w:ascii="宋体" w:hAnsi="宋体" w:eastAsia="宋体"/>
                <w:b w:val="0"/>
                <w:sz w:val="18"/>
              </w:rPr>
              <w:t>“算式排列”——每一竖列减数都相同。第一竖列减数是9，后面各竖列的减数依次是8、7、6、5、4、3、2。</w:t>
            </w:r>
          </w:p>
          <w:p>
            <w:pPr>
              <w:spacing w:after="20" w:line="276" w:lineRule="auto"/>
            </w:pPr>
            <w:r>
              <w:rPr>
                <w:rFonts w:ascii="宋体" w:hAnsi="宋体" w:eastAsia="宋体"/>
                <w:b w:val="0"/>
                <w:sz w:val="18"/>
              </w:rPr>
              <w:t>“差”——先算出第一竖列的得数。从上面开始，差从2排到9，每一个算式的差都比上一个多1。</w:t>
            </w:r>
          </w:p>
          <w:p>
            <w:pPr>
              <w:spacing w:after="20" w:line="276" w:lineRule="auto"/>
            </w:pPr>
            <w:r>
              <w:rPr>
                <w:rFonts w:ascii="宋体" w:hAnsi="宋体" w:eastAsia="宋体"/>
                <w:b w:val="0"/>
                <w:sz w:val="18"/>
              </w:rPr>
              <w:t>师：原来第一列算式的减数都是9，被减数从上到下依次多1，差从上到下也依次多1。继续观察其他竖列，是不是也是这样的呢？任找一竖列算算看。</w:t>
            </w:r>
          </w:p>
          <w:p>
            <w:pPr>
              <w:spacing w:after="20" w:line="276" w:lineRule="auto"/>
            </w:pPr>
            <w:r>
              <w:rPr>
                <w:rFonts w:ascii="宋体" w:hAnsi="宋体" w:eastAsia="宋体"/>
                <w:b w:val="0"/>
                <w:sz w:val="18"/>
              </w:rPr>
              <w:t>根据学生回答，小结如下：</w:t>
            </w:r>
          </w:p>
          <w:p>
            <w:pPr>
              <w:spacing w:after="20" w:line="276" w:lineRule="auto"/>
            </w:pPr>
            <w:r>
              <w:rPr>
                <w:rFonts w:ascii="宋体" w:hAnsi="宋体" w:eastAsia="宋体"/>
                <w:b w:val="0"/>
                <w:sz w:val="18"/>
              </w:rPr>
              <w:t>观察每一列的算式计算出算式结果，发现规律任选一列计算结果，验证规律。</w:t>
            </w:r>
          </w:p>
          <w:p>
            <w:pPr>
              <w:spacing w:after="20" w:line="276" w:lineRule="auto"/>
            </w:pPr>
            <w:r>
              <w:rPr>
                <w:rFonts w:ascii="宋体" w:hAnsi="宋体" w:eastAsia="宋体"/>
                <w:b w:val="0"/>
                <w:sz w:val="18"/>
              </w:rPr>
              <w:t>(2)师：我们一起发现了减法表竖着看的规律，横着看又有什么样的规律呢？请按照刚才的过程汇报一下你的发现。</w:t>
            </w:r>
          </w:p>
          <w:p>
            <w:pPr>
              <w:spacing w:after="20" w:line="276" w:lineRule="auto"/>
            </w:pPr>
            <w:r>
              <w:rPr>
                <w:rFonts w:ascii="宋体" w:hAnsi="宋体" w:eastAsia="宋体"/>
                <w:b w:val="0"/>
                <w:sz w:val="18"/>
              </w:rPr>
              <w:t>(3)师：在这张表格上，有的同学斜着看也发现了规律，一起来看看吧。</w:t>
            </w:r>
          </w:p>
          <w:p>
            <w:pPr>
              <w:spacing w:after="20" w:line="276" w:lineRule="auto"/>
            </w:pPr>
            <w:r>
              <w:rPr>
                <w:rFonts w:ascii="宋体" w:hAnsi="宋体" w:eastAsia="宋体"/>
                <w:b w:val="0"/>
                <w:sz w:val="18"/>
              </w:rPr>
              <w:t>课件出示最下面斜着的几个算式，观察算式的特点。</w:t>
            </w:r>
          </w:p>
          <w:p>
            <w:pPr>
              <w:spacing w:after="20" w:line="276" w:lineRule="auto"/>
            </w:pPr>
            <w:r>
              <w:rPr>
                <w:rFonts w:ascii="宋体" w:hAnsi="宋体" w:eastAsia="宋体"/>
                <w:b w:val="0"/>
                <w:sz w:val="18"/>
              </w:rPr>
              <w:t>(4)梳理算法。</w:t>
            </w:r>
          </w:p>
          <w:p>
            <w:pPr>
              <w:spacing w:after="20" w:line="276" w:lineRule="auto"/>
            </w:pPr>
            <w:r>
              <w:rPr>
                <w:rFonts w:ascii="宋体" w:hAnsi="宋体" w:eastAsia="宋体"/>
                <w:b w:val="0"/>
                <w:sz w:val="18"/>
              </w:rPr>
              <w:t>师：这些算式你们都会算吗？</w:t>
            </w:r>
          </w:p>
          <w:p>
            <w:pPr>
              <w:spacing w:after="20" w:line="276" w:lineRule="auto"/>
            </w:pPr>
            <w:r>
              <w:rPr>
                <w:rFonts w:ascii="宋体" w:hAnsi="宋体" w:eastAsia="宋体"/>
                <w:b w:val="0"/>
                <w:sz w:val="18"/>
              </w:rPr>
              <w:t>任意指一个算式让学生算算看。</w:t>
            </w:r>
          </w:p>
          <w:p>
            <w:pPr>
              <w:spacing w:after="20" w:line="276" w:lineRule="auto"/>
            </w:pPr>
            <w:r>
              <w:rPr>
                <w:rFonts w:ascii="宋体" w:hAnsi="宋体" w:eastAsia="宋体"/>
                <w:b w:val="0"/>
                <w:sz w:val="18"/>
              </w:rPr>
              <w:t>4.教师读算式，学生快速抢答。</w:t>
            </w:r>
          </w:p>
        </w:tc>
        <w:tc>
          <w:tcPr>
            <w:tcW w:type="dxa" w:w="3061"/>
          </w:tcPr>
          <w:p>
            <w:pPr>
              <w:spacing w:after="20" w:line="276" w:lineRule="auto"/>
            </w:pPr>
            <w:r/>
            <w:r>
              <w:rPr>
                <w:rFonts w:ascii="宋体" w:hAnsi="宋体" w:eastAsia="宋体"/>
                <w:b w:val="0"/>
                <w:sz w:val="18"/>
              </w:rPr>
              <w:t>1.小组合作，自主整理。</w:t>
            </w:r>
          </w:p>
          <w:p>
            <w:pPr>
              <w:spacing w:after="20" w:line="276" w:lineRule="auto"/>
            </w:pPr>
            <w:r>
              <w:rPr>
                <w:rFonts w:ascii="宋体" w:hAnsi="宋体" w:eastAsia="宋体"/>
                <w:b w:val="0"/>
                <w:sz w:val="18"/>
              </w:rPr>
              <w:t>学生活动。</w:t>
            </w:r>
          </w:p>
          <w:p>
            <w:pPr>
              <w:spacing w:after="20" w:line="276" w:lineRule="auto"/>
            </w:pPr>
            <w:r>
              <w:rPr>
                <w:rFonts w:ascii="宋体" w:hAnsi="宋体" w:eastAsia="宋体"/>
                <w:b w:val="0"/>
                <w:sz w:val="18"/>
              </w:rPr>
              <w:t>小组内分工写减法算式，学生基本能写出20以内所有的退位减法算式，并按照十几减9、8、7、6、5、4、3、2的顺序进行整理。</w:t>
            </w:r>
          </w:p>
          <w:p>
            <w:pPr>
              <w:spacing w:after="20" w:line="276" w:lineRule="auto"/>
            </w:pPr>
            <w:r>
              <w:rPr>
                <w:rFonts w:ascii="宋体" w:hAnsi="宋体" w:eastAsia="宋体"/>
                <w:b w:val="0"/>
                <w:sz w:val="18"/>
              </w:rPr>
              <w:t>学生活动，把算式摆在准备好的小黑板上。</w:t>
            </w:r>
          </w:p>
          <w:p>
            <w:pPr>
              <w:spacing w:after="20" w:line="276" w:lineRule="auto"/>
            </w:pPr>
            <w:r>
              <w:rPr>
                <w:rFonts w:ascii="宋体" w:hAnsi="宋体" w:eastAsia="宋体"/>
                <w:b w:val="0"/>
                <w:sz w:val="18"/>
              </w:rPr>
              <w:t>预设1：把被减数相同的算式摆在了一横行，减数相同的算式摆在了一竖列。</w:t>
            </w:r>
          </w:p>
          <w:p>
            <w:pPr>
              <w:spacing w:after="20" w:line="276" w:lineRule="auto"/>
            </w:pPr>
            <w:r>
              <w:rPr>
                <w:rFonts w:ascii="宋体" w:hAnsi="宋体" w:eastAsia="宋体"/>
                <w:b w:val="0"/>
                <w:sz w:val="18"/>
              </w:rPr>
              <w:t>预设2：把被减数相同的算式摆在了一竖列，减数相同的算式摆在了一横行。</w:t>
            </w:r>
          </w:p>
          <w:p>
            <w:pPr>
              <w:spacing w:after="20" w:line="276" w:lineRule="auto"/>
            </w:pPr>
            <w:r>
              <w:rPr>
                <w:rFonts w:ascii="宋体" w:hAnsi="宋体" w:eastAsia="宋体"/>
                <w:b w:val="0"/>
                <w:sz w:val="18"/>
              </w:rPr>
              <w:t>学生活动：自主观察拼出来的20以内退位减法表，然后在小组内交流。</w:t>
            </w:r>
          </w:p>
          <w:p>
            <w:pPr>
              <w:spacing w:after="20" w:line="276" w:lineRule="auto"/>
            </w:pPr>
            <w:r>
              <w:rPr>
                <w:rFonts w:ascii="宋体" w:hAnsi="宋体" w:eastAsia="宋体"/>
                <w:b w:val="0"/>
                <w:sz w:val="18"/>
              </w:rPr>
              <w:t>3.汇报发现，交流规律。</w:t>
            </w:r>
          </w:p>
          <w:p>
            <w:pPr>
              <w:spacing w:after="20" w:line="276" w:lineRule="auto"/>
            </w:pPr>
            <w:r>
              <w:rPr>
                <w:rFonts w:ascii="宋体" w:hAnsi="宋体" w:eastAsia="宋体"/>
                <w:b w:val="0"/>
                <w:sz w:val="18"/>
              </w:rPr>
              <w:t>竖着看。</w:t>
            </w:r>
          </w:p>
          <w:p>
            <w:pPr>
              <w:spacing w:after="20" w:line="276" w:lineRule="auto"/>
            </w:pPr>
            <w:r>
              <w:rPr>
                <w:rFonts w:ascii="宋体" w:hAnsi="宋体" w:eastAsia="宋体"/>
                <w:b w:val="0"/>
                <w:sz w:val="18"/>
              </w:rPr>
              <w:t>学生已有对10以内加减法表和20以内加法表的整理经验，完全可以按照这样的顺序发现规律并表达。</w:t>
            </w:r>
          </w:p>
          <w:p>
            <w:pPr>
              <w:spacing w:after="20" w:line="276" w:lineRule="auto"/>
            </w:pPr>
            <w:r>
              <w:rPr>
                <w:rFonts w:ascii="宋体" w:hAnsi="宋体" w:eastAsia="宋体"/>
                <w:b w:val="0"/>
                <w:sz w:val="18"/>
              </w:rPr>
              <w:t>在横着看和竖着看中，学生已经掌握了寻找规律、发现联系的方法，斜着观察算式时，他们能够从算式的特点和差的变化中，找到被减数和减数的变化规律。</w:t>
            </w:r>
          </w:p>
          <w:p>
            <w:pPr>
              <w:spacing w:after="20" w:line="276" w:lineRule="auto"/>
            </w:pPr>
            <w:r>
              <w:rPr>
                <w:rFonts w:ascii="宋体" w:hAnsi="宋体" w:eastAsia="宋体"/>
                <w:b w:val="0"/>
                <w:sz w:val="18"/>
              </w:rPr>
              <w:t>学生在算的过程中会梳理算法,并借助规律和联系帮助自己进行口算。</w:t>
            </w:r>
          </w:p>
        </w:tc>
        <w:tc>
          <w:tcPr>
            <w:tcW w:type="dxa" w:w="1814"/>
          </w:tcPr>
          <w:p>
            <w:pPr>
              <w:spacing w:after="20" w:line="276" w:lineRule="auto"/>
            </w:pPr>
            <w:r/>
            <w:r>
              <w:rPr>
                <w:rFonts w:ascii="宋体" w:hAnsi="宋体" w:eastAsia="宋体"/>
                <w:b w:val="0"/>
                <w:sz w:val="18"/>
              </w:rPr>
              <w:t>前面在学习进位加法时，学生合作整理过。因此，在本环节让学生以小组为单位合作整理，并有意识地引导学生有序整理。</w:t>
            </w:r>
          </w:p>
          <w:p>
            <w:pPr>
              <w:spacing w:after="20" w:line="276" w:lineRule="auto"/>
            </w:pPr>
            <w:r>
              <w:rPr>
                <w:rFonts w:ascii="宋体" w:hAnsi="宋体" w:eastAsia="宋体"/>
                <w:b w:val="0"/>
                <w:sz w:val="18"/>
              </w:rPr>
              <w:t>散落的知识点只有按照一定的顺序或者规律进行系统地整理才会形成一个有逻辑关系的知识网络。让学生经历知识点从零散到有序的过程后，学生的思维和认知都会得到发展和提升。</w:t>
            </w:r>
          </w:p>
          <w:p>
            <w:pPr>
              <w:spacing w:after="20" w:line="276" w:lineRule="auto"/>
            </w:pPr>
            <w:r>
              <w:rPr>
                <w:rFonts w:ascii="宋体" w:hAnsi="宋体" w:eastAsia="宋体"/>
                <w:b w:val="0"/>
                <w:sz w:val="18"/>
              </w:rPr>
              <w:t>先给学生自主观察的机会，初步感受规律，为后面的汇报交流打下基础。</w:t>
            </w:r>
          </w:p>
          <w:p>
            <w:pPr>
              <w:spacing w:after="20" w:line="276" w:lineRule="auto"/>
            </w:pPr>
            <w:r>
              <w:rPr>
                <w:rFonts w:ascii="宋体" w:hAnsi="宋体" w:eastAsia="宋体"/>
                <w:b w:val="0"/>
                <w:sz w:val="18"/>
              </w:rPr>
              <w:t>通过寻找20以内退位减法表竖列、横行算式的排列规律，加深对寻找规律中使用方法的认识和理解。</w:t>
            </w:r>
          </w:p>
          <w:p>
            <w:pPr>
              <w:spacing w:after="20" w:line="276" w:lineRule="auto"/>
            </w:pPr>
            <w:r>
              <w:rPr>
                <w:rFonts w:ascii="宋体" w:hAnsi="宋体" w:eastAsia="宋体"/>
                <w:b w:val="0"/>
                <w:sz w:val="18"/>
              </w:rPr>
              <w:t>从多角度进行观察和思考,加深学生对20以内退位减法表的认识、理解和记忆。</w:t>
            </w:r>
          </w:p>
          <w:p>
            <w:pPr>
              <w:spacing w:after="20" w:line="276" w:lineRule="auto"/>
            </w:pPr>
            <w:r>
              <w:rPr>
                <w:rFonts w:ascii="宋体" w:hAnsi="宋体" w:eastAsia="宋体"/>
                <w:b w:val="0"/>
                <w:sz w:val="18"/>
              </w:rPr>
              <w:t>让学生在参与找规律和联系的过程中，真正找到这些算式的排列规律，为提高计算技能做好准备。</w:t>
            </w:r>
          </w:p>
        </w:tc>
      </w:tr>
      <w:tr>
        <w:tc>
          <w:tcPr>
            <w:tcW w:type="dxa" w:w="1474"/>
          </w:tcPr>
          <w:p>
            <w:pPr>
              <w:spacing w:after="20" w:line="276" w:lineRule="auto"/>
            </w:pPr>
            <w:r>
              <w:rPr>
                <w:b/>
              </w:rPr>
            </w:r>
            <w:r>
              <w:rPr>
                <w:rFonts w:ascii="宋体" w:hAnsi="宋体" w:eastAsia="宋体"/>
                <w:b/>
                <w:sz w:val="18"/>
              </w:rPr>
              <w:t>三、巩固练习，提升能力</w:t>
            </w:r>
          </w:p>
        </w:tc>
        <w:tc>
          <w:tcPr>
            <w:tcW w:type="dxa" w:w="3061"/>
          </w:tcPr>
          <w:p>
            <w:pPr>
              <w:spacing w:after="20" w:line="276" w:lineRule="auto"/>
            </w:pPr>
            <w:r/>
            <w:r>
              <w:rPr>
                <w:rFonts w:ascii="宋体" w:hAnsi="宋体" w:eastAsia="宋体"/>
                <w:b w:val="0"/>
                <w:sz w:val="18"/>
              </w:rPr>
              <w:t>1.完成教科书P21“练一练”第1题。</w:t>
            </w:r>
          </w:p>
          <w:p>
            <w:pPr>
              <w:spacing w:after="20" w:line="276" w:lineRule="auto"/>
            </w:pPr>
            <w:r>
              <w:rPr>
                <w:rFonts w:ascii="宋体" w:hAnsi="宋体" w:eastAsia="宋体"/>
                <w:b w:val="0"/>
                <w:sz w:val="18"/>
              </w:rPr>
              <w:t>2.完成教科书P21“练一练”第4题。</w:t>
            </w:r>
          </w:p>
          <w:p>
            <w:pPr>
              <w:spacing w:after="20" w:line="276" w:lineRule="auto"/>
            </w:pPr>
            <w:r>
              <w:rPr>
                <w:rFonts w:ascii="宋体" w:hAnsi="宋体" w:eastAsia="宋体"/>
                <w:b w:val="0"/>
                <w:sz w:val="18"/>
              </w:rPr>
              <w:t>要求学生能根据减法表的规律快速找出符合要求的算式。3.课件出示习题。不计算，比大小。</w:t>
            </w:r>
          </w:p>
          <w:p>
            <w:pPr>
              <w:spacing w:after="20" w:line="276" w:lineRule="auto"/>
            </w:pPr>
            <w:r>
              <w:rPr>
                <w:rFonts w:ascii="宋体" w:hAnsi="宋体" w:eastAsia="宋体"/>
                <w:b w:val="0"/>
                <w:sz w:val="18"/>
              </w:rPr>
              <w:t>4.请学生课后完成P21~22“练一练”的其他内容。</w:t>
            </w:r>
          </w:p>
        </w:tc>
        <w:tc>
          <w:tcPr>
            <w:tcW w:type="dxa" w:w="3061"/>
          </w:tcPr>
          <w:p>
            <w:pPr>
              <w:spacing w:after="20" w:line="276" w:lineRule="auto"/>
            </w:pPr>
            <w:r/>
            <w:r>
              <w:rPr>
                <w:rFonts w:ascii="宋体" w:hAnsi="宋体" w:eastAsia="宋体"/>
                <w:b w:val="0"/>
                <w:sz w:val="18"/>
              </w:rPr>
              <w:t>学生独立完成后再交流。</w:t>
            </w:r>
          </w:p>
          <w:p>
            <w:pPr>
              <w:spacing w:after="20" w:line="276" w:lineRule="auto"/>
            </w:pPr>
            <w:r>
              <w:rPr>
                <w:rFonts w:ascii="宋体" w:hAnsi="宋体" w:eastAsia="宋体"/>
                <w:b w:val="0"/>
                <w:sz w:val="18"/>
              </w:rPr>
              <w:t>不计算，直接比较大小，需要运用发现的规律来判断。部分学生可能还是会直接算出结果再比较，引导学生说出想法后再举例说明。</w:t>
            </w:r>
          </w:p>
        </w:tc>
        <w:tc>
          <w:tcPr>
            <w:tcW w:type="dxa" w:w="1814"/>
          </w:tcPr>
          <w:p>
            <w:pPr>
              <w:spacing w:after="20" w:line="276" w:lineRule="auto"/>
            </w:pPr>
            <w:r/>
            <w:r>
              <w:rPr>
                <w:rFonts w:ascii="宋体" w:hAnsi="宋体" w:eastAsia="宋体"/>
                <w:b w:val="0"/>
                <w:sz w:val="18"/>
              </w:rPr>
              <w:t>设计两个层次的练习，前面两题是基础练习，培养学生的计算能力，最后一题是提升练习，让学生进一步熟练运用20以内退位减法表中的规律解决问题，帮助学生掌握算法。</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师：通过这节课的整理和复习，你们有什么新的收获？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引导学生回顾梳理本课所学，完善认知结构，提升归纳与反思能力，核心问题："通过这节课的整理和复习，你们有什么新的收获？"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教科书P20“整理和复习”，完成教科书P21“练一练”第1、4题。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小组合作整理20以内退位减法表时，各小组的同学基本都会进行整理，基础好的同学能按照数的大小顺序有序整理，观察算式规律，大部分同学虽然能从不同角度发现一些算式的排列规律，但不够完整。</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