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人教版一年级数学下册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第7单元 复习与关联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跨领域（复习）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3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为全册书的总复习单元，主要包括两部分内容：一是整理复习，内容涉及数与运算、数量关系、图形的认识三大主题，分别隶属于“数与代数”“图形与几何”两个领域；二是应用提升，重点是在复习与关联的基础上对全册所学进行综合的理解与应用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数学知识的复习与整理包括用3幅图呈现的3部分内容。数与运算包含两部分内容：（1）100以内数的认识的复习，包括:数数、读数、写数、比较大小、数的顺序和数的组成。（2）对100以内的加、减法的整理和复习，包括以下几方面的内容：一是结合直观图复习加、减法的算理;二是将算式进行分类整理;三是结合实例复习学过的计算方法。数量关系的复习主要包括：求一个数比另一个数多（少）多少、求比一个数多（少）几的数、解决连续两问的问题。对认识平面图形的复习,不但要学会辨认,还要会描述对图形特点的直观感受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经过20以内的数、100以内的数这两个阶段的学习,对与数有关的一些基本知识(如数数、读数、写数、比较数的大小等)已经比较熟悉。因此,100以内数的认识这部分内容复习的重点是:100以内数的顺序、百数表、数位表、数的组成和数的大小。在100以内的加法和减法的复习中，对于每一个计算的问题,学生应该能够根据已学的知识准确判断出怎样计算,并选择自己喜欢的方法进行计算。在数量关系的复习中，让学生正确分析数量间的关系，选择合适的方法计算。在平面图形的复习中,让学生能够形成对这些图形的表象以及对图形特点的直观感受,能辨认这些图形就行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第1课时：通过师生共同梳理,让学生回顾本册所学知识,形成知识框架,感受数学知识的整体性与结构性,初步感受复习方法。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第2课时：让学生经历从具体的情境中发现问题或者提出问题,并能从数学的角度运用所学知识和方法去解决问题的整个过程。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第3课时：通过复习,进一步掌握各种平面图形的基本特点,能熟练地区分长方形、正方形、平行四边形、三角形和圆。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在探究活动中发展学生对数及其运算的认识，在拼摆的操作中帮助学生积累数学活动经验,在分类与整理中感受其价值。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在复习中充分调动学生的积极性、主动性和创造性,使学生最大限度地参与到教学活动中来,主动获取知识，领悟方法,促进思维。例如,对于一些数的复习,鼓励学生在课堂上多质疑、多提问题，争取所有学生在每节课上均有收获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复习时要从重视记忆转向重视思维，改变过去复习课教学只重视知识、结论的记忆和归纳的做法。在复习时把重点放在思维的培养和发展上,使顺向思维与逆向思维相结合。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数与运算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通过师生共同梳理,让学生回顾本册所学知识,形成知识框架,感受数学知识的整体性与结构性,初步感受复习方法。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让学生经历从具体的情境中发现问题或者提出问题,并能从数学的角度运用所学知识和方法去解决问题的整个过程。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图形的认识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通过复习,进一步掌握各种平面图形的基本特点,能熟练地区分长方形、正方形、平行四边形、三角形和圆。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数与运算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数与运算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经过20以内的数、100以内的数这两个阶段的学习,对与数有关的一些基本知识(如数数、读数、写数、比较数的大小等)已经比较熟悉。因此,100以内数的认识这部分内容复习的重点是:100以内数的顺序、百数表、数位表、数的组成和数的大小。在100以内的加法和减法的复习中，对于每一个计算的问题,学生应该能够根据已学的知识准确判断出怎样计算,并选择自己喜欢的方法进行计算。在数量关系的复习中，让学生正确分析数量间的关系，选择合适的方法计算。在平面图形的复习中,让学生能够形成对这些图形的表象以及对图形特点的直观感受,能辨认这些图形就行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教学内容：教科书P83~86,完成教科书P87~88“练一练”第1、2、3、4、5、7、8题。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（1）通过师生共同梳理,让学生回顾本册所学知识,形成知识框架,感受数学知识的整体性与结构性,初步感受复习方法。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（2）通过整理和复习,让学生经历总结归纳知识的过程,体验100以内数的意义,熟练地掌握100以内加、减法的计算方法。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（3）通过整理和复习,让学生进一步巩固100以内数的认识和100以内加法与减法的相关知识。发展学生智力,培养学生的概括能力和良好的计算习惯,使学生感受到数学与生活的密切联系。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教学重点：100以内数的读法和写法及大小比较;100以内加、减法的含义及相关计算。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教学难点：数位及数位上数的意义;良好的计算习惯与能力。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一、回顾梳理,激趣引入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这学期我们学习了数与运算的哪些知识?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二、建构新百数表，复习整理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②竖着看,每一列里的数有什么排列规律?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教科书P87~88、课件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四、全课小结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这节课我们复习了什么知识?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一、回顾梳理,激趣引入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1.回顾梳理。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师:这学期我们学习了数与运算的哪些知识?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(1)学生自主梳理,小组内交流。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(2)学生汇报,师生共同整理。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根据汇报,学生动手画一画本学期的“知识图”，教师选取有代表性的作品在班上展示。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课件出示教科书P83主题图。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师：这就是我们本学期所学习的一些数与运算的知识,今天我们开始复习这些知识。(板书课题:数与运算)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本学期学的知识比较多,学生又比较小,自主梳理时思路比较乱,可以以教科书为依据进行整理,说出本学期的知识点即可。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创设情境激活学生已有经验，自然引出本课学习内容，激发学习兴趣，核心问题："这学期我们学习了数与运算的哪些知识?"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二、建构新百数表，复习整理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课件出示教科书P85“应用提升”第1题新百数表。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1.建构新百数表。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（1）学生先独立完成表格。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（2）小组内交流后再完善自己的表格。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2.观察比较。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(1)新旧百数表进行比较。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课件呈现新旧两个百数表。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师:观察新旧两个百数表，说一说它们有什么不同。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教师根据学生回答适当板书。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(2)再次观察,发现规律。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只要学生说的是对的，都应给予肯定与鼓励。如新百数表中的100个数是0~99,旧百数表中的100个数是1~100;新百数表从0开始，旧百数表从1开始。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②竖着看,每一列里的数有什么排列规律?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3.运用规律，解决问题。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(1)学生独立完成教科书P86第1题的(1)、(2)小题,然后汇报展示。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(2)学生独立完成教科书P86第1题的(3)、(4)小题,然后交流订正。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师：结合刚才的计算过程，说一说计算100以内的加、减法要注意什么。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新百数表的规律与旧百数表的规律差不多,学生从不同的角度发现的规律合理就行。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学生前面做过多次训练,根据表格完成没有问题。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学生要明确在行或列中选数的方法，在计算差时要先分出大小，再用大数减小数。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学生可能选出了不进位、进位、不退位、退位多种情况，指名不同选法的学生说说是用的口算还是笔算。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学生从口算和笔算两方面进行分析总结。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新百数表的建构和探究过程为主线,通过5个问题,将100以内数的认识以及相应的计算结构化、系统化,既全面系统地梳理了知识,又增加了学习过程的探究性、深刻性、趣味性,有利于提升学生理解问题、分析问题、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1.完成教科书P87~88“练一练”第1、2、3、4、5、7、8题,然后集体交流订正。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第1~3题是关于100以内数的认识的综合练习,第4、5、7、8题是关于100以内的加法和减法的不同形式的基础练习,学生比较熟悉,都能够独立完成。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学生独立完成，并分享交流。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通过练习,将学生练习中出现的错误进行归因分析,并进行相应的分类与统计,从而更好地针对学生的问题和错误进行重点练、反复练,使练习更有针对性、实效性。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加深学生对百数表的认识，引导学生灵活运用百数表中数的排列规律。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四、全课小结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师:这节课我们复习了什么知识?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引导学生回顾梳理本课所学，完善认知结构，提升归纳与反思能力，核心问题："这节课我们复习了什么知识?"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数与运算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新百数表中的100个数是0~99,旧百数表中的100个数是1~100;新百数表从0开始，旧百数表从1开始。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教科书P83~86,完成教科书P87~88“练一练”第1、2、3、4、5、7、8题。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主要复习了100以内数的认识和100以内的加法与减法,复习时,以新百数表为载体,将这两部分知识整合。首先让学生自主建构新百数表，然后在新旧百数表的对比中探究新规律,最后充分利用新旧百数表进行练习。整节课复习完成较好,但细节知识的处理要加强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数量关系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数量关系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经过20以内的数、100以内的数这两个阶段的学习,对与数有关的一些基本知识(如数数、读数、写数、比较数的大小等)已经比较熟悉。因此,100以内数的认识这部分内容复习的重点是:100以内数的顺序、百数表、数位表、数的组成和数的大小。在100以内的加法和减法的复习中，对于每一个计算的问题,学生应该能够根据已学的知识准确判断出怎样计算,并选择自己喜欢的方法进行计算。在数量关系的复习中，让学生正确分析数量间的关系，选择合适的方法计算。在平面图形的复习中,让学生能够形成对这些图形的表象以及对图形特点的直观感受,能辨认这些图形就行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教学内容：教科书P84，完成教科书P86“应用提升”第2题和P88~89“练一练”第6、9、10、13、14题。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（1）让学生经历从具体的情境中发现问题或者提出问题,并能从数学的角度运用所学知识和方法去解决问题的整个过程。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（2）培养学生从生活中发现并提出数学问题、分析并解决问题的能力,逐步获得数学的思考方法,形成初步的应用数学的意识。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教学重点：解决问题的策略。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教学难点：灵活运用所学知识解决问题。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一、问题导入，揭示课题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数学来源于生活，也应用于生活。同学们会用学过的知识解决哪些生活中的问题？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二、以题为例，梳理复习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你是怎样解决这三个问题的?；你能画图表示这3个问题中的数量关系吗？有什么发现？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三、巩固深化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四、全课小结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本节课我们复习了哪些知识?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一、问题导入，揭示课题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师：数学来源于生活，也应用于生活。同学们会用学过的知识解决哪些生活中的问题？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师:这一学期我们利用数量关系解决了很多问题,今天我们就来整理和复习数量关系。(板书课题:数量关系)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预设1：我会用加、减法解决一些简单的实际问题。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预设2：可以解决一共有多少、还剩多少、比多少的问题。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预设3：我还会用画图、连减、画箭头的方法解决一些实际问题。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通过教师提出的问题，激发学生的学习兴趣，并激起学生回顾所学知识的欲望，使学生快速进入状态。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二、以题为例，梳理复习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1.完成教科书P86“应用提升”第2题。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师:你是怎样解决这三个问题的?可以小组内和同学交流。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师：你能画图表示这3个问题中的数量关系吗？有什么发现？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2.完成教科书P88“练一练”第6题。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(1)师:从题目中你知道了什么?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(3)师:你是怎样想的?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教师板书:已知整体和其中的一部分,求另一部分,用减法计算。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3.完成教科书P88“练一练”第9题。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师:从图中你们读懂了什么?“满50元减10元”是什么意思?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师：50元及50元以上都能少付10元，但只能优惠一次。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4.完成教科书P88“练一练”第10题。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(1)指名读题并大致解读题意。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(2)师:每盒可以装几个鸡蛋?(8个)“可以装满几盒”是什么意思?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(3)学生独立完成后指名汇报。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5.完成教科书P89“练一练”第13题。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师：从题中你们知道了什么？问题是什么？自己尝试解答。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6.完成教科书P89“练一练”第14题。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(2)小组内汇报交流。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教师根据学生的回答总结方法。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这三个小题都具有完整的结构(两个信息、一个问题),学生比较熟悉,能够迅速完成。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引导学生从解决问题的步骤方面进行交流，这3个问题都是和“比多少”有关的题，关键是要理解题意，找到较多的量和较少的量，找准两个量之间的数量关系。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学生通过画图发现这3个问题中的数量关系都是一样的。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学生完整地说出题目的条件和要解决的问题。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从总共的30只小船中去掉还剩下的19只,就是划走的小船的只数。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预设1:消费了50元就可以少10元。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预设2:消费超过50元就可以减10元。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学生独立完成(1)、(2)、(3)小题,全班汇报交流。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每一盒都装8个鸡蛋，直到装不满或没有剩余为止。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预设1:8+8+8=24(个),剩6个,可以装满3盒。预设2：30-8-8-8=6(个),剩6个,可以装满3盒。教师根据学生的回答板书。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全班汇报，出示错例。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学生的易错点是求“白羊有多少只”。“黑羊比白羊少17只”，其实就是说“白羊比黑羊多17只”，数量关系为“黑羊只数+17=白羊只数”。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此题是一道逆序、开放的题目,答案不唯一,可以有序罗列,也可以先选定一个数,利用“尝试—调整”的策略,学生的方法合理就行。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通过这3道解决问题的基本练习,培养学生阅读理解、提取信息、分析数量关系以及解决问题的能力。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通过此题进一步巩固学生对“求另一个加数”的问题的数量关系的理解。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通过此题复习解决问题的策略,可用相同数连加的方法计算,也可以用减去相同数的方法计算,为今后学习乘法、除法做好准备。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丰富学生的解题策略,重在培养学生思维的有序性和灵活性。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每次购物“满50元减10元”优惠只能享受一次，（2）小题优惠一次后要付53元，有的同学觉得这时超过了50元，还要再减10元。学生的生活经验不足，此时教师要提醒学生。【教学提示】此题是易错题，可以让学生先画图，再解答。）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三、巩固深化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学生独立完成后全班交流订正,教师适时指导。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四、全课小结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师:本节课我们复习了哪些知识?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引导学生回顾梳理本课所学，完善认知结构，提升归纳与反思能力，核心问题："本节课我们复习了哪些知识?"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数量关系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已知整体和其中的一部分,求另一部分,用减法计算。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8+8+8=24（个）    30-8-8-8=6(个)    可以装满3盒。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教科书P84，完成教科书P86“应用提升”第2题和P88~89“练一练”第6、9、10、13、14题。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“数量关系”贯穿了整册教科书,无论是数的认识、计算,还是认识人民币,都有相应的解决问题,所以对于一般的图文呈现的问题,学生都能直接列式解答。在教学中,要规范学生解决问题的步骤,即先收集信息、理解题意、分析问题,再选用合适的策略解决问题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图形的认识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图形的认识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经过20以内的数、100以内的数这两个阶段的学习,对与数有关的一些基本知识(如数数、读数、写数、比较数的大小等)已经比较熟悉。因此,100以内数的认识这部分内容复习的重点是:100以内数的顺序、百数表、数位表、数的组成和数的大小。在100以内的加法和减法的复习中，对于每一个计算的问题,学生应该能够根据已学的知识准确判断出怎样计算,并选择自己喜欢的方法进行计算。在数量关系的复习中，让学生正确分析数量间的关系，选择合适的方法计算。在平面图形的复习中,让学生能够形成对这些图形的表象以及对图形特点的直观感受,能辨认这些图形就行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教学内容：教科书P85,完成教科书P86“应用提升”第3题和P89“练一练”第12题。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教学准备：课件、各种平面图形若干。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（1）通过复习,进一步掌握各种平面图形的基本特点,能熟练地区分长方形、正方形、平行四边形、三角形和圆。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（2）在解决问题的过程中，有目的、有计划地培养学生的审题能力，获得分析问题、思考问题的基本能力。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（3）通过复习,发展学生的想象力和创造力，培养学生的创新意识。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教学重点：通过复习,对平面图形有更进一步的认识。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教学难点：提高学生运用知识的能力。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一、情境引入,揭示课题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课件、七巧板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同学们,这些图案漂亮吗?这里面有我们学过的哪些平面图形?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二、师生合作,复习整理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你是怎样分辨这些图形的?；用2个同样的三角形可以拼出什么图形?用4个同样的正方形又可以拼出什么图形?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三、应用所学,解决问题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一共有多少个图形?你是怎样想的?；第（2）小题大家是如何解答的呢？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四、全课小结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本节课我们复习了哪些知识?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一、情境引入,揭示课题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1.课件呈现七巧板拼成的美丽图案。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师:同学们,这些图案漂亮吗?这里面有我们学过的哪些平面图形?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师:今天,我们就继续来复习这学期已经学过的知识。(板书课题:图形的认识)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这些都是用七巧板拼成的图案,学生很容易找到学过的平面图形。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通过呈现用七巧板拼成的图案,激发学生的学习兴趣,引入今天复习的内容。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二、师生合作,复习整理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1.复习平面图形。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课件出示学过的五种平面图形。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师:你是怎样分辨这些图形的?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2.平面图形的拼组。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（1）拼一拼。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师:用2个同样的三角形可以拼出什么图形?用4个同样的正方形又可以拼出什么图形?试着拼一拼。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（2）设计图案。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师:你能用学过的图形拼出一个有趣的图案吗?拼一拼。学生拼完后,展示学生的成果。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说得可能不完整,只要能说出各种图形的基本特点就行。如:长方形长长方方的,4条边都是直直的;平行四边形4条边都是直直的，其中一组对边是倾斜的;三角形有3条直直的边;围成圆的线是曲线;正方形四四方方的,每条边一样长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学生独立拼一拼,教师巡视。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学生拼好后,交流展示,注意让学生说一说拼出来的是什么图形,是怎么拼成的。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这些活动原来都经历过,因此学生都会拼,并且拼出的图案不是唯一的。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让学生分辨五种平面图形,复习平面图形的相关知识,整理五种平面图形的基本特点,并能熟练地区分。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通过用同样的三角形、正方形按要求拼摆,巩固学生对平面图形的认识，进一步积累数学活动经验,增强学习的兴趣,发展学生的创造力。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（注意在动手操作中进一步加深学生对平面图形特点的认识。）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三、应用所学,解决问题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1.完成教科书P89“练一练”第12题。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(1)学生独立完成,再汇报结果。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(2)师:一共有多少个图形?你是怎样想的?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教师板书图形种类：长方形正方形三角形圆平行四边形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师：第（2）小题大家是如何解答的呢？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预设1:数出题中所给图形的总数。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预设2:先数出各类图形的数量，再把结果加起来。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每个小火车图形中有4个圆，4个小火车图形就有4+4+4+4=16（个）圆。已知原来有9个圆，求还需要几个圆，其实就是已知总量和部分量，求另一部分量。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学生独立完成，并分享交流。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通过分解图形，加深学生对图形特征的认识，培养学生的想象力和创造力。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四、全课小结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师:本节课我们复习了哪些知识?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引导学生回顾梳理本课所学，完善认知结构，提升归纳与反思能力，核心问题："本节课我们复习了哪些知识?"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图形的认识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长方形  正方形  三角形  圆  平行四边形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教科书P85,完成教科书P86“应用提升”第3题和P89“练一练”第12题。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复习平面图形的认识,这是本学期第一单元的内容。在对七巧板所拼图形的分析中引导学生回顾五种平面图形的特征，重新对这些图形形成印象，在拼一拼的活动中加深学生对平面图形特点的认识,在练习中进一步认识各种图形,区分各种图形。整节课学生基本知识掌握较好,但是动手操作能力还有待加强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