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人教版三年级数学上册</w:t>
      </w:r>
    </w:p>
    <w:p>
      <w:pPr>
        <w:spacing w:after="80" w:line="300" w:lineRule="auto"/>
        <w:jc w:val="center"/>
      </w:pPr>
      <w:r>
        <w:rPr>
          <w:rFonts w:ascii="黑体" w:hAnsi="黑体" w:eastAsia="黑体"/>
          <w:b/>
          <w:sz w:val="26"/>
        </w:rPr>
        <w:t>第4单元 多位数乘一位数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第4单元 多位数乘一位数</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8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（见各课时"课前思考·教材分析"。）</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（结合班情诊断学生已有知识基础与学习困难，确定单元学习起点。）</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第1课时：初步学会乘法竖式的书写格式，理解每一步计算的含义，能正确地进行多位数乘一位数(不进位)的笔算。</w:t>
      </w:r>
    </w:p>
    <w:p>
      <w:pPr>
        <w:spacing w:after="20" w:line="300" w:lineRule="auto"/>
        <w:ind w:firstLine="400"/>
      </w:pPr>
      <w:r>
        <w:rPr>
          <w:rFonts w:ascii="宋体" w:hAnsi="宋体" w:eastAsia="宋体"/>
          <w:b w:val="0"/>
          <w:sz w:val="20"/>
        </w:rPr>
        <w:t>第2课时：经历多位数乘一位数(进位)的笔算计算过程，理解算理，掌握多位数乘一位数(进位)的笔算方法，能正确进行计算。</w:t>
      </w:r>
    </w:p>
    <w:p>
      <w:pPr>
        <w:spacing w:after="20" w:line="300" w:lineRule="auto"/>
        <w:ind w:firstLine="400"/>
      </w:pPr>
      <w:r>
        <w:rPr>
          <w:rFonts w:ascii="宋体" w:hAnsi="宋体" w:eastAsia="宋体"/>
          <w:b w:val="0"/>
          <w:sz w:val="20"/>
        </w:rPr>
        <w:t>第3课时：理解并掌握连续进位的笔算乘法的算理和计算方法，能正确计算。</w:t>
      </w:r>
    </w:p>
    <w:p>
      <w:pPr>
        <w:spacing w:after="20" w:line="300" w:lineRule="auto"/>
        <w:ind w:firstLine="400"/>
      </w:pPr>
      <w:r>
        <w:rPr>
          <w:rFonts w:ascii="宋体" w:hAnsi="宋体" w:eastAsia="宋体"/>
          <w:b w:val="0"/>
          <w:sz w:val="20"/>
        </w:rPr>
        <w:t>第4课时：理解一个乘数为0和另一个乘数中间有0的乘法的算理，掌握其笔算方法，能正确进行计算。</w:t>
      </w:r>
    </w:p>
    <w:p>
      <w:pPr>
        <w:spacing w:after="20" w:line="300" w:lineRule="auto"/>
        <w:ind w:firstLine="400"/>
      </w:pPr>
      <w:r>
        <w:rPr>
          <w:rFonts w:ascii="宋体" w:hAnsi="宋体" w:eastAsia="宋体"/>
          <w:b w:val="0"/>
          <w:sz w:val="20"/>
        </w:rPr>
        <w:t>第5课时：理解乘数末尾有0的乘法算理，掌握其笔算方法，并能准确计算。</w:t>
      </w:r>
    </w:p>
    <w:p>
      <w:pPr>
        <w:spacing w:after="20" w:line="300" w:lineRule="auto"/>
        <w:ind w:firstLine="400"/>
      </w:pPr>
      <w:r>
        <w:rPr>
          <w:rFonts w:ascii="宋体" w:hAnsi="宋体" w:eastAsia="宋体"/>
          <w:b w:val="0"/>
          <w:sz w:val="20"/>
        </w:rPr>
        <w:t>第6课时：在实际情境中理解估算的价值，掌握用估算解决问题的基本策略(往大估、往小估)。</w:t>
      </w:r>
    </w:p>
    <w:p>
      <w:pPr>
        <w:spacing w:after="20" w:line="300" w:lineRule="auto"/>
        <w:ind w:firstLine="400"/>
      </w:pPr>
      <w:r>
        <w:rPr>
          <w:rFonts w:ascii="宋体" w:hAnsi="宋体" w:eastAsia="宋体"/>
          <w:b w:val="0"/>
          <w:sz w:val="20"/>
        </w:rPr>
        <w:t>第7课时：在理解算理的基础上，掌握整十、整百、整千数乘一位数以及两位数乘一位数(不进位)口算乘法的方法。</w:t>
      </w:r>
    </w:p>
    <w:p>
      <w:pPr>
        <w:spacing w:after="20" w:line="300" w:lineRule="auto"/>
        <w:ind w:firstLine="400"/>
      </w:pPr>
      <w:r>
        <w:rPr>
          <w:rFonts w:ascii="宋体" w:hAnsi="宋体" w:eastAsia="宋体"/>
          <w:b w:val="0"/>
          <w:sz w:val="20"/>
        </w:rPr>
        <w:t>第8课时：经历整理和复习的过程，厘清知识脉络，进行分类归纳，学会有序整理的学习方法，提高学习能力，形成清晰、完整的知识结构。</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笔算乘法(1)</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初步学会乘法竖式的书写格式，理解每一步计算的含义，能正确地进行多位数乘一位数(不进位)的笔算。</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笔算乘法(2)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经历多位数乘一位数(进位)的笔算计算过程，理解算理，掌握多位数乘一位数(进位)的笔算方法，能正确进行计算。</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笔算乘法(3)</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理解并掌握连续进位的笔算乘法的算理和计算方法，能正确计算。</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笔算乘法(4)</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理解一个乘数为0和另一个乘数中间有0的乘法的算理，掌握其笔算方法，能正确进行计算。</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笔算乘法(5)</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理解乘数末尾有0的乘法算理，掌握其笔算方法，并能准确计算。</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解决问题</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在实际情境中理解估算的价值，掌握用估算解决问题的基本策略(往大估、往小估)。</w:t>
            </w:r>
          </w:p>
        </w:tc>
      </w:tr>
      <w:tr>
        <w:tc>
          <w:tcPr>
            <w:tcW w:type="dxa" w:w="1020"/>
          </w:tcPr>
          <w:p>
            <w:pPr>
              <w:spacing w:after="20" w:line="276" w:lineRule="auto"/>
            </w:pPr>
            <w:r/>
            <w:r>
              <w:rPr>
                <w:rFonts w:ascii="宋体" w:hAnsi="宋体" w:eastAsia="宋体"/>
                <w:b w:val="0"/>
                <w:sz w:val="18"/>
              </w:rPr>
              <w:t>第7课时</w:t>
            </w:r>
          </w:p>
        </w:tc>
        <w:tc>
          <w:tcPr>
            <w:tcW w:type="dxa" w:w="3061"/>
          </w:tcPr>
          <w:p>
            <w:pPr>
              <w:spacing w:after="20" w:line="276" w:lineRule="auto"/>
            </w:pPr>
            <w:r/>
            <w:r>
              <w:rPr>
                <w:rFonts w:ascii="宋体" w:hAnsi="宋体" w:eastAsia="宋体"/>
                <w:b w:val="0"/>
                <w:sz w:val="18"/>
              </w:rPr>
              <w:t>口算乘法</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在理解算理的基础上，掌握整十、整百、整千数乘一位数以及两位数乘一位数(不进位)口算乘法的方法。</w:t>
            </w:r>
          </w:p>
        </w:tc>
      </w:tr>
      <w:tr>
        <w:tc>
          <w:tcPr>
            <w:tcW w:type="dxa" w:w="1020"/>
          </w:tcPr>
          <w:p>
            <w:pPr>
              <w:spacing w:after="20" w:line="276" w:lineRule="auto"/>
            </w:pPr>
            <w:r/>
            <w:r>
              <w:rPr>
                <w:rFonts w:ascii="宋体" w:hAnsi="宋体" w:eastAsia="宋体"/>
                <w:b w:val="0"/>
                <w:sz w:val="18"/>
              </w:rPr>
              <w:t>第8课时</w:t>
            </w:r>
          </w:p>
        </w:tc>
        <w:tc>
          <w:tcPr>
            <w:tcW w:type="dxa" w:w="3061"/>
          </w:tcPr>
          <w:p>
            <w:pPr>
              <w:spacing w:after="20" w:line="276" w:lineRule="auto"/>
            </w:pPr>
            <w:r/>
            <w:r>
              <w:rPr>
                <w:rFonts w:ascii="宋体" w:hAnsi="宋体" w:eastAsia="宋体"/>
                <w:b w:val="0"/>
                <w:sz w:val="18"/>
              </w:rPr>
              <w:t>整理和复习</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经历整理和复习的过程，厘清知识脉络，进行分类归纳，学会有序整理的学习方法，提高学习能力，形成清晰、完整的知识结构。</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笔算乘法(1)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笔算乘法(1)</w:t>
            </w:r>
          </w:p>
        </w:tc>
        <w:tc>
          <w:tcPr>
            <w:tcW w:type="dxa" w:w="6009"/>
          </w:tcPr>
          <w:p>
            <w:pPr>
              <w:spacing w:after="20" w:line="276" w:lineRule="auto"/>
            </w:pPr>
            <w:r/>
            <w:r>
              <w:rPr>
                <w:rFonts w:ascii="宋体" w:hAnsi="宋体" w:eastAsia="宋体"/>
                <w:b w:val="0"/>
                <w:sz w:val="20"/>
              </w:rPr>
              <w:t>第4单元 多位数乘一位数（笔算乘法）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（结合班情，从作业反馈、课前调查、访谈等途径诊断本班学生学习起点，明确本课学习的现实基础。）</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教学内容：教科书P43例1及“做一做”，完成教科书P46“练习九”中第1～3题。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（1）初步学会乘法竖式的书写格式，理解每一步计算的含义，能正确地进行多位数乘一位数(不进位)的笔算。</w:t>
      </w:r>
    </w:p>
    <w:p>
      <w:pPr>
        <w:spacing w:after="20" w:line="300" w:lineRule="auto"/>
        <w:ind w:firstLine="400"/>
      </w:pPr>
      <w:r>
        <w:rPr>
          <w:rFonts w:ascii="宋体" w:hAnsi="宋体" w:eastAsia="宋体"/>
          <w:b w:val="0"/>
          <w:sz w:val="20"/>
        </w:rPr>
        <w:t>（2）在自主探索、交流学习中，体验计算方法的多样化。</w:t>
      </w:r>
    </w:p>
    <w:p>
      <w:pPr>
        <w:spacing w:after="20" w:line="300" w:lineRule="auto"/>
        <w:ind w:firstLine="400"/>
      </w:pPr>
      <w:r>
        <w:rPr>
          <w:rFonts w:ascii="宋体" w:hAnsi="宋体" w:eastAsia="宋体"/>
          <w:b w:val="0"/>
          <w:sz w:val="20"/>
        </w:rPr>
        <w:t>（3）会用已学的知识解决生活中简单的实际问题，体会数学与生活的联系。</w:t>
      </w:r>
    </w:p>
    <w:p>
      <w:pPr>
        <w:spacing w:after="20" w:line="300" w:lineRule="auto"/>
      </w:pPr>
      <w:r>
        <w:rPr>
          <w:rFonts w:ascii="宋体" w:hAnsi="宋体" w:eastAsia="宋体"/>
          <w:b w:val="0"/>
          <w:sz w:val="20"/>
        </w:rPr>
        <w:t>教学重点：在理解算理的基础上掌握竖式的写法。</w:t>
      </w:r>
    </w:p>
    <w:p>
      <w:pPr>
        <w:spacing w:after="20" w:line="300" w:lineRule="auto"/>
      </w:pPr>
      <w:r>
        <w:rPr>
          <w:rFonts w:ascii="宋体" w:hAnsi="宋体" w:eastAsia="宋体"/>
          <w:b w:val="0"/>
          <w:sz w:val="20"/>
        </w:rPr>
        <w:t>教学难点：理解多位数乘一位数(不进位)的算理。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复习导入，引出课题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怎样列式？；该怎样计算呢？</w:t>
            </w:r>
          </w:p>
        </w:tc>
        <w:tc>
          <w:tcPr>
            <w:tcW w:type="dxa" w:w="1361"/>
          </w:tcPr>
          <w:p>
            <w:pPr>
              <w:spacing w:after="20" w:line="276" w:lineRule="auto"/>
            </w:pPr>
            <w:r/>
            <w:r>
              <w:rPr>
                <w:rFonts w:ascii="宋体" w:hAnsi="宋体" w:eastAsia="宋体"/>
                <w:b w:val="0"/>
                <w:sz w:val="18"/>
              </w:rPr>
              <w:t>23分钟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请同学们仔细读题，再说一说你获得了哪些数学信息？</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学完这节课，你们有哪些收获？</w:t>
            </w:r>
          </w:p>
        </w:tc>
        <w:tc>
          <w:tcPr>
            <w:tcW w:type="dxa" w:w="1361"/>
          </w:tcPr>
          <w:p>
            <w:pPr>
              <w:spacing w:after="20" w:line="276" w:lineRule="auto"/>
            </w:pPr>
            <w:r/>
            <w:r>
              <w:rPr>
                <w:rFonts w:ascii="宋体" w:hAnsi="宋体" w:eastAsia="宋体"/>
                <w:b w:val="0"/>
                <w:sz w:val="18"/>
              </w:rPr>
              <w:t>9分钟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复习导入，引出课题</w:t>
            </w:r>
          </w:p>
        </w:tc>
        <w:tc>
          <w:tcPr>
            <w:tcW w:type="dxa" w:w="3061"/>
          </w:tcPr>
          <w:p>
            <w:pPr>
              <w:spacing w:after="20" w:line="276" w:lineRule="auto"/>
            </w:pPr>
            <w:r/>
            <w:r>
              <w:rPr>
                <w:rFonts w:ascii="宋体" w:hAnsi="宋体" w:eastAsia="宋体"/>
                <w:b w:val="0"/>
                <w:sz w:val="18"/>
              </w:rPr>
              <w:t>课件出示口算题。</w:t>
            </w:r>
          </w:p>
          <w:p>
            <w:pPr>
              <w:spacing w:after="20" w:line="276" w:lineRule="auto"/>
            </w:pPr>
            <w:r>
              <w:rPr>
                <w:rFonts w:ascii="宋体" w:hAnsi="宋体" w:eastAsia="宋体"/>
                <w:b w:val="0"/>
                <w:sz w:val="18"/>
              </w:rPr>
              <w:t>40×5＝　　　　600×9＝　　　　32×3＝</w:t>
            </w:r>
          </w:p>
          <w:p>
            <w:pPr>
              <w:spacing w:after="20" w:line="276" w:lineRule="auto"/>
            </w:pPr>
            <w:r>
              <w:rPr>
                <w:rFonts w:ascii="宋体" w:hAnsi="宋体" w:eastAsia="宋体"/>
                <w:b w:val="0"/>
                <w:sz w:val="18"/>
              </w:rPr>
              <w:t>14×2＝        22×4＝         43×2＝</w:t>
            </w:r>
          </w:p>
          <w:p>
            <w:pPr>
              <w:spacing w:after="20" w:line="276" w:lineRule="auto"/>
            </w:pPr>
            <w:r>
              <w:rPr>
                <w:rFonts w:ascii="宋体" w:hAnsi="宋体" w:eastAsia="宋体"/>
                <w:b w:val="0"/>
                <w:sz w:val="18"/>
              </w:rPr>
              <w:t>指名学生口算，结合43×2说一说口算过程。</w:t>
            </w:r>
          </w:p>
          <w:p>
            <w:pPr>
              <w:spacing w:after="20" w:line="276" w:lineRule="auto"/>
            </w:pPr>
            <w:r>
              <w:rPr>
                <w:rFonts w:ascii="宋体" w:hAnsi="宋体" w:eastAsia="宋体"/>
                <w:b w:val="0"/>
                <w:sz w:val="18"/>
              </w:rPr>
              <w:t>师：上一节课我们学习了口算乘法，从今天开始学习笔算乘法。[板书课题：笔算乘法(1)]</w:t>
            </w:r>
          </w:p>
          <w:p>
            <w:pPr>
              <w:spacing w:after="20" w:line="276" w:lineRule="auto"/>
            </w:pPr>
            <w:r>
              <w:rPr>
                <w:rFonts w:ascii="宋体" w:hAnsi="宋体" w:eastAsia="宋体"/>
                <w:b w:val="0"/>
                <w:sz w:val="18"/>
              </w:rPr>
              <w:t>1.课件出示教科书P43例1。</w:t>
            </w:r>
          </w:p>
          <w:p>
            <w:pPr>
              <w:spacing w:after="20" w:line="276" w:lineRule="auto"/>
            </w:pPr>
            <w:r>
              <w:rPr>
                <w:rFonts w:ascii="宋体" w:hAnsi="宋体" w:eastAsia="宋体"/>
                <w:b w:val="0"/>
                <w:sz w:val="18"/>
              </w:rPr>
              <w:t>一盒彩笔24支，2盒彩笔一共多少支？</w:t>
            </w:r>
          </w:p>
          <w:p>
            <w:pPr>
              <w:spacing w:after="20" w:line="276" w:lineRule="auto"/>
            </w:pPr>
            <w:r>
              <w:rPr>
                <w:rFonts w:ascii="宋体" w:hAnsi="宋体" w:eastAsia="宋体"/>
                <w:b w:val="0"/>
                <w:sz w:val="18"/>
              </w:rPr>
              <w:t>师：怎样列式？</w:t>
            </w:r>
          </w:p>
          <w:p>
            <w:pPr>
              <w:spacing w:after="20" w:line="276" w:lineRule="auto"/>
            </w:pPr>
            <w:r>
              <w:rPr>
                <w:rFonts w:ascii="宋体" w:hAnsi="宋体" w:eastAsia="宋体"/>
                <w:b w:val="0"/>
                <w:sz w:val="18"/>
              </w:rPr>
              <w:t>引导学生明确：求一共有多少支彩笔，就是求2个24是多少，用乘法计算，列式为24×2。</w:t>
            </w:r>
          </w:p>
          <w:p>
            <w:pPr>
              <w:spacing w:after="20" w:line="276" w:lineRule="auto"/>
            </w:pPr>
            <w:r>
              <w:rPr>
                <w:rFonts w:ascii="宋体" w:hAnsi="宋体" w:eastAsia="宋体"/>
                <w:b w:val="0"/>
                <w:sz w:val="18"/>
              </w:rPr>
              <w:t>师：该怎样计算呢？把你的方法写下来。算完后在小组内互相说一说你是怎样想的。</w:t>
            </w:r>
          </w:p>
          <w:p>
            <w:pPr>
              <w:spacing w:after="20" w:line="276" w:lineRule="auto"/>
            </w:pPr>
            <w:r>
              <w:rPr>
                <w:rFonts w:ascii="宋体" w:hAnsi="宋体" w:eastAsia="宋体"/>
                <w:b w:val="0"/>
                <w:sz w:val="18"/>
              </w:rPr>
              <w:t>(1)按照如下顺序逐一展示学生的算法。</w:t>
            </w:r>
          </w:p>
          <w:p>
            <w:pPr>
              <w:spacing w:after="20" w:line="276" w:lineRule="auto"/>
            </w:pPr>
            <w:r>
              <w:rPr>
                <w:rFonts w:ascii="宋体" w:hAnsi="宋体" w:eastAsia="宋体"/>
                <w:b w:val="0"/>
                <w:sz w:val="18"/>
              </w:rPr>
              <w:t>方法1：24＋24＝48。</w:t>
            </w:r>
          </w:p>
          <w:p>
            <w:pPr>
              <w:spacing w:after="20" w:line="276" w:lineRule="auto"/>
            </w:pPr>
            <w:r>
              <w:rPr>
                <w:rFonts w:ascii="宋体" w:hAnsi="宋体" w:eastAsia="宋体"/>
                <w:b w:val="0"/>
                <w:sz w:val="18"/>
              </w:rPr>
              <w:t>方法2：口算的方法，24是由2个十和4个一组成的，20×2＝40，4×2＝8，40＋8＝48，所以24×2＝48。</w:t>
            </w:r>
          </w:p>
          <w:p>
            <w:pPr>
              <w:spacing w:after="20" w:line="276" w:lineRule="auto"/>
            </w:pPr>
            <w:r>
              <w:rPr>
                <w:rFonts w:ascii="宋体" w:hAnsi="宋体" w:eastAsia="宋体"/>
                <w:b w:val="0"/>
                <w:sz w:val="18"/>
              </w:rPr>
              <w:t>方法3：竖式计算。</w:t>
            </w:r>
          </w:p>
          <w:p>
            <w:pPr>
              <w:spacing w:after="20" w:line="276" w:lineRule="auto"/>
            </w:pPr>
            <w:r>
              <w:rPr>
                <w:rFonts w:ascii="宋体" w:hAnsi="宋体" w:eastAsia="宋体"/>
                <w:b w:val="0"/>
                <w:sz w:val="18"/>
              </w:rPr>
              <w:t>(2)教学乘法竖式的笔算乘法。</w:t>
            </w:r>
          </w:p>
          <w:p>
            <w:pPr>
              <w:spacing w:after="20" w:line="276" w:lineRule="auto"/>
            </w:pPr>
            <w:r>
              <w:rPr>
                <w:rFonts w:ascii="宋体" w:hAnsi="宋体" w:eastAsia="宋体"/>
                <w:b w:val="0"/>
                <w:sz w:val="18"/>
              </w:rPr>
              <w:t>师：我们一起来研究方法3。怎样列竖式？先从哪一位乘起？</w:t>
            </w:r>
          </w:p>
          <w:p>
            <w:pPr>
              <w:spacing w:after="20" w:line="276" w:lineRule="auto"/>
            </w:pPr>
            <w:r>
              <w:rPr>
                <w:rFonts w:ascii="宋体" w:hAnsi="宋体" w:eastAsia="宋体"/>
                <w:b w:val="0"/>
                <w:sz w:val="18"/>
              </w:rPr>
              <w:t>根据学生汇报边交流边板书：在列乘法竖式时，先写第一个乘数24，再写乘号，然后写第二个乘数2，注意2所在的位置要和个位的4对齐。</w:t>
            </w:r>
          </w:p>
          <w:p>
            <w:pPr>
              <w:spacing w:after="20" w:line="276" w:lineRule="auto"/>
            </w:pPr>
            <w:r>
              <w:rPr>
                <w:rFonts w:ascii="宋体" w:hAnsi="宋体" w:eastAsia="宋体"/>
                <w:b w:val="0"/>
                <w:sz w:val="18"/>
              </w:rPr>
              <w:t>师：乘的时候，要从个位乘起，用第二个乘数2和第一个乘数个位上的4相乘得8，接着用第二个乘数2乘第一个乘数十位上的2，即20×2＝40，8再加40等于48。</w:t>
            </w:r>
          </w:p>
          <w:p>
            <w:pPr>
              <w:spacing w:after="20" w:line="276" w:lineRule="auto"/>
            </w:pPr>
            <w:r>
              <w:rPr>
                <w:rFonts w:ascii="宋体" w:hAnsi="宋体" w:eastAsia="宋体"/>
                <w:b w:val="0"/>
                <w:sz w:val="18"/>
              </w:rPr>
              <w:t>可以把刚才的竖式简写成下面的形式。(教师适时板书)</w:t>
            </w:r>
          </w:p>
          <w:p>
            <w:pPr>
              <w:spacing w:after="20" w:line="276" w:lineRule="auto"/>
            </w:pPr>
            <w:r>
              <w:rPr>
                <w:rFonts w:ascii="宋体" w:hAnsi="宋体" w:eastAsia="宋体"/>
                <w:b w:val="0"/>
                <w:sz w:val="18"/>
              </w:rPr>
              <w:t>师：谁能对着竖式说一说计算过程？</w:t>
            </w:r>
          </w:p>
          <w:p>
            <w:pPr>
              <w:spacing w:after="20" w:line="276" w:lineRule="auto"/>
            </w:pPr>
            <w:r>
              <w:rPr>
                <w:rFonts w:ascii="宋体" w:hAnsi="宋体" w:eastAsia="宋体"/>
                <w:b w:val="0"/>
                <w:sz w:val="18"/>
              </w:rPr>
              <w:t>4．试一试：计算213×2。</w:t>
            </w:r>
          </w:p>
          <w:p>
            <w:pPr>
              <w:spacing w:after="20" w:line="276" w:lineRule="auto"/>
            </w:pPr>
            <w:r>
              <w:rPr>
                <w:rFonts w:ascii="宋体" w:hAnsi="宋体" w:eastAsia="宋体"/>
                <w:b w:val="0"/>
                <w:sz w:val="18"/>
              </w:rPr>
              <w:t>师：如果百位上还有数，该怎样算？请你运用刚才的方法尝试计算213×2。</w:t>
            </w:r>
          </w:p>
          <w:p>
            <w:pPr>
              <w:spacing w:after="20" w:line="276" w:lineRule="auto"/>
            </w:pPr>
            <w:r>
              <w:rPr>
                <w:rFonts w:ascii="宋体" w:hAnsi="宋体" w:eastAsia="宋体"/>
                <w:b w:val="0"/>
                <w:sz w:val="18"/>
              </w:rPr>
              <w:t>(1)学生自主完成计算，指名板演。</w:t>
            </w:r>
          </w:p>
          <w:p>
            <w:pPr>
              <w:spacing w:after="20" w:line="276" w:lineRule="auto"/>
            </w:pPr>
            <w:r>
              <w:rPr>
                <w:rFonts w:ascii="宋体" w:hAnsi="宋体" w:eastAsia="宋体"/>
                <w:b w:val="0"/>
                <w:sz w:val="18"/>
              </w:rPr>
              <w:t>(2)结合板演说一说每一步计算的含义。</w:t>
            </w:r>
          </w:p>
          <w:p>
            <w:pPr>
              <w:spacing w:after="20" w:line="276" w:lineRule="auto"/>
            </w:pPr>
            <w:r>
              <w:rPr>
                <w:rFonts w:ascii="宋体" w:hAnsi="宋体" w:eastAsia="宋体"/>
                <w:b w:val="0"/>
                <w:sz w:val="18"/>
              </w:rPr>
              <w:t>5．做一做。</w:t>
            </w:r>
          </w:p>
          <w:p>
            <w:pPr>
              <w:spacing w:after="20" w:line="276" w:lineRule="auto"/>
            </w:pPr>
            <w:r>
              <w:rPr>
                <w:rFonts w:ascii="宋体" w:hAnsi="宋体" w:eastAsia="宋体"/>
                <w:b w:val="0"/>
                <w:sz w:val="18"/>
              </w:rPr>
              <w:t>课件出示教科书P43“做一做”。</w:t>
            </w:r>
          </w:p>
          <w:p>
            <w:pPr>
              <w:spacing w:after="20" w:line="276" w:lineRule="auto"/>
            </w:pPr>
            <w:r>
              <w:rPr>
                <w:rFonts w:ascii="宋体" w:hAnsi="宋体" w:eastAsia="宋体"/>
                <w:b w:val="0"/>
                <w:sz w:val="18"/>
              </w:rPr>
              <w:t>(1)学生独立在书上完成。</w:t>
            </w:r>
          </w:p>
          <w:p>
            <w:pPr>
              <w:spacing w:after="20" w:line="276" w:lineRule="auto"/>
            </w:pPr>
            <w:r>
              <w:rPr>
                <w:rFonts w:ascii="宋体" w:hAnsi="宋体" w:eastAsia="宋体"/>
                <w:b w:val="0"/>
                <w:sz w:val="18"/>
              </w:rPr>
              <w:t>(2)汇报交流，重点交流每一步计算的含义。</w:t>
            </w:r>
          </w:p>
          <w:p>
            <w:pPr>
              <w:spacing w:after="20" w:line="276" w:lineRule="auto"/>
            </w:pPr>
            <w:r>
              <w:rPr>
                <w:rFonts w:ascii="宋体" w:hAnsi="宋体" w:eastAsia="宋体"/>
                <w:b w:val="0"/>
                <w:sz w:val="18"/>
              </w:rPr>
              <w:t>6．小结方法。</w:t>
            </w:r>
          </w:p>
          <w:p>
            <w:pPr>
              <w:spacing w:after="20" w:line="276" w:lineRule="auto"/>
            </w:pPr>
            <w:r>
              <w:rPr>
                <w:rFonts w:ascii="宋体" w:hAnsi="宋体" w:eastAsia="宋体"/>
                <w:b w:val="0"/>
                <w:sz w:val="18"/>
              </w:rPr>
              <w:t>师：今天学了两、三位数乘一位数的笔算，怎样列竖式？先乘哪一位？再乘哪一位？</w:t>
            </w:r>
          </w:p>
          <w:p>
            <w:pPr>
              <w:spacing w:after="20" w:line="276" w:lineRule="auto"/>
            </w:pPr>
            <w:r>
              <w:rPr>
                <w:rFonts w:ascii="宋体" w:hAnsi="宋体" w:eastAsia="宋体"/>
                <w:b w:val="0"/>
                <w:sz w:val="18"/>
              </w:rPr>
              <w:t>师生归纳总结多位数乘一位数(不进位)的笔算乘法：先把一位数写在多位数的下面，并与多位数的个位对齐；再从个位乘起，用一位数依次乘多位数每一位上的数。</w:t>
            </w:r>
          </w:p>
        </w:tc>
        <w:tc>
          <w:tcPr>
            <w:tcW w:type="dxa" w:w="3061"/>
          </w:tcPr>
          <w:p>
            <w:pPr>
              <w:spacing w:after="20" w:line="276" w:lineRule="auto"/>
            </w:pPr>
            <w:r/>
            <w:r>
              <w:rPr>
                <w:rFonts w:ascii="宋体" w:hAnsi="宋体" w:eastAsia="宋体"/>
                <w:b w:val="0"/>
                <w:sz w:val="18"/>
              </w:rPr>
              <w:t>小组合作，自主探究</w:t>
            </w:r>
          </w:p>
          <w:p>
            <w:pPr>
              <w:spacing w:after="20" w:line="276" w:lineRule="auto"/>
            </w:pPr>
            <w:r>
              <w:rPr>
                <w:rFonts w:ascii="宋体" w:hAnsi="宋体" w:eastAsia="宋体"/>
                <w:b w:val="0"/>
                <w:sz w:val="18"/>
              </w:rPr>
              <w:t>2．学生独立尝试计算。</w:t>
            </w:r>
          </w:p>
          <w:p>
            <w:pPr>
              <w:spacing w:after="20" w:line="276" w:lineRule="auto"/>
            </w:pPr>
            <w:r>
              <w:rPr>
                <w:rFonts w:ascii="宋体" w:hAnsi="宋体" w:eastAsia="宋体"/>
                <w:b w:val="0"/>
                <w:sz w:val="18"/>
              </w:rPr>
              <w:t>学生尝试计算，教师巡视课堂。</w:t>
            </w:r>
          </w:p>
          <w:p>
            <w:pPr>
              <w:spacing w:after="20" w:line="276" w:lineRule="auto"/>
            </w:pPr>
            <w:r>
              <w:rPr>
                <w:rFonts w:ascii="宋体" w:hAnsi="宋体" w:eastAsia="宋体"/>
                <w:b w:val="0"/>
                <w:sz w:val="18"/>
              </w:rPr>
              <w:t>3．全班交流、反馈。</w:t>
            </w:r>
          </w:p>
          <w:p>
            <w:pPr>
              <w:spacing w:after="20" w:line="276" w:lineRule="auto"/>
            </w:pPr>
            <w:r>
              <w:rPr>
                <w:rFonts w:ascii="宋体" w:hAnsi="宋体" w:eastAsia="宋体"/>
                <w:b w:val="0"/>
                <w:sz w:val="18"/>
              </w:rPr>
              <w:t>学生自由交流。</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创设情境激活学生已有经验，自然引出本课学习内容，激发学习兴趣，核心问题："怎样列式？"</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1.完成教科书P46“练习九”第1题。</w:t>
            </w:r>
          </w:p>
          <w:p>
            <w:pPr>
              <w:spacing w:after="20" w:line="276" w:lineRule="auto"/>
            </w:pPr>
            <w:r>
              <w:rPr>
                <w:rFonts w:ascii="宋体" w:hAnsi="宋体" w:eastAsia="宋体"/>
                <w:b w:val="0"/>
                <w:sz w:val="18"/>
              </w:rPr>
              <w:t>(1)学生独立完成，指名板演第2行算式。</w:t>
            </w:r>
          </w:p>
          <w:p>
            <w:pPr>
              <w:spacing w:after="20" w:line="276" w:lineRule="auto"/>
            </w:pPr>
            <w:r>
              <w:rPr>
                <w:rFonts w:ascii="宋体" w:hAnsi="宋体" w:eastAsia="宋体"/>
                <w:b w:val="0"/>
                <w:sz w:val="18"/>
              </w:rPr>
              <w:t>(2)交流展示，说一说计算过程中乘的顺序是什么。</w:t>
            </w:r>
          </w:p>
          <w:p>
            <w:pPr>
              <w:spacing w:after="20" w:line="276" w:lineRule="auto"/>
            </w:pPr>
            <w:r>
              <w:rPr>
                <w:rFonts w:ascii="宋体" w:hAnsi="宋体" w:eastAsia="宋体"/>
                <w:b w:val="0"/>
                <w:sz w:val="18"/>
              </w:rPr>
              <w:t>2．完成教科书P46“练习九”第2题。</w:t>
            </w:r>
          </w:p>
          <w:p>
            <w:pPr>
              <w:spacing w:after="20" w:line="276" w:lineRule="auto"/>
            </w:pPr>
            <w:r>
              <w:rPr>
                <w:rFonts w:ascii="宋体" w:hAnsi="宋体" w:eastAsia="宋体"/>
                <w:b w:val="0"/>
                <w:sz w:val="18"/>
              </w:rPr>
              <w:t>(1)师：请同学们仔细读题，再说一说你获得了哪些数学信息？</w:t>
            </w:r>
          </w:p>
          <w:p>
            <w:pPr>
              <w:spacing w:after="20" w:line="276" w:lineRule="auto"/>
            </w:pPr>
            <w:r>
              <w:rPr>
                <w:rFonts w:ascii="宋体" w:hAnsi="宋体" w:eastAsia="宋体"/>
                <w:b w:val="0"/>
                <w:sz w:val="18"/>
              </w:rPr>
              <w:t>芒果每千克12元，荔枝每千克23元。</w:t>
            </w:r>
          </w:p>
          <w:p>
            <w:pPr>
              <w:spacing w:after="20" w:line="276" w:lineRule="auto"/>
            </w:pPr>
            <w:r>
              <w:rPr>
                <w:rFonts w:ascii="宋体" w:hAnsi="宋体" w:eastAsia="宋体"/>
                <w:b w:val="0"/>
                <w:sz w:val="18"/>
              </w:rPr>
              <w:t>(2)学生独立完成第(1)(2)问，然后交流。</w:t>
            </w:r>
          </w:p>
          <w:p>
            <w:pPr>
              <w:spacing w:after="20" w:line="276" w:lineRule="auto"/>
            </w:pPr>
            <w:r>
              <w:rPr>
                <w:rFonts w:ascii="宋体" w:hAnsi="宋体" w:eastAsia="宋体"/>
                <w:b w:val="0"/>
                <w:sz w:val="18"/>
              </w:rPr>
              <w:t>(3)第(3)问先提出问题，然后尝试列式计算。</w:t>
            </w:r>
          </w:p>
          <w:p>
            <w:pPr>
              <w:spacing w:after="20" w:line="276" w:lineRule="auto"/>
            </w:pPr>
            <w:r>
              <w:rPr>
                <w:rFonts w:ascii="宋体" w:hAnsi="宋体" w:eastAsia="宋体"/>
                <w:b w:val="0"/>
                <w:sz w:val="18"/>
              </w:rPr>
              <w:t>3．完成教科书P46“练习九”第3题。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(2)交流结果。</w:t>
            </w:r>
          </w:p>
        </w:tc>
        <w:tc>
          <w:tcPr>
            <w:tcW w:type="dxa" w:w="3061"/>
          </w:tcPr>
          <w:p>
            <w:pPr>
              <w:spacing w:after="20" w:line="276" w:lineRule="auto"/>
            </w:pPr>
            <w:r/>
            <w:r>
              <w:rPr>
                <w:rFonts w:ascii="宋体" w:hAnsi="宋体" w:eastAsia="宋体"/>
                <w:b w:val="0"/>
                <w:sz w:val="18"/>
              </w:rPr>
              <w:t>学生提出的问题可能涉及进位，可让学生尝试解答，如果不能解答可放到例2、例3教学后再解答。</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通过有层次的练习及时反馈学情，巩固新知，培养学生灵活运用知识解决问题的能力，核心问题："请同学们仔细读题，再说一说你获得了哪些数学信息？"</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师：学完这节课，你们有哪些收获？</w:t>
            </w:r>
          </w:p>
          <w:p>
            <w:pPr>
              <w:spacing w:after="20" w:line="276" w:lineRule="auto"/>
            </w:pPr>
            <w:r>
              <w:rPr>
                <w:rFonts w:ascii="宋体" w:hAnsi="宋体" w:eastAsia="宋体"/>
                <w:b w:val="0"/>
                <w:sz w:val="18"/>
              </w:rPr>
              <w:t>引导学生从竖式的写法及算理与算法方面进行总结。</w:t>
            </w:r>
          </w:p>
          <w:p>
            <w:pPr>
              <w:spacing w:after="20" w:line="276" w:lineRule="auto"/>
            </w:pPr>
            <w:r>
              <w:rPr>
                <w:rFonts w:ascii="宋体" w:hAnsi="宋体" w:eastAsia="宋体"/>
                <w:b w:val="0"/>
                <w:sz w:val="18"/>
              </w:rPr>
              <w:t>本节课先设计几道口算题，迅速口算，激活学生在口算乘法中积累的数学活动经验。接着出示例1，让学生尝试计算，呈现连加、口算和列乘法竖式计算等多种方法，体现算法多样化。然后教学乘法竖式的笔算方法。首先明确竖式的写法，再通过分步演算的过程明确算理后，给出竖式简写的方法，最后让学生对照竖式说明计算过程和积的写法，以及积的每一位数的意义，以加深学生的印象。掌握了两位数乘一位数的方法后迁移类推三位数乘一位数(不进位)的笔算方法。学习了例1后设计一系列的巩固练习，着重讨论“先乘哪一位？再乘哪一位？”，帮助学生掌握乘的顺序，并运用乘法计算解决问题。</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引导学生回顾梳理本课所学，完善认知结构，提升归纳与反思能力，核心问题："学完这节课，你们有哪些收获？"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教科书P43例1及“做一做”，完成教科书P46“练习九”中第1～3题。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让学生在学习情境中交流理解算理、总结计算方法，体现了学生的主体地位。不仅让学生掌握基本的算理算法，更注重引导学生在主动参与算理算法的探索过程中，经历多位数乘一位数的计算过程，感受算法的多样化，让学生逐渐体会到用竖式计算的优越性。</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笔算乘法(2)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笔算乘法(2)</w:t>
            </w:r>
          </w:p>
        </w:tc>
        <w:tc>
          <w:tcPr>
            <w:tcW w:type="dxa" w:w="6009"/>
          </w:tcPr>
          <w:p>
            <w:pPr>
              <w:spacing w:after="20" w:line="276" w:lineRule="auto"/>
            </w:pPr>
            <w:r/>
            <w:r>
              <w:rPr>
                <w:rFonts w:ascii="宋体" w:hAnsi="宋体" w:eastAsia="宋体"/>
                <w:b w:val="0"/>
                <w:sz w:val="20"/>
              </w:rPr>
              <w:t>第4单元 多位数乘一位数（笔算乘法）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（结合班情，从作业反馈、课前调查、访谈等途径诊断本班学生学习起点，明确本课学习的现实基础。）</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教学内容：教科书P44例2，完成教科书P44“做一做”及P46“练习九”中第4～6题。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（1）经历多位数乘一位数(进位)的笔算计算过程，理解算理，掌握多位数乘一位数(进位)的笔算方法，能正确进行计算。</w:t>
      </w:r>
    </w:p>
    <w:p>
      <w:pPr>
        <w:spacing w:after="20" w:line="300" w:lineRule="auto"/>
        <w:ind w:firstLine="400"/>
      </w:pPr>
      <w:r>
        <w:rPr>
          <w:rFonts w:ascii="宋体" w:hAnsi="宋体" w:eastAsia="宋体"/>
          <w:b w:val="0"/>
          <w:sz w:val="20"/>
        </w:rPr>
        <w:t>（2）培养学生的运算能力和迁移类推能力。</w:t>
      </w:r>
    </w:p>
    <w:p>
      <w:pPr>
        <w:spacing w:after="20" w:line="300" w:lineRule="auto"/>
        <w:ind w:firstLine="400"/>
      </w:pPr>
      <w:r>
        <w:rPr>
          <w:rFonts w:ascii="宋体" w:hAnsi="宋体" w:eastAsia="宋体"/>
          <w:b w:val="0"/>
          <w:sz w:val="20"/>
        </w:rPr>
        <w:t>（3）感知生活中处处有数学，激发学生学习数学的兴趣和学好数学的信心。</w:t>
      </w:r>
    </w:p>
    <w:p>
      <w:pPr>
        <w:spacing w:after="20" w:line="300" w:lineRule="auto"/>
      </w:pPr>
      <w:r>
        <w:rPr>
          <w:rFonts w:ascii="宋体" w:hAnsi="宋体" w:eastAsia="宋体"/>
          <w:b w:val="0"/>
          <w:sz w:val="20"/>
        </w:rPr>
        <w:t>教学重点：经历多位数乘一位数(进位)的笔算计算过程，理解“满十进一”的算理，进而类推“满几十进几”的算理，并能正确进行计算。</w:t>
      </w:r>
    </w:p>
    <w:p>
      <w:pPr>
        <w:spacing w:after="20" w:line="300" w:lineRule="auto"/>
      </w:pPr>
      <w:r>
        <w:rPr>
          <w:rFonts w:ascii="宋体" w:hAnsi="宋体" w:eastAsia="宋体"/>
          <w:b w:val="0"/>
          <w:sz w:val="20"/>
        </w:rPr>
        <w:t>教学难点：掌握笔算乘法中的进位方法，并能正确进行计算。</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复习旧知，引入新知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自主探究，学习新知识</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怎样列式？；怎么计算16×3呢？</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 4 │ 8</w:t>
            </w:r>
          </w:p>
        </w:tc>
        <w:tc>
          <w:tcPr>
            <w:tcW w:type="dxa" w:w="1814"/>
          </w:tcPr>
          <w:p>
            <w:pPr>
              <w:spacing w:after="20" w:line="276" w:lineRule="auto"/>
            </w:pPr>
            <w:r/>
            <w:r>
              <w:rPr>
                <w:rFonts w:ascii="宋体" w:hAnsi="宋体" w:eastAsia="宋体"/>
                <w:b w:val="0"/>
                <w:sz w:val="18"/>
              </w:rPr>
              <w:t>小正方体、课件</w:t>
            </w:r>
          </w:p>
        </w:tc>
        <w:tc>
          <w:tcPr>
            <w:tcW w:type="dxa" w:w="3402"/>
          </w:tcPr>
          <w:p>
            <w:pPr>
              <w:spacing w:after="20" w:line="276" w:lineRule="auto"/>
            </w:pPr>
            <w:r/>
            <w:r>
              <w:rPr>
                <w:rFonts w:ascii="宋体" w:hAnsi="宋体" w:eastAsia="宋体"/>
                <w:b w:val="0"/>
                <w:sz w:val="18"/>
              </w:rPr>
              <w:t>第一步的计算结果表示什么？第二步的计算结果表示什么？最后的计算结果又表示什么？；十位上的4是怎么得来的？</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小正方体、课件</w:t>
            </w:r>
          </w:p>
        </w:tc>
        <w:tc>
          <w:tcPr>
            <w:tcW w:type="dxa" w:w="3402"/>
          </w:tcPr>
          <w:p>
            <w:pPr>
              <w:spacing w:after="20" w:line="276" w:lineRule="auto"/>
            </w:pPr>
            <w:r/>
            <w:r>
              <w:rPr>
                <w:rFonts w:ascii="宋体" w:hAnsi="宋体" w:eastAsia="宋体"/>
                <w:b w:val="0"/>
                <w:sz w:val="18"/>
              </w:rPr>
              <w:t>今天这一节课你有什么收获？</w:t>
            </w:r>
          </w:p>
        </w:tc>
        <w:tc>
          <w:tcPr>
            <w:tcW w:type="dxa" w:w="1361"/>
          </w:tcPr>
          <w:p>
            <w:pPr>
              <w:spacing w:after="20" w:line="276" w:lineRule="auto"/>
            </w:pPr>
            <w:r/>
            <w:r>
              <w:rPr>
                <w:rFonts w:ascii="宋体" w:hAnsi="宋体" w:eastAsia="宋体"/>
                <w:b w:val="0"/>
                <w:sz w:val="18"/>
              </w:rPr>
              <w:t>6分钟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复习旧知，引入新知</w:t>
            </w:r>
          </w:p>
        </w:tc>
        <w:tc>
          <w:tcPr>
            <w:tcW w:type="dxa" w:w="3061"/>
          </w:tcPr>
          <w:p>
            <w:pPr>
              <w:spacing w:after="20" w:line="276" w:lineRule="auto"/>
            </w:pPr>
            <w:r/>
            <w:r>
              <w:rPr>
                <w:rFonts w:ascii="宋体" w:hAnsi="宋体" w:eastAsia="宋体"/>
                <w:b w:val="0"/>
                <w:sz w:val="18"/>
              </w:rPr>
              <w:t>1.口算。</w:t>
            </w:r>
          </w:p>
          <w:p>
            <w:pPr>
              <w:spacing w:after="20" w:line="276" w:lineRule="auto"/>
            </w:pPr>
            <w:r>
              <w:rPr>
                <w:rFonts w:ascii="宋体" w:hAnsi="宋体" w:eastAsia="宋体"/>
                <w:b w:val="0"/>
                <w:sz w:val="18"/>
              </w:rPr>
              <w:t>师：同学们，我们来做口算接力，看谁算得又对又快。</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5×7＝　　　　　6×4＝　　　　　9×3＝</w:t>
            </w:r>
          </w:p>
          <w:p>
            <w:pPr>
              <w:spacing w:after="20" w:line="276" w:lineRule="auto"/>
            </w:pPr>
            <w:r>
              <w:rPr>
                <w:rFonts w:ascii="宋体" w:hAnsi="宋体" w:eastAsia="宋体"/>
                <w:b w:val="0"/>
                <w:sz w:val="18"/>
              </w:rPr>
              <w:t>20×4＝         300×3＝        30×8＝</w:t>
            </w:r>
          </w:p>
          <w:p>
            <w:pPr>
              <w:spacing w:after="20" w:line="276" w:lineRule="auto"/>
            </w:pPr>
            <w:r>
              <w:rPr>
                <w:rFonts w:ascii="宋体" w:hAnsi="宋体" w:eastAsia="宋体"/>
                <w:b w:val="0"/>
                <w:sz w:val="18"/>
              </w:rPr>
              <w:t>1×3＋2＝       2×4＋1＝       3×2＋5＝</w:t>
            </w:r>
          </w:p>
          <w:p>
            <w:pPr>
              <w:spacing w:after="20" w:line="276" w:lineRule="auto"/>
            </w:pPr>
            <w:r>
              <w:rPr>
                <w:rFonts w:ascii="宋体" w:hAnsi="宋体" w:eastAsia="宋体"/>
                <w:b w:val="0"/>
                <w:sz w:val="18"/>
              </w:rPr>
              <w:t>2．列竖式计算。</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计算下面各题。</w:t>
            </w:r>
          </w:p>
          <w:p>
            <w:pPr>
              <w:spacing w:after="20" w:line="276" w:lineRule="auto"/>
            </w:pPr>
            <w:r>
              <w:rPr>
                <w:rFonts w:ascii="宋体" w:hAnsi="宋体" w:eastAsia="宋体"/>
                <w:b w:val="0"/>
                <w:sz w:val="18"/>
              </w:rPr>
              <w:t>3．揭示课题。</w:t>
            </w:r>
          </w:p>
          <w:p>
            <w:pPr>
              <w:spacing w:after="20" w:line="276" w:lineRule="auto"/>
            </w:pPr>
            <w:r>
              <w:rPr>
                <w:rFonts w:ascii="宋体" w:hAnsi="宋体" w:eastAsia="宋体"/>
                <w:b w:val="0"/>
                <w:sz w:val="18"/>
              </w:rPr>
              <w:t>师：这节课我们继续学习笔算乘法。[板书课题：笔算乘法(2)]</w:t>
            </w:r>
          </w:p>
        </w:tc>
        <w:tc>
          <w:tcPr>
            <w:tcW w:type="dxa" w:w="3061"/>
          </w:tcPr>
          <w:p>
            <w:pPr>
              <w:spacing w:after="20" w:line="276" w:lineRule="auto"/>
            </w:pPr>
            <w:r/>
            <w:r>
              <w:rPr>
                <w:rFonts w:ascii="宋体" w:hAnsi="宋体" w:eastAsia="宋体"/>
                <w:b w:val="0"/>
                <w:sz w:val="18"/>
              </w:rPr>
              <w:t>学生自主完成，集体订正。</w:t>
            </w:r>
          </w:p>
          <w:p>
            <w:pPr>
              <w:spacing w:after="20" w:line="276" w:lineRule="auto"/>
            </w:pPr>
            <w:r>
              <w:rPr>
                <w:rFonts w:ascii="宋体" w:hAnsi="宋体" w:eastAsia="宋体"/>
                <w:b w:val="0"/>
                <w:sz w:val="18"/>
              </w:rPr>
              <w:t>学生独立完成。反馈时，教师让学生说一说是怎么算的。</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自主探究，学习新知识</w:t>
            </w:r>
          </w:p>
        </w:tc>
        <w:tc>
          <w:tcPr>
            <w:tcW w:type="dxa" w:w="3061"/>
          </w:tcPr>
          <w:p>
            <w:pPr>
              <w:spacing w:after="20" w:line="276" w:lineRule="auto"/>
            </w:pPr>
            <w:r/>
            <w:r>
              <w:rPr>
                <w:rFonts w:ascii="宋体" w:hAnsi="宋体" w:eastAsia="宋体"/>
                <w:b w:val="0"/>
                <w:sz w:val="18"/>
              </w:rPr>
              <w:t>1.课件出示教科书P44例2。</w:t>
            </w:r>
          </w:p>
          <w:p>
            <w:pPr>
              <w:spacing w:after="20" w:line="276" w:lineRule="auto"/>
            </w:pPr>
            <w:r>
              <w:rPr>
                <w:rFonts w:ascii="宋体" w:hAnsi="宋体" w:eastAsia="宋体"/>
                <w:b w:val="0"/>
                <w:sz w:val="18"/>
              </w:rPr>
              <w:t>一套连环画16本，王老师买了3套，一共是多少本？</w:t>
            </w:r>
          </w:p>
          <w:p>
            <w:pPr>
              <w:spacing w:after="20" w:line="276" w:lineRule="auto"/>
            </w:pPr>
            <w:r>
              <w:rPr>
                <w:rFonts w:ascii="宋体" w:hAnsi="宋体" w:eastAsia="宋体"/>
                <w:b w:val="0"/>
                <w:sz w:val="18"/>
              </w:rPr>
              <w:t>师：怎样列式？</w:t>
            </w:r>
          </w:p>
          <w:p>
            <w:pPr>
              <w:spacing w:after="20" w:line="276" w:lineRule="auto"/>
            </w:pPr>
            <w:r>
              <w:rPr>
                <w:rFonts w:ascii="宋体" w:hAnsi="宋体" w:eastAsia="宋体"/>
                <w:b w:val="0"/>
                <w:sz w:val="18"/>
              </w:rPr>
              <w:t>引导学生明确：求“一共是多少本？”，就是求“3个16是多少”，列式为16×3。</w:t>
            </w:r>
          </w:p>
          <w:p>
            <w:pPr>
              <w:spacing w:after="20" w:line="276" w:lineRule="auto"/>
            </w:pPr>
            <w:r>
              <w:rPr>
                <w:rFonts w:ascii="宋体" w:hAnsi="宋体" w:eastAsia="宋体"/>
                <w:b w:val="0"/>
                <w:sz w:val="18"/>
              </w:rPr>
              <w:t>2．探究“16×3”的笔算方法。</w:t>
            </w:r>
          </w:p>
          <w:p>
            <w:pPr>
              <w:spacing w:after="20" w:line="276" w:lineRule="auto"/>
            </w:pPr>
            <w:r>
              <w:rPr>
                <w:rFonts w:ascii="宋体" w:hAnsi="宋体" w:eastAsia="宋体"/>
                <w:b w:val="0"/>
                <w:sz w:val="18"/>
              </w:rPr>
              <w:t>(1)尝试计算16×3。</w:t>
            </w:r>
          </w:p>
          <w:p>
            <w:pPr>
              <w:spacing w:after="20" w:line="276" w:lineRule="auto"/>
            </w:pPr>
            <w:r>
              <w:rPr>
                <w:rFonts w:ascii="宋体" w:hAnsi="宋体" w:eastAsia="宋体"/>
                <w:b w:val="0"/>
                <w:sz w:val="18"/>
              </w:rPr>
              <w:t>师：怎么计算16×3呢？请大家先独立思考，再选择喜欢的方法计算出来。</w:t>
            </w:r>
          </w:p>
          <w:p>
            <w:pPr>
              <w:spacing w:after="20" w:line="276" w:lineRule="auto"/>
            </w:pPr>
            <w:r>
              <w:rPr>
                <w:rFonts w:ascii="宋体" w:hAnsi="宋体" w:eastAsia="宋体"/>
                <w:b w:val="0"/>
                <w:sz w:val="18"/>
              </w:rPr>
              <w:t>(2)展示交流。</w:t>
            </w:r>
          </w:p>
          <w:p>
            <w:pPr>
              <w:spacing w:after="20" w:line="276" w:lineRule="auto"/>
            </w:pPr>
            <w:r>
              <w:rPr>
                <w:rFonts w:ascii="宋体" w:hAnsi="宋体" w:eastAsia="宋体"/>
                <w:b w:val="0"/>
                <w:sz w:val="18"/>
              </w:rPr>
              <w:t>展示不同的计算方法，并引导学生交流自己是怎么想的。</w:t>
            </w:r>
          </w:p>
          <w:p>
            <w:pPr>
              <w:spacing w:after="20" w:line="276" w:lineRule="auto"/>
            </w:pPr>
            <w:r>
              <w:rPr>
                <w:rFonts w:ascii="宋体" w:hAnsi="宋体" w:eastAsia="宋体"/>
                <w:b w:val="0"/>
                <w:sz w:val="18"/>
              </w:rPr>
              <w:t>方法1：口算16＝10＋6，先分别算6×3＝18，10×3＝30，再把二者相加，30＋18＝48。</w:t>
            </w:r>
          </w:p>
          <w:p>
            <w:pPr>
              <w:spacing w:after="20" w:line="276" w:lineRule="auto"/>
            </w:pPr>
            <w:r>
              <w:rPr>
                <w:rFonts w:ascii="宋体" w:hAnsi="宋体" w:eastAsia="宋体"/>
                <w:b w:val="0"/>
                <w:sz w:val="18"/>
              </w:rPr>
              <w:t>方法2：列竖式计算。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设计递进式探究活动，引导学生在动手实践与合作交流中经历知识形成过程，突破本课重难点，核心问题："怎样列式？"</w:t>
            </w:r>
          </w:p>
        </w:tc>
      </w:tr>
      <w:tr>
        <w:tc>
          <w:tcPr>
            <w:tcW w:type="dxa" w:w="1474"/>
          </w:tcPr>
          <w:p>
            <w:pPr>
              <w:spacing w:after="20" w:line="276" w:lineRule="auto"/>
            </w:pPr>
            <w:r>
              <w:rPr>
                <w:b/>
              </w:rPr>
            </w:r>
            <w:r>
              <w:rPr>
                <w:rFonts w:ascii="宋体" w:hAnsi="宋体" w:eastAsia="宋体"/>
                <w:b/>
                <w:sz w:val="18"/>
              </w:rPr>
              <w:t>│ 4 │ 8</w:t>
            </w:r>
          </w:p>
        </w:tc>
        <w:tc>
          <w:tcPr>
            <w:tcW w:type="dxa" w:w="3061"/>
          </w:tcPr>
          <w:p>
            <w:pPr>
              <w:spacing w:after="20" w:line="276" w:lineRule="auto"/>
            </w:pPr>
            <w:r/>
            <w:r>
              <w:rPr>
                <w:rFonts w:ascii="宋体" w:hAnsi="宋体" w:eastAsia="宋体"/>
                <w:b w:val="0"/>
                <w:sz w:val="18"/>
              </w:rPr>
              <w:t>(3)结合小正方体图，理解算理。</w:t>
            </w:r>
          </w:p>
          <w:p>
            <w:pPr>
              <w:spacing w:after="20" w:line="276" w:lineRule="auto"/>
            </w:pPr>
            <w:r>
              <w:rPr>
                <w:rFonts w:ascii="宋体" w:hAnsi="宋体" w:eastAsia="宋体"/>
                <w:b w:val="0"/>
                <w:sz w:val="18"/>
              </w:rPr>
              <w:t>结合口算出示小正方体图，边操作边提问：单个的18个小正方体怎么办？为什么一共有4整行小正方体？</w:t>
            </w:r>
          </w:p>
          <w:p>
            <w:pPr>
              <w:spacing w:after="20" w:line="276" w:lineRule="auto"/>
            </w:pPr>
            <w:r>
              <w:rPr>
                <w:rFonts w:ascii="宋体" w:hAnsi="宋体" w:eastAsia="宋体"/>
                <w:b w:val="0"/>
                <w:sz w:val="18"/>
              </w:rPr>
              <w:t>引导学生理解：满10个了就要再把它变成一整行(1个十)。再加上原来的3整行，一共就是4整行(4个十)加8个，也就是48个。</w:t>
            </w:r>
          </w:p>
          <w:p>
            <w:pPr>
              <w:spacing w:after="20" w:line="276" w:lineRule="auto"/>
            </w:pPr>
            <w:r>
              <w:rPr>
                <w:rFonts w:ascii="宋体" w:hAnsi="宋体" w:eastAsia="宋体"/>
                <w:b w:val="0"/>
                <w:sz w:val="18"/>
              </w:rPr>
              <w:t>(4)教学列竖式计算。</w:t>
            </w:r>
          </w:p>
          <w:p>
            <w:pPr>
              <w:spacing w:after="20" w:line="276" w:lineRule="auto"/>
            </w:pPr>
            <w:r>
              <w:rPr>
                <w:rFonts w:ascii="宋体" w:hAnsi="宋体" w:eastAsia="宋体"/>
                <w:b w:val="0"/>
                <w:sz w:val="18"/>
              </w:rPr>
              <w:t>①师：这个过程可以用竖式表示。(课件出示竖式)</w:t>
            </w:r>
          </w:p>
          <w:p>
            <w:pPr>
              <w:spacing w:after="20" w:line="276" w:lineRule="auto"/>
            </w:pPr>
            <w:r>
              <w:rPr>
                <w:rFonts w:ascii="宋体" w:hAnsi="宋体" w:eastAsia="宋体"/>
                <w:b w:val="0"/>
                <w:sz w:val="18"/>
              </w:rPr>
              <w:t>师：第一步的计算结果表示什么？第二步的计算结果表示什么？最后的计算结果又表示什么？</w:t>
            </w:r>
          </w:p>
          <w:p>
            <w:pPr>
              <w:spacing w:after="20" w:line="276" w:lineRule="auto"/>
            </w:pPr>
            <w:r>
              <w:rPr>
                <w:rFonts w:ascii="宋体" w:hAnsi="宋体" w:eastAsia="宋体"/>
                <w:b w:val="0"/>
                <w:sz w:val="18"/>
              </w:rPr>
              <w:t>引导学生理解：第一步的计算结果表示6×3的积，第二步的计算结果表示10×3的积，最后的计算结果表示两次积的和。</w:t>
            </w:r>
          </w:p>
          <w:p>
            <w:pPr>
              <w:spacing w:after="20" w:line="276" w:lineRule="auto"/>
            </w:pPr>
            <w:r>
              <w:rPr>
                <w:rFonts w:ascii="宋体" w:hAnsi="宋体" w:eastAsia="宋体"/>
                <w:b w:val="0"/>
                <w:sz w:val="18"/>
              </w:rPr>
              <w:t>教师根据学生回答进行完善并板书。</w:t>
            </w:r>
          </w:p>
          <w:p>
            <w:pPr>
              <w:spacing w:after="20" w:line="276" w:lineRule="auto"/>
            </w:pPr>
            <w:r>
              <w:rPr>
                <w:rFonts w:ascii="宋体" w:hAnsi="宋体" w:eastAsia="宋体"/>
                <w:b w:val="0"/>
                <w:sz w:val="18"/>
              </w:rPr>
              <w:t>②规范格式，深化理解。</w:t>
            </w:r>
          </w:p>
          <w:p>
            <w:pPr>
              <w:spacing w:after="20" w:line="276" w:lineRule="auto"/>
            </w:pPr>
            <w:r>
              <w:rPr>
                <w:rFonts w:ascii="宋体" w:hAnsi="宋体" w:eastAsia="宋体"/>
                <w:b w:val="0"/>
                <w:sz w:val="18"/>
              </w:rPr>
              <w:t>师：为了书写简便，竖式可进行简写。</w:t>
            </w:r>
          </w:p>
          <w:p>
            <w:pPr>
              <w:spacing w:after="20" w:line="276" w:lineRule="auto"/>
            </w:pPr>
            <w:r>
              <w:rPr>
                <w:rFonts w:ascii="宋体" w:hAnsi="宋体" w:eastAsia="宋体"/>
                <w:b w:val="0"/>
                <w:sz w:val="18"/>
              </w:rPr>
              <w:t>教师边板书边介绍竖式的写法及每一步的计算过程。</w:t>
            </w:r>
          </w:p>
          <w:p>
            <w:pPr>
              <w:spacing w:after="20" w:line="276" w:lineRule="auto"/>
            </w:pPr>
            <w:r>
              <w:rPr>
                <w:rFonts w:ascii="宋体" w:hAnsi="宋体" w:eastAsia="宋体"/>
                <w:b w:val="0"/>
                <w:sz w:val="18"/>
              </w:rPr>
              <w:t>师：十位上的4是怎么得来的？</w:t>
            </w:r>
          </w:p>
          <w:p>
            <w:pPr>
              <w:spacing w:after="20" w:line="276" w:lineRule="auto"/>
            </w:pPr>
            <w:r>
              <w:rPr>
                <w:rFonts w:ascii="宋体" w:hAnsi="宋体" w:eastAsia="宋体"/>
                <w:b w:val="0"/>
                <w:sz w:val="18"/>
              </w:rPr>
              <w:t>课件演示笔算乘法的计算过程。</w:t>
            </w:r>
          </w:p>
          <w:p>
            <w:pPr>
              <w:spacing w:after="20" w:line="276" w:lineRule="auto"/>
            </w:pPr>
            <w:r>
              <w:rPr>
                <w:rFonts w:ascii="宋体" w:hAnsi="宋体" w:eastAsia="宋体"/>
                <w:b w:val="0"/>
                <w:sz w:val="18"/>
              </w:rPr>
              <w:t>师：现在你知道16×3的笔算方法了吗？同桌互相说说。</w:t>
            </w:r>
          </w:p>
          <w:p>
            <w:pPr>
              <w:spacing w:after="20" w:line="276" w:lineRule="auto"/>
            </w:pPr>
            <w:r>
              <w:rPr>
                <w:rFonts w:ascii="宋体" w:hAnsi="宋体" w:eastAsia="宋体"/>
                <w:b w:val="0"/>
                <w:sz w:val="18"/>
              </w:rPr>
              <w:t>3．试一试：计算162×4。</w:t>
            </w:r>
          </w:p>
          <w:p>
            <w:pPr>
              <w:spacing w:after="20" w:line="276" w:lineRule="auto"/>
            </w:pPr>
            <w:r>
              <w:rPr>
                <w:rFonts w:ascii="宋体" w:hAnsi="宋体" w:eastAsia="宋体"/>
                <w:b w:val="0"/>
                <w:sz w:val="18"/>
              </w:rPr>
              <w:t>(1)学生独立完成，指名板演。</w:t>
            </w:r>
          </w:p>
          <w:p>
            <w:pPr>
              <w:spacing w:after="20" w:line="276" w:lineRule="auto"/>
            </w:pPr>
            <w:r>
              <w:rPr>
                <w:rFonts w:ascii="宋体" w:hAnsi="宋体" w:eastAsia="宋体"/>
                <w:b w:val="0"/>
                <w:sz w:val="18"/>
              </w:rPr>
              <w:t>(2)汇报交流，说一说乘的顺序。重点强调十位上6乘4的积是24，满“20”怎么办？</w:t>
            </w:r>
          </w:p>
          <w:p>
            <w:pPr>
              <w:spacing w:after="20" w:line="276" w:lineRule="auto"/>
            </w:pPr>
            <w:r>
              <w:rPr>
                <w:rFonts w:ascii="宋体" w:hAnsi="宋体" w:eastAsia="宋体"/>
                <w:b w:val="0"/>
                <w:sz w:val="18"/>
              </w:rPr>
              <w:t>引导学生说一说“乘的顺序是什么”“进位的小数字是几”“写在哪”。</w:t>
            </w:r>
          </w:p>
        </w:tc>
        <w:tc>
          <w:tcPr>
            <w:tcW w:type="dxa" w:w="3061"/>
          </w:tcPr>
          <w:p>
            <w:pPr>
              <w:spacing w:after="20" w:line="276" w:lineRule="auto"/>
            </w:pPr>
            <w:r/>
            <w:r>
              <w:rPr>
                <w:rFonts w:ascii="宋体" w:hAnsi="宋体" w:eastAsia="宋体"/>
                <w:b w:val="0"/>
                <w:sz w:val="18"/>
              </w:rPr>
              <w:t>学生总结：十位上1乘3得3，再加上个位上的数相乘满十向十位进的1，就得到4了。(教师板书：哪一位上乘得的积满几十，就要向前一位进几)</w:t>
            </w:r>
          </w:p>
          <w:p>
            <w:pPr>
              <w:spacing w:after="20" w:line="276" w:lineRule="auto"/>
            </w:pPr>
            <w:r>
              <w:rPr>
                <w:rFonts w:ascii="宋体" w:hAnsi="宋体" w:eastAsia="宋体"/>
                <w:b w:val="0"/>
                <w:sz w:val="18"/>
              </w:rPr>
              <w:t>4．讨论：在笔算乘法时，要注意什么？</w:t>
            </w:r>
          </w:p>
        </w:tc>
        <w:tc>
          <w:tcPr>
            <w:tcW w:type="dxa" w:w="1814"/>
          </w:tcPr>
          <w:p>
            <w:pPr>
              <w:spacing w:after="20" w:line="276" w:lineRule="auto"/>
            </w:pPr>
            <w:r/>
            <w:r>
              <w:rPr>
                <w:rFonts w:ascii="宋体" w:hAnsi="宋体" w:eastAsia="宋体"/>
                <w:b w:val="0"/>
                <w:sz w:val="18"/>
              </w:rPr>
              <w:t>围绕环节目标组织学习活动，引导学生主动参与、积极思考，核心问题："第一步的计算结果表示什么？第二步的计算结果表示什么？最后的计算结果又表示什么？"</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1.完成教科书P44“做一做”第1题。</w:t>
            </w:r>
          </w:p>
          <w:p>
            <w:pPr>
              <w:spacing w:after="20" w:line="276" w:lineRule="auto"/>
            </w:pPr>
            <w:r>
              <w:rPr>
                <w:rFonts w:ascii="宋体" w:hAnsi="宋体" w:eastAsia="宋体"/>
                <w:b w:val="0"/>
                <w:sz w:val="18"/>
              </w:rPr>
              <w:t>指名学生边展示边说计算过程，集体订正。</w:t>
            </w:r>
          </w:p>
          <w:p>
            <w:pPr>
              <w:spacing w:after="20" w:line="276" w:lineRule="auto"/>
            </w:pPr>
            <w:r>
              <w:rPr>
                <w:rFonts w:ascii="宋体" w:hAnsi="宋体" w:eastAsia="宋体"/>
                <w:b w:val="0"/>
                <w:sz w:val="18"/>
              </w:rPr>
              <w:t>2．完成教科书P44“做一做”第2题。</w:t>
            </w:r>
          </w:p>
          <w:p>
            <w:pPr>
              <w:spacing w:after="20" w:line="276" w:lineRule="auto"/>
            </w:pPr>
            <w:r>
              <w:rPr>
                <w:rFonts w:ascii="宋体" w:hAnsi="宋体" w:eastAsia="宋体"/>
                <w:b w:val="0"/>
                <w:sz w:val="18"/>
              </w:rPr>
              <w:t>3．完成教科书P46“练习九”第4题。</w:t>
            </w:r>
          </w:p>
          <w:p>
            <w:pPr>
              <w:spacing w:after="20" w:line="276" w:lineRule="auto"/>
            </w:pPr>
            <w:r>
              <w:rPr>
                <w:rFonts w:ascii="宋体" w:hAnsi="宋体" w:eastAsia="宋体"/>
                <w:b w:val="0"/>
                <w:sz w:val="18"/>
              </w:rPr>
              <w:t>4．完成教科书P46“练习九”第5、6题。</w:t>
            </w:r>
          </w:p>
        </w:tc>
        <w:tc>
          <w:tcPr>
            <w:tcW w:type="dxa" w:w="3061"/>
          </w:tcPr>
          <w:p>
            <w:pPr>
              <w:spacing w:after="20" w:line="276" w:lineRule="auto"/>
            </w:pPr>
            <w:r/>
            <w:r>
              <w:rPr>
                <w:rFonts w:ascii="宋体" w:hAnsi="宋体" w:eastAsia="宋体"/>
                <w:b w:val="0"/>
                <w:sz w:val="18"/>
              </w:rPr>
              <w:t>学生独立完成，教师巡视，指导学习有困难的学生进一步掌握笔算方法。</w:t>
            </w:r>
          </w:p>
          <w:p>
            <w:pPr>
              <w:spacing w:after="20" w:line="276" w:lineRule="auto"/>
            </w:pPr>
            <w:r>
              <w:rPr>
                <w:rFonts w:ascii="宋体" w:hAnsi="宋体" w:eastAsia="宋体"/>
                <w:b w:val="0"/>
                <w:sz w:val="18"/>
              </w:rPr>
              <w:t>学生独立完成，指名学生板演。然后集体讲解，说一说每一步计算的是什么。重点指导最后一题612×7的竖式计算方法。</w:t>
            </w:r>
          </w:p>
          <w:p>
            <w:pPr>
              <w:spacing w:after="20" w:line="276" w:lineRule="auto"/>
            </w:pPr>
            <w:r>
              <w:rPr>
                <w:rFonts w:ascii="宋体" w:hAnsi="宋体" w:eastAsia="宋体"/>
                <w:b w:val="0"/>
                <w:sz w:val="18"/>
              </w:rPr>
              <w:t>学生独立完成，教师指名回答，集体讲解。</w:t>
            </w:r>
          </w:p>
          <w:p>
            <w:pPr>
              <w:spacing w:after="20" w:line="276" w:lineRule="auto"/>
            </w:pPr>
            <w:r>
              <w:rPr>
                <w:rFonts w:ascii="宋体" w:hAnsi="宋体" w:eastAsia="宋体"/>
                <w:b w:val="0"/>
                <w:sz w:val="18"/>
              </w:rPr>
              <w:t>学生独立完成后交流。</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师：今天这一节课你有什么收获？</w:t>
            </w:r>
          </w:p>
          <w:p>
            <w:pPr>
              <w:spacing w:after="20" w:line="276" w:lineRule="auto"/>
            </w:pPr>
            <w:r>
              <w:rPr>
                <w:rFonts w:ascii="宋体" w:hAnsi="宋体" w:eastAsia="宋体"/>
                <w:b w:val="0"/>
                <w:sz w:val="18"/>
              </w:rPr>
              <w:t>在例2的教学设计上，先让学生独立计算，再结合小正方体图演示，一边操作，一边叙述过程，同时要用竖式记录每一步的操作过程。在写出简化后的竖式后，让学生结合直观图说一说积的每一位上的数表示的含义，让学生通过直观，将动作表征转化为符号表征，突破教学难点。然后放手让学生完成“试一试”，迁移类推三位数乘一位数(进位)的笔算方法。最后设计不同层次的练习，加强对算法应用的指导。</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引导学生回顾梳理本课所学，完善认知结构，提升归纳与反思能力，核心问题："今天这一节课你有什么收获？"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笔算乘法(2)</w:t>
      </w:r>
    </w:p>
    <w:p>
      <w:pPr>
        <w:spacing w:after="40" w:line="300" w:lineRule="auto"/>
      </w:pPr>
      <w:r>
        <w:rPr>
          <w:rFonts w:ascii="宋体" w:hAnsi="宋体" w:eastAsia="宋体"/>
          <w:b w:val="0"/>
          <w:sz w:val="20"/>
        </w:rPr>
        <w:t>哪一位上乘得的积满几十，就要向前一位进几。</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教科书P44例2，完成教科书P44“做一做”及P46“练习九”中第4～6题。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进位的笔算乘法是在学生初步学会乘法竖式(不进位)的基础上进行教学的。教学过程中让学生自主探究进位乘法的计算方法，经历探究的全过程。放手让学生运用知识迁移自主探究，通过“试着算一算”“说一说你是怎么想的”让学生独立思考解决问题，说清楚自己的思路，使学生不只是“知其然”，更要“知其所以然”。</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笔算乘法(3)</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笔算乘法(3)</w:t>
            </w:r>
          </w:p>
        </w:tc>
        <w:tc>
          <w:tcPr>
            <w:tcW w:type="dxa" w:w="6009"/>
          </w:tcPr>
          <w:p>
            <w:pPr>
              <w:spacing w:after="20" w:line="276" w:lineRule="auto"/>
            </w:pPr>
            <w:r/>
            <w:r>
              <w:rPr>
                <w:rFonts w:ascii="宋体" w:hAnsi="宋体" w:eastAsia="宋体"/>
                <w:b w:val="0"/>
                <w:sz w:val="20"/>
              </w:rPr>
              <w:t>第4单元 多位数乘一位数（笔算乘法）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（结合班情，从作业反馈、课前调查、访谈等途径诊断本班学生学习起点，明确本课学习的现实基础。）</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教学内容：教科书P45例3，完成教科书P45“做一做”及P47“练习九”中第7、8、10题。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（1）理解并掌握连续进位的笔算乘法的算理和计算方法，能正确计算。</w:t>
      </w:r>
    </w:p>
    <w:p>
      <w:pPr>
        <w:spacing w:after="20" w:line="300" w:lineRule="auto"/>
        <w:ind w:firstLine="400"/>
      </w:pPr>
      <w:r>
        <w:rPr>
          <w:rFonts w:ascii="宋体" w:hAnsi="宋体" w:eastAsia="宋体"/>
          <w:b w:val="0"/>
          <w:sz w:val="20"/>
        </w:rPr>
        <w:t>（2）经历探索连续进位的笔算乘法的计算过程，体验迁移类推的思想和方法，培养观察、比较、推理、概括的能力。</w:t>
      </w:r>
    </w:p>
    <w:p>
      <w:pPr>
        <w:spacing w:after="20" w:line="300" w:lineRule="auto"/>
        <w:ind w:firstLine="400"/>
      </w:pPr>
      <w:r>
        <w:rPr>
          <w:rFonts w:ascii="宋体" w:hAnsi="宋体" w:eastAsia="宋体"/>
          <w:b w:val="0"/>
          <w:sz w:val="20"/>
        </w:rPr>
        <w:t>（3）在解决实际问题的过程中感受数学知识源于生活，培养善于探索的精神。</w:t>
      </w:r>
    </w:p>
    <w:p>
      <w:pPr>
        <w:spacing w:after="20" w:line="300" w:lineRule="auto"/>
      </w:pPr>
      <w:r>
        <w:rPr>
          <w:rFonts w:ascii="宋体" w:hAnsi="宋体" w:eastAsia="宋体"/>
          <w:b w:val="0"/>
          <w:sz w:val="20"/>
        </w:rPr>
        <w:t>教学重点：掌握两、三位数乘一位数(连续进位)的笔算方法，能正确地进行计算。</w:t>
      </w:r>
    </w:p>
    <w:p>
      <w:pPr>
        <w:spacing w:after="20" w:line="300" w:lineRule="auto"/>
      </w:pPr>
      <w:r>
        <w:rPr>
          <w:rFonts w:ascii="宋体" w:hAnsi="宋体" w:eastAsia="宋体"/>
          <w:b w:val="0"/>
          <w:sz w:val="20"/>
        </w:rPr>
        <w:t>教学难点：探究连续进位乘法的笔算方法。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复习旧知，引入课题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自主探究，掌握方法</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从图中你获得了哪些数学信息？你能提出哪些数学问题？；怎样列式？</w:t>
            </w:r>
          </w:p>
        </w:tc>
        <w:tc>
          <w:tcPr>
            <w:tcW w:type="dxa" w:w="1361"/>
          </w:tcPr>
          <w:p>
            <w:pPr>
              <w:spacing w:after="20" w:line="276" w:lineRule="auto"/>
            </w:pPr>
            <w:r/>
            <w:r>
              <w:rPr>
                <w:rFonts w:ascii="宋体" w:hAnsi="宋体" w:eastAsia="宋体"/>
                <w:b w:val="0"/>
                <w:sz w:val="18"/>
              </w:rPr>
              <w:t>21分钟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这节课我们学习了连续进位的笔算乘法，你有什么收获？笔算时，要注意哪些问题？</w:t>
            </w:r>
          </w:p>
        </w:tc>
        <w:tc>
          <w:tcPr>
            <w:tcW w:type="dxa" w:w="1361"/>
          </w:tcPr>
          <w:p>
            <w:pPr>
              <w:spacing w:after="20" w:line="276" w:lineRule="auto"/>
            </w:pPr>
            <w:r/>
            <w:r>
              <w:rPr>
                <w:rFonts w:ascii="宋体" w:hAnsi="宋体" w:eastAsia="宋体"/>
                <w:b w:val="0"/>
                <w:sz w:val="18"/>
              </w:rPr>
              <w:t>7分钟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复习旧知，引入课题</w:t>
            </w:r>
          </w:p>
        </w:tc>
        <w:tc>
          <w:tcPr>
            <w:tcW w:type="dxa" w:w="3061"/>
          </w:tcPr>
          <w:p>
            <w:pPr>
              <w:spacing w:after="20" w:line="276" w:lineRule="auto"/>
            </w:pPr>
            <w:r/>
            <w:r>
              <w:rPr>
                <w:rFonts w:ascii="宋体" w:hAnsi="宋体" w:eastAsia="宋体"/>
                <w:b w:val="0"/>
                <w:sz w:val="18"/>
              </w:rPr>
              <w:t>1.口算。</w:t>
            </w:r>
          </w:p>
          <w:p>
            <w:pPr>
              <w:spacing w:after="20" w:line="276" w:lineRule="auto"/>
            </w:pPr>
            <w:r>
              <w:rPr>
                <w:rFonts w:ascii="宋体" w:hAnsi="宋体" w:eastAsia="宋体"/>
                <w:b w:val="0"/>
                <w:sz w:val="18"/>
              </w:rPr>
              <w:t>7×8＋6＝　　　　　3×5＋9＝　　　　　7×4＋5＝</w:t>
            </w:r>
          </w:p>
          <w:p>
            <w:pPr>
              <w:spacing w:after="20" w:line="276" w:lineRule="auto"/>
            </w:pPr>
            <w:r>
              <w:rPr>
                <w:rFonts w:ascii="宋体" w:hAnsi="宋体" w:eastAsia="宋体"/>
                <w:b w:val="0"/>
                <w:sz w:val="18"/>
              </w:rPr>
              <w:t>5×9＋5＝          2×8＋8＝          4×9＋7＝</w:t>
            </w:r>
          </w:p>
          <w:p>
            <w:pPr>
              <w:spacing w:after="20" w:line="276" w:lineRule="auto"/>
            </w:pPr>
            <w:r>
              <w:rPr>
                <w:rFonts w:ascii="宋体" w:hAnsi="宋体" w:eastAsia="宋体"/>
                <w:b w:val="0"/>
                <w:sz w:val="18"/>
              </w:rPr>
              <w:t>指名学生口答。</w:t>
            </w:r>
          </w:p>
          <w:p>
            <w:pPr>
              <w:spacing w:after="20" w:line="276" w:lineRule="auto"/>
            </w:pPr>
            <w:r>
              <w:rPr>
                <w:rFonts w:ascii="宋体" w:hAnsi="宋体" w:eastAsia="宋体"/>
                <w:b w:val="0"/>
                <w:sz w:val="18"/>
              </w:rPr>
              <w:t>2．列竖式计算。</w:t>
            </w:r>
          </w:p>
          <w:p>
            <w:pPr>
              <w:spacing w:after="20" w:line="276" w:lineRule="auto"/>
            </w:pPr>
            <w:r>
              <w:rPr>
                <w:rFonts w:ascii="宋体" w:hAnsi="宋体" w:eastAsia="宋体"/>
                <w:b w:val="0"/>
                <w:sz w:val="18"/>
              </w:rPr>
              <w:t>62×4＝　　　　　　　　　　263×3＝</w:t>
            </w:r>
          </w:p>
          <w:p>
            <w:pPr>
              <w:spacing w:after="20" w:line="276" w:lineRule="auto"/>
            </w:pPr>
            <w:r>
              <w:rPr>
                <w:rFonts w:ascii="宋体" w:hAnsi="宋体" w:eastAsia="宋体"/>
                <w:b w:val="0"/>
                <w:sz w:val="18"/>
              </w:rPr>
              <w:t>师：这节课我们继续学习笔算乘法。[板书课题：笔算乘法(3)]</w:t>
            </w:r>
          </w:p>
        </w:tc>
        <w:tc>
          <w:tcPr>
            <w:tcW w:type="dxa" w:w="3061"/>
          </w:tcPr>
          <w:p>
            <w:pPr>
              <w:spacing w:after="20" w:line="276" w:lineRule="auto"/>
            </w:pPr>
            <w:r/>
            <w:r>
              <w:rPr>
                <w:rFonts w:ascii="宋体" w:hAnsi="宋体" w:eastAsia="宋体"/>
                <w:b w:val="0"/>
                <w:sz w:val="18"/>
              </w:rPr>
              <w:t>学生独立完成后交流。</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自主探究，掌握方法</w:t>
            </w:r>
          </w:p>
        </w:tc>
        <w:tc>
          <w:tcPr>
            <w:tcW w:type="dxa" w:w="3061"/>
          </w:tcPr>
          <w:p>
            <w:pPr>
              <w:spacing w:after="20" w:line="276" w:lineRule="auto"/>
            </w:pPr>
            <w:r/>
            <w:r>
              <w:rPr>
                <w:rFonts w:ascii="宋体" w:hAnsi="宋体" w:eastAsia="宋体"/>
                <w:b w:val="0"/>
                <w:sz w:val="18"/>
              </w:rPr>
              <w:t>课件出示教科书P45例3情境图。</w:t>
            </w:r>
          </w:p>
          <w:p>
            <w:pPr>
              <w:spacing w:after="20" w:line="276" w:lineRule="auto"/>
            </w:pPr>
            <w:r>
              <w:rPr>
                <w:rFonts w:ascii="宋体" w:hAnsi="宋体" w:eastAsia="宋体"/>
                <w:b w:val="0"/>
                <w:sz w:val="18"/>
              </w:rPr>
              <w:t>1．观察情境图。</w:t>
            </w:r>
          </w:p>
          <w:p>
            <w:pPr>
              <w:spacing w:after="20" w:line="276" w:lineRule="auto"/>
            </w:pPr>
            <w:r>
              <w:rPr>
                <w:rFonts w:ascii="宋体" w:hAnsi="宋体" w:eastAsia="宋体"/>
                <w:b w:val="0"/>
                <w:sz w:val="18"/>
              </w:rPr>
              <w:t>师：从图中你获得了哪些数学信息？你能提出哪些数学问题？</w:t>
            </w:r>
          </w:p>
          <w:p>
            <w:pPr>
              <w:spacing w:after="20" w:line="276" w:lineRule="auto"/>
            </w:pPr>
            <w:r>
              <w:rPr>
                <w:rFonts w:ascii="宋体" w:hAnsi="宋体" w:eastAsia="宋体"/>
                <w:b w:val="0"/>
                <w:sz w:val="18"/>
              </w:rPr>
              <w:t>每箱24瓶，9箱矿泉水一共有多少瓶？</w:t>
            </w:r>
          </w:p>
          <w:p>
            <w:pPr>
              <w:spacing w:after="20" w:line="276" w:lineRule="auto"/>
            </w:pPr>
            <w:r>
              <w:rPr>
                <w:rFonts w:ascii="宋体" w:hAnsi="宋体" w:eastAsia="宋体"/>
                <w:b w:val="0"/>
                <w:sz w:val="18"/>
              </w:rPr>
              <w:t>师：怎样列式？</w:t>
            </w:r>
          </w:p>
          <w:p>
            <w:pPr>
              <w:spacing w:after="20" w:line="276" w:lineRule="auto"/>
            </w:pPr>
            <w:r>
              <w:rPr>
                <w:rFonts w:ascii="宋体" w:hAnsi="宋体" w:eastAsia="宋体"/>
                <w:b w:val="0"/>
                <w:sz w:val="18"/>
              </w:rPr>
              <w:t>根据学生的回答，板书：24×9。</w:t>
            </w:r>
          </w:p>
          <w:p>
            <w:pPr>
              <w:spacing w:after="20" w:line="276" w:lineRule="auto"/>
            </w:pPr>
            <w:r>
              <w:rPr>
                <w:rFonts w:ascii="宋体" w:hAnsi="宋体" w:eastAsia="宋体"/>
                <w:b w:val="0"/>
                <w:sz w:val="18"/>
              </w:rPr>
              <w:t>(1)尝试估算方法。</w:t>
            </w:r>
          </w:p>
          <w:p>
            <w:pPr>
              <w:spacing w:after="20" w:line="276" w:lineRule="auto"/>
            </w:pPr>
            <w:r>
              <w:rPr>
                <w:rFonts w:ascii="宋体" w:hAnsi="宋体" w:eastAsia="宋体"/>
                <w:b w:val="0"/>
                <w:sz w:val="18"/>
              </w:rPr>
              <w:t>师：请同学们估算一下，9箱矿泉水大约有多少瓶？</w:t>
            </w:r>
          </w:p>
          <w:p>
            <w:pPr>
              <w:spacing w:after="20" w:line="276" w:lineRule="auto"/>
            </w:pPr>
            <w:r>
              <w:rPr>
                <w:rFonts w:ascii="宋体" w:hAnsi="宋体" w:eastAsia="宋体"/>
                <w:b w:val="0"/>
                <w:sz w:val="18"/>
              </w:rPr>
              <w:t>10箱是240瓶，那么9箱矿泉水的数量一定比240瓶少。</w:t>
            </w:r>
          </w:p>
          <w:p>
            <w:pPr>
              <w:spacing w:after="20" w:line="276" w:lineRule="auto"/>
            </w:pPr>
            <w:r>
              <w:rPr>
                <w:rFonts w:ascii="宋体" w:hAnsi="宋体" w:eastAsia="宋体"/>
                <w:b w:val="0"/>
                <w:sz w:val="18"/>
              </w:rPr>
              <w:t>将24分别估成20和30，24×9的积就在180和270之间。</w:t>
            </w:r>
          </w:p>
          <w:p>
            <w:pPr>
              <w:spacing w:after="20" w:line="276" w:lineRule="auto"/>
            </w:pPr>
            <w:r>
              <w:rPr>
                <w:rFonts w:ascii="宋体" w:hAnsi="宋体" w:eastAsia="宋体"/>
                <w:b w:val="0"/>
                <w:sz w:val="18"/>
              </w:rPr>
              <w:t>(2)探究笔算方法。</w:t>
            </w:r>
          </w:p>
          <w:p>
            <w:pPr>
              <w:spacing w:after="20" w:line="276" w:lineRule="auto"/>
            </w:pPr>
            <w:r>
              <w:rPr>
                <w:rFonts w:ascii="宋体" w:hAnsi="宋体" w:eastAsia="宋体"/>
                <w:b w:val="0"/>
                <w:sz w:val="18"/>
              </w:rPr>
              <w:t>师：请同学们试着算一算。</w:t>
            </w:r>
          </w:p>
          <w:p>
            <w:pPr>
              <w:spacing w:after="20" w:line="276" w:lineRule="auto"/>
            </w:pPr>
            <w:r>
              <w:rPr>
                <w:rFonts w:ascii="宋体" w:hAnsi="宋体" w:eastAsia="宋体"/>
                <w:b w:val="0"/>
                <w:sz w:val="18"/>
              </w:rPr>
              <w:t>(3)全班交流。</w:t>
            </w:r>
          </w:p>
          <w:p>
            <w:pPr>
              <w:spacing w:after="20" w:line="276" w:lineRule="auto"/>
            </w:pPr>
            <w:r>
              <w:rPr>
                <w:rFonts w:ascii="宋体" w:hAnsi="宋体" w:eastAsia="宋体"/>
                <w:b w:val="0"/>
                <w:sz w:val="18"/>
              </w:rPr>
              <w:t>指名学生到黑板上板演自己的计算过程，并结合竖式说一说自己的计算方法。</w:t>
            </w:r>
          </w:p>
          <w:p>
            <w:pPr>
              <w:spacing w:after="20" w:line="276" w:lineRule="auto"/>
            </w:pPr>
            <w:r>
              <w:rPr>
                <w:rFonts w:ascii="宋体" w:hAnsi="宋体" w:eastAsia="宋体"/>
                <w:b w:val="0"/>
                <w:sz w:val="18"/>
              </w:rPr>
              <w:t>(4)根据学生的交流进行板书：</w:t>
            </w:r>
          </w:p>
          <w:p>
            <w:pPr>
              <w:spacing w:after="20" w:line="276" w:lineRule="auto"/>
            </w:pPr>
            <w:r>
              <w:rPr>
                <w:rFonts w:ascii="宋体" w:hAnsi="宋体" w:eastAsia="宋体"/>
                <w:b w:val="0"/>
                <w:sz w:val="18"/>
              </w:rPr>
              <w:t>(5)师：24×9的积就在180和270之间，计算结果216是合理的。</w:t>
            </w:r>
          </w:p>
          <w:p>
            <w:pPr>
              <w:spacing w:after="20" w:line="276" w:lineRule="auto"/>
            </w:pPr>
            <w:r>
              <w:rPr>
                <w:rFonts w:ascii="宋体" w:hAnsi="宋体" w:eastAsia="宋体"/>
                <w:b w:val="0"/>
                <w:sz w:val="18"/>
              </w:rPr>
              <w:t>3．试一试：计算326×8。</w:t>
            </w:r>
          </w:p>
          <w:p>
            <w:pPr>
              <w:spacing w:after="20" w:line="276" w:lineRule="auto"/>
            </w:pPr>
            <w:r>
              <w:rPr>
                <w:rFonts w:ascii="宋体" w:hAnsi="宋体" w:eastAsia="宋体"/>
                <w:b w:val="0"/>
                <w:sz w:val="18"/>
              </w:rPr>
              <w:t>(1)学生独立完成，指名板演。教师进行完善并板书。</w:t>
            </w:r>
          </w:p>
          <w:p>
            <w:pPr>
              <w:spacing w:after="20" w:line="276" w:lineRule="auto"/>
            </w:pPr>
            <w:r>
              <w:rPr>
                <w:rFonts w:ascii="宋体" w:hAnsi="宋体" w:eastAsia="宋体"/>
                <w:b w:val="0"/>
                <w:sz w:val="18"/>
              </w:rPr>
              <w:t>(2)交流汇报，重点交流连续进位的情况和积的书写位置。</w:t>
            </w:r>
          </w:p>
          <w:p>
            <w:pPr>
              <w:spacing w:after="20" w:line="276" w:lineRule="auto"/>
            </w:pPr>
            <w:r>
              <w:rPr>
                <w:rFonts w:ascii="宋体" w:hAnsi="宋体" w:eastAsia="宋体"/>
                <w:b w:val="0"/>
                <w:sz w:val="18"/>
              </w:rPr>
              <w:t>4．比较分析。</w:t>
            </w:r>
          </w:p>
          <w:p>
            <w:pPr>
              <w:spacing w:after="20" w:line="276" w:lineRule="auto"/>
            </w:pPr>
            <w:r>
              <w:rPr>
                <w:rFonts w:ascii="宋体" w:hAnsi="宋体" w:eastAsia="宋体"/>
                <w:b w:val="0"/>
                <w:sz w:val="18"/>
              </w:rPr>
              <w:t>课件出示例2、例3四个竖式。</w:t>
            </w:r>
          </w:p>
          <w:p>
            <w:pPr>
              <w:spacing w:after="20" w:line="276" w:lineRule="auto"/>
            </w:pPr>
            <w:r>
              <w:rPr>
                <w:rFonts w:ascii="宋体" w:hAnsi="宋体" w:eastAsia="宋体"/>
                <w:b w:val="0"/>
                <w:sz w:val="18"/>
              </w:rPr>
              <w:t>师：今天学的两道题与前一节课学的两道例题在计算过程中有什么相同和不同的地方？</w:t>
            </w:r>
          </w:p>
          <w:p>
            <w:pPr>
              <w:spacing w:after="20" w:line="276" w:lineRule="auto"/>
            </w:pPr>
            <w:r>
              <w:rPr>
                <w:rFonts w:ascii="宋体" w:hAnsi="宋体" w:eastAsia="宋体"/>
                <w:b w:val="0"/>
                <w:sz w:val="18"/>
              </w:rPr>
              <w:t>师：请同学们以小组为单位进行讨论，多位数乘一位数的乘法怎样笔算？</w:t>
            </w:r>
          </w:p>
          <w:p>
            <w:pPr>
              <w:spacing w:after="20" w:line="276" w:lineRule="auto"/>
            </w:pPr>
            <w:r>
              <w:rPr>
                <w:rFonts w:ascii="宋体" w:hAnsi="宋体" w:eastAsia="宋体"/>
                <w:b w:val="0"/>
                <w:sz w:val="18"/>
              </w:rPr>
              <w:t>师生在多轮交流、讨论中，总结出笔算的一般方法。</w:t>
            </w:r>
          </w:p>
          <w:p>
            <w:pPr>
              <w:spacing w:after="20" w:line="276" w:lineRule="auto"/>
            </w:pPr>
            <w:r>
              <w:rPr>
                <w:rFonts w:ascii="宋体" w:hAnsi="宋体" w:eastAsia="宋体"/>
                <w:b w:val="0"/>
                <w:sz w:val="18"/>
              </w:rPr>
              <w:t>(1)末位对齐，从个位起，用一位数依次乘多位数的每一位。</w:t>
            </w:r>
          </w:p>
          <w:p>
            <w:pPr>
              <w:spacing w:after="20" w:line="276" w:lineRule="auto"/>
            </w:pPr>
            <w:r>
              <w:rPr>
                <w:rFonts w:ascii="宋体" w:hAnsi="宋体" w:eastAsia="宋体"/>
                <w:b w:val="0"/>
                <w:sz w:val="18"/>
              </w:rPr>
              <w:t>(2)哪一位乘得的积满几十，就向前一位进几。</w:t>
            </w:r>
          </w:p>
        </w:tc>
        <w:tc>
          <w:tcPr>
            <w:tcW w:type="dxa" w:w="3061"/>
          </w:tcPr>
          <w:p>
            <w:pPr>
              <w:spacing w:after="20" w:line="276" w:lineRule="auto"/>
            </w:pPr>
            <w:r/>
            <w:r>
              <w:rPr>
                <w:rFonts w:ascii="宋体" w:hAnsi="宋体" w:eastAsia="宋体"/>
                <w:b w:val="0"/>
                <w:sz w:val="18"/>
              </w:rPr>
              <w:t>2．小组讨论，探究算法。</w:t>
            </w:r>
          </w:p>
          <w:p>
            <w:pPr>
              <w:spacing w:after="20" w:line="276" w:lineRule="auto"/>
            </w:pPr>
            <w:r>
              <w:rPr>
                <w:rFonts w:ascii="宋体" w:hAnsi="宋体" w:eastAsia="宋体"/>
                <w:b w:val="0"/>
                <w:sz w:val="18"/>
              </w:rPr>
              <w:t>学生独立估算后，全班交流讨论。</w:t>
            </w:r>
          </w:p>
          <w:p>
            <w:pPr>
              <w:spacing w:after="20" w:line="276" w:lineRule="auto"/>
            </w:pPr>
            <w:r>
              <w:rPr>
                <w:rFonts w:ascii="宋体" w:hAnsi="宋体" w:eastAsia="宋体"/>
                <w:b w:val="0"/>
                <w:sz w:val="18"/>
              </w:rPr>
              <w:t>学生可能的估算方法有：</w:t>
            </w:r>
          </w:p>
          <w:p>
            <w:pPr>
              <w:spacing w:after="20" w:line="276" w:lineRule="auto"/>
            </w:pPr>
            <w:r>
              <w:rPr>
                <w:rFonts w:ascii="宋体" w:hAnsi="宋体" w:eastAsia="宋体"/>
                <w:b w:val="0"/>
                <w:sz w:val="18"/>
              </w:rPr>
              <w:t>学生尝试自主解答，教师巡视指导。</w:t>
            </w:r>
          </w:p>
          <w:p>
            <w:pPr>
              <w:spacing w:after="20" w:line="276" w:lineRule="auto"/>
            </w:pPr>
            <w:r>
              <w:rPr>
                <w:rFonts w:ascii="宋体" w:hAnsi="宋体" w:eastAsia="宋体"/>
                <w:b w:val="0"/>
                <w:sz w:val="18"/>
              </w:rPr>
              <w:t>学生思考后交流发现：四道题计算时都要进位，前两题的计算只用进位一次，后两题计算时连续进位。</w:t>
            </w:r>
          </w:p>
          <w:p>
            <w:pPr>
              <w:spacing w:after="20" w:line="276" w:lineRule="auto"/>
            </w:pPr>
            <w:r>
              <w:rPr>
                <w:rFonts w:ascii="宋体" w:hAnsi="宋体" w:eastAsia="宋体"/>
                <w:b w:val="0"/>
                <w:sz w:val="18"/>
              </w:rPr>
              <w:t>5．小组讨论，总结算法。</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设计递进式探究活动，引导学生在动手实践与合作交流中经历知识形成过程，突破本课重难点，核心问题："从图中你获得了哪些数学信息？你能提出哪些数学问题？"</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1.完成教科书P45“做一做”。</w:t>
            </w:r>
          </w:p>
          <w:p>
            <w:pPr>
              <w:spacing w:after="20" w:line="276" w:lineRule="auto"/>
            </w:pPr>
            <w:r>
              <w:rPr>
                <w:rFonts w:ascii="宋体" w:hAnsi="宋体" w:eastAsia="宋体"/>
                <w:b w:val="0"/>
                <w:sz w:val="18"/>
              </w:rPr>
              <w:t>2．完成教科书P47“练习九”第7题。</w:t>
            </w:r>
          </w:p>
          <w:p>
            <w:pPr>
              <w:spacing w:after="20" w:line="276" w:lineRule="auto"/>
            </w:pPr>
            <w:r>
              <w:rPr>
                <w:rFonts w:ascii="宋体" w:hAnsi="宋体" w:eastAsia="宋体"/>
                <w:b w:val="0"/>
                <w:sz w:val="18"/>
              </w:rPr>
              <w:t>(1)先估一估，再独立列竖式计算。</w:t>
            </w:r>
          </w:p>
          <w:p>
            <w:pPr>
              <w:spacing w:after="20" w:line="276" w:lineRule="auto"/>
            </w:pPr>
            <w:r>
              <w:rPr>
                <w:rFonts w:ascii="宋体" w:hAnsi="宋体" w:eastAsia="宋体"/>
                <w:b w:val="0"/>
                <w:sz w:val="18"/>
              </w:rPr>
              <w:t>(2)汇报交流。</w:t>
            </w:r>
          </w:p>
          <w:p>
            <w:pPr>
              <w:spacing w:after="20" w:line="276" w:lineRule="auto"/>
            </w:pPr>
            <w:r>
              <w:rPr>
                <w:rFonts w:ascii="宋体" w:hAnsi="宋体" w:eastAsia="宋体"/>
                <w:b w:val="0"/>
                <w:sz w:val="18"/>
              </w:rPr>
              <w:t>3．完成教科书P47“练习九”第8题。</w:t>
            </w:r>
          </w:p>
          <w:p>
            <w:pPr>
              <w:spacing w:after="20" w:line="276" w:lineRule="auto"/>
            </w:pPr>
            <w:r>
              <w:rPr>
                <w:rFonts w:ascii="宋体" w:hAnsi="宋体" w:eastAsia="宋体"/>
                <w:b w:val="0"/>
                <w:sz w:val="18"/>
              </w:rPr>
              <w:t>先找出每题的错误原因，再改正。</w:t>
            </w:r>
          </w:p>
          <w:p>
            <w:pPr>
              <w:spacing w:after="20" w:line="276" w:lineRule="auto"/>
            </w:pPr>
            <w:r>
              <w:rPr>
                <w:rFonts w:ascii="宋体" w:hAnsi="宋体" w:eastAsia="宋体"/>
                <w:b w:val="0"/>
                <w:sz w:val="18"/>
              </w:rPr>
              <w:t>4．完成教科书P47“练习九”第10题。</w:t>
            </w:r>
          </w:p>
        </w:tc>
        <w:tc>
          <w:tcPr>
            <w:tcW w:type="dxa" w:w="3061"/>
          </w:tcPr>
          <w:p>
            <w:pPr>
              <w:spacing w:after="20" w:line="276" w:lineRule="auto"/>
            </w:pPr>
            <w:r/>
            <w:r>
              <w:rPr>
                <w:rFonts w:ascii="宋体" w:hAnsi="宋体" w:eastAsia="宋体"/>
                <w:b w:val="0"/>
                <w:sz w:val="18"/>
              </w:rPr>
              <w:t>学生独立计算，教师指名板演。</w:t>
            </w:r>
          </w:p>
          <w:p>
            <w:pPr>
              <w:spacing w:after="20" w:line="276" w:lineRule="auto"/>
            </w:pPr>
            <w:r>
              <w:rPr>
                <w:rFonts w:ascii="宋体" w:hAnsi="宋体" w:eastAsia="宋体"/>
                <w:b w:val="0"/>
                <w:sz w:val="18"/>
              </w:rPr>
              <w:t>学生独立完成，然后集体讲评。</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师：这节课我们学习了连续进位的笔算乘法，你有什么收获？笔算时，要注意哪些问题？</w:t>
            </w:r>
          </w:p>
          <w:p>
            <w:pPr>
              <w:spacing w:after="20" w:line="276" w:lineRule="auto"/>
            </w:pPr>
            <w:r>
              <w:rPr>
                <w:rFonts w:ascii="宋体" w:hAnsi="宋体" w:eastAsia="宋体"/>
                <w:b w:val="0"/>
                <w:sz w:val="18"/>
              </w:rPr>
              <w:t>例3的教学设计是先让学生估算，估计出积所在的区间，培养学生应用估算检验计算结果的意识。然后让学生独立计算，并交流算法，接着完成“试一试”，充分利用前面的知识迁移类推，自主解决连续进位的乘法。最后把例3和前面例2的计算过程进行对比，突破难点。让学生在大量计算的基础上，通过讨论交流，逐步归纳出“多位数乘一位数”的计算法则。</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引导学生回顾梳理本课所学，完善认知结构，提升归纳与反思能力，核心问题："这节课我们学习了连续进位的笔算乘法，你有什么收获？笔算时，要注意哪些问题？"</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教科书P45例3，完成教科书P45“做一做”及P47“练习九”中第7、8、10题。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通过组织学生自主探究多样的计算方法，让学生对计算方法有更深刻的体验和思考。在教学过程中启发学生用多种方法思考，多问问他们在计算过程中发现了什么，引导他们分析、归纳出多位数乘一位数(连续进位)的笔算方法。练习中注重对学生数学思维的训练，多让学生说说自己是怎么想的，这样才能达到良好的教学效果。</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笔算乘法(4)</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笔算乘法(4)</w:t>
            </w:r>
          </w:p>
        </w:tc>
        <w:tc>
          <w:tcPr>
            <w:tcW w:type="dxa" w:w="6009"/>
          </w:tcPr>
          <w:p>
            <w:pPr>
              <w:spacing w:after="20" w:line="276" w:lineRule="auto"/>
            </w:pPr>
            <w:r/>
            <w:r>
              <w:rPr>
                <w:rFonts w:ascii="宋体" w:hAnsi="宋体" w:eastAsia="宋体"/>
                <w:b w:val="0"/>
                <w:sz w:val="20"/>
              </w:rPr>
              <w:t>第4单元 多位数乘一位数（笔算乘法）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（结合班情，从作业反馈、课前调查、访谈等途径诊断本班学生学习起点，明确本课学习的现实基础。）</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教学内容：教科书P49～50例4、例5及相关“做一做”，完成教科书P52“练习十”中第1～4题。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（1）理解一个乘数为0和另一个乘数中间有0的乘法的算理，掌握其笔算方法，能正确进行计算。</w:t>
      </w:r>
    </w:p>
    <w:p>
      <w:pPr>
        <w:spacing w:after="20" w:line="300" w:lineRule="auto"/>
        <w:ind w:firstLine="400"/>
      </w:pPr>
      <w:r>
        <w:rPr>
          <w:rFonts w:ascii="宋体" w:hAnsi="宋体" w:eastAsia="宋体"/>
          <w:b w:val="0"/>
          <w:sz w:val="20"/>
        </w:rPr>
        <w:t>（2）经历乘数为0、乘数中间有0的乘法计算过程，体验迁移类推的数学思想和方法。</w:t>
      </w:r>
    </w:p>
    <w:p>
      <w:pPr>
        <w:spacing w:after="20" w:line="300" w:lineRule="auto"/>
        <w:ind w:firstLine="400"/>
      </w:pPr>
      <w:r>
        <w:rPr>
          <w:rFonts w:ascii="宋体" w:hAnsi="宋体" w:eastAsia="宋体"/>
          <w:b w:val="0"/>
          <w:sz w:val="20"/>
        </w:rPr>
        <w:t>（3）感受数学与生活的联系，培养学生积极探索、认真思考的良好习惯。</w:t>
      </w:r>
    </w:p>
    <w:p>
      <w:pPr>
        <w:spacing w:after="20" w:line="300" w:lineRule="auto"/>
      </w:pPr>
      <w:r>
        <w:rPr>
          <w:rFonts w:ascii="宋体" w:hAnsi="宋体" w:eastAsia="宋体"/>
          <w:b w:val="0"/>
          <w:sz w:val="20"/>
        </w:rPr>
        <w:t>教学重点：掌握0和任何数相乘都得0的算理，掌握乘数中间有0的乘法的笔算方法。</w:t>
      </w:r>
    </w:p>
    <w:p>
      <w:pPr>
        <w:spacing w:after="20" w:line="300" w:lineRule="auto"/>
      </w:pPr>
      <w:r>
        <w:rPr>
          <w:rFonts w:ascii="宋体" w:hAnsi="宋体" w:eastAsia="宋体"/>
          <w:b w:val="0"/>
          <w:sz w:val="20"/>
        </w:rPr>
        <w:t>教学难点：理解0和任何数相乘都得0的算理。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自主探究</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7个盘子里一共有多少个桃子？该怎样列式？；0和7相乘的积是0，那么0和别的数相乘的积也是0吗？</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探究乘数中间有0的乘法</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怎样列式？；同学们能估算一下大概有多少个座位吗？</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这一题是算式之间比较大小。谁来说一说需要注意什么？</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今天你们有哪些收获？</w:t>
            </w:r>
          </w:p>
        </w:tc>
        <w:tc>
          <w:tcPr>
            <w:tcW w:type="dxa" w:w="1361"/>
          </w:tcPr>
          <w:p>
            <w:pPr>
              <w:spacing w:after="20" w:line="276" w:lineRule="auto"/>
            </w:pPr>
            <w:r/>
            <w:r>
              <w:rPr>
                <w:rFonts w:ascii="宋体" w:hAnsi="宋体" w:eastAsia="宋体"/>
                <w:b w:val="0"/>
                <w:sz w:val="18"/>
              </w:rPr>
              <w:t>7分钟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复习导入</w:t>
            </w:r>
          </w:p>
        </w:tc>
        <w:tc>
          <w:tcPr>
            <w:tcW w:type="dxa" w:w="3061"/>
          </w:tcPr>
          <w:p>
            <w:pPr>
              <w:spacing w:after="20" w:line="276" w:lineRule="auto"/>
            </w:pPr>
            <w:r/>
            <w:r>
              <w:rPr>
                <w:rFonts w:ascii="宋体" w:hAnsi="宋体" w:eastAsia="宋体"/>
                <w:b w:val="0"/>
                <w:sz w:val="18"/>
              </w:rPr>
              <w:t>课件出示习题。</w:t>
            </w:r>
          </w:p>
          <w:p>
            <w:pPr>
              <w:spacing w:after="20" w:line="276" w:lineRule="auto"/>
            </w:pPr>
            <w:r>
              <w:rPr>
                <w:rFonts w:ascii="宋体" w:hAnsi="宋体" w:eastAsia="宋体"/>
                <w:b w:val="0"/>
                <w:sz w:val="18"/>
              </w:rPr>
              <w:t>列竖式计算。</w:t>
            </w:r>
          </w:p>
          <w:p>
            <w:pPr>
              <w:spacing w:after="20" w:line="276" w:lineRule="auto"/>
            </w:pPr>
            <w:r>
              <w:rPr>
                <w:rFonts w:ascii="宋体" w:hAnsi="宋体" w:eastAsia="宋体"/>
                <w:b w:val="0"/>
                <w:sz w:val="18"/>
              </w:rPr>
              <w:t>38×5　　　　　824×5</w:t>
            </w:r>
          </w:p>
          <w:p>
            <w:pPr>
              <w:spacing w:after="20" w:line="276" w:lineRule="auto"/>
            </w:pPr>
            <w:r>
              <w:rPr>
                <w:rFonts w:ascii="宋体" w:hAnsi="宋体" w:eastAsia="宋体"/>
                <w:b w:val="0"/>
                <w:sz w:val="18"/>
              </w:rPr>
              <w:t>指名学生上台板演，其他学生独立完成，再集体订正，对出现错误的，分析错误原因再改正。</w:t>
            </w:r>
          </w:p>
          <w:p>
            <w:pPr>
              <w:spacing w:after="20" w:line="276" w:lineRule="auto"/>
            </w:pPr>
            <w:r>
              <w:rPr>
                <w:rFonts w:ascii="宋体" w:hAnsi="宋体" w:eastAsia="宋体"/>
                <w:b w:val="0"/>
                <w:sz w:val="18"/>
              </w:rPr>
              <w:t>师：这节课我们继续学习笔算乘法。[板书课题：笔算乘法(4)]</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自主探究</w:t>
            </w:r>
          </w:p>
        </w:tc>
        <w:tc>
          <w:tcPr>
            <w:tcW w:type="dxa" w:w="3061"/>
          </w:tcPr>
          <w:p>
            <w:pPr>
              <w:spacing w:after="20" w:line="276" w:lineRule="auto"/>
            </w:pPr>
            <w:r/>
            <w:r>
              <w:rPr>
                <w:rFonts w:ascii="宋体" w:hAnsi="宋体" w:eastAsia="宋体"/>
                <w:b w:val="0"/>
                <w:sz w:val="18"/>
              </w:rPr>
              <w:t>1.课件出示教科书P49例4情境图。</w:t>
            </w:r>
          </w:p>
          <w:p>
            <w:pPr>
              <w:spacing w:after="20" w:line="276" w:lineRule="auto"/>
            </w:pPr>
            <w:r>
              <w:rPr>
                <w:rFonts w:ascii="宋体" w:hAnsi="宋体" w:eastAsia="宋体"/>
                <w:b w:val="0"/>
                <w:sz w:val="18"/>
              </w:rPr>
              <w:t>师：今天是小猴子星星的生日，它请小伙伴们品尝新鲜的大桃子。小伙伴们吃得兴高采烈，很快它们面前盘子里的桃子就被吃光了。每个小伙伴盘子里的桃子都被吃没了，数学上可以怎样表示？(0)</w:t>
            </w:r>
          </w:p>
          <w:p>
            <w:pPr>
              <w:spacing w:after="20" w:line="276" w:lineRule="auto"/>
            </w:pPr>
            <w:r>
              <w:rPr>
                <w:rFonts w:ascii="宋体" w:hAnsi="宋体" w:eastAsia="宋体"/>
                <w:b w:val="0"/>
                <w:sz w:val="18"/>
              </w:rPr>
              <w:t>师：7个盘子里一共有多少个桃子？该怎样列式？</w:t>
            </w:r>
          </w:p>
          <w:p>
            <w:pPr>
              <w:spacing w:after="20" w:line="276" w:lineRule="auto"/>
            </w:pPr>
            <w:r>
              <w:rPr>
                <w:rFonts w:ascii="宋体" w:hAnsi="宋体" w:eastAsia="宋体"/>
                <w:b w:val="0"/>
                <w:sz w:val="18"/>
              </w:rPr>
              <w:t>方法1：用加法算：0＋0＋0＋0＋0＋0＋0＝0(个)。</w:t>
            </w:r>
          </w:p>
          <w:p>
            <w:pPr>
              <w:spacing w:after="20" w:line="276" w:lineRule="auto"/>
            </w:pPr>
            <w:r>
              <w:rPr>
                <w:rFonts w:ascii="宋体" w:hAnsi="宋体" w:eastAsia="宋体"/>
                <w:b w:val="0"/>
                <w:sz w:val="18"/>
              </w:rPr>
              <w:t>方法2：用乘法算：0×7＝0(个)，7×0＝0(个)。</w:t>
            </w:r>
          </w:p>
          <w:p>
            <w:pPr>
              <w:spacing w:after="20" w:line="276" w:lineRule="auto"/>
            </w:pPr>
            <w:r>
              <w:rPr>
                <w:rFonts w:ascii="宋体" w:hAnsi="宋体" w:eastAsia="宋体"/>
                <w:b w:val="0"/>
                <w:sz w:val="18"/>
              </w:rPr>
              <w:t>2．猜想。</w:t>
            </w:r>
          </w:p>
          <w:p>
            <w:pPr>
              <w:spacing w:after="20" w:line="276" w:lineRule="auto"/>
            </w:pPr>
            <w:r>
              <w:rPr>
                <w:rFonts w:ascii="宋体" w:hAnsi="宋体" w:eastAsia="宋体"/>
                <w:b w:val="0"/>
                <w:sz w:val="18"/>
              </w:rPr>
              <w:t>师：0和7相乘的积是0，那么0和别的数相乘的积也是0吗？</w:t>
            </w:r>
          </w:p>
          <w:p>
            <w:pPr>
              <w:spacing w:after="20" w:line="276" w:lineRule="auto"/>
            </w:pPr>
            <w:r>
              <w:rPr>
                <w:rFonts w:ascii="宋体" w:hAnsi="宋体" w:eastAsia="宋体"/>
                <w:b w:val="0"/>
                <w:sz w:val="18"/>
              </w:rPr>
              <w:t>3．验证。</w:t>
            </w:r>
          </w:p>
          <w:p>
            <w:pPr>
              <w:spacing w:after="20" w:line="276" w:lineRule="auto"/>
            </w:pPr>
            <w:r>
              <w:rPr>
                <w:rFonts w:ascii="宋体" w:hAnsi="宋体" w:eastAsia="宋体"/>
                <w:b w:val="0"/>
                <w:sz w:val="18"/>
              </w:rPr>
              <w:t>想一想：0×3＝　　　　　9×0＝　　　　　0×0＝</w:t>
            </w:r>
          </w:p>
          <w:p>
            <w:pPr>
              <w:spacing w:after="20" w:line="276" w:lineRule="auto"/>
            </w:pPr>
            <w:r>
              <w:rPr>
                <w:rFonts w:ascii="宋体" w:hAnsi="宋体" w:eastAsia="宋体"/>
                <w:b w:val="0"/>
                <w:sz w:val="18"/>
              </w:rPr>
              <w:t>师：你还能举出更多的例子吗？</w:t>
            </w:r>
          </w:p>
          <w:p>
            <w:pPr>
              <w:spacing w:after="20" w:line="276" w:lineRule="auto"/>
            </w:pPr>
            <w:r>
              <w:rPr>
                <w:rFonts w:ascii="宋体" w:hAnsi="宋体" w:eastAsia="宋体"/>
                <w:b w:val="0"/>
                <w:sz w:val="18"/>
              </w:rPr>
              <w:t>4．归纳。</w:t>
            </w:r>
          </w:p>
          <w:p>
            <w:pPr>
              <w:spacing w:after="20" w:line="276" w:lineRule="auto"/>
            </w:pPr>
            <w:r>
              <w:rPr>
                <w:rFonts w:ascii="宋体" w:hAnsi="宋体" w:eastAsia="宋体"/>
                <w:b w:val="0"/>
                <w:sz w:val="18"/>
              </w:rPr>
              <w:t>师：你发现了什么？</w:t>
            </w:r>
          </w:p>
          <w:p>
            <w:pPr>
              <w:spacing w:after="20" w:line="276" w:lineRule="auto"/>
            </w:pPr>
            <w:r>
              <w:rPr>
                <w:rFonts w:ascii="宋体" w:hAnsi="宋体" w:eastAsia="宋体"/>
                <w:b w:val="0"/>
                <w:sz w:val="18"/>
              </w:rPr>
              <w:t>师生共同小结：0和任何数相乘都得0。(适时板书)</w:t>
            </w:r>
          </w:p>
          <w:p>
            <w:pPr>
              <w:spacing w:after="20" w:line="276" w:lineRule="auto"/>
            </w:pPr>
            <w:r>
              <w:rPr>
                <w:rFonts w:ascii="宋体" w:hAnsi="宋体" w:eastAsia="宋体"/>
                <w:b w:val="0"/>
                <w:sz w:val="18"/>
              </w:rPr>
              <w:t>5．巩固练习。</w:t>
            </w:r>
          </w:p>
          <w:p>
            <w:pPr>
              <w:spacing w:after="20" w:line="276" w:lineRule="auto"/>
            </w:pPr>
            <w:r>
              <w:rPr>
                <w:rFonts w:ascii="宋体" w:hAnsi="宋体" w:eastAsia="宋体"/>
                <w:b w:val="0"/>
                <w:sz w:val="18"/>
              </w:rPr>
              <w:t>完成教科书P49“做一做”。</w:t>
            </w:r>
          </w:p>
        </w:tc>
        <w:tc>
          <w:tcPr>
            <w:tcW w:type="dxa" w:w="3061"/>
          </w:tcPr>
          <w:p>
            <w:pPr>
              <w:spacing w:after="20" w:line="276" w:lineRule="auto"/>
            </w:pPr>
            <w:r/>
            <w:r>
              <w:rPr>
                <w:rFonts w:ascii="宋体" w:hAnsi="宋体" w:eastAsia="宋体"/>
                <w:b w:val="0"/>
                <w:sz w:val="18"/>
              </w:rPr>
              <w:t>学生自主完成，再集体交流。(适时板书)</w:t>
            </w:r>
          </w:p>
          <w:p>
            <w:pPr>
              <w:spacing w:after="20" w:line="276" w:lineRule="auto"/>
            </w:pPr>
            <w:r>
              <w:rPr>
                <w:rFonts w:ascii="宋体" w:hAnsi="宋体" w:eastAsia="宋体"/>
                <w:b w:val="0"/>
                <w:sz w:val="18"/>
              </w:rPr>
              <w:t>学生独立计算，根据乘法的意义说一说是怎样计算的？</w:t>
            </w:r>
          </w:p>
          <w:p>
            <w:pPr>
              <w:spacing w:after="20" w:line="276" w:lineRule="auto"/>
            </w:pPr>
            <w:r>
              <w:rPr>
                <w:rFonts w:ascii="宋体" w:hAnsi="宋体" w:eastAsia="宋体"/>
                <w:b w:val="0"/>
                <w:sz w:val="18"/>
              </w:rPr>
              <w:t>学生举例验证。</w:t>
            </w:r>
          </w:p>
          <w:p>
            <w:pPr>
              <w:spacing w:after="20" w:line="276" w:lineRule="auto"/>
            </w:pPr>
            <w:r>
              <w:rPr>
                <w:rFonts w:ascii="宋体" w:hAnsi="宋体" w:eastAsia="宋体"/>
                <w:b w:val="0"/>
                <w:sz w:val="18"/>
              </w:rPr>
              <w:t>学生独立完成，并说一说自己的判断依据，教师及时引导。注意第2题部分答案不唯一。</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设计递进式探究活动，引导学生在动手实践与合作交流中经历知识形成过程，突破本课重难点，核心问题："7个盘子里一共有多少个桃子？该怎样列式？"</w:t>
            </w:r>
          </w:p>
        </w:tc>
      </w:tr>
      <w:tr>
        <w:tc>
          <w:tcPr>
            <w:tcW w:type="dxa" w:w="1474"/>
          </w:tcPr>
          <w:p>
            <w:pPr>
              <w:spacing w:after="20" w:line="276" w:lineRule="auto"/>
            </w:pPr>
            <w:r>
              <w:rPr>
                <w:b/>
              </w:rPr>
            </w:r>
            <w:r>
              <w:rPr>
                <w:rFonts w:ascii="宋体" w:hAnsi="宋体" w:eastAsia="宋体"/>
                <w:b/>
                <w:sz w:val="18"/>
              </w:rPr>
              <w:t>探究乘数中间有0的乘法</w:t>
            </w:r>
          </w:p>
        </w:tc>
        <w:tc>
          <w:tcPr>
            <w:tcW w:type="dxa" w:w="3061"/>
          </w:tcPr>
          <w:p>
            <w:pPr>
              <w:spacing w:after="20" w:line="276" w:lineRule="auto"/>
            </w:pPr>
            <w:r/>
            <w:r>
              <w:rPr>
                <w:rFonts w:ascii="宋体" w:hAnsi="宋体" w:eastAsia="宋体"/>
                <w:b w:val="0"/>
                <w:sz w:val="18"/>
              </w:rPr>
              <w:t>1.课件出示教科书P50例5。</w:t>
            </w:r>
          </w:p>
          <w:p>
            <w:pPr>
              <w:spacing w:after="20" w:line="276" w:lineRule="auto"/>
            </w:pPr>
            <w:r>
              <w:rPr>
                <w:rFonts w:ascii="宋体" w:hAnsi="宋体" w:eastAsia="宋体"/>
                <w:b w:val="0"/>
                <w:sz w:val="18"/>
              </w:rPr>
              <w:t>师：怎样列式？</w:t>
            </w:r>
          </w:p>
          <w:p>
            <w:pPr>
              <w:spacing w:after="20" w:line="276" w:lineRule="auto"/>
            </w:pPr>
            <w:r>
              <w:rPr>
                <w:rFonts w:ascii="宋体" w:hAnsi="宋体" w:eastAsia="宋体"/>
                <w:b w:val="0"/>
                <w:sz w:val="18"/>
              </w:rPr>
              <w:t>根据学生的回答，板书：604×8。</w:t>
            </w:r>
          </w:p>
          <w:p>
            <w:pPr>
              <w:spacing w:after="20" w:line="276" w:lineRule="auto"/>
            </w:pPr>
            <w:r>
              <w:rPr>
                <w:rFonts w:ascii="宋体" w:hAnsi="宋体" w:eastAsia="宋体"/>
                <w:b w:val="0"/>
                <w:sz w:val="18"/>
              </w:rPr>
              <w:t>2．估算范围。</w:t>
            </w:r>
          </w:p>
          <w:p>
            <w:pPr>
              <w:spacing w:after="20" w:line="276" w:lineRule="auto"/>
            </w:pPr>
            <w:r>
              <w:rPr>
                <w:rFonts w:ascii="宋体" w:hAnsi="宋体" w:eastAsia="宋体"/>
                <w:b w:val="0"/>
                <w:sz w:val="18"/>
              </w:rPr>
              <w:t>师：同学们能估算一下大概有多少个座位吗？</w:t>
            </w:r>
          </w:p>
          <w:p>
            <w:pPr>
              <w:spacing w:after="20" w:line="276" w:lineRule="auto"/>
            </w:pPr>
            <w:r>
              <w:rPr>
                <w:rFonts w:ascii="宋体" w:hAnsi="宋体" w:eastAsia="宋体"/>
                <w:b w:val="0"/>
                <w:sz w:val="18"/>
              </w:rPr>
              <w:t>3．尝试计算。</w:t>
            </w:r>
          </w:p>
          <w:p>
            <w:pPr>
              <w:spacing w:after="20" w:line="276" w:lineRule="auto"/>
            </w:pPr>
            <w:r>
              <w:rPr>
                <w:rFonts w:ascii="宋体" w:hAnsi="宋体" w:eastAsia="宋体"/>
                <w:b w:val="0"/>
                <w:sz w:val="18"/>
              </w:rPr>
              <w:t>(1)请板演学生说说计算过程。</w:t>
            </w:r>
          </w:p>
          <w:p>
            <w:pPr>
              <w:spacing w:after="20" w:line="276" w:lineRule="auto"/>
            </w:pPr>
            <w:r>
              <w:rPr>
                <w:rFonts w:ascii="宋体" w:hAnsi="宋体" w:eastAsia="宋体"/>
                <w:b w:val="0"/>
                <w:sz w:val="18"/>
              </w:rPr>
              <w:t>604×8＝4832</w:t>
            </w:r>
          </w:p>
          <w:p>
            <w:pPr>
              <w:spacing w:after="20" w:line="276" w:lineRule="auto"/>
            </w:pPr>
            <w:r>
              <w:rPr>
                <w:rFonts w:ascii="宋体" w:hAnsi="宋体" w:eastAsia="宋体"/>
                <w:b w:val="0"/>
                <w:sz w:val="18"/>
              </w:rPr>
              <w:t>师：十位上写几？</w:t>
            </w:r>
          </w:p>
          <w:p>
            <w:pPr>
              <w:spacing w:after="20" w:line="276" w:lineRule="auto"/>
            </w:pPr>
            <w:r>
              <w:rPr>
                <w:rFonts w:ascii="宋体" w:hAnsi="宋体" w:eastAsia="宋体"/>
                <w:b w:val="0"/>
                <w:sz w:val="18"/>
              </w:rPr>
              <w:t>引导学生明确8和十位上的0也必须相乘，0×8＝0，个位上进了3，0＋3＝3，积的十位上应该写3。</w:t>
            </w:r>
          </w:p>
          <w:p>
            <w:pPr>
              <w:spacing w:after="20" w:line="276" w:lineRule="auto"/>
            </w:pPr>
            <w:r>
              <w:rPr>
                <w:rFonts w:ascii="宋体" w:hAnsi="宋体" w:eastAsia="宋体"/>
                <w:b w:val="0"/>
                <w:sz w:val="18"/>
              </w:rPr>
              <w:t>(2)搜集展示学生错误例子，师生共同指出错误原因。</w:t>
            </w:r>
          </w:p>
          <w:p>
            <w:pPr>
              <w:spacing w:after="20" w:line="276" w:lineRule="auto"/>
            </w:pPr>
            <w:r>
              <w:rPr>
                <w:rFonts w:ascii="宋体" w:hAnsi="宋体" w:eastAsia="宋体"/>
                <w:b w:val="0"/>
                <w:sz w:val="18"/>
              </w:rPr>
              <w:t>集体订正，教师引导学生纠正错误运算，并板书。</w:t>
            </w:r>
          </w:p>
          <w:p>
            <w:pPr>
              <w:spacing w:after="20" w:line="276" w:lineRule="auto"/>
            </w:pPr>
            <w:r>
              <w:rPr>
                <w:rFonts w:ascii="宋体" w:hAnsi="宋体" w:eastAsia="宋体"/>
                <w:b w:val="0"/>
                <w:sz w:val="18"/>
              </w:rPr>
              <w:t>5．对比练习。</w:t>
            </w:r>
          </w:p>
          <w:p>
            <w:pPr>
              <w:spacing w:after="20" w:line="276" w:lineRule="auto"/>
            </w:pPr>
            <w:r>
              <w:rPr>
                <w:rFonts w:ascii="宋体" w:hAnsi="宋体" w:eastAsia="宋体"/>
                <w:b w:val="0"/>
                <w:sz w:val="18"/>
              </w:rPr>
              <w:t>计算138×4，108×4，102×3。</w:t>
            </w:r>
          </w:p>
          <w:p>
            <w:pPr>
              <w:spacing w:after="20" w:line="276" w:lineRule="auto"/>
            </w:pPr>
            <w:r>
              <w:rPr>
                <w:rFonts w:ascii="宋体" w:hAnsi="宋体" w:eastAsia="宋体"/>
                <w:b w:val="0"/>
                <w:sz w:val="18"/>
              </w:rPr>
              <w:t>师：通过计算，你有什么发现？</w:t>
            </w:r>
          </w:p>
          <w:p>
            <w:pPr>
              <w:spacing w:after="20" w:line="276" w:lineRule="auto"/>
            </w:pPr>
            <w:r>
              <w:rPr>
                <w:rFonts w:ascii="宋体" w:hAnsi="宋体" w:eastAsia="宋体"/>
                <w:b w:val="0"/>
                <w:sz w:val="18"/>
              </w:rPr>
              <w:t>6．小结。</w:t>
            </w:r>
          </w:p>
          <w:p>
            <w:pPr>
              <w:spacing w:after="20" w:line="276" w:lineRule="auto"/>
            </w:pPr>
            <w:r>
              <w:rPr>
                <w:rFonts w:ascii="宋体" w:hAnsi="宋体" w:eastAsia="宋体"/>
                <w:b w:val="0"/>
                <w:sz w:val="18"/>
              </w:rPr>
              <w:t>师：计算乘数中间有0的乘法要注意什么？</w:t>
            </w:r>
          </w:p>
          <w:p>
            <w:pPr>
              <w:spacing w:after="20" w:line="276" w:lineRule="auto"/>
            </w:pPr>
            <w:r>
              <w:rPr>
                <w:rFonts w:ascii="宋体" w:hAnsi="宋体" w:eastAsia="宋体"/>
                <w:b w:val="0"/>
                <w:sz w:val="18"/>
              </w:rPr>
              <w:t>师生共同总结：乘数中间有0的乘法和前面学习过的乘法相同，即使十位上是0也要乘。当个位积不满十时，积的十位上要用0占位。</w:t>
            </w:r>
          </w:p>
          <w:p>
            <w:pPr>
              <w:spacing w:after="20" w:line="276" w:lineRule="auto"/>
            </w:pPr>
            <w:r>
              <w:rPr>
                <w:rFonts w:ascii="宋体" w:hAnsi="宋体" w:eastAsia="宋体"/>
                <w:b w:val="0"/>
                <w:sz w:val="18"/>
              </w:rPr>
              <w:t>7．即时练习。</w:t>
            </w:r>
          </w:p>
          <w:p>
            <w:pPr>
              <w:spacing w:after="20" w:line="276" w:lineRule="auto"/>
            </w:pPr>
            <w:r>
              <w:rPr>
                <w:rFonts w:ascii="宋体" w:hAnsi="宋体" w:eastAsia="宋体"/>
                <w:b w:val="0"/>
                <w:sz w:val="18"/>
              </w:rPr>
              <w:t>完成教科书P50“做一做”第1题。</w:t>
            </w:r>
          </w:p>
        </w:tc>
        <w:tc>
          <w:tcPr>
            <w:tcW w:type="dxa" w:w="3061"/>
          </w:tcPr>
          <w:p>
            <w:pPr>
              <w:spacing w:after="20" w:line="276" w:lineRule="auto"/>
            </w:pPr>
            <w:r/>
            <w:r>
              <w:rPr>
                <w:rFonts w:ascii="宋体" w:hAnsi="宋体" w:eastAsia="宋体"/>
                <w:b w:val="0"/>
                <w:sz w:val="18"/>
              </w:rPr>
              <w:t>学生交流估算方法：604≈600，600×8＝4800，座位数应该比4800个多一些。</w:t>
            </w:r>
          </w:p>
          <w:p>
            <w:pPr>
              <w:spacing w:after="20" w:line="276" w:lineRule="auto"/>
            </w:pPr>
            <w:r>
              <w:rPr>
                <w:rFonts w:ascii="宋体" w:hAnsi="宋体" w:eastAsia="宋体"/>
                <w:b w:val="0"/>
                <w:sz w:val="18"/>
              </w:rPr>
              <w:t>学生独立计算，指定两名学生板演。</w:t>
            </w:r>
          </w:p>
          <w:p>
            <w:pPr>
              <w:spacing w:after="20" w:line="276" w:lineRule="auto"/>
            </w:pPr>
            <w:r>
              <w:rPr>
                <w:rFonts w:ascii="宋体" w:hAnsi="宋体" w:eastAsia="宋体"/>
                <w:b w:val="0"/>
                <w:sz w:val="18"/>
              </w:rPr>
              <w:t>4．汇报交流，明确算法。</w:t>
            </w:r>
          </w:p>
          <w:p>
            <w:pPr>
              <w:spacing w:after="20" w:line="276" w:lineRule="auto"/>
            </w:pPr>
            <w:r>
              <w:rPr>
                <w:rFonts w:ascii="宋体" w:hAnsi="宋体" w:eastAsia="宋体"/>
                <w:b w:val="0"/>
                <w:sz w:val="18"/>
              </w:rPr>
              <w:t>学生独立完成，指名板演。</w:t>
            </w:r>
          </w:p>
          <w:p>
            <w:pPr>
              <w:spacing w:after="20" w:line="276" w:lineRule="auto"/>
            </w:pPr>
            <w:r>
              <w:rPr>
                <w:rFonts w:ascii="宋体" w:hAnsi="宋体" w:eastAsia="宋体"/>
                <w:b w:val="0"/>
                <w:sz w:val="18"/>
              </w:rPr>
              <w:t>学生独立完成，集体订正。</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设计递进式探究活动，引导学生在动手实践与合作交流中经历知识形成过程，突破本课重难点，核心问题："怎样列式？"</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1.完成教科书P52“练习十”第1题。</w:t>
            </w:r>
          </w:p>
          <w:p>
            <w:pPr>
              <w:spacing w:after="20" w:line="276" w:lineRule="auto"/>
            </w:pPr>
            <w:r>
              <w:rPr>
                <w:rFonts w:ascii="宋体" w:hAnsi="宋体" w:eastAsia="宋体"/>
                <w:b w:val="0"/>
                <w:sz w:val="18"/>
              </w:rPr>
              <w:t>2．完成教科书P52“练习十”第2题。</w:t>
            </w:r>
          </w:p>
          <w:p>
            <w:pPr>
              <w:spacing w:after="20" w:line="276" w:lineRule="auto"/>
            </w:pPr>
            <w:r>
              <w:rPr>
                <w:rFonts w:ascii="宋体" w:hAnsi="宋体" w:eastAsia="宋体"/>
                <w:b w:val="0"/>
                <w:sz w:val="18"/>
              </w:rPr>
              <w:t>师：这一题是算式之间比较大小。谁来说一说需要注意什么？</w:t>
            </w:r>
          </w:p>
          <w:p>
            <w:pPr>
              <w:spacing w:after="20" w:line="276" w:lineRule="auto"/>
            </w:pPr>
            <w:r>
              <w:rPr>
                <w:rFonts w:ascii="宋体" w:hAnsi="宋体" w:eastAsia="宋体"/>
                <w:b w:val="0"/>
                <w:sz w:val="18"/>
              </w:rPr>
              <w:t>3．完成教科书P52“练习十”第3题。</w:t>
            </w:r>
          </w:p>
          <w:p>
            <w:pPr>
              <w:spacing w:after="20" w:line="276" w:lineRule="auto"/>
            </w:pPr>
            <w:r>
              <w:rPr>
                <w:rFonts w:ascii="宋体" w:hAnsi="宋体" w:eastAsia="宋体"/>
                <w:b w:val="0"/>
                <w:sz w:val="18"/>
              </w:rPr>
              <w:t>(1)学生独立完成，教师指名学生板演。</w:t>
            </w:r>
          </w:p>
          <w:p>
            <w:pPr>
              <w:spacing w:after="20" w:line="276" w:lineRule="auto"/>
            </w:pPr>
            <w:r>
              <w:rPr>
                <w:rFonts w:ascii="宋体" w:hAnsi="宋体" w:eastAsia="宋体"/>
                <w:b w:val="0"/>
                <w:sz w:val="18"/>
              </w:rPr>
              <w:t>(2)教师巡视，辅导学习有困难的学生。</w:t>
            </w:r>
          </w:p>
          <w:p>
            <w:pPr>
              <w:spacing w:after="20" w:line="276" w:lineRule="auto"/>
            </w:pPr>
            <w:r>
              <w:rPr>
                <w:rFonts w:ascii="宋体" w:hAnsi="宋体" w:eastAsia="宋体"/>
                <w:b w:val="0"/>
                <w:sz w:val="18"/>
              </w:rPr>
              <w:t>(3)集体评议。</w:t>
            </w:r>
          </w:p>
          <w:p>
            <w:pPr>
              <w:spacing w:after="20" w:line="276" w:lineRule="auto"/>
            </w:pPr>
            <w:r>
              <w:rPr>
                <w:rFonts w:ascii="宋体" w:hAnsi="宋体" w:eastAsia="宋体"/>
                <w:b w:val="0"/>
                <w:sz w:val="18"/>
              </w:rPr>
              <w:t>4．完成教科书P52“练习十”第4题。</w:t>
            </w:r>
          </w:p>
        </w:tc>
        <w:tc>
          <w:tcPr>
            <w:tcW w:type="dxa" w:w="3061"/>
          </w:tcPr>
          <w:p>
            <w:pPr>
              <w:spacing w:after="20" w:line="276" w:lineRule="auto"/>
            </w:pPr>
            <w:r/>
            <w:r>
              <w:rPr>
                <w:rFonts w:ascii="宋体" w:hAnsi="宋体" w:eastAsia="宋体"/>
                <w:b w:val="0"/>
                <w:sz w:val="18"/>
              </w:rPr>
              <w:t>学生独立完成，然后交流。</w:t>
            </w:r>
          </w:p>
          <w:p>
            <w:pPr>
              <w:spacing w:after="20" w:line="276" w:lineRule="auto"/>
            </w:pPr>
            <w:r>
              <w:rPr>
                <w:rFonts w:ascii="宋体" w:hAnsi="宋体" w:eastAsia="宋体"/>
                <w:b w:val="0"/>
                <w:sz w:val="18"/>
              </w:rPr>
              <w:t>学生完成后组织学生反馈汇报。</w:t>
            </w:r>
          </w:p>
          <w:p>
            <w:pPr>
              <w:spacing w:after="20" w:line="276" w:lineRule="auto"/>
            </w:pPr>
            <w:r>
              <w:rPr>
                <w:rFonts w:ascii="宋体" w:hAnsi="宋体" w:eastAsia="宋体"/>
                <w:b w:val="0"/>
                <w:sz w:val="18"/>
              </w:rPr>
              <w:t>学生自主完成后相互交流，然后集体展示。</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通过有层次的练习及时反馈学情，巩固新知，培养学生灵活运用知识解决问题的能力，核心问题："这一题是算式之间比较大小。谁来说一说需要注意什么？"</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师：今天你们有哪些收获？和同桌说说。</w:t>
            </w:r>
          </w:p>
          <w:p>
            <w:pPr>
              <w:spacing w:after="20" w:line="276" w:lineRule="auto"/>
            </w:pPr>
            <w:r>
              <w:rPr>
                <w:rFonts w:ascii="宋体" w:hAnsi="宋体" w:eastAsia="宋体"/>
                <w:b w:val="0"/>
                <w:sz w:val="18"/>
              </w:rPr>
              <w:t>例4借助小猴吃桃子的情境引出有关0的乘法，先通过7个空盘子，让学生直观感知一个桃子都没有的客观事实，再让学生列式计算。通过例题的计算提出猜想，然后呈现一些0作乘数的算式，让学生根据乘法的意义计算出结果，并举例验证，在大量举例的基础上归纳出“0和任何数相乘都得0”的结论，随后完成“做一做”。让学生经历“猜想—验证—归纳—应用”的全过程，发展学生的推理意识。例5先让学生估算，明确范围，接着让学生独立计算，明确算法。例5教学完后，出示一组比较题，加强比较辨析，沟通知识间的联系。</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引导学生回顾梳理本课所学，完善认知结构，提升归纳与反思能力，核心问题："今天你们有哪些收获？"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笔算乘法(4)</w:t>
      </w:r>
    </w:p>
    <w:p>
      <w:pPr>
        <w:spacing w:after="40" w:line="300" w:lineRule="auto"/>
      </w:pPr>
      <w:r>
        <w:rPr>
          <w:rFonts w:ascii="宋体" w:hAnsi="宋体" w:eastAsia="宋体"/>
          <w:b w:val="0"/>
          <w:sz w:val="20"/>
        </w:rPr>
        <w:t>0＋0＋0＋0＋0＋0＋0＝0(个)</w:t>
      </w:r>
    </w:p>
    <w:p>
      <w:pPr>
        <w:spacing w:after="40" w:line="300" w:lineRule="auto"/>
      </w:pPr>
      <w:r>
        <w:rPr>
          <w:rFonts w:ascii="宋体" w:hAnsi="宋体" w:eastAsia="宋体"/>
          <w:b w:val="0"/>
          <w:sz w:val="20"/>
        </w:rPr>
        <w:t>7×0＝0(个)</w:t>
      </w:r>
    </w:p>
    <w:p>
      <w:pPr>
        <w:spacing w:after="40" w:line="300" w:lineRule="auto"/>
      </w:pPr>
      <w:r>
        <w:rPr>
          <w:rFonts w:ascii="宋体" w:hAnsi="宋体" w:eastAsia="宋体"/>
          <w:b w:val="0"/>
          <w:sz w:val="20"/>
        </w:rPr>
        <w:t>0×7＝0(个)</w:t>
      </w:r>
    </w:p>
    <w:p>
      <w:pPr>
        <w:spacing w:after="40" w:line="300" w:lineRule="auto"/>
      </w:pPr>
      <w:r>
        <w:rPr>
          <w:rFonts w:ascii="宋体" w:hAnsi="宋体" w:eastAsia="宋体"/>
          <w:b w:val="0"/>
          <w:sz w:val="20"/>
        </w:rPr>
        <w:t>0和任何数相乘都得0。</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教科书P49～50例4、例5及相关“做一做”，完成教科书P52“练习十”中第1～4题。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课堂中放手让学生大胆地尝试、体验，激励每一个学生在学习过程中独立思考，鼓励学生发现问题、提出问题，并与同伴交流。引导学生思考计算方法，在自主探索、合作交流中明白算理，掌握算法。收集学生错误例子并让学生说出错的原因，这实际上也是让学生学会说算理，从而提高计算能力。同时，多说还能促进学生表达、计算、分析、思维等能力的全面发展。</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笔算乘法(5)</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笔算乘法(5)</w:t>
            </w:r>
          </w:p>
        </w:tc>
        <w:tc>
          <w:tcPr>
            <w:tcW w:type="dxa" w:w="6009"/>
          </w:tcPr>
          <w:p>
            <w:pPr>
              <w:spacing w:after="20" w:line="276" w:lineRule="auto"/>
            </w:pPr>
            <w:r/>
            <w:r>
              <w:rPr>
                <w:rFonts w:ascii="宋体" w:hAnsi="宋体" w:eastAsia="宋体"/>
                <w:b w:val="0"/>
                <w:sz w:val="20"/>
              </w:rPr>
              <w:t>第4单元 多位数乘一位数（笔算乘法）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（结合班情，从作业反馈、课前调查、访谈等途径诊断本班学生学习起点，明确本课学习的现实基础。）</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教学内容：教科书P50例6，完成教科书P50“做一做”第2题及P52～53“练习十”中第5～8、11、12题。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（1）理解乘数末尾有0的乘法算理，掌握其笔算方法，并能准确计算。</w:t>
      </w:r>
    </w:p>
    <w:p>
      <w:pPr>
        <w:spacing w:after="20" w:line="300" w:lineRule="auto"/>
        <w:ind w:firstLine="400"/>
      </w:pPr>
      <w:r>
        <w:rPr>
          <w:rFonts w:ascii="宋体" w:hAnsi="宋体" w:eastAsia="宋体"/>
          <w:b w:val="0"/>
          <w:sz w:val="20"/>
        </w:rPr>
        <w:t>（2）通过知识的迁移，经历乘数末尾有0的乘法计算过程，体验计算方法的多样性以及迁移类推的思想和方法。</w:t>
      </w:r>
    </w:p>
    <w:p>
      <w:pPr>
        <w:spacing w:after="20" w:line="300" w:lineRule="auto"/>
        <w:ind w:firstLine="400"/>
      </w:pPr>
      <w:r>
        <w:rPr>
          <w:rFonts w:ascii="宋体" w:hAnsi="宋体" w:eastAsia="宋体"/>
          <w:b w:val="0"/>
          <w:sz w:val="20"/>
        </w:rPr>
        <w:t>（3）经历在情境中解决问题的过程，感悟数学知识源于生活，培养认真分析、积极思考的良好习惯。</w:t>
      </w:r>
    </w:p>
    <w:p>
      <w:pPr>
        <w:spacing w:after="20" w:line="300" w:lineRule="auto"/>
      </w:pPr>
      <w:r>
        <w:rPr>
          <w:rFonts w:ascii="宋体" w:hAnsi="宋体" w:eastAsia="宋体"/>
          <w:b w:val="0"/>
          <w:sz w:val="20"/>
        </w:rPr>
        <w:t>教学重点：正确熟练地计算乘数末尾有0的乘法。</w:t>
      </w:r>
    </w:p>
    <w:p>
      <w:pPr>
        <w:spacing w:after="20" w:line="300" w:lineRule="auto"/>
      </w:pPr>
      <w:r>
        <w:rPr>
          <w:rFonts w:ascii="宋体" w:hAnsi="宋体" w:eastAsia="宋体"/>
          <w:b w:val="0"/>
          <w:sz w:val="20"/>
        </w:rPr>
        <w:t>教学难点：理解乘数末尾有0的乘法简便算法的算理。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复习导入，揭示课题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创设情境，探索新知</w:t>
            </w:r>
          </w:p>
        </w:tc>
        <w:tc>
          <w:tcPr>
            <w:tcW w:type="dxa" w:w="1814"/>
          </w:tcPr>
          <w:p>
            <w:pPr>
              <w:spacing w:after="20" w:line="276" w:lineRule="auto"/>
            </w:pPr>
            <w:r/>
            <w:r>
              <w:rPr>
                <w:rFonts w:ascii="宋体" w:hAnsi="宋体" w:eastAsia="宋体"/>
                <w:b w:val="0"/>
                <w:sz w:val="18"/>
              </w:rPr>
              <w:t>课件、教科书、练习本</w:t>
            </w:r>
          </w:p>
        </w:tc>
        <w:tc>
          <w:tcPr>
            <w:tcW w:type="dxa" w:w="3402"/>
          </w:tcPr>
          <w:p>
            <w:pPr>
              <w:spacing w:after="20" w:line="276" w:lineRule="auto"/>
            </w:pPr>
            <w:r/>
            <w:r>
              <w:rPr>
                <w:rFonts w:ascii="宋体" w:hAnsi="宋体" w:eastAsia="宋体"/>
                <w:b w:val="0"/>
                <w:sz w:val="18"/>
              </w:rPr>
              <w:t>怎样列式？为什么这样列式？；都算出来了吗？你们是怎么算的？</w:t>
            </w:r>
          </w:p>
        </w:tc>
        <w:tc>
          <w:tcPr>
            <w:tcW w:type="dxa" w:w="1361"/>
          </w:tcPr>
          <w:p>
            <w:pPr>
              <w:spacing w:after="20" w:line="276" w:lineRule="auto"/>
            </w:pPr>
            <w:r/>
            <w:r>
              <w:rPr>
                <w:rFonts w:ascii="宋体" w:hAnsi="宋体" w:eastAsia="宋体"/>
                <w:b w:val="0"/>
                <w:sz w:val="18"/>
              </w:rPr>
              <w:t>16分钟</w:t>
            </w:r>
          </w:p>
        </w:tc>
      </w:tr>
      <w:tr>
        <w:tc>
          <w:tcPr>
            <w:tcW w:type="dxa" w:w="2835"/>
          </w:tcPr>
          <w:p>
            <w:pPr>
              <w:spacing w:after="20" w:line="276" w:lineRule="auto"/>
            </w:pPr>
            <w:r/>
            <w:r>
              <w:rPr>
                <w:rFonts w:ascii="宋体" w:hAnsi="宋体" w:eastAsia="宋体"/>
                <w:b w:val="0"/>
                <w:sz w:val="18"/>
              </w:rPr>
              <w:t>课堂练习，巩固应用</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这节课你们有哪些收获？</w:t>
            </w:r>
          </w:p>
        </w:tc>
        <w:tc>
          <w:tcPr>
            <w:tcW w:type="dxa" w:w="1361"/>
          </w:tcPr>
          <w:p>
            <w:pPr>
              <w:spacing w:after="20" w:line="276" w:lineRule="auto"/>
            </w:pPr>
            <w:r/>
            <w:r>
              <w:rPr>
                <w:rFonts w:ascii="宋体" w:hAnsi="宋体" w:eastAsia="宋体"/>
                <w:b w:val="0"/>
                <w:sz w:val="18"/>
              </w:rPr>
              <w:t>10分钟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复习导入，揭示课题</w:t>
            </w:r>
          </w:p>
        </w:tc>
        <w:tc>
          <w:tcPr>
            <w:tcW w:type="dxa" w:w="3061"/>
          </w:tcPr>
          <w:p>
            <w:pPr>
              <w:spacing w:after="20" w:line="276" w:lineRule="auto"/>
            </w:pPr>
            <w:r/>
            <w:r>
              <w:rPr>
                <w:rFonts w:ascii="宋体" w:hAnsi="宋体" w:eastAsia="宋体"/>
                <w:b w:val="0"/>
                <w:sz w:val="18"/>
              </w:rPr>
              <w:t>1.口算复习。</w:t>
            </w:r>
          </w:p>
          <w:p>
            <w:pPr>
              <w:spacing w:after="20" w:line="276" w:lineRule="auto"/>
            </w:pPr>
            <w:r>
              <w:rPr>
                <w:rFonts w:ascii="宋体" w:hAnsi="宋体" w:eastAsia="宋体"/>
                <w:b w:val="0"/>
                <w:sz w:val="18"/>
              </w:rPr>
              <w:t>课件出示口算题，指名学生回答。</w:t>
            </w:r>
          </w:p>
          <w:p>
            <w:pPr>
              <w:spacing w:after="20" w:line="276" w:lineRule="auto"/>
            </w:pPr>
            <w:r>
              <w:rPr>
                <w:rFonts w:ascii="宋体" w:hAnsi="宋体" w:eastAsia="宋体"/>
                <w:b w:val="0"/>
                <w:sz w:val="18"/>
              </w:rPr>
              <w:t>13×3＝　　　　130×3＝　　　　400×3＝</w:t>
            </w:r>
          </w:p>
          <w:p>
            <w:pPr>
              <w:spacing w:after="20" w:line="276" w:lineRule="auto"/>
            </w:pPr>
            <w:r>
              <w:rPr>
                <w:rFonts w:ascii="宋体" w:hAnsi="宋体" w:eastAsia="宋体"/>
                <w:b w:val="0"/>
                <w:sz w:val="18"/>
              </w:rPr>
              <w:t>40×6＝        400×6＝        500×9＝</w:t>
            </w:r>
          </w:p>
          <w:p>
            <w:pPr>
              <w:spacing w:after="20" w:line="276" w:lineRule="auto"/>
            </w:pPr>
            <w:r>
              <w:rPr>
                <w:rFonts w:ascii="宋体" w:hAnsi="宋体" w:eastAsia="宋体"/>
                <w:b w:val="0"/>
                <w:sz w:val="18"/>
              </w:rPr>
              <w:t>2．笔算复习。</w:t>
            </w:r>
          </w:p>
          <w:p>
            <w:pPr>
              <w:spacing w:after="20" w:line="276" w:lineRule="auto"/>
            </w:pPr>
            <w:r>
              <w:rPr>
                <w:rFonts w:ascii="宋体" w:hAnsi="宋体" w:eastAsia="宋体"/>
                <w:b w:val="0"/>
                <w:sz w:val="18"/>
              </w:rPr>
              <w:t>课件出示习题。列竖式计算。</w:t>
            </w:r>
          </w:p>
          <w:p>
            <w:pPr>
              <w:spacing w:after="20" w:line="276" w:lineRule="auto"/>
            </w:pPr>
            <w:r>
              <w:rPr>
                <w:rFonts w:ascii="宋体" w:hAnsi="宋体" w:eastAsia="宋体"/>
                <w:b w:val="0"/>
                <w:sz w:val="18"/>
              </w:rPr>
              <w:t>458×6　　　　　　　　　703×5</w:t>
            </w:r>
          </w:p>
          <w:p>
            <w:pPr>
              <w:spacing w:after="20" w:line="276" w:lineRule="auto"/>
            </w:pPr>
            <w:r>
              <w:rPr>
                <w:rFonts w:ascii="宋体" w:hAnsi="宋体" w:eastAsia="宋体"/>
                <w:b w:val="0"/>
                <w:sz w:val="18"/>
              </w:rPr>
              <w:t>师：这节课我们学习乘数末尾有0的笔算乘法。[板书课题：笔算乘法(5)]</w:t>
            </w:r>
          </w:p>
        </w:tc>
        <w:tc>
          <w:tcPr>
            <w:tcW w:type="dxa" w:w="3061"/>
          </w:tcPr>
          <w:p>
            <w:pPr>
              <w:spacing w:after="20" w:line="276" w:lineRule="auto"/>
            </w:pPr>
            <w:r/>
            <w:r>
              <w:rPr>
                <w:rFonts w:ascii="宋体" w:hAnsi="宋体" w:eastAsia="宋体"/>
                <w:b w:val="0"/>
                <w:sz w:val="18"/>
              </w:rPr>
              <w:t>学生独立完成，指名学生说说乘的顺序。</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创设情境，探索新知</w:t>
            </w:r>
          </w:p>
        </w:tc>
        <w:tc>
          <w:tcPr>
            <w:tcW w:type="dxa" w:w="3061"/>
          </w:tcPr>
          <w:p>
            <w:pPr>
              <w:spacing w:after="20" w:line="276" w:lineRule="auto"/>
            </w:pPr>
            <w:r/>
            <w:r>
              <w:rPr>
                <w:rFonts w:ascii="宋体" w:hAnsi="宋体" w:eastAsia="宋体"/>
                <w:b w:val="0"/>
                <w:sz w:val="18"/>
              </w:rPr>
              <w:t>1.课件出示教科书P50例6。</w:t>
            </w:r>
          </w:p>
          <w:p>
            <w:pPr>
              <w:spacing w:after="20" w:line="276" w:lineRule="auto"/>
            </w:pPr>
            <w:r>
              <w:rPr>
                <w:rFonts w:ascii="宋体" w:hAnsi="宋体" w:eastAsia="宋体"/>
                <w:b w:val="0"/>
                <w:sz w:val="18"/>
              </w:rPr>
              <w:t>师：怎样列式？为什么这样列式？</w:t>
            </w:r>
          </w:p>
          <w:p>
            <w:pPr>
              <w:spacing w:after="20" w:line="276" w:lineRule="auto"/>
            </w:pPr>
            <w:r>
              <w:rPr>
                <w:rFonts w:ascii="宋体" w:hAnsi="宋体" w:eastAsia="宋体"/>
                <w:b w:val="0"/>
                <w:sz w:val="18"/>
              </w:rPr>
              <w:t>在交流中明确：已知科普丛书的单价和数量，求总价，也就是求3个280是多少，列式为280×3。</w:t>
            </w:r>
          </w:p>
          <w:p>
            <w:pPr>
              <w:spacing w:after="20" w:line="276" w:lineRule="auto"/>
            </w:pPr>
            <w:r>
              <w:rPr>
                <w:rFonts w:ascii="宋体" w:hAnsi="宋体" w:eastAsia="宋体"/>
                <w:b w:val="0"/>
                <w:sz w:val="18"/>
              </w:rPr>
              <w:t>教师板书：280×3。</w:t>
            </w:r>
          </w:p>
          <w:p>
            <w:pPr>
              <w:spacing w:after="20" w:line="276" w:lineRule="auto"/>
            </w:pPr>
            <w:r>
              <w:rPr>
                <w:rFonts w:ascii="宋体" w:hAnsi="宋体" w:eastAsia="宋体"/>
                <w:b w:val="0"/>
                <w:sz w:val="18"/>
              </w:rPr>
              <w:t>2．自主计算，归纳一般算法。</w:t>
            </w:r>
          </w:p>
          <w:p>
            <w:pPr>
              <w:spacing w:after="20" w:line="276" w:lineRule="auto"/>
            </w:pPr>
            <w:r>
              <w:rPr>
                <w:rFonts w:ascii="宋体" w:hAnsi="宋体" w:eastAsia="宋体"/>
                <w:b w:val="0"/>
                <w:sz w:val="18"/>
              </w:rPr>
              <w:t>指名学生板演，其他学生在练习本上试着做一做。教师巡视指导。</w:t>
            </w:r>
          </w:p>
          <w:p>
            <w:pPr>
              <w:spacing w:after="20" w:line="276" w:lineRule="auto"/>
            </w:pPr>
            <w:r>
              <w:rPr>
                <w:rFonts w:ascii="宋体" w:hAnsi="宋体" w:eastAsia="宋体"/>
                <w:b w:val="0"/>
                <w:sz w:val="18"/>
              </w:rPr>
              <w:t>师：都算出来了吗？你们是怎么算的？(先交流方法1，再交流方法2)</w:t>
            </w:r>
          </w:p>
          <w:p>
            <w:pPr>
              <w:spacing w:after="20" w:line="276" w:lineRule="auto"/>
            </w:pPr>
            <w:r>
              <w:rPr>
                <w:rFonts w:ascii="宋体" w:hAnsi="宋体" w:eastAsia="宋体"/>
                <w:b w:val="0"/>
                <w:sz w:val="18"/>
              </w:rPr>
              <w:t>师：为什么可以这样写？</w:t>
            </w:r>
          </w:p>
          <w:p>
            <w:pPr>
              <w:spacing w:after="20" w:line="276" w:lineRule="auto"/>
            </w:pPr>
            <w:r>
              <w:rPr>
                <w:rFonts w:ascii="宋体" w:hAnsi="宋体" w:eastAsia="宋体"/>
                <w:b w:val="0"/>
                <w:sz w:val="18"/>
              </w:rPr>
              <w:t>在讨论交流中明确算理：把280乘3看作28个十乘3，所以写竖式时把8和3对齐。得出的结果84表示84个十，这时再把第一个乘数末尾的0落下来，这个0起占位的作用。</w:t>
            </w:r>
          </w:p>
          <w:p>
            <w:pPr>
              <w:spacing w:after="20" w:line="276" w:lineRule="auto"/>
            </w:pPr>
            <w:r>
              <w:rPr>
                <w:rFonts w:ascii="宋体" w:hAnsi="宋体" w:eastAsia="宋体"/>
                <w:b w:val="0"/>
                <w:sz w:val="18"/>
              </w:rPr>
              <w:t>3．分析比较，优化算法。</w:t>
            </w:r>
          </w:p>
          <w:p>
            <w:pPr>
              <w:spacing w:after="20" w:line="276" w:lineRule="auto"/>
            </w:pPr>
            <w:r>
              <w:rPr>
                <w:rFonts w:ascii="宋体" w:hAnsi="宋体" w:eastAsia="宋体"/>
                <w:b w:val="0"/>
                <w:sz w:val="18"/>
              </w:rPr>
              <w:t>(1)师：比较这两种计算方法，你喜欢哪一种？为什么？</w:t>
            </w:r>
          </w:p>
          <w:p>
            <w:pPr>
              <w:spacing w:after="20" w:line="276" w:lineRule="auto"/>
            </w:pPr>
            <w:r>
              <w:rPr>
                <w:rFonts w:ascii="宋体" w:hAnsi="宋体" w:eastAsia="宋体"/>
                <w:b w:val="0"/>
                <w:sz w:val="18"/>
              </w:rPr>
              <w:t>(2)师：通过比较，我们可以发现第二种方法要简便一些，但是也不是不会出错。使用简便算法时应该注意两点：一是一位数的书写位置，这个一位数应该与多位数末尾0前面的那个数字对齐；二是积末尾0的个数，多位数后面有几个0，就在积的末尾添上几个0。</w:t>
            </w:r>
          </w:p>
          <w:p>
            <w:pPr>
              <w:spacing w:after="20" w:line="276" w:lineRule="auto"/>
            </w:pPr>
            <w:r>
              <w:rPr>
                <w:rFonts w:ascii="宋体" w:hAnsi="宋体" w:eastAsia="宋体"/>
                <w:b w:val="0"/>
                <w:sz w:val="18"/>
              </w:rPr>
              <w:t>4．概括归纳。</w:t>
            </w:r>
          </w:p>
          <w:p>
            <w:pPr>
              <w:spacing w:after="20" w:line="276" w:lineRule="auto"/>
            </w:pPr>
            <w:r>
              <w:rPr>
                <w:rFonts w:ascii="宋体" w:hAnsi="宋体" w:eastAsia="宋体"/>
                <w:b w:val="0"/>
                <w:sz w:val="18"/>
              </w:rPr>
              <w:t>教师在学生交流汇报的基础上小结：笔算一个乘数末尾有0的乘法时，先用一个乘数末尾0前面的数乘另一个乘数，再看乘数末尾有几个0，就在积的末尾添几个0。(教师适时板书)</w:t>
            </w:r>
          </w:p>
        </w:tc>
        <w:tc>
          <w:tcPr>
            <w:tcW w:type="dxa" w:w="3061"/>
          </w:tcPr>
          <w:p>
            <w:pPr>
              <w:spacing w:after="20" w:line="276" w:lineRule="auto"/>
            </w:pPr>
            <w:r/>
            <w:r>
              <w:rPr>
                <w:rFonts w:ascii="宋体" w:hAnsi="宋体" w:eastAsia="宋体"/>
                <w:b w:val="0"/>
                <w:sz w:val="18"/>
              </w:rPr>
              <w:t>学生结合竖式交流算法：先用一位数依次去乘多位数的每一位上的数。由于第一个乘数个位上是0，0乘3后还是得0，所以积的个位也是0，这个0起占位的作用。</w:t>
            </w:r>
          </w:p>
          <w:p>
            <w:pPr>
              <w:spacing w:after="20" w:line="276" w:lineRule="auto"/>
            </w:pPr>
            <w:r>
              <w:rPr>
                <w:rFonts w:ascii="宋体" w:hAnsi="宋体" w:eastAsia="宋体"/>
                <w:b w:val="0"/>
                <w:sz w:val="18"/>
              </w:rPr>
              <w:t>学生交流，说明自己喜欢的理由。</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创设情境激活学生已有经验，自然引出本课学习内容，激发学习兴趣，核心问题："怎样列式？为什么这样列式？"</w:t>
            </w:r>
          </w:p>
        </w:tc>
      </w:tr>
      <w:tr>
        <w:tc>
          <w:tcPr>
            <w:tcW w:type="dxa" w:w="1474"/>
          </w:tcPr>
          <w:p>
            <w:pPr>
              <w:spacing w:after="20" w:line="276" w:lineRule="auto"/>
            </w:pPr>
            <w:r>
              <w:rPr>
                <w:b/>
              </w:rPr>
            </w:r>
            <w:r>
              <w:rPr>
                <w:rFonts w:ascii="宋体" w:hAnsi="宋体" w:eastAsia="宋体"/>
                <w:b/>
                <w:sz w:val="18"/>
              </w:rPr>
              <w:t>课堂练习，巩固应用</w:t>
            </w:r>
          </w:p>
        </w:tc>
        <w:tc>
          <w:tcPr>
            <w:tcW w:type="dxa" w:w="3061"/>
          </w:tcPr>
          <w:p>
            <w:pPr>
              <w:spacing w:after="20" w:line="276" w:lineRule="auto"/>
            </w:pPr>
            <w:r/>
            <w:r>
              <w:rPr>
                <w:rFonts w:ascii="宋体" w:hAnsi="宋体" w:eastAsia="宋体"/>
                <w:b w:val="0"/>
                <w:sz w:val="18"/>
              </w:rPr>
              <w:t>1.完成教科书P50“做一做”第2题。</w:t>
            </w:r>
          </w:p>
          <w:p>
            <w:pPr>
              <w:spacing w:after="20" w:line="276" w:lineRule="auto"/>
            </w:pPr>
            <w:r>
              <w:rPr>
                <w:rFonts w:ascii="宋体" w:hAnsi="宋体" w:eastAsia="宋体"/>
                <w:b w:val="0"/>
                <w:sz w:val="18"/>
              </w:rPr>
              <w:t>2．完成教科书P52“练习十”第5题。</w:t>
            </w:r>
          </w:p>
          <w:p>
            <w:pPr>
              <w:spacing w:after="20" w:line="276" w:lineRule="auto"/>
            </w:pPr>
            <w:r>
              <w:rPr>
                <w:rFonts w:ascii="宋体" w:hAnsi="宋体" w:eastAsia="宋体"/>
                <w:b w:val="0"/>
                <w:sz w:val="18"/>
              </w:rPr>
              <w:t>3．完成教科书P52“练习十”第6题。</w:t>
            </w:r>
          </w:p>
          <w:p>
            <w:pPr>
              <w:spacing w:after="20" w:line="276" w:lineRule="auto"/>
            </w:pPr>
            <w:r>
              <w:rPr>
                <w:rFonts w:ascii="宋体" w:hAnsi="宋体" w:eastAsia="宋体"/>
                <w:b w:val="0"/>
                <w:sz w:val="18"/>
              </w:rPr>
              <w:t>4．完成教科书P53“练习十”第7题。</w:t>
            </w:r>
          </w:p>
          <w:p>
            <w:pPr>
              <w:spacing w:after="20" w:line="276" w:lineRule="auto"/>
            </w:pPr>
            <w:r>
              <w:rPr>
                <w:rFonts w:ascii="宋体" w:hAnsi="宋体" w:eastAsia="宋体"/>
                <w:b w:val="0"/>
                <w:sz w:val="18"/>
              </w:rPr>
              <w:t>(1)学生读题，弄清题意，重点理解“往返”的意思。</w:t>
            </w:r>
          </w:p>
          <w:p>
            <w:pPr>
              <w:spacing w:after="20" w:line="276" w:lineRule="auto"/>
            </w:pPr>
            <w:r>
              <w:rPr>
                <w:rFonts w:ascii="宋体" w:hAnsi="宋体" w:eastAsia="宋体"/>
                <w:b w:val="0"/>
                <w:sz w:val="18"/>
              </w:rPr>
              <w:t>(2)学生独立完成后交流。</w:t>
            </w:r>
          </w:p>
          <w:p>
            <w:pPr>
              <w:spacing w:after="20" w:line="276" w:lineRule="auto"/>
            </w:pPr>
            <w:r>
              <w:rPr>
                <w:rFonts w:ascii="宋体" w:hAnsi="宋体" w:eastAsia="宋体"/>
                <w:b w:val="0"/>
                <w:sz w:val="18"/>
              </w:rPr>
              <w:t>5．完成教科书P53“练习十四”第11题。</w:t>
            </w:r>
          </w:p>
          <w:p>
            <w:pPr>
              <w:spacing w:after="20" w:line="276" w:lineRule="auto"/>
            </w:pPr>
            <w:r>
              <w:rPr>
                <w:rFonts w:ascii="宋体" w:hAnsi="宋体" w:eastAsia="宋体"/>
                <w:b w:val="0"/>
                <w:sz w:val="18"/>
              </w:rPr>
              <w:t>先交流每一小题错误的原因，然后独立订正。</w:t>
            </w:r>
          </w:p>
          <w:p>
            <w:pPr>
              <w:spacing w:after="20" w:line="276" w:lineRule="auto"/>
            </w:pPr>
            <w:r>
              <w:rPr>
                <w:rFonts w:ascii="宋体" w:hAnsi="宋体" w:eastAsia="宋体"/>
                <w:b w:val="0"/>
                <w:sz w:val="18"/>
              </w:rPr>
              <w:t>6．完成教科书P53“练习十”第8、12题。</w:t>
            </w:r>
          </w:p>
        </w:tc>
        <w:tc>
          <w:tcPr>
            <w:tcW w:type="dxa" w:w="3061"/>
          </w:tcPr>
          <w:p>
            <w:pPr>
              <w:spacing w:after="20" w:line="276" w:lineRule="auto"/>
            </w:pPr>
            <w:r/>
            <w:r>
              <w:rPr>
                <w:rFonts w:ascii="宋体" w:hAnsi="宋体" w:eastAsia="宋体"/>
                <w:b w:val="0"/>
                <w:sz w:val="18"/>
              </w:rPr>
              <w:t>学生独立完成，指名板演，集体订正。</w:t>
            </w:r>
          </w:p>
          <w:p>
            <w:pPr>
              <w:spacing w:after="20" w:line="276" w:lineRule="auto"/>
            </w:pPr>
            <w:r>
              <w:rPr>
                <w:rFonts w:ascii="宋体" w:hAnsi="宋体" w:eastAsia="宋体"/>
                <w:b w:val="0"/>
                <w:sz w:val="18"/>
              </w:rPr>
              <w:t>学生独立完成，然后集体讲评。挑出一到两小题，指名学生讲解。</w:t>
            </w:r>
          </w:p>
          <w:p>
            <w:pPr>
              <w:spacing w:after="20" w:line="276" w:lineRule="auto"/>
            </w:pPr>
            <w:r>
              <w:rPr>
                <w:rFonts w:ascii="宋体" w:hAnsi="宋体" w:eastAsia="宋体"/>
                <w:b w:val="0"/>
                <w:sz w:val="18"/>
              </w:rPr>
              <w:t>学生独立完成，然后说说自己的发现。</w:t>
            </w:r>
          </w:p>
          <w:p>
            <w:pPr>
              <w:spacing w:after="20" w:line="276" w:lineRule="auto"/>
            </w:pPr>
            <w:r>
              <w:rPr>
                <w:rFonts w:ascii="宋体" w:hAnsi="宋体" w:eastAsia="宋体"/>
                <w:b w:val="0"/>
                <w:sz w:val="18"/>
              </w:rPr>
              <w:t>学生独立完成后交流。</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师：这节课你们有哪些收获？</w:t>
            </w:r>
          </w:p>
          <w:p>
            <w:pPr>
              <w:spacing w:after="20" w:line="276" w:lineRule="auto"/>
            </w:pPr>
            <w:r>
              <w:rPr>
                <w:rFonts w:ascii="宋体" w:hAnsi="宋体" w:eastAsia="宋体"/>
                <w:b w:val="0"/>
                <w:sz w:val="18"/>
              </w:rPr>
              <w:t>师生共同总结：学习了乘数末尾有0的乘法，它可以用简便方法进行计算。列竖式计算时，应注意一位数要与多位数末尾0前面的那个数字对齐，多位数末尾有几个0，就在积的末尾添几个0。</w:t>
            </w:r>
          </w:p>
          <w:p>
            <w:pPr>
              <w:spacing w:after="20" w:line="276" w:lineRule="auto"/>
            </w:pPr>
            <w:r>
              <w:rPr>
                <w:rFonts w:ascii="宋体" w:hAnsi="宋体" w:eastAsia="宋体"/>
                <w:b w:val="0"/>
                <w:sz w:val="18"/>
              </w:rPr>
              <w:t>本节课先复习前面所学的知识，唤醒学生已有的知识经验。接着出示例题，根据题意列出算式，交流为什么这样列式，渗透单价、数量和总价的数量关系。例6的教学先让学生借助笔算乘法的算法进行自主探究，在交流展示中注意展示两种方法，重点引导学生说一说第二种算法的算理，利用整十(百)数乘一位数的口算方法理解简写的道理，借助旧知识有效迁移。然后引导学生思考哪种算法更简便，在比较交流中提示学生在用简便方法计算时应注意的事项。最后设计不同层次的练习，发展学生的运算能力和解决实际问题的能力。</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引导学生回顾梳理本课所学，完善认知结构，提升归纳与反思能力，核心问题："这节课你们有哪些收获？"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笔算乘法(5)</w:t>
      </w:r>
    </w:p>
    <w:p>
      <w:pPr>
        <w:spacing w:after="40" w:line="300" w:lineRule="auto"/>
      </w:pPr>
      <w:r>
        <w:rPr>
          <w:rFonts w:ascii="宋体" w:hAnsi="宋体" w:eastAsia="宋体"/>
          <w:b w:val="0"/>
          <w:sz w:val="20"/>
        </w:rPr>
        <w:t>280×3＝840</w:t>
      </w:r>
    </w:p>
    <w:p>
      <w:pPr>
        <w:spacing w:after="40" w:line="300" w:lineRule="auto"/>
      </w:pPr>
      <w:r>
        <w:rPr>
          <w:rFonts w:ascii="宋体" w:hAnsi="宋体" w:eastAsia="宋体"/>
          <w:b w:val="0"/>
          <w:sz w:val="20"/>
        </w:rPr>
        <w:t>第一种算法：　　　　　　　　第二种算法：</w:t>
      </w:r>
    </w:p>
    <w:p>
      <w:pPr>
        <w:spacing w:after="40" w:line="300" w:lineRule="auto"/>
      </w:pPr>
      <w:r>
        <w:rPr>
          <w:rFonts w:ascii="宋体" w:hAnsi="宋体" w:eastAsia="宋体"/>
          <w:b w:val="0"/>
          <w:sz w:val="20"/>
        </w:rPr>
        <w:t>乘数的末尾有几个0，就在积的末尾添几个0。</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教科书P50例6，完成教科书P50“做一做”第2题及P52～53“练习十”中第5～8、11、12题。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借助了旧知识迁移，通过新知识和旧知识之间的转化、比较，明确笔算乘数末尾有0的乘法时，可以借助整十、整百数乘一位数的口算方法理解简写的道理。学生在书写简便竖式时，要注意两个问题：一是一位数的书写位置，这个一位数应该与多位数末尾0前面的那个数字对齐；二是积末尾0的个数，多位数末尾有几个0，就在积的末尾添几个0。</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解决问题</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解决问题</w:t>
            </w:r>
          </w:p>
        </w:tc>
        <w:tc>
          <w:tcPr>
            <w:tcW w:type="dxa" w:w="6009"/>
          </w:tcPr>
          <w:p>
            <w:pPr>
              <w:spacing w:after="20" w:line="276" w:lineRule="auto"/>
            </w:pPr>
            <w:r/>
            <w:r>
              <w:rPr>
                <w:rFonts w:ascii="宋体" w:hAnsi="宋体" w:eastAsia="宋体"/>
                <w:b w:val="0"/>
                <w:sz w:val="20"/>
              </w:rPr>
              <w:t>第4单元 多位数乘一位数（笔算乘法）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（结合班情，从作业反馈、课前调查、访谈等途径诊断本班学生学习起点，明确本课学习的现实基础。）</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教学内容：教科书P51例7及“做一做”，完成教科书P53～54“练习十”中第9、10、15、16题。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（1）在实际情境中理解估算的价值，掌握用估算解决问题的基本策略(往大估、往小估)。</w:t>
      </w:r>
    </w:p>
    <w:p>
      <w:pPr>
        <w:spacing w:after="20" w:line="300" w:lineRule="auto"/>
        <w:ind w:firstLine="400"/>
      </w:pPr>
      <w:r>
        <w:rPr>
          <w:rFonts w:ascii="宋体" w:hAnsi="宋体" w:eastAsia="宋体"/>
          <w:b w:val="0"/>
          <w:sz w:val="20"/>
        </w:rPr>
        <w:t>（2）在具体的情境中，培养学生根据实际选择合适的算法的能力，培养学生的估算能力。</w:t>
      </w:r>
    </w:p>
    <w:p>
      <w:pPr>
        <w:spacing w:after="20" w:line="300" w:lineRule="auto"/>
        <w:ind w:firstLine="400"/>
      </w:pPr>
      <w:r>
        <w:rPr>
          <w:rFonts w:ascii="宋体" w:hAnsi="宋体" w:eastAsia="宋体"/>
          <w:b w:val="0"/>
          <w:sz w:val="20"/>
        </w:rPr>
        <w:t>（3）学会运用估算解决生活中的问题，帮助学生积累根据具体情况灵活选择估算方法和用估算结果作出决策的活动经验。</w:t>
      </w:r>
    </w:p>
    <w:p>
      <w:pPr>
        <w:spacing w:after="20" w:line="300" w:lineRule="auto"/>
      </w:pPr>
      <w:r>
        <w:rPr>
          <w:rFonts w:ascii="宋体" w:hAnsi="宋体" w:eastAsia="宋体"/>
          <w:b w:val="0"/>
          <w:sz w:val="20"/>
        </w:rPr>
        <w:t>教学重点：掌握用估算解决问题的基本策略。</w:t>
      </w:r>
    </w:p>
    <w:p>
      <w:pPr>
        <w:spacing w:after="20" w:line="300" w:lineRule="auto"/>
      </w:pPr>
      <w:r>
        <w:rPr>
          <w:rFonts w:ascii="宋体" w:hAnsi="宋体" w:eastAsia="宋体"/>
          <w:b w:val="0"/>
          <w:sz w:val="20"/>
        </w:rPr>
        <w:t>教学难点：灵活运用多位数乘一位数的估算解决实际生活中的问题。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复习导入，揭示课题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情境呈现，自主探索</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仔细看图并读题，你获取了哪些数学信息？要解决的问题是什么？；这个问题该怎么解答呢？</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↓×8　　　　　　↓×8</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同学们用列竖式计算和估一估的方法都解决了这个问题，你认为哪种方法更好？为什么？</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↓×5　　　　　↓×5</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本题的估算策略与例题有什么不同？</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深化巩固，应用拓展</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观察每袋稻谷的数据，你有什么发现？；通过前面的练习，说一说如何用估算？</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通过今天的学习，你有哪些收获？</w:t>
            </w:r>
          </w:p>
        </w:tc>
        <w:tc>
          <w:tcPr>
            <w:tcW w:type="dxa" w:w="1361"/>
          </w:tcPr>
          <w:p>
            <w:pPr>
              <w:spacing w:after="20" w:line="276" w:lineRule="auto"/>
            </w:pPr>
            <w:r/>
            <w:r>
              <w:rPr>
                <w:rFonts w:ascii="宋体" w:hAnsi="宋体" w:eastAsia="宋体"/>
                <w:b w:val="0"/>
                <w:sz w:val="18"/>
              </w:rPr>
              <w:t>6分钟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复习导入，揭示课题</w:t>
            </w:r>
          </w:p>
        </w:tc>
        <w:tc>
          <w:tcPr>
            <w:tcW w:type="dxa" w:w="3061"/>
          </w:tcPr>
          <w:p>
            <w:pPr>
              <w:spacing w:after="20" w:line="276" w:lineRule="auto"/>
            </w:pPr>
            <w:r/>
            <w:r>
              <w:rPr>
                <w:rFonts w:ascii="宋体" w:hAnsi="宋体" w:eastAsia="宋体"/>
                <w:b w:val="0"/>
                <w:sz w:val="18"/>
              </w:rPr>
              <w:t>课件出示口算题，学生口答完成。</w:t>
            </w:r>
          </w:p>
          <w:p>
            <w:pPr>
              <w:spacing w:after="20" w:line="276" w:lineRule="auto"/>
            </w:pPr>
            <w:r>
              <w:rPr>
                <w:rFonts w:ascii="宋体" w:hAnsi="宋体" w:eastAsia="宋体"/>
                <w:b w:val="0"/>
                <w:sz w:val="18"/>
              </w:rPr>
              <w:t>80×9＝　　　　　200×5＝　　　　　500×7＝</w:t>
            </w:r>
          </w:p>
          <w:p>
            <w:pPr>
              <w:spacing w:after="20" w:line="276" w:lineRule="auto"/>
            </w:pPr>
            <w:r>
              <w:rPr>
                <w:rFonts w:ascii="宋体" w:hAnsi="宋体" w:eastAsia="宋体"/>
                <w:b w:val="0"/>
                <w:sz w:val="18"/>
              </w:rPr>
              <w:t>430×2＝         300×8＝          120×3＝</w:t>
            </w:r>
          </w:p>
          <w:p>
            <w:pPr>
              <w:spacing w:after="20" w:line="276" w:lineRule="auto"/>
            </w:pPr>
            <w:r>
              <w:rPr>
                <w:rFonts w:ascii="宋体" w:hAnsi="宋体" w:eastAsia="宋体"/>
                <w:b w:val="0"/>
                <w:sz w:val="18"/>
              </w:rPr>
              <w:t>240×2＝         400×4＝         210×4＝</w:t>
            </w:r>
          </w:p>
          <w:p>
            <w:pPr>
              <w:spacing w:after="20" w:line="276" w:lineRule="auto"/>
            </w:pPr>
            <w:r>
              <w:rPr>
                <w:rFonts w:ascii="宋体" w:hAnsi="宋体" w:eastAsia="宋体"/>
                <w:b w:val="0"/>
                <w:sz w:val="18"/>
              </w:rPr>
              <w:t>师：今天我们学习解决问题。(板书课题：解决问题)</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情境呈现，自主探索</w:t>
            </w:r>
          </w:p>
        </w:tc>
        <w:tc>
          <w:tcPr>
            <w:tcW w:type="dxa" w:w="3061"/>
          </w:tcPr>
          <w:p>
            <w:pPr>
              <w:spacing w:after="20" w:line="276" w:lineRule="auto"/>
            </w:pPr>
            <w:r/>
            <w:r>
              <w:rPr>
                <w:rFonts w:ascii="宋体" w:hAnsi="宋体" w:eastAsia="宋体"/>
                <w:b w:val="0"/>
                <w:sz w:val="18"/>
              </w:rPr>
              <w:t>师：某学校组织同学们去植物园参观，一起来看看吧。</w:t>
            </w:r>
          </w:p>
          <w:p>
            <w:pPr>
              <w:spacing w:after="20" w:line="276" w:lineRule="auto"/>
            </w:pPr>
            <w:r>
              <w:rPr>
                <w:rFonts w:ascii="宋体" w:hAnsi="宋体" w:eastAsia="宋体"/>
                <w:b w:val="0"/>
                <w:sz w:val="18"/>
              </w:rPr>
              <w:t>课件出示教科书P51例7情境图。</w:t>
            </w:r>
          </w:p>
          <w:p>
            <w:pPr>
              <w:spacing w:after="20" w:line="276" w:lineRule="auto"/>
            </w:pPr>
            <w:r>
              <w:rPr>
                <w:rFonts w:ascii="宋体" w:hAnsi="宋体" w:eastAsia="宋体"/>
                <w:b w:val="0"/>
                <w:sz w:val="18"/>
              </w:rPr>
              <w:t>1．阅读与理解。</w:t>
            </w:r>
          </w:p>
          <w:p>
            <w:pPr>
              <w:spacing w:after="20" w:line="276" w:lineRule="auto"/>
            </w:pPr>
            <w:r>
              <w:rPr>
                <w:rFonts w:ascii="宋体" w:hAnsi="宋体" w:eastAsia="宋体"/>
                <w:b w:val="0"/>
                <w:sz w:val="18"/>
              </w:rPr>
              <w:t>师：仔细看图并读题，你获取了哪些数学信息？要解决的问题是什么？</w:t>
            </w:r>
          </w:p>
          <w:p>
            <w:pPr>
              <w:spacing w:after="20" w:line="276" w:lineRule="auto"/>
            </w:pPr>
            <w:r>
              <w:rPr>
                <w:rFonts w:ascii="宋体" w:hAnsi="宋体" w:eastAsia="宋体"/>
                <w:b w:val="0"/>
                <w:sz w:val="18"/>
              </w:rPr>
              <w:t>根据学生的回答小结：知道了学生人数和门票价格。要解决“8000元买门票够不够”的问题。</w:t>
            </w:r>
          </w:p>
          <w:p>
            <w:pPr>
              <w:spacing w:after="20" w:line="276" w:lineRule="auto"/>
            </w:pPr>
            <w:r>
              <w:rPr>
                <w:rFonts w:ascii="宋体" w:hAnsi="宋体" w:eastAsia="宋体"/>
                <w:b w:val="0"/>
                <w:sz w:val="18"/>
              </w:rPr>
              <w:t>2．分析与解答。</w:t>
            </w:r>
          </w:p>
          <w:p>
            <w:pPr>
              <w:spacing w:after="20" w:line="276" w:lineRule="auto"/>
            </w:pPr>
            <w:r>
              <w:rPr>
                <w:rFonts w:ascii="宋体" w:hAnsi="宋体" w:eastAsia="宋体"/>
                <w:b w:val="0"/>
                <w:sz w:val="18"/>
              </w:rPr>
              <w:t>(1)分析交流，探讨方法。</w:t>
            </w:r>
          </w:p>
          <w:p>
            <w:pPr>
              <w:spacing w:after="20" w:line="276" w:lineRule="auto"/>
            </w:pPr>
            <w:r>
              <w:rPr>
                <w:rFonts w:ascii="宋体" w:hAnsi="宋体" w:eastAsia="宋体"/>
                <w:b w:val="0"/>
                <w:sz w:val="18"/>
              </w:rPr>
              <w:t>师：这个问题该怎么解答呢？</w:t>
            </w:r>
          </w:p>
          <w:p>
            <w:pPr>
              <w:spacing w:after="20" w:line="276" w:lineRule="auto"/>
            </w:pPr>
            <w:r>
              <w:rPr>
                <w:rFonts w:ascii="宋体" w:hAnsi="宋体" w:eastAsia="宋体"/>
                <w:b w:val="0"/>
                <w:sz w:val="18"/>
              </w:rPr>
              <w:t>通过交流，有的学生选择列竖式计算门票费用再比较，有的学生选择估一估。</w:t>
            </w:r>
          </w:p>
          <w:p>
            <w:pPr>
              <w:spacing w:after="20" w:line="276" w:lineRule="auto"/>
            </w:pPr>
            <w:r>
              <w:rPr>
                <w:rFonts w:ascii="宋体" w:hAnsi="宋体" w:eastAsia="宋体"/>
                <w:b w:val="0"/>
                <w:sz w:val="18"/>
              </w:rPr>
              <w:t>(2)尝试解答。</w:t>
            </w:r>
          </w:p>
          <w:p>
            <w:pPr>
              <w:spacing w:after="20" w:line="276" w:lineRule="auto"/>
            </w:pPr>
            <w:r>
              <w:rPr>
                <w:rFonts w:ascii="宋体" w:hAnsi="宋体" w:eastAsia="宋体"/>
                <w:b w:val="0"/>
                <w:sz w:val="18"/>
              </w:rPr>
              <w:t>师：现在请同学们用自己喜欢的方法进行计算。</w:t>
            </w:r>
          </w:p>
          <w:p>
            <w:pPr>
              <w:spacing w:after="20" w:line="276" w:lineRule="auto"/>
            </w:pPr>
            <w:r>
              <w:rPr>
                <w:rFonts w:ascii="宋体" w:hAnsi="宋体" w:eastAsia="宋体"/>
                <w:b w:val="0"/>
                <w:sz w:val="18"/>
              </w:rPr>
              <w:t>(3)展示交流。(先展示竖式计算，再展示估算)</w:t>
            </w:r>
          </w:p>
          <w:p>
            <w:pPr>
              <w:spacing w:after="20" w:line="276" w:lineRule="auto"/>
            </w:pPr>
            <w:r>
              <w:rPr>
                <w:rFonts w:ascii="宋体" w:hAnsi="宋体" w:eastAsia="宋体"/>
                <w:b w:val="0"/>
                <w:sz w:val="18"/>
              </w:rPr>
              <w:t>展示学生的不同计算方法。</w:t>
            </w:r>
          </w:p>
          <w:p>
            <w:pPr>
              <w:spacing w:after="20" w:line="276" w:lineRule="auto"/>
            </w:pPr>
            <w:r>
              <w:rPr>
                <w:rFonts w:ascii="宋体" w:hAnsi="宋体" w:eastAsia="宋体"/>
                <w:b w:val="0"/>
                <w:sz w:val="18"/>
              </w:rPr>
              <w:t>方法1：列竖式计算所有门票的费用。</w:t>
            </w:r>
          </w:p>
          <w:p>
            <w:pPr>
              <w:spacing w:after="20" w:line="276" w:lineRule="auto"/>
            </w:pPr>
            <w:r>
              <w:rPr>
                <w:rFonts w:ascii="宋体" w:hAnsi="宋体" w:eastAsia="宋体"/>
                <w:b w:val="0"/>
                <w:sz w:val="18"/>
              </w:rPr>
              <w:t>987×8＝7896(元)</w:t>
            </w:r>
          </w:p>
          <w:p>
            <w:pPr>
              <w:spacing w:after="20" w:line="276" w:lineRule="auto"/>
            </w:pPr>
            <w:r>
              <w:rPr>
                <w:rFonts w:ascii="宋体" w:hAnsi="宋体" w:eastAsia="宋体"/>
                <w:b w:val="0"/>
                <w:sz w:val="18"/>
              </w:rPr>
              <w:t>7896＜8000(教师适时板书)</w:t>
            </w:r>
          </w:p>
          <w:p>
            <w:pPr>
              <w:spacing w:after="20" w:line="276" w:lineRule="auto"/>
            </w:pPr>
            <w:r>
              <w:rPr>
                <w:rFonts w:ascii="宋体" w:hAnsi="宋体" w:eastAsia="宋体"/>
                <w:b w:val="0"/>
                <w:sz w:val="18"/>
              </w:rPr>
              <w:t>方法2：估一估。</w:t>
            </w:r>
          </w:p>
          <w:p>
            <w:pPr>
              <w:spacing w:after="20" w:line="276" w:lineRule="auto"/>
            </w:pPr>
            <w:r>
              <w:rPr>
                <w:rFonts w:ascii="宋体" w:hAnsi="宋体" w:eastAsia="宋体"/>
                <w:b w:val="0"/>
                <w:sz w:val="18"/>
              </w:rPr>
              <w:t>987接近1000，把987看成1000，1000×8＝8000，987&lt;1000，所以987×8的积小于8000。</w:t>
            </w:r>
          </w:p>
          <w:p>
            <w:pPr>
              <w:spacing w:after="20" w:line="276" w:lineRule="auto"/>
            </w:pPr>
            <w:r>
              <w:rPr>
                <w:rFonts w:ascii="宋体" w:hAnsi="宋体" w:eastAsia="宋体"/>
                <w:b w:val="0"/>
                <w:sz w:val="18"/>
              </w:rPr>
              <w:t>师：方法2这样估一估行吗？</w:t>
            </w:r>
          </w:p>
          <w:p>
            <w:pPr>
              <w:spacing w:after="20" w:line="276" w:lineRule="auto"/>
            </w:pPr>
            <w:r>
              <w:rPr>
                <w:rFonts w:ascii="宋体" w:hAnsi="宋体" w:eastAsia="宋体"/>
                <w:b w:val="0"/>
                <w:sz w:val="18"/>
              </w:rPr>
              <w:t>通过交流引导学生发现，把987估成1000，往大估，与8相乘的积是8000，那么987乘8的积肯定小于8000，准备8000元肯定够，估一估的方法可行。根据学生回答规范板书：</w:t>
            </w:r>
          </w:p>
          <w:p>
            <w:pPr>
              <w:spacing w:after="20" w:line="276" w:lineRule="auto"/>
            </w:pPr>
            <w:r>
              <w:rPr>
                <w:rFonts w:ascii="宋体" w:hAnsi="宋体" w:eastAsia="宋体"/>
                <w:b w:val="0"/>
                <w:sz w:val="18"/>
              </w:rPr>
              <w:t>987　　＜　　1000</w:t>
            </w:r>
          </w:p>
        </w:tc>
        <w:tc>
          <w:tcPr>
            <w:tcW w:type="dxa" w:w="3061"/>
          </w:tcPr>
          <w:p>
            <w:pPr>
              <w:spacing w:after="20" w:line="276" w:lineRule="auto"/>
            </w:pPr>
            <w:r/>
            <w:r>
              <w:rPr>
                <w:rFonts w:ascii="宋体" w:hAnsi="宋体" w:eastAsia="宋体"/>
                <w:b w:val="0"/>
                <w:sz w:val="18"/>
              </w:rPr>
              <w:t>学生自主计算，教师巡视了解学习情况，适时指导。</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创设情境激活学生已有经验，自然引出本课学习内容，激发学习兴趣，核心问题："仔细看图并读题，你获取了哪些数学信息？要解决的问题是什么？"</w:t>
            </w:r>
          </w:p>
        </w:tc>
      </w:tr>
      <w:tr>
        <w:tc>
          <w:tcPr>
            <w:tcW w:type="dxa" w:w="1474"/>
          </w:tcPr>
          <w:p>
            <w:pPr>
              <w:spacing w:after="20" w:line="276" w:lineRule="auto"/>
            </w:pPr>
            <w:r>
              <w:rPr>
                <w:b/>
              </w:rPr>
            </w:r>
            <w:r>
              <w:rPr>
                <w:rFonts w:ascii="宋体" w:hAnsi="宋体" w:eastAsia="宋体"/>
                <w:b/>
                <w:sz w:val="18"/>
              </w:rPr>
              <w:t>↓×8　　　　　　↓×8</w:t>
            </w:r>
          </w:p>
        </w:tc>
        <w:tc>
          <w:tcPr>
            <w:tcW w:type="dxa" w:w="3061"/>
          </w:tcPr>
          <w:p>
            <w:pPr>
              <w:spacing w:after="20" w:line="276" w:lineRule="auto"/>
            </w:pPr>
            <w:r/>
            <w:r>
              <w:rPr>
                <w:rFonts w:ascii="宋体" w:hAnsi="宋体" w:eastAsia="宋体"/>
                <w:b w:val="0"/>
                <w:sz w:val="18"/>
              </w:rPr>
              <w:t>987×8　 ＜　　8000</w:t>
            </w:r>
          </w:p>
          <w:p>
            <w:pPr>
              <w:spacing w:after="20" w:line="276" w:lineRule="auto"/>
            </w:pPr>
            <w:r>
              <w:rPr>
                <w:rFonts w:ascii="宋体" w:hAnsi="宋体" w:eastAsia="宋体"/>
                <w:b w:val="0"/>
                <w:sz w:val="18"/>
              </w:rPr>
              <w:t>(4)对比分析，感受策略。</w:t>
            </w:r>
          </w:p>
          <w:p>
            <w:pPr>
              <w:spacing w:after="20" w:line="276" w:lineRule="auto"/>
            </w:pPr>
            <w:r>
              <w:rPr>
                <w:rFonts w:ascii="宋体" w:hAnsi="宋体" w:eastAsia="宋体"/>
                <w:b w:val="0"/>
                <w:sz w:val="18"/>
              </w:rPr>
              <w:t>师：同学们用列竖式计算和估一估的方法都解决了这个问题，你认为哪种方法更好？为什么？</w:t>
            </w:r>
          </w:p>
          <w:p>
            <w:pPr>
              <w:spacing w:after="20" w:line="276" w:lineRule="auto"/>
            </w:pPr>
            <w:r>
              <w:rPr>
                <w:rFonts w:ascii="宋体" w:hAnsi="宋体" w:eastAsia="宋体"/>
                <w:b w:val="0"/>
                <w:sz w:val="18"/>
              </w:rPr>
              <w:t>通过交流引导学生发现：本题是问钱数够不够的问题，用估算就可以快速解决，不需要列竖式算出准确结果，估一估的方法更方便快捷。</w:t>
            </w:r>
          </w:p>
          <w:p>
            <w:pPr>
              <w:spacing w:after="20" w:line="276" w:lineRule="auto"/>
            </w:pPr>
            <w:r>
              <w:rPr>
                <w:rFonts w:ascii="宋体" w:hAnsi="宋体" w:eastAsia="宋体"/>
                <w:b w:val="0"/>
                <w:sz w:val="18"/>
              </w:rPr>
              <w:t>3．回顾与反思。</w:t>
            </w:r>
          </w:p>
          <w:p>
            <w:pPr>
              <w:spacing w:after="20" w:line="276" w:lineRule="auto"/>
            </w:pPr>
            <w:r>
              <w:rPr>
                <w:rFonts w:ascii="宋体" w:hAnsi="宋体" w:eastAsia="宋体"/>
                <w:b w:val="0"/>
                <w:sz w:val="18"/>
              </w:rPr>
              <w:t>师：回顾这一题的解决过程，和同桌说一说估算的过程。</w:t>
            </w:r>
          </w:p>
          <w:p>
            <w:pPr>
              <w:spacing w:after="20" w:line="276" w:lineRule="auto"/>
            </w:pPr>
            <w:r>
              <w:rPr>
                <w:rFonts w:ascii="宋体" w:hAnsi="宋体" w:eastAsia="宋体"/>
                <w:b w:val="0"/>
                <w:sz w:val="18"/>
              </w:rPr>
              <w:t>课件出示教科书P51“做一做”。</w:t>
            </w:r>
          </w:p>
          <w:p>
            <w:pPr>
              <w:spacing w:after="20" w:line="276" w:lineRule="auto"/>
            </w:pPr>
            <w:r>
              <w:rPr>
                <w:rFonts w:ascii="宋体" w:hAnsi="宋体" w:eastAsia="宋体"/>
                <w:b w:val="0"/>
                <w:sz w:val="18"/>
              </w:rPr>
              <w:t>用估一估的方法，往小估，把218看成200，218＞200，200×5＝1000，218×5＞1000，根据学生回答板书如下：</w:t>
            </w:r>
          </w:p>
          <w:p>
            <w:pPr>
              <w:spacing w:after="20" w:line="276" w:lineRule="auto"/>
            </w:pPr>
            <w:r>
              <w:rPr>
                <w:rFonts w:ascii="宋体" w:hAnsi="宋体" w:eastAsia="宋体"/>
                <w:b w:val="0"/>
                <w:sz w:val="18"/>
              </w:rPr>
              <w:t>218　　&gt;　　200</w:t>
            </w:r>
          </w:p>
        </w:tc>
        <w:tc>
          <w:tcPr>
            <w:tcW w:type="dxa" w:w="3061"/>
          </w:tcPr>
          <w:p>
            <w:pPr>
              <w:spacing w:after="20" w:line="276" w:lineRule="auto"/>
            </w:pPr>
            <w:r/>
            <w:r>
              <w:rPr>
                <w:rFonts w:ascii="宋体" w:hAnsi="宋体" w:eastAsia="宋体"/>
                <w:b w:val="0"/>
                <w:sz w:val="18"/>
              </w:rPr>
              <w:t>同桌交流后全班交流，明确把人数往大估，钱数都够，实际一定够。</w:t>
            </w:r>
          </w:p>
          <w:p>
            <w:pPr>
              <w:spacing w:after="20" w:line="276" w:lineRule="auto"/>
            </w:pPr>
            <w:r>
              <w:rPr>
                <w:rFonts w:ascii="宋体" w:hAnsi="宋体" w:eastAsia="宋体"/>
                <w:b w:val="0"/>
                <w:sz w:val="18"/>
              </w:rPr>
              <w:t>学生独立思考、解答，教师巡视，指名学生板演，结合板演交流。</w:t>
            </w:r>
          </w:p>
        </w:tc>
        <w:tc>
          <w:tcPr>
            <w:tcW w:type="dxa" w:w="1814"/>
          </w:tcPr>
          <w:p>
            <w:pPr>
              <w:spacing w:after="20" w:line="276" w:lineRule="auto"/>
            </w:pPr>
            <w:r/>
            <w:r>
              <w:rPr>
                <w:rFonts w:ascii="宋体" w:hAnsi="宋体" w:eastAsia="宋体"/>
                <w:b w:val="0"/>
                <w:sz w:val="18"/>
              </w:rPr>
              <w:t>围绕环节目标组织学习活动，引导学生主动参与、积极思考，核心问题："同学们用列竖式计算和估一估的方法都解决了这个问题，你认为哪种方法更好？为什么？"</w:t>
            </w:r>
          </w:p>
        </w:tc>
      </w:tr>
      <w:tr>
        <w:tc>
          <w:tcPr>
            <w:tcW w:type="dxa" w:w="1474"/>
          </w:tcPr>
          <w:p>
            <w:pPr>
              <w:spacing w:after="20" w:line="276" w:lineRule="auto"/>
            </w:pPr>
            <w:r>
              <w:rPr>
                <w:b/>
              </w:rPr>
            </w:r>
            <w:r>
              <w:rPr>
                <w:rFonts w:ascii="宋体" w:hAnsi="宋体" w:eastAsia="宋体"/>
                <w:b/>
                <w:sz w:val="18"/>
              </w:rPr>
              <w:t>↓×5　　　　　↓×5</w:t>
            </w:r>
          </w:p>
        </w:tc>
        <w:tc>
          <w:tcPr>
            <w:tcW w:type="dxa" w:w="3061"/>
          </w:tcPr>
          <w:p>
            <w:pPr>
              <w:spacing w:after="20" w:line="276" w:lineRule="auto"/>
            </w:pPr>
            <w:r/>
            <w:r>
              <w:rPr>
                <w:rFonts w:ascii="宋体" w:hAnsi="宋体" w:eastAsia="宋体"/>
                <w:b w:val="0"/>
                <w:sz w:val="18"/>
              </w:rPr>
              <w:t>218×5　 &gt;　　1000</w:t>
            </w:r>
          </w:p>
          <w:p>
            <w:pPr>
              <w:spacing w:after="20" w:line="276" w:lineRule="auto"/>
            </w:pPr>
            <w:r>
              <w:rPr>
                <w:rFonts w:ascii="宋体" w:hAnsi="宋体" w:eastAsia="宋体"/>
                <w:b w:val="0"/>
                <w:sz w:val="18"/>
              </w:rPr>
              <w:t>1000元不够。</w:t>
            </w:r>
          </w:p>
          <w:p>
            <w:pPr>
              <w:spacing w:after="20" w:line="276" w:lineRule="auto"/>
            </w:pPr>
            <w:r>
              <w:rPr>
                <w:rFonts w:ascii="宋体" w:hAnsi="宋体" w:eastAsia="宋体"/>
                <w:b w:val="0"/>
                <w:sz w:val="18"/>
              </w:rPr>
              <w:t>师：本题的估算策略与例题有什么不同？</w:t>
            </w:r>
          </w:p>
          <w:p>
            <w:pPr>
              <w:spacing w:after="20" w:line="276" w:lineRule="auto"/>
            </w:pPr>
            <w:r>
              <w:rPr>
                <w:rFonts w:ascii="宋体" w:hAnsi="宋体" w:eastAsia="宋体"/>
                <w:b w:val="0"/>
                <w:sz w:val="18"/>
              </w:rPr>
              <w:t>通过对比，学生容易发现，例题是把人数往大估都够，实际就一定够，而本题是往小估才是1000，实际就一定不够。</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围绕环节目标组织学习活动，引导学生主动参与、积极思考，核心问题："本题的估算策略与例题有什么不同？"</w:t>
            </w:r>
          </w:p>
        </w:tc>
      </w:tr>
      <w:tr>
        <w:tc>
          <w:tcPr>
            <w:tcW w:type="dxa" w:w="1474"/>
          </w:tcPr>
          <w:p>
            <w:pPr>
              <w:spacing w:after="20" w:line="276" w:lineRule="auto"/>
            </w:pPr>
            <w:r>
              <w:rPr>
                <w:b/>
              </w:rPr>
            </w:r>
            <w:r>
              <w:rPr>
                <w:rFonts w:ascii="宋体" w:hAnsi="宋体" w:eastAsia="宋体"/>
                <w:b/>
                <w:sz w:val="18"/>
              </w:rPr>
              <w:t>深化巩固，应用拓展</w:t>
            </w:r>
          </w:p>
        </w:tc>
        <w:tc>
          <w:tcPr>
            <w:tcW w:type="dxa" w:w="3061"/>
          </w:tcPr>
          <w:p>
            <w:pPr>
              <w:spacing w:after="20" w:line="276" w:lineRule="auto"/>
            </w:pPr>
            <w:r/>
            <w:r>
              <w:rPr>
                <w:rFonts w:ascii="宋体" w:hAnsi="宋体" w:eastAsia="宋体"/>
                <w:b w:val="0"/>
                <w:sz w:val="18"/>
              </w:rPr>
              <w:t>1.完成教科书P53“练习十”第9题。</w:t>
            </w:r>
          </w:p>
          <w:p>
            <w:pPr>
              <w:spacing w:after="20" w:line="276" w:lineRule="auto"/>
            </w:pPr>
            <w:r>
              <w:rPr>
                <w:rFonts w:ascii="宋体" w:hAnsi="宋体" w:eastAsia="宋体"/>
                <w:b w:val="0"/>
                <w:sz w:val="18"/>
              </w:rPr>
              <w:t>2．完成教科书P53“练习十”第10题。</w:t>
            </w:r>
          </w:p>
          <w:p>
            <w:pPr>
              <w:spacing w:after="20" w:line="276" w:lineRule="auto"/>
            </w:pPr>
            <w:r>
              <w:rPr>
                <w:rFonts w:ascii="宋体" w:hAnsi="宋体" w:eastAsia="宋体"/>
                <w:b w:val="0"/>
                <w:sz w:val="18"/>
              </w:rPr>
              <w:t>(1)读题，获取信息。</w:t>
            </w:r>
          </w:p>
          <w:p>
            <w:pPr>
              <w:spacing w:after="20" w:line="276" w:lineRule="auto"/>
            </w:pPr>
            <w:r>
              <w:rPr>
                <w:rFonts w:ascii="宋体" w:hAnsi="宋体" w:eastAsia="宋体"/>
                <w:b w:val="0"/>
                <w:sz w:val="18"/>
              </w:rPr>
              <w:t>(2)学生独立完成。</w:t>
            </w:r>
          </w:p>
          <w:p>
            <w:pPr>
              <w:spacing w:after="20" w:line="276" w:lineRule="auto"/>
            </w:pPr>
            <w:r>
              <w:rPr>
                <w:rFonts w:ascii="宋体" w:hAnsi="宋体" w:eastAsia="宋体"/>
                <w:b w:val="0"/>
                <w:sz w:val="18"/>
              </w:rPr>
              <w:t>(3)全班交流估算方法。</w:t>
            </w:r>
          </w:p>
          <w:p>
            <w:pPr>
              <w:spacing w:after="20" w:line="276" w:lineRule="auto"/>
            </w:pPr>
            <w:r>
              <w:rPr>
                <w:rFonts w:ascii="宋体" w:hAnsi="宋体" w:eastAsia="宋体"/>
                <w:b w:val="0"/>
                <w:sz w:val="18"/>
              </w:rPr>
              <w:t>通过交流明确：第1个班次的票价“往大估”的策略，第2、3个班次的票价“往小估”的策略。</w:t>
            </w:r>
          </w:p>
          <w:p>
            <w:pPr>
              <w:spacing w:after="20" w:line="276" w:lineRule="auto"/>
            </w:pPr>
            <w:r>
              <w:rPr>
                <w:rFonts w:ascii="宋体" w:hAnsi="宋体" w:eastAsia="宋体"/>
                <w:b w:val="0"/>
                <w:sz w:val="18"/>
              </w:rPr>
              <w:t>3．完成教科书P54“练习十”第15题。</w:t>
            </w:r>
          </w:p>
          <w:p>
            <w:pPr>
              <w:spacing w:after="20" w:line="276" w:lineRule="auto"/>
            </w:pPr>
            <w:r>
              <w:rPr>
                <w:rFonts w:ascii="宋体" w:hAnsi="宋体" w:eastAsia="宋体"/>
                <w:b w:val="0"/>
                <w:sz w:val="18"/>
              </w:rPr>
              <w:t>(1)师：观察每袋稻谷的数据，你有什么发现？</w:t>
            </w:r>
          </w:p>
          <w:p>
            <w:pPr>
              <w:spacing w:after="20" w:line="276" w:lineRule="auto"/>
            </w:pPr>
            <w:r>
              <w:rPr>
                <w:rFonts w:ascii="宋体" w:hAnsi="宋体" w:eastAsia="宋体"/>
                <w:b w:val="0"/>
                <w:sz w:val="18"/>
              </w:rPr>
              <w:t>(2)学生独立完成，然后集体交流。</w:t>
            </w:r>
          </w:p>
          <w:p>
            <w:pPr>
              <w:spacing w:after="20" w:line="276" w:lineRule="auto"/>
            </w:pPr>
            <w:r>
              <w:rPr>
                <w:rFonts w:ascii="宋体" w:hAnsi="宋体" w:eastAsia="宋体"/>
                <w:b w:val="0"/>
                <w:sz w:val="18"/>
              </w:rPr>
              <w:t>4．完成教科书P54“练习十”第16题。</w:t>
            </w:r>
          </w:p>
          <w:p>
            <w:pPr>
              <w:spacing w:after="20" w:line="276" w:lineRule="auto"/>
            </w:pPr>
            <w:r>
              <w:rPr>
                <w:rFonts w:ascii="宋体" w:hAnsi="宋体" w:eastAsia="宋体"/>
                <w:b w:val="0"/>
                <w:sz w:val="18"/>
              </w:rPr>
              <w:t>(1)读题，获取信息，讨论估一估的策略。</w:t>
            </w:r>
          </w:p>
          <w:p>
            <w:pPr>
              <w:spacing w:after="20" w:line="276" w:lineRule="auto"/>
            </w:pPr>
            <w:r>
              <w:rPr>
                <w:rFonts w:ascii="宋体" w:hAnsi="宋体" w:eastAsia="宋体"/>
                <w:b w:val="0"/>
                <w:sz w:val="18"/>
              </w:rPr>
              <w:t>通过理解题意和问题，观察数据特点，引导学生发现用“往大估”的策略估算。</w:t>
            </w:r>
          </w:p>
          <w:p>
            <w:pPr>
              <w:spacing w:after="20" w:line="276" w:lineRule="auto"/>
            </w:pPr>
            <w:r>
              <w:rPr>
                <w:rFonts w:ascii="宋体" w:hAnsi="宋体" w:eastAsia="宋体"/>
                <w:b w:val="0"/>
                <w:sz w:val="18"/>
              </w:rPr>
              <w:t>(2)学生独立完成，然后集体交流。</w:t>
            </w:r>
          </w:p>
          <w:p>
            <w:pPr>
              <w:spacing w:after="20" w:line="276" w:lineRule="auto"/>
            </w:pPr>
            <w:r>
              <w:rPr>
                <w:rFonts w:ascii="宋体" w:hAnsi="宋体" w:eastAsia="宋体"/>
                <w:b w:val="0"/>
                <w:sz w:val="18"/>
              </w:rPr>
              <w:t>5．归纳总结估算策略。</w:t>
            </w:r>
          </w:p>
          <w:p>
            <w:pPr>
              <w:spacing w:after="20" w:line="276" w:lineRule="auto"/>
            </w:pPr>
            <w:r>
              <w:rPr>
                <w:rFonts w:ascii="宋体" w:hAnsi="宋体" w:eastAsia="宋体"/>
                <w:b w:val="0"/>
                <w:sz w:val="18"/>
              </w:rPr>
              <w:t>师：通过前面的练习，说一说如何用估算？</w:t>
            </w:r>
          </w:p>
          <w:p>
            <w:pPr>
              <w:spacing w:after="20" w:line="276" w:lineRule="auto"/>
            </w:pPr>
            <w:r>
              <w:rPr>
                <w:rFonts w:ascii="宋体" w:hAnsi="宋体" w:eastAsia="宋体"/>
                <w:b w:val="0"/>
                <w:sz w:val="18"/>
              </w:rPr>
              <w:t>在学生充分交流的基础上总结：要根据实际情境的需要，将数据往大估或往小估来进行推理。</w:t>
            </w:r>
          </w:p>
        </w:tc>
        <w:tc>
          <w:tcPr>
            <w:tcW w:type="dxa" w:w="3061"/>
          </w:tcPr>
          <w:p>
            <w:pPr>
              <w:spacing w:after="20" w:line="276" w:lineRule="auto"/>
            </w:pPr>
            <w:r/>
            <w:r>
              <w:rPr>
                <w:rFonts w:ascii="宋体" w:hAnsi="宋体" w:eastAsia="宋体"/>
                <w:b w:val="0"/>
                <w:sz w:val="18"/>
              </w:rPr>
              <w:t>学生尝试完成后，全班交流，明确这里是把每辆车限乘人数往大估的策略。</w:t>
            </w:r>
          </w:p>
          <w:p>
            <w:pPr>
              <w:spacing w:after="20" w:line="276" w:lineRule="auto"/>
            </w:pPr>
            <w:r>
              <w:rPr>
                <w:rFonts w:ascii="宋体" w:hAnsi="宋体" w:eastAsia="宋体"/>
                <w:b w:val="0"/>
                <w:sz w:val="18"/>
              </w:rPr>
              <w:t>学生容易发现每袋稻谷的数量接近60 kg。</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通过有层次的练习及时反馈学情，巩固新知，培养学生灵活运用知识解决问题的能力，核心问题："观察每袋稻谷的数据，你有什么发现？"</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师：通过今天的学习，你有哪些收获？</w:t>
            </w:r>
          </w:p>
          <w:p>
            <w:pPr>
              <w:spacing w:after="20" w:line="276" w:lineRule="auto"/>
            </w:pPr>
            <w:r>
              <w:rPr>
                <w:rFonts w:ascii="宋体" w:hAnsi="宋体" w:eastAsia="宋体"/>
                <w:b w:val="0"/>
                <w:sz w:val="18"/>
              </w:rPr>
              <w:t>本节课在设计上按照解决问题的三个步骤教学，先让学生获取信息，明确要解决的问题。在分析与解答环节，先让学生讨论方法，然后放手让学生解决，随后展示学生的方法，无论是笔算还是估算，都给予肯定。在方法对比中认识到这样的问题用估算就可以快速解决，不需要精确计算，体会估算的价值。回顾与反思环节对解决问题思路进行总结，培养学生的推理能力。“做一做”的训练，呈现往小估的策略，进一步巩固估算的策略。最后设计不同层次的巩固练习，让学生在大量估算活动中总结估算策略。</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引导学生回顾梳理本课所学，完善认知结构，提升归纳与反思能力，核心问题："通过今天的学习，你有哪些收获？"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教科书P51例7及“做一做”，完成教科书P53～54“练习十”中第9、10、15、16题。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课堂中放手让学生大胆地尝试、体验，激励每一个学生在动手过程中独立思考，鼓励学生发现问题、提出问题，并与同伴交流。引导学生思考计算方法，在自主探索、合作交流中明白算理，掌握方法。让学生说出对与错的原因，这实际上也是让学生学会说算理，从而提高计算能力。同时，多说还能促进学生表达、计算、分析、思维等能力的全面发展。</w:t>
      </w:r>
    </w:p>
    <w:p>
      <w:r>
        <w:br w:type="page"/>
      </w:r>
    </w:p>
    <w:p>
      <w:pPr>
        <w:spacing w:after="80" w:line="300" w:lineRule="auto"/>
      </w:pPr>
      <w:r>
        <w:rPr>
          <w:rFonts w:ascii="黑体" w:hAnsi="黑体" w:eastAsia="黑体"/>
          <w:b/>
          <w:sz w:val="24"/>
        </w:rPr>
        <w:t>二、课时教学方案（第7课时）</w:t>
      </w:r>
    </w:p>
    <w:p>
      <w:pPr>
        <w:spacing w:after="80" w:line="300" w:lineRule="auto"/>
      </w:pPr>
      <w:r>
        <w:rPr>
          <w:rFonts w:ascii="黑体" w:hAnsi="黑体" w:eastAsia="黑体"/>
          <w:b/>
          <w:sz w:val="24"/>
        </w:rPr>
        <w:t>第7课时　口算乘法</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第7课时　口算乘法</w:t>
            </w:r>
          </w:p>
        </w:tc>
        <w:tc>
          <w:tcPr>
            <w:tcW w:type="dxa" w:w="6009"/>
          </w:tcPr>
          <w:p>
            <w:pPr>
              <w:spacing w:after="20" w:line="276" w:lineRule="auto"/>
            </w:pPr>
            <w:r/>
            <w:r>
              <w:rPr>
                <w:rFonts w:ascii="宋体" w:hAnsi="宋体" w:eastAsia="宋体"/>
                <w:b w:val="0"/>
                <w:sz w:val="20"/>
              </w:rPr>
              <w:t>第4单元 多位数乘一位数</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（结合班情，从作业反馈、课前调查、访谈等途径诊断本班学生学习起点，明确本课学习的现实基础。）</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教学内容：教科书P39～40例1、例2，完成教科书P41～42“练习八”中第1～7、9题。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（1）在理解算理的基础上，掌握整十、整百、整千数乘一位数以及两位数乘一位数(不进位)口算乘法的方法。</w:t>
      </w:r>
    </w:p>
    <w:p>
      <w:pPr>
        <w:spacing w:after="20" w:line="300" w:lineRule="auto"/>
        <w:ind w:firstLine="400"/>
      </w:pPr>
      <w:r>
        <w:rPr>
          <w:rFonts w:ascii="宋体" w:hAnsi="宋体" w:eastAsia="宋体"/>
          <w:b w:val="0"/>
          <w:sz w:val="20"/>
        </w:rPr>
        <w:t>（2）比较熟练地口算整十、整百、整千数乘一位数以及两位数乘一位数(不进位)，发展学生的运算能力。</w:t>
      </w:r>
    </w:p>
    <w:p>
      <w:pPr>
        <w:spacing w:after="20" w:line="300" w:lineRule="auto"/>
        <w:ind w:firstLine="400"/>
      </w:pPr>
      <w:r>
        <w:rPr>
          <w:rFonts w:ascii="宋体" w:hAnsi="宋体" w:eastAsia="宋体"/>
          <w:b w:val="0"/>
          <w:sz w:val="20"/>
        </w:rPr>
        <w:t>（3）激发学生学习数学的兴趣，同时培养学生认真仔细的良好学习习惯。</w:t>
      </w:r>
    </w:p>
    <w:p>
      <w:pPr>
        <w:spacing w:after="20" w:line="300" w:lineRule="auto"/>
      </w:pPr>
      <w:r>
        <w:rPr>
          <w:rFonts w:ascii="宋体" w:hAnsi="宋体" w:eastAsia="宋体"/>
          <w:b w:val="0"/>
          <w:sz w:val="20"/>
        </w:rPr>
        <w:t>教学重点：掌握整十、整百数乘一位数的口算方法及两位数乘一位数(不进位)的口算方法。</w:t>
      </w:r>
    </w:p>
    <w:p>
      <w:pPr>
        <w:spacing w:after="20" w:line="300" w:lineRule="auto"/>
      </w:pPr>
      <w:r>
        <w:rPr>
          <w:rFonts w:ascii="宋体" w:hAnsi="宋体" w:eastAsia="宋体"/>
          <w:b w:val="0"/>
          <w:sz w:val="20"/>
        </w:rPr>
        <w:t>教学难点：理解两位数乘一位数(不进位)的算理。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创设情境，激趣导入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同学们，你们喜欢去游乐园吗？</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自主探究，学习新知识</w:t>
            </w:r>
          </w:p>
        </w:tc>
        <w:tc>
          <w:tcPr>
            <w:tcW w:type="dxa" w:w="1814"/>
          </w:tcPr>
          <w:p>
            <w:pPr>
              <w:spacing w:after="20" w:line="276" w:lineRule="auto"/>
            </w:pPr>
            <w:r/>
            <w:r>
              <w:rPr>
                <w:rFonts w:ascii="宋体" w:hAnsi="宋体" w:eastAsia="宋体"/>
                <w:b w:val="0"/>
                <w:sz w:val="18"/>
              </w:rPr>
              <w:t>课件、教科书、小正方体</w:t>
            </w:r>
          </w:p>
        </w:tc>
        <w:tc>
          <w:tcPr>
            <w:tcW w:type="dxa" w:w="3402"/>
          </w:tcPr>
          <w:p>
            <w:pPr>
              <w:spacing w:after="20" w:line="276" w:lineRule="auto"/>
            </w:pPr>
            <w:r/>
            <w:r>
              <w:rPr>
                <w:rFonts w:ascii="宋体" w:hAnsi="宋体" w:eastAsia="宋体"/>
                <w:b w:val="0"/>
                <w:sz w:val="18"/>
              </w:rPr>
              <w:t>观察教科书P39的主题图，从中你获得了哪些数学信息？；根据这些数学信息，你能提出用乘法解决的数学问题吗？</w:t>
            </w:r>
          </w:p>
        </w:tc>
        <w:tc>
          <w:tcPr>
            <w:tcW w:type="dxa" w:w="1361"/>
          </w:tcPr>
          <w:p>
            <w:pPr>
              <w:spacing w:after="20" w:line="276" w:lineRule="auto"/>
            </w:pPr>
            <w:r/>
            <w:r>
              <w:rPr>
                <w:rFonts w:ascii="宋体" w:hAnsi="宋体" w:eastAsia="宋体"/>
                <w:b w:val="0"/>
                <w:sz w:val="18"/>
              </w:rPr>
              <w:t>23分钟</w:t>
            </w:r>
          </w:p>
        </w:tc>
      </w:tr>
      <w:tr>
        <w:tc>
          <w:tcPr>
            <w:tcW w:type="dxa" w:w="2835"/>
          </w:tcPr>
          <w:p>
            <w:pPr>
              <w:spacing w:after="20" w:line="276" w:lineRule="auto"/>
            </w:pPr>
            <w:r/>
            <w:r>
              <w:rPr>
                <w:rFonts w:ascii="宋体" w:hAnsi="宋体" w:eastAsia="宋体"/>
                <w:b w:val="0"/>
                <w:sz w:val="18"/>
              </w:rPr>
              <w:t>应用知识，巩固提高</w:t>
            </w:r>
          </w:p>
        </w:tc>
        <w:tc>
          <w:tcPr>
            <w:tcW w:type="dxa" w:w="1814"/>
          </w:tcPr>
          <w:p>
            <w:pPr>
              <w:spacing w:after="20" w:line="276" w:lineRule="auto"/>
            </w:pPr>
            <w:r/>
            <w:r>
              <w:rPr>
                <w:rFonts w:ascii="宋体" w:hAnsi="宋体" w:eastAsia="宋体"/>
                <w:b w:val="0"/>
                <w:sz w:val="18"/>
              </w:rPr>
              <w:t>教科书P41～42、教科书、课件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情境图、小正方体、课件</w:t>
            </w:r>
          </w:p>
        </w:tc>
        <w:tc>
          <w:tcPr>
            <w:tcW w:type="dxa" w:w="3402"/>
          </w:tcPr>
          <w:p>
            <w:pPr>
              <w:spacing w:after="20" w:line="276" w:lineRule="auto"/>
            </w:pPr>
            <w:r/>
            <w:r>
              <w:rPr>
                <w:rFonts w:ascii="宋体" w:hAnsi="宋体" w:eastAsia="宋体"/>
                <w:b w:val="0"/>
                <w:sz w:val="18"/>
              </w:rPr>
              <w:t>学完这节课，你们有哪些收获？</w:t>
            </w:r>
          </w:p>
        </w:tc>
        <w:tc>
          <w:tcPr>
            <w:tcW w:type="dxa" w:w="1361"/>
          </w:tcPr>
          <w:p>
            <w:pPr>
              <w:spacing w:after="20" w:line="276" w:lineRule="auto"/>
            </w:pPr>
            <w:r/>
            <w:r>
              <w:rPr>
                <w:rFonts w:ascii="宋体" w:hAnsi="宋体" w:eastAsia="宋体"/>
                <w:b w:val="0"/>
                <w:sz w:val="18"/>
              </w:rPr>
              <w:t>7分钟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创设情境，激趣导入</w:t>
            </w:r>
          </w:p>
        </w:tc>
        <w:tc>
          <w:tcPr>
            <w:tcW w:type="dxa" w:w="3061"/>
          </w:tcPr>
          <w:p>
            <w:pPr>
              <w:spacing w:after="20" w:line="276" w:lineRule="auto"/>
            </w:pPr>
            <w:r/>
            <w:r>
              <w:rPr>
                <w:rFonts w:ascii="宋体" w:hAnsi="宋体" w:eastAsia="宋体"/>
                <w:b w:val="0"/>
                <w:sz w:val="18"/>
              </w:rPr>
              <w:t>师：同学们，你们喜欢去游乐园吗？今天我们就一起去游乐园玩一玩，看看游乐园有哪些数学问题。(板书课题：口算乘法)</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创设情境激活学生已有经验，自然引出本课学习内容，激发学习兴趣，核心问题："同学们，你们喜欢去游乐园吗？"</w:t>
            </w:r>
          </w:p>
        </w:tc>
      </w:tr>
      <w:tr>
        <w:tc>
          <w:tcPr>
            <w:tcW w:type="dxa" w:w="1474"/>
          </w:tcPr>
          <w:p>
            <w:pPr>
              <w:spacing w:after="20" w:line="276" w:lineRule="auto"/>
            </w:pPr>
            <w:r>
              <w:rPr>
                <w:b/>
              </w:rPr>
            </w:r>
            <w:r>
              <w:rPr>
                <w:rFonts w:ascii="宋体" w:hAnsi="宋体" w:eastAsia="宋体"/>
                <w:b/>
                <w:sz w:val="18"/>
              </w:rPr>
              <w:t>自主探究，学习新知识</w:t>
            </w:r>
          </w:p>
        </w:tc>
        <w:tc>
          <w:tcPr>
            <w:tcW w:type="dxa" w:w="3061"/>
          </w:tcPr>
          <w:p>
            <w:pPr>
              <w:spacing w:after="20" w:line="276" w:lineRule="auto"/>
            </w:pPr>
            <w:r/>
            <w:r>
              <w:rPr>
                <w:rFonts w:ascii="宋体" w:hAnsi="宋体" w:eastAsia="宋体"/>
                <w:b w:val="0"/>
                <w:sz w:val="18"/>
              </w:rPr>
              <w:t>1.课件出示教科书P39的主题图。</w:t>
            </w:r>
          </w:p>
          <w:p>
            <w:pPr>
              <w:spacing w:after="20" w:line="276" w:lineRule="auto"/>
            </w:pPr>
            <w:r>
              <w:rPr>
                <w:rFonts w:ascii="宋体" w:hAnsi="宋体" w:eastAsia="宋体"/>
                <w:b w:val="0"/>
                <w:sz w:val="18"/>
              </w:rPr>
              <w:t>师：观察教科书P39的主题图，从中你获得了哪些数学信息？</w:t>
            </w:r>
          </w:p>
          <w:p>
            <w:pPr>
              <w:spacing w:after="20" w:line="276" w:lineRule="auto"/>
            </w:pPr>
            <w:r>
              <w:rPr>
                <w:rFonts w:ascii="宋体" w:hAnsi="宋体" w:eastAsia="宋体"/>
                <w:b w:val="0"/>
                <w:sz w:val="18"/>
              </w:rPr>
              <w:t>引导学生逐步表达完整：玩旋转木马每人8元，玩激流勇进每人10元，坐碰碰车每人12元，坐过山车每人20元。</w:t>
            </w:r>
          </w:p>
          <w:p>
            <w:pPr>
              <w:spacing w:after="20" w:line="276" w:lineRule="auto"/>
            </w:pPr>
            <w:r>
              <w:rPr>
                <w:rFonts w:ascii="宋体" w:hAnsi="宋体" w:eastAsia="宋体"/>
                <w:b w:val="0"/>
                <w:sz w:val="18"/>
              </w:rPr>
              <w:t>2．根据所列数学信息，学生思考提出问题。</w:t>
            </w:r>
          </w:p>
          <w:p>
            <w:pPr>
              <w:spacing w:after="20" w:line="276" w:lineRule="auto"/>
            </w:pPr>
            <w:r>
              <w:rPr>
                <w:rFonts w:ascii="宋体" w:hAnsi="宋体" w:eastAsia="宋体"/>
                <w:b w:val="0"/>
                <w:sz w:val="18"/>
              </w:rPr>
              <w:t>师：根据这些数学信息，你能提出用乘法解决的数学问题吗？</w:t>
            </w:r>
          </w:p>
          <w:p>
            <w:pPr>
              <w:spacing w:after="20" w:line="276" w:lineRule="auto"/>
            </w:pPr>
            <w:r>
              <w:rPr>
                <w:rFonts w:ascii="宋体" w:hAnsi="宋体" w:eastAsia="宋体"/>
                <w:b w:val="0"/>
                <w:sz w:val="18"/>
              </w:rPr>
              <w:t>3．课件出示教科书P40例1。</w:t>
            </w:r>
          </w:p>
          <w:p>
            <w:pPr>
              <w:spacing w:after="20" w:line="276" w:lineRule="auto"/>
            </w:pPr>
            <w:r>
              <w:rPr>
                <w:rFonts w:ascii="宋体" w:hAnsi="宋体" w:eastAsia="宋体"/>
                <w:b w:val="0"/>
                <w:sz w:val="18"/>
              </w:rPr>
              <w:t>坐过山车每人20元，3人需要多少钱？</w:t>
            </w:r>
          </w:p>
          <w:p>
            <w:pPr>
              <w:spacing w:after="20" w:line="276" w:lineRule="auto"/>
            </w:pPr>
            <w:r>
              <w:rPr>
                <w:rFonts w:ascii="宋体" w:hAnsi="宋体" w:eastAsia="宋体"/>
                <w:b w:val="0"/>
                <w:sz w:val="18"/>
              </w:rPr>
              <w:t>师：怎样列式计算呢？</w:t>
            </w:r>
          </w:p>
          <w:p>
            <w:pPr>
              <w:spacing w:after="20" w:line="276" w:lineRule="auto"/>
            </w:pPr>
            <w:r>
              <w:rPr>
                <w:rFonts w:ascii="宋体" w:hAnsi="宋体" w:eastAsia="宋体"/>
                <w:b w:val="0"/>
                <w:sz w:val="18"/>
              </w:rPr>
              <w:t>根据学生回答板书：20×3。</w:t>
            </w:r>
          </w:p>
          <w:p>
            <w:pPr>
              <w:spacing w:after="20" w:line="276" w:lineRule="auto"/>
            </w:pPr>
            <w:r>
              <w:rPr>
                <w:rFonts w:ascii="宋体" w:hAnsi="宋体" w:eastAsia="宋体"/>
                <w:b w:val="0"/>
                <w:sz w:val="18"/>
              </w:rPr>
              <w:t>(1)学生独立计算，同桌交流算法。</w:t>
            </w:r>
          </w:p>
          <w:p>
            <w:pPr>
              <w:spacing w:after="20" w:line="276" w:lineRule="auto"/>
            </w:pPr>
            <w:r>
              <w:rPr>
                <w:rFonts w:ascii="宋体" w:hAnsi="宋体" w:eastAsia="宋体"/>
                <w:b w:val="0"/>
                <w:sz w:val="18"/>
              </w:rPr>
              <w:t>(2)集体交流，理解算理。</w:t>
            </w:r>
          </w:p>
          <w:p>
            <w:pPr>
              <w:spacing w:after="20" w:line="276" w:lineRule="auto"/>
            </w:pPr>
            <w:r>
              <w:rPr>
                <w:rFonts w:ascii="宋体" w:hAnsi="宋体" w:eastAsia="宋体"/>
                <w:b w:val="0"/>
                <w:sz w:val="18"/>
              </w:rPr>
              <w:t>师：课件出示小正方体直条图，并结合图交流方法。</w:t>
            </w:r>
          </w:p>
          <w:p>
            <w:pPr>
              <w:spacing w:after="20" w:line="276" w:lineRule="auto"/>
            </w:pPr>
            <w:r>
              <w:rPr>
                <w:rFonts w:ascii="宋体" w:hAnsi="宋体" w:eastAsia="宋体"/>
                <w:b w:val="0"/>
                <w:sz w:val="18"/>
              </w:rPr>
              <w:t>方法1：20＋20＋20＝60</w:t>
            </w:r>
          </w:p>
          <w:p>
            <w:pPr>
              <w:spacing w:after="20" w:line="276" w:lineRule="auto"/>
            </w:pPr>
            <w:r>
              <w:rPr>
                <w:rFonts w:ascii="宋体" w:hAnsi="宋体" w:eastAsia="宋体"/>
                <w:b w:val="0"/>
                <w:sz w:val="18"/>
              </w:rPr>
              <w:t>方法2：2×3＝6　20×3＝60</w:t>
            </w:r>
          </w:p>
          <w:p>
            <w:pPr>
              <w:spacing w:after="20" w:line="276" w:lineRule="auto"/>
            </w:pPr>
            <w:r>
              <w:rPr>
                <w:rFonts w:ascii="宋体" w:hAnsi="宋体" w:eastAsia="宋体"/>
                <w:b w:val="0"/>
                <w:sz w:val="18"/>
              </w:rPr>
              <w:t>师：说一说方法2是怎么想的？</w:t>
            </w:r>
          </w:p>
          <w:p>
            <w:pPr>
              <w:spacing w:after="20" w:line="276" w:lineRule="auto"/>
            </w:pPr>
            <w:r>
              <w:rPr>
                <w:rFonts w:ascii="宋体" w:hAnsi="宋体" w:eastAsia="宋体"/>
                <w:b w:val="0"/>
                <w:sz w:val="18"/>
              </w:rPr>
              <w:t>引导学生说出“2个十乘3是6个十”，想“二三得六”。</w:t>
            </w:r>
          </w:p>
          <w:p>
            <w:pPr>
              <w:spacing w:after="20" w:line="276" w:lineRule="auto"/>
            </w:pPr>
            <w:r>
              <w:rPr>
                <w:rFonts w:ascii="宋体" w:hAnsi="宋体" w:eastAsia="宋体"/>
                <w:b w:val="0"/>
                <w:sz w:val="18"/>
              </w:rPr>
              <w:t>(3)师：请同学们再想一想200×3，2000×3的结果是多少？并想一想这样的乘法怎样口算呢？</w:t>
            </w:r>
          </w:p>
          <w:p>
            <w:pPr>
              <w:spacing w:after="20" w:line="276" w:lineRule="auto"/>
            </w:pPr>
            <w:r>
              <w:rPr>
                <w:rFonts w:ascii="宋体" w:hAnsi="宋体" w:eastAsia="宋体"/>
                <w:b w:val="0"/>
                <w:sz w:val="18"/>
              </w:rPr>
              <w:t>(4)归纳算法。</w:t>
            </w:r>
          </w:p>
          <w:p>
            <w:pPr>
              <w:spacing w:after="20" w:line="276" w:lineRule="auto"/>
            </w:pPr>
            <w:r>
              <w:rPr>
                <w:rFonts w:ascii="宋体" w:hAnsi="宋体" w:eastAsia="宋体"/>
                <w:b w:val="0"/>
                <w:sz w:val="18"/>
              </w:rPr>
              <w:t>师：整十、整百数、整千数乘一位数，该如何口算呢？</w:t>
            </w:r>
          </w:p>
          <w:p>
            <w:pPr>
              <w:spacing w:after="20" w:line="276" w:lineRule="auto"/>
            </w:pPr>
            <w:r>
              <w:rPr>
                <w:rFonts w:ascii="宋体" w:hAnsi="宋体" w:eastAsia="宋体"/>
                <w:b w:val="0"/>
                <w:sz w:val="18"/>
              </w:rPr>
              <w:t>师生小结：整十、整百、整千数乘一位数，先把整十、整百、整千数0前面的数与一位数相乘，计算出积后，再看乘数末尾有几个0，就在积的末尾添上几个0。</w:t>
            </w:r>
          </w:p>
          <w:p>
            <w:pPr>
              <w:spacing w:after="20" w:line="276" w:lineRule="auto"/>
            </w:pPr>
            <w:r>
              <w:rPr>
                <w:rFonts w:ascii="宋体" w:hAnsi="宋体" w:eastAsia="宋体"/>
                <w:b w:val="0"/>
                <w:sz w:val="18"/>
              </w:rPr>
              <w:t>4．课件出示教科书P40例2。</w:t>
            </w:r>
          </w:p>
          <w:p>
            <w:pPr>
              <w:spacing w:after="20" w:line="276" w:lineRule="auto"/>
            </w:pPr>
            <w:r>
              <w:rPr>
                <w:rFonts w:ascii="宋体" w:hAnsi="宋体" w:eastAsia="宋体"/>
                <w:b w:val="0"/>
                <w:sz w:val="18"/>
              </w:rPr>
              <w:t>根据题意列出算式12×3。</w:t>
            </w:r>
          </w:p>
          <w:p>
            <w:pPr>
              <w:spacing w:after="20" w:line="276" w:lineRule="auto"/>
            </w:pPr>
            <w:r>
              <w:rPr>
                <w:rFonts w:ascii="宋体" w:hAnsi="宋体" w:eastAsia="宋体"/>
                <w:b w:val="0"/>
                <w:sz w:val="18"/>
              </w:rPr>
              <w:t>(1)学生自主计算。</w:t>
            </w:r>
          </w:p>
          <w:p>
            <w:pPr>
              <w:spacing w:after="20" w:line="276" w:lineRule="auto"/>
            </w:pPr>
            <w:r>
              <w:rPr>
                <w:rFonts w:ascii="宋体" w:hAnsi="宋体" w:eastAsia="宋体"/>
                <w:b w:val="0"/>
                <w:sz w:val="18"/>
              </w:rPr>
              <w:t>(2)展示交流。</w:t>
            </w:r>
          </w:p>
          <w:p>
            <w:pPr>
              <w:spacing w:after="20" w:line="276" w:lineRule="auto"/>
            </w:pPr>
            <w:r>
              <w:rPr>
                <w:rFonts w:ascii="宋体" w:hAnsi="宋体" w:eastAsia="宋体"/>
                <w:b w:val="0"/>
                <w:sz w:val="18"/>
              </w:rPr>
              <w:t>师：你们是怎样计算的？</w:t>
            </w:r>
          </w:p>
          <w:p>
            <w:pPr>
              <w:spacing w:after="20" w:line="276" w:lineRule="auto"/>
            </w:pPr>
            <w:r>
              <w:rPr>
                <w:rFonts w:ascii="宋体" w:hAnsi="宋体" w:eastAsia="宋体"/>
                <w:b w:val="0"/>
                <w:sz w:val="18"/>
              </w:rPr>
              <w:t>根据课件说出算式12×3的口算步骤：</w:t>
            </w:r>
          </w:p>
          <w:p>
            <w:pPr>
              <w:spacing w:after="20" w:line="276" w:lineRule="auto"/>
            </w:pPr>
            <w:r>
              <w:rPr>
                <w:rFonts w:ascii="宋体" w:hAnsi="宋体" w:eastAsia="宋体"/>
                <w:b w:val="0"/>
                <w:sz w:val="18"/>
              </w:rPr>
              <w:t>把12分成10和2，先求出3个10是多少，再求出3个2是多少，最后把这两部分的结果合起来就是36。10×3＝30，2×3＝6，30＋6＝36。(教师适时板书)</w:t>
            </w:r>
          </w:p>
          <w:p>
            <w:pPr>
              <w:spacing w:after="20" w:line="276" w:lineRule="auto"/>
            </w:pPr>
            <w:r>
              <w:rPr>
                <w:rFonts w:ascii="宋体" w:hAnsi="宋体" w:eastAsia="宋体"/>
                <w:b w:val="0"/>
                <w:sz w:val="18"/>
              </w:rPr>
              <w:t>(3)迁移类推。</w:t>
            </w:r>
          </w:p>
          <w:p>
            <w:pPr>
              <w:spacing w:after="20" w:line="276" w:lineRule="auto"/>
            </w:pPr>
            <w:r>
              <w:rPr>
                <w:rFonts w:ascii="宋体" w:hAnsi="宋体" w:eastAsia="宋体"/>
                <w:b w:val="0"/>
                <w:sz w:val="18"/>
              </w:rPr>
              <w:t>师：你们能口算出12×4，21×4和23×2的结果吗？</w:t>
            </w:r>
          </w:p>
          <w:p>
            <w:pPr>
              <w:spacing w:after="20" w:line="276" w:lineRule="auto"/>
            </w:pPr>
            <w:r>
              <w:rPr>
                <w:rFonts w:ascii="宋体" w:hAnsi="宋体" w:eastAsia="宋体"/>
                <w:b w:val="0"/>
                <w:sz w:val="18"/>
              </w:rPr>
              <w:t>师：通过刚才的口算，你发现计算方法了吗？</w:t>
            </w:r>
          </w:p>
          <w:p>
            <w:pPr>
              <w:spacing w:after="20" w:line="276" w:lineRule="auto"/>
            </w:pPr>
            <w:r>
              <w:rPr>
                <w:rFonts w:ascii="宋体" w:hAnsi="宋体" w:eastAsia="宋体"/>
                <w:b w:val="0"/>
                <w:sz w:val="18"/>
              </w:rPr>
              <w:t>通过交流引导学生小结两位数乘一位数(不进位)的口算方法：把两位数分成整十数和一位数，分别乘一位数后再把两次乘得的积相加。</w:t>
            </w:r>
          </w:p>
        </w:tc>
        <w:tc>
          <w:tcPr>
            <w:tcW w:type="dxa" w:w="3061"/>
          </w:tcPr>
          <w:p>
            <w:pPr>
              <w:spacing w:after="20" w:line="276" w:lineRule="auto"/>
            </w:pPr>
            <w:r/>
            <w:r>
              <w:rPr>
                <w:rFonts w:ascii="宋体" w:hAnsi="宋体" w:eastAsia="宋体"/>
                <w:b w:val="0"/>
                <w:sz w:val="18"/>
              </w:rPr>
              <w:t>学生提出的问题可能是多种多样的，但只要是根据主题图中的数学信息提出的合理问题，教师都应予以肯定。</w:t>
            </w:r>
          </w:p>
          <w:p>
            <w:pPr>
              <w:spacing w:after="20" w:line="276" w:lineRule="auto"/>
            </w:pPr>
            <w:r>
              <w:rPr>
                <w:rFonts w:ascii="宋体" w:hAnsi="宋体" w:eastAsia="宋体"/>
                <w:b w:val="0"/>
                <w:sz w:val="18"/>
              </w:rPr>
              <w:t>学生快速计算后，交流口算方法。(教师适时补充并完善板书)</w:t>
            </w:r>
          </w:p>
          <w:p>
            <w:pPr>
              <w:spacing w:after="20" w:line="276" w:lineRule="auto"/>
            </w:pPr>
            <w:r>
              <w:rPr>
                <w:rFonts w:ascii="宋体" w:hAnsi="宋体" w:eastAsia="宋体"/>
                <w:b w:val="0"/>
                <w:sz w:val="18"/>
              </w:rPr>
              <w:t>学生自由交流。</w:t>
            </w:r>
          </w:p>
          <w:p>
            <w:pPr>
              <w:spacing w:after="20" w:line="276" w:lineRule="auto"/>
            </w:pPr>
            <w:r>
              <w:rPr>
                <w:rFonts w:ascii="宋体" w:hAnsi="宋体" w:eastAsia="宋体"/>
                <w:b w:val="0"/>
                <w:sz w:val="18"/>
              </w:rPr>
              <w:t>学生交流汇报不同的计算方法，教师通过课件展示计算过程。</w:t>
            </w:r>
          </w:p>
          <w:p>
            <w:pPr>
              <w:spacing w:after="20" w:line="276" w:lineRule="auto"/>
            </w:pPr>
            <w:r>
              <w:rPr>
                <w:rFonts w:ascii="宋体" w:hAnsi="宋体" w:eastAsia="宋体"/>
                <w:b w:val="0"/>
                <w:sz w:val="18"/>
              </w:rPr>
              <w:t>学生口算并说一说怎么算的。</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设计递进式探究活动，引导学生在动手实践与合作交流中经历知识形成过程，突破本课重难点，核心问题："观察教科书P39的主题图，从中你获得了哪些数学信息？"</w:t>
            </w:r>
          </w:p>
        </w:tc>
      </w:tr>
      <w:tr>
        <w:tc>
          <w:tcPr>
            <w:tcW w:type="dxa" w:w="1474"/>
          </w:tcPr>
          <w:p>
            <w:pPr>
              <w:spacing w:after="20" w:line="276" w:lineRule="auto"/>
            </w:pPr>
            <w:r>
              <w:rPr>
                <w:b/>
              </w:rPr>
            </w:r>
            <w:r>
              <w:rPr>
                <w:rFonts w:ascii="宋体" w:hAnsi="宋体" w:eastAsia="宋体"/>
                <w:b/>
                <w:sz w:val="18"/>
              </w:rPr>
              <w:t>应用知识，巩固提高</w:t>
            </w:r>
          </w:p>
        </w:tc>
        <w:tc>
          <w:tcPr>
            <w:tcW w:type="dxa" w:w="3061"/>
          </w:tcPr>
          <w:p>
            <w:pPr>
              <w:spacing w:after="20" w:line="276" w:lineRule="auto"/>
            </w:pPr>
            <w:r/>
            <w:r>
              <w:rPr>
                <w:rFonts w:ascii="宋体" w:hAnsi="宋体" w:eastAsia="宋体"/>
                <w:b w:val="0"/>
                <w:sz w:val="18"/>
              </w:rPr>
              <w:t>1.完成教科书P41～42“练习八”第1、2、3、4、6、7题。</w:t>
            </w:r>
          </w:p>
          <w:p>
            <w:pPr>
              <w:spacing w:after="20" w:line="276" w:lineRule="auto"/>
            </w:pPr>
            <w:r>
              <w:rPr>
                <w:rFonts w:ascii="宋体" w:hAnsi="宋体" w:eastAsia="宋体"/>
                <w:b w:val="0"/>
                <w:sz w:val="18"/>
              </w:rPr>
              <w:t>2．完成教科书P41“练习八”第5题。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(2)汇报交流，引导学生明确第一问是求“4个12是多少”，第二问是求“12个3是多少”。</w:t>
            </w:r>
          </w:p>
          <w:p>
            <w:pPr>
              <w:spacing w:after="20" w:line="276" w:lineRule="auto"/>
            </w:pPr>
            <w:r>
              <w:rPr>
                <w:rFonts w:ascii="宋体" w:hAnsi="宋体" w:eastAsia="宋体"/>
                <w:b w:val="0"/>
                <w:sz w:val="18"/>
              </w:rPr>
              <w:t>3．完成教科书P42“练习八”第9题。</w:t>
            </w:r>
          </w:p>
          <w:p>
            <w:pPr>
              <w:spacing w:after="20" w:line="276" w:lineRule="auto"/>
            </w:pPr>
            <w:r>
              <w:rPr>
                <w:rFonts w:ascii="宋体" w:hAnsi="宋体" w:eastAsia="宋体"/>
                <w:b w:val="0"/>
                <w:sz w:val="18"/>
              </w:rPr>
              <w:t>(1)思考：求积是240的算式，应先想什么？</w:t>
            </w:r>
          </w:p>
          <w:p>
            <w:pPr>
              <w:spacing w:after="20" w:line="276" w:lineRule="auto"/>
            </w:pPr>
            <w:r>
              <w:rPr>
                <w:rFonts w:ascii="宋体" w:hAnsi="宋体" w:eastAsia="宋体"/>
                <w:b w:val="0"/>
                <w:sz w:val="18"/>
              </w:rPr>
              <w:t>引导学生发现先想哪两个数的乘积是24。</w:t>
            </w:r>
          </w:p>
          <w:p>
            <w:pPr>
              <w:spacing w:after="20" w:line="276" w:lineRule="auto"/>
            </w:pPr>
            <w:r>
              <w:rPr>
                <w:rFonts w:ascii="宋体" w:hAnsi="宋体" w:eastAsia="宋体"/>
                <w:b w:val="0"/>
                <w:sz w:val="18"/>
              </w:rPr>
              <w:t>(2)学生有序写出积是240的乘法算式。</w:t>
            </w:r>
          </w:p>
        </w:tc>
        <w:tc>
          <w:tcPr>
            <w:tcW w:type="dxa" w:w="3061"/>
          </w:tcPr>
          <w:p>
            <w:pPr>
              <w:spacing w:after="20" w:line="276" w:lineRule="auto"/>
            </w:pPr>
            <w:r/>
            <w:r>
              <w:rPr>
                <w:rFonts w:ascii="宋体" w:hAnsi="宋体" w:eastAsia="宋体"/>
                <w:b w:val="0"/>
                <w:sz w:val="18"/>
              </w:rPr>
              <w:t>学生独立完成，集体交流，说一说自己是怎么算的。</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师：学完这节课，你们有哪些收获？</w:t>
            </w:r>
          </w:p>
          <w:p>
            <w:pPr>
              <w:spacing w:after="20" w:line="276" w:lineRule="auto"/>
            </w:pPr>
            <w:r>
              <w:rPr>
                <w:rFonts w:ascii="宋体" w:hAnsi="宋体" w:eastAsia="宋体"/>
                <w:b w:val="0"/>
                <w:sz w:val="18"/>
              </w:rPr>
              <w:t>师生共同总结多位数乘一位数的口算方法。</w:t>
            </w:r>
          </w:p>
          <w:p>
            <w:pPr>
              <w:spacing w:after="20" w:line="276" w:lineRule="auto"/>
            </w:pPr>
            <w:r>
              <w:rPr>
                <w:rFonts w:ascii="宋体" w:hAnsi="宋体" w:eastAsia="宋体"/>
                <w:b w:val="0"/>
                <w:sz w:val="18"/>
              </w:rPr>
              <w:t>本节课设计时先出示主题情境图，从中选择有用的数学信息，提出用乘法解决的问题，培养学生发现问题、分析问题和提出问题的能力。之后，对这些问题进行分类，选择和本节课相关的问题并出示例1和例2。学生列出算式后，让学生尝试口算，在交流汇报中借助小正方体，边计算边说算理，进行归纳和总结，将直观操作和抽象概括有机地结合，逐步完成抽象。然后在巩固应用中形成口算能力，在解决问题中初步建立乘法模型。</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引导学生回顾梳理本课所学，完善认知结构，提升归纳与反思能力，核心问题："学完这节课，你们有哪些收获？"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口算乘法</w:t>
      </w:r>
    </w:p>
    <w:p>
      <w:pPr>
        <w:spacing w:after="40" w:line="300" w:lineRule="auto"/>
      </w:pPr>
      <w:r>
        <w:rPr>
          <w:rFonts w:ascii="宋体" w:hAnsi="宋体" w:eastAsia="宋体"/>
          <w:b w:val="0"/>
          <w:sz w:val="20"/>
        </w:rPr>
        <w:t>20×3＝60　　　　　  　12×3＝36</w:t>
      </w:r>
    </w:p>
    <w:p>
      <w:pPr>
        <w:spacing w:after="40" w:line="300" w:lineRule="auto"/>
      </w:pPr>
      <w:r>
        <w:rPr>
          <w:rFonts w:ascii="宋体" w:hAnsi="宋体" w:eastAsia="宋体"/>
          <w:b w:val="0"/>
          <w:sz w:val="20"/>
        </w:rPr>
        <w:t>200×3＝600　　　想：  10×3＝30　　  　2×3＝6</w:t>
      </w:r>
    </w:p>
    <w:p>
      <w:pPr>
        <w:spacing w:after="40" w:line="300" w:lineRule="auto"/>
      </w:pPr>
      <w:r>
        <w:rPr>
          <w:rFonts w:ascii="宋体" w:hAnsi="宋体" w:eastAsia="宋体"/>
          <w:b w:val="0"/>
          <w:sz w:val="20"/>
        </w:rPr>
        <w:t>2000×3＝6000          30＋6＝36</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教科书P39～40例1、例2，完成教科书P41～42“练习八”中第1～7、9题。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对于算理的突破是借助小正方体图，说一说，并以位值思想为切入点，深入挖掘算法背后的算理，不仅增强了学生的运算能力，还为学生积累了丰富的感性经验。但还要注意：①教学设计应更严密、更科学，尤其要预留出学生活动的时间。②实行弹性教学，以后要把教科书的习题处理作为课题来研究，在练习设计中力求讲究层次化、趣味化、弹性化。③提高教学语言表达能力。从而达到让学生在整个课堂中多听、多学、多练的目的。</w:t>
      </w:r>
    </w:p>
    <w:p>
      <w:r>
        <w:br w:type="page"/>
      </w:r>
    </w:p>
    <w:p>
      <w:pPr>
        <w:spacing w:after="80" w:line="300" w:lineRule="auto"/>
      </w:pPr>
      <w:r>
        <w:rPr>
          <w:rFonts w:ascii="黑体" w:hAnsi="黑体" w:eastAsia="黑体"/>
          <w:b/>
          <w:sz w:val="24"/>
        </w:rPr>
        <w:t>二、课时教学方案（第8课时）</w:t>
      </w:r>
    </w:p>
    <w:p>
      <w:pPr>
        <w:spacing w:after="80" w:line="300" w:lineRule="auto"/>
      </w:pPr>
      <w:r>
        <w:rPr>
          <w:rFonts w:ascii="黑体" w:hAnsi="黑体" w:eastAsia="黑体"/>
          <w:b/>
          <w:sz w:val="24"/>
        </w:rPr>
        <w:t>第8课时　整理和复习</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第8课时　整理和复习</w:t>
            </w:r>
          </w:p>
        </w:tc>
        <w:tc>
          <w:tcPr>
            <w:tcW w:type="dxa" w:w="6009"/>
          </w:tcPr>
          <w:p>
            <w:pPr>
              <w:spacing w:after="20" w:line="276" w:lineRule="auto"/>
            </w:pPr>
            <w:r/>
            <w:r>
              <w:rPr>
                <w:rFonts w:ascii="宋体" w:hAnsi="宋体" w:eastAsia="宋体"/>
                <w:b w:val="0"/>
                <w:sz w:val="20"/>
              </w:rPr>
              <w:t>第4单元 多位数乘一位数</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（结合班情，从作业反馈、课前调查、访谈等途径诊断本班学生学习起点，明确本课学习的现实基础。）</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教学内容：教科书P55“整理和复习”，完成教科书P56“练习十一”中第1～5题。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（1）经历整理和复习的过程，厘清知识脉络，进行分类归纳，学会有序整理的学习方法，提高学习能力，形成清晰、完整的知识结构。</w:t>
      </w:r>
    </w:p>
    <w:p>
      <w:pPr>
        <w:spacing w:after="20" w:line="300" w:lineRule="auto"/>
        <w:ind w:firstLine="400"/>
      </w:pPr>
      <w:r>
        <w:rPr>
          <w:rFonts w:ascii="宋体" w:hAnsi="宋体" w:eastAsia="宋体"/>
          <w:b w:val="0"/>
          <w:sz w:val="20"/>
        </w:rPr>
        <w:t>（2）进一步巩固多位数乘一位数的口算、笔算、估算方法，能熟练、准确地进行计算，提高解决问题的能力。</w:t>
      </w:r>
    </w:p>
    <w:p>
      <w:pPr>
        <w:spacing w:after="20" w:line="300" w:lineRule="auto"/>
        <w:ind w:firstLine="400"/>
      </w:pPr>
      <w:r>
        <w:rPr>
          <w:rFonts w:ascii="宋体" w:hAnsi="宋体" w:eastAsia="宋体"/>
          <w:b w:val="0"/>
          <w:sz w:val="20"/>
        </w:rPr>
        <w:t>（3）在解决问题的过程中获得成功的体验，感受数学研究的趣味性。</w:t>
      </w:r>
    </w:p>
    <w:p>
      <w:pPr>
        <w:spacing w:after="20" w:line="300" w:lineRule="auto"/>
      </w:pPr>
      <w:r>
        <w:rPr>
          <w:rFonts w:ascii="宋体" w:hAnsi="宋体" w:eastAsia="宋体"/>
          <w:b w:val="0"/>
          <w:sz w:val="20"/>
        </w:rPr>
        <w:t>教学重点：进一步巩固本单元所学知识，对本单元知识查漏补缺。</w:t>
      </w:r>
    </w:p>
    <w:p>
      <w:pPr>
        <w:spacing w:after="20" w:line="300" w:lineRule="auto"/>
      </w:pPr>
      <w:r>
        <w:rPr>
          <w:rFonts w:ascii="宋体" w:hAnsi="宋体" w:eastAsia="宋体"/>
          <w:b w:val="0"/>
          <w:sz w:val="20"/>
        </w:rPr>
        <w:t>教学难点：把过去局部的、分散的、零碎的知识纵横联系，使之系统化、结构化。</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回顾引入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这个单元我们学习的是多位数乘一位数的乘法，具体包括哪些内容呢？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合作整理</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这个单元学习的知识和之前学习的乘法有什么联系和区别？你还想探究哪些问题？</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应用提升</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16分钟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通过本节课的整理和复习，你有哪些收获？</w:t>
            </w:r>
          </w:p>
        </w:tc>
        <w:tc>
          <w:tcPr>
            <w:tcW w:type="dxa" w:w="1361"/>
          </w:tcPr>
          <w:p>
            <w:pPr>
              <w:spacing w:after="20" w:line="276" w:lineRule="auto"/>
            </w:pPr>
            <w:r/>
            <w:r>
              <w:rPr>
                <w:rFonts w:ascii="宋体" w:hAnsi="宋体" w:eastAsia="宋体"/>
                <w:b w:val="0"/>
                <w:sz w:val="18"/>
              </w:rPr>
              <w:t>9分钟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回顾引入</w:t>
            </w:r>
          </w:p>
        </w:tc>
        <w:tc>
          <w:tcPr>
            <w:tcW w:type="dxa" w:w="3061"/>
          </w:tcPr>
          <w:p>
            <w:pPr>
              <w:spacing w:after="20" w:line="276" w:lineRule="auto"/>
            </w:pPr>
            <w:r/>
            <w:r>
              <w:rPr>
                <w:rFonts w:ascii="宋体" w:hAnsi="宋体" w:eastAsia="宋体"/>
                <w:b w:val="0"/>
                <w:sz w:val="18"/>
              </w:rPr>
              <w:t>1.初步回顾。</w:t>
            </w:r>
          </w:p>
          <w:p>
            <w:pPr>
              <w:spacing w:after="20" w:line="276" w:lineRule="auto"/>
            </w:pPr>
            <w:r>
              <w:rPr>
                <w:rFonts w:ascii="宋体" w:hAnsi="宋体" w:eastAsia="宋体"/>
                <w:b w:val="0"/>
                <w:sz w:val="18"/>
              </w:rPr>
              <w:t>师：这个单元我们学习的是多位数乘一位数的乘法，具体包括哪些内容呢？</w:t>
            </w:r>
          </w:p>
          <w:p>
            <w:pPr>
              <w:spacing w:after="20" w:line="276" w:lineRule="auto"/>
            </w:pPr>
            <w:r>
              <w:rPr>
                <w:rFonts w:ascii="宋体" w:hAnsi="宋体" w:eastAsia="宋体"/>
                <w:b w:val="0"/>
                <w:sz w:val="18"/>
              </w:rPr>
              <w:t>引导学生简单回顾。</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师：今天这节课我们就来整理和复习本单元所学的知识。(板书课题：整理和复习)</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创设情境激活学生已有经验，自然引出本课学习内容，激发学习兴趣，核心问题："这个单元我们学习的是多位数乘一位数的乘法，具体包括哪些内容呢？"</w:t>
            </w:r>
          </w:p>
        </w:tc>
      </w:tr>
      <w:tr>
        <w:tc>
          <w:tcPr>
            <w:tcW w:type="dxa" w:w="1474"/>
          </w:tcPr>
          <w:p>
            <w:pPr>
              <w:spacing w:after="20" w:line="276" w:lineRule="auto"/>
            </w:pPr>
            <w:r>
              <w:rPr>
                <w:b/>
              </w:rPr>
            </w:r>
            <w:r>
              <w:rPr>
                <w:rFonts w:ascii="宋体" w:hAnsi="宋体" w:eastAsia="宋体"/>
                <w:b/>
                <w:sz w:val="18"/>
              </w:rPr>
              <w:t>合作整理</w:t>
            </w:r>
          </w:p>
        </w:tc>
        <w:tc>
          <w:tcPr>
            <w:tcW w:type="dxa" w:w="3061"/>
          </w:tcPr>
          <w:p>
            <w:pPr>
              <w:spacing w:after="20" w:line="276" w:lineRule="auto"/>
            </w:pPr>
            <w:r/>
            <w:r>
              <w:rPr>
                <w:rFonts w:ascii="宋体" w:hAnsi="宋体" w:eastAsia="宋体"/>
                <w:b w:val="0"/>
                <w:sz w:val="18"/>
              </w:rPr>
              <w:t>师：以小组为单位合作整理本单元所学的知识，并以简单明了的方式记录下来。</w:t>
            </w:r>
          </w:p>
          <w:p>
            <w:pPr>
              <w:spacing w:after="20" w:line="276" w:lineRule="auto"/>
            </w:pPr>
            <w:r>
              <w:rPr>
                <w:rFonts w:ascii="宋体" w:hAnsi="宋体" w:eastAsia="宋体"/>
                <w:b w:val="0"/>
                <w:sz w:val="18"/>
              </w:rPr>
              <w:t>选择有代表性的小组逐一交流展示。</w:t>
            </w:r>
          </w:p>
          <w:p>
            <w:pPr>
              <w:spacing w:after="20" w:line="276" w:lineRule="auto"/>
            </w:pPr>
            <w:r>
              <w:rPr>
                <w:rFonts w:ascii="宋体" w:hAnsi="宋体" w:eastAsia="宋体"/>
                <w:b w:val="0"/>
                <w:sz w:val="18"/>
              </w:rPr>
              <w:t>师：同学们用不同的方式对本单元的知识进行了整理，非常棒！我们来看看小明整理的“知识结构图”。(课件出示)</w:t>
            </w:r>
          </w:p>
          <w:p>
            <w:pPr>
              <w:spacing w:after="20" w:line="276" w:lineRule="auto"/>
            </w:pPr>
            <w:r>
              <w:rPr>
                <w:rFonts w:ascii="宋体" w:hAnsi="宋体" w:eastAsia="宋体"/>
                <w:b w:val="0"/>
                <w:sz w:val="18"/>
              </w:rPr>
              <w:t>师：这个单元学习的知识和之前学习的乘法有什么联系和区别？你还想探究哪些问题？</w:t>
            </w:r>
          </w:p>
          <w:p>
            <w:pPr>
              <w:spacing w:after="20" w:line="276" w:lineRule="auto"/>
            </w:pPr>
            <w:r>
              <w:rPr>
                <w:rFonts w:ascii="宋体" w:hAnsi="宋体" w:eastAsia="宋体"/>
                <w:b w:val="0"/>
                <w:sz w:val="18"/>
              </w:rPr>
              <w:t>通过讨论发现：多位数乘一位数都可以转化为表内乘法来计算。估算解决问题时要根据实际问题确定往大估还是往小估。还想探究多位数乘多位数等等。</w:t>
            </w:r>
          </w:p>
        </w:tc>
        <w:tc>
          <w:tcPr>
            <w:tcW w:type="dxa" w:w="3061"/>
          </w:tcPr>
          <w:p>
            <w:pPr>
              <w:spacing w:after="20" w:line="276" w:lineRule="auto"/>
            </w:pPr>
            <w:r/>
            <w:r>
              <w:rPr>
                <w:rFonts w:ascii="宋体" w:hAnsi="宋体" w:eastAsia="宋体"/>
                <w:b w:val="0"/>
                <w:sz w:val="18"/>
              </w:rPr>
              <w:t>1.小组合作整理。</w:t>
            </w:r>
          </w:p>
          <w:p>
            <w:pPr>
              <w:spacing w:after="20" w:line="276" w:lineRule="auto"/>
            </w:pPr>
            <w:r>
              <w:rPr>
                <w:rFonts w:ascii="宋体" w:hAnsi="宋体" w:eastAsia="宋体"/>
                <w:b w:val="0"/>
                <w:sz w:val="18"/>
              </w:rPr>
              <w:t>学生分组整理，教师巡视指导。</w:t>
            </w:r>
          </w:p>
          <w:p>
            <w:pPr>
              <w:spacing w:after="20" w:line="276" w:lineRule="auto"/>
            </w:pPr>
            <w:r>
              <w:rPr>
                <w:rFonts w:ascii="宋体" w:hAnsi="宋体" w:eastAsia="宋体"/>
                <w:b w:val="0"/>
                <w:sz w:val="18"/>
              </w:rPr>
              <w:t>2．交流展示。</w:t>
            </w:r>
          </w:p>
          <w:p>
            <w:pPr>
              <w:spacing w:after="20" w:line="276" w:lineRule="auto"/>
            </w:pPr>
            <w:r>
              <w:rPr>
                <w:rFonts w:ascii="宋体" w:hAnsi="宋体" w:eastAsia="宋体"/>
                <w:b w:val="0"/>
                <w:sz w:val="18"/>
              </w:rPr>
              <w:t>3．讨论总结。</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引导学生回顾梳理本课所学，完善认知结构，提升归纳与反思能力，核心问题："这个单元学习的知识和之前学习的乘法有什么联系和区别？你还想探究哪些问题？"</w:t>
            </w:r>
          </w:p>
        </w:tc>
      </w:tr>
      <w:tr>
        <w:tc>
          <w:tcPr>
            <w:tcW w:type="dxa" w:w="1474"/>
          </w:tcPr>
          <w:p>
            <w:pPr>
              <w:spacing w:after="20" w:line="276" w:lineRule="auto"/>
            </w:pPr>
            <w:r>
              <w:rPr>
                <w:b/>
              </w:rPr>
            </w:r>
            <w:r>
              <w:rPr>
                <w:rFonts w:ascii="宋体" w:hAnsi="宋体" w:eastAsia="宋体"/>
                <w:b/>
                <w:sz w:val="18"/>
              </w:rPr>
              <w:t>应用提升</w:t>
            </w:r>
          </w:p>
        </w:tc>
        <w:tc>
          <w:tcPr>
            <w:tcW w:type="dxa" w:w="3061"/>
          </w:tcPr>
          <w:p>
            <w:pPr>
              <w:spacing w:after="20" w:line="276" w:lineRule="auto"/>
            </w:pPr>
            <w:r/>
            <w:r>
              <w:rPr>
                <w:rFonts w:ascii="宋体" w:hAnsi="宋体" w:eastAsia="宋体"/>
                <w:b w:val="0"/>
                <w:sz w:val="18"/>
              </w:rPr>
              <w:t>1.完成教科书P56“练习十一”第1题。</w:t>
            </w:r>
          </w:p>
          <w:p>
            <w:pPr>
              <w:spacing w:after="20" w:line="276" w:lineRule="auto"/>
            </w:pPr>
            <w:r>
              <w:rPr>
                <w:rFonts w:ascii="宋体" w:hAnsi="宋体" w:eastAsia="宋体"/>
                <w:b w:val="0"/>
                <w:sz w:val="18"/>
              </w:rPr>
              <w:t>(1)学生独立完成计算。</w:t>
            </w:r>
          </w:p>
          <w:p>
            <w:pPr>
              <w:spacing w:after="20" w:line="276" w:lineRule="auto"/>
            </w:pPr>
            <w:r>
              <w:rPr>
                <w:rFonts w:ascii="宋体" w:hAnsi="宋体" w:eastAsia="宋体"/>
                <w:b w:val="0"/>
                <w:sz w:val="18"/>
              </w:rPr>
              <w:t>(2)汇报交流，说一说积中每个数位上的数是怎么来的，强调注意事项。</w:t>
            </w:r>
          </w:p>
          <w:p>
            <w:pPr>
              <w:spacing w:after="20" w:line="276" w:lineRule="auto"/>
            </w:pPr>
            <w:r>
              <w:rPr>
                <w:rFonts w:ascii="宋体" w:hAnsi="宋体" w:eastAsia="宋体"/>
                <w:b w:val="0"/>
                <w:sz w:val="18"/>
              </w:rPr>
              <w:t>2．完成教科书P56“练习十一”第2题。</w:t>
            </w:r>
          </w:p>
          <w:p>
            <w:pPr>
              <w:spacing w:after="20" w:line="276" w:lineRule="auto"/>
            </w:pPr>
            <w:r>
              <w:rPr>
                <w:rFonts w:ascii="宋体" w:hAnsi="宋体" w:eastAsia="宋体"/>
                <w:b w:val="0"/>
                <w:sz w:val="18"/>
              </w:rPr>
              <w:t>(1)学生读题后分析问题，选择算法。</w:t>
            </w:r>
          </w:p>
          <w:p>
            <w:pPr>
              <w:spacing w:after="20" w:line="276" w:lineRule="auto"/>
            </w:pPr>
            <w:r>
              <w:rPr>
                <w:rFonts w:ascii="宋体" w:hAnsi="宋体" w:eastAsia="宋体"/>
                <w:b w:val="0"/>
                <w:sz w:val="18"/>
              </w:rPr>
              <w:t>(2)请学生先根据题目列出算式。</w:t>
            </w:r>
          </w:p>
          <w:p>
            <w:pPr>
              <w:spacing w:after="20" w:line="276" w:lineRule="auto"/>
            </w:pPr>
            <w:r>
              <w:rPr>
                <w:rFonts w:ascii="宋体" w:hAnsi="宋体" w:eastAsia="宋体"/>
                <w:b w:val="0"/>
                <w:sz w:val="18"/>
              </w:rPr>
              <w:t>(3)全班交流：各题应选择怎样的算法？为什么这样选择？说出理由。</w:t>
            </w:r>
          </w:p>
          <w:p>
            <w:pPr>
              <w:spacing w:after="20" w:line="276" w:lineRule="auto"/>
            </w:pPr>
            <w:r>
              <w:rPr>
                <w:rFonts w:ascii="宋体" w:hAnsi="宋体" w:eastAsia="宋体"/>
                <w:b w:val="0"/>
                <w:sz w:val="18"/>
              </w:rPr>
              <w:t>师小结：一般来说，能够用口算的题目尽量用口算；只需要知道大概结果或无法求得准确结果的题目，应选择估算；若数目较大，又需要知道准确结果的题目就用笔算。</w:t>
            </w:r>
          </w:p>
          <w:p>
            <w:pPr>
              <w:spacing w:after="20" w:line="276" w:lineRule="auto"/>
            </w:pPr>
            <w:r>
              <w:rPr>
                <w:rFonts w:ascii="宋体" w:hAnsi="宋体" w:eastAsia="宋体"/>
                <w:b w:val="0"/>
                <w:sz w:val="18"/>
              </w:rPr>
              <w:t>3．完成教科书P56“练习十一”第3题。</w:t>
            </w:r>
          </w:p>
          <w:p>
            <w:pPr>
              <w:spacing w:after="20" w:line="276" w:lineRule="auto"/>
            </w:pPr>
            <w:r>
              <w:rPr>
                <w:rFonts w:ascii="宋体" w:hAnsi="宋体" w:eastAsia="宋体"/>
                <w:b w:val="0"/>
                <w:sz w:val="18"/>
              </w:rPr>
              <w:t>(1)第一问：要求“应找回多少钱？”先要求什么？</w:t>
            </w:r>
          </w:p>
          <w:p>
            <w:pPr>
              <w:spacing w:after="20" w:line="276" w:lineRule="auto"/>
            </w:pPr>
            <w:r>
              <w:rPr>
                <w:rFonts w:ascii="宋体" w:hAnsi="宋体" w:eastAsia="宋体"/>
                <w:b w:val="0"/>
                <w:sz w:val="18"/>
              </w:rPr>
              <w:t>明确步骤后学生独立解答，集体交流。</w:t>
            </w:r>
          </w:p>
          <w:p>
            <w:pPr>
              <w:spacing w:after="20" w:line="276" w:lineRule="auto"/>
            </w:pPr>
            <w:r>
              <w:rPr>
                <w:rFonts w:ascii="宋体" w:hAnsi="宋体" w:eastAsia="宋体"/>
                <w:b w:val="0"/>
                <w:sz w:val="18"/>
              </w:rPr>
              <w:t>(2)第二问，结合相关信息提出用乘法解答的问题。</w:t>
            </w:r>
          </w:p>
          <w:p>
            <w:pPr>
              <w:spacing w:after="20" w:line="276" w:lineRule="auto"/>
            </w:pPr>
            <w:r>
              <w:rPr>
                <w:rFonts w:ascii="宋体" w:hAnsi="宋体" w:eastAsia="宋体"/>
                <w:b w:val="0"/>
                <w:sz w:val="18"/>
              </w:rPr>
              <w:t>4．完成教科书P56“练习十一”第4题。</w:t>
            </w:r>
          </w:p>
          <w:p>
            <w:pPr>
              <w:spacing w:after="20" w:line="276" w:lineRule="auto"/>
            </w:pPr>
            <w:r>
              <w:rPr>
                <w:rFonts w:ascii="宋体" w:hAnsi="宋体" w:eastAsia="宋体"/>
                <w:b w:val="0"/>
                <w:sz w:val="18"/>
              </w:rPr>
              <w:t>5．完成教科书P56“练习十一”第5题。</w:t>
            </w:r>
          </w:p>
          <w:p>
            <w:pPr>
              <w:spacing w:after="20" w:line="276" w:lineRule="auto"/>
            </w:pPr>
            <w:r>
              <w:rPr>
                <w:rFonts w:ascii="宋体" w:hAnsi="宋体" w:eastAsia="宋体"/>
                <w:b w:val="0"/>
                <w:sz w:val="18"/>
              </w:rPr>
              <w:t>(1)以1392×4为例，尝试完成后交流计算方法。</w:t>
            </w:r>
          </w:p>
          <w:p>
            <w:pPr>
              <w:spacing w:after="20" w:line="276" w:lineRule="auto"/>
            </w:pPr>
            <w:r>
              <w:rPr>
                <w:rFonts w:ascii="宋体" w:hAnsi="宋体" w:eastAsia="宋体"/>
                <w:b w:val="0"/>
                <w:sz w:val="18"/>
              </w:rPr>
              <w:t>(2)独立完成剩下的题目并交流。</w:t>
            </w:r>
          </w:p>
        </w:tc>
        <w:tc>
          <w:tcPr>
            <w:tcW w:type="dxa" w:w="3061"/>
          </w:tcPr>
          <w:p>
            <w:pPr>
              <w:spacing w:after="20" w:line="276" w:lineRule="auto"/>
            </w:pPr>
            <w:r/>
            <w:r>
              <w:rPr>
                <w:rFonts w:ascii="宋体" w:hAnsi="宋体" w:eastAsia="宋体"/>
                <w:b w:val="0"/>
                <w:sz w:val="18"/>
              </w:rPr>
              <w:t>学生独立完成后交流，明确第一问采取往小估的策略，第二问采取往大估的策略。</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师：通过本节课的整理和复习，你有哪些收获？</w:t>
            </w:r>
          </w:p>
          <w:p>
            <w:pPr>
              <w:spacing w:after="20" w:line="276" w:lineRule="auto"/>
            </w:pPr>
            <w:r>
              <w:rPr>
                <w:rFonts w:ascii="宋体" w:hAnsi="宋体" w:eastAsia="宋体"/>
                <w:b w:val="0"/>
                <w:sz w:val="18"/>
              </w:rPr>
              <w:t>整理和复习的教学，在设计时，先让学生以小组为单位整理，将零碎的知识梳理出来，查遗补漏，把平时所学的知识进行沟通，厘清知识之间的联系，进一步加深对所学知识的理解。然后用自己喜欢的方式记录下来，将零散的知识纵横联系，使之系统化、结构化，有一个整体的意识。最后设计一系列的计算和应用，解决学生在计算中容易出错的问题，在掌握计算技能的同时，还能根据问题的需要灵活选择合适的策略。</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引导学生回顾梳理本课所学，完善认知结构，提升归纳与反思能力，核心问题："通过本节课的整理和复习，你有哪些收获？"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教科书P55“整理和复习”，完成教科书P56“练习十一”中第1～5题。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是对多位数乘一位数的整理和复习。在本节课中，学生能熟练掌握口算、估算、笔算的方法，并能运用所学过的乘、除法知识解决生活中的实际问题，整节课教学效果较好。但由于时间比较紧，处理的练习比较多，可能有些细节还没到位，若能充分利用小组资源，集体评议，展示错例再订正，效果会更好。</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