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人教版三年级数学上册</w:t>
      </w:r>
    </w:p>
    <w:p>
      <w:pPr>
        <w:spacing w:after="80" w:line="300" w:lineRule="auto"/>
        <w:jc w:val="center"/>
      </w:pPr>
      <w:r>
        <w:rPr>
          <w:rFonts w:ascii="黑体" w:hAnsi="黑体" w:eastAsia="黑体"/>
          <w:b/>
          <w:sz w:val="26"/>
        </w:rPr>
        <w:t>第5单元 线和角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第5单元 线和角</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6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主要有两部分的内容，一是与线有关的部分，包括线段、射线与直线；二是与角有关的部分，包括角、直角的认识及画法，认识锐角和钝角，会用三角尺判断直角、锐角和钝角。对于线段，在二年级上册结合长度单位认识的学习，仅在于帮助学生感知线段的可测性，没有归纳提炼线段的本质特征，本单元则需要与直线、射线一起，归纳提炼三者的本质特征。在认识线段的基础上，会用直尺和圆规作与给定线段等长的线段。角与实际生活有着密切的联系，生活中很多物体的表面上都有“角”。同时，学生继续学习几何图形的有关知识，如研究长方形、正方形、三角形等平面图形以及立体图形的特征时也离不开角。因此可以说，学习角的基本知识，既是实际生活的需要，也是学生后面继续学习几何知识的需要。</w:t>
      </w:r>
    </w:p>
    <w:p>
      <w:pPr>
        <w:spacing w:after="80" w:line="300" w:lineRule="auto"/>
        <w:ind w:firstLine="400"/>
      </w:pPr>
      <w:r>
        <w:rPr>
          <w:rFonts w:ascii="宋体" w:hAnsi="宋体" w:eastAsia="宋体"/>
          <w:b w:val="0"/>
          <w:sz w:val="20"/>
        </w:rPr>
        <w:t>由于线和角在实际生活中有着丰富的“原型”，学生对此也有一定的经验积累。因此，教科书在编排时充分利用了这一优势，结合生活情境与实际操作活动认识线和角，使学生经历数学知识的抽象过程，感受数学知识的现实性，学习从数学的角度去观察、分析现实问题，进而激发起学生探索数学的兴趣。</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二年级时学生初步认识了线段，知道线段是“直的”“可以测量出长度”。在一年级的学习中，学生已经认识了长方形、正方形、三角形和平行四边形等，角也属于平面图形，在此基础上继续认识角。虽然线和角与实际生活有着密切的联系，生活中很多物体的表面上都有“角”，学生有一定的生活积累，但知识点比较抽象，在教学中要多让学生亲自操作，获得直接经验，帮助学生学习有关线和角的知识。</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应用意识：能在具体情境中运用“两点之间线段最短”解决简单问题。</w:t>
      </w:r>
    </w:p>
    <w:p>
      <w:pPr>
        <w:spacing w:after="40" w:line="300" w:lineRule="auto"/>
        <w:ind w:firstLine="400"/>
      </w:pPr>
      <w:r>
        <w:rPr>
          <w:rFonts w:ascii="宋体" w:hAnsi="宋体" w:eastAsia="宋体"/>
          <w:b w:val="0"/>
          <w:sz w:val="20"/>
        </w:rPr>
        <w:t>空间观念：能说出线段、射线和直线的共性与区别。</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第1课时：结合生活情境及操作活动，初步认识角，知道角的各部分名称，初步学会用尺子画角。</w:t>
      </w:r>
    </w:p>
    <w:p>
      <w:pPr>
        <w:spacing w:after="20" w:line="300" w:lineRule="auto"/>
        <w:ind w:firstLine="400"/>
      </w:pPr>
      <w:r>
        <w:rPr>
          <w:rFonts w:ascii="宋体" w:hAnsi="宋体" w:eastAsia="宋体"/>
          <w:b w:val="0"/>
          <w:sz w:val="20"/>
        </w:rPr>
        <w:t>第2课时：结合实例认识线段、射线与直线，线段、射线与直线的区别；体会两点间所有连线中线段最短，知道两点间的距离。</w:t>
      </w:r>
    </w:p>
    <w:p>
      <w:pPr>
        <w:spacing w:after="20" w:line="300" w:lineRule="auto"/>
        <w:ind w:firstLine="400"/>
      </w:pPr>
      <w:r>
        <w:rPr>
          <w:rFonts w:ascii="宋体" w:hAnsi="宋体" w:eastAsia="宋体"/>
          <w:b w:val="0"/>
          <w:sz w:val="20"/>
        </w:rPr>
        <w:t>第3课时：结合生活情境和操作活动，认识直角，会用三角尺判断直角和画直角。</w:t>
      </w:r>
    </w:p>
    <w:p>
      <w:pPr>
        <w:spacing w:after="20" w:line="300" w:lineRule="auto"/>
        <w:ind w:firstLine="400"/>
      </w:pPr>
      <w:r>
        <w:rPr>
          <w:rFonts w:ascii="宋体" w:hAnsi="宋体" w:eastAsia="宋体"/>
          <w:b w:val="0"/>
          <w:sz w:val="20"/>
        </w:rPr>
        <w:t>第4课时：在认识线段的基础上，会用圆规比较两条线段的长短，会用直尺和圆规作一条与给定线段等长的线段。</w:t>
      </w:r>
    </w:p>
    <w:p>
      <w:pPr>
        <w:spacing w:after="20" w:line="300" w:lineRule="auto"/>
        <w:ind w:firstLine="400"/>
      </w:pPr>
      <w:r>
        <w:rPr>
          <w:rFonts w:ascii="宋体" w:hAnsi="宋体" w:eastAsia="宋体"/>
          <w:b w:val="0"/>
          <w:sz w:val="20"/>
        </w:rPr>
        <w:t>第5课时：结合生活情境及操作活动，初步认识锐角和钝角，会用三角尺判断锐角和钝角。</w:t>
      </w:r>
    </w:p>
    <w:p>
      <w:pPr>
        <w:spacing w:after="20" w:line="300" w:lineRule="auto"/>
        <w:ind w:firstLine="400"/>
      </w:pPr>
      <w:r>
        <w:rPr>
          <w:rFonts w:ascii="宋体" w:hAnsi="宋体" w:eastAsia="宋体"/>
          <w:b w:val="0"/>
          <w:sz w:val="20"/>
        </w:rPr>
        <w:t>第6课时：经历整理和复习的过程，厘清知识脉络，进行分类归纳，学会有序整理的学习方法，提高学习能力，形成清晰、完整的知识结构。</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要结合生活情境与实际操作活动认识角。利用学生已有的生活经验和知识基础，引领学生经历由具体到抽象的认识过程，调动学生多感官的参与，初步认识线段、射线和直线。从多角度认识角，从由共性的角度认识角，再到由分类的角度认识角。</w:t>
      </w:r>
    </w:p>
    <w:p>
      <w:pPr>
        <w:spacing w:after="20" w:line="300" w:lineRule="auto"/>
      </w:pPr>
      <w:r>
        <w:rPr>
          <w:rFonts w:ascii="宋体" w:hAnsi="宋体" w:eastAsia="宋体"/>
          <w:b w:val="0"/>
          <w:sz w:val="20"/>
        </w:rPr>
        <w:t>● 注意对操作活动给予必要的方法指导。用直尺和圆规作与给定线段等长的线段，对学生来说有一定的困难，需要教师操作示范，讲解要领，再指导学生尝试操作。画角、折角、拉活动角、比角等操作活动虽然比较简单，但教师仍要对学生进行一定的指导，规范活动的过程和方法，并紧扣角的构成——一个顶点、两条边来进行。不论活动简单或复杂，教师都要指导学生有序、规范地进行。这对于巩固所学知识、培养学生良好的学习习惯、发展学生的空间观念等大有裨益。</w:t>
      </w:r>
    </w:p>
    <w:p>
      <w:pPr>
        <w:spacing w:after="20" w:line="300" w:lineRule="auto"/>
      </w:pPr>
      <w:r>
        <w:rPr>
          <w:rFonts w:ascii="宋体" w:hAnsi="宋体" w:eastAsia="宋体"/>
          <w:b w:val="0"/>
          <w:sz w:val="20"/>
        </w:rPr>
        <w:t>● 注意在交流和讨论中使学生理解操作活动的内涵。本单元设计了多种操作活动，有些活动内涵丰富。教学时，教师不能将活动的目标仅仅定位于操作本身，还要引导学生对活动的过程进行反思，通过交流、研讨，帮助学生理解操作活动的内涵。</w:t>
      </w:r>
    </w:p>
    <w:p>
      <w:pPr>
        <w:spacing w:after="20" w:line="300" w:lineRule="auto"/>
      </w:pPr>
      <w:r>
        <w:rPr>
          <w:rFonts w:ascii="宋体" w:hAnsi="宋体" w:eastAsia="宋体"/>
          <w:b w:val="0"/>
          <w:sz w:val="20"/>
        </w:rPr>
        <w:t>符号意识：会用字母和符号表示线段、射线、直线和角。</w:t>
      </w:r>
    </w:p>
    <w:p>
      <w:pPr>
        <w:spacing w:after="20" w:line="300" w:lineRule="auto"/>
      </w:pPr>
      <w:r>
        <w:rPr>
          <w:rFonts w:ascii="宋体" w:hAnsi="宋体" w:eastAsia="宋体"/>
          <w:b w:val="0"/>
          <w:sz w:val="20"/>
        </w:rPr>
        <w:t>几何直观：知道两点间所有连线中线段最短；初步认识角，会判断直角、锐角和钝角；会用直尺和圆规作与给定线段等长的线段。</w:t>
      </w:r>
    </w:p>
    <w:p>
      <w:pPr>
        <w:spacing w:after="20" w:line="300" w:lineRule="auto"/>
      </w:pPr>
      <w:r>
        <w:rPr>
          <w:rFonts w:ascii="宋体" w:hAnsi="宋体" w:eastAsia="宋体"/>
          <w:b w:val="0"/>
          <w:sz w:val="20"/>
        </w:rPr>
        <w:t>推理意识：能够根据图形找出其中的规律，能够说明规律的一般性，并利用一般规律解决简单的问题。</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角的认识及画法</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结合生活情境及操作活动，初步认识角，知道角的各部分名称，初步学会用尺子画角。</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认识线段、射线、直线(1)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结合实例认识线段、射线与直线，线段、射线与直线的区别；体会两点间所有连线中线段最短，知道两点间的距离。</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直角的认识及画法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结合生活情境和操作活动，认识直角，会用三角尺判断直角和画直角。</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认识线段、射线、直线(2)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在认识线段的基础上，会用圆规比较两条线段的长短，会用直尺和圆规作一条与给定线段等长的线段。</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锐角、钝角的认识</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结合生活情境及操作活动，初步认识锐角和钝角，会用三角尺判断锐角和钝角。</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经历整理和复习的过程，厘清知识脉络，进行分类归纳，学会有序整理的学习方法，提高学习能力，形成清晰、完整的知识结构。</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角的认识及画法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角的认识及画法</w:t>
            </w:r>
          </w:p>
        </w:tc>
        <w:tc>
          <w:tcPr>
            <w:tcW w:type="dxa" w:w="6009"/>
          </w:tcPr>
          <w:p>
            <w:pPr>
              <w:spacing w:after="20" w:line="276" w:lineRule="auto"/>
            </w:pPr>
            <w:r/>
            <w:r>
              <w:rPr>
                <w:rFonts w:ascii="宋体" w:hAnsi="宋体" w:eastAsia="宋体"/>
                <w:b w:val="0"/>
                <w:sz w:val="20"/>
              </w:rPr>
              <w:t>第5单元 线和角（角的认识）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二年级时学生初步认识了线段，知道线段是“直的”“可以测量出长度”。在一年级的学习中，学生已经认识了长方形、正方形、三角形和平行四边形等，角也属于平面图形，在此基础上继续认识角。虽然线和角与实际生活有着密切的联系，生活中很多物体的表面上都有“角”，学生有一定的生活积累，但知识点比较抽象，在教学中要多让学生亲自操作，获得直接经验，帮助学生学习有关线和角的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教学内容：教科书P66例1，完成教科书P67“做一做”及P69“练习十三”中第1、2题。</w:t>
      </w:r>
    </w:p>
    <w:p>
      <w:pPr>
        <w:spacing w:after="80" w:line="300" w:lineRule="auto"/>
        <w:ind w:firstLine="400"/>
      </w:pPr>
      <w:r>
        <w:rPr>
          <w:rFonts w:ascii="宋体" w:hAnsi="宋体" w:eastAsia="宋体"/>
          <w:b w:val="0"/>
          <w:sz w:val="20"/>
        </w:rPr>
        <w:t>教学准备：课件、尺子、折扇等。</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（1）结合生活情境及操作活动，初步认识角，知道角的各部分名称，初步学会用尺子画角。</w:t>
      </w:r>
    </w:p>
    <w:p>
      <w:pPr>
        <w:spacing w:after="20" w:line="300" w:lineRule="auto"/>
        <w:ind w:firstLine="400"/>
      </w:pPr>
      <w:r>
        <w:rPr>
          <w:rFonts w:ascii="宋体" w:hAnsi="宋体" w:eastAsia="宋体"/>
          <w:b w:val="0"/>
          <w:sz w:val="20"/>
        </w:rPr>
        <w:t>（2）在丰富多彩的活动中，丰富学生对角的直观认识，培养学生的空间观念。</w:t>
      </w:r>
    </w:p>
    <w:p>
      <w:pPr>
        <w:spacing w:after="20" w:line="300" w:lineRule="auto"/>
        <w:ind w:firstLine="400"/>
      </w:pPr>
      <w:r>
        <w:rPr>
          <w:rFonts w:ascii="宋体" w:hAnsi="宋体" w:eastAsia="宋体"/>
          <w:b w:val="0"/>
          <w:sz w:val="20"/>
        </w:rPr>
        <w:t>（3）使学生能积极参与观察、操作、归纳等学习数学的过程，并在学习过程中获得积极的情感体验。</w:t>
      </w:r>
    </w:p>
    <w:p>
      <w:pPr>
        <w:spacing w:after="20" w:line="300" w:lineRule="auto"/>
      </w:pPr>
      <w:r>
        <w:rPr>
          <w:rFonts w:ascii="宋体" w:hAnsi="宋体" w:eastAsia="宋体"/>
          <w:b w:val="0"/>
          <w:sz w:val="20"/>
        </w:rPr>
        <w:t>教学重点：初步认识角，知道角各部分的名称，会正确画角。</w:t>
      </w:r>
    </w:p>
    <w:p>
      <w:pPr>
        <w:spacing w:after="20" w:line="300" w:lineRule="auto"/>
      </w:pPr>
      <w:r>
        <w:rPr>
          <w:rFonts w:ascii="宋体" w:hAnsi="宋体" w:eastAsia="宋体"/>
          <w:b w:val="0"/>
          <w:sz w:val="20"/>
        </w:rPr>
        <w:t>教学难点：在直观认识角的活动中，形成关于角的正确表象。</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情境引入，揭示课题</w:t>
            </w:r>
          </w:p>
        </w:tc>
        <w:tc>
          <w:tcPr>
            <w:tcW w:type="dxa" w:w="1814"/>
          </w:tcPr>
          <w:p>
            <w:pPr>
              <w:spacing w:after="20" w:line="276" w:lineRule="auto"/>
            </w:pPr>
            <w:r/>
            <w:r>
              <w:rPr>
                <w:rFonts w:ascii="宋体" w:hAnsi="宋体" w:eastAsia="宋体"/>
                <w:b w:val="0"/>
                <w:sz w:val="18"/>
              </w:rPr>
              <w:t>课件、尺子</w:t>
            </w:r>
          </w:p>
        </w:tc>
        <w:tc>
          <w:tcPr>
            <w:tcW w:type="dxa" w:w="3402"/>
          </w:tcPr>
          <w:p>
            <w:pPr>
              <w:spacing w:after="20" w:line="276" w:lineRule="auto"/>
            </w:pPr>
            <w:r/>
            <w:r>
              <w:rPr>
                <w:rFonts w:ascii="宋体" w:hAnsi="宋体" w:eastAsia="宋体"/>
                <w:b w:val="0"/>
                <w:sz w:val="18"/>
              </w:rPr>
              <w:t>指一指上面这些物品的角在哪里？</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认识角</w:t>
            </w:r>
          </w:p>
        </w:tc>
        <w:tc>
          <w:tcPr>
            <w:tcW w:type="dxa" w:w="1814"/>
          </w:tcPr>
          <w:p>
            <w:pPr>
              <w:spacing w:after="20" w:line="276" w:lineRule="auto"/>
            </w:pPr>
            <w:r/>
            <w:r>
              <w:rPr>
                <w:rFonts w:ascii="宋体" w:hAnsi="宋体" w:eastAsia="宋体"/>
                <w:b w:val="0"/>
                <w:sz w:val="18"/>
              </w:rPr>
              <w:t>课件、教科书、尺子</w:t>
            </w:r>
          </w:p>
        </w:tc>
        <w:tc>
          <w:tcPr>
            <w:tcW w:type="dxa" w:w="3402"/>
          </w:tcPr>
          <w:p>
            <w:pPr>
              <w:spacing w:after="20" w:line="276" w:lineRule="auto"/>
            </w:pPr>
            <w:r/>
            <w:r>
              <w:rPr>
                <w:rFonts w:ascii="宋体" w:hAnsi="宋体" w:eastAsia="宋体"/>
                <w:b w:val="0"/>
                <w:sz w:val="18"/>
              </w:rPr>
              <w:t>观察这些角，它们有什么共同点？；说一说角有什么特点？</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巩固认识，深化理解</w:t>
            </w:r>
          </w:p>
        </w:tc>
        <w:tc>
          <w:tcPr>
            <w:tcW w:type="dxa" w:w="1814"/>
          </w:tcPr>
          <w:p>
            <w:pPr>
              <w:spacing w:after="20" w:line="276" w:lineRule="auto"/>
            </w:pPr>
            <w:r/>
            <w:r>
              <w:rPr>
                <w:rFonts w:ascii="宋体" w:hAnsi="宋体" w:eastAsia="宋体"/>
                <w:b w:val="0"/>
                <w:sz w:val="18"/>
              </w:rPr>
              <w:t>教科书、课件、尺子</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课件、尺子</w:t>
            </w:r>
          </w:p>
        </w:tc>
        <w:tc>
          <w:tcPr>
            <w:tcW w:type="dxa" w:w="3402"/>
          </w:tcPr>
          <w:p>
            <w:pPr>
              <w:spacing w:after="20" w:line="276" w:lineRule="auto"/>
            </w:pPr>
            <w:r/>
            <w:r>
              <w:rPr>
                <w:rFonts w:ascii="宋体" w:hAnsi="宋体" w:eastAsia="宋体"/>
                <w:b w:val="0"/>
                <w:sz w:val="18"/>
              </w:rPr>
              <w:t>通过今天的学习，你们有什么收获？</w:t>
            </w:r>
          </w:p>
        </w:tc>
        <w:tc>
          <w:tcPr>
            <w:tcW w:type="dxa" w:w="1361"/>
          </w:tcPr>
          <w:p>
            <w:pPr>
              <w:spacing w:after="20" w:line="276" w:lineRule="auto"/>
            </w:pPr>
            <w:r/>
            <w:r>
              <w:rPr>
                <w:rFonts w:ascii="宋体" w:hAnsi="宋体" w:eastAsia="宋体"/>
                <w:b w:val="0"/>
                <w:sz w:val="18"/>
              </w:rPr>
              <w:t>9分钟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情境引入，揭示课题</w:t>
            </w:r>
          </w:p>
        </w:tc>
        <w:tc>
          <w:tcPr>
            <w:tcW w:type="dxa" w:w="3061"/>
          </w:tcPr>
          <w:p>
            <w:pPr>
              <w:spacing w:after="20" w:line="276" w:lineRule="auto"/>
            </w:pPr>
            <w:r/>
            <w:r>
              <w:rPr>
                <w:rFonts w:ascii="宋体" w:hAnsi="宋体" w:eastAsia="宋体"/>
                <w:b w:val="0"/>
                <w:sz w:val="18"/>
              </w:rPr>
              <w:t>师：在生活中，我们经常看到各种角。如下面的物品上都有角。</w:t>
            </w:r>
          </w:p>
          <w:p>
            <w:pPr>
              <w:spacing w:after="20" w:line="276" w:lineRule="auto"/>
            </w:pPr>
            <w:r>
              <w:rPr>
                <w:rFonts w:ascii="宋体" w:hAnsi="宋体" w:eastAsia="宋体"/>
                <w:b w:val="0"/>
                <w:sz w:val="18"/>
              </w:rPr>
              <w:t>师：指一指上面这些物品的角在哪里？</w:t>
            </w:r>
          </w:p>
          <w:p>
            <w:pPr>
              <w:spacing w:after="20" w:line="276" w:lineRule="auto"/>
            </w:pPr>
            <w:r>
              <w:rPr>
                <w:rFonts w:ascii="宋体" w:hAnsi="宋体" w:eastAsia="宋体"/>
                <w:b w:val="0"/>
                <w:sz w:val="18"/>
              </w:rPr>
              <w:t>指名学生指一指，注意指的时候规范引导。</w:t>
            </w:r>
          </w:p>
          <w:p>
            <w:pPr>
              <w:spacing w:after="20" w:line="276" w:lineRule="auto"/>
            </w:pPr>
            <w:r>
              <w:rPr>
                <w:rFonts w:ascii="宋体" w:hAnsi="宋体" w:eastAsia="宋体"/>
                <w:b w:val="0"/>
                <w:sz w:val="18"/>
              </w:rPr>
              <w:t>师：今天我们就一起来认识角。(板书课题：角的认识及画法)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创设情境激活学生已有经验，自然引出本课学习内容，激发学习兴趣，核心问题："指一指上面这些物品的角在哪里？"</w:t>
            </w:r>
          </w:p>
        </w:tc>
      </w:tr>
      <w:tr>
        <w:tc>
          <w:tcPr>
            <w:tcW w:type="dxa" w:w="1474"/>
          </w:tcPr>
          <w:p>
            <w:pPr>
              <w:spacing w:after="20" w:line="276" w:lineRule="auto"/>
            </w:pPr>
            <w:r>
              <w:rPr>
                <w:b/>
              </w:rPr>
            </w:r>
            <w:r>
              <w:rPr>
                <w:rFonts w:ascii="宋体" w:hAnsi="宋体" w:eastAsia="宋体"/>
                <w:b/>
                <w:sz w:val="18"/>
              </w:rPr>
              <w:t>认识角</w:t>
            </w:r>
          </w:p>
        </w:tc>
        <w:tc>
          <w:tcPr>
            <w:tcW w:type="dxa" w:w="3061"/>
          </w:tcPr>
          <w:p>
            <w:pPr>
              <w:spacing w:after="20" w:line="276" w:lineRule="auto"/>
            </w:pPr>
            <w:r/>
            <w:r>
              <w:rPr>
                <w:rFonts w:ascii="宋体" w:hAnsi="宋体" w:eastAsia="宋体"/>
                <w:b w:val="0"/>
                <w:sz w:val="18"/>
              </w:rPr>
              <w:t>1.从实物图中抽象出角。</w:t>
            </w:r>
          </w:p>
          <w:p>
            <w:pPr>
              <w:spacing w:after="20" w:line="276" w:lineRule="auto"/>
            </w:pPr>
            <w:r>
              <w:rPr>
                <w:rFonts w:ascii="宋体" w:hAnsi="宋体" w:eastAsia="宋体"/>
                <w:b w:val="0"/>
                <w:sz w:val="18"/>
              </w:rPr>
              <w:t>师：刚才同学们指出了上面物品中的角，我们把这些角抽象成数学上的角。</w:t>
            </w:r>
          </w:p>
          <w:p>
            <w:pPr>
              <w:spacing w:after="20" w:line="276" w:lineRule="auto"/>
            </w:pPr>
            <w:r>
              <w:rPr>
                <w:rFonts w:ascii="宋体" w:hAnsi="宋体" w:eastAsia="宋体"/>
                <w:b w:val="0"/>
                <w:sz w:val="18"/>
              </w:rPr>
              <w:t>课件演示从实物中抽象出角的过程。</w:t>
            </w:r>
          </w:p>
          <w:p>
            <w:pPr>
              <w:spacing w:after="20" w:line="276" w:lineRule="auto"/>
            </w:pPr>
            <w:r>
              <w:rPr>
                <w:rFonts w:ascii="宋体" w:hAnsi="宋体" w:eastAsia="宋体"/>
                <w:b w:val="0"/>
                <w:sz w:val="18"/>
              </w:rPr>
              <w:t>2．认识角。</w:t>
            </w:r>
          </w:p>
          <w:p>
            <w:pPr>
              <w:spacing w:after="20" w:line="276" w:lineRule="auto"/>
            </w:pPr>
            <w:r>
              <w:rPr>
                <w:rFonts w:ascii="宋体" w:hAnsi="宋体" w:eastAsia="宋体"/>
                <w:b w:val="0"/>
                <w:sz w:val="18"/>
              </w:rPr>
              <w:t>(1)师：观察这些角，它们有什么共同点？</w:t>
            </w:r>
          </w:p>
          <w:p>
            <w:pPr>
              <w:spacing w:after="20" w:line="276" w:lineRule="auto"/>
            </w:pPr>
            <w:r>
              <w:rPr>
                <w:rFonts w:ascii="宋体" w:hAnsi="宋体" w:eastAsia="宋体"/>
                <w:b w:val="0"/>
                <w:sz w:val="18"/>
              </w:rPr>
              <w:t>引导学生发现：都有一个顶点和两条射线。</w:t>
            </w:r>
          </w:p>
          <w:p>
            <w:pPr>
              <w:spacing w:after="20" w:line="276" w:lineRule="auto"/>
            </w:pPr>
            <w:r>
              <w:rPr>
                <w:rFonts w:ascii="宋体" w:hAnsi="宋体" w:eastAsia="宋体"/>
                <w:b w:val="0"/>
                <w:sz w:val="18"/>
              </w:rPr>
              <w:t>(2)揭示角的概念。</w:t>
            </w:r>
          </w:p>
          <w:p>
            <w:pPr>
              <w:spacing w:after="20" w:line="276" w:lineRule="auto"/>
            </w:pPr>
            <w:r>
              <w:rPr>
                <w:rFonts w:ascii="宋体" w:hAnsi="宋体" w:eastAsia="宋体"/>
                <w:b w:val="0"/>
                <w:sz w:val="18"/>
              </w:rPr>
              <w:t>课件演示角的形成过程，边演示边揭示概念。</w:t>
            </w:r>
          </w:p>
          <w:p>
            <w:pPr>
              <w:spacing w:after="20" w:line="276" w:lineRule="auto"/>
            </w:pPr>
            <w:r>
              <w:rPr>
                <w:rFonts w:ascii="宋体" w:hAnsi="宋体" w:eastAsia="宋体"/>
                <w:b w:val="0"/>
                <w:sz w:val="18"/>
              </w:rPr>
              <w:t>师：从一个点引出两条射线得到的图形是角。这个点是角的顶点，这两条射线是角的两边。</w:t>
            </w:r>
          </w:p>
          <w:p>
            <w:pPr>
              <w:spacing w:after="20" w:line="276" w:lineRule="auto"/>
            </w:pPr>
            <w:r>
              <w:rPr>
                <w:rFonts w:ascii="宋体" w:hAnsi="宋体" w:eastAsia="宋体"/>
                <w:b w:val="0"/>
                <w:sz w:val="18"/>
              </w:rPr>
              <w:t>角通常用符号“∠”来表示。图中的角可以记作“∠1”。</w:t>
            </w:r>
          </w:p>
          <w:p>
            <w:pPr>
              <w:spacing w:after="20" w:line="276" w:lineRule="auto"/>
            </w:pPr>
            <w:r>
              <w:rPr>
                <w:rFonts w:ascii="宋体" w:hAnsi="宋体" w:eastAsia="宋体"/>
                <w:b w:val="0"/>
                <w:sz w:val="18"/>
              </w:rPr>
              <w:t>师：说一说角有什么特点？</w:t>
            </w:r>
          </w:p>
          <w:p>
            <w:pPr>
              <w:spacing w:after="20" w:line="276" w:lineRule="auto"/>
            </w:pPr>
            <w:r>
              <w:rPr>
                <w:rFonts w:ascii="宋体" w:hAnsi="宋体" w:eastAsia="宋体"/>
                <w:b w:val="0"/>
                <w:sz w:val="18"/>
              </w:rPr>
              <w:t>(1)师：先慢慢打开折扇，看看角有什么变化？再慢慢合上折扇，看看角又有什么变化？</w:t>
            </w:r>
          </w:p>
          <w:p>
            <w:pPr>
              <w:spacing w:after="20" w:line="276" w:lineRule="auto"/>
            </w:pPr>
            <w:r>
              <w:rPr>
                <w:rFonts w:ascii="宋体" w:hAnsi="宋体" w:eastAsia="宋体"/>
                <w:b w:val="0"/>
                <w:sz w:val="18"/>
              </w:rPr>
              <w:t>引导学生发现，慢慢打开折扇，角越来越大；慢慢合上折扇，角越来越小。</w:t>
            </w:r>
          </w:p>
          <w:p>
            <w:pPr>
              <w:spacing w:after="20" w:line="276" w:lineRule="auto"/>
            </w:pPr>
            <w:r>
              <w:rPr>
                <w:rFonts w:ascii="宋体" w:hAnsi="宋体" w:eastAsia="宋体"/>
                <w:b w:val="0"/>
                <w:sz w:val="18"/>
              </w:rPr>
              <w:t>(2)交流发现。</w:t>
            </w:r>
          </w:p>
          <w:p>
            <w:pPr>
              <w:spacing w:after="20" w:line="276" w:lineRule="auto"/>
            </w:pPr>
            <w:r>
              <w:rPr>
                <w:rFonts w:ascii="宋体" w:hAnsi="宋体" w:eastAsia="宋体"/>
                <w:b w:val="0"/>
                <w:sz w:val="18"/>
              </w:rPr>
              <w:t>从刚才的操作活动中可以发现，折扇张口越大，角就越大；折扇张口越小，角就越小。</w:t>
            </w:r>
          </w:p>
          <w:p>
            <w:pPr>
              <w:spacing w:after="20" w:line="276" w:lineRule="auto"/>
            </w:pPr>
            <w:r>
              <w:rPr>
                <w:rFonts w:ascii="宋体" w:hAnsi="宋体" w:eastAsia="宋体"/>
                <w:b w:val="0"/>
                <w:sz w:val="18"/>
              </w:rPr>
              <w:t>师小结：角的两边张口越大，角越大；张口越小，角越小。(板书)</w:t>
            </w:r>
          </w:p>
          <w:p>
            <w:pPr>
              <w:spacing w:after="20" w:line="276" w:lineRule="auto"/>
            </w:pPr>
            <w:r>
              <w:rPr>
                <w:rFonts w:ascii="宋体" w:hAnsi="宋体" w:eastAsia="宋体"/>
                <w:b w:val="0"/>
                <w:sz w:val="18"/>
              </w:rPr>
              <w:t>4．画角。</w:t>
            </w:r>
          </w:p>
          <w:p>
            <w:pPr>
              <w:spacing w:after="20" w:line="276" w:lineRule="auto"/>
            </w:pPr>
            <w:r>
              <w:rPr>
                <w:rFonts w:ascii="宋体" w:hAnsi="宋体" w:eastAsia="宋体"/>
                <w:b w:val="0"/>
                <w:sz w:val="18"/>
              </w:rPr>
              <w:t>课件出示教科书P66例1。</w:t>
            </w:r>
          </w:p>
          <w:p>
            <w:pPr>
              <w:spacing w:after="20" w:line="276" w:lineRule="auto"/>
            </w:pPr>
            <w:r>
              <w:rPr>
                <w:rFonts w:ascii="宋体" w:hAnsi="宋体" w:eastAsia="宋体"/>
                <w:b w:val="0"/>
                <w:sz w:val="18"/>
              </w:rPr>
              <w:t>(1)按照例1的步骤自主画角。</w:t>
            </w:r>
          </w:p>
          <w:p>
            <w:pPr>
              <w:spacing w:after="20" w:line="276" w:lineRule="auto"/>
            </w:pPr>
            <w:r>
              <w:rPr>
                <w:rFonts w:ascii="宋体" w:hAnsi="宋体" w:eastAsia="宋体"/>
                <w:b w:val="0"/>
                <w:sz w:val="18"/>
              </w:rPr>
              <w:t>(2)示范画角。</w:t>
            </w:r>
          </w:p>
          <w:p>
            <w:pPr>
              <w:spacing w:after="20" w:line="276" w:lineRule="auto"/>
            </w:pPr>
            <w:r>
              <w:rPr>
                <w:rFonts w:ascii="宋体" w:hAnsi="宋体" w:eastAsia="宋体"/>
                <w:b w:val="0"/>
                <w:sz w:val="18"/>
              </w:rPr>
              <w:t>师：同学们画出了不同的角，老师也来画一个角。</w:t>
            </w:r>
          </w:p>
          <w:p>
            <w:pPr>
              <w:spacing w:after="20" w:line="276" w:lineRule="auto"/>
            </w:pPr>
            <w:r>
              <w:rPr>
                <w:rFonts w:ascii="宋体" w:hAnsi="宋体" w:eastAsia="宋体"/>
                <w:b w:val="0"/>
                <w:sz w:val="18"/>
              </w:rPr>
              <w:t>教师在黑板上规范画角：第一步，画一个顶点；第二步，从顶点出发，向不同方向画两条射线。画完后标上角的各部分名称及符号。(板书)</w:t>
            </w:r>
          </w:p>
        </w:tc>
        <w:tc>
          <w:tcPr>
            <w:tcW w:type="dxa" w:w="3061"/>
          </w:tcPr>
          <w:p>
            <w:pPr>
              <w:spacing w:after="20" w:line="276" w:lineRule="auto"/>
            </w:pPr>
            <w:r/>
            <w:r>
              <w:rPr>
                <w:rFonts w:ascii="宋体" w:hAnsi="宋体" w:eastAsia="宋体"/>
                <w:b w:val="0"/>
                <w:sz w:val="18"/>
              </w:rPr>
              <w:t>3．动手操作，感知角的大小与角两边张口的大小有关。</w:t>
            </w:r>
          </w:p>
        </w:tc>
        <w:tc>
          <w:tcPr>
            <w:tcW w:type="dxa" w:w="1814"/>
          </w:tcPr>
          <w:p>
            <w:pPr>
              <w:spacing w:after="20" w:line="276" w:lineRule="auto"/>
            </w:pPr>
            <w:r/>
            <w:r>
              <w:rPr>
                <w:rFonts w:ascii="宋体" w:hAnsi="宋体" w:eastAsia="宋体"/>
                <w:b w:val="0"/>
                <w:sz w:val="18"/>
              </w:rPr>
              <w:t>围绕环节目标组织学习活动，引导学生主动参与、积极思考，核心问题："观察这些角，它们有什么共同点？"</w:t>
            </w:r>
          </w:p>
        </w:tc>
      </w:tr>
      <w:tr>
        <w:tc>
          <w:tcPr>
            <w:tcW w:type="dxa" w:w="1474"/>
          </w:tcPr>
          <w:p>
            <w:pPr>
              <w:spacing w:after="20" w:line="276" w:lineRule="auto"/>
            </w:pPr>
            <w:r>
              <w:rPr>
                <w:b/>
              </w:rPr>
            </w:r>
            <w:r>
              <w:rPr>
                <w:rFonts w:ascii="宋体" w:hAnsi="宋体" w:eastAsia="宋体"/>
                <w:b/>
                <w:sz w:val="18"/>
              </w:rPr>
              <w:t>巩固认识，深化理解</w:t>
            </w:r>
          </w:p>
        </w:tc>
        <w:tc>
          <w:tcPr>
            <w:tcW w:type="dxa" w:w="3061"/>
          </w:tcPr>
          <w:p>
            <w:pPr>
              <w:spacing w:after="20" w:line="276" w:lineRule="auto"/>
            </w:pPr>
            <w:r/>
            <w:r>
              <w:rPr>
                <w:rFonts w:ascii="宋体" w:hAnsi="宋体" w:eastAsia="宋体"/>
                <w:b w:val="0"/>
                <w:sz w:val="18"/>
              </w:rPr>
              <w:t>1.完成教科书P67“做一做”。</w:t>
            </w:r>
          </w:p>
          <w:p>
            <w:pPr>
              <w:spacing w:after="20" w:line="276" w:lineRule="auto"/>
            </w:pPr>
            <w:r>
              <w:rPr>
                <w:rFonts w:ascii="宋体" w:hAnsi="宋体" w:eastAsia="宋体"/>
                <w:b w:val="0"/>
                <w:sz w:val="18"/>
              </w:rPr>
              <w:t>(1)学生独立在书上指一指，描一描。</w:t>
            </w:r>
          </w:p>
          <w:p>
            <w:pPr>
              <w:spacing w:after="20" w:line="276" w:lineRule="auto"/>
            </w:pPr>
            <w:r>
              <w:rPr>
                <w:rFonts w:ascii="宋体" w:hAnsi="宋体" w:eastAsia="宋体"/>
                <w:b w:val="0"/>
                <w:sz w:val="18"/>
              </w:rPr>
              <w:t>(2)指名学生上台指一指。</w:t>
            </w:r>
          </w:p>
          <w:p>
            <w:pPr>
              <w:spacing w:after="20" w:line="276" w:lineRule="auto"/>
            </w:pPr>
            <w:r>
              <w:rPr>
                <w:rFonts w:ascii="宋体" w:hAnsi="宋体" w:eastAsia="宋体"/>
                <w:b w:val="0"/>
                <w:sz w:val="18"/>
              </w:rPr>
              <w:t>在指最后一幅图中的角时，需让学生重点说明为什么图形外缘的拐角处不是角。</w:t>
            </w:r>
          </w:p>
          <w:p>
            <w:pPr>
              <w:spacing w:after="20" w:line="276" w:lineRule="auto"/>
            </w:pPr>
            <w:r>
              <w:rPr>
                <w:rFonts w:ascii="宋体" w:hAnsi="宋体" w:eastAsia="宋体"/>
                <w:b w:val="0"/>
                <w:sz w:val="18"/>
              </w:rPr>
              <w:t>2．完成教科书P69“练习十三”第1题。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(2)交流时注意说明第2个和第4个为什么不是角。</w:t>
            </w:r>
          </w:p>
          <w:p>
            <w:pPr>
              <w:spacing w:after="20" w:line="276" w:lineRule="auto"/>
            </w:pPr>
            <w:r>
              <w:rPr>
                <w:rFonts w:ascii="宋体" w:hAnsi="宋体" w:eastAsia="宋体"/>
                <w:b w:val="0"/>
                <w:sz w:val="18"/>
              </w:rPr>
              <w:t>3．完成教科书P69“练习十三”第2题。</w:t>
            </w:r>
          </w:p>
        </w:tc>
        <w:tc>
          <w:tcPr>
            <w:tcW w:type="dxa" w:w="3061"/>
          </w:tcPr>
          <w:p>
            <w:pPr>
              <w:spacing w:after="20" w:line="276" w:lineRule="auto"/>
            </w:pPr>
            <w:r/>
            <w:r>
              <w:rPr>
                <w:rFonts w:ascii="宋体" w:hAnsi="宋体" w:eastAsia="宋体"/>
                <w:b w:val="0"/>
                <w:sz w:val="18"/>
              </w:rPr>
              <w:t>学生独立完成，师生交流时明确第2、3个为什么没有角。</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师：通过今天的学习，你们有什么收获？</w:t>
            </w:r>
          </w:p>
          <w:p>
            <w:pPr>
              <w:spacing w:after="20" w:line="276" w:lineRule="auto"/>
            </w:pPr>
            <w:r>
              <w:rPr>
                <w:rFonts w:ascii="宋体" w:hAnsi="宋体" w:eastAsia="宋体"/>
                <w:b w:val="0"/>
                <w:sz w:val="18"/>
              </w:rPr>
              <w:t>本节课的设计从生活中的物品入手，从中找出角，学生经历了从现实生活中发现角、认识角的过程，体会到数学就在日常生活中，感受到数学与现实生活的密切联系。再通过课件演示，从实物中抽象出数学意义上的角，完成从实物到图形的抽象过程，有利于发展学生的空间观念。抽象出的3个角，类别、开口方向、所画的角两边长短都有不同，更能突出角的特征，使学生更加深刻地认识角。在打开和合拢折扇的操作活动中，使学生体会角的大小与两边张口的大小有关，利用动态的角更好地理解了角的特征及角的大小变化。</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角的认识及画法</w:t>
      </w:r>
    </w:p>
    <w:p>
      <w:pPr>
        <w:spacing w:after="40" w:line="300" w:lineRule="auto"/>
      </w:pPr>
      <w:r>
        <w:rPr>
          <w:rFonts w:ascii="宋体" w:hAnsi="宋体" w:eastAsia="宋体"/>
          <w:b w:val="0"/>
          <w:sz w:val="20"/>
        </w:rPr>
        <w:t>角有一个顶点和两条直直的边</w:t>
      </w:r>
    </w:p>
    <w:p>
      <w:pPr>
        <w:spacing w:after="40" w:line="300" w:lineRule="auto"/>
      </w:pPr>
      <w:r>
        <w:rPr>
          <w:rFonts w:ascii="宋体" w:hAnsi="宋体" w:eastAsia="宋体"/>
          <w:b w:val="0"/>
          <w:sz w:val="20"/>
        </w:rPr>
        <w:t>角的两边张口越大，角越大；张口越小，角越小。</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教科书P66例1，完成教科书P67“做一做”及P69“练习十三”中第1、2题。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学生第一次接触角，学生对角的认识只是借助于实物，停留在感性认识阶段，缺乏系统的认识。本节课教师通过单元主题图引导学生观察生活中的角，逐步抽象出图形角；通过观察、操作、演示、验证、讨论等活动，让学生形成角的正确表象，知道角的各部分名称，初步建立角的概念；通过看一看、指一指、想一想、说一说、画一画等操作活动，让学生在大量的实践活动中去感悟和认识角；通过直观感知，抽象出角的几何图形，并让学生初步学会画角。</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认识线段、射线、直线(1)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认识线段、射线、直线(1)</w:t>
            </w:r>
          </w:p>
        </w:tc>
        <w:tc>
          <w:tcPr>
            <w:tcW w:type="dxa" w:w="6009"/>
          </w:tcPr>
          <w:p>
            <w:pPr>
              <w:spacing w:after="20" w:line="276" w:lineRule="auto"/>
            </w:pPr>
            <w:r/>
            <w:r>
              <w:rPr>
                <w:rFonts w:ascii="宋体" w:hAnsi="宋体" w:eastAsia="宋体"/>
                <w:b w:val="0"/>
                <w:sz w:val="20"/>
              </w:rPr>
              <w:t>第5单元 线和角（线段、射线、直线）</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二年级时学生初步认识了线段，知道线段是“直的”“可以测量出长度”。在一年级的学习中，学生已经认识了长方形、正方形、三角形和平行四边形等，角也属于平面图形，在此基础上继续认识角。虽然线和角与实际生活有着密切的联系，生活中很多物体的表面上都有“角”，学生有一定的生活积累，但知识点比较抽象，在教学中要多让学生亲自操作，获得直接经验，帮助学生学习有关线和角的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教学内容：教科书P61～62例1，完成教科书P62“做一做”及P64“练习十二”中第1～3题。</w:t>
      </w:r>
    </w:p>
    <w:p>
      <w:pPr>
        <w:spacing w:after="80" w:line="300" w:lineRule="auto"/>
        <w:ind w:firstLine="400"/>
      </w:pPr>
      <w:r>
        <w:rPr>
          <w:rFonts w:ascii="宋体" w:hAnsi="宋体" w:eastAsia="宋体"/>
          <w:b w:val="0"/>
          <w:sz w:val="20"/>
        </w:rPr>
        <w:t>教学准备：课件、学习单、三角尺。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（1）结合实例认识线段、射线与直线，线段、射线与直线的区别；体会两点间所有连线中线段最短，知道两点间的距离。</w:t>
      </w:r>
    </w:p>
    <w:p>
      <w:pPr>
        <w:spacing w:after="20" w:line="300" w:lineRule="auto"/>
        <w:ind w:firstLine="400"/>
      </w:pPr>
      <w:r>
        <w:rPr>
          <w:rFonts w:ascii="宋体" w:hAnsi="宋体" w:eastAsia="宋体"/>
          <w:b w:val="0"/>
          <w:sz w:val="20"/>
        </w:rPr>
        <w:t>（2）通过“想一想、画一画、比一比、说一说”等数学活动，培养学生的观察想象能力、动手操作能力和归纳提炼能力。</w:t>
      </w:r>
    </w:p>
    <w:p>
      <w:pPr>
        <w:spacing w:after="20" w:line="300" w:lineRule="auto"/>
        <w:ind w:firstLine="400"/>
      </w:pPr>
      <w:r>
        <w:rPr>
          <w:rFonts w:ascii="宋体" w:hAnsi="宋体" w:eastAsia="宋体"/>
          <w:b w:val="0"/>
          <w:sz w:val="20"/>
        </w:rPr>
        <w:t>（3）在学习过程中，帮助学生积累数学活动经验，体验数学思想方法的应用。</w:t>
      </w:r>
    </w:p>
    <w:p>
      <w:pPr>
        <w:spacing w:after="20" w:line="300" w:lineRule="auto"/>
      </w:pPr>
      <w:r>
        <w:rPr>
          <w:rFonts w:ascii="宋体" w:hAnsi="宋体" w:eastAsia="宋体"/>
          <w:b w:val="0"/>
          <w:sz w:val="20"/>
        </w:rPr>
        <w:t>教学重点：掌握线段、射线和直线的区别与联系，知道两点间的距离。</w:t>
      </w:r>
    </w:p>
    <w:p>
      <w:pPr>
        <w:spacing w:after="20" w:line="300" w:lineRule="auto"/>
      </w:pPr>
      <w:r>
        <w:rPr>
          <w:rFonts w:ascii="宋体" w:hAnsi="宋体" w:eastAsia="宋体"/>
          <w:b w:val="0"/>
          <w:sz w:val="20"/>
        </w:rPr>
        <w:t>教学难点：帮助学生初步建立“无限”的概念。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情境导入，揭示课题</w:t>
            </w:r>
          </w:p>
        </w:tc>
        <w:tc>
          <w:tcPr>
            <w:tcW w:type="dxa" w:w="1814"/>
          </w:tcPr>
          <w:p>
            <w:pPr>
              <w:spacing w:after="20" w:line="276" w:lineRule="auto"/>
            </w:pPr>
            <w:r/>
            <w:r>
              <w:rPr>
                <w:rFonts w:ascii="宋体" w:hAnsi="宋体" w:eastAsia="宋体"/>
                <w:b w:val="0"/>
                <w:sz w:val="18"/>
              </w:rPr>
              <w:t>课件、情境图</w:t>
            </w:r>
          </w:p>
        </w:tc>
        <w:tc>
          <w:tcPr>
            <w:tcW w:type="dxa" w:w="3402"/>
          </w:tcPr>
          <w:p>
            <w:pPr>
              <w:spacing w:after="20" w:line="276" w:lineRule="auto"/>
            </w:pPr>
            <w:r/>
            <w:r>
              <w:rPr>
                <w:rFonts w:ascii="宋体" w:hAnsi="宋体" w:eastAsia="宋体"/>
                <w:b w:val="0"/>
                <w:sz w:val="18"/>
              </w:rPr>
              <w:t>一根拉紧的线和绷紧的弦都可以看作什么？</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认识线段、射线和直线</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将线段AB的左端保持不动，右端延长，无限延长。现在的这个图形有什么特点？；生活中哪些现象可以看作射线？</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三、学习两点间的距离</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四、巩固应用，内化提高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情境导入，揭示课题</w:t>
            </w:r>
          </w:p>
        </w:tc>
        <w:tc>
          <w:tcPr>
            <w:tcW w:type="dxa" w:w="3061"/>
          </w:tcPr>
          <w:p>
            <w:pPr>
              <w:spacing w:after="20" w:line="276" w:lineRule="auto"/>
            </w:pPr>
            <w:r/>
            <w:r>
              <w:rPr>
                <w:rFonts w:ascii="宋体" w:hAnsi="宋体" w:eastAsia="宋体"/>
                <w:b w:val="0"/>
                <w:sz w:val="18"/>
              </w:rPr>
              <w:t>课件出示一根拉紧的线和绷紧的弦情境图。</w:t>
            </w:r>
          </w:p>
          <w:p>
            <w:pPr>
              <w:spacing w:after="20" w:line="276" w:lineRule="auto"/>
            </w:pPr>
            <w:r>
              <w:rPr>
                <w:rFonts w:ascii="宋体" w:hAnsi="宋体" w:eastAsia="宋体"/>
                <w:b w:val="0"/>
                <w:sz w:val="18"/>
              </w:rPr>
              <w:t>师：一根拉紧的线和绷紧的弦都可以看作什么？</w:t>
            </w:r>
          </w:p>
          <w:p>
            <w:pPr>
              <w:spacing w:after="20" w:line="276" w:lineRule="auto"/>
            </w:pPr>
            <w:r>
              <w:rPr>
                <w:rFonts w:ascii="宋体" w:hAnsi="宋体" w:eastAsia="宋体"/>
                <w:b w:val="0"/>
                <w:sz w:val="18"/>
              </w:rPr>
              <w:t>师：前面我们初步认识过线段，今天我们在认识线段的基础上认识射线与直线。[板书课题：认识线段、射线、直线(1)]</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创设情境激活学生已有经验，自然引出本课学习内容，激发学习兴趣，核心问题："一根拉紧的线和绷紧的弦都可以看作什么？"</w:t>
            </w:r>
          </w:p>
        </w:tc>
      </w:tr>
      <w:tr>
        <w:tc>
          <w:tcPr>
            <w:tcW w:type="dxa" w:w="1474"/>
          </w:tcPr>
          <w:p>
            <w:pPr>
              <w:spacing w:after="20" w:line="276" w:lineRule="auto"/>
            </w:pPr>
            <w:r>
              <w:rPr>
                <w:b/>
              </w:rPr>
            </w:r>
            <w:r>
              <w:rPr>
                <w:rFonts w:ascii="宋体" w:hAnsi="宋体" w:eastAsia="宋体"/>
                <w:b/>
                <w:sz w:val="18"/>
              </w:rPr>
              <w:t>认识线段、射线和直线</w:t>
            </w:r>
          </w:p>
        </w:tc>
        <w:tc>
          <w:tcPr>
            <w:tcW w:type="dxa" w:w="3061"/>
          </w:tcPr>
          <w:p>
            <w:pPr>
              <w:spacing w:after="20" w:line="276" w:lineRule="auto"/>
            </w:pPr>
            <w:r/>
            <w:r>
              <w:rPr>
                <w:rFonts w:ascii="宋体" w:hAnsi="宋体" w:eastAsia="宋体"/>
                <w:b w:val="0"/>
                <w:sz w:val="18"/>
              </w:rPr>
              <w:t>1.认识线段。</w:t>
            </w:r>
          </w:p>
          <w:p>
            <w:pPr>
              <w:spacing w:after="20" w:line="276" w:lineRule="auto"/>
            </w:pPr>
            <w:r>
              <w:rPr>
                <w:rFonts w:ascii="宋体" w:hAnsi="宋体" w:eastAsia="宋体"/>
                <w:b w:val="0"/>
                <w:sz w:val="18"/>
              </w:rPr>
              <w:t>师：一根拉紧的线、绷紧的弦，都可以看作线段。线段有两个端点。为了表述方便，可以用字母来表示，如线段AB。</w:t>
            </w:r>
          </w:p>
          <w:p>
            <w:pPr>
              <w:spacing w:after="20" w:line="276" w:lineRule="auto"/>
            </w:pPr>
            <w:r>
              <w:rPr>
                <w:rFonts w:ascii="宋体" w:hAnsi="宋体" w:eastAsia="宋体"/>
                <w:b w:val="0"/>
                <w:sz w:val="18"/>
              </w:rPr>
              <w:t>2．认识射线。</w:t>
            </w:r>
          </w:p>
          <w:p>
            <w:pPr>
              <w:spacing w:after="20" w:line="276" w:lineRule="auto"/>
            </w:pPr>
            <w:r>
              <w:rPr>
                <w:rFonts w:ascii="宋体" w:hAnsi="宋体" w:eastAsia="宋体"/>
                <w:b w:val="0"/>
                <w:sz w:val="18"/>
              </w:rPr>
              <w:t>师：将线段AB的左端保持不动，右端延长，无限延长。现在的这个图形有什么特点？(课件同步动态出示)</w:t>
            </w:r>
          </w:p>
          <w:p>
            <w:pPr>
              <w:spacing w:after="20" w:line="276" w:lineRule="auto"/>
            </w:pPr>
            <w:r>
              <w:rPr>
                <w:rFonts w:ascii="宋体" w:hAnsi="宋体" w:eastAsia="宋体"/>
                <w:b w:val="0"/>
                <w:sz w:val="18"/>
              </w:rPr>
              <w:t>师小结：把线段向一端无限延伸，就得到一条射线。射线只有一个端点。(板书)</w:t>
            </w:r>
          </w:p>
          <w:p>
            <w:pPr>
              <w:spacing w:after="20" w:line="276" w:lineRule="auto"/>
            </w:pPr>
            <w:r>
              <w:rPr>
                <w:rFonts w:ascii="宋体" w:hAnsi="宋体" w:eastAsia="宋体"/>
                <w:b w:val="0"/>
                <w:sz w:val="18"/>
              </w:rPr>
              <w:t>师：射线可以用它的一个端点和它上面的另一个点来表示，如射线AB。</w:t>
            </w:r>
          </w:p>
          <w:p>
            <w:pPr>
              <w:spacing w:after="20" w:line="276" w:lineRule="auto"/>
            </w:pPr>
            <w:r>
              <w:rPr>
                <w:rFonts w:ascii="宋体" w:hAnsi="宋体" w:eastAsia="宋体"/>
                <w:b w:val="0"/>
                <w:sz w:val="18"/>
              </w:rPr>
              <w:t>师：生活中哪些现象可以看作射线？</w:t>
            </w:r>
          </w:p>
          <w:p>
            <w:pPr>
              <w:spacing w:after="20" w:line="276" w:lineRule="auto"/>
            </w:pPr>
            <w:r>
              <w:rPr>
                <w:rFonts w:ascii="宋体" w:hAnsi="宋体" w:eastAsia="宋体"/>
                <w:b w:val="0"/>
                <w:sz w:val="18"/>
              </w:rPr>
              <w:t>3．认识直线。</w:t>
            </w:r>
          </w:p>
          <w:p>
            <w:pPr>
              <w:spacing w:after="20" w:line="276" w:lineRule="auto"/>
            </w:pPr>
            <w:r>
              <w:rPr>
                <w:rFonts w:ascii="宋体" w:hAnsi="宋体" w:eastAsia="宋体"/>
                <w:b w:val="0"/>
                <w:sz w:val="18"/>
              </w:rPr>
              <w:t>师：大家再看，老师要把这条线段向两端无限延长，会是什么样？这个图形有什么特点？你知道它是什么图形吗？</w:t>
            </w:r>
          </w:p>
          <w:p>
            <w:pPr>
              <w:spacing w:after="20" w:line="276" w:lineRule="auto"/>
            </w:pPr>
            <w:r>
              <w:rPr>
                <w:rFonts w:ascii="宋体" w:hAnsi="宋体" w:eastAsia="宋体"/>
                <w:b w:val="0"/>
                <w:sz w:val="18"/>
              </w:rPr>
              <w:t>师小结：直线没有端点，是无限长的。(板书)</w:t>
            </w:r>
          </w:p>
          <w:p>
            <w:pPr>
              <w:spacing w:after="20" w:line="276" w:lineRule="auto"/>
            </w:pPr>
            <w:r>
              <w:rPr>
                <w:rFonts w:ascii="宋体" w:hAnsi="宋体" w:eastAsia="宋体"/>
                <w:b w:val="0"/>
                <w:sz w:val="18"/>
              </w:rPr>
              <w:t>教师任意在黑板上画一条直线。介绍直线的两种表示方法。如：直线AB，直线l。</w:t>
            </w:r>
          </w:p>
          <w:p>
            <w:pPr>
              <w:spacing w:after="20" w:line="276" w:lineRule="auto"/>
            </w:pPr>
            <w:r>
              <w:rPr>
                <w:rFonts w:ascii="宋体" w:hAnsi="宋体" w:eastAsia="宋体"/>
                <w:b w:val="0"/>
                <w:sz w:val="18"/>
              </w:rPr>
              <w:t>师：线段、射线与直线有什么联系和区别？</w:t>
            </w:r>
          </w:p>
          <w:p>
            <w:pPr>
              <w:spacing w:after="20" w:line="276" w:lineRule="auto"/>
            </w:pPr>
            <w:r>
              <w:rPr>
                <w:rFonts w:ascii="宋体" w:hAnsi="宋体" w:eastAsia="宋体"/>
                <w:b w:val="0"/>
                <w:sz w:val="18"/>
              </w:rPr>
              <w:t>师小结：线段有两个端点，直线没有端点，射线只有一个端点。线段可以量出长度。直线可以向两端无限延伸，射线可以向一端无限延伸。</w:t>
            </w:r>
          </w:p>
          <w:p>
            <w:pPr>
              <w:spacing w:after="20" w:line="276" w:lineRule="auto"/>
            </w:pPr>
            <w:r>
              <w:rPr>
                <w:rFonts w:ascii="宋体" w:hAnsi="宋体" w:eastAsia="宋体"/>
                <w:b w:val="0"/>
                <w:sz w:val="18"/>
              </w:rPr>
              <w:t>5．完成教科书P62“做一做”第1题。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(2)交流判断的理由。</w:t>
            </w:r>
          </w:p>
        </w:tc>
        <w:tc>
          <w:tcPr>
            <w:tcW w:type="dxa" w:w="3061"/>
          </w:tcPr>
          <w:p>
            <w:pPr>
              <w:spacing w:after="20" w:line="276" w:lineRule="auto"/>
            </w:pPr>
            <w:r/>
            <w:r>
              <w:rPr>
                <w:rFonts w:ascii="宋体" w:hAnsi="宋体" w:eastAsia="宋体"/>
                <w:b w:val="0"/>
                <w:sz w:val="18"/>
              </w:rPr>
              <w:t>学生举例交流，如手电筒射出的光束可以看作射线。(课件出示图)</w:t>
            </w:r>
          </w:p>
          <w:p>
            <w:pPr>
              <w:spacing w:after="20" w:line="276" w:lineRule="auto"/>
            </w:pPr>
            <w:r>
              <w:rPr>
                <w:rFonts w:ascii="宋体" w:hAnsi="宋体" w:eastAsia="宋体"/>
                <w:b w:val="0"/>
                <w:sz w:val="18"/>
              </w:rPr>
              <w:t>4．讨论总结。</w:t>
            </w:r>
          </w:p>
          <w:p>
            <w:pPr>
              <w:spacing w:after="20" w:line="276" w:lineRule="auto"/>
            </w:pPr>
            <w:r>
              <w:rPr>
                <w:rFonts w:ascii="宋体" w:hAnsi="宋体" w:eastAsia="宋体"/>
                <w:b w:val="0"/>
                <w:sz w:val="18"/>
              </w:rPr>
              <w:t>学生小组讨论，并记录，教师巡视。指名汇报，并补充。</w:t>
            </w:r>
          </w:p>
        </w:tc>
        <w:tc>
          <w:tcPr>
            <w:tcW w:type="dxa" w:w="1814"/>
          </w:tcPr>
          <w:p>
            <w:pPr>
              <w:spacing w:after="20" w:line="276" w:lineRule="auto"/>
            </w:pPr>
            <w:r/>
            <w:r>
              <w:rPr>
                <w:rFonts w:ascii="宋体" w:hAnsi="宋体" w:eastAsia="宋体"/>
                <w:b w:val="0"/>
                <w:sz w:val="18"/>
              </w:rPr>
              <w:t>围绕环节目标组织学习活动，引导学生主动参与、积极思考，核心问题："将线段AB的左端保持不动，右端延长，无限延长。现在的这个图形有什么特点？"</w:t>
            </w:r>
          </w:p>
        </w:tc>
      </w:tr>
      <w:tr>
        <w:tc>
          <w:tcPr>
            <w:tcW w:type="dxa" w:w="1474"/>
          </w:tcPr>
          <w:p>
            <w:pPr>
              <w:spacing w:after="20" w:line="276" w:lineRule="auto"/>
            </w:pPr>
            <w:r>
              <w:rPr>
                <w:b/>
              </w:rPr>
            </w:r>
            <w:r>
              <w:rPr>
                <w:rFonts w:ascii="宋体" w:hAnsi="宋体" w:eastAsia="宋体"/>
                <w:b/>
                <w:sz w:val="18"/>
              </w:rPr>
              <w:t>三、学习两点间的距离</w:t>
            </w:r>
          </w:p>
        </w:tc>
        <w:tc>
          <w:tcPr>
            <w:tcW w:type="dxa" w:w="3061"/>
          </w:tcPr>
          <w:p>
            <w:pPr>
              <w:spacing w:after="20" w:line="276" w:lineRule="auto"/>
            </w:pPr>
            <w:r/>
            <w:r>
              <w:rPr>
                <w:rFonts w:ascii="宋体" w:hAnsi="宋体" w:eastAsia="宋体"/>
                <w:b w:val="0"/>
                <w:sz w:val="18"/>
              </w:rPr>
              <w:t>1.课件出示教科书P62例1。</w:t>
            </w:r>
          </w:p>
          <w:p>
            <w:pPr>
              <w:spacing w:after="20" w:line="276" w:lineRule="auto"/>
            </w:pPr>
            <w:r>
              <w:rPr>
                <w:rFonts w:ascii="宋体" w:hAnsi="宋体" w:eastAsia="宋体"/>
                <w:b w:val="0"/>
                <w:sz w:val="18"/>
              </w:rPr>
              <w:t>(1)学生观察后小组交流。</w:t>
            </w:r>
          </w:p>
          <w:p>
            <w:pPr>
              <w:spacing w:after="20" w:line="276" w:lineRule="auto"/>
            </w:pPr>
            <w:r>
              <w:rPr>
                <w:rFonts w:ascii="宋体" w:hAnsi="宋体" w:eastAsia="宋体"/>
                <w:b w:val="0"/>
                <w:sz w:val="18"/>
              </w:rPr>
              <w:t>(2)全班交流，并说一说是怎样想的。</w:t>
            </w:r>
          </w:p>
          <w:p>
            <w:pPr>
              <w:spacing w:after="20" w:line="276" w:lineRule="auto"/>
            </w:pPr>
            <w:r>
              <w:rPr>
                <w:rFonts w:ascii="宋体" w:hAnsi="宋体" w:eastAsia="宋体"/>
                <w:b w:val="0"/>
                <w:sz w:val="18"/>
              </w:rPr>
              <w:t>师小结：两点间所有连线中线段最短，这条线段的长度叫作两点间的距离。(板书)</w:t>
            </w:r>
          </w:p>
          <w:p>
            <w:pPr>
              <w:spacing w:after="20" w:line="276" w:lineRule="auto"/>
            </w:pPr>
            <w:r>
              <w:rPr>
                <w:rFonts w:ascii="宋体" w:hAnsi="宋体" w:eastAsia="宋体"/>
                <w:b w:val="0"/>
                <w:sz w:val="18"/>
              </w:rPr>
              <w:t>2．完成教科书P62“做一做”第2题。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(2)全班交流，并说一说是怎样想的。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四、巩固应用，内化提高</w:t>
            </w:r>
          </w:p>
        </w:tc>
        <w:tc>
          <w:tcPr>
            <w:tcW w:type="dxa" w:w="3061"/>
          </w:tcPr>
          <w:p>
            <w:pPr>
              <w:spacing w:after="20" w:line="276" w:lineRule="auto"/>
            </w:pPr>
            <w:r/>
            <w:r>
              <w:rPr>
                <w:rFonts w:ascii="宋体" w:hAnsi="宋体" w:eastAsia="宋体"/>
                <w:b w:val="0"/>
                <w:sz w:val="18"/>
              </w:rPr>
              <w:t>1.完成教科书P64“练习十二”第1题。</w:t>
            </w:r>
          </w:p>
          <w:p>
            <w:pPr>
              <w:spacing w:after="20" w:line="276" w:lineRule="auto"/>
            </w:pPr>
            <w:r>
              <w:rPr>
                <w:rFonts w:ascii="宋体" w:hAnsi="宋体" w:eastAsia="宋体"/>
                <w:b w:val="0"/>
                <w:sz w:val="18"/>
              </w:rPr>
              <w:t>2．完成教科书P64“练习十二”第2题。</w:t>
            </w:r>
          </w:p>
          <w:p>
            <w:pPr>
              <w:spacing w:after="20" w:line="276" w:lineRule="auto"/>
            </w:pPr>
            <w:r>
              <w:rPr>
                <w:rFonts w:ascii="宋体" w:hAnsi="宋体" w:eastAsia="宋体"/>
                <w:b w:val="0"/>
                <w:sz w:val="18"/>
              </w:rPr>
              <w:t>注意画射线时延伸的方向不能错。</w:t>
            </w:r>
          </w:p>
          <w:p>
            <w:pPr>
              <w:spacing w:after="20" w:line="276" w:lineRule="auto"/>
            </w:pPr>
            <w:r>
              <w:rPr>
                <w:rFonts w:ascii="宋体" w:hAnsi="宋体" w:eastAsia="宋体"/>
                <w:b w:val="0"/>
                <w:sz w:val="18"/>
              </w:rPr>
              <w:t>师小结：经过一点能画出无数条直线，经过两点只能画一条直线。</w:t>
            </w:r>
          </w:p>
          <w:p>
            <w:pPr>
              <w:spacing w:after="20" w:line="276" w:lineRule="auto"/>
            </w:pPr>
            <w:r>
              <w:rPr>
                <w:rFonts w:ascii="宋体" w:hAnsi="宋体" w:eastAsia="宋体"/>
                <w:b w:val="0"/>
                <w:sz w:val="18"/>
              </w:rPr>
              <w:t>3．完成教科书P64“练习十二”第3题。</w:t>
            </w:r>
          </w:p>
          <w:p>
            <w:pPr>
              <w:spacing w:after="20" w:line="276" w:lineRule="auto"/>
            </w:pPr>
            <w:r>
              <w:rPr>
                <w:rFonts w:ascii="宋体" w:hAnsi="宋体" w:eastAsia="宋体"/>
                <w:b w:val="0"/>
                <w:sz w:val="18"/>
              </w:rPr>
              <w:t>(1)学生独立尝试数一数，数完后和同桌说一说是怎样数的？</w:t>
            </w:r>
          </w:p>
          <w:p>
            <w:pPr>
              <w:spacing w:after="20" w:line="276" w:lineRule="auto"/>
            </w:pPr>
            <w:r>
              <w:rPr>
                <w:rFonts w:ascii="宋体" w:hAnsi="宋体" w:eastAsia="宋体"/>
                <w:b w:val="0"/>
                <w:sz w:val="18"/>
              </w:rPr>
              <w:t>(2)汇报结果并集体交流数的方法。</w:t>
            </w:r>
          </w:p>
          <w:p>
            <w:pPr>
              <w:spacing w:after="20" w:line="276" w:lineRule="auto"/>
            </w:pPr>
            <w:r>
              <w:rPr>
                <w:rFonts w:ascii="宋体" w:hAnsi="宋体" w:eastAsia="宋体"/>
                <w:b w:val="0"/>
                <w:sz w:val="18"/>
              </w:rPr>
              <w:t>(3)拓展：数一数，一共有多少条线段。</w:t>
            </w:r>
          </w:p>
          <w:p>
            <w:pPr>
              <w:spacing w:after="20" w:line="276" w:lineRule="auto"/>
            </w:pPr>
            <w:r>
              <w:rPr>
                <w:rFonts w:ascii="宋体" w:hAnsi="宋体" w:eastAsia="宋体"/>
                <w:b w:val="0"/>
                <w:sz w:val="18"/>
              </w:rPr>
              <w:t>引导学生有序数并总结方法。</w:t>
            </w:r>
          </w:p>
        </w:tc>
        <w:tc>
          <w:tcPr>
            <w:tcW w:type="dxa" w:w="3061"/>
          </w:tcPr>
          <w:p>
            <w:pPr>
              <w:spacing w:after="20" w:line="276" w:lineRule="auto"/>
            </w:pPr>
            <w:r/>
            <w:r>
              <w:rPr>
                <w:rFonts w:ascii="宋体" w:hAnsi="宋体" w:eastAsia="宋体"/>
                <w:b w:val="0"/>
                <w:sz w:val="18"/>
              </w:rPr>
              <w:t>学生独立完成后交流汇报。</w:t>
            </w:r>
          </w:p>
          <w:p>
            <w:pPr>
              <w:spacing w:after="20" w:line="276" w:lineRule="auto"/>
            </w:pPr>
            <w:r>
              <w:rPr>
                <w:rFonts w:ascii="宋体" w:hAnsi="宋体" w:eastAsia="宋体"/>
                <w:b w:val="0"/>
                <w:sz w:val="18"/>
              </w:rPr>
              <w:t>学生读题后尝试独立操作，教师有针对性地对个别学生进行指导。</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p>
            <w:pPr>
              <w:spacing w:after="20" w:line="276" w:lineRule="auto"/>
            </w:pPr>
            <w:r>
              <w:rPr>
                <w:rFonts w:ascii="宋体" w:hAnsi="宋体" w:eastAsia="宋体"/>
                <w:b w:val="0"/>
                <w:sz w:val="18"/>
              </w:rPr>
              <w:t>从线段入手，充分激活学生已有的经验，认识线段的特点。在此基础上引出射线和直线，并认识射线和直线的特点。认识了三种线后及时引导学生讨论线段、射线与直线有什么联系和区别，在讨论交流中掌握线段、射线与直线的共性与区别。教学例1时，结合具体情境，在解决生活问题中知道两点间所有连线中线段最短，并解决李叔叔从家去超市走哪条路最近的问题，培养学生的应用意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认识线段、射线、直线(1)</w:t>
      </w:r>
    </w:p>
    <w:p>
      <w:pPr>
        <w:spacing w:after="40" w:line="300" w:lineRule="auto"/>
      </w:pPr>
      <w:r>
        <w:rPr>
          <w:rFonts w:ascii="宋体" w:hAnsi="宋体" w:eastAsia="宋体"/>
          <w:b w:val="0"/>
          <w:sz w:val="20"/>
        </w:rPr>
        <w:t>线段AB：</w:t>
      </w:r>
    </w:p>
    <w:p>
      <w:pPr>
        <w:spacing w:after="40" w:line="300" w:lineRule="auto"/>
      </w:pPr>
      <w:r>
        <w:rPr>
          <w:rFonts w:ascii="宋体" w:hAnsi="宋体" w:eastAsia="宋体"/>
          <w:b w:val="0"/>
          <w:sz w:val="20"/>
        </w:rPr>
        <w:t>两个端点，可以量出长度。</w:t>
      </w:r>
    </w:p>
    <w:p>
      <w:pPr>
        <w:spacing w:after="40" w:line="300" w:lineRule="auto"/>
      </w:pPr>
      <w:r>
        <w:rPr>
          <w:rFonts w:ascii="宋体" w:hAnsi="宋体" w:eastAsia="宋体"/>
          <w:b w:val="0"/>
          <w:sz w:val="20"/>
        </w:rPr>
        <w:t>射线AB：</w:t>
      </w:r>
    </w:p>
    <w:p>
      <w:pPr>
        <w:spacing w:after="40" w:line="300" w:lineRule="auto"/>
      </w:pPr>
      <w:r>
        <w:rPr>
          <w:rFonts w:ascii="宋体" w:hAnsi="宋体" w:eastAsia="宋体"/>
          <w:b w:val="0"/>
          <w:sz w:val="20"/>
        </w:rPr>
        <w:t>一个端点，无限长。</w:t>
      </w:r>
    </w:p>
    <w:p>
      <w:pPr>
        <w:spacing w:after="40" w:line="300" w:lineRule="auto"/>
      </w:pPr>
      <w:r>
        <w:rPr>
          <w:rFonts w:ascii="宋体" w:hAnsi="宋体" w:eastAsia="宋体"/>
          <w:b w:val="0"/>
          <w:sz w:val="20"/>
        </w:rPr>
        <w:t>直线AB(直线l)：</w:t>
      </w:r>
    </w:p>
    <w:p>
      <w:pPr>
        <w:spacing w:after="40" w:line="300" w:lineRule="auto"/>
      </w:pPr>
      <w:r>
        <w:rPr>
          <w:rFonts w:ascii="宋体" w:hAnsi="宋体" w:eastAsia="宋体"/>
          <w:b w:val="0"/>
          <w:sz w:val="20"/>
        </w:rPr>
        <w:t>没有端点，无限长。</w:t>
      </w:r>
    </w:p>
    <w:p>
      <w:pPr>
        <w:spacing w:after="40" w:line="300" w:lineRule="auto"/>
      </w:pPr>
      <w:r>
        <w:rPr>
          <w:rFonts w:ascii="宋体" w:hAnsi="宋体" w:eastAsia="宋体"/>
          <w:b w:val="0"/>
          <w:sz w:val="20"/>
        </w:rPr>
        <w:t>两点间所有连线中线段最短，这条线段的长度叫作两点间的距离。</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教科书P61～62例1，完成教科书P62“做一做”及P64“练习十二”中第1～3题。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重点在于学习线段、射线、直线的特征和异同点，知道两点间所有连线中线段最短。教师对教科书知识的处理、重难点的设计采取了比较自然的衔接方式，并根据学生已有的学习基础和知识经验，让学生从总结线段的特征，过渡到学习射线、直线，进而总结射线、直线的特征，明确三线的异同点，符合学生的认知规律，学生学习起来比较轻松。在学习例1时，注重结合具体情境，学生很容易体会两点间所有连线中线段最短，知道两点间的距离。</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直角的认识及画法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直角的认识及画法</w:t>
            </w:r>
          </w:p>
        </w:tc>
        <w:tc>
          <w:tcPr>
            <w:tcW w:type="dxa" w:w="6009"/>
          </w:tcPr>
          <w:p>
            <w:pPr>
              <w:spacing w:after="20" w:line="276" w:lineRule="auto"/>
            </w:pPr>
            <w:r/>
            <w:r>
              <w:rPr>
                <w:rFonts w:ascii="宋体" w:hAnsi="宋体" w:eastAsia="宋体"/>
                <w:b w:val="0"/>
                <w:sz w:val="20"/>
              </w:rPr>
              <w:t>第5单元 线和角（角的认识）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二年级时学生初步认识了线段，知道线段是“直的”“可以测量出长度”。在一年级的学习中，学生已经认识了长方形、正方形、三角形和平行四边形等，角也属于平面图形，在此基础上继续认识角。虽然线和角与实际生活有着密切的联系，生活中很多物体的表面上都有“角”，学生有一定的生活积累，但知识点比较抽象，在教学中要多让学生亲自操作，获得直接经验，帮助学生学习有关线和角的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教学内容：教科书P67例2，完成教科书P68上面的“做一做”。</w:t>
      </w:r>
    </w:p>
    <w:p>
      <w:pPr>
        <w:spacing w:after="80" w:line="300" w:lineRule="auto"/>
        <w:ind w:firstLine="400"/>
      </w:pPr>
      <w:r>
        <w:rPr>
          <w:rFonts w:ascii="宋体" w:hAnsi="宋体" w:eastAsia="宋体"/>
          <w:b w:val="0"/>
          <w:sz w:val="20"/>
        </w:rPr>
        <w:t>教学准备：课件、三角尺、各种形状的彩色卡纸等。</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（1）结合生活情境和操作活动，认识直角，会用三角尺判断直角和画直角。</w:t>
      </w:r>
    </w:p>
    <w:p>
      <w:pPr>
        <w:spacing w:after="20" w:line="300" w:lineRule="auto"/>
        <w:ind w:firstLine="400"/>
      </w:pPr>
      <w:r>
        <w:rPr>
          <w:rFonts w:ascii="宋体" w:hAnsi="宋体" w:eastAsia="宋体"/>
          <w:b w:val="0"/>
          <w:sz w:val="20"/>
        </w:rPr>
        <w:t>（2）在“认一认”“找一找”“比一比”“折一折”“画一画”等活动中初步培养学生的动手操作能力和空间观念。</w:t>
      </w:r>
    </w:p>
    <w:p>
      <w:pPr>
        <w:spacing w:after="20" w:line="300" w:lineRule="auto"/>
        <w:ind w:firstLine="400"/>
      </w:pPr>
      <w:r>
        <w:rPr>
          <w:rFonts w:ascii="宋体" w:hAnsi="宋体" w:eastAsia="宋体"/>
          <w:b w:val="0"/>
          <w:sz w:val="20"/>
        </w:rPr>
        <w:t>（3）初步认识数学与实际生活的密切联系，体验充满着探索与创造的数学活动，激发学生的学习兴趣。</w:t>
      </w:r>
    </w:p>
    <w:p>
      <w:pPr>
        <w:spacing w:after="20" w:line="300" w:lineRule="auto"/>
      </w:pPr>
      <w:r>
        <w:rPr>
          <w:rFonts w:ascii="宋体" w:hAnsi="宋体" w:eastAsia="宋体"/>
          <w:b w:val="0"/>
          <w:sz w:val="20"/>
        </w:rPr>
        <w:t>教学重点：认识直角并会判断直角。</w:t>
      </w:r>
    </w:p>
    <w:p>
      <w:pPr>
        <w:spacing w:after="20" w:line="300" w:lineRule="auto"/>
      </w:pPr>
      <w:r>
        <w:rPr>
          <w:rFonts w:ascii="宋体" w:hAnsi="宋体" w:eastAsia="宋体"/>
          <w:b w:val="0"/>
          <w:sz w:val="20"/>
        </w:rPr>
        <w:t>教学难点：学会用三角尺判断直角和画直角。</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复习回顾，揭示课题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动手操作，探究新知</w:t>
            </w:r>
          </w:p>
        </w:tc>
        <w:tc>
          <w:tcPr>
            <w:tcW w:type="dxa" w:w="1814"/>
          </w:tcPr>
          <w:p>
            <w:pPr>
              <w:spacing w:after="20" w:line="276" w:lineRule="auto"/>
            </w:pPr>
            <w:r/>
            <w:r>
              <w:rPr>
                <w:rFonts w:ascii="宋体" w:hAnsi="宋体" w:eastAsia="宋体"/>
                <w:b w:val="0"/>
                <w:sz w:val="18"/>
              </w:rPr>
              <w:t>课件、教科书、情境图、学具</w:t>
            </w:r>
          </w:p>
        </w:tc>
        <w:tc>
          <w:tcPr>
            <w:tcW w:type="dxa" w:w="3402"/>
          </w:tcPr>
          <w:p>
            <w:pPr>
              <w:spacing w:after="20" w:line="276" w:lineRule="auto"/>
            </w:pPr>
            <w:r/>
            <w:r>
              <w:rPr>
                <w:rFonts w:ascii="宋体" w:hAnsi="宋体" w:eastAsia="宋体"/>
                <w:b w:val="0"/>
                <w:sz w:val="18"/>
              </w:rPr>
              <w:t>观察比较，这些角有什么相同之处？；如何知道一个角是不是直角？</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巩固练习，深化理解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这节课你们有哪些收获？</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复习回顾，揭示课题</w:t>
            </w:r>
          </w:p>
        </w:tc>
        <w:tc>
          <w:tcPr>
            <w:tcW w:type="dxa" w:w="3061"/>
          </w:tcPr>
          <w:p>
            <w:pPr>
              <w:spacing w:after="20" w:line="276" w:lineRule="auto"/>
            </w:pPr>
            <w:r/>
            <w:r>
              <w:rPr>
                <w:rFonts w:ascii="宋体" w:hAnsi="宋体" w:eastAsia="宋体"/>
                <w:b w:val="0"/>
                <w:sz w:val="18"/>
              </w:rPr>
              <w:t>1.复习回顾。</w:t>
            </w:r>
          </w:p>
          <w:p>
            <w:pPr>
              <w:spacing w:after="20" w:line="276" w:lineRule="auto"/>
            </w:pPr>
            <w:r>
              <w:rPr>
                <w:rFonts w:ascii="宋体" w:hAnsi="宋体" w:eastAsia="宋体"/>
                <w:b w:val="0"/>
                <w:sz w:val="18"/>
              </w:rPr>
              <w:t>下面的图形中各有几个角？</w:t>
            </w:r>
          </w:p>
          <w:p>
            <w:pPr>
              <w:spacing w:after="20" w:line="276" w:lineRule="auto"/>
            </w:pPr>
            <w:r>
              <w:rPr>
                <w:rFonts w:ascii="宋体" w:hAnsi="宋体" w:eastAsia="宋体"/>
                <w:b w:val="0"/>
                <w:sz w:val="18"/>
              </w:rPr>
              <w:t>数一数后指名学生回答，强调判断的依据。</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师：同学们上节课初步认识了角，今天我们来认识直角。(板书课题：直角的认识及画法)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动手操作，探究新知</w:t>
            </w:r>
          </w:p>
        </w:tc>
        <w:tc>
          <w:tcPr>
            <w:tcW w:type="dxa" w:w="3061"/>
          </w:tcPr>
          <w:p>
            <w:pPr>
              <w:spacing w:after="20" w:line="276" w:lineRule="auto"/>
            </w:pPr>
            <w:r/>
            <w:r>
              <w:rPr>
                <w:rFonts w:ascii="宋体" w:hAnsi="宋体" w:eastAsia="宋体"/>
                <w:b w:val="0"/>
                <w:sz w:val="18"/>
              </w:rPr>
              <w:t>1.认一认，初步感知直角。</w:t>
            </w:r>
          </w:p>
          <w:p>
            <w:pPr>
              <w:spacing w:after="20" w:line="276" w:lineRule="auto"/>
            </w:pPr>
            <w:r>
              <w:rPr>
                <w:rFonts w:ascii="宋体" w:hAnsi="宋体" w:eastAsia="宋体"/>
                <w:b w:val="0"/>
                <w:sz w:val="18"/>
              </w:rPr>
              <w:t>课件出示教科书P67如下情境图。动态演示红线部分。</w:t>
            </w:r>
          </w:p>
          <w:p>
            <w:pPr>
              <w:spacing w:after="20" w:line="276" w:lineRule="auto"/>
            </w:pPr>
            <w:r>
              <w:rPr>
                <w:rFonts w:ascii="宋体" w:hAnsi="宋体" w:eastAsia="宋体"/>
                <w:b w:val="0"/>
                <w:sz w:val="18"/>
              </w:rPr>
              <w:t>师：上面用红线标出的角都是直角。</w:t>
            </w:r>
          </w:p>
          <w:p>
            <w:pPr>
              <w:spacing w:after="20" w:line="276" w:lineRule="auto"/>
            </w:pPr>
            <w:r>
              <w:rPr>
                <w:rFonts w:ascii="宋体" w:hAnsi="宋体" w:eastAsia="宋体"/>
                <w:b w:val="0"/>
                <w:sz w:val="18"/>
              </w:rPr>
              <w:t>2．找一找，认识直角。</w:t>
            </w:r>
          </w:p>
          <w:p>
            <w:pPr>
              <w:spacing w:after="20" w:line="276" w:lineRule="auto"/>
            </w:pPr>
            <w:r>
              <w:rPr>
                <w:rFonts w:ascii="宋体" w:hAnsi="宋体" w:eastAsia="宋体"/>
                <w:b w:val="0"/>
                <w:sz w:val="18"/>
              </w:rPr>
              <w:t>师：找一找，我们用的学具——三角尺上的直角。</w:t>
            </w:r>
          </w:p>
          <w:p>
            <w:pPr>
              <w:spacing w:after="20" w:line="276" w:lineRule="auto"/>
            </w:pPr>
            <w:r>
              <w:rPr>
                <w:rFonts w:ascii="宋体" w:hAnsi="宋体" w:eastAsia="宋体"/>
                <w:b w:val="0"/>
                <w:sz w:val="18"/>
              </w:rPr>
              <w:t>师生拿出不同的三角尺，介绍三角尺上的直角。</w:t>
            </w:r>
          </w:p>
          <w:p>
            <w:pPr>
              <w:spacing w:after="20" w:line="276" w:lineRule="auto"/>
            </w:pPr>
            <w:r>
              <w:rPr>
                <w:rFonts w:ascii="宋体" w:hAnsi="宋体" w:eastAsia="宋体"/>
                <w:b w:val="0"/>
                <w:sz w:val="18"/>
              </w:rPr>
              <w:t>师：观察比较，这些角有什么相同之处？</w:t>
            </w:r>
          </w:p>
          <w:p>
            <w:pPr>
              <w:spacing w:after="20" w:line="276" w:lineRule="auto"/>
            </w:pPr>
            <w:r>
              <w:rPr>
                <w:rFonts w:ascii="宋体" w:hAnsi="宋体" w:eastAsia="宋体"/>
                <w:b w:val="0"/>
                <w:sz w:val="18"/>
              </w:rPr>
              <w:t>引导学生交流发现：直角有角的构成特点，即有一个顶点、两条边；但直角的大小是一定的，都与三角尺上的直角大小相同。</w:t>
            </w:r>
          </w:p>
          <w:p>
            <w:pPr>
              <w:spacing w:after="20" w:line="276" w:lineRule="auto"/>
            </w:pPr>
            <w:r>
              <w:rPr>
                <w:rFonts w:ascii="宋体" w:hAnsi="宋体" w:eastAsia="宋体"/>
                <w:b w:val="0"/>
                <w:sz w:val="18"/>
              </w:rPr>
              <w:t>3．比一比，学会用三角尺判断直角。</w:t>
            </w:r>
          </w:p>
          <w:p>
            <w:pPr>
              <w:spacing w:after="20" w:line="276" w:lineRule="auto"/>
            </w:pPr>
            <w:r>
              <w:rPr>
                <w:rFonts w:ascii="宋体" w:hAnsi="宋体" w:eastAsia="宋体"/>
                <w:b w:val="0"/>
                <w:sz w:val="18"/>
              </w:rPr>
              <w:t>师：如何知道一个角是不是直角？</w:t>
            </w:r>
          </w:p>
          <w:p>
            <w:pPr>
              <w:spacing w:after="20" w:line="276" w:lineRule="auto"/>
            </w:pPr>
            <w:r>
              <w:rPr>
                <w:rFonts w:ascii="宋体" w:hAnsi="宋体" w:eastAsia="宋体"/>
                <w:b w:val="0"/>
                <w:sz w:val="18"/>
              </w:rPr>
              <w:t>引导学生想到用三角尺上的直角去比一比。</w:t>
            </w:r>
          </w:p>
          <w:p>
            <w:pPr>
              <w:spacing w:after="20" w:line="276" w:lineRule="auto"/>
            </w:pPr>
            <w:r>
              <w:rPr>
                <w:rFonts w:ascii="宋体" w:hAnsi="宋体" w:eastAsia="宋体"/>
                <w:b w:val="0"/>
                <w:sz w:val="18"/>
              </w:rPr>
              <w:t>师：用三角尺上的直角去比一比这个想法不错，请大家先在小组内交流比一比的方法，再尝试验证一下数学书封面上的4个角是不是直角。</w:t>
            </w:r>
          </w:p>
          <w:p>
            <w:pPr>
              <w:spacing w:after="20" w:line="276" w:lineRule="auto"/>
            </w:pPr>
            <w:r>
              <w:rPr>
                <w:rFonts w:ascii="宋体" w:hAnsi="宋体" w:eastAsia="宋体"/>
                <w:b w:val="0"/>
                <w:sz w:val="18"/>
              </w:rPr>
              <w:t>教师巡视指导后，指名一组上台操作并讲解比一比的过程。</w:t>
            </w:r>
          </w:p>
          <w:p>
            <w:pPr>
              <w:spacing w:after="20" w:line="276" w:lineRule="auto"/>
            </w:pPr>
            <w:r>
              <w:rPr>
                <w:rFonts w:ascii="宋体" w:hAnsi="宋体" w:eastAsia="宋体"/>
                <w:b w:val="0"/>
                <w:sz w:val="18"/>
              </w:rPr>
              <w:t>师：要知道一个角是不是直角，可以用三角尺上的直角比一比，比的方法是：先将三角尺上直角的顶点和要判断的角的顶点对齐，再将三角尺上直角的一条边和角的一条边重合，最后看三角尺上直角的另一条边是不是也和角的另一条边重合。如果另一条边也重合，则说明这个角是直角；如果不重合，则说明这个角就不是直角。</w:t>
            </w:r>
          </w:p>
          <w:p>
            <w:pPr>
              <w:spacing w:after="20" w:line="276" w:lineRule="auto"/>
            </w:pPr>
            <w:r>
              <w:rPr>
                <w:rFonts w:ascii="宋体" w:hAnsi="宋体" w:eastAsia="宋体"/>
                <w:b w:val="0"/>
                <w:sz w:val="18"/>
              </w:rPr>
              <w:t>课件动态演示比一比的过程。</w:t>
            </w:r>
          </w:p>
          <w:p>
            <w:pPr>
              <w:spacing w:after="20" w:line="276" w:lineRule="auto"/>
            </w:pPr>
            <w:r>
              <w:rPr>
                <w:rFonts w:ascii="宋体" w:hAnsi="宋体" w:eastAsia="宋体"/>
                <w:b w:val="0"/>
                <w:sz w:val="18"/>
              </w:rPr>
              <w:t>教师总结方法：点对点，边对边，边重合，角相等。(教师板书)</w:t>
            </w:r>
          </w:p>
          <w:p>
            <w:pPr>
              <w:spacing w:after="20" w:line="276" w:lineRule="auto"/>
            </w:pPr>
            <w:r>
              <w:rPr>
                <w:rFonts w:ascii="宋体" w:hAnsi="宋体" w:eastAsia="宋体"/>
                <w:b w:val="0"/>
                <w:sz w:val="18"/>
              </w:rPr>
              <w:t>师：拿出你们的三角尺大胆地去验证身边哪些地方有直角吧。想一想：直角都一样大吗？</w:t>
            </w:r>
          </w:p>
          <w:p>
            <w:pPr>
              <w:spacing w:after="20" w:line="276" w:lineRule="auto"/>
            </w:pPr>
            <w:r>
              <w:rPr>
                <w:rFonts w:ascii="宋体" w:hAnsi="宋体" w:eastAsia="宋体"/>
                <w:b w:val="0"/>
                <w:sz w:val="18"/>
              </w:rPr>
              <w:t>4．折一折，进一步认识直角。</w:t>
            </w:r>
          </w:p>
          <w:p>
            <w:pPr>
              <w:spacing w:after="20" w:line="276" w:lineRule="auto"/>
            </w:pPr>
            <w:r>
              <w:rPr>
                <w:rFonts w:ascii="宋体" w:hAnsi="宋体" w:eastAsia="宋体"/>
                <w:b w:val="0"/>
                <w:sz w:val="18"/>
              </w:rPr>
              <w:t>师：你能用纸折一个直角吗？</w:t>
            </w:r>
          </w:p>
          <w:p>
            <w:pPr>
              <w:spacing w:after="20" w:line="276" w:lineRule="auto"/>
            </w:pPr>
            <w:r>
              <w:rPr>
                <w:rFonts w:ascii="宋体" w:hAnsi="宋体" w:eastAsia="宋体"/>
                <w:b w:val="0"/>
                <w:sz w:val="18"/>
              </w:rPr>
              <w:t>5．画一画，学会用三角尺画直角。</w:t>
            </w:r>
          </w:p>
          <w:p>
            <w:pPr>
              <w:spacing w:after="20" w:line="276" w:lineRule="auto"/>
            </w:pPr>
            <w:r>
              <w:rPr>
                <w:rFonts w:ascii="宋体" w:hAnsi="宋体" w:eastAsia="宋体"/>
                <w:b w:val="0"/>
                <w:sz w:val="18"/>
              </w:rPr>
              <w:t>师：我们不仅认识了直角，还学会了用三角尺上的直角去验证一个角是不是直角，现在你们能不能把三角尺上的直角画下来？</w:t>
            </w:r>
          </w:p>
          <w:p>
            <w:pPr>
              <w:spacing w:after="20" w:line="276" w:lineRule="auto"/>
            </w:pPr>
            <w:r>
              <w:rPr>
                <w:rFonts w:ascii="宋体" w:hAnsi="宋体" w:eastAsia="宋体"/>
                <w:b w:val="0"/>
                <w:sz w:val="18"/>
              </w:rPr>
              <w:t>师：画直角时需要注意什么？同桌之间互相说一说。</w:t>
            </w:r>
          </w:p>
          <w:p>
            <w:pPr>
              <w:spacing w:after="20" w:line="276" w:lineRule="auto"/>
            </w:pPr>
            <w:r>
              <w:rPr>
                <w:rFonts w:ascii="宋体" w:hAnsi="宋体" w:eastAsia="宋体"/>
                <w:b w:val="0"/>
                <w:sz w:val="18"/>
              </w:rPr>
              <w:t>课件动态演示画角的过程。</w:t>
            </w:r>
          </w:p>
          <w:p>
            <w:pPr>
              <w:spacing w:after="20" w:line="276" w:lineRule="auto"/>
            </w:pPr>
            <w:r>
              <w:rPr>
                <w:rFonts w:ascii="宋体" w:hAnsi="宋体" w:eastAsia="宋体"/>
                <w:b w:val="0"/>
                <w:sz w:val="18"/>
              </w:rPr>
              <w:t>师小结：先画一个顶点，从顶点出发画一条射线；让三角尺上直角的顶点与画的这个点对齐，三角尺上的一条边与画的这条射线重合；再从顶点出发，沿三角尺上另一条直角边画出一条射线，标上“┐”这个直角符号。</w:t>
            </w:r>
          </w:p>
        </w:tc>
        <w:tc>
          <w:tcPr>
            <w:tcW w:type="dxa" w:w="3061"/>
          </w:tcPr>
          <w:p>
            <w:pPr>
              <w:spacing w:after="20" w:line="276" w:lineRule="auto"/>
            </w:pPr>
            <w:r/>
            <w:r>
              <w:rPr>
                <w:rFonts w:ascii="宋体" w:hAnsi="宋体" w:eastAsia="宋体"/>
                <w:b w:val="0"/>
                <w:sz w:val="18"/>
              </w:rPr>
              <w:t>学生分组在教室里用比一比的方法验证哪些角是直角，然后汇报。</w:t>
            </w:r>
          </w:p>
          <w:p>
            <w:pPr>
              <w:spacing w:after="20" w:line="276" w:lineRule="auto"/>
            </w:pPr>
            <w:r>
              <w:rPr>
                <w:rFonts w:ascii="宋体" w:hAnsi="宋体" w:eastAsia="宋体"/>
                <w:b w:val="0"/>
                <w:sz w:val="18"/>
              </w:rPr>
              <w:t>学生拿出课前准备的长方形、正方形、圆形、不规则图形的纸折一折，交流展示折的方法。</w:t>
            </w:r>
          </w:p>
          <w:p>
            <w:pPr>
              <w:spacing w:after="20" w:line="276" w:lineRule="auto"/>
            </w:pPr>
            <w:r>
              <w:rPr>
                <w:rFonts w:ascii="宋体" w:hAnsi="宋体" w:eastAsia="宋体"/>
                <w:b w:val="0"/>
                <w:sz w:val="18"/>
              </w:rPr>
              <w:t>学生尝试画直角后，汇报画直角的方法。</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设计递进式探究活动，引导学生在动手实践与合作交流中经历知识形成过程，突破本课重难点，核心问题："观察比较，这些角有什么相同之处？"</w:t>
            </w:r>
          </w:p>
        </w:tc>
      </w:tr>
      <w:tr>
        <w:tc>
          <w:tcPr>
            <w:tcW w:type="dxa" w:w="1474"/>
          </w:tcPr>
          <w:p>
            <w:pPr>
              <w:spacing w:after="20" w:line="276" w:lineRule="auto"/>
            </w:pPr>
            <w:r>
              <w:rPr>
                <w:b/>
              </w:rPr>
            </w:r>
            <w:r>
              <w:rPr>
                <w:rFonts w:ascii="宋体" w:hAnsi="宋体" w:eastAsia="宋体"/>
                <w:b/>
                <w:sz w:val="18"/>
              </w:rPr>
              <w:t>巩固练习，深化理解</w:t>
            </w:r>
          </w:p>
        </w:tc>
        <w:tc>
          <w:tcPr>
            <w:tcW w:type="dxa" w:w="3061"/>
          </w:tcPr>
          <w:p>
            <w:pPr>
              <w:spacing w:after="20" w:line="276" w:lineRule="auto"/>
            </w:pPr>
            <w:r/>
            <w:r>
              <w:rPr>
                <w:rFonts w:ascii="宋体" w:hAnsi="宋体" w:eastAsia="宋体"/>
                <w:b w:val="0"/>
                <w:sz w:val="18"/>
              </w:rPr>
              <w:t>1.完成教科书P68上面的“做一做”第1题。</w:t>
            </w:r>
          </w:p>
          <w:p>
            <w:pPr>
              <w:spacing w:after="20" w:line="276" w:lineRule="auto"/>
            </w:pPr>
            <w:r>
              <w:rPr>
                <w:rFonts w:ascii="宋体" w:hAnsi="宋体" w:eastAsia="宋体"/>
                <w:b w:val="0"/>
                <w:sz w:val="18"/>
              </w:rPr>
              <w:t>(1)观察课桌面，用三角尺比一比。</w:t>
            </w:r>
          </w:p>
          <w:p>
            <w:pPr>
              <w:spacing w:after="20" w:line="276" w:lineRule="auto"/>
            </w:pPr>
            <w:r>
              <w:rPr>
                <w:rFonts w:ascii="宋体" w:hAnsi="宋体" w:eastAsia="宋体"/>
                <w:b w:val="0"/>
                <w:sz w:val="18"/>
              </w:rPr>
              <w:t>(2)汇报交流。</w:t>
            </w:r>
          </w:p>
          <w:p>
            <w:pPr>
              <w:spacing w:after="20" w:line="276" w:lineRule="auto"/>
            </w:pPr>
            <w:r>
              <w:rPr>
                <w:rFonts w:ascii="宋体" w:hAnsi="宋体" w:eastAsia="宋体"/>
                <w:b w:val="0"/>
                <w:sz w:val="18"/>
              </w:rPr>
              <w:t>2．完成教科书P68上面的“做一做”第2题。</w:t>
            </w:r>
          </w:p>
          <w:p>
            <w:pPr>
              <w:spacing w:after="20" w:line="276" w:lineRule="auto"/>
            </w:pPr>
            <w:r>
              <w:rPr>
                <w:rFonts w:ascii="宋体" w:hAnsi="宋体" w:eastAsia="宋体"/>
                <w:b w:val="0"/>
                <w:sz w:val="18"/>
              </w:rPr>
              <w:t>(1)用三角尺上的直角比一比图形中的每一个角。</w:t>
            </w:r>
          </w:p>
          <w:p>
            <w:pPr>
              <w:spacing w:after="20" w:line="276" w:lineRule="auto"/>
            </w:pPr>
            <w:r>
              <w:rPr>
                <w:rFonts w:ascii="宋体" w:hAnsi="宋体" w:eastAsia="宋体"/>
                <w:b w:val="0"/>
                <w:sz w:val="18"/>
              </w:rPr>
              <w:t>(2)数一数，说一说。</w:t>
            </w:r>
          </w:p>
          <w:p>
            <w:pPr>
              <w:spacing w:after="20" w:line="276" w:lineRule="auto"/>
            </w:pPr>
            <w:r>
              <w:rPr>
                <w:rFonts w:ascii="宋体" w:hAnsi="宋体" w:eastAsia="宋体"/>
                <w:b w:val="0"/>
                <w:sz w:val="18"/>
              </w:rPr>
              <w:t>(3)交流发现。</w:t>
            </w:r>
          </w:p>
          <w:p>
            <w:pPr>
              <w:spacing w:after="20" w:line="276" w:lineRule="auto"/>
            </w:pPr>
            <w:r>
              <w:rPr>
                <w:rFonts w:ascii="宋体" w:hAnsi="宋体" w:eastAsia="宋体"/>
                <w:b w:val="0"/>
                <w:sz w:val="18"/>
              </w:rPr>
              <w:t>引导学生初步感悟：长方形和正方形都有4个直角，直角三角形只有1个直角。</w:t>
            </w:r>
          </w:p>
          <w:p>
            <w:pPr>
              <w:spacing w:after="20" w:line="276" w:lineRule="auto"/>
            </w:pPr>
            <w:r>
              <w:rPr>
                <w:rFonts w:ascii="宋体" w:hAnsi="宋体" w:eastAsia="宋体"/>
                <w:b w:val="0"/>
                <w:sz w:val="18"/>
              </w:rPr>
              <w:t>3．拓展练习。</w:t>
            </w:r>
          </w:p>
          <w:p>
            <w:pPr>
              <w:spacing w:after="20" w:line="276" w:lineRule="auto"/>
            </w:pPr>
            <w:r>
              <w:rPr>
                <w:rFonts w:ascii="宋体" w:hAnsi="宋体" w:eastAsia="宋体"/>
                <w:b w:val="0"/>
                <w:sz w:val="18"/>
              </w:rPr>
              <w:t>数一数下面图形中各有几个直角，并用直角符号“┐”标出来。(课件出示)</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师：这节课你们有哪些收获？</w:t>
            </w:r>
          </w:p>
          <w:p>
            <w:pPr>
              <w:spacing w:after="20" w:line="276" w:lineRule="auto"/>
            </w:pPr>
            <w:r>
              <w:rPr>
                <w:rFonts w:ascii="宋体" w:hAnsi="宋体" w:eastAsia="宋体"/>
                <w:b w:val="0"/>
                <w:sz w:val="18"/>
              </w:rPr>
              <w:t>认识直角的教学，先让学生观察三角尺、椅子和双杠上的角，使学生体会到这些角的大小是一定的，由此引出直角的概念，进而抽象出直角的图形(包括直角的标志)。然后设计比一比、折一折、画一画三个操作活动。比一比的活动，向学生渗透了比较角的大小的一种重要方法——叠合法，它是用三角尺上的直角画直角、判断锐角和钝角的方法的基础。折一折的活动，加深学生对直角的认识。画一画的活动，使学生进一步认识直角，体会直角的特点。最后设计各种层次的练习，让学生在观察、判断、数直角等数学活动中，加深对直角的认识，发展学生初步的空间观念。</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直角的认识及画法</w:t>
      </w:r>
    </w:p>
    <w:p>
      <w:pPr>
        <w:spacing w:after="40" w:line="300" w:lineRule="auto"/>
      </w:pPr>
      <w:r>
        <w:rPr>
          <w:rFonts w:ascii="宋体" w:hAnsi="宋体" w:eastAsia="宋体"/>
          <w:b w:val="0"/>
          <w:sz w:val="20"/>
        </w:rPr>
        <w:t>可以用三角尺上的直角判断一个角是不是直角。</w:t>
      </w:r>
    </w:p>
    <w:p>
      <w:pPr>
        <w:spacing w:after="40" w:line="300" w:lineRule="auto"/>
      </w:pPr>
      <w:r>
        <w:rPr>
          <w:rFonts w:ascii="宋体" w:hAnsi="宋体" w:eastAsia="宋体"/>
          <w:b w:val="0"/>
          <w:sz w:val="20"/>
        </w:rPr>
        <w:t>点对点，边对边，边重合，角相等。</w:t>
      </w:r>
    </w:p>
    <w:p>
      <w:pPr>
        <w:spacing w:after="40" w:line="300" w:lineRule="auto"/>
      </w:pPr>
      <w:r>
        <w:rPr>
          <w:rFonts w:ascii="宋体" w:hAnsi="宋体" w:eastAsia="宋体"/>
          <w:b w:val="0"/>
          <w:sz w:val="20"/>
        </w:rPr>
        <w:t>画直角：</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教科书P67例2，完成教科书P68上面的“做一做”。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直角在生活中无处不在，本节课从生活情境引入，揭示直角的概念。然后让学生在亲身体验的教学过程中，逐渐建立概念。在“认一认”“找一找”“比一比”“折一折”“画一画”等操作活动中，每位学生主动参与观察、猜想、思考、操作、验证等过程，通过自主探索与合作交流，学生在体验中感受，在感受中思考，从而把握概念的本质，建立起清晰的空间观念。重视对判断直角及画直角方法的指导。学生在获得对数学知识理解的同时，思维能力、情感态度等方面也得到了一定的发展。</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认识线段、射线、直线(2)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认识线段、射线、直线(2)</w:t>
            </w:r>
          </w:p>
        </w:tc>
        <w:tc>
          <w:tcPr>
            <w:tcW w:type="dxa" w:w="6009"/>
          </w:tcPr>
          <w:p>
            <w:pPr>
              <w:spacing w:after="20" w:line="276" w:lineRule="auto"/>
            </w:pPr>
            <w:r/>
            <w:r>
              <w:rPr>
                <w:rFonts w:ascii="宋体" w:hAnsi="宋体" w:eastAsia="宋体"/>
                <w:b w:val="0"/>
                <w:sz w:val="20"/>
              </w:rPr>
              <w:t>第5单元 线和角（线段、射线、直线）</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二年级时学生初步认识了线段，知道线段是“直的”“可以测量出长度”。在一年级的学习中，学生已经认识了长方形、正方形、三角形和平行四边形等，角也属于平面图形，在此基础上继续认识角。虽然线和角与实际生活有着密切的联系，生活中很多物体的表面上都有“角”，学生有一定的生活积累，但知识点比较抽象，在教学中要多让学生亲自操作，获得直接经验，帮助学生学习有关线和角的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教学内容：教科书P63例2，完成教科书P64“做一做”及P65“练习十二”中第4～7题。</w:t>
      </w:r>
    </w:p>
    <w:p>
      <w:pPr>
        <w:spacing w:after="80" w:line="300" w:lineRule="auto"/>
        <w:ind w:firstLine="400"/>
      </w:pPr>
      <w:r>
        <w:rPr>
          <w:rFonts w:ascii="宋体" w:hAnsi="宋体" w:eastAsia="宋体"/>
          <w:b w:val="0"/>
          <w:sz w:val="20"/>
        </w:rPr>
        <w:t>教学准备：课件、学习单、直尺、圆规。</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（1）在认识线段的基础上，会用圆规比较两条线段的长短，会用直尺和圆规作一条与给定线段等长的线段。</w:t>
      </w:r>
    </w:p>
    <w:p>
      <w:pPr>
        <w:spacing w:after="20" w:line="300" w:lineRule="auto"/>
        <w:ind w:firstLine="400"/>
      </w:pPr>
      <w:r>
        <w:rPr>
          <w:rFonts w:ascii="宋体" w:hAnsi="宋体" w:eastAsia="宋体"/>
          <w:b w:val="0"/>
          <w:sz w:val="20"/>
        </w:rPr>
        <w:t>（2）在经历直尺和圆规作图的过程中，逐步建立几何直观。</w:t>
      </w:r>
    </w:p>
    <w:p>
      <w:pPr>
        <w:spacing w:after="20" w:line="300" w:lineRule="auto"/>
        <w:ind w:firstLine="400"/>
      </w:pPr>
      <w:r>
        <w:rPr>
          <w:rFonts w:ascii="宋体" w:hAnsi="宋体" w:eastAsia="宋体"/>
          <w:b w:val="0"/>
          <w:sz w:val="20"/>
        </w:rPr>
        <w:t>（3）在操作学习过程中，帮助学生积累数学活动经验，感受数学的乐趣。</w:t>
      </w:r>
    </w:p>
    <w:p>
      <w:pPr>
        <w:spacing w:after="20" w:line="300" w:lineRule="auto"/>
      </w:pPr>
      <w:r>
        <w:rPr>
          <w:rFonts w:ascii="宋体" w:hAnsi="宋体" w:eastAsia="宋体"/>
          <w:b w:val="0"/>
          <w:sz w:val="20"/>
        </w:rPr>
        <w:t>教学重点：掌握用圆规比较两条线段的长短的方法。</w:t>
      </w:r>
    </w:p>
    <w:p>
      <w:pPr>
        <w:spacing w:after="20" w:line="300" w:lineRule="auto"/>
      </w:pPr>
      <w:r>
        <w:rPr>
          <w:rFonts w:ascii="宋体" w:hAnsi="宋体" w:eastAsia="宋体"/>
          <w:b w:val="0"/>
          <w:sz w:val="20"/>
        </w:rPr>
        <w:t>教学难点：用直尺和圆规作一条与给定线段等长的线段。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二、探究新知</w:t>
            </w:r>
          </w:p>
        </w:tc>
        <w:tc>
          <w:tcPr>
            <w:tcW w:type="dxa" w:w="1814"/>
          </w:tcPr>
          <w:p>
            <w:pPr>
              <w:spacing w:after="20" w:line="276" w:lineRule="auto"/>
            </w:pPr>
            <w:r/>
            <w:r>
              <w:rPr>
                <w:rFonts w:ascii="宋体" w:hAnsi="宋体" w:eastAsia="宋体"/>
                <w:b w:val="0"/>
                <w:sz w:val="18"/>
              </w:rPr>
              <w:t>课件、教科书、尺子、视频</w:t>
            </w:r>
          </w:p>
        </w:tc>
        <w:tc>
          <w:tcPr>
            <w:tcW w:type="dxa" w:w="3402"/>
          </w:tcPr>
          <w:p>
            <w:pPr>
              <w:spacing w:after="20" w:line="276" w:lineRule="auto"/>
            </w:pPr>
            <w:r/>
            <w:r>
              <w:rPr>
                <w:rFonts w:ascii="宋体" w:hAnsi="宋体" w:eastAsia="宋体"/>
                <w:b w:val="0"/>
                <w:sz w:val="18"/>
              </w:rPr>
              <w:t>你有什么办法比较这两条线段的长短？；不用尺子测量长度，还有其他办法比较吗？</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引导学生说出操作步骤。(教师适时板书)</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视频、课件</w:t>
            </w:r>
          </w:p>
        </w:tc>
        <w:tc>
          <w:tcPr>
            <w:tcW w:type="dxa" w:w="3402"/>
          </w:tcPr>
          <w:p>
            <w:pPr>
              <w:spacing w:after="20" w:line="276" w:lineRule="auto"/>
            </w:pPr>
            <w:r/>
            <w:r>
              <w:rPr>
                <w:rFonts w:ascii="宋体" w:hAnsi="宋体" w:eastAsia="宋体"/>
                <w:b w:val="0"/>
                <w:sz w:val="18"/>
              </w:rPr>
              <w:t>通过这节课的学习，你有哪些收获？</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指名学生完成后，说一说各有什么特点。</w:t>
            </w:r>
          </w:p>
          <w:p>
            <w:pPr>
              <w:spacing w:after="20" w:line="276" w:lineRule="auto"/>
            </w:pPr>
            <w:r>
              <w:rPr>
                <w:rFonts w:ascii="宋体" w:hAnsi="宋体" w:eastAsia="宋体"/>
                <w:b w:val="0"/>
                <w:sz w:val="18"/>
              </w:rPr>
              <w:t>师：今天我们继续认识线段。[板书课题：认识线段、射线、直线(2)]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二、探究新知</w:t>
            </w:r>
          </w:p>
        </w:tc>
        <w:tc>
          <w:tcPr>
            <w:tcW w:type="dxa" w:w="3061"/>
          </w:tcPr>
          <w:p>
            <w:pPr>
              <w:spacing w:after="20" w:line="276" w:lineRule="auto"/>
            </w:pPr>
            <w:r/>
            <w:r>
              <w:rPr>
                <w:rFonts w:ascii="宋体" w:hAnsi="宋体" w:eastAsia="宋体"/>
                <w:b w:val="0"/>
                <w:sz w:val="18"/>
              </w:rPr>
              <w:t>1.用圆规比较两条线段的长短。</w:t>
            </w:r>
          </w:p>
          <w:p>
            <w:pPr>
              <w:spacing w:after="20" w:line="276" w:lineRule="auto"/>
            </w:pPr>
            <w:r>
              <w:rPr>
                <w:rFonts w:ascii="宋体" w:hAnsi="宋体" w:eastAsia="宋体"/>
                <w:b w:val="0"/>
                <w:sz w:val="18"/>
              </w:rPr>
              <w:t>课件出示教科书P63例2。</w:t>
            </w:r>
          </w:p>
          <w:p>
            <w:pPr>
              <w:spacing w:after="20" w:line="276" w:lineRule="auto"/>
            </w:pPr>
            <w:r>
              <w:rPr>
                <w:rFonts w:ascii="宋体" w:hAnsi="宋体" w:eastAsia="宋体"/>
                <w:b w:val="0"/>
                <w:sz w:val="18"/>
              </w:rPr>
              <w:t>(1)师：你有什么办法比较这两条线段的长短？</w:t>
            </w:r>
          </w:p>
          <w:p>
            <w:pPr>
              <w:spacing w:after="20" w:line="276" w:lineRule="auto"/>
            </w:pPr>
            <w:r>
              <w:rPr>
                <w:rFonts w:ascii="宋体" w:hAnsi="宋体" w:eastAsia="宋体"/>
                <w:b w:val="0"/>
                <w:sz w:val="18"/>
              </w:rPr>
              <w:t>(2)师：不用尺子测量长度，还有其他办法比较吗？</w:t>
            </w:r>
          </w:p>
          <w:p>
            <w:pPr>
              <w:spacing w:after="20" w:line="276" w:lineRule="auto"/>
            </w:pPr>
            <w:r>
              <w:rPr>
                <w:rFonts w:ascii="宋体" w:hAnsi="宋体" w:eastAsia="宋体"/>
                <w:b w:val="0"/>
                <w:sz w:val="18"/>
              </w:rPr>
              <w:t>引导学生想到用圆规来比较。</w:t>
            </w:r>
          </w:p>
          <w:p>
            <w:pPr>
              <w:spacing w:after="20" w:line="276" w:lineRule="auto"/>
            </w:pPr>
            <w:r>
              <w:rPr>
                <w:rFonts w:ascii="宋体" w:hAnsi="宋体" w:eastAsia="宋体"/>
                <w:b w:val="0"/>
                <w:sz w:val="18"/>
              </w:rPr>
              <w:t>(3)认识圆规。</w:t>
            </w:r>
          </w:p>
          <w:p>
            <w:pPr>
              <w:spacing w:after="20" w:line="276" w:lineRule="auto"/>
            </w:pPr>
            <w:r>
              <w:rPr>
                <w:rFonts w:ascii="宋体" w:hAnsi="宋体" w:eastAsia="宋体"/>
                <w:b w:val="0"/>
                <w:sz w:val="18"/>
              </w:rPr>
              <w:t>师：圆规是用来画圆的工具，也可以用它量出同样长的线段。请同学们拿出圆规，认识一下它。</w:t>
            </w:r>
          </w:p>
          <w:p>
            <w:pPr>
              <w:spacing w:after="20" w:line="276" w:lineRule="auto"/>
            </w:pPr>
            <w:r>
              <w:rPr>
                <w:rFonts w:ascii="宋体" w:hAnsi="宋体" w:eastAsia="宋体"/>
                <w:b w:val="0"/>
                <w:sz w:val="18"/>
              </w:rPr>
              <w:t>逐一介绍圆规各部分的名称，然后出示课件。</w:t>
            </w:r>
          </w:p>
          <w:p>
            <w:pPr>
              <w:spacing w:after="20" w:line="276" w:lineRule="auto"/>
            </w:pPr>
            <w:r>
              <w:rPr>
                <w:rFonts w:ascii="宋体" w:hAnsi="宋体" w:eastAsia="宋体"/>
                <w:b w:val="0"/>
                <w:sz w:val="18"/>
              </w:rPr>
              <w:t>师：请你尝试用圆规量出线段AB的长度。</w:t>
            </w:r>
          </w:p>
          <w:p>
            <w:pPr>
              <w:spacing w:after="20" w:line="276" w:lineRule="auto"/>
            </w:pPr>
            <w:r>
              <w:rPr>
                <w:rFonts w:ascii="宋体" w:hAnsi="宋体" w:eastAsia="宋体"/>
                <w:b w:val="0"/>
                <w:sz w:val="18"/>
              </w:rPr>
              <w:t>(4)视频演示介绍比较线段AB与线段CD长短的操作方法，学生观察。</w:t>
            </w:r>
          </w:p>
          <w:p>
            <w:pPr>
              <w:spacing w:after="20" w:line="276" w:lineRule="auto"/>
            </w:pPr>
            <w:r>
              <w:rPr>
                <w:rFonts w:ascii="宋体" w:hAnsi="宋体" w:eastAsia="宋体"/>
                <w:b w:val="0"/>
                <w:sz w:val="18"/>
              </w:rPr>
              <w:t>第一步：将有针尖的脚固定在线段AB的端点A上，另一只脚张开对准线段的端点B。此时圆规两脚尖的距离就是线段AB的长度。</w:t>
            </w:r>
          </w:p>
          <w:p>
            <w:pPr>
              <w:spacing w:after="20" w:line="276" w:lineRule="auto"/>
            </w:pPr>
            <w:r>
              <w:rPr>
                <w:rFonts w:ascii="宋体" w:hAnsi="宋体" w:eastAsia="宋体"/>
                <w:b w:val="0"/>
                <w:sz w:val="18"/>
              </w:rPr>
              <w:t>第二步：将有针尖的脚固定在线段CD的端点C上，转动手柄。比较另一只脚笔尖与点D的位置。</w:t>
            </w:r>
          </w:p>
          <w:p>
            <w:pPr>
              <w:spacing w:after="20" w:line="276" w:lineRule="auto"/>
            </w:pPr>
            <w:r>
              <w:rPr>
                <w:rFonts w:ascii="宋体" w:hAnsi="宋体" w:eastAsia="宋体"/>
                <w:b w:val="0"/>
                <w:sz w:val="18"/>
              </w:rPr>
              <w:t>师：明白了吗？请你用圆规试一试。</w:t>
            </w:r>
          </w:p>
          <w:p>
            <w:pPr>
              <w:spacing w:after="20" w:line="276" w:lineRule="auto"/>
            </w:pPr>
            <w:r>
              <w:rPr>
                <w:rFonts w:ascii="宋体" w:hAnsi="宋体" w:eastAsia="宋体"/>
                <w:b w:val="0"/>
                <w:sz w:val="18"/>
              </w:rPr>
              <w:t>(5)学生用圆规比较线段AB与线段CD的长短。</w:t>
            </w:r>
          </w:p>
          <w:p>
            <w:pPr>
              <w:spacing w:after="20" w:line="276" w:lineRule="auto"/>
            </w:pPr>
            <w:r>
              <w:rPr>
                <w:rFonts w:ascii="宋体" w:hAnsi="宋体" w:eastAsia="宋体"/>
                <w:b w:val="0"/>
                <w:sz w:val="18"/>
              </w:rPr>
              <w:t>通过操作比较发现：点A与点C重合，点B在点D的左侧，所以线段AB比线段CD短，记作：AB&lt;CD。</w:t>
            </w:r>
          </w:p>
          <w:p>
            <w:pPr>
              <w:spacing w:after="20" w:line="276" w:lineRule="auto"/>
            </w:pPr>
            <w:r>
              <w:rPr>
                <w:rFonts w:ascii="宋体" w:hAnsi="宋体" w:eastAsia="宋体"/>
                <w:b w:val="0"/>
                <w:sz w:val="18"/>
              </w:rPr>
              <w:t>2．想一想。</w:t>
            </w:r>
          </w:p>
          <w:p>
            <w:pPr>
              <w:spacing w:after="20" w:line="276" w:lineRule="auto"/>
            </w:pPr>
            <w:r>
              <w:rPr>
                <w:rFonts w:ascii="宋体" w:hAnsi="宋体" w:eastAsia="宋体"/>
                <w:b w:val="0"/>
                <w:sz w:val="18"/>
              </w:rPr>
              <w:t>像上面那样比较线段AB和线段CD的长短，点A与点C重合。</w:t>
            </w:r>
          </w:p>
          <w:p>
            <w:pPr>
              <w:spacing w:after="20" w:line="276" w:lineRule="auto"/>
            </w:pPr>
            <w:r>
              <w:rPr>
                <w:rFonts w:ascii="宋体" w:hAnsi="宋体" w:eastAsia="宋体"/>
                <w:b w:val="0"/>
                <w:sz w:val="18"/>
              </w:rPr>
              <w:t>(1)如果点B与点D重合，那么AB________CD。</w:t>
            </w:r>
          </w:p>
          <w:p>
            <w:pPr>
              <w:spacing w:after="20" w:line="276" w:lineRule="auto"/>
            </w:pPr>
            <w:r>
              <w:rPr>
                <w:rFonts w:ascii="宋体" w:hAnsi="宋体" w:eastAsia="宋体"/>
                <w:b w:val="0"/>
                <w:sz w:val="18"/>
              </w:rPr>
              <w:t>(2)如果点B在点D的右侧，那么AB________CD。</w:t>
            </w:r>
          </w:p>
          <w:p>
            <w:pPr>
              <w:spacing w:after="20" w:line="276" w:lineRule="auto"/>
            </w:pPr>
            <w:r>
              <w:rPr>
                <w:rFonts w:ascii="宋体" w:hAnsi="宋体" w:eastAsia="宋体"/>
                <w:b w:val="0"/>
                <w:sz w:val="18"/>
              </w:rPr>
              <w:t>指名学生完成并说一说怎样想的。</w:t>
            </w:r>
          </w:p>
          <w:p>
            <w:pPr>
              <w:spacing w:after="20" w:line="276" w:lineRule="auto"/>
            </w:pPr>
            <w:r>
              <w:rPr>
                <w:rFonts w:ascii="宋体" w:hAnsi="宋体" w:eastAsia="宋体"/>
                <w:b w:val="0"/>
                <w:sz w:val="18"/>
              </w:rPr>
              <w:t>师：通过上面的操作和比较，说一说如何用圆规比较两条线段的长短。</w:t>
            </w:r>
          </w:p>
        </w:tc>
        <w:tc>
          <w:tcPr>
            <w:tcW w:type="dxa" w:w="3061"/>
          </w:tcPr>
          <w:p>
            <w:pPr>
              <w:spacing w:after="20" w:line="276" w:lineRule="auto"/>
            </w:pPr>
            <w:r/>
            <w:r>
              <w:rPr>
                <w:rFonts w:ascii="宋体" w:hAnsi="宋体" w:eastAsia="宋体"/>
                <w:b w:val="0"/>
                <w:sz w:val="18"/>
              </w:rPr>
              <w:t>学生容易想到用尺子分别量出它们的长度，再进行比较。</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设计递进式探究活动，引导学生在动手实践与合作交流中经历知识形成过程，突破本课重难点，核心问题："你有什么办法比较这两条线段的长短？"</w:t>
            </w:r>
          </w:p>
        </w:tc>
      </w:tr>
      <w:tr>
        <w:tc>
          <w:tcPr>
            <w:tcW w:type="dxa" w:w="1474"/>
          </w:tcPr>
          <w:p>
            <w:pPr>
              <w:spacing w:after="20" w:line="276" w:lineRule="auto"/>
            </w:pPr>
            <w:r>
              <w:rPr>
                <w:b/>
              </w:rPr>
            </w:r>
            <w:r>
              <w:rPr>
                <w:rFonts w:ascii="宋体" w:hAnsi="宋体" w:eastAsia="宋体"/>
                <w:b/>
                <w:sz w:val="18"/>
              </w:rPr>
              <w:t>引导学生说出操作步骤。(教师适时板书)</w:t>
            </w:r>
          </w:p>
        </w:tc>
        <w:tc>
          <w:tcPr>
            <w:tcW w:type="dxa" w:w="3061"/>
          </w:tcPr>
          <w:p>
            <w:pPr>
              <w:spacing w:after="20" w:line="276" w:lineRule="auto"/>
            </w:pPr>
            <w:r/>
            <w:r>
              <w:rPr>
                <w:rFonts w:ascii="宋体" w:hAnsi="宋体" w:eastAsia="宋体"/>
                <w:b w:val="0"/>
                <w:sz w:val="18"/>
              </w:rPr>
              <w:t>3．及时练习。</w:t>
            </w:r>
          </w:p>
          <w:p>
            <w:pPr>
              <w:spacing w:after="20" w:line="276" w:lineRule="auto"/>
            </w:pPr>
            <w:r>
              <w:rPr>
                <w:rFonts w:ascii="宋体" w:hAnsi="宋体" w:eastAsia="宋体"/>
                <w:b w:val="0"/>
                <w:sz w:val="18"/>
              </w:rPr>
              <w:t>完成教科书P64“做一做”第1题。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(2)指名示范操作，交流比较方法。</w:t>
            </w:r>
          </w:p>
          <w:p>
            <w:pPr>
              <w:spacing w:after="20" w:line="276" w:lineRule="auto"/>
            </w:pPr>
            <w:r>
              <w:rPr>
                <w:rFonts w:ascii="宋体" w:hAnsi="宋体" w:eastAsia="宋体"/>
                <w:b w:val="0"/>
                <w:sz w:val="18"/>
              </w:rPr>
              <w:t>师小结：在比较第二组线段的长短时，有针尖的脚一定要与其中的一个点重合，再看另一只脚笔尖与另一个点的位置。</w:t>
            </w:r>
          </w:p>
          <w:p>
            <w:pPr>
              <w:spacing w:after="20" w:line="276" w:lineRule="auto"/>
            </w:pPr>
            <w:r>
              <w:rPr>
                <w:rFonts w:ascii="宋体" w:hAnsi="宋体" w:eastAsia="宋体"/>
                <w:b w:val="0"/>
                <w:sz w:val="18"/>
              </w:rPr>
              <w:t>4．用直尺和圆规作与给定线段等长的线段。</w:t>
            </w:r>
          </w:p>
          <w:p>
            <w:pPr>
              <w:spacing w:after="20" w:line="276" w:lineRule="auto"/>
            </w:pPr>
            <w:r>
              <w:rPr>
                <w:rFonts w:ascii="宋体" w:hAnsi="宋体" w:eastAsia="宋体"/>
                <w:b w:val="0"/>
                <w:sz w:val="18"/>
              </w:rPr>
              <w:t>课件出示教科书P64“做一做”第2题。</w:t>
            </w:r>
          </w:p>
          <w:p>
            <w:pPr>
              <w:spacing w:after="20" w:line="276" w:lineRule="auto"/>
            </w:pPr>
            <w:r>
              <w:rPr>
                <w:rFonts w:ascii="宋体" w:hAnsi="宋体" w:eastAsia="宋体"/>
                <w:b w:val="0"/>
                <w:sz w:val="18"/>
              </w:rPr>
              <w:t>(1)讨论操作步骤。</w:t>
            </w:r>
          </w:p>
          <w:p>
            <w:pPr>
              <w:spacing w:after="20" w:line="276" w:lineRule="auto"/>
            </w:pPr>
            <w:r>
              <w:rPr>
                <w:rFonts w:ascii="宋体" w:hAnsi="宋体" w:eastAsia="宋体"/>
                <w:b w:val="0"/>
                <w:sz w:val="18"/>
              </w:rPr>
              <w:t>第一步：用直尺在直线l上画出长为3厘米的线段，标上字母A、B。</w:t>
            </w:r>
          </w:p>
          <w:p>
            <w:pPr>
              <w:spacing w:after="20" w:line="276" w:lineRule="auto"/>
            </w:pPr>
            <w:r>
              <w:rPr>
                <w:rFonts w:ascii="宋体" w:hAnsi="宋体" w:eastAsia="宋体"/>
                <w:b w:val="0"/>
                <w:sz w:val="18"/>
              </w:rPr>
              <w:t>第二步：用圆规量出与线段AB等长的距离。</w:t>
            </w:r>
          </w:p>
          <w:p>
            <w:pPr>
              <w:spacing w:after="20" w:line="276" w:lineRule="auto"/>
            </w:pPr>
            <w:r>
              <w:rPr>
                <w:rFonts w:ascii="宋体" w:hAnsi="宋体" w:eastAsia="宋体"/>
                <w:b w:val="0"/>
                <w:sz w:val="18"/>
              </w:rPr>
              <w:t>第三步：将有针尖的脚固定在线段AB的端点B上，转动手柄，使另一只脚笔尖与直线l形成一个交点C，得到线段BC，BC＝AB。</w:t>
            </w:r>
          </w:p>
          <w:p>
            <w:pPr>
              <w:spacing w:after="20" w:line="276" w:lineRule="auto"/>
            </w:pPr>
            <w:r>
              <w:rPr>
                <w:rFonts w:ascii="宋体" w:hAnsi="宋体" w:eastAsia="宋体"/>
                <w:b w:val="0"/>
                <w:sz w:val="18"/>
              </w:rPr>
              <w:t>(2)教师示范后学生一起画一画。</w:t>
            </w:r>
          </w:p>
          <w:p>
            <w:pPr>
              <w:spacing w:after="20" w:line="276" w:lineRule="auto"/>
            </w:pPr>
            <w:r>
              <w:rPr>
                <w:rFonts w:ascii="宋体" w:hAnsi="宋体" w:eastAsia="宋体"/>
                <w:b w:val="0"/>
                <w:sz w:val="18"/>
              </w:rPr>
              <w:t>(3)展示成果并交流方法。</w:t>
            </w:r>
          </w:p>
        </w:tc>
        <w:tc>
          <w:tcPr>
            <w:tcW w:type="dxa" w:w="3061"/>
          </w:tcPr>
          <w:p>
            <w:pPr>
              <w:spacing w:after="20" w:line="276" w:lineRule="auto"/>
            </w:pPr>
            <w:r/>
            <w:r>
              <w:rPr>
                <w:rFonts w:ascii="宋体" w:hAnsi="宋体" w:eastAsia="宋体"/>
                <w:b w:val="0"/>
                <w:sz w:val="18"/>
              </w:rPr>
              <w:t>学生讨论交流后规范步骤：</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1.完成教科书P65“练习十二”第4题。</w:t>
            </w:r>
          </w:p>
          <w:p>
            <w:pPr>
              <w:spacing w:after="20" w:line="276" w:lineRule="auto"/>
            </w:pPr>
            <w:r>
              <w:rPr>
                <w:rFonts w:ascii="宋体" w:hAnsi="宋体" w:eastAsia="宋体"/>
                <w:b w:val="0"/>
                <w:sz w:val="18"/>
              </w:rPr>
              <w:t>(1)小组讨论比较方法。</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(3)汇报结果，交流方法。</w:t>
            </w:r>
          </w:p>
          <w:p>
            <w:pPr>
              <w:spacing w:after="20" w:line="276" w:lineRule="auto"/>
            </w:pPr>
            <w:r>
              <w:rPr>
                <w:rFonts w:ascii="宋体" w:hAnsi="宋体" w:eastAsia="宋体"/>
                <w:b w:val="0"/>
                <w:sz w:val="18"/>
              </w:rPr>
              <w:t>师小结：①号蚂蚁的路线由四条线段组成，用圆规每量出一条线段的长度，就在②号蚂蚁的路线上画出等长的线段，注意在②号蚂蚁的路线上画下一条线段时，有针尖的脚要固定在前一条线段的终点上。最后比较第四条线段的终点与②号线的终点的位置。</w:t>
            </w:r>
          </w:p>
          <w:p>
            <w:pPr>
              <w:spacing w:after="20" w:line="276" w:lineRule="auto"/>
            </w:pPr>
            <w:r>
              <w:rPr>
                <w:rFonts w:ascii="宋体" w:hAnsi="宋体" w:eastAsia="宋体"/>
                <w:b w:val="0"/>
                <w:sz w:val="18"/>
              </w:rPr>
              <w:t>2．完成教科书P65“练习十二”第5题。</w:t>
            </w:r>
          </w:p>
          <w:p>
            <w:pPr>
              <w:spacing w:after="20" w:line="276" w:lineRule="auto"/>
            </w:pPr>
            <w:r>
              <w:rPr>
                <w:rFonts w:ascii="宋体" w:hAnsi="宋体" w:eastAsia="宋体"/>
                <w:b w:val="0"/>
                <w:sz w:val="18"/>
              </w:rPr>
              <w:t>(1)看一看后，借助圆规量一量，比一比。</w:t>
            </w:r>
          </w:p>
          <w:p>
            <w:pPr>
              <w:spacing w:after="20" w:line="276" w:lineRule="auto"/>
            </w:pPr>
            <w:r>
              <w:rPr>
                <w:rFonts w:ascii="宋体" w:hAnsi="宋体" w:eastAsia="宋体"/>
                <w:b w:val="0"/>
                <w:sz w:val="18"/>
              </w:rPr>
              <w:t>(2)交流发现。</w:t>
            </w:r>
          </w:p>
          <w:p>
            <w:pPr>
              <w:spacing w:after="20" w:line="276" w:lineRule="auto"/>
            </w:pPr>
            <w:r>
              <w:rPr>
                <w:rFonts w:ascii="宋体" w:hAnsi="宋体" w:eastAsia="宋体"/>
                <w:b w:val="0"/>
                <w:sz w:val="18"/>
              </w:rPr>
              <w:t>3．完成教科书P65“练习十二”第6题。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(2)推理说明原因。</w:t>
            </w:r>
          </w:p>
          <w:p>
            <w:pPr>
              <w:spacing w:after="20" w:line="276" w:lineRule="auto"/>
            </w:pPr>
            <w:r>
              <w:rPr>
                <w:rFonts w:ascii="宋体" w:hAnsi="宋体" w:eastAsia="宋体"/>
                <w:b w:val="0"/>
                <w:sz w:val="18"/>
              </w:rPr>
              <w:t>4．完成教科书P65“练习十二”第7题。</w:t>
            </w:r>
          </w:p>
          <w:p>
            <w:pPr>
              <w:spacing w:after="20" w:line="276" w:lineRule="auto"/>
            </w:pPr>
            <w:r>
              <w:rPr>
                <w:rFonts w:ascii="宋体" w:hAnsi="宋体" w:eastAsia="宋体"/>
                <w:b w:val="0"/>
                <w:sz w:val="18"/>
              </w:rPr>
              <w:t>(1)小组合作，连一连，并用算式计算结果。</w:t>
            </w:r>
          </w:p>
          <w:p>
            <w:pPr>
              <w:spacing w:after="20" w:line="276" w:lineRule="auto"/>
            </w:pPr>
            <w:r>
              <w:rPr>
                <w:rFonts w:ascii="宋体" w:hAnsi="宋体" w:eastAsia="宋体"/>
                <w:b w:val="0"/>
                <w:sz w:val="18"/>
              </w:rPr>
              <w:t>(2)集体交流。</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师：通过这节课的学习，你有哪些收获？</w:t>
            </w:r>
          </w:p>
          <w:p>
            <w:pPr>
              <w:spacing w:after="20" w:line="276" w:lineRule="auto"/>
            </w:pPr>
            <w:r>
              <w:rPr>
                <w:rFonts w:ascii="宋体" w:hAnsi="宋体" w:eastAsia="宋体"/>
                <w:b w:val="0"/>
                <w:sz w:val="18"/>
              </w:rPr>
              <w:t>本节课在教学比较两条线段的长短时，先让学生通过量一量比较，运用已有的知识经验解决。再启发学生，想到借助圆规比较，引出圆规，认识圆规，拓宽学生的思维。通过视频的演示，明确操作方法，借助实际操作比较，在操作活动中掌握方法。同时启发学生想想另外两种情况，发展学生的推理意识和空间观念。有了利用圆规比较两条线段长短的经验，紧接着让学生用直尺和圆规作与给定线段等长的线段，归纳出一般的操作要点，形成一定的操作程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认识线段、射线、直线(2)</w:t>
      </w:r>
    </w:p>
    <w:p>
      <w:pPr>
        <w:spacing w:after="40" w:line="300" w:lineRule="auto"/>
      </w:pPr>
      <w:r>
        <w:rPr>
          <w:rFonts w:ascii="宋体" w:hAnsi="宋体" w:eastAsia="宋体"/>
          <w:b w:val="0"/>
          <w:sz w:val="20"/>
        </w:rPr>
        <w:t>如果点B在点D的左侧，那么AB&lt;CD。</w:t>
      </w:r>
    </w:p>
    <w:p>
      <w:pPr>
        <w:spacing w:after="40" w:line="300" w:lineRule="auto"/>
      </w:pPr>
      <w:r>
        <w:rPr>
          <w:rFonts w:ascii="宋体" w:hAnsi="宋体" w:eastAsia="宋体"/>
          <w:b w:val="0"/>
          <w:sz w:val="20"/>
        </w:rPr>
        <w:t>如果点B与点D重合，那么AB＝CD。</w:t>
      </w:r>
    </w:p>
    <w:p>
      <w:pPr>
        <w:spacing w:after="40" w:line="300" w:lineRule="auto"/>
      </w:pPr>
      <w:r>
        <w:rPr>
          <w:rFonts w:ascii="宋体" w:hAnsi="宋体" w:eastAsia="宋体"/>
          <w:b w:val="0"/>
          <w:sz w:val="20"/>
        </w:rPr>
        <w:t>如果点B在点D的右侧，那么AB＞CD。</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教科书P63例2，完成教科书P64“做一做”及P65“练习十二”中第4～7题。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在教学时，准确把握学习起点，引出用圆规比较线段的长短。在教学过程中，重视学生的自主探究，无论是比较两条线段的长短还是用直尺和圆规作与给定线段等长的线段，都要尽可能多的为学生提供自主尝试探究的机会，确保学生的操作体验活动落实到位。关注方法的适度提炼。由于本节课操作性强，需要学生动手参与，部分学生需要加强训练，尤其要规范学生对圆规的操作。</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锐角、钝角的认识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锐角、钝角的认识</w:t>
            </w:r>
          </w:p>
        </w:tc>
        <w:tc>
          <w:tcPr>
            <w:tcW w:type="dxa" w:w="6009"/>
          </w:tcPr>
          <w:p>
            <w:pPr>
              <w:spacing w:after="20" w:line="276" w:lineRule="auto"/>
            </w:pPr>
            <w:r/>
            <w:r>
              <w:rPr>
                <w:rFonts w:ascii="宋体" w:hAnsi="宋体" w:eastAsia="宋体"/>
                <w:b w:val="0"/>
                <w:sz w:val="20"/>
              </w:rPr>
              <w:t>第5单元 线和角（角的认识）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二年级时学生初步认识了线段，知道线段是“直的”“可以测量出长度”。在一年级的学习中，学生已经认识了长方形、正方形、三角形和平行四边形等，角也属于平面图形，在此基础上继续认识角。虽然线和角与实际生活有着密切的联系，生活中很多物体的表面上都有“角”，学生有一定的生活积累，但知识点比较抽象，在教学中要多让学生亲自操作，获得直接经验，帮助学生学习有关线和角的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教学内容：教科书P68例3，完成教科书P68下面的“做一做”及P69～70“练习十三”中第3～5、7～9题。</w:t>
      </w:r>
    </w:p>
    <w:p>
      <w:pPr>
        <w:spacing w:after="80" w:line="300" w:lineRule="auto"/>
        <w:ind w:firstLine="400"/>
      </w:pPr>
      <w:r>
        <w:rPr>
          <w:rFonts w:ascii="宋体" w:hAnsi="宋体" w:eastAsia="宋体"/>
          <w:b w:val="0"/>
          <w:sz w:val="20"/>
        </w:rPr>
        <w:t>教学准备：课件、三角尺、活动角等。</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（1）结合生活情境及操作活动，初步认识锐角和钝角，会用三角尺判断锐角和钝角。</w:t>
      </w:r>
    </w:p>
    <w:p>
      <w:pPr>
        <w:spacing w:after="20" w:line="300" w:lineRule="auto"/>
        <w:ind w:firstLine="400"/>
      </w:pPr>
      <w:r>
        <w:rPr>
          <w:rFonts w:ascii="宋体" w:hAnsi="宋体" w:eastAsia="宋体"/>
          <w:b w:val="0"/>
          <w:sz w:val="20"/>
        </w:rPr>
        <w:t>（2）培养学生初步的观察能力、动手操作能力，尝试从数学的角度去观察周围的世界。</w:t>
      </w:r>
    </w:p>
    <w:p>
      <w:pPr>
        <w:spacing w:after="20" w:line="300" w:lineRule="auto"/>
        <w:ind w:firstLine="400"/>
      </w:pPr>
      <w:r>
        <w:rPr>
          <w:rFonts w:ascii="宋体" w:hAnsi="宋体" w:eastAsia="宋体"/>
          <w:b w:val="0"/>
          <w:sz w:val="20"/>
        </w:rPr>
        <w:t>（3）在活动中感受数学与生活的密切联系，丰富学生的形象思维，感受数学美，激发学生的学习兴趣。</w:t>
      </w:r>
    </w:p>
    <w:p>
      <w:pPr>
        <w:spacing w:after="20" w:line="300" w:lineRule="auto"/>
      </w:pPr>
      <w:r>
        <w:rPr>
          <w:rFonts w:ascii="宋体" w:hAnsi="宋体" w:eastAsia="宋体"/>
          <w:b w:val="0"/>
          <w:sz w:val="20"/>
        </w:rPr>
        <w:t>教学重点：认识锐角和钝角。</w:t>
      </w:r>
    </w:p>
    <w:p>
      <w:pPr>
        <w:spacing w:after="20" w:line="300" w:lineRule="auto"/>
      </w:pPr>
      <w:r>
        <w:rPr>
          <w:rFonts w:ascii="宋体" w:hAnsi="宋体" w:eastAsia="宋体"/>
          <w:b w:val="0"/>
          <w:sz w:val="20"/>
        </w:rPr>
        <w:t>教学难点：区分锐角、钝角和直角的特征。</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复习导入，引入课题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图中的两个直角我们都认识，其余的角是什么角呢？</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实践操作，认识锐角和钝角</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这些不同的角是按什么标准分类的？</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教科书、七巧板、课件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课堂小结，拓展延伸</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这节课你们有什么收获？</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复习导入，引入课题</w:t>
            </w:r>
          </w:p>
        </w:tc>
        <w:tc>
          <w:tcPr>
            <w:tcW w:type="dxa" w:w="3061"/>
          </w:tcPr>
          <w:p>
            <w:pPr>
              <w:spacing w:after="20" w:line="276" w:lineRule="auto"/>
            </w:pPr>
            <w:r/>
            <w:r>
              <w:rPr>
                <w:rFonts w:ascii="宋体" w:hAnsi="宋体" w:eastAsia="宋体"/>
                <w:b w:val="0"/>
                <w:sz w:val="18"/>
              </w:rPr>
              <w:t>课件出示中国少年先锋队中队旗。</w:t>
            </w:r>
          </w:p>
          <w:p>
            <w:pPr>
              <w:spacing w:after="20" w:line="276" w:lineRule="auto"/>
            </w:pPr>
            <w:r>
              <w:rPr>
                <w:rFonts w:ascii="宋体" w:hAnsi="宋体" w:eastAsia="宋体"/>
                <w:b w:val="0"/>
                <w:sz w:val="18"/>
              </w:rPr>
              <w:t>师：图中的两个直角我们都认识，其余的角是什么角呢？今天我们就来认识锐角和钝角。(板书课题：锐角、钝角的认识)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创设情境激活学生已有经验，自然引出本课学习内容，激发学习兴趣，核心问题："图中的两个直角我们都认识，其余的角是什么角呢？"</w:t>
            </w:r>
          </w:p>
        </w:tc>
      </w:tr>
      <w:tr>
        <w:tc>
          <w:tcPr>
            <w:tcW w:type="dxa" w:w="1474"/>
          </w:tcPr>
          <w:p>
            <w:pPr>
              <w:spacing w:after="20" w:line="276" w:lineRule="auto"/>
            </w:pPr>
            <w:r>
              <w:rPr>
                <w:b/>
              </w:rPr>
            </w:r>
            <w:r>
              <w:rPr>
                <w:rFonts w:ascii="宋体" w:hAnsi="宋体" w:eastAsia="宋体"/>
                <w:b/>
                <w:sz w:val="18"/>
              </w:rPr>
              <w:t>实践操作，认识锐角和钝角</w:t>
            </w:r>
          </w:p>
        </w:tc>
        <w:tc>
          <w:tcPr>
            <w:tcW w:type="dxa" w:w="3061"/>
          </w:tcPr>
          <w:p>
            <w:pPr>
              <w:spacing w:after="20" w:line="276" w:lineRule="auto"/>
            </w:pPr>
            <w:r/>
            <w:r>
              <w:rPr>
                <w:rFonts w:ascii="宋体" w:hAnsi="宋体" w:eastAsia="宋体"/>
                <w:b w:val="0"/>
                <w:sz w:val="18"/>
              </w:rPr>
              <w:t>课件出示教科书P68例3。</w:t>
            </w:r>
          </w:p>
          <w:p>
            <w:pPr>
              <w:spacing w:after="20" w:line="276" w:lineRule="auto"/>
            </w:pPr>
            <w:r>
              <w:rPr>
                <w:rFonts w:ascii="宋体" w:hAnsi="宋体" w:eastAsia="宋体"/>
                <w:b w:val="0"/>
                <w:sz w:val="18"/>
              </w:rPr>
              <w:t>1．操作感知，初步体会。</w:t>
            </w:r>
          </w:p>
          <w:p>
            <w:pPr>
              <w:spacing w:after="20" w:line="276" w:lineRule="auto"/>
            </w:pPr>
            <w:r>
              <w:rPr>
                <w:rFonts w:ascii="宋体" w:hAnsi="宋体" w:eastAsia="宋体"/>
                <w:b w:val="0"/>
                <w:sz w:val="18"/>
              </w:rPr>
              <w:t>找一找，比一比，分一分。</w:t>
            </w:r>
          </w:p>
          <w:p>
            <w:pPr>
              <w:spacing w:after="20" w:line="276" w:lineRule="auto"/>
            </w:pPr>
            <w:r>
              <w:rPr>
                <w:rFonts w:ascii="宋体" w:hAnsi="宋体" w:eastAsia="宋体"/>
                <w:b w:val="0"/>
                <w:sz w:val="18"/>
              </w:rPr>
              <w:t>活动要求：</w:t>
            </w:r>
          </w:p>
          <w:p>
            <w:pPr>
              <w:spacing w:after="20" w:line="276" w:lineRule="auto"/>
            </w:pPr>
            <w:r>
              <w:rPr>
                <w:rFonts w:ascii="宋体" w:hAnsi="宋体" w:eastAsia="宋体"/>
                <w:b w:val="0"/>
                <w:sz w:val="18"/>
              </w:rPr>
              <w:t>(1)找出图中的角，依次编上序号。</w:t>
            </w:r>
          </w:p>
          <w:p>
            <w:pPr>
              <w:spacing w:after="20" w:line="276" w:lineRule="auto"/>
            </w:pPr>
            <w:r>
              <w:rPr>
                <w:rFonts w:ascii="宋体" w:hAnsi="宋体" w:eastAsia="宋体"/>
                <w:b w:val="0"/>
                <w:sz w:val="18"/>
              </w:rPr>
              <w:t>(2)用三角尺上的直角比一比。</w:t>
            </w:r>
          </w:p>
          <w:p>
            <w:pPr>
              <w:spacing w:after="20" w:line="276" w:lineRule="auto"/>
            </w:pPr>
            <w:r>
              <w:rPr>
                <w:rFonts w:ascii="宋体" w:hAnsi="宋体" w:eastAsia="宋体"/>
                <w:b w:val="0"/>
                <w:sz w:val="18"/>
              </w:rPr>
              <w:t>(3)把图中不是直角的角分一分。</w:t>
            </w:r>
          </w:p>
          <w:p>
            <w:pPr>
              <w:spacing w:after="20" w:line="276" w:lineRule="auto"/>
            </w:pPr>
            <w:r>
              <w:rPr>
                <w:rFonts w:ascii="宋体" w:hAnsi="宋体" w:eastAsia="宋体"/>
                <w:b w:val="0"/>
                <w:sz w:val="18"/>
              </w:rPr>
              <w:t>通过操作活动学生容易发现：两幅图中共有8个角，其中∠1和∠5是直角，其余的6个角可以分为两类。∠2、∠4、∠6和∠8比直角小的角为一类，∠3和∠7比直角大的角为一类。</w:t>
            </w:r>
          </w:p>
          <w:p>
            <w:pPr>
              <w:spacing w:after="20" w:line="276" w:lineRule="auto"/>
            </w:pPr>
            <w:r>
              <w:rPr>
                <w:rFonts w:ascii="宋体" w:hAnsi="宋体" w:eastAsia="宋体"/>
                <w:b w:val="0"/>
                <w:sz w:val="18"/>
              </w:rPr>
              <w:t>师：这些不同的角是按什么标准分类的？</w:t>
            </w:r>
          </w:p>
          <w:p>
            <w:pPr>
              <w:spacing w:after="20" w:line="276" w:lineRule="auto"/>
            </w:pPr>
            <w:r>
              <w:rPr>
                <w:rFonts w:ascii="宋体" w:hAnsi="宋体" w:eastAsia="宋体"/>
                <w:b w:val="0"/>
                <w:sz w:val="18"/>
              </w:rPr>
              <w:t>3．揭示概念。</w:t>
            </w:r>
          </w:p>
          <w:p>
            <w:pPr>
              <w:spacing w:after="20" w:line="276" w:lineRule="auto"/>
            </w:pPr>
            <w:r>
              <w:rPr>
                <w:rFonts w:ascii="宋体" w:hAnsi="宋体" w:eastAsia="宋体"/>
                <w:b w:val="0"/>
                <w:sz w:val="18"/>
              </w:rPr>
              <w:t>师：以直角为标准，比直角小的角是锐角，比直角大的角是钝角。(课件出示)</w:t>
            </w:r>
          </w:p>
          <w:p>
            <w:pPr>
              <w:spacing w:after="20" w:line="276" w:lineRule="auto"/>
            </w:pPr>
            <w:r>
              <w:rPr>
                <w:rFonts w:ascii="宋体" w:hAnsi="宋体" w:eastAsia="宋体"/>
                <w:b w:val="0"/>
                <w:sz w:val="18"/>
              </w:rPr>
              <w:t>4．找一找。</w:t>
            </w:r>
          </w:p>
          <w:p>
            <w:pPr>
              <w:spacing w:after="20" w:line="276" w:lineRule="auto"/>
            </w:pPr>
            <w:r>
              <w:rPr>
                <w:rFonts w:ascii="宋体" w:hAnsi="宋体" w:eastAsia="宋体"/>
                <w:b w:val="0"/>
                <w:sz w:val="18"/>
              </w:rPr>
              <w:t>(1)找一找哪些物体上有锐角、直角或钝角。然后小组内交流。</w:t>
            </w:r>
          </w:p>
          <w:p>
            <w:pPr>
              <w:spacing w:after="20" w:line="276" w:lineRule="auto"/>
            </w:pPr>
            <w:r>
              <w:rPr>
                <w:rFonts w:ascii="宋体" w:hAnsi="宋体" w:eastAsia="宋体"/>
                <w:b w:val="0"/>
                <w:sz w:val="18"/>
              </w:rPr>
              <w:t>(2)汇报交流。</w:t>
            </w:r>
          </w:p>
          <w:p>
            <w:pPr>
              <w:spacing w:after="20" w:line="276" w:lineRule="auto"/>
            </w:pPr>
            <w:r>
              <w:rPr>
                <w:rFonts w:ascii="宋体" w:hAnsi="宋体" w:eastAsia="宋体"/>
                <w:b w:val="0"/>
                <w:sz w:val="18"/>
              </w:rPr>
              <w:t>如每个三角尺上都有一个直角、两个锐角，红领巾上有一个钝角和两个锐角等等。</w:t>
            </w:r>
          </w:p>
          <w:p>
            <w:pPr>
              <w:spacing w:after="20" w:line="276" w:lineRule="auto"/>
            </w:pPr>
            <w:r>
              <w:rPr>
                <w:rFonts w:ascii="宋体" w:hAnsi="宋体" w:eastAsia="宋体"/>
                <w:b w:val="0"/>
                <w:sz w:val="18"/>
              </w:rPr>
              <w:t>(3)你周围物体的表面是什么图形？这些图形中有哪些角？</w:t>
            </w:r>
          </w:p>
          <w:p>
            <w:pPr>
              <w:spacing w:after="20" w:line="276" w:lineRule="auto"/>
            </w:pPr>
            <w:r>
              <w:rPr>
                <w:rFonts w:ascii="宋体" w:hAnsi="宋体" w:eastAsia="宋体"/>
                <w:b w:val="0"/>
                <w:sz w:val="18"/>
              </w:rPr>
              <w:t>5．拉一拉。</w:t>
            </w:r>
          </w:p>
          <w:p>
            <w:pPr>
              <w:spacing w:after="20" w:line="276" w:lineRule="auto"/>
            </w:pPr>
            <w:r>
              <w:rPr>
                <w:rFonts w:ascii="宋体" w:hAnsi="宋体" w:eastAsia="宋体"/>
                <w:b w:val="0"/>
                <w:sz w:val="18"/>
              </w:rPr>
              <w:t>(1)拿出活动角拉一拉，分别拉出锐角、直角和钝角。</w:t>
            </w:r>
          </w:p>
          <w:p>
            <w:pPr>
              <w:spacing w:after="20" w:line="276" w:lineRule="auto"/>
            </w:pPr>
            <w:r>
              <w:rPr>
                <w:rFonts w:ascii="宋体" w:hAnsi="宋体" w:eastAsia="宋体"/>
                <w:b w:val="0"/>
                <w:sz w:val="18"/>
              </w:rPr>
              <w:t>(2)同桌相互验证。</w:t>
            </w:r>
          </w:p>
          <w:p>
            <w:pPr>
              <w:spacing w:after="20" w:line="276" w:lineRule="auto"/>
            </w:pPr>
            <w:r>
              <w:rPr>
                <w:rFonts w:ascii="宋体" w:hAnsi="宋体" w:eastAsia="宋体"/>
                <w:b w:val="0"/>
                <w:sz w:val="18"/>
              </w:rPr>
              <w:t>6．连一连。</w:t>
            </w:r>
          </w:p>
          <w:p>
            <w:pPr>
              <w:spacing w:after="20" w:line="276" w:lineRule="auto"/>
            </w:pPr>
            <w:r>
              <w:rPr>
                <w:rFonts w:ascii="宋体" w:hAnsi="宋体" w:eastAsia="宋体"/>
                <w:b w:val="0"/>
                <w:sz w:val="18"/>
              </w:rPr>
              <w:t>(1)完成教科书P69“练习十三”第3题。</w:t>
            </w:r>
          </w:p>
          <w:p>
            <w:pPr>
              <w:spacing w:after="20" w:line="276" w:lineRule="auto"/>
            </w:pPr>
            <w:r>
              <w:rPr>
                <w:rFonts w:ascii="宋体" w:hAnsi="宋体" w:eastAsia="宋体"/>
                <w:b w:val="0"/>
                <w:sz w:val="18"/>
              </w:rPr>
              <w:t>(2)交流判断的依据。</w:t>
            </w:r>
          </w:p>
          <w:p>
            <w:pPr>
              <w:spacing w:after="20" w:line="276" w:lineRule="auto"/>
            </w:pPr>
            <w:r>
              <w:rPr>
                <w:rFonts w:ascii="宋体" w:hAnsi="宋体" w:eastAsia="宋体"/>
                <w:b w:val="0"/>
                <w:sz w:val="18"/>
              </w:rPr>
              <w:t>7．画一画。</w:t>
            </w:r>
          </w:p>
          <w:p>
            <w:pPr>
              <w:spacing w:after="20" w:line="276" w:lineRule="auto"/>
            </w:pPr>
            <w:r>
              <w:rPr>
                <w:rFonts w:ascii="宋体" w:hAnsi="宋体" w:eastAsia="宋体"/>
                <w:b w:val="0"/>
                <w:sz w:val="18"/>
              </w:rPr>
              <w:t>(1)完成教科书P69“练习十三”第4题。</w:t>
            </w:r>
          </w:p>
          <w:p>
            <w:pPr>
              <w:spacing w:after="20" w:line="276" w:lineRule="auto"/>
            </w:pPr>
            <w:r>
              <w:rPr>
                <w:rFonts w:ascii="宋体" w:hAnsi="宋体" w:eastAsia="宋体"/>
                <w:b w:val="0"/>
                <w:sz w:val="18"/>
              </w:rPr>
              <w:t>(2)展示成果，交流画法。重点交流锐角和钝角的画法。</w:t>
            </w:r>
          </w:p>
          <w:p>
            <w:pPr>
              <w:spacing w:after="20" w:line="276" w:lineRule="auto"/>
            </w:pPr>
            <w:r>
              <w:rPr>
                <w:rFonts w:ascii="宋体" w:hAnsi="宋体" w:eastAsia="宋体"/>
                <w:b w:val="0"/>
                <w:sz w:val="18"/>
              </w:rPr>
              <w:t>①画锐角。</w:t>
            </w:r>
          </w:p>
          <w:p>
            <w:pPr>
              <w:spacing w:after="20" w:line="276" w:lineRule="auto"/>
            </w:pPr>
            <w:r>
              <w:rPr>
                <w:rFonts w:ascii="宋体" w:hAnsi="宋体" w:eastAsia="宋体"/>
                <w:b w:val="0"/>
                <w:sz w:val="18"/>
              </w:rPr>
              <w:t>第一步：画一个顶点。</w:t>
            </w:r>
          </w:p>
          <w:p>
            <w:pPr>
              <w:spacing w:after="20" w:line="276" w:lineRule="auto"/>
            </w:pPr>
            <w:r>
              <w:rPr>
                <w:rFonts w:ascii="宋体" w:hAnsi="宋体" w:eastAsia="宋体"/>
                <w:b w:val="0"/>
                <w:sz w:val="18"/>
              </w:rPr>
              <w:t>第二步：从顶点出发，沿水平方向画一条边。</w:t>
            </w:r>
          </w:p>
          <w:p>
            <w:pPr>
              <w:spacing w:after="20" w:line="276" w:lineRule="auto"/>
            </w:pPr>
            <w:r>
              <w:rPr>
                <w:rFonts w:ascii="宋体" w:hAnsi="宋体" w:eastAsia="宋体"/>
                <w:b w:val="0"/>
                <w:sz w:val="18"/>
              </w:rPr>
              <w:t>第三步：将三角尺的直角顶点和一条边与画的顶点和边重合，在三角尺的直角张口内找一点。</w:t>
            </w:r>
          </w:p>
          <w:p>
            <w:pPr>
              <w:spacing w:after="20" w:line="276" w:lineRule="auto"/>
            </w:pPr>
            <w:r>
              <w:rPr>
                <w:rFonts w:ascii="宋体" w:hAnsi="宋体" w:eastAsia="宋体"/>
                <w:b w:val="0"/>
                <w:sz w:val="18"/>
              </w:rPr>
              <w:t>第四步：过顶点和这一点相连画另一条边。</w:t>
            </w:r>
          </w:p>
          <w:p>
            <w:pPr>
              <w:spacing w:after="20" w:line="276" w:lineRule="auto"/>
            </w:pPr>
            <w:r>
              <w:rPr>
                <w:rFonts w:ascii="宋体" w:hAnsi="宋体" w:eastAsia="宋体"/>
                <w:b w:val="0"/>
                <w:sz w:val="18"/>
              </w:rPr>
              <w:t>②画钝角。</w:t>
            </w:r>
          </w:p>
          <w:p>
            <w:pPr>
              <w:spacing w:after="20" w:line="276" w:lineRule="auto"/>
            </w:pPr>
            <w:r>
              <w:rPr>
                <w:rFonts w:ascii="宋体" w:hAnsi="宋体" w:eastAsia="宋体"/>
                <w:b w:val="0"/>
                <w:sz w:val="18"/>
              </w:rPr>
              <w:t>第一步：画一个顶点。</w:t>
            </w:r>
          </w:p>
          <w:p>
            <w:pPr>
              <w:spacing w:after="20" w:line="276" w:lineRule="auto"/>
            </w:pPr>
            <w:r>
              <w:rPr>
                <w:rFonts w:ascii="宋体" w:hAnsi="宋体" w:eastAsia="宋体"/>
                <w:b w:val="0"/>
                <w:sz w:val="18"/>
              </w:rPr>
              <w:t>第二步：从顶点出发，沿水平方向画一条边。</w:t>
            </w:r>
          </w:p>
          <w:p>
            <w:pPr>
              <w:spacing w:after="20" w:line="276" w:lineRule="auto"/>
            </w:pPr>
            <w:r>
              <w:rPr>
                <w:rFonts w:ascii="宋体" w:hAnsi="宋体" w:eastAsia="宋体"/>
                <w:b w:val="0"/>
                <w:sz w:val="18"/>
              </w:rPr>
              <w:t>第三步：将三角尺的直角顶点和一条边与画的顶点和边重合，在三角尺的直角张口外找一点。</w:t>
            </w:r>
          </w:p>
          <w:p>
            <w:pPr>
              <w:spacing w:after="20" w:line="276" w:lineRule="auto"/>
            </w:pPr>
            <w:r>
              <w:rPr>
                <w:rFonts w:ascii="宋体" w:hAnsi="宋体" w:eastAsia="宋体"/>
                <w:b w:val="0"/>
                <w:sz w:val="18"/>
              </w:rPr>
              <w:t>第四步：过顶点和这一点相连画另一条边。</w:t>
            </w:r>
          </w:p>
        </w:tc>
        <w:tc>
          <w:tcPr>
            <w:tcW w:type="dxa" w:w="3061"/>
          </w:tcPr>
          <w:p>
            <w:pPr>
              <w:spacing w:after="20" w:line="276" w:lineRule="auto"/>
            </w:pPr>
            <w:r/>
            <w:r>
              <w:rPr>
                <w:rFonts w:ascii="宋体" w:hAnsi="宋体" w:eastAsia="宋体"/>
                <w:b w:val="0"/>
                <w:sz w:val="18"/>
              </w:rPr>
              <w:t>2．汇报交流。</w:t>
            </w:r>
          </w:p>
          <w:p>
            <w:pPr>
              <w:spacing w:after="20" w:line="276" w:lineRule="auto"/>
            </w:pPr>
            <w:r>
              <w:rPr>
                <w:rFonts w:ascii="宋体" w:hAnsi="宋体" w:eastAsia="宋体"/>
                <w:b w:val="0"/>
                <w:sz w:val="18"/>
              </w:rPr>
              <w:t>学生汇报后，以下图标的序号为例集中交流。</w:t>
            </w:r>
          </w:p>
          <w:p>
            <w:pPr>
              <w:spacing w:after="20" w:line="276" w:lineRule="auto"/>
            </w:pPr>
            <w:r>
              <w:rPr>
                <w:rFonts w:ascii="宋体" w:hAnsi="宋体" w:eastAsia="宋体"/>
                <w:b w:val="0"/>
                <w:sz w:val="18"/>
              </w:rPr>
              <w:t>学生结合周围的物体交流。</w:t>
            </w:r>
          </w:p>
          <w:p>
            <w:pPr>
              <w:spacing w:after="20" w:line="276" w:lineRule="auto"/>
            </w:pPr>
            <w:r>
              <w:rPr>
                <w:rFonts w:ascii="宋体" w:hAnsi="宋体" w:eastAsia="宋体"/>
                <w:b w:val="0"/>
                <w:sz w:val="18"/>
              </w:rPr>
              <w:t>学生交流后教师小结：</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设计递进式探究活动，引导学生在动手实践与合作交流中经历知识形成过程，突破本课重难点，核心问题："这些不同的角是按什么标准分类的？"</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1.完成教科书P69“练习十三”第5题。</w:t>
            </w:r>
          </w:p>
          <w:p>
            <w:pPr>
              <w:spacing w:after="20" w:line="276" w:lineRule="auto"/>
            </w:pPr>
            <w:r>
              <w:rPr>
                <w:rFonts w:ascii="宋体" w:hAnsi="宋体" w:eastAsia="宋体"/>
                <w:b w:val="0"/>
                <w:sz w:val="18"/>
              </w:rPr>
              <w:t>有的学生可能发现三角形内有锐角，也有的学生可能不知道从哪入手，需要教师引导。</w:t>
            </w:r>
          </w:p>
          <w:p>
            <w:pPr>
              <w:spacing w:after="20" w:line="276" w:lineRule="auto"/>
            </w:pPr>
            <w:r>
              <w:rPr>
                <w:rFonts w:ascii="宋体" w:hAnsi="宋体" w:eastAsia="宋体"/>
                <w:b w:val="0"/>
                <w:sz w:val="18"/>
              </w:rPr>
              <w:t>2．完成教科书P70“练习十三”第7题。</w:t>
            </w:r>
          </w:p>
          <w:p>
            <w:pPr>
              <w:spacing w:after="20" w:line="276" w:lineRule="auto"/>
            </w:pPr>
            <w:r>
              <w:rPr>
                <w:rFonts w:ascii="宋体" w:hAnsi="宋体" w:eastAsia="宋体"/>
                <w:b w:val="0"/>
                <w:sz w:val="18"/>
              </w:rPr>
              <w:t>(1)用一副三角尺拼一拼，看能拼出哪些角？</w:t>
            </w:r>
          </w:p>
          <w:p>
            <w:pPr>
              <w:spacing w:after="20" w:line="276" w:lineRule="auto"/>
            </w:pPr>
            <w:r>
              <w:rPr>
                <w:rFonts w:ascii="宋体" w:hAnsi="宋体" w:eastAsia="宋体"/>
                <w:b w:val="0"/>
                <w:sz w:val="18"/>
              </w:rPr>
              <w:t>(2)结合拼的结果画一画。</w:t>
            </w:r>
          </w:p>
          <w:p>
            <w:pPr>
              <w:spacing w:after="20" w:line="276" w:lineRule="auto"/>
            </w:pPr>
            <w:r>
              <w:rPr>
                <w:rFonts w:ascii="宋体" w:hAnsi="宋体" w:eastAsia="宋体"/>
                <w:b w:val="0"/>
                <w:sz w:val="18"/>
              </w:rPr>
              <w:t>(3)汇报展示。可以拼出锐角和不同的钝角。</w:t>
            </w:r>
          </w:p>
          <w:p>
            <w:pPr>
              <w:spacing w:after="20" w:line="276" w:lineRule="auto"/>
            </w:pPr>
            <w:r>
              <w:rPr>
                <w:rFonts w:ascii="宋体" w:hAnsi="宋体" w:eastAsia="宋体"/>
                <w:b w:val="0"/>
                <w:sz w:val="18"/>
              </w:rPr>
              <w:t>3．完成教科书P70“练习十三”第8题。</w:t>
            </w:r>
          </w:p>
          <w:p>
            <w:pPr>
              <w:spacing w:after="20" w:line="276" w:lineRule="auto"/>
            </w:pPr>
            <w:r>
              <w:rPr>
                <w:rFonts w:ascii="宋体" w:hAnsi="宋体" w:eastAsia="宋体"/>
                <w:b w:val="0"/>
                <w:sz w:val="18"/>
              </w:rPr>
              <w:t>(1)拿出准备好的正方形纸剪一剪。</w:t>
            </w:r>
          </w:p>
          <w:p>
            <w:pPr>
              <w:spacing w:after="20" w:line="276" w:lineRule="auto"/>
            </w:pPr>
            <w:r>
              <w:rPr>
                <w:rFonts w:ascii="宋体" w:hAnsi="宋体" w:eastAsia="宋体"/>
                <w:b w:val="0"/>
                <w:sz w:val="18"/>
              </w:rPr>
              <w:t>(2)集中展示交流。</w:t>
            </w:r>
          </w:p>
          <w:p>
            <w:pPr>
              <w:spacing w:after="20" w:line="276" w:lineRule="auto"/>
            </w:pPr>
            <w:r>
              <w:rPr>
                <w:rFonts w:ascii="宋体" w:hAnsi="宋体" w:eastAsia="宋体"/>
                <w:b w:val="0"/>
                <w:sz w:val="18"/>
              </w:rPr>
              <w:t>4．完成教科书P70“练习十三”第9题。</w:t>
            </w:r>
          </w:p>
          <w:p>
            <w:pPr>
              <w:spacing w:after="20" w:line="276" w:lineRule="auto"/>
            </w:pPr>
            <w:r>
              <w:rPr>
                <w:rFonts w:ascii="宋体" w:hAnsi="宋体" w:eastAsia="宋体"/>
                <w:b w:val="0"/>
                <w:sz w:val="18"/>
              </w:rPr>
              <w:t>拿出七巧板观察，操作完成后交流。</w:t>
            </w:r>
          </w:p>
        </w:tc>
        <w:tc>
          <w:tcPr>
            <w:tcW w:type="dxa" w:w="3061"/>
          </w:tcPr>
          <w:p>
            <w:pPr>
              <w:spacing w:after="20" w:line="276" w:lineRule="auto"/>
            </w:pPr>
            <w:r/>
            <w:r>
              <w:rPr>
                <w:rFonts w:ascii="宋体" w:hAnsi="宋体" w:eastAsia="宋体"/>
                <w:b w:val="0"/>
                <w:sz w:val="18"/>
              </w:rPr>
              <w:t>学生独立完成后交流发现。</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课堂小结，拓展延伸</w:t>
            </w:r>
          </w:p>
        </w:tc>
        <w:tc>
          <w:tcPr>
            <w:tcW w:type="dxa" w:w="3061"/>
          </w:tcPr>
          <w:p>
            <w:pPr>
              <w:spacing w:after="20" w:line="276" w:lineRule="auto"/>
            </w:pPr>
            <w:r/>
            <w:r>
              <w:rPr>
                <w:rFonts w:ascii="宋体" w:hAnsi="宋体" w:eastAsia="宋体"/>
                <w:b w:val="0"/>
                <w:sz w:val="18"/>
              </w:rPr>
              <w:t>师：这节课你们有什么收获？</w:t>
            </w:r>
          </w:p>
          <w:p>
            <w:pPr>
              <w:spacing w:after="20" w:line="276" w:lineRule="auto"/>
            </w:pPr>
            <w:r>
              <w:rPr>
                <w:rFonts w:ascii="宋体" w:hAnsi="宋体" w:eastAsia="宋体"/>
                <w:b w:val="0"/>
                <w:sz w:val="18"/>
              </w:rPr>
              <w:t>本节课从让学生用三角尺上的直角比实物上的角的活动开始，将找出的角分类，以直角为标准把剩下的角分为两类，然后抽象出锐角和钝角的图形，说明角的名称。接着通过三角尺上找锐角、用活动角拉出锐角和钝角的活动，既巩固学生对于三类角的认识，也能突出三角形角的特点。练习中充分利用直角的表象对锐角和钝角加以判断，强化直角表象。整节课的设计以操作活动为基础，经历数学知识的抽象过程。</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教科书P68例3，完成教科书P68下面的“做一做”及P69～70“练习十三”中第3～5、7～9题。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结合学生已有的知识经验，以三角尺上的直角为标准认识锐角和钝角。教学时，教师应该重点引导学生通过反复的比较得出锐角和钝角的特点。重视运用比较的方法，在比较中建立直观的认识，并在比较中使认识逐步清晰。只有在不同情境中反复比较，学生才能真正建立锐角和钝角的清晰表象。设计活动时要做到：活动前让学生理清思路，活动中为学生留足空间，活动后让学生充分交流。</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整理和复习</w:t>
            </w:r>
          </w:p>
        </w:tc>
        <w:tc>
          <w:tcPr>
            <w:tcW w:type="dxa" w:w="6009"/>
          </w:tcPr>
          <w:p>
            <w:pPr>
              <w:spacing w:after="20" w:line="276" w:lineRule="auto"/>
            </w:pPr>
            <w:r/>
            <w:r>
              <w:rPr>
                <w:rFonts w:ascii="宋体" w:hAnsi="宋体" w:eastAsia="宋体"/>
                <w:b w:val="0"/>
                <w:sz w:val="20"/>
              </w:rPr>
              <w:t>第5单元 线和角</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二年级时学生初步认识了线段，知道线段是“直的”“可以测量出长度”。在一年级的学习中，学生已经认识了长方形、正方形、三角形和平行四边形等，角也属于平面图形，在此基础上继续认识角。虽然线和角与实际生活有着密切的联系，生活中很多物体的表面上都有“角”，学生有一定的生活积累，但知识点比较抽象，在教学中要多让学生亲自操作，获得直接经验，帮助学生学习有关线和角的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教学内容：教科书P71“整理和复习”，完成教科书P72“练习十四”中第1～4题。</w:t>
      </w:r>
    </w:p>
    <w:p>
      <w:pPr>
        <w:spacing w:after="80" w:line="300" w:lineRule="auto"/>
        <w:ind w:firstLine="400"/>
      </w:pPr>
      <w:r>
        <w:rPr>
          <w:rFonts w:ascii="宋体" w:hAnsi="宋体" w:eastAsia="宋体"/>
          <w:b w:val="0"/>
          <w:sz w:val="20"/>
        </w:rPr>
        <w:t>教学准备：课件、正方体盒子。</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（1）经历整理和复习的过程，厘清知识脉络，进行分类归纳，学会有序整理的学习方法，提高学习能力，形成清晰、完整的知识结构。</w:t>
      </w:r>
    </w:p>
    <w:p>
      <w:pPr>
        <w:spacing w:after="20" w:line="300" w:lineRule="auto"/>
        <w:ind w:firstLine="400"/>
      </w:pPr>
      <w:r>
        <w:rPr>
          <w:rFonts w:ascii="宋体" w:hAnsi="宋体" w:eastAsia="宋体"/>
          <w:b w:val="0"/>
          <w:sz w:val="20"/>
        </w:rPr>
        <w:t>（2）进一步巩固线和角的相关知识，熟练地解决线段、射线、直线和角的相关问题。</w:t>
      </w:r>
    </w:p>
    <w:p>
      <w:pPr>
        <w:spacing w:after="20" w:line="300" w:lineRule="auto"/>
        <w:ind w:firstLine="400"/>
      </w:pPr>
      <w:r>
        <w:rPr>
          <w:rFonts w:ascii="宋体" w:hAnsi="宋体" w:eastAsia="宋体"/>
          <w:b w:val="0"/>
          <w:sz w:val="20"/>
        </w:rPr>
        <w:t>（3）在整理和复习的过程中获得成功的体验，感受学习数学的乐趣。</w:t>
      </w:r>
    </w:p>
    <w:p>
      <w:pPr>
        <w:spacing w:after="20" w:line="300" w:lineRule="auto"/>
      </w:pPr>
      <w:r>
        <w:rPr>
          <w:rFonts w:ascii="宋体" w:hAnsi="宋体" w:eastAsia="宋体"/>
          <w:b w:val="0"/>
          <w:sz w:val="20"/>
        </w:rPr>
        <w:t>教学重点：从整体结构上梳理线段、射线、直线和角的相关知识。</w:t>
      </w:r>
    </w:p>
    <w:p>
      <w:pPr>
        <w:spacing w:after="20" w:line="300" w:lineRule="auto"/>
      </w:pPr>
      <w:r>
        <w:rPr>
          <w:rFonts w:ascii="宋体" w:hAnsi="宋体" w:eastAsia="宋体"/>
          <w:b w:val="0"/>
          <w:sz w:val="20"/>
        </w:rPr>
        <w:t>教学难点：从本质上把握线段、射线、直线和角的相关知识。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回顾引入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这个单元我们学习的是线和角，具体包括哪些内容呢？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合作整理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在这个单元的学习中，你有哪些收获？你还想研究哪些问题？</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应用提升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四、课堂小结　　师：通过本节课的整理和复习，你有哪些收获？</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回顾引入</w:t>
            </w:r>
          </w:p>
        </w:tc>
        <w:tc>
          <w:tcPr>
            <w:tcW w:type="dxa" w:w="3061"/>
          </w:tcPr>
          <w:p>
            <w:pPr>
              <w:spacing w:after="20" w:line="276" w:lineRule="auto"/>
            </w:pPr>
            <w:r/>
            <w:r>
              <w:rPr>
                <w:rFonts w:ascii="宋体" w:hAnsi="宋体" w:eastAsia="宋体"/>
                <w:b w:val="0"/>
                <w:sz w:val="18"/>
              </w:rPr>
              <w:t>1.初步回顾。</w:t>
            </w:r>
          </w:p>
          <w:p>
            <w:pPr>
              <w:spacing w:after="20" w:line="276" w:lineRule="auto"/>
            </w:pPr>
            <w:r>
              <w:rPr>
                <w:rFonts w:ascii="宋体" w:hAnsi="宋体" w:eastAsia="宋体"/>
                <w:b w:val="0"/>
                <w:sz w:val="18"/>
              </w:rPr>
              <w:t>师：这个单元我们学习的是线和角，具体包括哪些内容呢？引导学生简单回顾。</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师：今天这节课我们就来整理和复习本单元所学的知识。(板书课题：整理和复习)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创设情境激活学生已有经验，自然引出本课学习内容，激发学习兴趣，核心问题："这个单元我们学习的是线和角，具体包括哪些内容呢？"</w:t>
            </w:r>
          </w:p>
        </w:tc>
      </w:tr>
      <w:tr>
        <w:tc>
          <w:tcPr>
            <w:tcW w:type="dxa" w:w="1474"/>
          </w:tcPr>
          <w:p>
            <w:pPr>
              <w:spacing w:after="20" w:line="276" w:lineRule="auto"/>
            </w:pPr>
            <w:r>
              <w:rPr>
                <w:b/>
              </w:rPr>
            </w:r>
            <w:r>
              <w:rPr>
                <w:rFonts w:ascii="宋体" w:hAnsi="宋体" w:eastAsia="宋体"/>
                <w:b/>
                <w:sz w:val="18"/>
              </w:rPr>
              <w:t>合作整理</w:t>
            </w:r>
          </w:p>
        </w:tc>
        <w:tc>
          <w:tcPr>
            <w:tcW w:type="dxa" w:w="3061"/>
          </w:tcPr>
          <w:p>
            <w:pPr>
              <w:spacing w:after="20" w:line="276" w:lineRule="auto"/>
            </w:pPr>
            <w:r/>
            <w:r>
              <w:rPr>
                <w:rFonts w:ascii="宋体" w:hAnsi="宋体" w:eastAsia="宋体"/>
                <w:b w:val="0"/>
                <w:sz w:val="18"/>
              </w:rPr>
              <w:t>师：以小组为单位，用合适的方式合作整理本单元所学的知识点。</w:t>
            </w:r>
          </w:p>
          <w:p>
            <w:pPr>
              <w:spacing w:after="20" w:line="276" w:lineRule="auto"/>
            </w:pPr>
            <w:r>
              <w:rPr>
                <w:rFonts w:ascii="宋体" w:hAnsi="宋体" w:eastAsia="宋体"/>
                <w:b w:val="0"/>
                <w:sz w:val="18"/>
              </w:rPr>
              <w:t>选择有代表性的小组逐一交流展示。</w:t>
            </w:r>
          </w:p>
          <w:p>
            <w:pPr>
              <w:spacing w:after="20" w:line="276" w:lineRule="auto"/>
            </w:pPr>
            <w:r>
              <w:rPr>
                <w:rFonts w:ascii="宋体" w:hAnsi="宋体" w:eastAsia="宋体"/>
                <w:b w:val="0"/>
                <w:sz w:val="18"/>
              </w:rPr>
              <w:t>师：同学们用不同的方式对本单元的知识进行了整理，非常棒！教科书也整理出了本单元的知识结构图，把你们组整理的和教科书上的比较一下，看有哪些不同，需要补充什么。</w:t>
            </w:r>
          </w:p>
          <w:p>
            <w:pPr>
              <w:spacing w:after="20" w:line="276" w:lineRule="auto"/>
            </w:pPr>
            <w:r>
              <w:rPr>
                <w:rFonts w:ascii="宋体" w:hAnsi="宋体" w:eastAsia="宋体"/>
                <w:b w:val="0"/>
                <w:sz w:val="18"/>
              </w:rPr>
              <w:t>师：在这个单元的学习中，你有哪些收获？你还想研究哪些问题？</w:t>
            </w:r>
          </w:p>
          <w:p>
            <w:pPr>
              <w:spacing w:after="20" w:line="276" w:lineRule="auto"/>
            </w:pPr>
            <w:r>
              <w:rPr>
                <w:rFonts w:ascii="宋体" w:hAnsi="宋体" w:eastAsia="宋体"/>
                <w:b w:val="0"/>
                <w:sz w:val="18"/>
              </w:rPr>
              <w:t>通过讨论发现：知道了线段、射线、直线的联系与区别，用圆规比较线段的长短，用直尺画等长的线段，还认识了直角、锐角和钝角等。还想进一步研究角的大小等等。</w:t>
            </w:r>
          </w:p>
        </w:tc>
        <w:tc>
          <w:tcPr>
            <w:tcW w:type="dxa" w:w="3061"/>
          </w:tcPr>
          <w:p>
            <w:pPr>
              <w:spacing w:after="20" w:line="276" w:lineRule="auto"/>
            </w:pPr>
            <w:r/>
            <w:r>
              <w:rPr>
                <w:rFonts w:ascii="宋体" w:hAnsi="宋体" w:eastAsia="宋体"/>
                <w:b w:val="0"/>
                <w:sz w:val="18"/>
              </w:rPr>
              <w:t>1.小组合作整理。</w:t>
            </w:r>
          </w:p>
          <w:p>
            <w:pPr>
              <w:spacing w:after="20" w:line="276" w:lineRule="auto"/>
            </w:pPr>
            <w:r>
              <w:rPr>
                <w:rFonts w:ascii="宋体" w:hAnsi="宋体" w:eastAsia="宋体"/>
                <w:b w:val="0"/>
                <w:sz w:val="18"/>
              </w:rPr>
              <w:t>学生分组整理，教师巡视指导。</w:t>
            </w:r>
          </w:p>
          <w:p>
            <w:pPr>
              <w:spacing w:after="20" w:line="276" w:lineRule="auto"/>
            </w:pPr>
            <w:r>
              <w:rPr>
                <w:rFonts w:ascii="宋体" w:hAnsi="宋体" w:eastAsia="宋体"/>
                <w:b w:val="0"/>
                <w:sz w:val="18"/>
              </w:rPr>
              <w:t>2．交流展示。</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引导学生回顾梳理本课所学，完善认知结构，提升归纳与反思能力，核心问题："在这个单元的学习中，你有哪些收获？你还想研究哪些问题？"</w:t>
            </w:r>
          </w:p>
        </w:tc>
      </w:tr>
      <w:tr>
        <w:tc>
          <w:tcPr>
            <w:tcW w:type="dxa" w:w="1474"/>
          </w:tcPr>
          <w:p>
            <w:pPr>
              <w:spacing w:after="20" w:line="276" w:lineRule="auto"/>
            </w:pPr>
            <w:r>
              <w:rPr>
                <w:b/>
              </w:rPr>
            </w:r>
            <w:r>
              <w:rPr>
                <w:rFonts w:ascii="宋体" w:hAnsi="宋体" w:eastAsia="宋体"/>
                <w:b/>
                <w:sz w:val="18"/>
              </w:rPr>
              <w:t>应用提升</w:t>
            </w:r>
          </w:p>
        </w:tc>
        <w:tc>
          <w:tcPr>
            <w:tcW w:type="dxa" w:w="3061"/>
          </w:tcPr>
          <w:p>
            <w:pPr>
              <w:spacing w:after="20" w:line="276" w:lineRule="auto"/>
            </w:pPr>
            <w:r/>
            <w:r>
              <w:rPr>
                <w:rFonts w:ascii="宋体" w:hAnsi="宋体" w:eastAsia="宋体"/>
                <w:b w:val="0"/>
                <w:sz w:val="18"/>
              </w:rPr>
              <w:t>1.完成教科书P72“练习十四”第1题。</w:t>
            </w:r>
          </w:p>
          <w:p>
            <w:pPr>
              <w:spacing w:after="20" w:line="276" w:lineRule="auto"/>
            </w:pPr>
            <w:r>
              <w:rPr>
                <w:rFonts w:ascii="宋体" w:hAnsi="宋体" w:eastAsia="宋体"/>
                <w:b w:val="0"/>
                <w:sz w:val="18"/>
              </w:rPr>
              <w:t>2．完成教科书P72“练习十四”第2题。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(2)分享用圆规比较的方法，交流发现。</w:t>
            </w:r>
          </w:p>
          <w:p>
            <w:pPr>
              <w:spacing w:after="20" w:line="276" w:lineRule="auto"/>
            </w:pPr>
            <w:r>
              <w:rPr>
                <w:rFonts w:ascii="宋体" w:hAnsi="宋体" w:eastAsia="宋体"/>
                <w:b w:val="0"/>
                <w:sz w:val="18"/>
              </w:rPr>
              <w:t>3．完成教科书P72“练习十四”第3题。</w:t>
            </w:r>
          </w:p>
          <w:p>
            <w:pPr>
              <w:spacing w:after="20" w:line="276" w:lineRule="auto"/>
            </w:pPr>
            <w:r>
              <w:rPr>
                <w:rFonts w:ascii="宋体" w:hAnsi="宋体" w:eastAsia="宋体"/>
                <w:b w:val="0"/>
                <w:sz w:val="18"/>
              </w:rPr>
              <w:t>4．完成教科书P72“练习十四”第4题。</w:t>
            </w:r>
          </w:p>
          <w:p>
            <w:pPr>
              <w:spacing w:after="20" w:line="276" w:lineRule="auto"/>
            </w:pPr>
            <w:r>
              <w:rPr>
                <w:rFonts w:ascii="宋体" w:hAnsi="宋体" w:eastAsia="宋体"/>
                <w:b w:val="0"/>
                <w:sz w:val="18"/>
              </w:rPr>
              <w:t>拿一个正方体盒子，让学生观察，数一数直角的个数。</w:t>
            </w:r>
          </w:p>
        </w:tc>
        <w:tc>
          <w:tcPr>
            <w:tcW w:type="dxa" w:w="3061"/>
          </w:tcPr>
          <w:p>
            <w:pPr>
              <w:spacing w:after="20" w:line="276" w:lineRule="auto"/>
            </w:pPr>
            <w:r/>
            <w:r>
              <w:rPr>
                <w:rFonts w:ascii="宋体" w:hAnsi="宋体" w:eastAsia="宋体"/>
                <w:b w:val="0"/>
                <w:sz w:val="18"/>
              </w:rPr>
              <w:t>学生独立完成后交流。注意数的时候交流方法，引导学生分类有序计数。</w:t>
            </w:r>
          </w:p>
          <w:p>
            <w:pPr>
              <w:spacing w:after="20" w:line="276" w:lineRule="auto"/>
            </w:pPr>
            <w:r>
              <w:rPr>
                <w:rFonts w:ascii="宋体" w:hAnsi="宋体" w:eastAsia="宋体"/>
                <w:b w:val="0"/>
                <w:sz w:val="18"/>
              </w:rPr>
              <w:t>学生独立完成后交流。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　　师：通过本节课的整理和复习，你有哪些收获？</w:t>
            </w:r>
          </w:p>
        </w:tc>
        <w:tc>
          <w:tcPr>
            <w:tcW w:type="dxa" w:w="3061"/>
          </w:tcPr>
          <w:p>
            <w:pPr>
              <w:spacing w:after="20" w:line="276" w:lineRule="auto"/>
            </w:pPr>
            <w:r/>
            <w:r>
              <w:rPr>
                <w:rFonts w:ascii="宋体" w:hAnsi="宋体" w:eastAsia="宋体"/>
                <w:b w:val="0"/>
                <w:sz w:val="18"/>
              </w:rPr>
              <w:t>整理和复习的教学，先让学生以小组为单位整理，认识知识之间的联系，初步整理。然后出示教科书整理的“知识结构图”，从本质上把握整个单元知识之间的联系，使知识结构化。最后设计一系列的应用，在应用中巩固。</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教科书P71“整理和复习”，完成教科书P72“练习十四”中第1～4题。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线和角的整理和复习。在整理和复习中，学生能用列举的方式整理出知识点，但比较碎片化，尤其是射线与角的关系不能从本质上把握。通过对比教科书上的“知识结构图”与各小组整理的知识图，使学生的思维更明晰，在脑海中有一个整体的把握。</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