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人教版三年级数学上册</w:t>
      </w:r>
    </w:p>
    <w:p>
      <w:pPr>
        <w:spacing w:after="80" w:line="300" w:lineRule="auto"/>
        <w:jc w:val="center"/>
      </w:pPr>
      <w:r>
        <w:rPr>
          <w:rFonts w:ascii="黑体" w:hAnsi="黑体" w:eastAsia="黑体"/>
          <w:b/>
          <w:sz w:val="26"/>
        </w:rPr>
        <w:t>第6单元 分数的初步认识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第6单元 分数的初步认识</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8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主要是使学生初步认识分数，能比较简单分数的大小，会计算简单的同分母分数加、减法，解决有关分数的简单实际问题。从整数到分数是数概念的一次扩展，无论是在意义、读写方法还是计算方法上，分数与整数都有很大的差异，为了便于学生接受，本单元只出现常见的分母比较小的分数(分母一般不超过10)。教科书在编排上步步深入，结合生活经验，借助几何直观和操作，从“一个物体作整体”到“多个物体作整体”，循序渐进地加深对分数所表达的“部分—整体”关系的认识。所有内容的安排全部围绕这一基本含义展开。在分数的进一步认识中，让学生利用分数的含义，结合已有的整数乘除法知识解决简单的实际问题，沟通分数与整数乘除法之间的关系。分数的初步认识不仅为三年级下学期学习小数的初步认识做好知识准备，也为学生用数学进行表达、交流、解决问题提供了知识和丰富的机会。</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从整数到分数是数概念的一次扩展，学生的数学学习将要建立一个新的数概念，是对数的认识的一次质的飞跃。学生学习分数的知识具有一定的难度。三年级小学生在日常生活中也经常会遇到需要用分数或小数进行表达交流并解决实际问题的情况，学生有一定的生活经验去理解分数的产生与使用范围。本单元的内容设置的是分母在10以内的分数，适当地降低了学习的难度。明确“部分—整体”的关系是重中之重。</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数感：初步认识分数，能比较简单分数的大小，感悟分数单位。</w:t>
      </w:r>
    </w:p>
    <w:p>
      <w:pPr>
        <w:spacing w:after="40" w:line="300" w:lineRule="auto"/>
        <w:ind w:firstLine="400"/>
      </w:pPr>
      <w:r>
        <w:rPr>
          <w:rFonts w:ascii="宋体" w:hAnsi="宋体" w:eastAsia="宋体"/>
          <w:b w:val="0"/>
          <w:sz w:val="20"/>
        </w:rPr>
        <w:t>运算能力：会计算简单的同分母分数加减法。</w:t>
      </w:r>
    </w:p>
    <w:p>
      <w:pPr>
        <w:spacing w:after="40" w:line="300" w:lineRule="auto"/>
        <w:ind w:firstLine="400"/>
      </w:pPr>
      <w:r>
        <w:rPr>
          <w:rFonts w:ascii="宋体" w:hAnsi="宋体" w:eastAsia="宋体"/>
          <w:b w:val="0"/>
          <w:sz w:val="20"/>
        </w:rPr>
        <w:t>几何直观：借助不同的实物模型(月饼、苹果、矿泉水)、面积模型(长方形、正方形、圆)等，认识分数的特征。</w:t>
      </w:r>
    </w:p>
    <w:p>
      <w:pPr>
        <w:spacing w:after="40" w:line="300" w:lineRule="auto"/>
        <w:ind w:firstLine="400"/>
      </w:pPr>
      <w:r>
        <w:rPr>
          <w:rFonts w:ascii="宋体" w:hAnsi="宋体" w:eastAsia="宋体"/>
          <w:b w:val="0"/>
          <w:sz w:val="20"/>
        </w:rPr>
        <w:t>应用意识：能解决有关分数的简单实际问题。</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第1课时：结合具体情境和直观操作，进一步理解平均分的含义，初步认识几分之一，会读写几分之一，能用分数表示图中一份占整体的几分之一。</w:t>
      </w:r>
    </w:p>
    <w:p>
      <w:pPr>
        <w:spacing w:after="20" w:line="300" w:lineRule="auto"/>
        <w:ind w:firstLine="400"/>
      </w:pPr>
      <w:r>
        <w:rPr>
          <w:rFonts w:ascii="宋体" w:hAnsi="宋体" w:eastAsia="宋体"/>
          <w:b w:val="0"/>
          <w:sz w:val="20"/>
        </w:rPr>
        <w:t>第2课时：理解简单的同分母分数加减法的算理，会计算简单的同分母分数加减法。</w:t>
      </w:r>
    </w:p>
    <w:p>
      <w:pPr>
        <w:spacing w:after="20" w:line="300" w:lineRule="auto"/>
        <w:ind w:firstLine="400"/>
      </w:pPr>
      <w:r>
        <w:rPr>
          <w:rFonts w:ascii="宋体" w:hAnsi="宋体" w:eastAsia="宋体"/>
          <w:b w:val="0"/>
          <w:sz w:val="20"/>
        </w:rPr>
        <w:t>第3课时：通过操作活动，进一步认识分数，知道把一些物体看作一个整体平均分成若干份时，其中的一份或几份可以用分数表示。</w:t>
      </w:r>
    </w:p>
    <w:p>
      <w:pPr>
        <w:spacing w:after="20" w:line="300" w:lineRule="auto"/>
        <w:ind w:firstLine="400"/>
      </w:pPr>
      <w:r>
        <w:rPr>
          <w:rFonts w:ascii="宋体" w:hAnsi="宋体" w:eastAsia="宋体"/>
          <w:b w:val="0"/>
          <w:sz w:val="20"/>
        </w:rPr>
        <w:t>第4课时：结合具体情境，初步认识几分之几，理解几分之几表示的含义，能正确读、写几分之几。</w:t>
      </w:r>
    </w:p>
    <w:p>
      <w:pPr>
        <w:spacing w:after="20" w:line="300" w:lineRule="auto"/>
        <w:ind w:firstLine="400"/>
      </w:pPr>
      <w:r>
        <w:rPr>
          <w:rFonts w:ascii="宋体" w:hAnsi="宋体" w:eastAsia="宋体"/>
          <w:b w:val="0"/>
          <w:sz w:val="20"/>
        </w:rPr>
        <w:t>第5课时：理解简单的同分母分数加减法的算理，会计算“1减几分之几”。</w:t>
      </w:r>
    </w:p>
    <w:p>
      <w:pPr>
        <w:spacing w:after="20" w:line="300" w:lineRule="auto"/>
        <w:ind w:firstLine="400"/>
      </w:pPr>
      <w:r>
        <w:rPr>
          <w:rFonts w:ascii="宋体" w:hAnsi="宋体" w:eastAsia="宋体"/>
          <w:b w:val="0"/>
          <w:sz w:val="20"/>
        </w:rPr>
        <w:t>第6课时：能解决有关分数的简单实际问题。</w:t>
      </w:r>
    </w:p>
    <w:p>
      <w:pPr>
        <w:spacing w:after="20" w:line="300" w:lineRule="auto"/>
        <w:ind w:firstLine="400"/>
      </w:pPr>
      <w:r>
        <w:rPr>
          <w:rFonts w:ascii="宋体" w:hAnsi="宋体" w:eastAsia="宋体"/>
          <w:b w:val="0"/>
          <w:sz w:val="20"/>
        </w:rPr>
        <w:t>第7课时：能比较简单的同分母分数及几分之一的大小。</w:t>
      </w:r>
    </w:p>
    <w:p>
      <w:pPr>
        <w:spacing w:after="20" w:line="300" w:lineRule="auto"/>
        <w:ind w:firstLine="400"/>
      </w:pPr>
      <w:r>
        <w:rPr>
          <w:rFonts w:ascii="宋体" w:hAnsi="宋体" w:eastAsia="宋体"/>
          <w:b w:val="0"/>
          <w:sz w:val="20"/>
        </w:rPr>
        <w:t>第8课时：经历整理和复习的过程，厘清知识脉络，进行分类归纳，学会有序整理的学习方法，提高学习能力，形成清晰、完整的知识结构。</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注意通过多元表征之间的转化，逐步加深对分数的认识。教学中要充分考虑“行为”“图形”“符号”等表征方式的关系，通过多种外在的表征方式，如分割操作、画图、数学符号等之间的转化活动，加深对分数的认识。例如，在平均分的活动中得到分数，又能根据分数用图形表示。让学生充分经历这样的过程，建立起“行为(图示)”与“符号”之间的对应关系，帮助学生逐步地理解分数的含义。</w:t>
      </w:r>
    </w:p>
    <w:p>
      <w:pPr>
        <w:spacing w:after="20" w:line="300" w:lineRule="auto"/>
      </w:pPr>
      <w:r>
        <w:rPr>
          <w:rFonts w:ascii="宋体" w:hAnsi="宋体" w:eastAsia="宋体"/>
          <w:b w:val="0"/>
          <w:sz w:val="20"/>
        </w:rPr>
        <w:t>● 借助多种直观模型和操作，理解分数的含义。学生对分数的抽象理解过早或过晚都不利于学生的发展。紧扣课标要求，本单元在学生认识分数上，不要过于拔高，在操作中去理解并认识分数。一方面，在分数的初步认识阶段，学生的活动要与直观模型紧密结合。另一方面，要为学生提供动手操作、独立思考与合作交流的素材。如让学生经历“分一分”“折一折”“涂一涂”“圈一圈”“数一数”“剪一剪”“摆一摆”等多种操作活动，循序渐进地体会整体与部分的关系。在动手活动中体验、认识分数。</w:t>
      </w:r>
    </w:p>
    <w:p>
      <w:pPr>
        <w:spacing w:after="20" w:line="300" w:lineRule="auto"/>
      </w:pPr>
      <w:r>
        <w:rPr>
          <w:rFonts w:ascii="宋体" w:hAnsi="宋体" w:eastAsia="宋体"/>
          <w:b w:val="0"/>
          <w:sz w:val="20"/>
        </w:rPr>
        <w:t>● 重视主体参与，培养几何直观。在教学中要注意让学生经历独立尝试、交流共享、碰撞完善的过程，不仅要为学生提供充分的动手操作的机会，如分一分、拼摆、画示意图等，还要注意鼓励学生用个性化的方式来记录(动笔)和表达(动口)自己的思维过程，在交流的过程中引导学生完善和提炼，培养面对数学问题能用画图来帮助思考的意识和能力。</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几分之一</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结合具体情境和直观操作，进一步理解平均分的含义，初步认识几分之一，会读写几分之一，能用分数表示图中一份占整体的几分之一。</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分数的简单计算(1)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理解简单的同分母分数加减法的算理，会计算简单的同分母分数加减法。</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进一步认识分数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通过操作活动，进一步认识分数，知道把一些物体看作一个整体平均分成若干份时，其中的一份或几份可以用分数表示。</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几分之几</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结合具体情境，初步认识几分之几，理解几分之几表示的含义，能正确读、写几分之几。</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分数的简单计算(2)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理解简单的同分母分数加减法的算理，会计算“1减几分之几”。</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能解决有关分数的简单实际问题。</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比较同分母分数及几分之一的大小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能比较简单的同分母分数及几分之一的大小。</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经历整理和复习的过程，厘清知识脉络，进行分类归纳，学会有序整理的学习方法，提高学习能力，形成清晰、完整的知识结构。</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几分之一</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几分之一</w:t>
            </w:r>
          </w:p>
        </w:tc>
        <w:tc>
          <w:tcPr>
            <w:tcW w:type="dxa" w:w="6009"/>
          </w:tcPr>
          <w:p>
            <w:pPr>
              <w:spacing w:after="20" w:line="276" w:lineRule="auto"/>
            </w:pPr>
            <w:r/>
            <w:r>
              <w:rPr>
                <w:rFonts w:ascii="宋体" w:hAnsi="宋体" w:eastAsia="宋体"/>
                <w:b w:val="0"/>
                <w:sz w:val="20"/>
              </w:rPr>
              <w:t>第6单元 分数的初步认识（初步认识分数）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从整数到分数是数概念的一次扩展，学生的数学学习将要建立一个新的数概念，是对数的认识的一次质的飞跃。学生学习分数的知识具有一定的难度。三年级小学生在日常生活中也经常会遇到需要用分数或小数进行表达交流并解决实际问题的情况，学生有一定的生活经验去理解分数的产生与使用范围。本单元的内容设置的是分母在10以内的分数，适当地降低了学习的难度。明确“部分—整体”的关系是重中之重。</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教学内容：教科书P74～75例1、例2，完成教科书P75“做一做”及P78～79“练习十五”中第2、3题。</w:t>
      </w:r>
    </w:p>
    <w:p>
      <w:pPr>
        <w:spacing w:after="80" w:line="300" w:lineRule="auto"/>
        <w:ind w:firstLine="400"/>
      </w:pPr>
      <w:r>
        <w:rPr>
          <w:rFonts w:ascii="宋体" w:hAnsi="宋体" w:eastAsia="宋体"/>
          <w:b w:val="0"/>
          <w:sz w:val="20"/>
        </w:rPr>
        <w:t>教学准备：课件，长方形、正方形、圆形纸片各若干张。</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（1）结合具体情境和直观操作，进一步理解平均分的含义，初步认识几分之一，会读写几分之一，能用分数表示图中一份占整体的几分之一。</w:t>
      </w:r>
    </w:p>
    <w:p>
      <w:pPr>
        <w:spacing w:after="20" w:line="300" w:lineRule="auto"/>
        <w:ind w:firstLine="400"/>
      </w:pPr>
      <w:r>
        <w:rPr>
          <w:rFonts w:ascii="宋体" w:hAnsi="宋体" w:eastAsia="宋体"/>
          <w:b w:val="0"/>
          <w:sz w:val="20"/>
        </w:rPr>
        <w:t>（2）通过操作、观察、比较、概括等活动，提高动手操作能力，直观地理解分数的意义，发展初步的逻辑思维能力。</w:t>
      </w:r>
    </w:p>
    <w:p>
      <w:pPr>
        <w:spacing w:after="20" w:line="300" w:lineRule="auto"/>
        <w:ind w:firstLine="400"/>
      </w:pPr>
      <w:r>
        <w:rPr>
          <w:rFonts w:ascii="宋体" w:hAnsi="宋体" w:eastAsia="宋体"/>
          <w:b w:val="0"/>
          <w:sz w:val="20"/>
        </w:rPr>
        <w:t>（3）在动手操作、观察比较中，培养学生勇于探索和自主学习的精神，使之获得运用所学知识解决问题的成功体验。</w:t>
      </w:r>
    </w:p>
    <w:p>
      <w:pPr>
        <w:spacing w:after="20" w:line="300" w:lineRule="auto"/>
      </w:pPr>
      <w:r>
        <w:rPr>
          <w:rFonts w:ascii="宋体" w:hAnsi="宋体" w:eastAsia="宋体"/>
          <w:b w:val="0"/>
          <w:sz w:val="20"/>
        </w:rPr>
        <w:t>教学重点：理解几分之一的意义。</w:t>
      </w:r>
    </w:p>
    <w:p>
      <w:pPr>
        <w:spacing w:after="20" w:line="300" w:lineRule="auto"/>
      </w:pPr>
      <w:r>
        <w:rPr>
          <w:rFonts w:ascii="宋体" w:hAnsi="宋体" w:eastAsia="宋体"/>
          <w:b w:val="0"/>
          <w:sz w:val="20"/>
        </w:rPr>
        <w:t>教学难点：能准确地表达几分之一的意义。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这里有4个月饼(课件出示)，平均分给两个同学，每人分多少？；如果只有1个月饼(课件出示)，平均分给两个同学，每人分多少？</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认识几分之一</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把一个月饼平均分成4份，每份是多少？</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通过这节课的学习，你们有哪些收获？</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情境引入</w:t>
            </w:r>
          </w:p>
        </w:tc>
        <w:tc>
          <w:tcPr>
            <w:tcW w:type="dxa" w:w="3061"/>
          </w:tcPr>
          <w:p>
            <w:pPr>
              <w:spacing w:after="20" w:line="276" w:lineRule="auto"/>
            </w:pPr>
            <w:r/>
            <w:r>
              <w:rPr>
                <w:rFonts w:ascii="宋体" w:hAnsi="宋体" w:eastAsia="宋体"/>
                <w:b w:val="0"/>
                <w:sz w:val="18"/>
              </w:rPr>
              <w:t>师：这里有4个月饼(课件出示)，平均分给两个同学，每人分多少？</w:t>
            </w:r>
          </w:p>
          <w:p>
            <w:pPr>
              <w:spacing w:after="20" w:line="276" w:lineRule="auto"/>
            </w:pPr>
            <w:r>
              <w:rPr>
                <w:rFonts w:ascii="宋体" w:hAnsi="宋体" w:eastAsia="宋体"/>
                <w:b w:val="0"/>
                <w:sz w:val="18"/>
              </w:rPr>
              <w:t>师：如果只有1个月饼(课件出示)，平均分给两个同学，每人分多少？</w:t>
            </w:r>
          </w:p>
          <w:p>
            <w:pPr>
              <w:spacing w:after="20" w:line="276" w:lineRule="auto"/>
            </w:pPr>
            <w:r>
              <w:rPr>
                <w:rFonts w:ascii="宋体" w:hAnsi="宋体" w:eastAsia="宋体"/>
                <w:b w:val="0"/>
                <w:sz w:val="18"/>
              </w:rPr>
              <w:t>师：今天我们就一起来学习，当分完后不足一个的时候怎样用另外一种数来表示它。(板书课题：几分之一)</w:t>
            </w:r>
          </w:p>
        </w:tc>
        <w:tc>
          <w:tcPr>
            <w:tcW w:type="dxa" w:w="3061"/>
          </w:tcPr>
          <w:p>
            <w:pPr>
              <w:spacing w:after="20" w:line="276" w:lineRule="auto"/>
            </w:pPr>
            <w:r/>
            <w:r>
              <w:rPr>
                <w:rFonts w:ascii="宋体" w:hAnsi="宋体" w:eastAsia="宋体"/>
                <w:b w:val="0"/>
                <w:sz w:val="18"/>
              </w:rPr>
              <w:t>学生可能会根据自己的生活和学习经验，用“一半”“半个”“”表示。</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创设情境激活学生已有经验，自然引出本课学习内容，激发学习兴趣，核心问题："这里有4个月饼(课件出示)，平均分给两个同学，每人分多少？"</w:t>
            </w:r>
          </w:p>
        </w:tc>
      </w:tr>
      <w:tr>
        <w:tc>
          <w:tcPr>
            <w:tcW w:type="dxa" w:w="1474"/>
          </w:tcPr>
          <w:p>
            <w:pPr>
              <w:spacing w:after="20" w:line="276" w:lineRule="auto"/>
            </w:pPr>
            <w:r>
              <w:rPr>
                <w:b/>
              </w:rPr>
            </w:r>
            <w:r>
              <w:rPr>
                <w:rFonts w:ascii="宋体" w:hAnsi="宋体" w:eastAsia="宋体"/>
                <w:b/>
                <w:sz w:val="18"/>
              </w:rPr>
              <w:t>认识几分之一</w:t>
            </w:r>
          </w:p>
        </w:tc>
        <w:tc>
          <w:tcPr>
            <w:tcW w:type="dxa" w:w="3061"/>
          </w:tcPr>
          <w:p>
            <w:pPr>
              <w:spacing w:after="20" w:line="276" w:lineRule="auto"/>
            </w:pPr>
            <w:r/>
            <w:r>
              <w:rPr>
                <w:rFonts w:ascii="宋体" w:hAnsi="宋体" w:eastAsia="宋体"/>
                <w:b w:val="0"/>
                <w:sz w:val="18"/>
              </w:rPr>
              <w:t>1.认识。</w:t>
            </w:r>
          </w:p>
          <w:p>
            <w:pPr>
              <w:spacing w:after="20" w:line="276" w:lineRule="auto"/>
            </w:pPr>
            <w:r>
              <w:rPr>
                <w:rFonts w:ascii="宋体" w:hAnsi="宋体" w:eastAsia="宋体"/>
                <w:b w:val="0"/>
                <w:sz w:val="18"/>
              </w:rPr>
              <w:t>课件出示教科书P74月饼图。</w:t>
            </w:r>
          </w:p>
          <w:p>
            <w:pPr>
              <w:spacing w:after="20" w:line="276" w:lineRule="auto"/>
            </w:pPr>
            <w:r>
              <w:rPr>
                <w:rFonts w:ascii="宋体" w:hAnsi="宋体" w:eastAsia="宋体"/>
                <w:b w:val="0"/>
                <w:sz w:val="18"/>
              </w:rPr>
              <w:t>(1)揭示。</w:t>
            </w:r>
          </w:p>
          <w:p>
            <w:pPr>
              <w:spacing w:after="20" w:line="276" w:lineRule="auto"/>
            </w:pPr>
            <w:r>
              <w:rPr>
                <w:rFonts w:ascii="宋体" w:hAnsi="宋体" w:eastAsia="宋体"/>
                <w:b w:val="0"/>
                <w:sz w:val="18"/>
              </w:rPr>
              <w:t>师：每份是1个月饼的二分之一，写作。半个月饼就是个月饼。</w:t>
            </w:r>
          </w:p>
          <w:p>
            <w:pPr>
              <w:spacing w:after="20" w:line="276" w:lineRule="auto"/>
            </w:pPr>
            <w:r>
              <w:rPr>
                <w:rFonts w:ascii="宋体" w:hAnsi="宋体" w:eastAsia="宋体"/>
                <w:b w:val="0"/>
                <w:sz w:val="18"/>
              </w:rPr>
              <w:t>(2)操作活动。</w:t>
            </w:r>
          </w:p>
          <w:p>
            <w:pPr>
              <w:spacing w:after="20" w:line="276" w:lineRule="auto"/>
            </w:pPr>
            <w:r>
              <w:rPr>
                <w:rFonts w:ascii="宋体" w:hAnsi="宋体" w:eastAsia="宋体"/>
                <w:b w:val="0"/>
                <w:sz w:val="18"/>
              </w:rPr>
              <w:t>师：用下面形状的纸折一折、涂一涂，分别表示出它们的。</w:t>
            </w:r>
          </w:p>
          <w:p>
            <w:pPr>
              <w:spacing w:after="20" w:line="276" w:lineRule="auto"/>
            </w:pPr>
            <w:r>
              <w:rPr>
                <w:rFonts w:ascii="宋体" w:hAnsi="宋体" w:eastAsia="宋体"/>
                <w:b w:val="0"/>
                <w:sz w:val="18"/>
              </w:rPr>
              <w:t>(3)思考：上面这些图形中的涂色部分为什么能表示呢？</w:t>
            </w:r>
          </w:p>
          <w:p>
            <w:pPr>
              <w:spacing w:after="20" w:line="276" w:lineRule="auto"/>
            </w:pPr>
            <w:r>
              <w:rPr>
                <w:rFonts w:ascii="宋体" w:hAnsi="宋体" w:eastAsia="宋体"/>
                <w:b w:val="0"/>
                <w:sz w:val="18"/>
              </w:rPr>
              <w:t>(4)叙述意义。</w:t>
            </w:r>
          </w:p>
          <w:p>
            <w:pPr>
              <w:spacing w:after="20" w:line="276" w:lineRule="auto"/>
            </w:pPr>
            <w:r>
              <w:rPr>
                <w:rFonts w:ascii="宋体" w:hAnsi="宋体" w:eastAsia="宋体"/>
                <w:b w:val="0"/>
                <w:sz w:val="18"/>
              </w:rPr>
              <w:t>要求每位学生都试着把表示的意义叙述给同桌听，再指名学生代表表述。</w:t>
            </w:r>
          </w:p>
          <w:p>
            <w:pPr>
              <w:spacing w:after="20" w:line="276" w:lineRule="auto"/>
            </w:pPr>
            <w:r>
              <w:rPr>
                <w:rFonts w:ascii="宋体" w:hAnsi="宋体" w:eastAsia="宋体"/>
                <w:b w:val="0"/>
                <w:sz w:val="18"/>
              </w:rPr>
              <w:t>教师指导时注意让学生说清楚所指的对象。</w:t>
            </w:r>
          </w:p>
          <w:p>
            <w:pPr>
              <w:spacing w:after="20" w:line="276" w:lineRule="auto"/>
            </w:pPr>
            <w:r>
              <w:rPr>
                <w:rFonts w:ascii="宋体" w:hAnsi="宋体" w:eastAsia="宋体"/>
                <w:b w:val="0"/>
                <w:sz w:val="18"/>
              </w:rPr>
              <w:t>2．认识。</w:t>
            </w:r>
          </w:p>
          <w:p>
            <w:pPr>
              <w:spacing w:after="20" w:line="276" w:lineRule="auto"/>
            </w:pPr>
            <w:r>
              <w:rPr>
                <w:rFonts w:ascii="宋体" w:hAnsi="宋体" w:eastAsia="宋体"/>
                <w:b w:val="0"/>
                <w:sz w:val="18"/>
              </w:rPr>
              <w:t>(1)揭示。</w:t>
            </w:r>
          </w:p>
          <w:p>
            <w:pPr>
              <w:spacing w:after="20" w:line="276" w:lineRule="auto"/>
            </w:pPr>
            <w:r>
              <w:rPr>
                <w:rFonts w:ascii="宋体" w:hAnsi="宋体" w:eastAsia="宋体"/>
                <w:b w:val="0"/>
                <w:sz w:val="18"/>
              </w:rPr>
              <w:t>师：把一个月饼平均分成4份，每份是多少？(课件出示一个月饼平均分成4份。)</w:t>
            </w:r>
          </w:p>
          <w:p>
            <w:pPr>
              <w:spacing w:after="20" w:line="276" w:lineRule="auto"/>
            </w:pPr>
            <w:r>
              <w:rPr>
                <w:rFonts w:ascii="宋体" w:hAnsi="宋体" w:eastAsia="宋体"/>
                <w:b w:val="0"/>
                <w:sz w:val="18"/>
              </w:rPr>
              <w:t>根据学生回答引出。</w:t>
            </w:r>
          </w:p>
          <w:p>
            <w:pPr>
              <w:spacing w:after="20" w:line="276" w:lineRule="auto"/>
            </w:pPr>
            <w:r>
              <w:rPr>
                <w:rFonts w:ascii="宋体" w:hAnsi="宋体" w:eastAsia="宋体"/>
                <w:b w:val="0"/>
                <w:sz w:val="18"/>
              </w:rPr>
              <w:t>(2)操作活动：拿一张正方形纸折一折、涂一涂，表示出它的。</w:t>
            </w:r>
          </w:p>
          <w:p>
            <w:pPr>
              <w:spacing w:after="20" w:line="276" w:lineRule="auto"/>
            </w:pPr>
            <w:r>
              <w:rPr>
                <w:rFonts w:ascii="宋体" w:hAnsi="宋体" w:eastAsia="宋体"/>
                <w:b w:val="0"/>
                <w:sz w:val="18"/>
              </w:rPr>
              <w:t>(3)交流展示。</w:t>
            </w:r>
          </w:p>
          <w:p>
            <w:pPr>
              <w:spacing w:after="20" w:line="276" w:lineRule="auto"/>
            </w:pPr>
            <w:r>
              <w:rPr>
                <w:rFonts w:ascii="宋体" w:hAnsi="宋体" w:eastAsia="宋体"/>
                <w:b w:val="0"/>
                <w:sz w:val="18"/>
              </w:rPr>
              <w:t>(4)说一说：涂色形状不同，为什么都是？</w:t>
            </w:r>
          </w:p>
          <w:p>
            <w:pPr>
              <w:spacing w:after="20" w:line="276" w:lineRule="auto"/>
            </w:pPr>
            <w:r>
              <w:rPr>
                <w:rFonts w:ascii="宋体" w:hAnsi="宋体" w:eastAsia="宋体"/>
                <w:b w:val="0"/>
                <w:sz w:val="18"/>
              </w:rPr>
              <w:t>师小结：这些折法都是把图形平均分成了4份，涂1份就是这个图形的。</w:t>
            </w:r>
          </w:p>
          <w:p>
            <w:pPr>
              <w:spacing w:after="20" w:line="276" w:lineRule="auto"/>
            </w:pPr>
            <w:r>
              <w:rPr>
                <w:rFonts w:ascii="宋体" w:hAnsi="宋体" w:eastAsia="宋体"/>
                <w:b w:val="0"/>
                <w:sz w:val="18"/>
              </w:rPr>
              <w:t>3．试一试：用你自己的方法表示、、……</w:t>
            </w:r>
          </w:p>
          <w:p>
            <w:pPr>
              <w:spacing w:after="20" w:line="276" w:lineRule="auto"/>
            </w:pPr>
            <w:r>
              <w:rPr>
                <w:rFonts w:ascii="宋体" w:hAnsi="宋体" w:eastAsia="宋体"/>
                <w:b w:val="0"/>
                <w:sz w:val="18"/>
              </w:rPr>
              <w:t>(1)学生独立操作，画一画或折一折。</w:t>
            </w:r>
          </w:p>
          <w:p>
            <w:pPr>
              <w:spacing w:after="20" w:line="276" w:lineRule="auto"/>
            </w:pPr>
            <w:r>
              <w:rPr>
                <w:rFonts w:ascii="宋体" w:hAnsi="宋体" w:eastAsia="宋体"/>
                <w:b w:val="0"/>
                <w:sz w:val="18"/>
              </w:rPr>
              <w:t>(2)交流展示。</w:t>
            </w:r>
          </w:p>
          <w:p>
            <w:pPr>
              <w:spacing w:after="20" w:line="276" w:lineRule="auto"/>
            </w:pPr>
            <w:r>
              <w:rPr>
                <w:rFonts w:ascii="宋体" w:hAnsi="宋体" w:eastAsia="宋体"/>
                <w:b w:val="0"/>
                <w:sz w:val="18"/>
              </w:rPr>
              <w:t>4．揭示分数的概念。</w:t>
            </w:r>
          </w:p>
          <w:p>
            <w:pPr>
              <w:spacing w:after="20" w:line="276" w:lineRule="auto"/>
            </w:pPr>
            <w:r>
              <w:rPr>
                <w:rFonts w:ascii="宋体" w:hAnsi="宋体" w:eastAsia="宋体"/>
                <w:b w:val="0"/>
                <w:sz w:val="18"/>
              </w:rPr>
              <w:t>(1)师：像、、、这样的数，都是分数。</w:t>
            </w:r>
          </w:p>
          <w:p>
            <w:pPr>
              <w:spacing w:after="20" w:line="276" w:lineRule="auto"/>
            </w:pPr>
            <w:r>
              <w:rPr>
                <w:rFonts w:ascii="宋体" w:hAnsi="宋体" w:eastAsia="宋体"/>
                <w:b w:val="0"/>
                <w:sz w:val="18"/>
              </w:rPr>
              <w:t>(2)教学分数的读写。</w:t>
            </w:r>
          </w:p>
          <w:p>
            <w:pPr>
              <w:spacing w:after="20" w:line="276" w:lineRule="auto"/>
            </w:pPr>
            <w:r>
              <w:rPr>
                <w:rFonts w:ascii="宋体" w:hAnsi="宋体" w:eastAsia="宋体"/>
                <w:b w:val="0"/>
                <w:sz w:val="18"/>
              </w:rPr>
              <w:t>读作：二分之一</w:t>
            </w:r>
          </w:p>
          <w:p>
            <w:pPr>
              <w:spacing w:after="20" w:line="276" w:lineRule="auto"/>
            </w:pPr>
            <w:r>
              <w:rPr>
                <w:rFonts w:ascii="宋体" w:hAnsi="宋体" w:eastAsia="宋体"/>
                <w:b w:val="0"/>
                <w:sz w:val="18"/>
              </w:rPr>
              <w:t>(3)让学生依次读出、、这些分数。(教师适时板书)</w:t>
            </w:r>
          </w:p>
        </w:tc>
        <w:tc>
          <w:tcPr>
            <w:tcW w:type="dxa" w:w="3061"/>
          </w:tcPr>
          <w:p>
            <w:pPr>
              <w:spacing w:after="20" w:line="276" w:lineRule="auto"/>
            </w:pPr>
            <w:r/>
            <w:r>
              <w:rPr>
                <w:rFonts w:ascii="宋体" w:hAnsi="宋体" w:eastAsia="宋体"/>
                <w:b w:val="0"/>
                <w:sz w:val="18"/>
              </w:rPr>
              <w:t>学生操作，教师巡视。操作完成后逐一交流。</w:t>
            </w:r>
          </w:p>
          <w:p>
            <w:pPr>
              <w:spacing w:after="20" w:line="276" w:lineRule="auto"/>
            </w:pPr>
            <w:r>
              <w:rPr>
                <w:rFonts w:ascii="宋体" w:hAnsi="宋体" w:eastAsia="宋体"/>
                <w:b w:val="0"/>
                <w:sz w:val="18"/>
              </w:rPr>
              <w:t>学生交流后小结：这些图形都是对折后把图形平均分成了2份，涂1份就是这个图形的。</w:t>
            </w:r>
          </w:p>
          <w:p>
            <w:pPr>
              <w:spacing w:after="20" w:line="276" w:lineRule="auto"/>
            </w:pPr>
            <w:r>
              <w:rPr>
                <w:rFonts w:ascii="宋体" w:hAnsi="宋体" w:eastAsia="宋体"/>
                <w:b w:val="0"/>
                <w:sz w:val="18"/>
              </w:rPr>
              <w:t>学生操作，教师巡视。</w:t>
            </w:r>
          </w:p>
          <w:p>
            <w:pPr>
              <w:spacing w:after="20" w:line="276" w:lineRule="auto"/>
            </w:pPr>
            <w:r>
              <w:rPr>
                <w:rFonts w:ascii="宋体" w:hAnsi="宋体" w:eastAsia="宋体"/>
                <w:b w:val="0"/>
                <w:sz w:val="18"/>
              </w:rPr>
              <w:t>学生可能有如下折法和涂法。</w:t>
            </w:r>
          </w:p>
        </w:tc>
        <w:tc>
          <w:tcPr>
            <w:tcW w:type="dxa" w:w="1814"/>
          </w:tcPr>
          <w:p>
            <w:pPr>
              <w:spacing w:after="20" w:line="276" w:lineRule="auto"/>
            </w:pPr>
            <w:r/>
            <w:r>
              <w:rPr>
                <w:rFonts w:ascii="宋体" w:hAnsi="宋体" w:eastAsia="宋体"/>
                <w:b w:val="0"/>
                <w:sz w:val="18"/>
              </w:rPr>
              <w:t>围绕环节目标组织学习活动，引导学生主动参与、积极思考，核心问题："把一个月饼平均分成4份，每份是多少？"</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1.完成教科书P75“做一做”第1、2题。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(2)集体交流，说一说你是怎么得到这些分数的。</w:t>
            </w:r>
          </w:p>
          <w:p>
            <w:pPr>
              <w:spacing w:after="20" w:line="276" w:lineRule="auto"/>
            </w:pPr>
            <w:r>
              <w:rPr>
                <w:rFonts w:ascii="宋体" w:hAnsi="宋体" w:eastAsia="宋体"/>
                <w:b w:val="0"/>
                <w:sz w:val="18"/>
              </w:rPr>
              <w:t>2．完成教科书P75“做一做”第3题。</w:t>
            </w:r>
          </w:p>
          <w:p>
            <w:pPr>
              <w:spacing w:after="20" w:line="276" w:lineRule="auto"/>
            </w:pPr>
            <w:r>
              <w:rPr>
                <w:rFonts w:ascii="宋体" w:hAnsi="宋体" w:eastAsia="宋体"/>
                <w:b w:val="0"/>
                <w:sz w:val="18"/>
              </w:rPr>
              <w:t>(1)理解题意，说一说“一个图形的”是什么意思？</w:t>
            </w:r>
          </w:p>
          <w:p>
            <w:pPr>
              <w:spacing w:after="20" w:line="276" w:lineRule="auto"/>
            </w:pPr>
            <w:r>
              <w:rPr>
                <w:rFonts w:ascii="宋体" w:hAnsi="宋体" w:eastAsia="宋体"/>
                <w:b w:val="0"/>
                <w:sz w:val="18"/>
              </w:rPr>
              <w:t>(2)学生独立尝试画一画，</w:t>
            </w:r>
          </w:p>
          <w:p>
            <w:pPr>
              <w:spacing w:after="20" w:line="276" w:lineRule="auto"/>
            </w:pPr>
            <w:r>
              <w:rPr>
                <w:rFonts w:ascii="宋体" w:hAnsi="宋体" w:eastAsia="宋体"/>
                <w:b w:val="0"/>
                <w:sz w:val="18"/>
              </w:rPr>
              <w:t>(3)交流展示。</w:t>
            </w:r>
          </w:p>
          <w:p>
            <w:pPr>
              <w:spacing w:after="20" w:line="276" w:lineRule="auto"/>
            </w:pPr>
            <w:r>
              <w:rPr>
                <w:rFonts w:ascii="宋体" w:hAnsi="宋体" w:eastAsia="宋体"/>
                <w:b w:val="0"/>
                <w:sz w:val="18"/>
              </w:rPr>
              <w:t>画法不唯一，无论如何画，4个□要连接成一个整体，不能断开。</w:t>
            </w:r>
          </w:p>
          <w:p>
            <w:pPr>
              <w:spacing w:after="20" w:line="276" w:lineRule="auto"/>
            </w:pPr>
            <w:r>
              <w:rPr>
                <w:rFonts w:ascii="宋体" w:hAnsi="宋体" w:eastAsia="宋体"/>
                <w:b w:val="0"/>
                <w:sz w:val="18"/>
              </w:rPr>
              <w:t>3．完成教科书P78“练习十五”第2题。</w:t>
            </w:r>
          </w:p>
          <w:p>
            <w:pPr>
              <w:spacing w:after="20" w:line="276" w:lineRule="auto"/>
            </w:pPr>
            <w:r>
              <w:rPr>
                <w:rFonts w:ascii="宋体" w:hAnsi="宋体" w:eastAsia="宋体"/>
                <w:b w:val="0"/>
                <w:sz w:val="18"/>
              </w:rPr>
              <w:t>(1)学生独立补全整张彩纸。</w:t>
            </w:r>
          </w:p>
          <w:p>
            <w:pPr>
              <w:spacing w:after="20" w:line="276" w:lineRule="auto"/>
            </w:pPr>
            <w:r>
              <w:rPr>
                <w:rFonts w:ascii="宋体" w:hAnsi="宋体" w:eastAsia="宋体"/>
                <w:b w:val="0"/>
                <w:sz w:val="18"/>
              </w:rPr>
              <w:t>(2)交流展示。</w:t>
            </w:r>
          </w:p>
          <w:p>
            <w:pPr>
              <w:spacing w:after="20" w:line="276" w:lineRule="auto"/>
            </w:pPr>
            <w:r>
              <w:rPr>
                <w:rFonts w:ascii="宋体" w:hAnsi="宋体" w:eastAsia="宋体"/>
                <w:b w:val="0"/>
                <w:sz w:val="18"/>
              </w:rPr>
              <w:t>4．完成教科书P79“练习十五”第3题。</w:t>
            </w:r>
          </w:p>
          <w:p>
            <w:pPr>
              <w:spacing w:after="20" w:line="276" w:lineRule="auto"/>
            </w:pPr>
            <w:r>
              <w:rPr>
                <w:rFonts w:ascii="宋体" w:hAnsi="宋体" w:eastAsia="宋体"/>
                <w:b w:val="0"/>
                <w:sz w:val="18"/>
              </w:rPr>
              <w:t>(1)分析理解。</w:t>
            </w:r>
          </w:p>
          <w:p>
            <w:pPr>
              <w:spacing w:after="20" w:line="276" w:lineRule="auto"/>
            </w:pPr>
            <w:r>
              <w:rPr>
                <w:rFonts w:ascii="宋体" w:hAnsi="宋体" w:eastAsia="宋体"/>
                <w:b w:val="0"/>
                <w:sz w:val="18"/>
              </w:rPr>
              <w:t>明确比较的是各栏目分别占黑板报的几分之一。</w:t>
            </w:r>
          </w:p>
          <w:p>
            <w:pPr>
              <w:spacing w:after="20" w:line="276" w:lineRule="auto"/>
            </w:pPr>
            <w:r>
              <w:rPr>
                <w:rFonts w:ascii="宋体" w:hAnsi="宋体" w:eastAsia="宋体"/>
                <w:b w:val="0"/>
                <w:sz w:val="18"/>
              </w:rPr>
              <w:t>(2)学生独立完成，交流做法。</w:t>
            </w:r>
          </w:p>
          <w:p>
            <w:pPr>
              <w:spacing w:after="20" w:line="276" w:lineRule="auto"/>
            </w:pPr>
            <w:r>
              <w:rPr>
                <w:rFonts w:ascii="宋体" w:hAnsi="宋体" w:eastAsia="宋体"/>
                <w:b w:val="0"/>
                <w:sz w:val="18"/>
              </w:rPr>
              <w:t>教师用辅助线帮助学生观察、分析。</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师：通过这节课的学习，你们有哪些收获？</w:t>
            </w:r>
          </w:p>
          <w:p>
            <w:pPr>
              <w:spacing w:after="20" w:line="276" w:lineRule="auto"/>
            </w:pPr>
            <w:r>
              <w:rPr>
                <w:rFonts w:ascii="宋体" w:hAnsi="宋体" w:eastAsia="宋体"/>
                <w:b w:val="0"/>
                <w:sz w:val="18"/>
              </w:rPr>
              <w:t>先从分月饼的生活情境入手，然后让学生折一折、涂一涂，体会不仅可以表示半块月饼，还可以表示许多事物的“一半”，感受数学模型的作用。接着把一个月饼平均分成4份，通过类比推理，认识，拿一张正方形纸操作，体会的具体含义，最后让学生用自己喜欢的方式表示、，通过上述一定具体认识后，说明“像……这样的数都是分数”。借助丰富表象支撑，联系具体例子体会分数的含义。</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几分之一</w:t>
      </w:r>
    </w:p>
    <w:p>
      <w:pPr>
        <w:spacing w:after="40" w:line="300" w:lineRule="auto"/>
      </w:pPr>
      <w:r>
        <w:rPr>
          <w:rFonts w:ascii="宋体" w:hAnsi="宋体" w:eastAsia="宋体"/>
          <w:b w:val="0"/>
          <w:sz w:val="20"/>
        </w:rPr>
        <w:t>像、、、……这样的数，都是分数。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教科书P74～75例1、例2，完成教科书P75“做一做”及P78～79“练习十五”中第2、3题。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认识“几分之一”的教学中，从分月饼入手，依次认识、，学生很容易理解，在操作活动中，学生都能借助面积模型用不同的折法表示出这两个分数，能结合具体例子理解分数的意义。但是在用自己的方法表示、、……时，少数同学存在一定障碍，需要老师加以引导。在应用环节大部分同学完成较好。</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分数的简单计算(1)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分数的简单计算(1)</w:t>
            </w:r>
          </w:p>
        </w:tc>
        <w:tc>
          <w:tcPr>
            <w:tcW w:type="dxa" w:w="6009"/>
          </w:tcPr>
          <w:p>
            <w:pPr>
              <w:spacing w:after="20" w:line="276" w:lineRule="auto"/>
            </w:pPr>
            <w:r/>
            <w:r>
              <w:rPr>
                <w:rFonts w:ascii="宋体" w:hAnsi="宋体" w:eastAsia="宋体"/>
                <w:b w:val="0"/>
                <w:sz w:val="20"/>
              </w:rPr>
              <w:t>第6单元 分数的初步认识（分数的简单计算）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从整数到分数是数概念的一次扩展，学生的数学学习将要建立一个新的数概念，是对数的认识的一次质的飞跃。学生学习分数的知识具有一定的难度。三年级小学生在日常生活中也经常会遇到需要用分数或小数进行表达交流并解决实际问题的情况，学生有一定的生活经验去理解分数的产生与使用范围。本单元的内容设置的是分母在10以内的分数，适当地降低了学习的难度。明确“部分—整体”的关系是重中之重。</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教学内容：教科书P81例1及“做一做”，完成教科书P83“练习十六”中相关题。</w:t>
      </w:r>
    </w:p>
    <w:p>
      <w:pPr>
        <w:spacing w:after="80" w:line="300" w:lineRule="auto"/>
        <w:ind w:firstLine="400"/>
      </w:pPr>
      <w:r>
        <w:rPr>
          <w:rFonts w:ascii="宋体" w:hAnsi="宋体" w:eastAsia="宋体"/>
          <w:b w:val="0"/>
          <w:sz w:val="20"/>
        </w:rPr>
        <w:t>教学准备：课件、圆形纸片。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（1）理解简单的同分母分数加减法的算理，会计算简单的同分母分数加减法。</w:t>
      </w:r>
    </w:p>
    <w:p>
      <w:pPr>
        <w:spacing w:after="20" w:line="300" w:lineRule="auto"/>
        <w:ind w:firstLine="400"/>
      </w:pPr>
      <w:r>
        <w:rPr>
          <w:rFonts w:ascii="宋体" w:hAnsi="宋体" w:eastAsia="宋体"/>
          <w:b w:val="0"/>
          <w:sz w:val="20"/>
        </w:rPr>
        <w:t>（2）解决简单的有关分数加减法的实际问题，培养动手操作和解决问题的能力。</w:t>
      </w:r>
    </w:p>
    <w:p>
      <w:pPr>
        <w:spacing w:after="20" w:line="300" w:lineRule="auto"/>
        <w:ind w:firstLine="400"/>
      </w:pPr>
      <w:r>
        <w:rPr>
          <w:rFonts w:ascii="宋体" w:hAnsi="宋体" w:eastAsia="宋体"/>
          <w:b w:val="0"/>
          <w:sz w:val="20"/>
        </w:rPr>
        <w:t>（3）渗透数形结合的思想，体会分数在实际生活中的应用和价值。</w:t>
      </w:r>
    </w:p>
    <w:p>
      <w:pPr>
        <w:spacing w:after="20" w:line="300" w:lineRule="auto"/>
      </w:pPr>
      <w:r>
        <w:rPr>
          <w:rFonts w:ascii="宋体" w:hAnsi="宋体" w:eastAsia="宋体"/>
          <w:b w:val="0"/>
          <w:sz w:val="20"/>
        </w:rPr>
        <w:t>教学重点：理解简单的同分母分数加减法的算理，会计算简单的同分母分数加减法。</w:t>
      </w:r>
    </w:p>
    <w:p>
      <w:pPr>
        <w:spacing w:after="20" w:line="300" w:lineRule="auto"/>
      </w:pPr>
      <w:r>
        <w:rPr>
          <w:rFonts w:ascii="宋体" w:hAnsi="宋体" w:eastAsia="宋体"/>
          <w:b w:val="0"/>
          <w:sz w:val="20"/>
        </w:rPr>
        <w:t>教学难点：理解简单的同分母分数加减法的算理。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二、学习同分母分数的加减法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根据这些信息，你能提出什么数学问题？；怎样列式？</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三、巩固应用，内化提高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通过本节课的学习，你有什么收获？</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w:t>
            </w:r>
          </w:p>
        </w:tc>
        <w:tc>
          <w:tcPr>
            <w:tcW w:type="dxa" w:w="3061"/>
          </w:tcPr>
          <w:p>
            <w:pPr>
              <w:spacing w:after="20" w:line="276" w:lineRule="auto"/>
            </w:pPr>
            <w:r/>
            <w:r>
              <w:rPr>
                <w:rFonts w:ascii="宋体" w:hAnsi="宋体" w:eastAsia="宋体"/>
                <w:b w:val="0"/>
                <w:sz w:val="18"/>
              </w:rPr>
              <w:t>里面有(　　)个 ；里面有(　　)个；里面有(　　)个。</w:t>
            </w:r>
          </w:p>
          <w:p>
            <w:pPr>
              <w:spacing w:after="20" w:line="276" w:lineRule="auto"/>
            </w:pPr>
            <w:r>
              <w:rPr>
                <w:rFonts w:ascii="宋体" w:hAnsi="宋体" w:eastAsia="宋体"/>
                <w:b w:val="0"/>
                <w:sz w:val="18"/>
              </w:rPr>
              <w:t>师：今天我们来学习分数的简单计算。[板书课题：分数的简单计算(1)]</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二、学习同分母分数的加减法</w:t>
            </w:r>
          </w:p>
        </w:tc>
        <w:tc>
          <w:tcPr>
            <w:tcW w:type="dxa" w:w="3061"/>
          </w:tcPr>
          <w:p>
            <w:pPr>
              <w:spacing w:after="20" w:line="276" w:lineRule="auto"/>
            </w:pPr>
            <w:r/>
            <w:r>
              <w:rPr>
                <w:rFonts w:ascii="宋体" w:hAnsi="宋体" w:eastAsia="宋体"/>
                <w:b w:val="0"/>
                <w:sz w:val="18"/>
              </w:rPr>
              <w:t>1.提出问题，列出算式。</w:t>
            </w:r>
          </w:p>
          <w:p>
            <w:pPr>
              <w:spacing w:after="20" w:line="276" w:lineRule="auto"/>
            </w:pPr>
            <w:r>
              <w:rPr>
                <w:rFonts w:ascii="宋体" w:hAnsi="宋体" w:eastAsia="宋体"/>
                <w:b w:val="0"/>
                <w:sz w:val="18"/>
              </w:rPr>
              <w:t>一个西瓜，弟弟吃了它的，哥哥吃了它的。</w:t>
            </w:r>
          </w:p>
          <w:p>
            <w:pPr>
              <w:spacing w:after="20" w:line="276" w:lineRule="auto"/>
            </w:pPr>
            <w:r>
              <w:rPr>
                <w:rFonts w:ascii="宋体" w:hAnsi="宋体" w:eastAsia="宋体"/>
                <w:b w:val="0"/>
                <w:sz w:val="18"/>
              </w:rPr>
              <w:t>师：根据这些信息，你能提出什么数学问题？</w:t>
            </w:r>
          </w:p>
          <w:p>
            <w:pPr>
              <w:spacing w:after="20" w:line="276" w:lineRule="auto"/>
            </w:pPr>
            <w:r>
              <w:rPr>
                <w:rFonts w:ascii="宋体" w:hAnsi="宋体" w:eastAsia="宋体"/>
                <w:b w:val="0"/>
                <w:sz w:val="18"/>
              </w:rPr>
              <w:t>根据学生回答，重点理出如下两个问题，提出的别的没有学的问题以后再学习。</w:t>
            </w:r>
          </w:p>
          <w:p>
            <w:pPr>
              <w:spacing w:after="20" w:line="276" w:lineRule="auto"/>
            </w:pPr>
            <w:r>
              <w:rPr>
                <w:rFonts w:ascii="宋体" w:hAnsi="宋体" w:eastAsia="宋体"/>
                <w:b w:val="0"/>
                <w:sz w:val="18"/>
              </w:rPr>
              <w:t>问题1：两人一共吃了这个西瓜的几分之几？</w:t>
            </w:r>
          </w:p>
          <w:p>
            <w:pPr>
              <w:spacing w:after="20" w:line="276" w:lineRule="auto"/>
            </w:pPr>
            <w:r>
              <w:rPr>
                <w:rFonts w:ascii="宋体" w:hAnsi="宋体" w:eastAsia="宋体"/>
                <w:b w:val="0"/>
                <w:sz w:val="18"/>
              </w:rPr>
              <w:t>问题2：哥哥比弟弟多吃了这个西瓜的几分之几？</w:t>
            </w:r>
          </w:p>
          <w:p>
            <w:pPr>
              <w:spacing w:after="20" w:line="276" w:lineRule="auto"/>
            </w:pPr>
            <w:r>
              <w:rPr>
                <w:rFonts w:ascii="宋体" w:hAnsi="宋体" w:eastAsia="宋体"/>
                <w:b w:val="0"/>
                <w:sz w:val="18"/>
              </w:rPr>
              <w:t>师：怎样列式？</w:t>
            </w:r>
          </w:p>
          <w:p>
            <w:pPr>
              <w:spacing w:after="20" w:line="276" w:lineRule="auto"/>
            </w:pPr>
            <w:r>
              <w:rPr>
                <w:rFonts w:ascii="宋体" w:hAnsi="宋体" w:eastAsia="宋体"/>
                <w:b w:val="0"/>
                <w:sz w:val="18"/>
              </w:rPr>
              <w:t>师：这节课我们来探究＋，－的算法。</w:t>
            </w:r>
          </w:p>
          <w:p>
            <w:pPr>
              <w:spacing w:after="20" w:line="276" w:lineRule="auto"/>
            </w:pPr>
            <w:r>
              <w:rPr>
                <w:rFonts w:ascii="宋体" w:hAnsi="宋体" w:eastAsia="宋体"/>
                <w:b w:val="0"/>
                <w:sz w:val="18"/>
              </w:rPr>
              <w:t>2．计算＋。</w:t>
            </w:r>
          </w:p>
          <w:p>
            <w:pPr>
              <w:spacing w:after="20" w:line="276" w:lineRule="auto"/>
            </w:pPr>
            <w:r>
              <w:rPr>
                <w:rFonts w:ascii="宋体" w:hAnsi="宋体" w:eastAsia="宋体"/>
                <w:b w:val="0"/>
                <w:sz w:val="18"/>
              </w:rPr>
              <w:t>(1)独立探究。</w:t>
            </w:r>
          </w:p>
          <w:p>
            <w:pPr>
              <w:spacing w:after="20" w:line="276" w:lineRule="auto"/>
            </w:pPr>
            <w:r>
              <w:rPr>
                <w:rFonts w:ascii="宋体" w:hAnsi="宋体" w:eastAsia="宋体"/>
                <w:b w:val="0"/>
                <w:sz w:val="18"/>
              </w:rPr>
              <w:t>用圆形纸片代替西瓜，涂一涂，算一算。</w:t>
            </w:r>
          </w:p>
          <w:p>
            <w:pPr>
              <w:spacing w:after="20" w:line="276" w:lineRule="auto"/>
            </w:pPr>
            <w:r>
              <w:rPr>
                <w:rFonts w:ascii="宋体" w:hAnsi="宋体" w:eastAsia="宋体"/>
                <w:b w:val="0"/>
                <w:sz w:val="18"/>
              </w:rPr>
              <w:t>(2)小组交流，说一说是怎样计算的。</w:t>
            </w:r>
          </w:p>
          <w:p>
            <w:pPr>
              <w:spacing w:after="20" w:line="276" w:lineRule="auto"/>
            </w:pPr>
            <w:r>
              <w:rPr>
                <w:rFonts w:ascii="宋体" w:hAnsi="宋体" w:eastAsia="宋体"/>
                <w:b w:val="0"/>
                <w:sz w:val="18"/>
              </w:rPr>
              <w:t>(3)集体交流。</w:t>
            </w:r>
          </w:p>
          <w:p>
            <w:pPr>
              <w:spacing w:after="20" w:line="276" w:lineRule="auto"/>
            </w:pPr>
            <w:r>
              <w:rPr>
                <w:rFonts w:ascii="宋体" w:hAnsi="宋体" w:eastAsia="宋体"/>
                <w:b w:val="0"/>
                <w:sz w:val="18"/>
              </w:rPr>
              <w:t>指名学生到展台交流：把圆形纸片平均分成8份，先涂1份，即1个，又涂2份，即2个，合起来涂了3份，是3个，也就是。</w:t>
            </w:r>
          </w:p>
          <w:p>
            <w:pPr>
              <w:spacing w:after="20" w:line="276" w:lineRule="auto"/>
            </w:pPr>
            <w:r>
              <w:rPr>
                <w:rFonts w:ascii="宋体" w:hAnsi="宋体" w:eastAsia="宋体"/>
                <w:b w:val="0"/>
                <w:sz w:val="18"/>
              </w:rPr>
              <w:t>(4)用课件演示＋的过程，边演示边交流。</w:t>
            </w:r>
          </w:p>
          <w:p>
            <w:pPr>
              <w:spacing w:after="20" w:line="276" w:lineRule="auto"/>
            </w:pPr>
            <w:r>
              <w:rPr>
                <w:rFonts w:ascii="宋体" w:hAnsi="宋体" w:eastAsia="宋体"/>
                <w:b w:val="0"/>
                <w:sz w:val="18"/>
              </w:rPr>
              <w:t>引导学生得出：1个加2个是3个，就是。(板书)</w:t>
            </w:r>
          </w:p>
          <w:p>
            <w:pPr>
              <w:spacing w:after="20" w:line="276" w:lineRule="auto"/>
            </w:pPr>
            <w:r>
              <w:rPr>
                <w:rFonts w:ascii="宋体" w:hAnsi="宋体" w:eastAsia="宋体"/>
                <w:b w:val="0"/>
                <w:sz w:val="18"/>
              </w:rPr>
              <w:t>师：谁再来说一说这个方法？把这个方法和你的同桌也说一说。</w:t>
            </w:r>
          </w:p>
          <w:p>
            <w:pPr>
              <w:spacing w:after="20" w:line="276" w:lineRule="auto"/>
            </w:pPr>
            <w:r>
              <w:rPr>
                <w:rFonts w:ascii="宋体" w:hAnsi="宋体" w:eastAsia="宋体"/>
                <w:b w:val="0"/>
                <w:sz w:val="18"/>
              </w:rPr>
              <w:t>(5)引导辨析，进一步理解算理。</w:t>
            </w:r>
          </w:p>
          <w:p>
            <w:pPr>
              <w:spacing w:after="20" w:line="276" w:lineRule="auto"/>
            </w:pPr>
            <w:r>
              <w:rPr>
                <w:rFonts w:ascii="宋体" w:hAnsi="宋体" w:eastAsia="宋体"/>
                <w:b w:val="0"/>
                <w:sz w:val="18"/>
              </w:rPr>
              <w:t>师：＋的结果为什么不是？</w:t>
            </w:r>
          </w:p>
          <w:p>
            <w:pPr>
              <w:spacing w:after="20" w:line="276" w:lineRule="auto"/>
            </w:pPr>
            <w:r>
              <w:rPr>
                <w:rFonts w:ascii="宋体" w:hAnsi="宋体" w:eastAsia="宋体"/>
                <w:b w:val="0"/>
                <w:sz w:val="18"/>
              </w:rPr>
              <w:t>引导学生发现：分的总份数没有变，只是所占的份数增多，分母不变，分子相加。</w:t>
            </w:r>
          </w:p>
          <w:p>
            <w:pPr>
              <w:spacing w:after="20" w:line="276" w:lineRule="auto"/>
            </w:pPr>
            <w:r>
              <w:rPr>
                <w:rFonts w:ascii="宋体" w:hAnsi="宋体" w:eastAsia="宋体"/>
                <w:b w:val="0"/>
                <w:sz w:val="18"/>
              </w:rPr>
              <w:t>3．计算－。</w:t>
            </w:r>
          </w:p>
          <w:p>
            <w:pPr>
              <w:spacing w:after="20" w:line="276" w:lineRule="auto"/>
            </w:pPr>
            <w:r>
              <w:rPr>
                <w:rFonts w:ascii="宋体" w:hAnsi="宋体" w:eastAsia="宋体"/>
                <w:b w:val="0"/>
                <w:sz w:val="18"/>
              </w:rPr>
              <w:t>(1)学生自主计算。</w:t>
            </w:r>
          </w:p>
          <w:p>
            <w:pPr>
              <w:spacing w:after="20" w:line="276" w:lineRule="auto"/>
            </w:pPr>
            <w:r>
              <w:rPr>
                <w:rFonts w:ascii="宋体" w:hAnsi="宋体" w:eastAsia="宋体"/>
                <w:b w:val="0"/>
                <w:sz w:val="18"/>
              </w:rPr>
              <w:t>(2)小组交流算法。</w:t>
            </w:r>
          </w:p>
          <w:p>
            <w:pPr>
              <w:spacing w:after="20" w:line="276" w:lineRule="auto"/>
            </w:pPr>
            <w:r>
              <w:rPr>
                <w:rFonts w:ascii="宋体" w:hAnsi="宋体" w:eastAsia="宋体"/>
                <w:b w:val="0"/>
                <w:sz w:val="18"/>
              </w:rPr>
              <w:t>(3)集体交流。</w:t>
            </w:r>
          </w:p>
          <w:p>
            <w:pPr>
              <w:spacing w:after="20" w:line="276" w:lineRule="auto"/>
            </w:pPr>
            <w:r>
              <w:rPr>
                <w:rFonts w:ascii="宋体" w:hAnsi="宋体" w:eastAsia="宋体"/>
                <w:b w:val="0"/>
                <w:sz w:val="18"/>
              </w:rPr>
              <w:t>在学生交流的基础上，用课件演示“吃掉”的过程，并引导学生说算法：2个减去1个是1个，就是。(板书)</w:t>
            </w:r>
          </w:p>
          <w:p>
            <w:pPr>
              <w:spacing w:after="20" w:line="276" w:lineRule="auto"/>
            </w:pPr>
            <w:r>
              <w:rPr>
                <w:rFonts w:ascii="宋体" w:hAnsi="宋体" w:eastAsia="宋体"/>
                <w:b w:val="0"/>
                <w:sz w:val="18"/>
              </w:rPr>
              <w:t>4．课件出示教科书P81“做一做”。</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(2)小组交流，说一说每一题是怎样计算的。</w:t>
            </w:r>
          </w:p>
          <w:p>
            <w:pPr>
              <w:spacing w:after="20" w:line="276" w:lineRule="auto"/>
            </w:pPr>
            <w:r>
              <w:rPr>
                <w:rFonts w:ascii="宋体" w:hAnsi="宋体" w:eastAsia="宋体"/>
                <w:b w:val="0"/>
                <w:sz w:val="18"/>
              </w:rPr>
              <w:t>(3)全班交流，交流的时候注意说清楚算理。</w:t>
            </w:r>
          </w:p>
          <w:p>
            <w:pPr>
              <w:spacing w:after="20" w:line="276" w:lineRule="auto"/>
            </w:pPr>
            <w:r>
              <w:rPr>
                <w:rFonts w:ascii="宋体" w:hAnsi="宋体" w:eastAsia="宋体"/>
                <w:b w:val="0"/>
                <w:sz w:val="18"/>
              </w:rPr>
              <w:t>师：我们是怎样计算分母相同的分数加减法的？</w:t>
            </w:r>
          </w:p>
          <w:p>
            <w:pPr>
              <w:spacing w:after="20" w:line="276" w:lineRule="auto"/>
            </w:pPr>
            <w:r>
              <w:rPr>
                <w:rFonts w:ascii="宋体" w:hAnsi="宋体" w:eastAsia="宋体"/>
                <w:b w:val="0"/>
                <w:sz w:val="18"/>
              </w:rPr>
              <w:t>师生小结：相同分母分数相加(减)，根据分数的含义进行思考与计算，分母相同，平均分成的份数就相同，只要将分子合并(去掉)就可以了。(适时板书)</w:t>
            </w:r>
          </w:p>
        </w:tc>
        <w:tc>
          <w:tcPr>
            <w:tcW w:type="dxa" w:w="3061"/>
          </w:tcPr>
          <w:p>
            <w:pPr>
              <w:spacing w:after="20" w:line="276" w:lineRule="auto"/>
            </w:pPr>
            <w:r/>
            <w:r>
              <w:rPr>
                <w:rFonts w:ascii="宋体" w:hAnsi="宋体" w:eastAsia="宋体"/>
                <w:b w:val="0"/>
                <w:sz w:val="18"/>
              </w:rPr>
              <w:t>学生独立列式，并说一说为什么这样列式。</w:t>
            </w:r>
          </w:p>
          <w:p>
            <w:pPr>
              <w:spacing w:after="20" w:line="276" w:lineRule="auto"/>
            </w:pPr>
            <w:r>
              <w:rPr>
                <w:rFonts w:ascii="宋体" w:hAnsi="宋体" w:eastAsia="宋体"/>
                <w:b w:val="0"/>
                <w:sz w:val="18"/>
              </w:rPr>
              <w:t>5．讨论总结。</w:t>
            </w:r>
          </w:p>
        </w:tc>
        <w:tc>
          <w:tcPr>
            <w:tcW w:type="dxa" w:w="1814"/>
          </w:tcPr>
          <w:p>
            <w:pPr>
              <w:spacing w:after="20" w:line="276" w:lineRule="auto"/>
            </w:pPr>
            <w:r/>
            <w:r>
              <w:rPr>
                <w:rFonts w:ascii="宋体" w:hAnsi="宋体" w:eastAsia="宋体"/>
                <w:b w:val="0"/>
                <w:sz w:val="18"/>
              </w:rPr>
              <w:t>围绕环节目标组织学习活动，引导学生主动参与、积极思考，核心问题："根据这些信息，你能提出什么数学问题？"</w:t>
            </w:r>
          </w:p>
        </w:tc>
      </w:tr>
      <w:tr>
        <w:tc>
          <w:tcPr>
            <w:tcW w:type="dxa" w:w="1474"/>
          </w:tcPr>
          <w:p>
            <w:pPr>
              <w:spacing w:after="20" w:line="276" w:lineRule="auto"/>
            </w:pPr>
            <w:r>
              <w:rPr>
                <w:b/>
              </w:rPr>
            </w:r>
            <w:r>
              <w:rPr>
                <w:rFonts w:ascii="宋体" w:hAnsi="宋体" w:eastAsia="宋体"/>
                <w:b/>
                <w:sz w:val="18"/>
              </w:rPr>
              <w:t>三、巩固应用，内化提高</w:t>
            </w:r>
          </w:p>
        </w:tc>
        <w:tc>
          <w:tcPr>
            <w:tcW w:type="dxa" w:w="3061"/>
          </w:tcPr>
          <w:p>
            <w:pPr>
              <w:spacing w:after="20" w:line="276" w:lineRule="auto"/>
            </w:pPr>
            <w:r/>
            <w:r>
              <w:rPr>
                <w:rFonts w:ascii="宋体" w:hAnsi="宋体" w:eastAsia="宋体"/>
                <w:b w:val="0"/>
                <w:sz w:val="18"/>
              </w:rPr>
              <w:t>1.完成教科书P83“练习十六”第1题第一道。</w:t>
            </w:r>
          </w:p>
          <w:p>
            <w:pPr>
              <w:spacing w:after="20" w:line="276" w:lineRule="auto"/>
            </w:pPr>
            <w:r>
              <w:rPr>
                <w:rFonts w:ascii="宋体" w:hAnsi="宋体" w:eastAsia="宋体"/>
                <w:b w:val="0"/>
                <w:sz w:val="18"/>
              </w:rPr>
              <w:t>2．完成教科书P83“练习十六”第2题第一二列。</w:t>
            </w:r>
          </w:p>
          <w:p>
            <w:pPr>
              <w:spacing w:after="20" w:line="276" w:lineRule="auto"/>
            </w:pPr>
            <w:r>
              <w:rPr>
                <w:rFonts w:ascii="宋体" w:hAnsi="宋体" w:eastAsia="宋体"/>
                <w:b w:val="0"/>
                <w:sz w:val="18"/>
              </w:rPr>
              <w:t>3．完成教科书P83“练习十六”第3题第一二组。</w:t>
            </w:r>
          </w:p>
          <w:p>
            <w:pPr>
              <w:spacing w:after="20" w:line="276" w:lineRule="auto"/>
            </w:pPr>
            <w:r>
              <w:rPr>
                <w:rFonts w:ascii="宋体" w:hAnsi="宋体" w:eastAsia="宋体"/>
                <w:b w:val="0"/>
                <w:sz w:val="18"/>
              </w:rPr>
              <w:t>4．完成教科书P83“练习十六”第4题。</w:t>
            </w:r>
          </w:p>
          <w:p>
            <w:pPr>
              <w:spacing w:after="20" w:line="276" w:lineRule="auto"/>
            </w:pPr>
            <w:r>
              <w:rPr>
                <w:rFonts w:ascii="宋体" w:hAnsi="宋体" w:eastAsia="宋体"/>
                <w:b w:val="0"/>
                <w:sz w:val="18"/>
              </w:rPr>
              <w:t>(1)读题理解题意。</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(3)集体交流。</w:t>
            </w:r>
          </w:p>
        </w:tc>
        <w:tc>
          <w:tcPr>
            <w:tcW w:type="dxa" w:w="3061"/>
          </w:tcPr>
          <w:p>
            <w:pPr>
              <w:spacing w:after="20" w:line="276" w:lineRule="auto"/>
            </w:pPr>
            <w:r/>
            <w:r>
              <w:rPr>
                <w:rFonts w:ascii="宋体" w:hAnsi="宋体" w:eastAsia="宋体"/>
                <w:b w:val="0"/>
                <w:sz w:val="18"/>
              </w:rPr>
              <w:t>学生独立完成后结合图形说一说计算结果是怎么来的。</w:t>
            </w:r>
          </w:p>
          <w:p>
            <w:pPr>
              <w:spacing w:after="20" w:line="276" w:lineRule="auto"/>
            </w:pPr>
            <w:r>
              <w:rPr>
                <w:rFonts w:ascii="宋体" w:hAnsi="宋体" w:eastAsia="宋体"/>
                <w:b w:val="0"/>
                <w:sz w:val="18"/>
              </w:rPr>
              <w:t>学生独立完成后交流算法。</w:t>
            </w:r>
          </w:p>
          <w:p>
            <w:pPr>
              <w:spacing w:after="20" w:line="276" w:lineRule="auto"/>
            </w:pPr>
            <w:r>
              <w:rPr>
                <w:rFonts w:ascii="宋体" w:hAnsi="宋体" w:eastAsia="宋体"/>
                <w:b w:val="0"/>
                <w:sz w:val="18"/>
              </w:rPr>
              <w:t>学生独立完成，然后集体分享。</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师：通过本节课的学习，你有什么收获？</w:t>
            </w:r>
          </w:p>
          <w:p>
            <w:pPr>
              <w:spacing w:after="20" w:line="276" w:lineRule="auto"/>
            </w:pPr>
            <w:r>
              <w:rPr>
                <w:rFonts w:ascii="宋体" w:hAnsi="宋体" w:eastAsia="宋体"/>
                <w:b w:val="0"/>
                <w:sz w:val="18"/>
              </w:rPr>
              <w:t>本节课先借助具体信息引导学生提出问题，培养学生发现问题和提出问题的能力。提出问题后让学生自己列出算式，将整数加减法的意义迁移到分数加减法。探究加法计算时，让学生涂一涂，在操作的基础上计算，借助几何直观和分数的含义，让学生理解算理，体会算法。探究减法计算时，有了加法计算的经验，这一环节充分放手，让学生脱离直观计算，逐步抽象，最后通过一系列练习，强化学生根据分数的含义进行思考与计算，总结同分母分数加减法的计算方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分数的简单计算(1)</w:t>
      </w:r>
    </w:p>
    <w:p>
      <w:pPr>
        <w:spacing w:after="40" w:line="300" w:lineRule="auto"/>
      </w:pPr>
      <w:r>
        <w:rPr>
          <w:rFonts w:ascii="宋体" w:hAnsi="宋体" w:eastAsia="宋体"/>
          <w:b w:val="0"/>
          <w:sz w:val="20"/>
        </w:rPr>
        <w:t>＋＝</w:t>
      </w:r>
    </w:p>
    <w:p>
      <w:pPr>
        <w:spacing w:after="40" w:line="300" w:lineRule="auto"/>
      </w:pPr>
      <w:r>
        <w:rPr>
          <w:rFonts w:ascii="宋体" w:hAnsi="宋体" w:eastAsia="宋体"/>
          <w:b w:val="0"/>
          <w:sz w:val="20"/>
        </w:rPr>
        <w:t>想：1个加2个是3个，就是。</w:t>
      </w:r>
    </w:p>
    <w:p>
      <w:pPr>
        <w:spacing w:after="40" w:line="300" w:lineRule="auto"/>
      </w:pPr>
      <w:r>
        <w:rPr>
          <w:rFonts w:ascii="宋体" w:hAnsi="宋体" w:eastAsia="宋体"/>
          <w:b w:val="0"/>
          <w:sz w:val="20"/>
        </w:rPr>
        <w:t>－＝</w:t>
      </w:r>
    </w:p>
    <w:p>
      <w:pPr>
        <w:spacing w:after="40" w:line="300" w:lineRule="auto"/>
      </w:pPr>
      <w:r>
        <w:rPr>
          <w:rFonts w:ascii="宋体" w:hAnsi="宋体" w:eastAsia="宋体"/>
          <w:b w:val="0"/>
          <w:sz w:val="20"/>
        </w:rPr>
        <w:t>想：2个减去1个是1个，就是。</w:t>
      </w:r>
    </w:p>
    <w:p>
      <w:pPr>
        <w:spacing w:after="40" w:line="300" w:lineRule="auto"/>
      </w:pPr>
      <w:r>
        <w:rPr>
          <w:rFonts w:ascii="宋体" w:hAnsi="宋体" w:eastAsia="宋体"/>
          <w:b w:val="0"/>
          <w:sz w:val="20"/>
        </w:rPr>
        <w:t>分母不变，分子相加(减)。</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教科书P81例1及“做一做”，完成教科书P83“练习十六”中相关题。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有分数的初步认识的基础，能凭直觉算出同分母分数的加减，但对于为什么可以这样算，部分学生却不清楚，所以需要创设合适的问题情境让学生自主探究算理。然后又进一步让学生通过看图、动画演示来明白这样计算的道理，进一步加深对分数意义的理解。学生通过说算理总结计算方法，比较容易掌握同分母分数加减的计算，直观形象的操作活动也让学生更容易理解，并降低了认知难度。整堂课从直观到算式，再从算式到用直观来解释，力求让学生理解并掌握知识。</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进一步认识分数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进一步认识分数</w:t>
            </w:r>
          </w:p>
        </w:tc>
        <w:tc>
          <w:tcPr>
            <w:tcW w:type="dxa" w:w="6009"/>
          </w:tcPr>
          <w:p>
            <w:pPr>
              <w:spacing w:after="20" w:line="276" w:lineRule="auto"/>
            </w:pPr>
            <w:r/>
            <w:r>
              <w:rPr>
                <w:rFonts w:ascii="宋体" w:hAnsi="宋体" w:eastAsia="宋体"/>
                <w:b w:val="0"/>
                <w:sz w:val="20"/>
              </w:rPr>
              <w:t>第6单元 分数的初步认识（进一步认识分数）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从整数到分数是数概念的一次扩展，学生的数学学习将要建立一个新的数概念，是对数的认识的一次质的飞跃。学生学习分数的知识具有一定的难度。三年级小学生在日常生活中也经常会遇到需要用分数或小数进行表达交流并解决实际问题的情况，学生有一定的生活经验去理解分数的产生与使用范围。本单元的内容设置的是分母在10以内的分数，适当地降低了学习的难度。明确“部分—整体”的关系是重中之重。</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教学内容：教科书P85例1、例2，完成教科书P86“做一做”及P88“练习十七”中第1、2题。</w:t>
      </w:r>
    </w:p>
    <w:p>
      <w:pPr>
        <w:spacing w:after="80" w:line="300" w:lineRule="auto"/>
        <w:ind w:firstLine="400"/>
      </w:pPr>
      <w:r>
        <w:rPr>
          <w:rFonts w:ascii="宋体" w:hAnsi="宋体" w:eastAsia="宋体"/>
          <w:b w:val="0"/>
          <w:sz w:val="20"/>
        </w:rPr>
        <w:t>教学准备：课件、学习单。</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（1）通过操作活动，进一步认识分数，知道把一些物体看作一个整体平均分成若干份时，其中的一份或几份可以用分数表示。</w:t>
      </w:r>
    </w:p>
    <w:p>
      <w:pPr>
        <w:spacing w:after="20" w:line="300" w:lineRule="auto"/>
        <w:ind w:firstLine="400"/>
      </w:pPr>
      <w:r>
        <w:rPr>
          <w:rFonts w:ascii="宋体" w:hAnsi="宋体" w:eastAsia="宋体"/>
          <w:b w:val="0"/>
          <w:sz w:val="20"/>
        </w:rPr>
        <w:t>（2）经历圈一圈、分一分、涂一涂等多种操作活动，理解部分与整体的关系。</w:t>
      </w:r>
    </w:p>
    <w:p>
      <w:pPr>
        <w:spacing w:after="20" w:line="300" w:lineRule="auto"/>
        <w:ind w:firstLine="400"/>
      </w:pPr>
      <w:r>
        <w:rPr>
          <w:rFonts w:ascii="宋体" w:hAnsi="宋体" w:eastAsia="宋体"/>
          <w:b w:val="0"/>
          <w:sz w:val="20"/>
        </w:rPr>
        <w:t>（3）渗透数形结合的思想，发展数感。</w:t>
      </w:r>
    </w:p>
    <w:p>
      <w:pPr>
        <w:spacing w:after="20" w:line="300" w:lineRule="auto"/>
      </w:pPr>
      <w:r>
        <w:rPr>
          <w:rFonts w:ascii="宋体" w:hAnsi="宋体" w:eastAsia="宋体"/>
          <w:b w:val="0"/>
          <w:sz w:val="20"/>
        </w:rPr>
        <w:t>教学重点：学会把一些物体作为一个整体平均分成若干份时，其中的一份或几份可以用分数表示。</w:t>
      </w:r>
    </w:p>
    <w:p>
      <w:pPr>
        <w:spacing w:after="20" w:line="300" w:lineRule="auto"/>
      </w:pPr>
      <w:r>
        <w:rPr>
          <w:rFonts w:ascii="宋体" w:hAnsi="宋体" w:eastAsia="宋体"/>
          <w:b w:val="0"/>
          <w:sz w:val="20"/>
        </w:rPr>
        <w:t>教学难点：从分数的角度理解部分与整体的关系。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复习引入，揭示课题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动手操作，进一步认识分数</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巩固练习，体会“部分”与“整体”的关系</w:t>
            </w:r>
          </w:p>
        </w:tc>
        <w:tc>
          <w:tcPr>
            <w:tcW w:type="dxa" w:w="1814"/>
          </w:tcPr>
          <w:p>
            <w:pPr>
              <w:spacing w:after="20" w:line="276" w:lineRule="auto"/>
            </w:pPr>
            <w:r/>
            <w:r>
              <w:rPr>
                <w:rFonts w:ascii="宋体" w:hAnsi="宋体" w:eastAsia="宋体"/>
                <w:b w:val="0"/>
                <w:sz w:val="18"/>
              </w:rPr>
              <w:t>教科书、小棒、课件</w:t>
            </w:r>
          </w:p>
        </w:tc>
        <w:tc>
          <w:tcPr>
            <w:tcW w:type="dxa" w:w="3402"/>
          </w:tcPr>
          <w:p>
            <w:pPr>
              <w:spacing w:after="20" w:line="276" w:lineRule="auto"/>
            </w:pPr>
            <w:r/>
            <w:r>
              <w:rPr>
                <w:rFonts w:ascii="宋体" w:hAnsi="宋体" w:eastAsia="宋体"/>
                <w:b w:val="0"/>
                <w:sz w:val="18"/>
              </w:rPr>
              <w:t>上面的这盒橡皮和这包笔记本，还可以平均分成几份？每份是它的几分之一？；取出10根小棒的是什么意思？</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通过这节课的学习，你有哪些收获？</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复习引入，揭示课题</w:t>
            </w:r>
          </w:p>
        </w:tc>
        <w:tc>
          <w:tcPr>
            <w:tcW w:type="dxa" w:w="3061"/>
          </w:tcPr>
          <w:p>
            <w:pPr>
              <w:spacing w:after="20" w:line="276" w:lineRule="auto"/>
            </w:pPr>
            <w:r/>
            <w:r>
              <w:rPr>
                <w:rFonts w:ascii="宋体" w:hAnsi="宋体" w:eastAsia="宋体"/>
                <w:b w:val="0"/>
                <w:sz w:val="18"/>
              </w:rPr>
              <w:t>1.复习导入。</w:t>
            </w:r>
          </w:p>
          <w:p>
            <w:pPr>
              <w:spacing w:after="20" w:line="276" w:lineRule="auto"/>
            </w:pPr>
            <w:r>
              <w:rPr>
                <w:rFonts w:ascii="宋体" w:hAnsi="宋体" w:eastAsia="宋体"/>
                <w:b w:val="0"/>
                <w:sz w:val="18"/>
              </w:rPr>
              <w:t>一个苹果，平均分成2份，每份是这个苹果的，每份是个。</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师：本节课我们进一步认识分数。(板书课题：进一步认识分数)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动手操作，进一步认识分数</w:t>
            </w:r>
          </w:p>
        </w:tc>
        <w:tc>
          <w:tcPr>
            <w:tcW w:type="dxa" w:w="3061"/>
          </w:tcPr>
          <w:p>
            <w:pPr>
              <w:spacing w:after="20" w:line="276" w:lineRule="auto"/>
            </w:pPr>
            <w:r/>
            <w:r>
              <w:rPr>
                <w:rFonts w:ascii="宋体" w:hAnsi="宋体" w:eastAsia="宋体"/>
                <w:b w:val="0"/>
                <w:sz w:val="18"/>
              </w:rPr>
              <w:t>1.教学例1。</w:t>
            </w:r>
          </w:p>
          <w:p>
            <w:pPr>
              <w:spacing w:after="20" w:line="276" w:lineRule="auto"/>
            </w:pPr>
            <w:r>
              <w:rPr>
                <w:rFonts w:ascii="宋体" w:hAnsi="宋体" w:eastAsia="宋体"/>
                <w:b w:val="0"/>
                <w:sz w:val="18"/>
              </w:rPr>
              <w:t>课件出示教科书P85例1。</w:t>
            </w:r>
          </w:p>
          <w:p>
            <w:pPr>
              <w:spacing w:after="20" w:line="276" w:lineRule="auto"/>
            </w:pPr>
            <w:r>
              <w:rPr>
                <w:rFonts w:ascii="宋体" w:hAnsi="宋体" w:eastAsia="宋体"/>
                <w:b w:val="0"/>
                <w:sz w:val="18"/>
              </w:rPr>
              <w:t>(1)拿出学习单，圈一圈，数一数，填一填。</w:t>
            </w:r>
          </w:p>
          <w:p>
            <w:pPr>
              <w:spacing w:after="20" w:line="276" w:lineRule="auto"/>
            </w:pPr>
            <w:r>
              <w:rPr>
                <w:rFonts w:ascii="宋体" w:hAnsi="宋体" w:eastAsia="宋体"/>
                <w:b w:val="0"/>
                <w:sz w:val="18"/>
              </w:rPr>
              <w:t>(2)交流展示。</w:t>
            </w:r>
          </w:p>
          <w:p>
            <w:pPr>
              <w:spacing w:after="20" w:line="276" w:lineRule="auto"/>
            </w:pPr>
            <w:r>
              <w:rPr>
                <w:rFonts w:ascii="宋体" w:hAnsi="宋体" w:eastAsia="宋体"/>
                <w:b w:val="0"/>
                <w:sz w:val="18"/>
              </w:rPr>
              <w:t>结合每一盒苹果展示圈一圈的结果，并说一说是如何圈的。(联系分数的含义交流)</w:t>
            </w:r>
          </w:p>
          <w:p>
            <w:pPr>
              <w:spacing w:after="20" w:line="276" w:lineRule="auto"/>
            </w:pPr>
            <w:r>
              <w:rPr>
                <w:rFonts w:ascii="宋体" w:hAnsi="宋体" w:eastAsia="宋体"/>
                <w:b w:val="0"/>
                <w:sz w:val="18"/>
              </w:rPr>
              <w:t>先把每盒中的苹果数量平均分成2份，再圈出其中的1份就行。</w:t>
            </w:r>
          </w:p>
          <w:p>
            <w:pPr>
              <w:spacing w:after="20" w:line="276" w:lineRule="auto"/>
            </w:pPr>
            <w:r>
              <w:rPr>
                <w:rFonts w:ascii="宋体" w:hAnsi="宋体" w:eastAsia="宋体"/>
                <w:b w:val="0"/>
                <w:sz w:val="18"/>
              </w:rPr>
              <w:t>(3)讨论：为什么圈出的个数不同，却都能表示？</w:t>
            </w:r>
          </w:p>
          <w:p>
            <w:pPr>
              <w:spacing w:after="20" w:line="276" w:lineRule="auto"/>
            </w:pPr>
            <w:r>
              <w:rPr>
                <w:rFonts w:ascii="宋体" w:hAnsi="宋体" w:eastAsia="宋体"/>
                <w:b w:val="0"/>
                <w:sz w:val="18"/>
              </w:rPr>
              <w:t>师小结：在这里，圈出的是每盒苹果的，是把每盒苹果的数量看作一个整体，平均分成2份，其中的1份就占一盒苹果的。由于每盒苹果的数量不同，一盒苹果的的个数也就不同，但圈出的都是2份中的1份，都能表示。</w:t>
            </w:r>
          </w:p>
          <w:p>
            <w:pPr>
              <w:spacing w:after="20" w:line="276" w:lineRule="auto"/>
            </w:pPr>
            <w:r>
              <w:rPr>
                <w:rFonts w:ascii="宋体" w:hAnsi="宋体" w:eastAsia="宋体"/>
                <w:b w:val="0"/>
                <w:sz w:val="18"/>
              </w:rPr>
              <w:t>2．教学例2。</w:t>
            </w:r>
          </w:p>
          <w:p>
            <w:pPr>
              <w:spacing w:after="20" w:line="276" w:lineRule="auto"/>
            </w:pPr>
            <w:r>
              <w:rPr>
                <w:rFonts w:ascii="宋体" w:hAnsi="宋体" w:eastAsia="宋体"/>
                <w:b w:val="0"/>
                <w:sz w:val="18"/>
              </w:rPr>
              <w:t>课件出示教科书P85例2。</w:t>
            </w:r>
          </w:p>
          <w:p>
            <w:pPr>
              <w:spacing w:after="20" w:line="276" w:lineRule="auto"/>
            </w:pPr>
            <w:r>
              <w:rPr>
                <w:rFonts w:ascii="宋体" w:hAnsi="宋体" w:eastAsia="宋体"/>
                <w:b w:val="0"/>
                <w:sz w:val="18"/>
              </w:rPr>
              <w:t>一箱矿泉水24瓶，平均分成3份。1份是这箱矿泉水的几分之几？2份是这箱矿泉水的几分之几？</w:t>
            </w:r>
          </w:p>
          <w:p>
            <w:pPr>
              <w:spacing w:after="20" w:line="276" w:lineRule="auto"/>
            </w:pPr>
            <w:r>
              <w:rPr>
                <w:rFonts w:ascii="宋体" w:hAnsi="宋体" w:eastAsia="宋体"/>
                <w:b w:val="0"/>
                <w:sz w:val="18"/>
              </w:rPr>
              <w:t>(1)用24个圆表示24瓶矿泉水，在学习单上画一画，分一分。</w:t>
            </w:r>
          </w:p>
          <w:p>
            <w:pPr>
              <w:spacing w:after="20" w:line="276" w:lineRule="auto"/>
            </w:pPr>
            <w:r>
              <w:rPr>
                <w:rFonts w:ascii="宋体" w:hAnsi="宋体" w:eastAsia="宋体"/>
                <w:b w:val="0"/>
                <w:sz w:val="18"/>
              </w:rPr>
              <w:t>(2)结合操作，在小组内交流结果。</w:t>
            </w:r>
          </w:p>
          <w:p>
            <w:pPr>
              <w:spacing w:after="20" w:line="276" w:lineRule="auto"/>
            </w:pPr>
            <w:r>
              <w:rPr>
                <w:rFonts w:ascii="宋体" w:hAnsi="宋体" w:eastAsia="宋体"/>
                <w:b w:val="0"/>
                <w:sz w:val="18"/>
              </w:rPr>
              <w:t>(3)全班交流，结合课件演示并出示结果。</w:t>
            </w:r>
          </w:p>
          <w:p>
            <w:pPr>
              <w:spacing w:after="20" w:line="276" w:lineRule="auto"/>
            </w:pPr>
            <w:r>
              <w:rPr>
                <w:rFonts w:ascii="宋体" w:hAnsi="宋体" w:eastAsia="宋体"/>
                <w:b w:val="0"/>
                <w:sz w:val="18"/>
              </w:rPr>
              <w:t>一箱矿泉水24瓶，平均分成3份。1份是这箱矿泉水的。2份就是2个，也就是这箱矿泉水的。</w:t>
            </w:r>
          </w:p>
          <w:p>
            <w:pPr>
              <w:spacing w:after="20" w:line="276" w:lineRule="auto"/>
            </w:pPr>
            <w:r>
              <w:rPr>
                <w:rFonts w:ascii="宋体" w:hAnsi="宋体" w:eastAsia="宋体"/>
                <w:b w:val="0"/>
                <w:sz w:val="18"/>
              </w:rPr>
              <w:t>3．试一试。</w:t>
            </w:r>
          </w:p>
          <w:p>
            <w:pPr>
              <w:spacing w:after="20" w:line="276" w:lineRule="auto"/>
            </w:pPr>
            <w:r>
              <w:rPr>
                <w:rFonts w:ascii="宋体" w:hAnsi="宋体" w:eastAsia="宋体"/>
                <w:b w:val="0"/>
                <w:sz w:val="18"/>
              </w:rPr>
              <w:t>出示问题：把这箱矿泉水平均分成6份，其中的1份、2份、3份……分别是这箱矿泉水的几分之几？各有几瓶？</w:t>
            </w:r>
          </w:p>
          <w:p>
            <w:pPr>
              <w:spacing w:after="20" w:line="276" w:lineRule="auto"/>
            </w:pPr>
            <w:r>
              <w:rPr>
                <w:rFonts w:ascii="宋体" w:hAnsi="宋体" w:eastAsia="宋体"/>
                <w:b w:val="0"/>
                <w:sz w:val="18"/>
              </w:rPr>
              <w:t>(1)学生独立完成，可以画一画，分一分，数一数，结合分的过程完成。</w:t>
            </w:r>
          </w:p>
          <w:p>
            <w:pPr>
              <w:spacing w:after="20" w:line="276" w:lineRule="auto"/>
            </w:pPr>
            <w:r>
              <w:rPr>
                <w:rFonts w:ascii="宋体" w:hAnsi="宋体" w:eastAsia="宋体"/>
                <w:b w:val="0"/>
                <w:sz w:val="18"/>
              </w:rPr>
              <w:t>(2)汇报结果。</w:t>
            </w:r>
          </w:p>
          <w:p>
            <w:pPr>
              <w:spacing w:after="20" w:line="276" w:lineRule="auto"/>
            </w:pPr>
            <w:r>
              <w:rPr>
                <w:rFonts w:ascii="宋体" w:hAnsi="宋体" w:eastAsia="宋体"/>
                <w:b w:val="0"/>
                <w:sz w:val="18"/>
              </w:rPr>
              <w:t>把这箱矿泉水平均分成6份，其中的1份是这箱矿泉水的，有4瓶。2份就是2个，也就是这箱矿泉水的，有8瓶。3份就是3个，也就是这箱矿泉水的，有12瓶。(板书)</w:t>
            </w:r>
          </w:p>
        </w:tc>
        <w:tc>
          <w:tcPr>
            <w:tcW w:type="dxa" w:w="3061"/>
          </w:tcPr>
          <w:p>
            <w:pPr>
              <w:spacing w:after="20" w:line="276" w:lineRule="auto"/>
            </w:pPr>
            <w:r/>
            <w:r>
              <w:rPr>
                <w:rFonts w:ascii="宋体" w:hAnsi="宋体" w:eastAsia="宋体"/>
                <w:b w:val="0"/>
                <w:sz w:val="18"/>
              </w:rPr>
              <w:t>学生小组讨论后全班交流。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巩固练习，体会“部分”与“整体”的关系</w:t>
            </w:r>
          </w:p>
        </w:tc>
        <w:tc>
          <w:tcPr>
            <w:tcW w:type="dxa" w:w="3061"/>
          </w:tcPr>
          <w:p>
            <w:pPr>
              <w:spacing w:after="20" w:line="276" w:lineRule="auto"/>
            </w:pPr>
            <w:r/>
            <w:r>
              <w:rPr>
                <w:rFonts w:ascii="宋体" w:hAnsi="宋体" w:eastAsia="宋体"/>
                <w:b w:val="0"/>
                <w:sz w:val="18"/>
              </w:rPr>
              <w:t>1.完成教科书P86“做一做”第1题。</w:t>
            </w:r>
          </w:p>
          <w:p>
            <w:pPr>
              <w:spacing w:after="20" w:line="276" w:lineRule="auto"/>
            </w:pPr>
            <w:r>
              <w:rPr>
                <w:rFonts w:ascii="宋体" w:hAnsi="宋体" w:eastAsia="宋体"/>
                <w:b w:val="0"/>
                <w:sz w:val="18"/>
              </w:rPr>
              <w:t>(1)学生独立完成，然后集体交流。</w:t>
            </w:r>
          </w:p>
          <w:p>
            <w:pPr>
              <w:spacing w:after="20" w:line="276" w:lineRule="auto"/>
            </w:pPr>
            <w:r>
              <w:rPr>
                <w:rFonts w:ascii="宋体" w:hAnsi="宋体" w:eastAsia="宋体"/>
                <w:b w:val="0"/>
                <w:sz w:val="18"/>
              </w:rPr>
              <w:t>要求学生逐题表达自己填写的依据。</w:t>
            </w:r>
          </w:p>
          <w:p>
            <w:pPr>
              <w:spacing w:after="20" w:line="276" w:lineRule="auto"/>
            </w:pPr>
            <w:r>
              <w:rPr>
                <w:rFonts w:ascii="宋体" w:hAnsi="宋体" w:eastAsia="宋体"/>
                <w:b w:val="0"/>
                <w:sz w:val="18"/>
              </w:rPr>
              <w:t>(2)师：上面的这盒橡皮和这包笔记本，还可以平均分成几份？每份是它的几分之一？</w:t>
            </w:r>
          </w:p>
          <w:p>
            <w:pPr>
              <w:spacing w:after="20" w:line="276" w:lineRule="auto"/>
            </w:pPr>
            <w:r>
              <w:rPr>
                <w:rFonts w:ascii="宋体" w:hAnsi="宋体" w:eastAsia="宋体"/>
                <w:b w:val="0"/>
                <w:sz w:val="18"/>
              </w:rPr>
              <w:t>答案不唯一，先平均分，再表示其中的一份。</w:t>
            </w:r>
          </w:p>
          <w:p>
            <w:pPr>
              <w:spacing w:after="20" w:line="276" w:lineRule="auto"/>
            </w:pPr>
            <w:r>
              <w:rPr>
                <w:rFonts w:ascii="宋体" w:hAnsi="宋体" w:eastAsia="宋体"/>
                <w:b w:val="0"/>
                <w:sz w:val="18"/>
              </w:rPr>
              <w:t>2．完成教科书P86“做一做”第2题。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(2)集体汇报。</w:t>
            </w:r>
          </w:p>
          <w:p>
            <w:pPr>
              <w:spacing w:after="20" w:line="276" w:lineRule="auto"/>
            </w:pPr>
            <w:r>
              <w:rPr>
                <w:rFonts w:ascii="宋体" w:hAnsi="宋体" w:eastAsia="宋体"/>
                <w:b w:val="0"/>
                <w:sz w:val="18"/>
              </w:rPr>
              <w:t>3．完成教科书P86“做一做”第3题。</w:t>
            </w:r>
          </w:p>
          <w:p>
            <w:pPr>
              <w:spacing w:after="20" w:line="276" w:lineRule="auto"/>
            </w:pPr>
            <w:r>
              <w:rPr>
                <w:rFonts w:ascii="宋体" w:hAnsi="宋体" w:eastAsia="宋体"/>
                <w:b w:val="0"/>
                <w:sz w:val="18"/>
              </w:rPr>
              <w:t>先把整个图形平均分成3份，再把其中的1份涂上红色，2份涂上蓝色。</w:t>
            </w:r>
          </w:p>
          <w:p>
            <w:pPr>
              <w:spacing w:after="20" w:line="276" w:lineRule="auto"/>
            </w:pPr>
            <w:r>
              <w:rPr>
                <w:rFonts w:ascii="宋体" w:hAnsi="宋体" w:eastAsia="宋体"/>
                <w:b w:val="0"/>
                <w:sz w:val="18"/>
              </w:rPr>
              <w:t>4．完成教科书P86“做一做”第4题。</w:t>
            </w:r>
          </w:p>
          <w:p>
            <w:pPr>
              <w:spacing w:after="20" w:line="276" w:lineRule="auto"/>
            </w:pPr>
            <w:r>
              <w:rPr>
                <w:rFonts w:ascii="宋体" w:hAnsi="宋体" w:eastAsia="宋体"/>
                <w:b w:val="0"/>
                <w:sz w:val="18"/>
              </w:rPr>
              <w:t>(1)师：取出10根小棒的是什么意思？</w:t>
            </w:r>
          </w:p>
          <w:p>
            <w:pPr>
              <w:spacing w:after="20" w:line="276" w:lineRule="auto"/>
            </w:pPr>
            <w:r>
              <w:rPr>
                <w:rFonts w:ascii="宋体" w:hAnsi="宋体" w:eastAsia="宋体"/>
                <w:b w:val="0"/>
                <w:sz w:val="18"/>
              </w:rPr>
              <w:t>(2)学生自主操作，摆一摆或画一画，完成填空。</w:t>
            </w:r>
          </w:p>
          <w:p>
            <w:pPr>
              <w:spacing w:after="20" w:line="276" w:lineRule="auto"/>
            </w:pPr>
            <w:r>
              <w:rPr>
                <w:rFonts w:ascii="宋体" w:hAnsi="宋体" w:eastAsia="宋体"/>
                <w:b w:val="0"/>
                <w:sz w:val="18"/>
              </w:rPr>
              <w:t>(3)集体交流。</w:t>
            </w:r>
          </w:p>
          <w:p>
            <w:pPr>
              <w:spacing w:after="20" w:line="276" w:lineRule="auto"/>
            </w:pPr>
            <w:r>
              <w:rPr>
                <w:rFonts w:ascii="宋体" w:hAnsi="宋体" w:eastAsia="宋体"/>
                <w:b w:val="0"/>
                <w:sz w:val="18"/>
              </w:rPr>
              <w:t>5．完成教科书P88“练习十七”第1题。</w:t>
            </w:r>
          </w:p>
          <w:p>
            <w:pPr>
              <w:spacing w:after="20" w:line="276" w:lineRule="auto"/>
            </w:pPr>
            <w:r>
              <w:rPr>
                <w:rFonts w:ascii="宋体" w:hAnsi="宋体" w:eastAsia="宋体"/>
                <w:b w:val="0"/>
                <w:sz w:val="18"/>
              </w:rPr>
              <w:t>6．完成教科书P88“练习十七”第2题。</w:t>
            </w:r>
          </w:p>
          <w:p>
            <w:pPr>
              <w:spacing w:after="20" w:line="276" w:lineRule="auto"/>
            </w:pPr>
            <w:r>
              <w:rPr>
                <w:rFonts w:ascii="宋体" w:hAnsi="宋体" w:eastAsia="宋体"/>
                <w:b w:val="0"/>
                <w:sz w:val="18"/>
              </w:rPr>
              <w:t>(1)学生自主完成涂色。</w:t>
            </w:r>
          </w:p>
          <w:p>
            <w:pPr>
              <w:spacing w:after="20" w:line="276" w:lineRule="auto"/>
            </w:pPr>
            <w:r>
              <w:rPr>
                <w:rFonts w:ascii="宋体" w:hAnsi="宋体" w:eastAsia="宋体"/>
                <w:b w:val="0"/>
                <w:sz w:val="18"/>
              </w:rPr>
              <w:t>(2)展示学生作业。</w:t>
            </w:r>
          </w:p>
          <w:p>
            <w:pPr>
              <w:spacing w:after="20" w:line="276" w:lineRule="auto"/>
            </w:pPr>
            <w:r>
              <w:rPr>
                <w:rFonts w:ascii="宋体" w:hAnsi="宋体" w:eastAsia="宋体"/>
                <w:b w:val="0"/>
                <w:sz w:val="18"/>
              </w:rPr>
              <w:t>(3)集体评议。</w:t>
            </w:r>
          </w:p>
          <w:p>
            <w:pPr>
              <w:spacing w:after="20" w:line="276" w:lineRule="auto"/>
            </w:pPr>
            <w:r>
              <w:rPr>
                <w:rFonts w:ascii="宋体" w:hAnsi="宋体" w:eastAsia="宋体"/>
                <w:b w:val="0"/>
                <w:sz w:val="18"/>
              </w:rPr>
              <w:t>师：说一说你是怎么涂的。</w:t>
            </w:r>
          </w:p>
          <w:p>
            <w:pPr>
              <w:spacing w:after="20" w:line="276" w:lineRule="auto"/>
            </w:pPr>
            <w:r>
              <w:rPr>
                <w:rFonts w:ascii="宋体" w:hAnsi="宋体" w:eastAsia="宋体"/>
                <w:b w:val="0"/>
                <w:sz w:val="18"/>
              </w:rPr>
              <w:t>第一幅图：表示要把图中的4个南瓜平均分成4份，只涂其中的3份，也就是3个。</w:t>
            </w:r>
          </w:p>
          <w:p>
            <w:pPr>
              <w:spacing w:after="20" w:line="276" w:lineRule="auto"/>
            </w:pPr>
            <w:r>
              <w:rPr>
                <w:rFonts w:ascii="宋体" w:hAnsi="宋体" w:eastAsia="宋体"/>
                <w:b w:val="0"/>
                <w:sz w:val="18"/>
              </w:rPr>
              <w:t>第二幅图：表示要把图中的10个茄子平均分成5份，只涂其中的2份，也就是4个。</w:t>
            </w:r>
          </w:p>
          <w:p>
            <w:pPr>
              <w:spacing w:after="20" w:line="276" w:lineRule="auto"/>
            </w:pPr>
            <w:r>
              <w:rPr>
                <w:rFonts w:ascii="宋体" w:hAnsi="宋体" w:eastAsia="宋体"/>
                <w:b w:val="0"/>
                <w:sz w:val="18"/>
              </w:rPr>
              <w:t>第三幅图：表示要把图中的15个蘑菇平均分成3份，只涂其中的1份，也就是5个。</w:t>
            </w:r>
          </w:p>
          <w:p>
            <w:pPr>
              <w:spacing w:after="20" w:line="276" w:lineRule="auto"/>
            </w:pPr>
            <w:r>
              <w:rPr>
                <w:rFonts w:ascii="宋体" w:hAnsi="宋体" w:eastAsia="宋体"/>
                <w:b w:val="0"/>
                <w:sz w:val="18"/>
              </w:rPr>
              <w:t>师小结：把分数的含义与“平均分”联系起来，就可以利用除法快速帮我们找到1份是多少了。</w:t>
            </w:r>
          </w:p>
        </w:tc>
        <w:tc>
          <w:tcPr>
            <w:tcW w:type="dxa" w:w="3061"/>
          </w:tcPr>
          <w:p>
            <w:pPr>
              <w:spacing w:after="20" w:line="276" w:lineRule="auto"/>
            </w:pPr>
            <w:r/>
            <w:r>
              <w:rPr>
                <w:rFonts w:ascii="宋体" w:hAnsi="宋体" w:eastAsia="宋体"/>
                <w:b w:val="0"/>
                <w:sz w:val="18"/>
              </w:rPr>
              <w:t>交流时明确：先弄清每一幅图平均分成了几份？每份是它的几分之一？涂色部分有这样的几份？</w:t>
            </w:r>
          </w:p>
          <w:p>
            <w:pPr>
              <w:spacing w:after="20" w:line="276" w:lineRule="auto"/>
            </w:pPr>
            <w:r>
              <w:rPr>
                <w:rFonts w:ascii="宋体" w:hAnsi="宋体" w:eastAsia="宋体"/>
                <w:b w:val="0"/>
                <w:sz w:val="18"/>
              </w:rPr>
              <w:t>学生独立完成后交流。</w:t>
            </w:r>
          </w:p>
          <w:p>
            <w:pPr>
              <w:spacing w:after="20" w:line="276" w:lineRule="auto"/>
            </w:pPr>
            <w:r>
              <w:rPr>
                <w:rFonts w:ascii="宋体" w:hAnsi="宋体" w:eastAsia="宋体"/>
                <w:b w:val="0"/>
                <w:sz w:val="18"/>
              </w:rPr>
              <w:t>交流中明确：就是把10根小棒平均分成5份，取其中的2份。</w:t>
            </w:r>
          </w:p>
          <w:p>
            <w:pPr>
              <w:spacing w:after="20" w:line="276" w:lineRule="auto"/>
            </w:pPr>
            <w:r>
              <w:rPr>
                <w:rFonts w:ascii="宋体" w:hAnsi="宋体" w:eastAsia="宋体"/>
                <w:b w:val="0"/>
                <w:sz w:val="18"/>
              </w:rPr>
              <w:t>学生独立分一分后完成填空。</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通过有层次的练习及时反馈学情，巩固新知，培养学生灵活运用知识解决问题的能力，核心问题："上面的这盒橡皮和这包笔记本，还可以平均分成几份？每份是它的几分之一？"</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师：通过这节课的学习，你有哪些收获？</w:t>
            </w:r>
          </w:p>
          <w:p>
            <w:pPr>
              <w:spacing w:after="20" w:line="276" w:lineRule="auto"/>
            </w:pPr>
            <w:r>
              <w:rPr>
                <w:rFonts w:ascii="宋体" w:hAnsi="宋体" w:eastAsia="宋体"/>
                <w:b w:val="0"/>
                <w:sz w:val="18"/>
              </w:rPr>
              <w:t>本节课由分一个苹果复习引入，到分一盒苹果，调用学生学习几分之一的经验，实现了单位“1”由1个物体到一些物体的自然过渡。例1的教学通过圈不同数量的每盒苹果的，让学生体会：圈出的个数不同，但是都能表示。例2分矿泉水，在理解分数的含义上，借助具体操作，理解“部分”与“整体”的关系，结合具体的情境，进一步认识分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进一步认识分数</w:t>
      </w:r>
    </w:p>
    <w:p>
      <w:pPr>
        <w:spacing w:after="40" w:line="300" w:lineRule="auto"/>
      </w:pPr>
      <w:r>
        <w:rPr>
          <w:rFonts w:ascii="宋体" w:hAnsi="宋体" w:eastAsia="宋体"/>
          <w:b w:val="0"/>
          <w:sz w:val="20"/>
        </w:rPr>
        <w:t>一箱矿泉水24瓶，平均分成3份。</w:t>
      </w:r>
    </w:p>
    <w:p>
      <w:pPr>
        <w:spacing w:after="40" w:line="300" w:lineRule="auto"/>
      </w:pPr>
      <w:r>
        <w:rPr>
          <w:rFonts w:ascii="宋体" w:hAnsi="宋体" w:eastAsia="宋体"/>
          <w:b w:val="0"/>
          <w:sz w:val="20"/>
        </w:rPr>
        <w:t>1份是这箱矿泉水的，有8瓶。2份就是2个，也就是这箱矿泉水的，有16瓶。</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教科书P85例1、例2，完成教科书P86“做一做”及P88“练习十七”中第1、2题。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始终抓住分数概念的基本要素：平均分的对象是谁？平均分的份数是几？分子表示的是所取的份数还是个数？在学生动手做、动口说的基础上追问，使学生抓住问题的本质来思考，提高了学生思考的准确性。在“变与不变”之中辨析，加深对分数含义的理解，同时培养了思维的灵活性。教学中充分利用学生已有的知识经验进行延伸拓展。学生最开始接受有点困难，但经过全体汇报交流，思维相互碰撞，智慧相互启迪，学生能慢慢掌握。通过一定的练习，学生对学习的内容掌握得比较好。</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几分之几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几分之几</w:t>
            </w:r>
          </w:p>
        </w:tc>
        <w:tc>
          <w:tcPr>
            <w:tcW w:type="dxa" w:w="6009"/>
          </w:tcPr>
          <w:p>
            <w:pPr>
              <w:spacing w:after="20" w:line="276" w:lineRule="auto"/>
            </w:pPr>
            <w:r/>
            <w:r>
              <w:rPr>
                <w:rFonts w:ascii="宋体" w:hAnsi="宋体" w:eastAsia="宋体"/>
                <w:b w:val="0"/>
                <w:sz w:val="20"/>
              </w:rPr>
              <w:t>第6单元 分数的初步认识（初步认识分数）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从整数到分数是数概念的一次扩展，学生的数学学习将要建立一个新的数概念，是对数的认识的一次质的飞跃。学生学习分数的知识具有一定的难度。三年级小学生在日常生活中也经常会遇到需要用分数或小数进行表达交流并解决实际问题的情况，学生有一定的生活经验去理解分数的产生与使用范围。本单元的内容设置的是分母在10以内的分数，适当地降低了学习的难度。明确“部分—整体”的关系是重中之重。</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教学内容：教科书P76例3、例4，完成教科书P76～77“做一做”及P79“练习十五”中第5、6题。</w:t>
      </w:r>
    </w:p>
    <w:p>
      <w:pPr>
        <w:spacing w:after="80" w:line="300" w:lineRule="auto"/>
        <w:ind w:firstLine="400"/>
      </w:pPr>
      <w:r>
        <w:rPr>
          <w:rFonts w:ascii="宋体" w:hAnsi="宋体" w:eastAsia="宋体"/>
          <w:b w:val="0"/>
          <w:sz w:val="20"/>
        </w:rPr>
        <w:t>教学准备：课件、正方形纸、直尺、彩纸条。</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（1）结合具体情境，初步认识几分之几，理解几分之几表示的含义，能正确读、写几分之几。</w:t>
      </w:r>
    </w:p>
    <w:p>
      <w:pPr>
        <w:spacing w:after="20" w:line="300" w:lineRule="auto"/>
        <w:ind w:firstLine="400"/>
      </w:pPr>
      <w:r>
        <w:rPr>
          <w:rFonts w:ascii="宋体" w:hAnsi="宋体" w:eastAsia="宋体"/>
          <w:b w:val="0"/>
          <w:sz w:val="20"/>
        </w:rPr>
        <w:t>（2）在经历认识几分之几的过程中，培养学生的合作意识、数学思考和语言表达能力。</w:t>
      </w:r>
    </w:p>
    <w:p>
      <w:pPr>
        <w:spacing w:after="20" w:line="300" w:lineRule="auto"/>
        <w:ind w:firstLine="400"/>
      </w:pPr>
      <w:r>
        <w:rPr>
          <w:rFonts w:ascii="宋体" w:hAnsi="宋体" w:eastAsia="宋体"/>
          <w:b w:val="0"/>
          <w:sz w:val="20"/>
        </w:rPr>
        <w:t>（3）感悟数形结合的数学思想和方法，体会分数在实际生活中的应用和价值。</w:t>
      </w:r>
    </w:p>
    <w:p>
      <w:pPr>
        <w:spacing w:after="20" w:line="300" w:lineRule="auto"/>
      </w:pPr>
      <w:r>
        <w:rPr>
          <w:rFonts w:ascii="宋体" w:hAnsi="宋体" w:eastAsia="宋体"/>
          <w:b w:val="0"/>
          <w:sz w:val="20"/>
        </w:rPr>
        <w:t>教学重点：初步认识几分之几，理解几分之几的含义。</w:t>
      </w:r>
    </w:p>
    <w:p>
      <w:pPr>
        <w:spacing w:after="20" w:line="300" w:lineRule="auto"/>
      </w:pPr>
      <w:r>
        <w:rPr>
          <w:rFonts w:ascii="宋体" w:hAnsi="宋体" w:eastAsia="宋体"/>
          <w:b w:val="0"/>
          <w:sz w:val="20"/>
        </w:rPr>
        <w:t>教学难点：理解几分之几的含义。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大家还想认识其他的分数吗？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动手操作，探索交流</w:t>
            </w:r>
          </w:p>
        </w:tc>
        <w:tc>
          <w:tcPr>
            <w:tcW w:type="dxa" w:w="1814"/>
          </w:tcPr>
          <w:p>
            <w:pPr>
              <w:spacing w:after="20" w:line="276" w:lineRule="auto"/>
            </w:pPr>
            <w:r/>
            <w:r>
              <w:rPr>
                <w:rFonts w:ascii="宋体" w:hAnsi="宋体" w:eastAsia="宋体"/>
                <w:b w:val="0"/>
                <w:sz w:val="18"/>
              </w:rPr>
              <w:t>课件、教科书、情境图、尺子</w:t>
            </w:r>
          </w:p>
        </w:tc>
        <w:tc>
          <w:tcPr>
            <w:tcW w:type="dxa" w:w="3402"/>
          </w:tcPr>
          <w:p>
            <w:pPr>
              <w:spacing w:after="20" w:line="276" w:lineRule="auto"/>
            </w:pPr>
            <w:r/>
            <w:r>
              <w:rPr>
                <w:rFonts w:ascii="宋体" w:hAnsi="宋体" w:eastAsia="宋体"/>
                <w:b w:val="0"/>
                <w:sz w:val="18"/>
              </w:rPr>
              <w:t>其中的1份用什么数表示呢？；如果选取其中的2份、3份呢？</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课堂练习，巩固新知</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尺子、课件</w:t>
            </w:r>
          </w:p>
        </w:tc>
        <w:tc>
          <w:tcPr>
            <w:tcW w:type="dxa" w:w="3402"/>
          </w:tcPr>
          <w:p>
            <w:pPr>
              <w:spacing w:after="20" w:line="276" w:lineRule="auto"/>
            </w:pPr>
            <w:r/>
            <w:r>
              <w:rPr>
                <w:rFonts w:ascii="宋体" w:hAnsi="宋体" w:eastAsia="宋体"/>
                <w:b w:val="0"/>
                <w:sz w:val="18"/>
              </w:rPr>
              <w:t>这节课你有什么收获？</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复习导入，揭示课题</w:t>
            </w:r>
          </w:p>
        </w:tc>
        <w:tc>
          <w:tcPr>
            <w:tcW w:type="dxa" w:w="3061"/>
          </w:tcPr>
          <w:p>
            <w:pPr>
              <w:spacing w:after="20" w:line="276" w:lineRule="auto"/>
            </w:pPr>
            <w:r/>
            <w:r>
              <w:rPr>
                <w:rFonts w:ascii="宋体" w:hAnsi="宋体" w:eastAsia="宋体"/>
                <w:b w:val="0"/>
                <w:sz w:val="18"/>
              </w:rPr>
              <w:t>1.复习导入。</w:t>
            </w:r>
          </w:p>
          <w:p>
            <w:pPr>
              <w:spacing w:after="20" w:line="276" w:lineRule="auto"/>
            </w:pPr>
            <w:r>
              <w:rPr>
                <w:rFonts w:ascii="宋体" w:hAnsi="宋体" w:eastAsia="宋体"/>
                <w:b w:val="0"/>
                <w:sz w:val="18"/>
              </w:rPr>
              <w:t>师：我们已经认识了几分之一的分数，请你举出一个是几分之一的分数的例子，并说说它所表示的意义。</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师：大家还想认识其他的分数吗？今天我们来认识几分之几。(板书课题：几分之几)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创设情境激活学生已有经验，自然引出本课学习内容，激发学习兴趣，核心问题："大家还想认识其他的分数吗？"</w:t>
            </w:r>
          </w:p>
        </w:tc>
      </w:tr>
      <w:tr>
        <w:tc>
          <w:tcPr>
            <w:tcW w:type="dxa" w:w="1474"/>
          </w:tcPr>
          <w:p>
            <w:pPr>
              <w:spacing w:after="20" w:line="276" w:lineRule="auto"/>
            </w:pPr>
            <w:r>
              <w:rPr>
                <w:b/>
              </w:rPr>
            </w:r>
            <w:r>
              <w:rPr>
                <w:rFonts w:ascii="宋体" w:hAnsi="宋体" w:eastAsia="宋体"/>
                <w:b/>
                <w:sz w:val="18"/>
              </w:rPr>
              <w:t>动手操作，探索交流</w:t>
            </w:r>
          </w:p>
        </w:tc>
        <w:tc>
          <w:tcPr>
            <w:tcW w:type="dxa" w:w="3061"/>
          </w:tcPr>
          <w:p>
            <w:pPr>
              <w:spacing w:after="20" w:line="276" w:lineRule="auto"/>
            </w:pPr>
            <w:r/>
            <w:r>
              <w:rPr>
                <w:rFonts w:ascii="宋体" w:hAnsi="宋体" w:eastAsia="宋体"/>
                <w:b w:val="0"/>
                <w:sz w:val="18"/>
              </w:rPr>
              <w:t>1.课件出示教科书P76例3。</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(2)结合情境图交流理解。</w:t>
            </w:r>
          </w:p>
          <w:p>
            <w:pPr>
              <w:spacing w:after="20" w:line="276" w:lineRule="auto"/>
            </w:pPr>
            <w:r>
              <w:rPr>
                <w:rFonts w:ascii="宋体" w:hAnsi="宋体" w:eastAsia="宋体"/>
                <w:b w:val="0"/>
                <w:sz w:val="18"/>
              </w:rPr>
              <w:t>重点理解杯，把整个水杯平均分成5份，装的水占1份，1份水占1杯的，就是杯，再依次类推出杯、杯、杯。</w:t>
            </w:r>
          </w:p>
          <w:p>
            <w:pPr>
              <w:spacing w:after="20" w:line="276" w:lineRule="auto"/>
            </w:pPr>
            <w:r>
              <w:rPr>
                <w:rFonts w:ascii="宋体" w:hAnsi="宋体" w:eastAsia="宋体"/>
                <w:b w:val="0"/>
                <w:sz w:val="18"/>
              </w:rPr>
              <w:t>2．画一画，分一分，说一说。</w:t>
            </w:r>
          </w:p>
          <w:p>
            <w:pPr>
              <w:spacing w:after="20" w:line="276" w:lineRule="auto"/>
            </w:pPr>
            <w:r>
              <w:rPr>
                <w:rFonts w:ascii="宋体" w:hAnsi="宋体" w:eastAsia="宋体"/>
                <w:b w:val="0"/>
                <w:sz w:val="18"/>
              </w:rPr>
              <w:t>(1)在随堂本上画出长1分米的线段，再把线段平均分成10份。</w:t>
            </w:r>
          </w:p>
          <w:p>
            <w:pPr>
              <w:spacing w:after="20" w:line="276" w:lineRule="auto"/>
            </w:pPr>
            <w:r>
              <w:rPr>
                <w:rFonts w:ascii="宋体" w:hAnsi="宋体" w:eastAsia="宋体"/>
                <w:b w:val="0"/>
                <w:sz w:val="18"/>
              </w:rPr>
              <w:t>(2)结合图尝试提出用分数表示的问题。</w:t>
            </w:r>
          </w:p>
          <w:p>
            <w:pPr>
              <w:spacing w:after="20" w:line="276" w:lineRule="auto"/>
            </w:pPr>
            <w:r>
              <w:rPr>
                <w:rFonts w:ascii="宋体" w:hAnsi="宋体" w:eastAsia="宋体"/>
                <w:b w:val="0"/>
                <w:sz w:val="18"/>
              </w:rPr>
              <w:t>3．课件出示教科书P76例4。</w:t>
            </w:r>
          </w:p>
          <w:p>
            <w:pPr>
              <w:spacing w:after="20" w:line="276" w:lineRule="auto"/>
            </w:pPr>
            <w:r>
              <w:rPr>
                <w:rFonts w:ascii="宋体" w:hAnsi="宋体" w:eastAsia="宋体"/>
                <w:b w:val="0"/>
                <w:sz w:val="18"/>
              </w:rPr>
              <w:t>师：其中的1份用什么数表示呢？</w:t>
            </w:r>
          </w:p>
          <w:p>
            <w:pPr>
              <w:spacing w:after="20" w:line="276" w:lineRule="auto"/>
            </w:pPr>
            <w:r>
              <w:rPr>
                <w:rFonts w:ascii="宋体" w:hAnsi="宋体" w:eastAsia="宋体"/>
                <w:b w:val="0"/>
                <w:sz w:val="18"/>
              </w:rPr>
              <w:t>引导学生结合尺子图理解：每份是1厘米，是1分米的，也就是分米。</w:t>
            </w:r>
          </w:p>
          <w:p>
            <w:pPr>
              <w:spacing w:after="20" w:line="276" w:lineRule="auto"/>
            </w:pPr>
            <w:r>
              <w:rPr>
                <w:rFonts w:ascii="宋体" w:hAnsi="宋体" w:eastAsia="宋体"/>
                <w:b w:val="0"/>
                <w:sz w:val="18"/>
              </w:rPr>
              <w:t>师：如果选取其中的2份、3份呢？</w:t>
            </w:r>
          </w:p>
          <w:p>
            <w:pPr>
              <w:spacing w:after="20" w:line="276" w:lineRule="auto"/>
            </w:pPr>
            <w:r>
              <w:rPr>
                <w:rFonts w:ascii="宋体" w:hAnsi="宋体" w:eastAsia="宋体"/>
                <w:b w:val="0"/>
                <w:sz w:val="18"/>
              </w:rPr>
              <w:t>4．写分数，说意义。</w:t>
            </w:r>
          </w:p>
          <w:p>
            <w:pPr>
              <w:spacing w:after="20" w:line="276" w:lineRule="auto"/>
            </w:pPr>
            <w:r>
              <w:rPr>
                <w:rFonts w:ascii="宋体" w:hAnsi="宋体" w:eastAsia="宋体"/>
                <w:b w:val="0"/>
                <w:sz w:val="18"/>
              </w:rPr>
              <w:t>师：你还想选尺子图中的几份？用分数怎么表示呢？</w:t>
            </w:r>
          </w:p>
          <w:p>
            <w:pPr>
              <w:spacing w:after="20" w:line="276" w:lineRule="auto"/>
            </w:pPr>
            <w:r>
              <w:rPr>
                <w:rFonts w:ascii="宋体" w:hAnsi="宋体" w:eastAsia="宋体"/>
                <w:b w:val="0"/>
                <w:sz w:val="18"/>
              </w:rPr>
              <w:t>指名学生说一说自己想选取的份数及表示的方法。(如7份用分数表示就是分米)</w:t>
            </w:r>
          </w:p>
          <w:p>
            <w:pPr>
              <w:spacing w:after="20" w:line="276" w:lineRule="auto"/>
            </w:pPr>
            <w:r>
              <w:rPr>
                <w:rFonts w:ascii="宋体" w:hAnsi="宋体" w:eastAsia="宋体"/>
                <w:b w:val="0"/>
                <w:sz w:val="18"/>
              </w:rPr>
              <w:t>师：如果把尺子平均分成100份，每份是它的多少？2份呢？5份呢？你还想到了什么？</w:t>
            </w:r>
          </w:p>
          <w:p>
            <w:pPr>
              <w:spacing w:after="20" w:line="276" w:lineRule="auto"/>
            </w:pPr>
            <w:r>
              <w:rPr>
                <w:rFonts w:ascii="宋体" w:hAnsi="宋体" w:eastAsia="宋体"/>
                <w:b w:val="0"/>
                <w:sz w:val="18"/>
              </w:rPr>
              <w:t>师：像、、、、、……这样的数，也都是分数。(板书)</w:t>
            </w:r>
          </w:p>
          <w:p>
            <w:pPr>
              <w:spacing w:after="20" w:line="276" w:lineRule="auto"/>
            </w:pPr>
            <w:r>
              <w:rPr>
                <w:rFonts w:ascii="宋体" w:hAnsi="宋体" w:eastAsia="宋体"/>
                <w:b w:val="0"/>
                <w:sz w:val="18"/>
              </w:rPr>
              <w:t>5．回顾反思，知识总结。</w:t>
            </w:r>
          </w:p>
          <w:p>
            <w:pPr>
              <w:spacing w:after="20" w:line="276" w:lineRule="auto"/>
            </w:pPr>
            <w:r>
              <w:rPr>
                <w:rFonts w:ascii="宋体" w:hAnsi="宋体" w:eastAsia="宋体"/>
                <w:b w:val="0"/>
                <w:sz w:val="18"/>
              </w:rPr>
              <w:t>师：今天我们又认识了这么多分数，那你们知道这些分数和我们前面学的分数、、有什么不同吗？</w:t>
            </w:r>
          </w:p>
        </w:tc>
        <w:tc>
          <w:tcPr>
            <w:tcW w:type="dxa" w:w="3061"/>
          </w:tcPr>
          <w:p>
            <w:pPr>
              <w:spacing w:after="20" w:line="276" w:lineRule="auto"/>
            </w:pPr>
            <w:r/>
            <w:r>
              <w:rPr>
                <w:rFonts w:ascii="宋体" w:hAnsi="宋体" w:eastAsia="宋体"/>
                <w:b w:val="0"/>
                <w:sz w:val="18"/>
              </w:rPr>
              <w:t>交流后结合尺子图理解：其中的2份就是2个分米，也就是分米；其中的3份就是3个分米，也就是分米。</w:t>
            </w:r>
          </w:p>
          <w:p>
            <w:pPr>
              <w:spacing w:after="20" w:line="276" w:lineRule="auto"/>
            </w:pPr>
            <w:r>
              <w:rPr>
                <w:rFonts w:ascii="宋体" w:hAnsi="宋体" w:eastAsia="宋体"/>
                <w:b w:val="0"/>
                <w:sz w:val="18"/>
              </w:rPr>
              <w:t>学生发言，拓展分数的知识，为学习小数奠定基础。</w:t>
            </w:r>
          </w:p>
          <w:p>
            <w:pPr>
              <w:spacing w:after="20" w:line="276" w:lineRule="auto"/>
            </w:pPr>
            <w:r>
              <w:rPr>
                <w:rFonts w:ascii="宋体" w:hAnsi="宋体" w:eastAsia="宋体"/>
                <w:b w:val="0"/>
                <w:sz w:val="18"/>
              </w:rPr>
              <w:t>学生交流后小结：前面认识的是几分之一，今天认识的是几分之几，这些都是分数。</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设计递进式探究活动，引导学生在动手实践与合作交流中经历知识形成过程，突破本课重难点，核心问题："其中的1份用什么数表示呢？"</w:t>
            </w:r>
          </w:p>
        </w:tc>
      </w:tr>
      <w:tr>
        <w:tc>
          <w:tcPr>
            <w:tcW w:type="dxa" w:w="1474"/>
          </w:tcPr>
          <w:p>
            <w:pPr>
              <w:spacing w:after="20" w:line="276" w:lineRule="auto"/>
            </w:pPr>
            <w:r>
              <w:rPr>
                <w:b/>
              </w:rPr>
            </w:r>
            <w:r>
              <w:rPr>
                <w:rFonts w:ascii="宋体" w:hAnsi="宋体" w:eastAsia="宋体"/>
                <w:b/>
                <w:sz w:val="18"/>
              </w:rPr>
              <w:t>课堂练习，巩固新知</w:t>
            </w:r>
          </w:p>
        </w:tc>
        <w:tc>
          <w:tcPr>
            <w:tcW w:type="dxa" w:w="3061"/>
          </w:tcPr>
          <w:p>
            <w:pPr>
              <w:spacing w:after="20" w:line="276" w:lineRule="auto"/>
            </w:pPr>
            <w:r/>
            <w:r>
              <w:rPr>
                <w:rFonts w:ascii="宋体" w:hAnsi="宋体" w:eastAsia="宋体"/>
                <w:b w:val="0"/>
                <w:sz w:val="18"/>
              </w:rPr>
              <w:t>1.完成教科书P76“做一做”第1题。</w:t>
            </w:r>
          </w:p>
          <w:p>
            <w:pPr>
              <w:spacing w:after="20" w:line="276" w:lineRule="auto"/>
            </w:pPr>
            <w:r>
              <w:rPr>
                <w:rFonts w:ascii="宋体" w:hAnsi="宋体" w:eastAsia="宋体"/>
                <w:b w:val="0"/>
                <w:sz w:val="18"/>
              </w:rPr>
              <w:t>(1)动手操作。</w:t>
            </w:r>
          </w:p>
          <w:p>
            <w:pPr>
              <w:spacing w:after="20" w:line="276" w:lineRule="auto"/>
            </w:pPr>
            <w:r>
              <w:rPr>
                <w:rFonts w:ascii="宋体" w:hAnsi="宋体" w:eastAsia="宋体"/>
                <w:b w:val="0"/>
                <w:sz w:val="18"/>
              </w:rPr>
              <w:t>拿出准备好的正方形纸，把它折成同样大的4份，再把其中的一份或几份涂上颜色。</w:t>
            </w:r>
          </w:p>
          <w:p>
            <w:pPr>
              <w:spacing w:after="20" w:line="276" w:lineRule="auto"/>
            </w:pPr>
            <w:r>
              <w:rPr>
                <w:rFonts w:ascii="宋体" w:hAnsi="宋体" w:eastAsia="宋体"/>
                <w:b w:val="0"/>
                <w:sz w:val="18"/>
              </w:rPr>
              <w:t>(2)学生独立完成，集体交流。</w:t>
            </w:r>
          </w:p>
          <w:p>
            <w:pPr>
              <w:spacing w:after="20" w:line="276" w:lineRule="auto"/>
            </w:pPr>
            <w:r>
              <w:rPr>
                <w:rFonts w:ascii="宋体" w:hAnsi="宋体" w:eastAsia="宋体"/>
                <w:b w:val="0"/>
                <w:sz w:val="18"/>
              </w:rPr>
              <w:t>结合图说一说1份是它的，2份是它的，3份是它的。</w:t>
            </w:r>
          </w:p>
          <w:p>
            <w:pPr>
              <w:spacing w:after="20" w:line="276" w:lineRule="auto"/>
            </w:pPr>
            <w:r>
              <w:rPr>
                <w:rFonts w:ascii="宋体" w:hAnsi="宋体" w:eastAsia="宋体"/>
                <w:b w:val="0"/>
                <w:sz w:val="18"/>
              </w:rPr>
              <w:t>2．完成教科书P77“做一做”第2题。</w:t>
            </w:r>
          </w:p>
          <w:p>
            <w:pPr>
              <w:spacing w:after="20" w:line="276" w:lineRule="auto"/>
            </w:pPr>
            <w:r>
              <w:rPr>
                <w:rFonts w:ascii="宋体" w:hAnsi="宋体" w:eastAsia="宋体"/>
                <w:b w:val="0"/>
                <w:sz w:val="18"/>
              </w:rPr>
              <w:t>3．完成教科书P79“练习十五”第5、6题。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(2)汇报交流展示。</w:t>
            </w:r>
          </w:p>
          <w:p>
            <w:pPr>
              <w:spacing w:after="20" w:line="276" w:lineRule="auto"/>
            </w:pPr>
            <w:r>
              <w:rPr>
                <w:rFonts w:ascii="宋体" w:hAnsi="宋体" w:eastAsia="宋体"/>
                <w:b w:val="0"/>
                <w:sz w:val="18"/>
              </w:rPr>
              <w:t>第6题注意分辨“涂色部分”和“没涂色部分”。引导学生说一说思考的过程，如“你是怎么看出来的？”</w:t>
            </w:r>
          </w:p>
        </w:tc>
        <w:tc>
          <w:tcPr>
            <w:tcW w:type="dxa" w:w="3061"/>
          </w:tcPr>
          <w:p>
            <w:pPr>
              <w:spacing w:after="20" w:line="276" w:lineRule="auto"/>
            </w:pPr>
            <w:r/>
            <w:r>
              <w:rPr>
                <w:rFonts w:ascii="宋体" w:hAnsi="宋体" w:eastAsia="宋体"/>
                <w:b w:val="0"/>
                <w:sz w:val="18"/>
              </w:rPr>
              <w:t>学生独立完成，再说说是怎样想的，每个分数是由几个这样的几分之一组成的。</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师：这节课你有什么收获？</w:t>
            </w:r>
          </w:p>
          <w:p>
            <w:pPr>
              <w:spacing w:after="20" w:line="276" w:lineRule="auto"/>
            </w:pPr>
            <w:r>
              <w:rPr>
                <w:rFonts w:ascii="宋体" w:hAnsi="宋体" w:eastAsia="宋体"/>
                <w:b w:val="0"/>
                <w:sz w:val="18"/>
              </w:rPr>
              <w:t>几分之几的教学，设计时以两个例题为载体进行。例3把杯子平均分成5份，数杯子里面的水占的份数来认识几分之几，让学生独立数一数，借鉴前面的经验表达几分之几，引导学生与五分之一建立联系。为例4的教学打下基础。例5设计时，先让学生画出长1分米的线段，再把线段平均分成10份，尝试提出用分数表示的问题，接着出示尺子图，在汇报交流中引导学生在每份是十分之一的基础上，类推出十分之几就是几个十分之一，深化对分数含义的理解，渗透分数单位。</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几分之几</w:t>
      </w:r>
    </w:p>
    <w:p>
      <w:pPr>
        <w:spacing w:after="40" w:line="300" w:lineRule="auto"/>
      </w:pPr>
      <w:r>
        <w:rPr>
          <w:rFonts w:ascii="宋体" w:hAnsi="宋体" w:eastAsia="宋体"/>
          <w:b w:val="0"/>
          <w:sz w:val="20"/>
        </w:rPr>
        <w:t>像、、、、、……这样的数，也都是分数。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教科书P76例3、例4，完成教科书P76～77“做一做”及P79“练习十五”中第5、6题。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设计了一系列动手实践活动，让学生在动手、动脑、动口的过程中，体会分数的含义。通过“数一数”，引导学生与几分之一建立联系，通过长1分米的直尺图，说明十分之几的含义，进一步理解几分之几的含义，为以后学习小数打下了基础。整体来看，借助几何直观和操作，学生初步认识了分数，加深了对分数含义的理解，巩固练习学生完成较好。</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分数的简单计算(2)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分数的简单计算(2)</w:t>
            </w:r>
          </w:p>
        </w:tc>
        <w:tc>
          <w:tcPr>
            <w:tcW w:type="dxa" w:w="6009"/>
          </w:tcPr>
          <w:p>
            <w:pPr>
              <w:spacing w:after="20" w:line="276" w:lineRule="auto"/>
            </w:pPr>
            <w:r/>
            <w:r>
              <w:rPr>
                <w:rFonts w:ascii="宋体" w:hAnsi="宋体" w:eastAsia="宋体"/>
                <w:b w:val="0"/>
                <w:sz w:val="20"/>
              </w:rPr>
              <w:t>第6单元 分数的初步认识（分数的简单计算）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从整数到分数是数概念的一次扩展，学生的数学学习将要建立一个新的数概念，是对数的认识的一次质的飞跃。学生学习分数的知识具有一定的难度。三年级小学生在日常生活中也经常会遇到需要用分数或小数进行表达交流并解决实际问题的情况，学生有一定的生活经验去理解分数的产生与使用范围。本单元的内容设置的是分母在10以内的分数，适当地降低了学习的难度。明确“部分—整体”的关系是重中之重。</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教学内容：教科书P82例2及“做一做”，完成教科书P83～84“练习十六”中相关题。</w:t>
      </w:r>
    </w:p>
    <w:p>
      <w:pPr>
        <w:spacing w:after="80" w:line="300" w:lineRule="auto"/>
        <w:ind w:firstLine="400"/>
      </w:pPr>
      <w:r>
        <w:rPr>
          <w:rFonts w:ascii="宋体" w:hAnsi="宋体" w:eastAsia="宋体"/>
          <w:b w:val="0"/>
          <w:sz w:val="20"/>
        </w:rPr>
        <w:t>教学准备：课件、长方形纸等。</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（1）理解简单的同分母分数加减法的算理，会计算“1减几分之几”。</w:t>
      </w:r>
    </w:p>
    <w:p>
      <w:pPr>
        <w:spacing w:after="20" w:line="300" w:lineRule="auto"/>
        <w:ind w:firstLine="400"/>
      </w:pPr>
      <w:r>
        <w:rPr>
          <w:rFonts w:ascii="宋体" w:hAnsi="宋体" w:eastAsia="宋体"/>
          <w:b w:val="0"/>
          <w:sz w:val="20"/>
        </w:rPr>
        <w:t>（2）解决简单的有关分数加减法的实际问题，培养动手操作和解决问题的能力。</w:t>
      </w:r>
    </w:p>
    <w:p>
      <w:pPr>
        <w:spacing w:after="20" w:line="300" w:lineRule="auto"/>
        <w:ind w:firstLine="400"/>
      </w:pPr>
      <w:r>
        <w:rPr>
          <w:rFonts w:ascii="宋体" w:hAnsi="宋体" w:eastAsia="宋体"/>
          <w:b w:val="0"/>
          <w:sz w:val="20"/>
        </w:rPr>
        <w:t>（3）渗透数形结合的思想，体会分数在实际生活中的应用和价值。</w:t>
      </w:r>
    </w:p>
    <w:p>
      <w:pPr>
        <w:spacing w:after="20" w:line="300" w:lineRule="auto"/>
      </w:pPr>
      <w:r>
        <w:rPr>
          <w:rFonts w:ascii="宋体" w:hAnsi="宋体" w:eastAsia="宋体"/>
          <w:b w:val="0"/>
          <w:sz w:val="20"/>
        </w:rPr>
        <w:t>教学重点：理解“1减几分之几”的算理，掌握“1减几分之几”的算法。</w:t>
      </w:r>
    </w:p>
    <w:p>
      <w:pPr>
        <w:spacing w:after="20" w:line="300" w:lineRule="auto"/>
      </w:pPr>
      <w:r>
        <w:rPr>
          <w:rFonts w:ascii="宋体" w:hAnsi="宋体" w:eastAsia="宋体"/>
          <w:b w:val="0"/>
          <w:sz w:val="20"/>
        </w:rPr>
        <w:t>教学难点：理解“1减几分之几”的算理。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       －＝         ＋＝</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探究“1减几分之几”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你是怎样想的？</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教科书、教科书P83～84、课件</w:t>
            </w:r>
          </w:p>
        </w:tc>
        <w:tc>
          <w:tcPr>
            <w:tcW w:type="dxa" w:w="3402"/>
          </w:tcPr>
          <w:p>
            <w:pPr>
              <w:spacing w:after="20" w:line="276" w:lineRule="auto"/>
            </w:pPr>
            <w:r/>
            <w:r>
              <w:rPr>
                <w:rFonts w:ascii="宋体" w:hAnsi="宋体" w:eastAsia="宋体"/>
                <w:b w:val="0"/>
                <w:sz w:val="18"/>
              </w:rPr>
              <w:t>你发现了什么规律？</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通过本节课的学习，你有什么收获？</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w:t>
            </w:r>
          </w:p>
        </w:tc>
        <w:tc>
          <w:tcPr>
            <w:tcW w:type="dxa" w:w="3061"/>
          </w:tcPr>
          <w:p>
            <w:pPr>
              <w:spacing w:after="20" w:line="276" w:lineRule="auto"/>
            </w:pPr>
            <w:r/>
            <w:r>
              <w:rPr>
                <w:rFonts w:ascii="宋体" w:hAnsi="宋体" w:eastAsia="宋体"/>
                <w:b w:val="0"/>
                <w:sz w:val="18"/>
              </w:rPr>
              <w:t>1.计算。(课件出示)</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       －＝         ＋＝</w:t>
            </w:r>
          </w:p>
        </w:tc>
        <w:tc>
          <w:tcPr>
            <w:tcW w:type="dxa" w:w="3061"/>
          </w:tcPr>
          <w:p>
            <w:pPr>
              <w:spacing w:after="20" w:line="276" w:lineRule="auto"/>
            </w:pPr>
            <w:r/>
            <w:r>
              <w:rPr>
                <w:rFonts w:ascii="宋体" w:hAnsi="宋体" w:eastAsia="宋体"/>
                <w:b w:val="0"/>
                <w:sz w:val="18"/>
              </w:rPr>
              <w:t>(1)指名口答，各选取一道加法和一道减法说一说是怎样计算的。</w:t>
            </w:r>
          </w:p>
          <w:p>
            <w:pPr>
              <w:spacing w:after="20" w:line="276" w:lineRule="auto"/>
            </w:pPr>
            <w:r>
              <w:rPr>
                <w:rFonts w:ascii="宋体" w:hAnsi="宋体" w:eastAsia="宋体"/>
                <w:b w:val="0"/>
                <w:sz w:val="18"/>
              </w:rPr>
              <w:t>(2)最后一道题和是，说明，当分子与分母相同时，表示取的份数与分的份数同样多，就是1。</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师：今天我们继续学习分数的简单计算。[板书课题：分数的简单计算(2)]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探究“1减几分之几”</w:t>
            </w:r>
          </w:p>
        </w:tc>
        <w:tc>
          <w:tcPr>
            <w:tcW w:type="dxa" w:w="3061"/>
          </w:tcPr>
          <w:p>
            <w:pPr>
              <w:spacing w:after="20" w:line="276" w:lineRule="auto"/>
            </w:pPr>
            <w:r/>
            <w:r>
              <w:rPr>
                <w:rFonts w:ascii="宋体" w:hAnsi="宋体" w:eastAsia="宋体"/>
                <w:b w:val="0"/>
                <w:sz w:val="18"/>
              </w:rPr>
              <w:t>1.课件出示教科书P82例2。</w:t>
            </w:r>
          </w:p>
          <w:p>
            <w:pPr>
              <w:spacing w:after="20" w:line="276" w:lineRule="auto"/>
            </w:pPr>
            <w:r>
              <w:rPr>
                <w:rFonts w:ascii="宋体" w:hAnsi="宋体" w:eastAsia="宋体"/>
                <w:b w:val="0"/>
                <w:sz w:val="18"/>
              </w:rPr>
              <w:t>一张彩纸，用去它的，剩下它的几分之几？</w:t>
            </w:r>
          </w:p>
          <w:p>
            <w:pPr>
              <w:spacing w:after="20" w:line="276" w:lineRule="auto"/>
            </w:pPr>
            <w:r>
              <w:rPr>
                <w:rFonts w:ascii="宋体" w:hAnsi="宋体" w:eastAsia="宋体"/>
                <w:b w:val="0"/>
                <w:sz w:val="18"/>
              </w:rPr>
              <w:t>(1)动手操作，独立探究。</w:t>
            </w:r>
          </w:p>
          <w:p>
            <w:pPr>
              <w:spacing w:after="20" w:line="276" w:lineRule="auto"/>
            </w:pPr>
            <w:r>
              <w:rPr>
                <w:rFonts w:ascii="宋体" w:hAnsi="宋体" w:eastAsia="宋体"/>
                <w:b w:val="0"/>
                <w:sz w:val="18"/>
              </w:rPr>
              <w:t>师：请同学们拿出课前准备的长方形纸，分一分，涂一涂，算一算。</w:t>
            </w:r>
          </w:p>
          <w:p>
            <w:pPr>
              <w:spacing w:after="20" w:line="276" w:lineRule="auto"/>
            </w:pPr>
            <w:r>
              <w:rPr>
                <w:rFonts w:ascii="宋体" w:hAnsi="宋体" w:eastAsia="宋体"/>
                <w:b w:val="0"/>
                <w:sz w:val="18"/>
              </w:rPr>
              <w:t>(2)小组交流，结合操作分享计算的思考过程。</w:t>
            </w:r>
          </w:p>
          <w:p>
            <w:pPr>
              <w:spacing w:after="20" w:line="276" w:lineRule="auto"/>
            </w:pPr>
            <w:r>
              <w:rPr>
                <w:rFonts w:ascii="宋体" w:hAnsi="宋体" w:eastAsia="宋体"/>
                <w:b w:val="0"/>
                <w:sz w:val="18"/>
              </w:rPr>
              <w:t>(3)全班交流。</w:t>
            </w:r>
          </w:p>
          <w:p>
            <w:pPr>
              <w:spacing w:after="20" w:line="276" w:lineRule="auto"/>
            </w:pPr>
            <w:r>
              <w:rPr>
                <w:rFonts w:ascii="宋体" w:hAnsi="宋体" w:eastAsia="宋体"/>
                <w:b w:val="0"/>
                <w:sz w:val="18"/>
              </w:rPr>
              <w:t>师：你是怎样想的？</w:t>
            </w:r>
          </w:p>
          <w:p>
            <w:pPr>
              <w:spacing w:after="20" w:line="276" w:lineRule="auto"/>
            </w:pPr>
            <w:r>
              <w:rPr>
                <w:rFonts w:ascii="宋体" w:hAnsi="宋体" w:eastAsia="宋体"/>
                <w:b w:val="0"/>
                <w:sz w:val="18"/>
              </w:rPr>
              <w:t>师生交流后结合课件演示说算理。</w:t>
            </w:r>
          </w:p>
          <w:p>
            <w:pPr>
              <w:spacing w:after="20" w:line="276" w:lineRule="auto"/>
            </w:pPr>
            <w:r>
              <w:rPr>
                <w:rFonts w:ascii="宋体" w:hAnsi="宋体" w:eastAsia="宋体"/>
                <w:b w:val="0"/>
                <w:sz w:val="18"/>
              </w:rPr>
              <w:t>一张彩纸用1来表示，1可以看作4个，就是。求剩下它的几分之几，就是从1里面去掉，用减法计算。</w:t>
            </w:r>
          </w:p>
          <w:p>
            <w:pPr>
              <w:spacing w:after="20" w:line="276" w:lineRule="auto"/>
            </w:pPr>
            <w:r>
              <w:rPr>
                <w:rFonts w:ascii="宋体" w:hAnsi="宋体" w:eastAsia="宋体"/>
                <w:b w:val="0"/>
                <w:sz w:val="18"/>
              </w:rPr>
              <w:t>(4)列式计算。</w:t>
            </w:r>
          </w:p>
          <w:p>
            <w:pPr>
              <w:spacing w:after="20" w:line="276" w:lineRule="auto"/>
            </w:pPr>
            <w:r>
              <w:rPr>
                <w:rFonts w:ascii="宋体" w:hAnsi="宋体" w:eastAsia="宋体"/>
                <w:b w:val="0"/>
                <w:sz w:val="18"/>
              </w:rPr>
              <w:t>1－＝－＝(板书)</w:t>
            </w:r>
          </w:p>
          <w:p>
            <w:pPr>
              <w:spacing w:after="20" w:line="276" w:lineRule="auto"/>
            </w:pPr>
            <w:r>
              <w:rPr>
                <w:rFonts w:ascii="宋体" w:hAnsi="宋体" w:eastAsia="宋体"/>
                <w:b w:val="0"/>
                <w:sz w:val="18"/>
              </w:rPr>
              <w:t>2．及时练习。</w:t>
            </w:r>
          </w:p>
          <w:p>
            <w:pPr>
              <w:spacing w:after="20" w:line="276" w:lineRule="auto"/>
            </w:pPr>
            <w:r>
              <w:rPr>
                <w:rFonts w:ascii="宋体" w:hAnsi="宋体" w:eastAsia="宋体"/>
                <w:b w:val="0"/>
                <w:sz w:val="18"/>
              </w:rPr>
              <w:t>(1)课件出示习题。</w:t>
            </w:r>
          </w:p>
          <w:p>
            <w:pPr>
              <w:spacing w:after="20" w:line="276" w:lineRule="auto"/>
            </w:pPr>
            <w:r>
              <w:rPr>
                <w:rFonts w:ascii="宋体" w:hAnsi="宋体" w:eastAsia="宋体"/>
                <w:b w:val="0"/>
                <w:sz w:val="18"/>
              </w:rPr>
              <w:t>(　　)－(　　)＝</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(3)交流想法。</w:t>
            </w:r>
          </w:p>
          <w:p>
            <w:pPr>
              <w:spacing w:after="20" w:line="276" w:lineRule="auto"/>
            </w:pPr>
            <w:r>
              <w:rPr>
                <w:rFonts w:ascii="宋体" w:hAnsi="宋体" w:eastAsia="宋体"/>
                <w:b w:val="0"/>
                <w:sz w:val="18"/>
              </w:rPr>
              <w:t>一个圆用1来表示，1可以看作5个，就是。图中去掉2个，即，列式为：1－＝－＝。</w:t>
            </w:r>
          </w:p>
          <w:p>
            <w:pPr>
              <w:spacing w:after="20" w:line="276" w:lineRule="auto"/>
            </w:pPr>
            <w:r>
              <w:rPr>
                <w:rFonts w:ascii="宋体" w:hAnsi="宋体" w:eastAsia="宋体"/>
                <w:b w:val="0"/>
                <w:sz w:val="18"/>
              </w:rPr>
              <w:t>(4)思考：“1减几分之几”怎样计算？</w:t>
            </w:r>
          </w:p>
          <w:p>
            <w:pPr>
              <w:spacing w:after="20" w:line="276" w:lineRule="auto"/>
            </w:pPr>
            <w:r>
              <w:rPr>
                <w:rFonts w:ascii="宋体" w:hAnsi="宋体" w:eastAsia="宋体"/>
                <w:b w:val="0"/>
                <w:sz w:val="18"/>
              </w:rPr>
              <w:t>师小结：通过平均分，可以把1改写成分子与分母相同的分数。</w:t>
            </w:r>
          </w:p>
          <w:p>
            <w:pPr>
              <w:spacing w:after="20" w:line="276" w:lineRule="auto"/>
            </w:pPr>
            <w:r>
              <w:rPr>
                <w:rFonts w:ascii="宋体" w:hAnsi="宋体" w:eastAsia="宋体"/>
                <w:b w:val="0"/>
                <w:sz w:val="18"/>
              </w:rPr>
              <w:t>3．“1减几分之几”的应用。</w:t>
            </w:r>
          </w:p>
          <w:p>
            <w:pPr>
              <w:spacing w:after="20" w:line="276" w:lineRule="auto"/>
            </w:pPr>
            <w:r>
              <w:rPr>
                <w:rFonts w:ascii="宋体" w:hAnsi="宋体" w:eastAsia="宋体"/>
                <w:b w:val="0"/>
                <w:sz w:val="18"/>
              </w:rPr>
              <w:t>课件出示教科书P82“做一做”第2题。</w:t>
            </w:r>
          </w:p>
          <w:p>
            <w:pPr>
              <w:spacing w:after="20" w:line="276" w:lineRule="auto"/>
            </w:pPr>
            <w:r>
              <w:rPr>
                <w:rFonts w:ascii="宋体" w:hAnsi="宋体" w:eastAsia="宋体"/>
                <w:b w:val="0"/>
                <w:sz w:val="18"/>
              </w:rPr>
              <w:t>(1)读题，理解题意。</w:t>
            </w:r>
          </w:p>
          <w:p>
            <w:pPr>
              <w:spacing w:after="20" w:line="276" w:lineRule="auto"/>
            </w:pPr>
            <w:r>
              <w:rPr>
                <w:rFonts w:ascii="宋体" w:hAnsi="宋体" w:eastAsia="宋体"/>
                <w:b w:val="0"/>
                <w:sz w:val="18"/>
              </w:rPr>
              <w:t>(2)学生独立完成，教师巡视。</w:t>
            </w:r>
          </w:p>
          <w:p>
            <w:pPr>
              <w:spacing w:after="20" w:line="276" w:lineRule="auto"/>
            </w:pPr>
            <w:r>
              <w:rPr>
                <w:rFonts w:ascii="宋体" w:hAnsi="宋体" w:eastAsia="宋体"/>
                <w:b w:val="0"/>
                <w:sz w:val="18"/>
              </w:rPr>
              <w:t>(3)指名交流。</w:t>
            </w:r>
          </w:p>
          <w:p>
            <w:pPr>
              <w:spacing w:after="20" w:line="276" w:lineRule="auto"/>
            </w:pPr>
            <w:r>
              <w:rPr>
                <w:rFonts w:ascii="宋体" w:hAnsi="宋体" w:eastAsia="宋体"/>
                <w:b w:val="0"/>
                <w:sz w:val="18"/>
              </w:rPr>
              <w:t>在交流中明确：一根彩绳用1来表示，改写成分子与分母相同的分数 。第一问列式计算如下：</w:t>
            </w:r>
          </w:p>
          <w:p>
            <w:pPr>
              <w:spacing w:after="20" w:line="276" w:lineRule="auto"/>
            </w:pPr>
            <w:r>
              <w:rPr>
                <w:rFonts w:ascii="宋体" w:hAnsi="宋体" w:eastAsia="宋体"/>
                <w:b w:val="0"/>
                <w:sz w:val="18"/>
              </w:rPr>
              <w:t>1－＝－＝。第二问要用到第一问的结果。</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设计递进式探究活动，引导学生在动手实践与合作交流中经历知识形成过程，突破本课重难点，核心问题："你是怎样想的？"</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1.完成教科书P82“做一做”第3题。</w:t>
            </w:r>
          </w:p>
          <w:p>
            <w:pPr>
              <w:spacing w:after="20" w:line="276" w:lineRule="auto"/>
            </w:pPr>
            <w:r>
              <w:rPr>
                <w:rFonts w:ascii="宋体" w:hAnsi="宋体" w:eastAsia="宋体"/>
                <w:b w:val="0"/>
                <w:sz w:val="18"/>
              </w:rPr>
              <w:t>2．完成教科书P83“练习十六”第1、2、3题中“1减几分之几”的题。</w:t>
            </w:r>
          </w:p>
          <w:p>
            <w:pPr>
              <w:spacing w:after="20" w:line="276" w:lineRule="auto"/>
            </w:pPr>
            <w:r>
              <w:rPr>
                <w:rFonts w:ascii="宋体" w:hAnsi="宋体" w:eastAsia="宋体"/>
                <w:b w:val="0"/>
                <w:sz w:val="18"/>
              </w:rPr>
              <w:t>3．完成教科书P83～84“练习十六”第5、6题。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(2)汇报交流，让学生说一说把什么看作1。</w:t>
            </w:r>
          </w:p>
          <w:p>
            <w:pPr>
              <w:spacing w:after="20" w:line="276" w:lineRule="auto"/>
            </w:pPr>
            <w:r>
              <w:rPr>
                <w:rFonts w:ascii="宋体" w:hAnsi="宋体" w:eastAsia="宋体"/>
                <w:b w:val="0"/>
                <w:sz w:val="18"/>
              </w:rPr>
              <w:t>4．完成教科书P84“练习十六”第7题。</w:t>
            </w:r>
          </w:p>
          <w:p>
            <w:pPr>
              <w:spacing w:after="20" w:line="276" w:lineRule="auto"/>
            </w:pPr>
            <w:r>
              <w:rPr>
                <w:rFonts w:ascii="宋体" w:hAnsi="宋体" w:eastAsia="宋体"/>
                <w:b w:val="0"/>
                <w:sz w:val="18"/>
              </w:rPr>
              <w:t>5．完成教科书P84“练习十六”第8题。</w:t>
            </w:r>
          </w:p>
          <w:p>
            <w:pPr>
              <w:spacing w:after="20" w:line="276" w:lineRule="auto"/>
            </w:pPr>
            <w:r>
              <w:rPr>
                <w:rFonts w:ascii="宋体" w:hAnsi="宋体" w:eastAsia="宋体"/>
                <w:b w:val="0"/>
                <w:sz w:val="18"/>
              </w:rPr>
              <w:t>(1)有序思考，尝试填一填。</w:t>
            </w:r>
          </w:p>
          <w:p>
            <w:pPr>
              <w:spacing w:after="20" w:line="276" w:lineRule="auto"/>
            </w:pPr>
            <w:r>
              <w:rPr>
                <w:rFonts w:ascii="宋体" w:hAnsi="宋体" w:eastAsia="宋体"/>
                <w:b w:val="0"/>
                <w:sz w:val="18"/>
              </w:rPr>
              <w:t>(2)汇报交流，答案不唯一。</w:t>
            </w:r>
          </w:p>
          <w:p>
            <w:pPr>
              <w:spacing w:after="20" w:line="276" w:lineRule="auto"/>
            </w:pPr>
            <w:r>
              <w:rPr>
                <w:rFonts w:ascii="宋体" w:hAnsi="宋体" w:eastAsia="宋体"/>
                <w:b w:val="0"/>
                <w:sz w:val="18"/>
              </w:rPr>
              <w:t>6．完成教科书P84“练习十六”第9题。</w:t>
            </w:r>
          </w:p>
          <w:p>
            <w:pPr>
              <w:spacing w:after="20" w:line="276" w:lineRule="auto"/>
            </w:pPr>
            <w:r>
              <w:rPr>
                <w:rFonts w:ascii="宋体" w:hAnsi="宋体" w:eastAsia="宋体"/>
                <w:b w:val="0"/>
                <w:sz w:val="18"/>
              </w:rPr>
              <w:t>(1)拿出准备好的长方形纸折一折、试一试，想好后再填一填。</w:t>
            </w:r>
          </w:p>
          <w:p>
            <w:pPr>
              <w:spacing w:after="20" w:line="276" w:lineRule="auto"/>
            </w:pPr>
            <w:r>
              <w:rPr>
                <w:rFonts w:ascii="宋体" w:hAnsi="宋体" w:eastAsia="宋体"/>
                <w:b w:val="0"/>
                <w:sz w:val="18"/>
              </w:rPr>
              <w:t>(2)师：你发现了什么规律？</w:t>
            </w:r>
          </w:p>
        </w:tc>
        <w:tc>
          <w:tcPr>
            <w:tcW w:type="dxa" w:w="3061"/>
          </w:tcPr>
          <w:p>
            <w:pPr>
              <w:spacing w:after="20" w:line="276" w:lineRule="auto"/>
            </w:pPr>
            <w:r/>
            <w:r>
              <w:rPr>
                <w:rFonts w:ascii="宋体" w:hAnsi="宋体" w:eastAsia="宋体"/>
                <w:b w:val="0"/>
                <w:sz w:val="18"/>
              </w:rPr>
              <w:t>学生独立完成后汇报交流。</w:t>
            </w:r>
          </w:p>
          <w:p>
            <w:pPr>
              <w:spacing w:after="20" w:line="276" w:lineRule="auto"/>
            </w:pPr>
            <w:r>
              <w:rPr>
                <w:rFonts w:ascii="宋体" w:hAnsi="宋体" w:eastAsia="宋体"/>
                <w:b w:val="0"/>
                <w:sz w:val="18"/>
              </w:rPr>
              <w:t>学生独立完成，集体订正。</w:t>
            </w:r>
          </w:p>
          <w:p>
            <w:pPr>
              <w:spacing w:after="20" w:line="276" w:lineRule="auto"/>
            </w:pPr>
            <w:r>
              <w:rPr>
                <w:rFonts w:ascii="宋体" w:hAnsi="宋体" w:eastAsia="宋体"/>
                <w:b w:val="0"/>
                <w:sz w:val="18"/>
              </w:rPr>
              <w:t>学生独立完成，然后集体交流。鼓励学生提出不同问题，其他学生及时列式解答。</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通过有层次的练习及时反馈学情，巩固新知，培养学生灵活运用知识解决问题的能力，核心问题："你发现了什么规律？"</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师：通过本节课的学习，你有什么收获？</w:t>
            </w:r>
          </w:p>
          <w:p>
            <w:pPr>
              <w:spacing w:after="20" w:line="276" w:lineRule="auto"/>
            </w:pPr>
            <w:r>
              <w:rPr>
                <w:rFonts w:ascii="宋体" w:hAnsi="宋体" w:eastAsia="宋体"/>
                <w:b w:val="0"/>
                <w:sz w:val="18"/>
              </w:rPr>
              <w:t>本节课先复习和是1的同分母分数加法，为例2作准备，同时让学生体会分数和整数的联系。例2的教学，设计时让学生借助长方形纸操作，借助直观图和分数的含义说理，理解1可以改写成分子与分母相同的分数。紧接着教学“1减几分之几”的应用，让学生感受用分数计算可以解决简单的实际问题，培养解决问题的能力和应用意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分数的简单计算(2)</w:t>
      </w:r>
    </w:p>
    <w:p>
      <w:pPr>
        <w:spacing w:after="40" w:line="300" w:lineRule="auto"/>
      </w:pPr>
      <w:r>
        <w:rPr>
          <w:rFonts w:ascii="宋体" w:hAnsi="宋体" w:eastAsia="宋体"/>
          <w:b w:val="0"/>
          <w:sz w:val="20"/>
        </w:rPr>
        <w:t>例2：一张彩纸，用去它的，剩下它的几分之几？</w:t>
      </w:r>
    </w:p>
    <w:p>
      <w:pPr>
        <w:spacing w:after="40" w:line="300" w:lineRule="auto"/>
      </w:pPr>
      <w:r>
        <w:rPr>
          <w:rFonts w:ascii="宋体" w:hAnsi="宋体" w:eastAsia="宋体"/>
          <w:b w:val="0"/>
          <w:sz w:val="20"/>
        </w:rPr>
        <w:t>1－＝－＝</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教科书P82例2及“做一做”，完成教科书P83～84“练习十六”中相关题。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1减几分之几”的教学充分发挥了学生的主体作用，借助操作、直观图形象直观地展示算理，便于学生理解。涉及“1减几分之几”的计算学生掌握较好，在解决“1减几分之几”的实际问题时，在直观支撑下更容易理解。在表达算理和算法的过程中，重点之处要加以指导，培养学生语言表达能力和逻辑推理能力。</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w:t>
            </w:r>
          </w:p>
        </w:tc>
        <w:tc>
          <w:tcPr>
            <w:tcW w:type="dxa" w:w="6009"/>
          </w:tcPr>
          <w:p>
            <w:pPr>
              <w:spacing w:after="20" w:line="276" w:lineRule="auto"/>
            </w:pPr>
            <w:r/>
            <w:r>
              <w:rPr>
                <w:rFonts w:ascii="宋体" w:hAnsi="宋体" w:eastAsia="宋体"/>
                <w:b w:val="0"/>
                <w:sz w:val="20"/>
              </w:rPr>
              <w:t>第6单元 分数的初步认识（进一步认识分数）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从整数到分数是数概念的一次扩展，学生的数学学习将要建立一个新的数概念，是对数的认识的一次质的飞跃。学生学习分数的知识具有一定的难度。三年级小学生在日常生活中也经常会遇到需要用分数或小数进行表达交流并解决实际问题的情况，学生有一定的生活经验去理解分数的产生与使用范围。本单元的内容设置的是分母在10以内的分数，适当地降低了学习的难度。明确“部分—整体”的关系是重中之重。</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教学内容：教科书P87例3，完成教科书P87“做一做”及P88～89“练习十七”中第3～7、9题。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（1）能解决有关分数的简单实际问题。</w:t>
      </w:r>
    </w:p>
    <w:p>
      <w:pPr>
        <w:spacing w:after="20" w:line="300" w:lineRule="auto"/>
        <w:ind w:firstLine="400"/>
      </w:pPr>
      <w:r>
        <w:rPr>
          <w:rFonts w:ascii="宋体" w:hAnsi="宋体" w:eastAsia="宋体"/>
          <w:b w:val="0"/>
          <w:sz w:val="20"/>
        </w:rPr>
        <w:t>（2）通过操作活动，理解情境中的数量关系，掌握求一个数的几分之几的方法。</w:t>
      </w:r>
    </w:p>
    <w:p>
      <w:pPr>
        <w:spacing w:after="20" w:line="300" w:lineRule="auto"/>
        <w:ind w:firstLine="400"/>
      </w:pPr>
      <w:r>
        <w:rPr>
          <w:rFonts w:ascii="宋体" w:hAnsi="宋体" w:eastAsia="宋体"/>
          <w:b w:val="0"/>
          <w:sz w:val="20"/>
        </w:rPr>
        <w:t>（3）感悟数形结合的思想，初步了解分数在实际生活中的应用和价值。</w:t>
      </w:r>
    </w:p>
    <w:p>
      <w:pPr>
        <w:spacing w:after="20" w:line="300" w:lineRule="auto"/>
      </w:pPr>
      <w:r>
        <w:rPr>
          <w:rFonts w:ascii="宋体" w:hAnsi="宋体" w:eastAsia="宋体"/>
          <w:b w:val="0"/>
          <w:sz w:val="20"/>
        </w:rPr>
        <w:t>教学重点：掌握求一个数的几分之几的实际问题的方法。</w:t>
      </w:r>
    </w:p>
    <w:p>
      <w:pPr>
        <w:spacing w:after="20" w:line="300" w:lineRule="auto"/>
      </w:pPr>
      <w:r>
        <w:rPr>
          <w:rFonts w:ascii="宋体" w:hAnsi="宋体" w:eastAsia="宋体"/>
          <w:b w:val="0"/>
          <w:sz w:val="20"/>
        </w:rPr>
        <w:t>教学难点：理解解决求一个数的几分之几的实际问题的方法。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圆片、课件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自主探索</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从题中你知道了什么信息？；说一说，“其中是女生，是男生”是什么意思？</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涂出的都是，怎么数量不一样啊？</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这节课你有哪些收获？</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有8个圆片，取走它的，取走了(　　)个。</w:t>
            </w:r>
          </w:p>
          <w:p>
            <w:pPr>
              <w:spacing w:after="20" w:line="276" w:lineRule="auto"/>
            </w:pPr>
            <w:r>
              <w:rPr>
                <w:rFonts w:ascii="宋体" w:hAnsi="宋体" w:eastAsia="宋体"/>
                <w:b w:val="0"/>
                <w:sz w:val="18"/>
              </w:rPr>
              <w:t>师：今天我们学习用分数解决简单的问题。(板书课题：解决问题)</w:t>
            </w:r>
          </w:p>
        </w:tc>
        <w:tc>
          <w:tcPr>
            <w:tcW w:type="dxa" w:w="3061"/>
          </w:tcPr>
          <w:p>
            <w:pPr>
              <w:spacing w:after="20" w:line="276" w:lineRule="auto"/>
            </w:pPr>
            <w:r/>
            <w:r>
              <w:rPr>
                <w:rFonts w:ascii="宋体" w:hAnsi="宋体" w:eastAsia="宋体"/>
                <w:b w:val="0"/>
                <w:sz w:val="18"/>
              </w:rPr>
              <w:t>学生答完后说一说是怎样想的。</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自主探索</w:t>
            </w:r>
          </w:p>
        </w:tc>
        <w:tc>
          <w:tcPr>
            <w:tcW w:type="dxa" w:w="3061"/>
          </w:tcPr>
          <w:p>
            <w:pPr>
              <w:spacing w:after="20" w:line="276" w:lineRule="auto"/>
            </w:pPr>
            <w:r/>
            <w:r>
              <w:rPr>
                <w:rFonts w:ascii="宋体" w:hAnsi="宋体" w:eastAsia="宋体"/>
                <w:b w:val="0"/>
                <w:sz w:val="18"/>
              </w:rPr>
              <w:t>课件出示教科书P87例3。</w:t>
            </w:r>
          </w:p>
          <w:p>
            <w:pPr>
              <w:spacing w:after="20" w:line="276" w:lineRule="auto"/>
            </w:pPr>
            <w:r>
              <w:rPr>
                <w:rFonts w:ascii="宋体" w:hAnsi="宋体" w:eastAsia="宋体"/>
                <w:b w:val="0"/>
                <w:sz w:val="18"/>
              </w:rPr>
              <w:t>航模小组有12名学生，其中是女生，是男生。男、女生各有多少人？</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师：从题中你知道了什么信息？</w:t>
            </w:r>
          </w:p>
          <w:p>
            <w:pPr>
              <w:spacing w:after="20" w:line="276" w:lineRule="auto"/>
            </w:pPr>
            <w:r>
              <w:rPr>
                <w:rFonts w:ascii="宋体" w:hAnsi="宋体" w:eastAsia="宋体"/>
                <w:b w:val="0"/>
                <w:sz w:val="18"/>
              </w:rPr>
              <w:t>师：说一说，“其中是女生，是男生”是什么意思？</w:t>
            </w:r>
          </w:p>
          <w:p>
            <w:pPr>
              <w:spacing w:after="20" w:line="276" w:lineRule="auto"/>
            </w:pPr>
            <w:r>
              <w:rPr>
                <w:rFonts w:ascii="宋体" w:hAnsi="宋体" w:eastAsia="宋体"/>
                <w:b w:val="0"/>
                <w:sz w:val="18"/>
              </w:rPr>
              <w:t>引导学生说出：把12名学生平均分成3份，女生人数占其中的1份，男生人数占其中的2份。</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师：怎样求出女生的人数呢？</w:t>
            </w:r>
          </w:p>
          <w:p>
            <w:pPr>
              <w:spacing w:after="20" w:line="276" w:lineRule="auto"/>
            </w:pPr>
            <w:r>
              <w:rPr>
                <w:rFonts w:ascii="宋体" w:hAnsi="宋体" w:eastAsia="宋体"/>
                <w:b w:val="0"/>
                <w:sz w:val="18"/>
              </w:rPr>
              <w:t>(1)画图理解。</w:t>
            </w:r>
          </w:p>
          <w:p>
            <w:pPr>
              <w:spacing w:after="20" w:line="276" w:lineRule="auto"/>
            </w:pPr>
            <w:r>
              <w:rPr>
                <w:rFonts w:ascii="宋体" w:hAnsi="宋体" w:eastAsia="宋体"/>
                <w:b w:val="0"/>
                <w:sz w:val="18"/>
              </w:rPr>
              <w:t>师：请同学们用图形(圆、三角形等)代表12名学生，画一画，分一分，说一说。</w:t>
            </w:r>
          </w:p>
          <w:p>
            <w:pPr>
              <w:spacing w:after="20" w:line="276" w:lineRule="auto"/>
            </w:pPr>
            <w:r>
              <w:rPr>
                <w:rFonts w:ascii="宋体" w:hAnsi="宋体" w:eastAsia="宋体"/>
                <w:b w:val="0"/>
                <w:sz w:val="18"/>
              </w:rPr>
              <w:t>(2)交流展示，列出算式。</w:t>
            </w:r>
          </w:p>
          <w:p>
            <w:pPr>
              <w:spacing w:after="20" w:line="276" w:lineRule="auto"/>
            </w:pPr>
            <w:r>
              <w:rPr>
                <w:rFonts w:ascii="宋体" w:hAnsi="宋体" w:eastAsia="宋体"/>
                <w:b w:val="0"/>
                <w:sz w:val="18"/>
              </w:rPr>
              <w:t>选择不同的同学展示。交流后课件出示如下图示。</w:t>
            </w:r>
          </w:p>
          <w:p>
            <w:pPr>
              <w:spacing w:after="20" w:line="276" w:lineRule="auto"/>
            </w:pPr>
            <w:r>
              <w:rPr>
                <w:rFonts w:ascii="宋体" w:hAnsi="宋体" w:eastAsia="宋体"/>
                <w:b w:val="0"/>
                <w:sz w:val="18"/>
              </w:rPr>
              <w:t>结合图示说想法：求女生人数就要把12人平均分成3组，求其中的1组是多少人，列式为12÷3＝4(人)。</w:t>
            </w:r>
          </w:p>
          <w:p>
            <w:pPr>
              <w:spacing w:after="20" w:line="276" w:lineRule="auto"/>
            </w:pPr>
            <w:r>
              <w:rPr>
                <w:rFonts w:ascii="宋体" w:hAnsi="宋体" w:eastAsia="宋体"/>
                <w:b w:val="0"/>
                <w:sz w:val="18"/>
              </w:rPr>
              <w:t>师：怎样求男生的人数呢？</w:t>
            </w:r>
          </w:p>
          <w:p>
            <w:pPr>
              <w:spacing w:after="20" w:line="276" w:lineRule="auto"/>
            </w:pPr>
            <w:r>
              <w:rPr>
                <w:rFonts w:ascii="宋体" w:hAnsi="宋体" w:eastAsia="宋体"/>
                <w:b w:val="0"/>
                <w:sz w:val="18"/>
              </w:rPr>
              <w:t>(1)学生独立完成，有困难的可以画一画图，再解决。</w:t>
            </w:r>
          </w:p>
          <w:p>
            <w:pPr>
              <w:spacing w:after="20" w:line="276" w:lineRule="auto"/>
            </w:pPr>
            <w:r>
              <w:rPr>
                <w:rFonts w:ascii="宋体" w:hAnsi="宋体" w:eastAsia="宋体"/>
                <w:b w:val="0"/>
                <w:sz w:val="18"/>
              </w:rPr>
              <w:t>(2)汇报交流想法。</w:t>
            </w:r>
          </w:p>
          <w:p>
            <w:pPr>
              <w:spacing w:after="20" w:line="276" w:lineRule="auto"/>
            </w:pPr>
            <w:r>
              <w:rPr>
                <w:rFonts w:ascii="宋体" w:hAnsi="宋体" w:eastAsia="宋体"/>
                <w:b w:val="0"/>
                <w:sz w:val="18"/>
              </w:rPr>
              <w:t>求男生人数就要把12人平均分成3组，求其中的2组是多少人，列式为：12÷3＝4(人)，4×2＝8(人)。(板书)</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师：让我们一起来回顾一下解决这个问题的过程。</w:t>
            </w:r>
          </w:p>
          <w:p>
            <w:pPr>
              <w:spacing w:after="20" w:line="276" w:lineRule="auto"/>
            </w:pPr>
            <w:r>
              <w:rPr>
                <w:rFonts w:ascii="宋体" w:hAnsi="宋体" w:eastAsia="宋体"/>
                <w:b w:val="0"/>
                <w:sz w:val="18"/>
              </w:rPr>
              <w:t>(1)学生相互交流并说一说怎样检验答案是否正确。</w:t>
            </w:r>
          </w:p>
          <w:p>
            <w:pPr>
              <w:spacing w:after="20" w:line="276" w:lineRule="auto"/>
            </w:pPr>
            <w:r>
              <w:rPr>
                <w:rFonts w:ascii="宋体" w:hAnsi="宋体" w:eastAsia="宋体"/>
                <w:b w:val="0"/>
                <w:sz w:val="18"/>
              </w:rPr>
              <w:t>(2)汇报检验方法。</w:t>
            </w:r>
          </w:p>
          <w:p>
            <w:pPr>
              <w:spacing w:after="20" w:line="276" w:lineRule="auto"/>
            </w:pPr>
            <w:r>
              <w:rPr>
                <w:rFonts w:ascii="宋体" w:hAnsi="宋体" w:eastAsia="宋体"/>
                <w:b w:val="0"/>
                <w:sz w:val="18"/>
              </w:rPr>
              <w:t>(3)方法总结。</w:t>
            </w:r>
          </w:p>
          <w:p>
            <w:pPr>
              <w:spacing w:after="20" w:line="276" w:lineRule="auto"/>
            </w:pPr>
            <w:r>
              <w:rPr>
                <w:rFonts w:ascii="宋体" w:hAnsi="宋体" w:eastAsia="宋体"/>
                <w:b w:val="0"/>
                <w:sz w:val="18"/>
              </w:rPr>
              <w:t>师小结：今天我们解决的是“求一个数的几分之几”的实际问题，只要知道几分之几表示什么意思，就可以解决这类问题了。</w:t>
            </w:r>
          </w:p>
        </w:tc>
        <w:tc>
          <w:tcPr>
            <w:tcW w:type="dxa" w:w="3061"/>
          </w:tcPr>
          <w:p>
            <w:pPr>
              <w:spacing w:after="20" w:line="276" w:lineRule="auto"/>
            </w:pPr>
            <w:r/>
            <w:r>
              <w:rPr>
                <w:rFonts w:ascii="宋体" w:hAnsi="宋体" w:eastAsia="宋体"/>
                <w:b w:val="0"/>
                <w:sz w:val="18"/>
              </w:rPr>
              <w:t>学生独立画图，教师巡视指导。</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设计递进式探究活动，引导学生在动手实践与合作交流中经历知识形成过程，突破本课重难点，核心问题："从题中你知道了什么信息？"</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1.完成教科书P87“做一做”。</w:t>
            </w:r>
          </w:p>
          <w:p>
            <w:pPr>
              <w:spacing w:after="20" w:line="276" w:lineRule="auto"/>
            </w:pPr>
            <w:r>
              <w:rPr>
                <w:rFonts w:ascii="宋体" w:hAnsi="宋体" w:eastAsia="宋体"/>
                <w:b w:val="0"/>
                <w:sz w:val="18"/>
              </w:rPr>
              <w:t>2．完成教科书P88“练习十七”第3、4、5题。</w:t>
            </w:r>
          </w:p>
          <w:p>
            <w:pPr>
              <w:spacing w:after="20" w:line="276" w:lineRule="auto"/>
            </w:pPr>
            <w:r>
              <w:rPr>
                <w:rFonts w:ascii="宋体" w:hAnsi="宋体" w:eastAsia="宋体"/>
                <w:b w:val="0"/>
                <w:sz w:val="18"/>
              </w:rPr>
              <w:t>先独立思考每一题什么意思？该怎样解决？再画一画，写一写。</w:t>
            </w:r>
          </w:p>
          <w:p>
            <w:pPr>
              <w:spacing w:after="20" w:line="276" w:lineRule="auto"/>
            </w:pPr>
            <w:r>
              <w:rPr>
                <w:rFonts w:ascii="宋体" w:hAnsi="宋体" w:eastAsia="宋体"/>
                <w:b w:val="0"/>
                <w:sz w:val="18"/>
              </w:rPr>
              <w:t>3．完成教科书P89“练习十七”第6题。</w:t>
            </w:r>
          </w:p>
          <w:p>
            <w:pPr>
              <w:spacing w:after="20" w:line="276" w:lineRule="auto"/>
            </w:pPr>
            <w:r>
              <w:rPr>
                <w:rFonts w:ascii="宋体" w:hAnsi="宋体" w:eastAsia="宋体"/>
                <w:b w:val="0"/>
                <w:sz w:val="18"/>
              </w:rPr>
              <w:t>师：涂出的都是，怎么数量不一样啊？</w:t>
            </w:r>
          </w:p>
          <w:p>
            <w:pPr>
              <w:spacing w:after="20" w:line="276" w:lineRule="auto"/>
            </w:pPr>
            <w:r>
              <w:rPr>
                <w:rFonts w:ascii="宋体" w:hAnsi="宋体" w:eastAsia="宋体"/>
                <w:b w:val="0"/>
                <w:sz w:val="18"/>
              </w:rPr>
              <w:t>4．完成教科书P89“练习十七”第7题。</w:t>
            </w:r>
          </w:p>
          <w:p>
            <w:pPr>
              <w:spacing w:after="20" w:line="276" w:lineRule="auto"/>
            </w:pPr>
            <w:r>
              <w:rPr>
                <w:rFonts w:ascii="宋体" w:hAnsi="宋体" w:eastAsia="宋体"/>
                <w:b w:val="0"/>
                <w:sz w:val="18"/>
              </w:rPr>
              <w:t>结合钟面数一数，填一填。</w:t>
            </w:r>
          </w:p>
          <w:p>
            <w:pPr>
              <w:spacing w:after="20" w:line="276" w:lineRule="auto"/>
            </w:pPr>
            <w:r>
              <w:rPr>
                <w:rFonts w:ascii="宋体" w:hAnsi="宋体" w:eastAsia="宋体"/>
                <w:b w:val="0"/>
                <w:sz w:val="18"/>
              </w:rPr>
              <w:t>5．完成教科书P89“练习十七”第9题。</w:t>
            </w:r>
          </w:p>
          <w:p>
            <w:pPr>
              <w:spacing w:after="20" w:line="276" w:lineRule="auto"/>
            </w:pPr>
            <w:r>
              <w:rPr>
                <w:rFonts w:ascii="宋体" w:hAnsi="宋体" w:eastAsia="宋体"/>
                <w:b w:val="0"/>
                <w:sz w:val="18"/>
              </w:rPr>
              <w:t>(1)先理解“”和“”的意思。</w:t>
            </w:r>
          </w:p>
          <w:p>
            <w:pPr>
              <w:spacing w:after="20" w:line="276" w:lineRule="auto"/>
            </w:pPr>
            <w:r>
              <w:rPr>
                <w:rFonts w:ascii="宋体" w:hAnsi="宋体" w:eastAsia="宋体"/>
                <w:b w:val="0"/>
                <w:sz w:val="18"/>
              </w:rPr>
              <w:t>(2)学生独立完成后交流。</w:t>
            </w:r>
          </w:p>
        </w:tc>
        <w:tc>
          <w:tcPr>
            <w:tcW w:type="dxa" w:w="3061"/>
          </w:tcPr>
          <w:p>
            <w:pPr>
              <w:spacing w:after="20" w:line="276" w:lineRule="auto"/>
            </w:pPr>
            <w:r/>
            <w:r>
              <w:rPr>
                <w:rFonts w:ascii="宋体" w:hAnsi="宋体" w:eastAsia="宋体"/>
                <w:b w:val="0"/>
                <w:sz w:val="18"/>
              </w:rPr>
              <w:t>学生独立完成后交流，有困难的借助画图解决。</w:t>
            </w:r>
          </w:p>
          <w:p>
            <w:pPr>
              <w:spacing w:after="20" w:line="276" w:lineRule="auto"/>
            </w:pPr>
            <w:r>
              <w:rPr>
                <w:rFonts w:ascii="宋体" w:hAnsi="宋体" w:eastAsia="宋体"/>
                <w:b w:val="0"/>
                <w:sz w:val="18"/>
              </w:rPr>
              <w:t>学生完成后集体交流。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通过有层次的练习及时反馈学情，巩固新知，培养学生灵活运用知识解决问题的能力，核心问题："涂出的都是，怎么数量不一样啊？"</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师：这节课你有哪些收获？</w:t>
            </w:r>
          </w:p>
          <w:p>
            <w:pPr>
              <w:spacing w:after="20" w:line="276" w:lineRule="auto"/>
            </w:pPr>
            <w:r>
              <w:rPr>
                <w:rFonts w:ascii="宋体" w:hAnsi="宋体" w:eastAsia="宋体"/>
                <w:b w:val="0"/>
                <w:sz w:val="18"/>
              </w:rPr>
              <w:t>本节课是解决问题的教学，设计时按照解决问题的三个步骤教学，在创设现实情境后，引导学生联系分数的意义，通过自己的实际操作和观察，在学习单上画一画、分一分，理解情境中的数量关系，利用已经掌握的整数乘法和除法的知识解决。借助画图求出女生人数，再放手直接求出男生人数，由具体到抽象，掌握解决这类问题的方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女生：12÷3＝4(人)</w:t>
      </w:r>
    </w:p>
    <w:p>
      <w:pPr>
        <w:spacing w:after="40" w:line="300" w:lineRule="auto"/>
      </w:pPr>
      <w:r>
        <w:rPr>
          <w:rFonts w:ascii="宋体" w:hAnsi="宋体" w:eastAsia="宋体"/>
          <w:b w:val="0"/>
          <w:sz w:val="20"/>
        </w:rPr>
        <w:t>男生：12÷3＝4(人)</w:t>
      </w:r>
    </w:p>
    <w:p>
      <w:pPr>
        <w:spacing w:after="40" w:line="300" w:lineRule="auto"/>
      </w:pPr>
      <w:r>
        <w:rPr>
          <w:rFonts w:ascii="宋体" w:hAnsi="宋体" w:eastAsia="宋体"/>
          <w:b w:val="0"/>
          <w:sz w:val="20"/>
        </w:rPr>
        <w:t>4×2＝8(人)</w:t>
      </w:r>
    </w:p>
    <w:p>
      <w:pPr>
        <w:spacing w:after="40" w:line="300" w:lineRule="auto"/>
      </w:pPr>
      <w:r>
        <w:rPr>
          <w:rFonts w:ascii="宋体" w:hAnsi="宋体" w:eastAsia="宋体"/>
          <w:b w:val="0"/>
          <w:sz w:val="20"/>
        </w:rPr>
        <w:t>答：女生有4人，男生有8人。</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教科书P87例3，完成教科书P87“做一做”及P88～89“练习十七”中第3～7、9题。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组织学生自主思考，分析解决问题，引导学生充分交流表达，教师在耐心倾听的基础上适时介入，用问题引导时只在关键处点拨，在学生梳理的基础上帮助提升。既尊重学生的主体地位，发挥学生的主观能动性，又体现教师的主导作用。在“阅读理解”环节，重视读懂信息，引导学生用图形表征，体会含有分数的信息的意思。在“分析解答”环节，结合图形理解，让学生在图形、语言与算式表征不断转化的过程中，掌握解决这类问题的方法。“回顾反思”环节，有意识地培养学生反思的习惯，总结解题方法。</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比较同分母分数及几分之一的大小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比较同分母分数及几分之一的大小</w:t>
            </w:r>
          </w:p>
        </w:tc>
        <w:tc>
          <w:tcPr>
            <w:tcW w:type="dxa" w:w="6009"/>
          </w:tcPr>
          <w:p>
            <w:pPr>
              <w:spacing w:after="20" w:line="276" w:lineRule="auto"/>
            </w:pPr>
            <w:r/>
            <w:r>
              <w:rPr>
                <w:rFonts w:ascii="宋体" w:hAnsi="宋体" w:eastAsia="宋体"/>
                <w:b w:val="0"/>
                <w:sz w:val="20"/>
              </w:rPr>
              <w:t>第6单元 分数的初步认识（初步认识分数）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从整数到分数是数概念的一次扩展，学生的数学学习将要建立一个新的数概念，是对数的认识的一次质的飞跃。学生学习分数的知识具有一定的难度。三年级小学生在日常生活中也经常会遇到需要用分数或小数进行表达交流并解决实际问题的情况，学生有一定的生活经验去理解分数的产生与使用范围。本单元的内容设置的是分母在10以内的分数，适当地降低了学习的难度。明确“部分—整体”的关系是重中之重。</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教学内容：教科书P77例5，完成教科书P78“做一做”及P79～80“练习十五”中第7～11题。</w:t>
      </w:r>
    </w:p>
    <w:p>
      <w:pPr>
        <w:spacing w:after="80" w:line="300" w:lineRule="auto"/>
        <w:ind w:firstLine="400"/>
      </w:pPr>
      <w:r>
        <w:rPr>
          <w:rFonts w:ascii="宋体" w:hAnsi="宋体" w:eastAsia="宋体"/>
          <w:b w:val="0"/>
          <w:sz w:val="20"/>
        </w:rPr>
        <w:t>教学准备：课件、长方形纸片、学习单。</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（1）能比较简单的同分母分数及几分之一的大小。</w:t>
      </w:r>
    </w:p>
    <w:p>
      <w:pPr>
        <w:spacing w:after="20" w:line="300" w:lineRule="auto"/>
        <w:ind w:firstLine="400"/>
      </w:pPr>
      <w:r>
        <w:rPr>
          <w:rFonts w:ascii="宋体" w:hAnsi="宋体" w:eastAsia="宋体"/>
          <w:b w:val="0"/>
          <w:sz w:val="20"/>
        </w:rPr>
        <w:t>（2）经历探索比较简单的分数的大小的过程，掌握比较方法，发展数感。</w:t>
      </w:r>
    </w:p>
    <w:p>
      <w:pPr>
        <w:spacing w:after="20" w:line="300" w:lineRule="auto"/>
        <w:ind w:firstLine="400"/>
      </w:pPr>
      <w:r>
        <w:rPr>
          <w:rFonts w:ascii="宋体" w:hAnsi="宋体" w:eastAsia="宋体"/>
          <w:b w:val="0"/>
          <w:sz w:val="20"/>
        </w:rPr>
        <w:t>（3）通过操作、观察、比较等活动，培养学生动手操作能力和自主获取知识的能力。</w:t>
      </w:r>
    </w:p>
    <w:p>
      <w:pPr>
        <w:spacing w:after="20" w:line="300" w:lineRule="auto"/>
      </w:pPr>
      <w:r>
        <w:rPr>
          <w:rFonts w:ascii="宋体" w:hAnsi="宋体" w:eastAsia="宋体"/>
          <w:b w:val="0"/>
          <w:sz w:val="20"/>
        </w:rPr>
        <w:t>教学重点：掌握比较简单的同分母分数及几分之一的大小的方法，并能进行大小比较。</w:t>
      </w:r>
    </w:p>
    <w:p>
      <w:pPr>
        <w:spacing w:after="20" w:line="300" w:lineRule="auto"/>
      </w:pPr>
      <w:r>
        <w:rPr>
          <w:rFonts w:ascii="宋体" w:hAnsi="宋体" w:eastAsia="宋体"/>
          <w:b w:val="0"/>
          <w:sz w:val="20"/>
        </w:rPr>
        <w:t>教学难点：理解比较简单的同分母分数及几分之一的大小的方法。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不借助图，你能比较两个分数谁大谁小吗？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二、探索比较方法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你发现了什么？</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比较。(板书)</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通过刚才的操作，你有什么发现？</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教科书、线段图、课件</w:t>
            </w:r>
          </w:p>
        </w:tc>
        <w:tc>
          <w:tcPr>
            <w:tcW w:type="dxa" w:w="3402"/>
          </w:tcPr>
          <w:p>
            <w:pPr>
              <w:spacing w:after="20" w:line="276" w:lineRule="auto"/>
            </w:pPr>
            <w:r/>
            <w:r>
              <w:rPr>
                <w:rFonts w:ascii="宋体" w:hAnsi="宋体" w:eastAsia="宋体"/>
                <w:b w:val="0"/>
                <w:sz w:val="18"/>
              </w:rPr>
              <w:t>分数是多少？你是怎么想的？又是怎样比较的？；你是怎么看出来的？</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通过这节课的学习，你有哪些收获？</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(1)说一说每个杯子里分别有几分之几杯果汁？</w:t>
            </w:r>
          </w:p>
          <w:p>
            <w:pPr>
              <w:spacing w:after="20" w:line="276" w:lineRule="auto"/>
            </w:pPr>
            <w:r>
              <w:rPr>
                <w:rFonts w:ascii="宋体" w:hAnsi="宋体" w:eastAsia="宋体"/>
                <w:b w:val="0"/>
                <w:sz w:val="18"/>
              </w:rPr>
              <w:t>分别是杯和杯。</w:t>
            </w:r>
          </w:p>
          <w:p>
            <w:pPr>
              <w:spacing w:after="20" w:line="276" w:lineRule="auto"/>
            </w:pPr>
            <w:r>
              <w:rPr>
                <w:rFonts w:ascii="宋体" w:hAnsi="宋体" w:eastAsia="宋体"/>
                <w:b w:val="0"/>
                <w:sz w:val="18"/>
              </w:rPr>
              <w:t>(2)结合图观察，哪个杯子里的果汁多？</w:t>
            </w:r>
          </w:p>
          <w:p>
            <w:pPr>
              <w:spacing w:after="20" w:line="276" w:lineRule="auto"/>
            </w:pPr>
            <w:r>
              <w:rPr>
                <w:rFonts w:ascii="宋体" w:hAnsi="宋体" w:eastAsia="宋体"/>
                <w:b w:val="0"/>
                <w:sz w:val="18"/>
              </w:rPr>
              <w:t>师：不借助图，你能比较两个分数谁大谁小吗？今天我们就来学习比较简单分数的大小。(板书课题：比较同分母分数及几分之一的大小)</w:t>
            </w:r>
          </w:p>
        </w:tc>
        <w:tc>
          <w:tcPr>
            <w:tcW w:type="dxa" w:w="3061"/>
          </w:tcPr>
          <w:p>
            <w:pPr>
              <w:spacing w:after="20" w:line="276" w:lineRule="auto"/>
            </w:pPr>
            <w:r/>
            <w:r>
              <w:rPr>
                <w:rFonts w:ascii="宋体" w:hAnsi="宋体" w:eastAsia="宋体"/>
                <w:b w:val="0"/>
                <w:sz w:val="18"/>
              </w:rPr>
              <w:t>交流后说明：杯果汁比杯多，＞。</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创设情境激活学生已有经验，自然引出本课学习内容，激发学习兴趣，核心问题："不借助图，你能比较两个分数谁大谁小吗？"</w:t>
            </w:r>
          </w:p>
        </w:tc>
      </w:tr>
      <w:tr>
        <w:tc>
          <w:tcPr>
            <w:tcW w:type="dxa" w:w="1474"/>
          </w:tcPr>
          <w:p>
            <w:pPr>
              <w:spacing w:after="20" w:line="276" w:lineRule="auto"/>
            </w:pPr>
            <w:r>
              <w:rPr>
                <w:b/>
              </w:rPr>
            </w:r>
            <w:r>
              <w:rPr>
                <w:rFonts w:ascii="宋体" w:hAnsi="宋体" w:eastAsia="宋体"/>
                <w:b/>
                <w:sz w:val="18"/>
              </w:rPr>
              <w:t>二、探索比较方法</w:t>
            </w:r>
          </w:p>
        </w:tc>
        <w:tc>
          <w:tcPr>
            <w:tcW w:type="dxa" w:w="3061"/>
          </w:tcPr>
          <w:p>
            <w:pPr>
              <w:spacing w:after="20" w:line="276" w:lineRule="auto"/>
            </w:pPr>
            <w:r/>
            <w:r>
              <w:rPr>
                <w:rFonts w:ascii="宋体" w:hAnsi="宋体" w:eastAsia="宋体"/>
                <w:b w:val="0"/>
                <w:sz w:val="18"/>
              </w:rPr>
              <w:t>1.比较简单的同分母分数的大小。</w:t>
            </w:r>
          </w:p>
          <w:p>
            <w:pPr>
              <w:spacing w:after="20" w:line="276" w:lineRule="auto"/>
            </w:pPr>
            <w:r>
              <w:rPr>
                <w:rFonts w:ascii="宋体" w:hAnsi="宋体" w:eastAsia="宋体"/>
                <w:b w:val="0"/>
                <w:sz w:val="18"/>
              </w:rPr>
              <w:t>课件出示教科书P77例5(1)。</w:t>
            </w:r>
          </w:p>
          <w:p>
            <w:pPr>
              <w:spacing w:after="20" w:line="276" w:lineRule="auto"/>
            </w:pPr>
            <w:r>
              <w:rPr>
                <w:rFonts w:ascii="宋体" w:hAnsi="宋体" w:eastAsia="宋体"/>
                <w:b w:val="0"/>
                <w:sz w:val="18"/>
              </w:rPr>
              <w:t>涂一涂，比一比。</w:t>
            </w:r>
          </w:p>
          <w:p>
            <w:pPr>
              <w:spacing w:after="20" w:line="276" w:lineRule="auto"/>
            </w:pPr>
            <w:r>
              <w:rPr>
                <w:rFonts w:ascii="宋体" w:hAnsi="宋体" w:eastAsia="宋体"/>
                <w:b w:val="0"/>
                <w:sz w:val="18"/>
              </w:rPr>
              <w:t>(1)让学生拿出学习单涂一涂，比一比每组中两个分数的大小。</w:t>
            </w:r>
          </w:p>
          <w:p>
            <w:pPr>
              <w:spacing w:after="20" w:line="276" w:lineRule="auto"/>
            </w:pPr>
            <w:r>
              <w:rPr>
                <w:rFonts w:ascii="宋体" w:hAnsi="宋体" w:eastAsia="宋体"/>
                <w:b w:val="0"/>
                <w:sz w:val="18"/>
              </w:rPr>
              <w:t>(2)小组内相互交流。</w:t>
            </w:r>
          </w:p>
          <w:p>
            <w:pPr>
              <w:spacing w:after="20" w:line="276" w:lineRule="auto"/>
            </w:pPr>
            <w:r>
              <w:rPr>
                <w:rFonts w:ascii="宋体" w:hAnsi="宋体" w:eastAsia="宋体"/>
                <w:b w:val="0"/>
                <w:sz w:val="18"/>
              </w:rPr>
              <w:t>(3)集体交流。</w:t>
            </w:r>
          </w:p>
          <w:p>
            <w:pPr>
              <w:spacing w:after="20" w:line="276" w:lineRule="auto"/>
            </w:pPr>
            <w:r>
              <w:rPr>
                <w:rFonts w:ascii="宋体" w:hAnsi="宋体" w:eastAsia="宋体"/>
                <w:b w:val="0"/>
                <w:sz w:val="18"/>
              </w:rPr>
              <w:t>指名拿着学习单到实物展台上交流。</w:t>
            </w:r>
          </w:p>
          <w:p>
            <w:pPr>
              <w:spacing w:after="20" w:line="276" w:lineRule="auto"/>
            </w:pPr>
            <w:r>
              <w:rPr>
                <w:rFonts w:ascii="宋体" w:hAnsi="宋体" w:eastAsia="宋体"/>
                <w:b w:val="0"/>
                <w:sz w:val="18"/>
              </w:rPr>
              <w:t>方法一：借助直观图说明比较的结果。</w:t>
            </w:r>
          </w:p>
          <w:p>
            <w:pPr>
              <w:spacing w:after="20" w:line="276" w:lineRule="auto"/>
            </w:pPr>
            <w:r>
              <w:rPr>
                <w:rFonts w:ascii="宋体" w:hAnsi="宋体" w:eastAsia="宋体"/>
                <w:b w:val="0"/>
                <w:sz w:val="18"/>
              </w:rPr>
              <w:t>方法二：第一组都是把相同的正方形平均分成了10份，左边把其中的3份涂上颜色，右边把其中的7份涂上颜色，3份比7份少，故。</w:t>
            </w:r>
          </w:p>
          <w:p>
            <w:pPr>
              <w:spacing w:after="20" w:line="276" w:lineRule="auto"/>
            </w:pPr>
            <w:r>
              <w:rPr>
                <w:rFonts w:ascii="宋体" w:hAnsi="宋体" w:eastAsia="宋体"/>
                <w:b w:val="0"/>
                <w:sz w:val="18"/>
              </w:rPr>
              <w:t>(4)师：你发现了什么？</w:t>
            </w:r>
          </w:p>
          <w:p>
            <w:pPr>
              <w:spacing w:after="20" w:line="276" w:lineRule="auto"/>
            </w:pPr>
            <w:r>
              <w:rPr>
                <w:rFonts w:ascii="宋体" w:hAnsi="宋体" w:eastAsia="宋体"/>
                <w:b w:val="0"/>
                <w:sz w:val="18"/>
              </w:rPr>
              <w:t>师小结：分母相同的分数比较大小，分母相同表示平均分的份数相同，每份一样多；分子越大表示取的份数越多，分数就越大。(板书)</w:t>
            </w:r>
          </w:p>
          <w:p>
            <w:pPr>
              <w:spacing w:after="20" w:line="276" w:lineRule="auto"/>
            </w:pPr>
            <w:r>
              <w:rPr>
                <w:rFonts w:ascii="宋体" w:hAnsi="宋体" w:eastAsia="宋体"/>
                <w:b w:val="0"/>
                <w:sz w:val="18"/>
              </w:rPr>
              <w:t>2．比较几分之一的大小。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设计递进式探究活动，引导学生在动手实践与合作交流中经历知识形成过程，突破本课重难点，核心问题："你发现了什么？"</w:t>
            </w:r>
          </w:p>
        </w:tc>
      </w:tr>
      <w:tr>
        <w:tc>
          <w:tcPr>
            <w:tcW w:type="dxa" w:w="1474"/>
          </w:tcPr>
          <w:p>
            <w:pPr>
              <w:spacing w:after="20" w:line="276" w:lineRule="auto"/>
            </w:pPr>
            <w:r>
              <w:rPr>
                <w:b/>
              </w:rPr>
            </w:r>
            <w:r>
              <w:rPr>
                <w:rFonts w:ascii="宋体" w:hAnsi="宋体" w:eastAsia="宋体"/>
                <w:b/>
                <w:sz w:val="18"/>
              </w:rPr>
              <w:t>比较。(板书)</w:t>
            </w:r>
          </w:p>
        </w:tc>
        <w:tc>
          <w:tcPr>
            <w:tcW w:type="dxa" w:w="3061"/>
          </w:tcPr>
          <w:p>
            <w:pPr>
              <w:spacing w:after="20" w:line="276" w:lineRule="auto"/>
            </w:pPr>
            <w:r/>
            <w:r>
              <w:rPr>
                <w:rFonts w:ascii="宋体" w:hAnsi="宋体" w:eastAsia="宋体"/>
                <w:b w:val="0"/>
                <w:sz w:val="18"/>
              </w:rPr>
              <w:t>(1)学生借助学习单涂一涂，然后比较大小，教师巡视指导。</w:t>
            </w:r>
          </w:p>
          <w:p>
            <w:pPr>
              <w:spacing w:after="20" w:line="276" w:lineRule="auto"/>
            </w:pPr>
            <w:r>
              <w:rPr>
                <w:rFonts w:ascii="宋体" w:hAnsi="宋体" w:eastAsia="宋体"/>
                <w:b w:val="0"/>
                <w:sz w:val="18"/>
              </w:rPr>
              <w:t>(2)汇报交流，先汇报方法一，再汇报方法二(如没有这种方法，可以引导交流)</w:t>
            </w:r>
          </w:p>
          <w:p>
            <w:pPr>
              <w:spacing w:after="20" w:line="276" w:lineRule="auto"/>
            </w:pPr>
            <w:r>
              <w:rPr>
                <w:rFonts w:ascii="宋体" w:hAnsi="宋体" w:eastAsia="宋体"/>
                <w:b w:val="0"/>
                <w:sz w:val="18"/>
              </w:rPr>
              <w:t>方法一：两个相同的长方形，第一个长方形平均分成2份，涂其中的1份，第二个长方形平均分成3份，涂其中的1份，第二个长方形等分的份数多，每一份反而小，所以&gt;。</w:t>
            </w:r>
          </w:p>
          <w:p>
            <w:pPr>
              <w:spacing w:after="20" w:line="276" w:lineRule="auto"/>
            </w:pPr>
            <w:r>
              <w:rPr>
                <w:rFonts w:ascii="宋体" w:hAnsi="宋体" w:eastAsia="宋体"/>
                <w:b w:val="0"/>
                <w:sz w:val="18"/>
              </w:rPr>
              <w:t>方法二：把它们等分成相同的份数再进行比较。如下图：</w:t>
            </w:r>
          </w:p>
          <w:p>
            <w:pPr>
              <w:spacing w:after="20" w:line="276" w:lineRule="auto"/>
            </w:pPr>
            <w:r>
              <w:rPr>
                <w:rFonts w:ascii="宋体" w:hAnsi="宋体" w:eastAsia="宋体"/>
                <w:b w:val="0"/>
                <w:sz w:val="18"/>
              </w:rPr>
              <w:t>把长方形都等分成6份后，中的涂色部分占了3份，中的涂色部分占了2份，3大于2，所以&gt;。</w:t>
            </w:r>
          </w:p>
          <w:p>
            <w:pPr>
              <w:spacing w:after="20" w:line="276" w:lineRule="auto"/>
            </w:pPr>
            <w:r>
              <w:rPr>
                <w:rFonts w:ascii="宋体" w:hAnsi="宋体" w:eastAsia="宋体"/>
                <w:b w:val="0"/>
                <w:sz w:val="18"/>
              </w:rPr>
              <w:t>(3)师：通过刚才的操作，你有什么发现？</w:t>
            </w:r>
          </w:p>
          <w:p>
            <w:pPr>
              <w:spacing w:after="20" w:line="276" w:lineRule="auto"/>
            </w:pPr>
            <w:r>
              <w:rPr>
                <w:rFonts w:ascii="宋体" w:hAnsi="宋体" w:eastAsia="宋体"/>
                <w:b w:val="0"/>
                <w:sz w:val="18"/>
              </w:rPr>
              <w:t>师小结：同一个物体，平均分成的份数越多，其中一份就越小；平均分成的份数越少，其中一份就越大。也就是说，当分子为1时，分母越大，分数就越小；分母越小，分数就越大。(板书)</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围绕环节目标组织学习活动，引导学生主动参与、积极思考，核心问题："通过刚才的操作，你有什么发现？"</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1.完成教科书P78“做一做”。</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师：分数是多少？你是怎么想的？又是怎样比较的？</w:t>
            </w:r>
          </w:p>
          <w:p>
            <w:pPr>
              <w:spacing w:after="20" w:line="276" w:lineRule="auto"/>
            </w:pPr>
            <w:r>
              <w:rPr>
                <w:rFonts w:ascii="宋体" w:hAnsi="宋体" w:eastAsia="宋体"/>
                <w:b w:val="0"/>
                <w:sz w:val="18"/>
              </w:rPr>
              <w:t>引导学生说清楚写分数的依据，表达比较大小的方法。</w:t>
            </w:r>
          </w:p>
          <w:p>
            <w:pPr>
              <w:spacing w:after="20" w:line="276" w:lineRule="auto"/>
            </w:pPr>
            <w:r>
              <w:rPr>
                <w:rFonts w:ascii="宋体" w:hAnsi="宋体" w:eastAsia="宋体"/>
                <w:b w:val="0"/>
                <w:sz w:val="18"/>
              </w:rPr>
              <w:t>2．完成教科书P79“练习十五”第7题。</w:t>
            </w:r>
          </w:p>
          <w:p>
            <w:pPr>
              <w:spacing w:after="20" w:line="276" w:lineRule="auto"/>
            </w:pPr>
            <w:r>
              <w:rPr>
                <w:rFonts w:ascii="宋体" w:hAnsi="宋体" w:eastAsia="宋体"/>
                <w:b w:val="0"/>
                <w:sz w:val="18"/>
              </w:rPr>
              <w:t>师：你是怎么看出来的？</w:t>
            </w:r>
          </w:p>
          <w:p>
            <w:pPr>
              <w:spacing w:after="20" w:line="276" w:lineRule="auto"/>
            </w:pPr>
            <w:r>
              <w:rPr>
                <w:rFonts w:ascii="宋体" w:hAnsi="宋体" w:eastAsia="宋体"/>
                <w:b w:val="0"/>
                <w:sz w:val="18"/>
              </w:rPr>
              <w:t>3．完成教科书P80“练习十五”第8题。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(2)结合线段图体会：分母相同的分数，平均分的份数相同，分子越大，表示取的份数越多，这个份数也就越大。</w:t>
            </w:r>
          </w:p>
          <w:p>
            <w:pPr>
              <w:spacing w:after="20" w:line="276" w:lineRule="auto"/>
            </w:pPr>
            <w:r>
              <w:rPr>
                <w:rFonts w:ascii="宋体" w:hAnsi="宋体" w:eastAsia="宋体"/>
                <w:b w:val="0"/>
                <w:sz w:val="18"/>
              </w:rPr>
              <w:t>4．完成教科书P80“练习十五”第9题。</w:t>
            </w:r>
          </w:p>
          <w:p>
            <w:pPr>
              <w:spacing w:after="20" w:line="276" w:lineRule="auto"/>
            </w:pPr>
            <w:r>
              <w:rPr>
                <w:rFonts w:ascii="宋体" w:hAnsi="宋体" w:eastAsia="宋体"/>
                <w:b w:val="0"/>
                <w:sz w:val="18"/>
              </w:rPr>
              <w:t>(1)结合图分别用分数表示每人吃的蛋糕数和剩下的蛋糕数。</w:t>
            </w:r>
          </w:p>
          <w:p>
            <w:pPr>
              <w:spacing w:after="20" w:line="276" w:lineRule="auto"/>
            </w:pPr>
            <w:r>
              <w:rPr>
                <w:rFonts w:ascii="宋体" w:hAnsi="宋体" w:eastAsia="宋体"/>
                <w:b w:val="0"/>
                <w:sz w:val="18"/>
              </w:rPr>
              <w:t>(2)比较大小，说一说比较大小的方法。</w:t>
            </w:r>
          </w:p>
          <w:p>
            <w:pPr>
              <w:spacing w:after="20" w:line="276" w:lineRule="auto"/>
            </w:pPr>
            <w:r>
              <w:rPr>
                <w:rFonts w:ascii="宋体" w:hAnsi="宋体" w:eastAsia="宋体"/>
                <w:b w:val="0"/>
                <w:sz w:val="18"/>
              </w:rPr>
              <w:t>5．完成教科书P80“练习十五”第11题。</w:t>
            </w:r>
          </w:p>
          <w:p>
            <w:pPr>
              <w:spacing w:after="20" w:line="276" w:lineRule="auto"/>
            </w:pPr>
            <w:r>
              <w:rPr>
                <w:rFonts w:ascii="宋体" w:hAnsi="宋体" w:eastAsia="宋体"/>
                <w:b w:val="0"/>
                <w:sz w:val="18"/>
              </w:rPr>
              <w:t>师：这些都不是平均分的，能不能用分数表示呢？</w:t>
            </w:r>
          </w:p>
          <w:p>
            <w:pPr>
              <w:spacing w:after="20" w:line="276" w:lineRule="auto"/>
            </w:pPr>
            <w:r>
              <w:rPr>
                <w:rFonts w:ascii="宋体" w:hAnsi="宋体" w:eastAsia="宋体"/>
                <w:b w:val="0"/>
                <w:sz w:val="18"/>
              </w:rPr>
              <w:t>(1)学生独立思考，想好之后，组织学生小组内交流。</w:t>
            </w:r>
          </w:p>
          <w:p>
            <w:pPr>
              <w:spacing w:after="20" w:line="276" w:lineRule="auto"/>
            </w:pPr>
            <w:r>
              <w:rPr>
                <w:rFonts w:ascii="宋体" w:hAnsi="宋体" w:eastAsia="宋体"/>
                <w:b w:val="0"/>
                <w:sz w:val="18"/>
              </w:rPr>
              <w:t>(2)交流方法，可以把这些涂色部分通过平移或旋转的方法转化成整齐的图案。</w:t>
            </w:r>
          </w:p>
          <w:p>
            <w:pPr>
              <w:spacing w:after="20" w:line="276" w:lineRule="auto"/>
            </w:pPr>
            <w:r>
              <w:rPr>
                <w:rFonts w:ascii="宋体" w:hAnsi="宋体" w:eastAsia="宋体"/>
                <w:b w:val="0"/>
                <w:sz w:val="18"/>
              </w:rPr>
              <w:t>(3)总结：同一幅图，可以用不同的分数表示，观察的角度不同，会有不同的结果。移一移，变换一下也是解决问题的好方法。</w:t>
            </w:r>
          </w:p>
        </w:tc>
        <w:tc>
          <w:tcPr>
            <w:tcW w:type="dxa" w:w="3061"/>
          </w:tcPr>
          <w:p>
            <w:pPr>
              <w:spacing w:after="20" w:line="276" w:lineRule="auto"/>
            </w:pPr>
            <w:r/>
            <w:r>
              <w:rPr>
                <w:rFonts w:ascii="宋体" w:hAnsi="宋体" w:eastAsia="宋体"/>
                <w:b w:val="0"/>
                <w:sz w:val="18"/>
              </w:rPr>
              <w:t>学生独立完成，集体交流做法。</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通过有层次的练习及时反馈学情，巩固新知，培养学生灵活运用知识解决问题的能力，核心问题："分数是多少？你是怎么想的？又是怎样比较的？"</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师：通过这节课的学习，你有哪些收获？</w:t>
            </w:r>
          </w:p>
          <w:p>
            <w:pPr>
              <w:spacing w:after="20" w:line="276" w:lineRule="auto"/>
            </w:pPr>
            <w:r>
              <w:rPr>
                <w:rFonts w:ascii="宋体" w:hAnsi="宋体" w:eastAsia="宋体"/>
                <w:b w:val="0"/>
                <w:sz w:val="18"/>
              </w:rPr>
              <w:t>比较分数的大小，设计时按照三步进行，先涂色表示分数，表示图中部分与整体的关系，第二步比较两个部分的大小，从而比较出两个分数的大小。帮助学生巩固分数含义，在比较分数大小时能够联想到图形的大小，建立直观模型与分数表征的对应关系。</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比较同分母分数及几分之一的大小</w:t>
      </w:r>
    </w:p>
    <w:p>
      <w:pPr>
        <w:spacing w:after="40" w:line="300" w:lineRule="auto"/>
      </w:pPr>
      <w:r>
        <w:rPr>
          <w:rFonts w:ascii="宋体" w:hAnsi="宋体" w:eastAsia="宋体"/>
          <w:b w:val="0"/>
          <w:sz w:val="20"/>
        </w:rPr>
        <w:t>分母相同表示平均分的份数相同，每份一样多；分子越大表示取的份数越多，分数就越大。</w:t>
      </w:r>
    </w:p>
    <w:p>
      <w:pPr>
        <w:spacing w:after="40" w:line="300" w:lineRule="auto"/>
      </w:pPr>
      <w:r>
        <w:rPr>
          <w:rFonts w:ascii="宋体" w:hAnsi="宋体" w:eastAsia="宋体"/>
          <w:b w:val="0"/>
          <w:sz w:val="20"/>
        </w:rPr>
        <w:t>当分子为1时，分母越大，分数就越小；分母越小，分数就越大。</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教科书P77例5，完成教科书P78“做一做”及P79～80“练习十五”中第7～11题。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比较简单的同分母分数及几分之一的大小时，让学生借助直观的图示观察、比较，通过直观地数一数，加深了学生对分数的理解，同时在直观操作的基础上，结合例题体会分母相同的分数，平均分的份数相同，分子越大，表示取的份数越多，这个分数也就越大。分子是1的分数，分母越大，表明分的份数多，每一份反而小。整个教学过程中关注经历和体验，启发学生多角度思考，比较简单的分数大小掌握较好。</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整理和复习</w:t>
            </w:r>
          </w:p>
        </w:tc>
        <w:tc>
          <w:tcPr>
            <w:tcW w:type="dxa" w:w="6009"/>
          </w:tcPr>
          <w:p>
            <w:pPr>
              <w:spacing w:after="20" w:line="276" w:lineRule="auto"/>
            </w:pPr>
            <w:r/>
            <w:r>
              <w:rPr>
                <w:rFonts w:ascii="宋体" w:hAnsi="宋体" w:eastAsia="宋体"/>
                <w:b w:val="0"/>
                <w:sz w:val="20"/>
              </w:rPr>
              <w:t>第6单元 分数的初步认识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从整数到分数是数概念的一次扩展，学生的数学学习将要建立一个新的数概念，是对数的认识的一次质的飞跃。学生学习分数的知识具有一定的难度。三年级小学生在日常生活中也经常会遇到需要用分数或小数进行表达交流并解决实际问题的情况，学生有一定的生活经验去理解分数的产生与使用范围。本单元的内容设置的是分母在10以内的分数，适当地降低了学习的难度。明确“部分—整体”的关系是重中之重。</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教学内容：教科书P90“整理和复习”，完成教科书P91“练习十八”中第1～5题。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（1）经历整理和复习的过程，厘清知识脉络，进行分类归纳，学会有序整理的学习方法，提高学习能力，形成清晰、完整的知识结构。</w:t>
      </w:r>
    </w:p>
    <w:p>
      <w:pPr>
        <w:spacing w:after="20" w:line="300" w:lineRule="auto"/>
        <w:ind w:firstLine="400"/>
      </w:pPr>
      <w:r>
        <w:rPr>
          <w:rFonts w:ascii="宋体" w:hAnsi="宋体" w:eastAsia="宋体"/>
          <w:b w:val="0"/>
          <w:sz w:val="20"/>
        </w:rPr>
        <w:t>（2）进一步巩固分数的初步认识，熟练地计算简单的同分母分数的加、减法，解决有关分数的简单实际问题。</w:t>
      </w:r>
    </w:p>
    <w:p>
      <w:pPr>
        <w:spacing w:after="20" w:line="300" w:lineRule="auto"/>
        <w:ind w:firstLine="400"/>
      </w:pPr>
      <w:r>
        <w:rPr>
          <w:rFonts w:ascii="宋体" w:hAnsi="宋体" w:eastAsia="宋体"/>
          <w:b w:val="0"/>
          <w:sz w:val="20"/>
        </w:rPr>
        <w:t>（3）在整理和复习的过程中获得成功的体验，感受数学研究的趣味性。</w:t>
      </w:r>
    </w:p>
    <w:p>
      <w:pPr>
        <w:spacing w:after="20" w:line="300" w:lineRule="auto"/>
      </w:pPr>
      <w:r>
        <w:rPr>
          <w:rFonts w:ascii="宋体" w:hAnsi="宋体" w:eastAsia="宋体"/>
          <w:b w:val="0"/>
          <w:sz w:val="20"/>
        </w:rPr>
        <w:t>教学重点：进一步巩固分数的初步认识，对本单元知识查漏补缺。</w:t>
      </w:r>
    </w:p>
    <w:p>
      <w:pPr>
        <w:spacing w:after="20" w:line="300" w:lineRule="auto"/>
      </w:pPr>
      <w:r>
        <w:rPr>
          <w:rFonts w:ascii="宋体" w:hAnsi="宋体" w:eastAsia="宋体"/>
          <w:b w:val="0"/>
          <w:sz w:val="20"/>
        </w:rPr>
        <w:t>教学难点：把整个单元的知识纵横联系，使之系统化、结构化。</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回顾引入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这个单元我们学习的分数的初步认识，具体包括哪些内容呢？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合作整理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回顾本单元学习过程，你有什么收获？；这个单元我们认识了分数，它与以前学习的整数有什么联系和区别？在学习中用到了什么新的方法？你还想研究什么问题？</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应用提升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通过本节课的整理和复习，你有哪些收获？</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回顾引入</w:t>
            </w:r>
          </w:p>
        </w:tc>
        <w:tc>
          <w:tcPr>
            <w:tcW w:type="dxa" w:w="3061"/>
          </w:tcPr>
          <w:p>
            <w:pPr>
              <w:spacing w:after="20" w:line="276" w:lineRule="auto"/>
            </w:pPr>
            <w:r/>
            <w:r>
              <w:rPr>
                <w:rFonts w:ascii="宋体" w:hAnsi="宋体" w:eastAsia="宋体"/>
                <w:b w:val="0"/>
                <w:sz w:val="18"/>
              </w:rPr>
              <w:t>1.初步回顾。</w:t>
            </w:r>
          </w:p>
          <w:p>
            <w:pPr>
              <w:spacing w:after="20" w:line="276" w:lineRule="auto"/>
            </w:pPr>
            <w:r>
              <w:rPr>
                <w:rFonts w:ascii="宋体" w:hAnsi="宋体" w:eastAsia="宋体"/>
                <w:b w:val="0"/>
                <w:sz w:val="18"/>
              </w:rPr>
              <w:t>师：这个单元我们学习的分数的初步认识，具体包括哪些内容呢？</w:t>
            </w:r>
          </w:p>
          <w:p>
            <w:pPr>
              <w:spacing w:after="20" w:line="276" w:lineRule="auto"/>
            </w:pPr>
            <w:r>
              <w:rPr>
                <w:rFonts w:ascii="宋体" w:hAnsi="宋体" w:eastAsia="宋体"/>
                <w:b w:val="0"/>
                <w:sz w:val="18"/>
              </w:rPr>
              <w:t>引导学生简单回顾。</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师：今天这节课我们就来整理和复习本单元所学的知识。(板书课题：整理和复习)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创设情境激活学生已有经验，自然引出本课学习内容，激发学习兴趣，核心问题："这个单元我们学习的分数的初步认识，具体包括哪些内容呢？"</w:t>
            </w:r>
          </w:p>
        </w:tc>
      </w:tr>
      <w:tr>
        <w:tc>
          <w:tcPr>
            <w:tcW w:type="dxa" w:w="1474"/>
          </w:tcPr>
          <w:p>
            <w:pPr>
              <w:spacing w:after="20" w:line="276" w:lineRule="auto"/>
            </w:pPr>
            <w:r>
              <w:rPr>
                <w:b/>
              </w:rPr>
            </w:r>
            <w:r>
              <w:rPr>
                <w:rFonts w:ascii="宋体" w:hAnsi="宋体" w:eastAsia="宋体"/>
                <w:b/>
                <w:sz w:val="18"/>
              </w:rPr>
              <w:t>合作整理</w:t>
            </w:r>
          </w:p>
        </w:tc>
        <w:tc>
          <w:tcPr>
            <w:tcW w:type="dxa" w:w="3061"/>
          </w:tcPr>
          <w:p>
            <w:pPr>
              <w:spacing w:after="20" w:line="276" w:lineRule="auto"/>
            </w:pPr>
            <w:r/>
            <w:r>
              <w:rPr>
                <w:rFonts w:ascii="宋体" w:hAnsi="宋体" w:eastAsia="宋体"/>
                <w:b w:val="0"/>
                <w:sz w:val="18"/>
              </w:rPr>
              <w:t>(1)师：回顾本单元学习过程，你有什么收获？把你对分数的认识整理一下。</w:t>
            </w:r>
          </w:p>
          <w:p>
            <w:pPr>
              <w:spacing w:after="20" w:line="276" w:lineRule="auto"/>
            </w:pPr>
            <w:r>
              <w:rPr>
                <w:rFonts w:ascii="宋体" w:hAnsi="宋体" w:eastAsia="宋体"/>
                <w:b w:val="0"/>
                <w:sz w:val="18"/>
              </w:rPr>
              <w:t>(2)学生分组整理，教师巡视指导。</w:t>
            </w:r>
          </w:p>
          <w:p>
            <w:pPr>
              <w:spacing w:after="20" w:line="276" w:lineRule="auto"/>
            </w:pPr>
            <w:r>
              <w:rPr>
                <w:rFonts w:ascii="宋体" w:hAnsi="宋体" w:eastAsia="宋体"/>
                <w:b w:val="0"/>
                <w:sz w:val="18"/>
              </w:rPr>
              <w:t>选择有代表性的小组逐一交流展示。(思维导图、树状图等等)</w:t>
            </w:r>
          </w:p>
          <w:p>
            <w:pPr>
              <w:spacing w:after="20" w:line="276" w:lineRule="auto"/>
            </w:pPr>
            <w:r>
              <w:rPr>
                <w:rFonts w:ascii="宋体" w:hAnsi="宋体" w:eastAsia="宋体"/>
                <w:b w:val="0"/>
                <w:sz w:val="18"/>
              </w:rPr>
              <w:t>师：同学们用不同的方式对本单元的知识进行了整理，非常棒！我们来看看本单元的知识结构。</w:t>
            </w:r>
          </w:p>
          <w:p>
            <w:pPr>
              <w:spacing w:after="20" w:line="276" w:lineRule="auto"/>
            </w:pPr>
            <w:r>
              <w:rPr>
                <w:rFonts w:ascii="宋体" w:hAnsi="宋体" w:eastAsia="宋体"/>
                <w:b w:val="0"/>
                <w:sz w:val="18"/>
              </w:rPr>
              <w:t>课件逐一出示图形，再根据学生回答出示分数。接着出示比较大小和简单计算。</w:t>
            </w:r>
          </w:p>
          <w:p>
            <w:pPr>
              <w:spacing w:after="20" w:line="276" w:lineRule="auto"/>
            </w:pPr>
            <w:r>
              <w:rPr>
                <w:rFonts w:ascii="宋体" w:hAnsi="宋体" w:eastAsia="宋体"/>
                <w:b w:val="0"/>
                <w:sz w:val="18"/>
              </w:rPr>
              <w:t>师：这个单元我们认识了分数，它与以前学习的整数有什么联系和区别？在学习中用到了什么新的方法？你还想研究什么问题？</w:t>
            </w:r>
          </w:p>
          <w:p>
            <w:pPr>
              <w:spacing w:after="20" w:line="276" w:lineRule="auto"/>
            </w:pPr>
            <w:r>
              <w:rPr>
                <w:rFonts w:ascii="宋体" w:hAnsi="宋体" w:eastAsia="宋体"/>
                <w:b w:val="0"/>
                <w:sz w:val="18"/>
              </w:rPr>
              <w:t>通过讨论发现：分数和整数一样，也可以表示数量的多少，还可以表示部分与整体之间的关系；会用整数乘、除法解决有关分数的问题；还想研究更多的分数等等。</w:t>
            </w:r>
          </w:p>
        </w:tc>
        <w:tc>
          <w:tcPr>
            <w:tcW w:type="dxa" w:w="3061"/>
          </w:tcPr>
          <w:p>
            <w:pPr>
              <w:spacing w:after="20" w:line="276" w:lineRule="auto"/>
            </w:pPr>
            <w:r/>
            <w:r>
              <w:rPr>
                <w:rFonts w:ascii="宋体" w:hAnsi="宋体" w:eastAsia="宋体"/>
                <w:b w:val="0"/>
                <w:sz w:val="18"/>
              </w:rPr>
              <w:t>1.小组合作整理。</w:t>
            </w:r>
          </w:p>
          <w:p>
            <w:pPr>
              <w:spacing w:after="20" w:line="276" w:lineRule="auto"/>
            </w:pPr>
            <w:r>
              <w:rPr>
                <w:rFonts w:ascii="宋体" w:hAnsi="宋体" w:eastAsia="宋体"/>
                <w:b w:val="0"/>
                <w:sz w:val="18"/>
              </w:rPr>
              <w:t>2．交流展示。</w:t>
            </w:r>
          </w:p>
          <w:p>
            <w:pPr>
              <w:spacing w:after="20" w:line="276" w:lineRule="auto"/>
            </w:pPr>
            <w:r>
              <w:rPr>
                <w:rFonts w:ascii="宋体" w:hAnsi="宋体" w:eastAsia="宋体"/>
                <w:b w:val="0"/>
                <w:sz w:val="18"/>
              </w:rPr>
              <w:t>3．讨论总结。</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引导学生回顾梳理本课所学，完善认知结构，提升归纳与反思能力，核心问题："回顾本单元学习过程，你有什么收获？"</w:t>
            </w:r>
          </w:p>
        </w:tc>
      </w:tr>
      <w:tr>
        <w:tc>
          <w:tcPr>
            <w:tcW w:type="dxa" w:w="1474"/>
          </w:tcPr>
          <w:p>
            <w:pPr>
              <w:spacing w:after="20" w:line="276" w:lineRule="auto"/>
            </w:pPr>
            <w:r>
              <w:rPr>
                <w:b/>
              </w:rPr>
            </w:r>
            <w:r>
              <w:rPr>
                <w:rFonts w:ascii="宋体" w:hAnsi="宋体" w:eastAsia="宋体"/>
                <w:b/>
                <w:sz w:val="18"/>
              </w:rPr>
              <w:t>应用提升</w:t>
            </w:r>
          </w:p>
        </w:tc>
        <w:tc>
          <w:tcPr>
            <w:tcW w:type="dxa" w:w="3061"/>
          </w:tcPr>
          <w:p>
            <w:pPr>
              <w:spacing w:after="20" w:line="276" w:lineRule="auto"/>
            </w:pPr>
            <w:r/>
            <w:r>
              <w:rPr>
                <w:rFonts w:ascii="宋体" w:hAnsi="宋体" w:eastAsia="宋体"/>
                <w:b w:val="0"/>
                <w:sz w:val="18"/>
              </w:rPr>
              <w:t>1.完成教科书P91“练习十八”第1～3题。</w:t>
            </w:r>
          </w:p>
          <w:p>
            <w:pPr>
              <w:spacing w:after="20" w:line="276" w:lineRule="auto"/>
            </w:pPr>
            <w:r>
              <w:rPr>
                <w:rFonts w:ascii="宋体" w:hAnsi="宋体" w:eastAsia="宋体"/>
                <w:b w:val="0"/>
                <w:sz w:val="18"/>
              </w:rPr>
              <w:t>2．完成教科书P91“练习十八”第4题。</w:t>
            </w:r>
          </w:p>
          <w:p>
            <w:pPr>
              <w:spacing w:after="20" w:line="276" w:lineRule="auto"/>
            </w:pPr>
            <w:r>
              <w:rPr>
                <w:rFonts w:ascii="宋体" w:hAnsi="宋体" w:eastAsia="宋体"/>
                <w:b w:val="0"/>
                <w:sz w:val="18"/>
              </w:rPr>
              <w:t>读懂题意，弄清楚条件和问题，再画图表示，然后列式计算。</w:t>
            </w:r>
          </w:p>
          <w:p>
            <w:pPr>
              <w:spacing w:after="20" w:line="276" w:lineRule="auto"/>
            </w:pPr>
            <w:r>
              <w:rPr>
                <w:rFonts w:ascii="宋体" w:hAnsi="宋体" w:eastAsia="宋体"/>
                <w:b w:val="0"/>
                <w:sz w:val="18"/>
              </w:rPr>
              <w:t>3．完成教科书P91“练习十八”第5题。</w:t>
            </w:r>
          </w:p>
          <w:p>
            <w:pPr>
              <w:spacing w:after="20" w:line="276" w:lineRule="auto"/>
            </w:pPr>
            <w:r>
              <w:rPr>
                <w:rFonts w:ascii="宋体" w:hAnsi="宋体" w:eastAsia="宋体"/>
                <w:b w:val="0"/>
                <w:sz w:val="18"/>
              </w:rPr>
              <w:t>先画图理解题意，再独立列式计算，然后交流。</w:t>
            </w:r>
          </w:p>
        </w:tc>
        <w:tc>
          <w:tcPr>
            <w:tcW w:type="dxa" w:w="3061"/>
          </w:tcPr>
          <w:p>
            <w:pPr>
              <w:spacing w:after="20" w:line="276" w:lineRule="auto"/>
            </w:pPr>
            <w:r/>
            <w:r>
              <w:rPr>
                <w:rFonts w:ascii="宋体" w:hAnsi="宋体" w:eastAsia="宋体"/>
                <w:b w:val="0"/>
                <w:sz w:val="18"/>
              </w:rPr>
              <w:t>学生独立完成后交流。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师：通过本节课的整理和复习，你有哪些收获？</w:t>
            </w:r>
          </w:p>
          <w:p>
            <w:pPr>
              <w:spacing w:after="20" w:line="276" w:lineRule="auto"/>
            </w:pPr>
            <w:r>
              <w:rPr>
                <w:rFonts w:ascii="宋体" w:hAnsi="宋体" w:eastAsia="宋体"/>
                <w:b w:val="0"/>
                <w:sz w:val="18"/>
              </w:rPr>
              <w:t>整理和复习的教学，先让学生以小组为单位整理，认识知识之间的联系，初步整理。然后举例整理从认识分数的含义、比较大小到简单计算，形成知识串，将零散的知识纵横联系、结构化。最后设计一系列的应用，在应用中巩固。</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引导学生回顾梳理本课所学，完善认知结构，提升归纳与反思能力，核心问题："通过本节课的整理和复习，你有哪些收获？"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w:t>
      </w:r>
    </w:p>
    <w:p>
      <w:pPr>
        <w:spacing w:after="40" w:line="300" w:lineRule="auto"/>
      </w:pPr>
      <w:r>
        <w:rPr>
          <w:rFonts w:ascii="宋体" w:hAnsi="宋体" w:eastAsia="宋体"/>
          <w:b w:val="0"/>
          <w:sz w:val="20"/>
        </w:rPr>
        <w:t>3个是。　　4个是，就是1。</w:t>
      </w:r>
    </w:p>
    <w:p>
      <w:pPr>
        <w:spacing w:after="40" w:line="300" w:lineRule="auto"/>
      </w:pPr>
      <w:r>
        <w:rPr>
          <w:rFonts w:ascii="宋体" w:hAnsi="宋体" w:eastAsia="宋体"/>
          <w:b w:val="0"/>
          <w:sz w:val="20"/>
        </w:rPr>
        <w:t>比较大小：＜＜1</w:t>
      </w:r>
    </w:p>
    <w:p>
      <w:pPr>
        <w:spacing w:after="40" w:line="300" w:lineRule="auto"/>
      </w:pPr>
      <w:r>
        <w:rPr>
          <w:rFonts w:ascii="宋体" w:hAnsi="宋体" w:eastAsia="宋体"/>
          <w:b w:val="0"/>
          <w:sz w:val="20"/>
        </w:rPr>
        <w:t>简单计算：＋＝1　1－＝　1－＝</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教科书P90“整理和复习”，完成教科书P91“练习十八”中第1～5题。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对分数的初步认识的整理和复习。在小组整理环节，学生有了一定的经验，大部分能用思维导图、树状图或列举的方法进行整理，但不够全面。在集体整理环节，通过直观图引导学生将知识点串联，掌握了知识之间的内在联系。通过整理和复习，学生认识了分数和整数之间的联系，掌握较好。</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