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人教版三年级数学上册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第7单元 复习与关联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跨领域（复习）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5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单元开启课、活动探索课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（见各课时"课前思考·教材分析"。）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（结合班情诊断学生已有知识基础与学习困难，确定单元学习起点。）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第1课时：引导学生经历知识分类的过程，让学生体验到分类整理在复习中的作用，形成较为系统的认知结构。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第2课时：整理本学期利用多位数乘一位数、混合运算和分数的初步认识的知识解决问题。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第3课时：通过整理和复习，对长度单位、线和角的初步认识及观察物体的知识进行系统性的回顾，初步养成回顾与反思的良好学习习惯。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第4课时：通过整理和复习，对质量单位进行整理复习，初步养成回顾与反思的良好学习习惯。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第5课时：使学生在解决实际问题中掌握搭配的方法，体会有序思考的价值。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数与运算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单元开启课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引导学生经历知识分类的过程，让学生体验到分类整理在复习中的作用，形成较为系统的认知结构。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数量关系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整理本学期利用多位数乘一位数、混合运算和分数的初步认识的知识解决问题。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图形的认识与测量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通过整理和复习，对长度单位、线和角的初步认识及观察物体的知识进行系统性的回顾，初步养成回顾与反思的良好学习习惯。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第4课时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常见的量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通过整理和复习，对质量单位进行整理复习，初步养成回顾与反思的良好学习习惯。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第5课时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数学广角：搭配问题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使学生在解决实际问题中掌握搭配的方法，体会有序思考的价值。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数与运算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数与运算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教学内容：教科书P92～93“数与运算”及教科书P96“应用提升”第4题，完成教科书P97～98“练习十九”中第3、4、6、10题。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教学准备：课件、长短相同的纸条。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（1）引导学生经历知识分类的过程，让学生体验到分类整理在复习中的作用，形成较为系统的认知结构。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（2）进一步掌握多位数乘一位数的计算及分数的简单计算，能熟练地进行混合运算。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（3）在整理复习的过程中，疏通知识之间的联系，厘清知识之间的脉络，培养学生简单的整理归纳的能力。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教学重点：熟练地计算多位数乘一位数及分数的简单计算，能熟练地进行混合运算。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教学难点：整理、归纳能力的培养。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回顾引入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本学期我们学习了哪些知识？；你能把这些知识分类吗？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合作整理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计算多位数乘一位数、混合运算和分数的认识及简单计算中还有哪些问题需要注意？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通过本节课的整理复习，你有哪些收获？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回顾引入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1.整体回顾。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(1)师：本学期我们学习了哪些知识？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引导学生交流列举出本学期所学知识。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(2)师：你能把这些知识分类吗？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根据学生交流把本学期所学知识归为四类：数与运算、数量关系、图形的认识与测量和常见的量。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师：今天我们进入整理复习，这节课一起来整理复习数与运算的知识。(板书课题：数与运算)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创设情境激活学生已有经验，自然引出本课学习内容，激发学习兴趣，核心问题："本学期我们学习了哪些知识？"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合作整理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(1)师：以小组为单位，看目录、查单元标题和具体内容，合作整理数与运算的知识点，并记录下来。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(2)学生分组整理，教师巡视指导。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选择有代表性的小组逐一交流展示。(条款列举、思维导图、树状图等等)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2．完善强化。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师：同学们用不同的方式对本单元的知识进行了整理，非常棒！教科书也整理出了知识结构图。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师：计算多位数乘一位数、混合运算和分数的认识及简单计算中还有哪些问题需要注意？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结合学生交流举例说明。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3．应用提升。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(1)拿出长短相同的纸条，仿照教科书P96“应用提升”第4题制作“分数墙”。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(2)独立完成四个问题。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(3)逐一汇报交流。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第4个问题，可以引导学生从分数的基本性质整个角度去发现问题，提出问题。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1.小组合作整理。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交流展示。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引导学生回顾梳理本课所学，完善认知结构，提升归纳与反思能力，核心问题："计算多位数乘一位数、混合运算和分数的认识及简单计算中还有哪些问题需要注意？"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1.完成教科书P97“练习十九”第3题。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(2)判断哪些可以口算，哪些要笔算。能口算的可以直接写出得数，不能口算的要笔算。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2．完成教科书P97“练习十九”第4题。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(2)交流算法。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3．完成教科书P98“练习十九”第6题。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(1)学生独立完成，指名板演。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(2)集体订正，强调运算顺序。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4．完成教科书P98“练习十九”第10题。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师：通过本节课的整理复习，你有哪些收获？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数与运算的整理，先让学生回顾整个学期的知识，然后引导学生分类整理，渗透分类意识，培养学生简单的归纳整理能力。然后适当提示整理方法，让学生以小组为单位整理，认识知识之间的联系，帮助学生初步体验复习的方法。然后出示教科书整理的“知识结构图”，从本质上把握数与运算知识之间的联系，促进认知结构的形成与优化。最后设计一系列的巩固练习，在练习中熟练计算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引导学生回顾梳理本课所学，完善认知结构，提升归纳与反思能力，核心问题："通过本节课的整理复习，你有哪些收获？"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教科书P92～93“数与运算”及教科书P96“应用提升”第4题，完成教科书P97～98“练习十九”中第3、4、6、10题。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是数与运算的整理复习。在整理复习中，学生能结合具体内容，通过翻阅教科书，用列举的方式整理出知识点，但比较简单，知识点也比较单一。在学生尝试复习整理的基础上，通过提出核心问题或提供教科书中的知识结构图，带领学生梳理，让学生模仿整理，从而初步感受复习与整理的方法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数量关系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数量关系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教学内容：教科书P93“数量关系”及教科书P95“应用提升”第1题(2)～(4)小题，完成教科书P98～100“练习十九”中第7～9、15～18题。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（1）整理本学期利用多位数乘一位数、混合运算和分数的初步认识的知识解决问题。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（2）能在真实情境中发现常见数量关系，感悟利用常见数量关系解决问题，提高解决问题的能力。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（3）丰富学生的学习经历，积累复习知识的经验，培养良好的学习习惯。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教学重点：利用多位数乘一位数、混合运算和分数的初步认识的知识解决问题。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教学难点：能在真实情境中，发现常见数量关系，并利用常见数量关系解决问题。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谈话导入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在解决问题中复习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课件、教科书、线段图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在解决这些问题的时候，你有什么好的方法？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教科书、线段图、课件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通过本节课的整理复习，你有哪些收获？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谈话导入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师：本学期我们学习了多位数乘一位数的计算、混合运算和简单的分数计算，计算可以帮助我们解决问题。解决问题时需要利用数量关系，这节课就来整理复习数量关系。(板书课题：数量关系)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在解决问题中复习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1.课件出示教科书P95“应用提升”第1题(2)小题。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(1)读题获取信息。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(2)分析数量关系。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确定先求什么，再求什么。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(3)学生独立完成后交流。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2．课件出示教科书P95“应用提升”第1题(3)小题。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(1)读题，明确估算的方法。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(3)交流方法。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把每架飞机运载人数往大估，5架飞机才运1000人，实际肯定不能。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3．课件出示教科书P95“应用提升”第1题(4)小题。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(2)交流汇报。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从问题入手寻找数量关系，选择合适的条件。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题中“40小时”是多余条件，求飞机票的价格就是求745元的4倍是多少，用乘法计算。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4．回顾整理。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师：在解决这些问题的时候，你有什么好的方法？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(1)独立思考后小组交流。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(2)全班交流。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解决问题的步骤：①理解题意，弄清已知条件和问题。②找一找数量中有哪些关系，从条件或问题入手，思考先求什么，再求什么。可以画线段图帮助我们分析数量之间的关系。③列式时，既可以分步列式，也可以列综合算式。可以根据实际情况选择估算还是精确计算。(板书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围绕环节目标组织学习活动，引导学生主动参与、积极思考，核心问题："在解决这些问题的时候，你有什么好的方法？"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1.完成教科书P98“练习十九”第7、8题。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(1)分析数量关系，确定先求什么，再求什么。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(3)集体交流订正。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2．完成教科书P98“练习十九”第9题。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(1)教师引导学生画线段图分析题意。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(2)根据线段图说一说先求什么，再求什么。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3．完成教科书P99“练习十九”第15题。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(2)集体订正，强调“往返”一词。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4．完成教科书P99“练习十九”第16、17题。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(1)分析数量关系，确定先求什么，再求什么。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(2)学生独立完成后交流。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5．完成教科书P100“练习十九”第18题。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(1)结合线段图分析数量关系。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引导学生分析：第一问，把王叔叔家和李叔叔家相距的全程18千米平均分成9份，一份就是全程的，也就是18÷9＝2(千米)。第二问，每过10分钟王叔叔走1份，李叔叔走2份，结合图画一画解决。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(2)学生独立完成。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师：通过本节课的整理复习，你有哪些收获？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数量关系的整理，结合教科书P95第1题的(2)(3)(4)小题进行，将多位数乘一位数﹑混合运算﹑分数的初步认识等内容串联起来，体现了用数学解决实际问题的综合性，有利于解决问题能力的提升。解决三个问题后，回顾整理解决问题的方法，在整理中再现﹑完善知识结构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引导学生回顾梳理本课所学，完善认知结构，提升归纳与反思能力，核心问题："通过本节课的整理复习，你有哪些收获？"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数量关系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①理解题意，弄清已知条件和问题。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②找一找数量中有哪些关系，从条件或问题入手，思考先求什么，再求什么。可以画线段图帮助我们分析数量之间的关系。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③列式时，既可以分步列式，也可以列综合算式。可以根据实际情况选择估算还是精确计算。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教科书P93“数量关系”及教科书P95“应用提升”第1题(2)～(4)小题，完成教科书P98～100“练习十九”中第7～9、15～18题。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的整理复习，借助例题的形式，在解决问题的过程中回顾整理，明确解决问题的步骤和方法，让学生经历过程，巩固方法，提升能力。学生能在真实情境中，发现常见数量关系，感悟利用常见数量关系解决问题，提高解决问题的能力。在解决问题的过程中，学生借助画图分析数量关系的能力需要提升，以及审题的好办法都需要引导交流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图形的认识与测量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图形的认识与测量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教学内容：教科书P94“图形的认识与测量”及教科书P95～96“应用提升”第2、3题，完成教科书P97～99“练习十九”中第5、11、12、13题。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（1）通过整理和复习，对长度单位、线和角的初步认识及观察物体的知识进行系统性的回顾，初步养成回顾与反思的良好学习习惯。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（2）在整理和复习的过程中，进一步理解长度单位、线和角的初步认识及观察物体的相关知识，培养学生对知识进行整理的意识和能力，提升学生思维水平和解决问题的能力。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（3）帮助学生积累数学活动经验，感受数学思想，同时感受到数学与生活的密切联系，提高学习数学的兴趣。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教学重点：对本学期学的图形的认识与测量及观察物体的知识进行结构化整理。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教学难点：整理、归纳能力的培养。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回顾引入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本学期我们学习了一些和图形相关的知识，回忆一下有哪些？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合作整理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通过本节课的整理复习，你有哪些收获？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回顾引入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1.整体回顾。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师：本学期我们学习了一些和图形相关的知识，回忆一下有哪些？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可以以单元为序列举：观察物体，毫米、分米和千米，线和角的认识。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师：这节课一起来整理复习一些和图形相关的知识。(板书课题：图形的认识与测量)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创设情境激活学生已有经验，自然引出本课学习内容，激发学习兴趣，核心问题："本学期我们学习了一些和图形相关的知识，回忆一下有哪些？"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合作整理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1.整理图形的认识与测量的知识。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(1)师：以小组为单位，翻开教科书梳理毫米、分米和千米及线和角两个单元的知识点，并记录下来。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(2)学生分组整理，教师巡视指导。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(3)交流展示。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选择有代表性的小组逐一交流展示，并针对整理成果提出补充意见。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(4)修改完善。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师：同学们用不同的方式对相关知识进行了整理，非常棒！下面是小红整理的“知识结构图”。(课件出示)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师：请你参考小红整理的“知识结构图”画一画，修改完善自己小组的整理方案。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(5)整体把握。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师：生活中很多地方有面、线和点，从一个点引出两条射线得到一个角。我们认识的直角、锐角和钝角，在图形中可以找到这些。看图数一数，填一填。(课件出示)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(6)应用提升。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课件出示教科书P95“应用提升”第2题。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2．整理观察物体的知识。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(1)课件出示教科书P96“应用提升”第3题。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让学生看书上的图，想象每个学生观察到的应该是哪个图，再连一连。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(2)整理归纳。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师：从不同角度观察物体，看到的形状常常是不同的。长方体的表面可以展开成一个平面。(课件演示长方体的展开图)。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学生独立完成第(1)题。第(2)题先引导学生讨论这条直线怎样画才能使图形内的直角增加到3个。明确操作方法后示范操作，师生共同完成。也可以展示错误画法，学生讨论。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1.完成教科书P97“练习十九”第5题。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(1)指导学生有效阅读、理解，获得信息。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如：在图上圈一圈重点字、划去多余的条件等。将文字信息和图上位置一一对应起来观察，找准问题和解决问题所对应的信息。明确先求什么，再求什么。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(2)第(2)问学生独立完成后交流估算的策略。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2．完成教科书P98“练习十九”第11题。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(1)读题明确操作要求。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(2)展示学生的作业，重点交流操作方法。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3．完成教科书P98“练习十九”第12题。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(1)学生独立完成，教师巡视指导。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(2)集体订正后，强调画直角的操作步骤。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4．完成教科书P99“练习十九”第13题。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(1)先想一想站在①、②、③号位置看到的物体是怎样的？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(2)学生独立完成后交流。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师：通过本节课的整理复习，你有哪些收获？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图形的认识与测量的整理，先让学生回顾本学期我们学习的一些和图形相关的知识，接着引导学生分类整理，渗透分类意识，培养学生简单的归纳整理能力。然后出示教科书整理的“知识结构图”，尝试参考完善自己的整理方案。通过再次整理，认识知识之间的联系，查遗补漏。整理后引导学生从整体把握，丰富学生对图形特征的感知，发展学生的空间观念。观察物体的整理，设计时，以一道习题引入，通过观察和空间想象，判断从不同位置观察到的形状，向学生渗透局部与整体的关系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引导学生回顾梳理本课所学，完善认知结构，提升归纳与反思能力，核心问题："通过本节课的整理复习，你有哪些收获？"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教科书P94“图形的认识与测量”及教科书P95～96“应用提升”第2、3题，完成教科书P97～99“练习十九”中第5、11、12、13题。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是复习本学期与图形有关的知识。在整理复习中，学生能结合具体内容，通过翻阅教科书，用列举的方式整理出知识点，但将零散的知识通过梳理条块化、结构化需要加强。出示示范的“知识结构图”后大部分小组能修改完善。全课教学重视让学生在操作、实践中积累数学活动经验。经历过程，培养了学生归纳与整理的能力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二、课时教学方案（第4课时）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第4课时　常见的量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第4课时　常见的量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教学内容：教科书P94“常见的量”，完成教科书P95“应用提升”第1题(1)小题及P97～99“练习十九”中第1、2、14题。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（1）通过整理和复习，对质量单位进行整理复习，初步养成回顾与反思的良好学习习惯。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（2）能根据生活实际填正确的质量单位，发展度量意识。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（3）在解决问题过程中综合运用知识，感受数学与生活的密切联系，进一步体会数学的应用价值。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教学重点：整理质量单位。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教学难点：质量单位的应用。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回顾引入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同学们，还记得曹冲称象的故事吗？这个故事告诉我们什么？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整理知识点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量的应用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通过本节课的整理复习，你有哪些收获？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回顾引入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1.整体回顾。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师：同学们，还记得曹冲称象的故事吗？这个故事告诉我们什么？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师：从中我们认识到等量的等量相等，总量等于各分量之和。同时还认识了质量单位，今天我们就来整理质量单位。(板书课题：常见的量)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创设情境激活学生已有经验，自然引出本课学习内容，激发学习兴趣，核心问题："同学们，还记得曹冲称象的故事吗？这个故事告诉我们什么？"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整理知识点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1.整理质量单位。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2．整理完后集中交流，根据学生的交流板书：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学生独立整理质量单位，并弄清三者之间的关系，教师巡视。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量的应用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1．在(　　)里填上合适的质量单位。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(1)一个苹果约重220(　　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(2)一头鲸约重4(　　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(3)读三年级的小亮体重29(　　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(4)出租车每天大约行驶300(　　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师小结：生活中计量比较轻的物品常用“克”作单位，计量比较重的物品常用“千克”作单位，计量较重或大宗物品的质量，通常用“吨”作单位。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2．填一填。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8吨＝(　　)千克　　　　　9000千克＝(　　)吨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1600千克－600千克＝(　　)吨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1吨－400千克＝(　　)千克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师小结：量的换算先要弄清两个单位之间的进率。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3．课件出示教科书P99“练习十九”第14题。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(1)读图，弄清三种水果之间的关系。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(2)学生结合已知条件尝试推理。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(3)汇报交流方法。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结合图形说理：由图一可知，1个西瓜的质量等于2个哈密瓜的质量，已知1个西瓜的质量等于6千克，也就是2个哈密瓜的质量等于6千克，1个哈密瓜的质量就等于6÷2＝3(千克)。由图二可知，6个菠萝的质量等于4个哈密瓜的质量，4个哈密瓜的质量等于3×4＝12(千克)，也就是6个菠萝的质量等于12千克，1个菠萝的质量就等于12÷6＝2(千克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4．课件出示教科书P100“练习十九”思考题。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(1)读题，理解题意。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(2)讨论方法，引导学生分步解决。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(3)交流方法。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方法不唯一，引导学生发现解决问题的关键是，两两比较，划去同样多的部分。如：将货架从下向上依次确定为第一层、第二层、第三层。每层摆放的牙膏总质量相同，先用第一层和第三层作比较，去掉两层中相同的部分，第三层剩下1盒中盒牙膏，第一层剩下2盒小盒牙膏，并且它们同样重。已知小盒牙膏每盒50克，1盒中盒牙膏就有50×2＝100克。再用第二层和第一层作比较，去掉两层中相同的部分，第二层剩下2盒中盒牙膏，第一层剩下1盒大盒牙膏，并且它们同样重。由上面可知1盒中盒牙膏为100克，所以1盒大盒牙膏为100×2＝200克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学生独立完成后说一说为什么这样填？让学生明确根据生活经验填，填的单位要符合生活实际。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学生独立完成后交流想法。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1.完成教科书P95“应用提升”第1题(1)小题。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2．完成教科书P97“练习十九”第1、2题。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(1)学生独立完成后再小组交流。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(2)选择几个题目进行全班交流，说一说你是怎样想的。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学生独立完成后交流方法。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师：通过本节课的整理复习，你有哪些收获？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常见的量的复习，由于知识点不多，设计时以学生独立整理为主，主要厘清三个质量单位之间的关系。然后设计了四个层次的应用。第一题在括号里填合适的单位，在实际问题情境中应用长度、质量单位，深化对计量单位的理解，发展度量意识。第二题质量单位换算，进一步强化质量单位之间的关系。教科书P99第14题和思考题，是等量的等量、数量关系和质量单位的应用，初步渗透等量代换思想，发展推理能力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引导学生回顾梳理本课所学，完善认知结构，提升归纳与反思能力，核心问题："通过本节课的整理复习，你有哪些收获？"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教科书P94“常见的量”，完成教科书P95“应用提升”第1题(1)小题及P97～99“练习十九”中第1、2、14题。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是复习常见的量有关的知识。在整理复习中，学生能结合具体内容，整理出知识点，弄清常见的质量单位克、千克和吨之间的关系，并能熟练地在实际情境中应用长度单位和质量单位，熟练地进行长度单位和质量单位的换算。遇到复杂的问题需要引导学生寻找思考的方向，教学中要鼓励学生独立解答，在交流中完善思考方法，多引导学生完整地说理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二、课时教学方案（第5课时）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第5课时　数学广角：搭配问题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第5课时　数学广角：搭配问题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教学内容：教科书P101～102。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教学准备：课件、衣服卡片。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（1）使学生在解决实际问题中掌握搭配的方法，体会有序思考的价值。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（2）让学生通过摆一摆、画一画、连一连、写一写等活动探索搭配的方法与结果，体验分类、分步计数及数形结合的方法。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（3）让学生体会数学与生活的密切联系，经历数学化的过程，感受符号化思想。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教学重点：初步掌握搭配的方法，体会有序思考的价值。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教学难点：能够有序进行搭配，用适当的方式表达出搭配的过程与结果。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二、合作探究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学具、课件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除了上面用衣服卡片摆一摆外，还有更简洁的方法来帮助我们探究吗？；这三种方法有什么共同点？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同学们，通过本节课的学习，你们有哪些收获？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1.出示复习题课件。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小红一家准备去A市旅游，有几种选择？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指名学生回答。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2．引入课题。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师：今天我们来学习数学广角——生活中的搭配问题。(板书课题：数学广角：搭配问题)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二、合作探究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小红带了2件上装，3件下装(每次上装和下装只能各选1件)，一共有多少种搭配方法？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1．尝试。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师：请同学们拿出学具袋中的衣服卡片，1件上装与1件下装搭配，试一试。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(1)让学生拿出衣服卡片和同桌相互摆一摆，看看一共有几种不同的搭配方法，记录下来。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(2)汇报交流。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2．探究。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师：除了上面用衣服卡片摆一摆外，还有更简洁的方法来帮助我们探究吗？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引导学生想到用文字、图形或符号来表达。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(1)有序探究。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师：请同学们在学习单上写一写、画一画，把自己的想法表达出来。看谁能有序完整地搭配。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(2)汇报交流。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根据学生的完成情况，可以按照如下顺序逐一汇报方法，在学生的汇报交流中引导学生借助文字、图形、符号连线，有序表达思考过程，并完善每一种方法。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方法一：用“上”表示上装，“下”表示下装。每件上装分别与3件下装搭配。如图：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从图中可知，一共有6种搭配方法。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方法二：用表示上装，表示下装。每件上装分别与3件下装搭配。如图：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从图中可知，一共有6种搭配方法。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方法三：用A表示上装，B表示下装。每件上装分别与3件下装搭配。如图：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从图中可知，一共有6种搭配方法。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师：这三种方法有什么共同点？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(3)列式计算。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师：你会列式计算吗？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指名说出算式，并说一说为什么这样列式？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3×2＝6(种)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3．反思。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课件出示复习题和例题。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(1)同桌讨论交流。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(2)全班交流。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根据学生交流引导学生。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师小结：复习题中从家到A市，有2班飞机和3班高铁可以选择，求一共有几种选择，用加法(如下左图)。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例题搭配服装要分两步，上装有2种选择，下装有3种选择，每件上装分别与3件下装搭配，2件上衣就有2个3种搭配，用乘法(如下右图)。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(3)师：生活中还有哪些这样的应用？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学生交流，可能表述无序，方法不全面。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学生独立思考完成，教师巡视指导，并观察学生的思考方法。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全班交流，得出结论：有序思考，分类整理，简洁明晰，便于记录。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讨论：计算出行方式的数量和服装搭配的数量，思路上有什么不同？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学生结合生活经验举例说明。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设计递进式探究活动，引导学生在动手实践与合作交流中经历知识形成过程，突破本课重难点，核心问题："除了上面用衣服卡片摆一摆外，还有更简洁的方法来帮助我们探究吗？"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1.完成教科书P102“挑战自我”第1题。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(2)师生汇报小结：固定其中一个数位，有序思考，可以做到不重复不遗漏，进行分类时便于排序。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2．完成教科书P102“挑战自我”第2题。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(1)学生独立思考，用自己的方式表达思考过程。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(2)集体订正。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师：同学们，通过本节课的学习，你们有哪些收获？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本节课通过计算出行方式的数量引入，接着出示本节课所要研究的问题，借助实物衣服卡片摆一摆，尝试找答案。然后引导学生借助图形和符号来探究，让学生通过写一写、画一画、连一连等方法表示服装之间的搭配关系，突出有序思考，在操作的基础上列式计算。通过比较优化，既巩固了有序搭配的方法，又让学生经历了符号化、数学化的过程，使学生体会到了数学符号的简洁美，帮助学生由具体到抽象，逐步优化解决问题的策略。最后反思计算出行方式的数量和服装搭配的数量的思路，明确两种问题解决思路的本质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引导学生回顾梳理本课所学，完善认知结构，提升归纳与反思能力，核心问题："同学们，通过本节课的学习，你们有哪些收获？"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数学广角：搭配问题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3×2＝6(种)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教科书P101～102。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选取计算出行方式的数量和服装搭配的数量的问题，用以培养学生有序、全面思考的能力。本课中做得比较好的一是鼓励学生用多种方式表达思考过程，展示交流，让学生对比有序与无序，突出有序思考的优点。二是让学生在对比中思考，体会数形结合及符号化思想，体会图形的直观性，通过比较计算出行方式的数量和服装搭配的数量的思路，明确用加法计算和乘法计算的问题的本质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