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数字编码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数字编码</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主题拓展课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（见各课时"课前思考·教材分析"。）</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（结合班情诊断学生已有知识基础与学习困难，确定单元学习起点。）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第1课时：通过认识身份证、邮政编码等生活中常见的数字编码，体会数字编码的特点。</w:t>
      </w:r>
    </w:p>
    <w:p>
      <w:pPr>
        <w:spacing w:after="20" w:line="300" w:lineRule="auto"/>
        <w:ind w:firstLine="400"/>
      </w:pPr>
      <w:r>
        <w:rPr>
          <w:rFonts w:ascii="宋体" w:hAnsi="宋体" w:eastAsia="宋体"/>
          <w:b w:val="0"/>
          <w:sz w:val="20"/>
        </w:rPr>
        <w:t>第2课时：让学生通过自主探索、合作交流经历编制学号的过程，初步学会用数字进行编码解决生活中的简单问题，培养学生的应用意识和实践能力。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认识数字编码</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通过认识身份证、邮政编码等生活中常见的数字编码，体会数字编码的特点。</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编制学号</w:t>
            </w:r>
          </w:p>
        </w:tc>
        <w:tc>
          <w:tcPr>
            <w:tcW w:type="dxa" w:w="1814"/>
          </w:tcPr>
          <w:p>
            <w:pPr>
              <w:spacing w:after="20" w:line="276" w:lineRule="auto"/>
            </w:pPr>
            <w:r/>
            <w:r>
              <w:rPr>
                <w:rFonts w:ascii="宋体" w:hAnsi="宋体" w:eastAsia="宋体"/>
                <w:b w:val="0"/>
                <w:sz w:val="18"/>
              </w:rPr>
              <w:t>主题拓展课</w:t>
            </w:r>
          </w:p>
        </w:tc>
        <w:tc>
          <w:tcPr>
            <w:tcW w:type="dxa" w:w="3515"/>
          </w:tcPr>
          <w:p>
            <w:pPr>
              <w:spacing w:after="20" w:line="276" w:lineRule="auto"/>
            </w:pPr>
            <w:r/>
            <w:r>
              <w:rPr>
                <w:rFonts w:ascii="宋体" w:hAnsi="宋体" w:eastAsia="宋体"/>
                <w:b w:val="0"/>
                <w:sz w:val="18"/>
              </w:rPr>
              <w:t>让学生通过自主探索、合作交流经历编制学号的过程，初步学会用数字进行编码解决生活中的简单问题，培养学生的应用意识和实践能力。</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认识数字编码</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认识数字编码</w:t>
            </w:r>
          </w:p>
        </w:tc>
        <w:tc>
          <w:tcPr>
            <w:tcW w:type="dxa" w:w="6009"/>
          </w:tcPr>
          <w:p>
            <w:pPr>
              <w:spacing w:after="20" w:line="276" w:lineRule="auto"/>
            </w:pPr>
            <w:r/>
            <w:r>
              <w:rPr>
                <w:rFonts w:ascii="宋体" w:hAnsi="宋体" w:eastAsia="宋体"/>
                <w:b w:val="0"/>
                <w:sz w:val="20"/>
              </w:rPr>
              <w:t>数字编码</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教学内容：教科书P57～58。</w:t>
      </w:r>
    </w:p>
    <w:p>
      <w:pPr>
        <w:spacing w:after="80" w:line="300" w:lineRule="auto"/>
        <w:ind w:firstLine="400"/>
      </w:pPr>
      <w:r>
        <w:rPr>
          <w:rFonts w:ascii="宋体" w:hAnsi="宋体" w:eastAsia="宋体"/>
          <w:b w:val="0"/>
          <w:sz w:val="20"/>
        </w:rPr>
        <w:t>教学准备：课件，课前收集身份证、车牌号等数字编码。</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（1）通过认识身份证、邮政编码等生活中常见的数字编码，体会数字编码的特点。</w:t>
      </w:r>
    </w:p>
    <w:p>
      <w:pPr>
        <w:spacing w:after="20" w:line="300" w:lineRule="auto"/>
        <w:ind w:firstLine="400"/>
      </w:pPr>
      <w:r>
        <w:rPr>
          <w:rFonts w:ascii="宋体" w:hAnsi="宋体" w:eastAsia="宋体"/>
          <w:b w:val="0"/>
          <w:sz w:val="20"/>
        </w:rPr>
        <w:t>（2）初步探索编制数字编码的简单方法，尝试用数学的方法解决实际生活中的简单问题，初步培养应用意识和实践能力。</w:t>
      </w:r>
    </w:p>
    <w:p>
      <w:pPr>
        <w:spacing w:after="20" w:line="300" w:lineRule="auto"/>
        <w:ind w:firstLine="400"/>
      </w:pPr>
      <w:r>
        <w:rPr>
          <w:rFonts w:ascii="宋体" w:hAnsi="宋体" w:eastAsia="宋体"/>
          <w:b w:val="0"/>
          <w:sz w:val="20"/>
        </w:rPr>
        <w:t>（3）进一步体会数字编码在日常生活中的广泛应用，增强对生活中数学问题的领悟与应用意识。</w:t>
      </w:r>
    </w:p>
    <w:p>
      <w:pPr>
        <w:spacing w:after="20" w:line="300" w:lineRule="auto"/>
      </w:pPr>
      <w:r>
        <w:rPr>
          <w:rFonts w:ascii="宋体" w:hAnsi="宋体" w:eastAsia="宋体"/>
          <w:b w:val="0"/>
          <w:sz w:val="20"/>
        </w:rPr>
        <w:t>教学重点：探索数字编码编制的方法。了解公民身份号码、邮政编码等号码的含义。</w:t>
      </w:r>
    </w:p>
    <w:p>
      <w:pPr>
        <w:spacing w:after="20" w:line="300" w:lineRule="auto"/>
      </w:pPr>
      <w:r>
        <w:rPr>
          <w:rFonts w:ascii="宋体" w:hAnsi="宋体" w:eastAsia="宋体"/>
          <w:b w:val="0"/>
          <w:sz w:val="20"/>
        </w:rPr>
        <w:t>教学难点：通过观察、比较、猜测来探索编制数字编码的简单方法。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活动准备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活动过程</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同学们调查了哪些数字编码？；从刚才交流中你发现了身份证编码的特点吗？</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活动总结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课前还调查了其他的数字编码，课后和同学们交流它们是怎么编制出来的？</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活动准备</w:t>
            </w:r>
          </w:p>
        </w:tc>
        <w:tc>
          <w:tcPr>
            <w:tcW w:type="dxa" w:w="3061"/>
          </w:tcPr>
          <w:p>
            <w:pPr>
              <w:spacing w:after="20" w:line="276" w:lineRule="auto"/>
            </w:pPr>
            <w:r/>
            <w:r>
              <w:rPr>
                <w:rFonts w:ascii="宋体" w:hAnsi="宋体" w:eastAsia="宋体"/>
                <w:b w:val="0"/>
                <w:sz w:val="18"/>
              </w:rPr>
              <w:t>选择一种你在生活中见过的数字编码，调查它表示的信息。</w:t>
            </w:r>
          </w:p>
        </w:tc>
        <w:tc>
          <w:tcPr>
            <w:tcW w:type="dxa" w:w="3061"/>
          </w:tcPr>
          <w:p>
            <w:pPr>
              <w:spacing w:after="20" w:line="276" w:lineRule="auto"/>
            </w:pPr>
            <w:r/>
            <w:r>
              <w:rPr>
                <w:rFonts w:ascii="宋体" w:hAnsi="宋体" w:eastAsia="宋体"/>
                <w:b w:val="0"/>
                <w:sz w:val="18"/>
              </w:rPr>
              <w:t>学生通过问询、上网了解等方式调查并记录信息，上课后准备交流。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活动过程</w:t>
            </w:r>
          </w:p>
        </w:tc>
        <w:tc>
          <w:tcPr>
            <w:tcW w:type="dxa" w:w="3061"/>
          </w:tcPr>
          <w:p>
            <w:pPr>
              <w:spacing w:after="20" w:line="276" w:lineRule="auto"/>
            </w:pPr>
            <w:r/>
            <w:r>
              <w:rPr>
                <w:rFonts w:ascii="宋体" w:hAnsi="宋体" w:eastAsia="宋体"/>
                <w:b w:val="0"/>
                <w:sz w:val="18"/>
              </w:rPr>
              <w:t>1.情境引入，揭示课题。</w:t>
            </w:r>
          </w:p>
          <w:p>
            <w:pPr>
              <w:spacing w:after="20" w:line="276" w:lineRule="auto"/>
            </w:pPr>
            <w:r>
              <w:rPr>
                <w:rFonts w:ascii="宋体" w:hAnsi="宋体" w:eastAsia="宋体"/>
                <w:b w:val="0"/>
                <w:sz w:val="18"/>
              </w:rPr>
              <w:t>课件出示身份证图片。</w:t>
            </w:r>
          </w:p>
          <w:p>
            <w:pPr>
              <w:spacing w:after="20" w:line="276" w:lineRule="auto"/>
            </w:pPr>
            <w:r>
              <w:rPr>
                <w:rFonts w:ascii="宋体" w:hAnsi="宋体" w:eastAsia="宋体"/>
                <w:b w:val="0"/>
                <w:sz w:val="18"/>
              </w:rPr>
              <w:t>师：同学们，每个人都有自己的公民身份号码，它是每个公民唯一的、终身不变的身份代码。生活中有许多地方都有数字编码，这是人们根据实际需要，按照一定的标准给事物编制的“身份号码”。今天我们一起来探究数字编码的秘密。(板书课题：认识数字编码)</w:t>
            </w:r>
          </w:p>
          <w:p>
            <w:pPr>
              <w:spacing w:after="20" w:line="276" w:lineRule="auto"/>
            </w:pPr>
            <w:r>
              <w:rPr>
                <w:rFonts w:ascii="宋体" w:hAnsi="宋体" w:eastAsia="宋体"/>
                <w:b w:val="0"/>
                <w:sz w:val="18"/>
              </w:rPr>
              <w:t>师：请同学们以小组为单位，说一说自己所调查的数字编码所表示的信息。</w:t>
            </w:r>
          </w:p>
          <w:p>
            <w:pPr>
              <w:spacing w:after="20" w:line="276" w:lineRule="auto"/>
            </w:pPr>
            <w:r>
              <w:rPr>
                <w:rFonts w:ascii="宋体" w:hAnsi="宋体" w:eastAsia="宋体"/>
                <w:b w:val="0"/>
                <w:sz w:val="18"/>
              </w:rPr>
              <w:t>3．集体交流，认识公民身份号码和邮政编码等数字编码。</w:t>
            </w:r>
          </w:p>
          <w:p>
            <w:pPr>
              <w:spacing w:after="20" w:line="276" w:lineRule="auto"/>
            </w:pPr>
            <w:r>
              <w:rPr>
                <w:rFonts w:ascii="宋体" w:hAnsi="宋体" w:eastAsia="宋体"/>
                <w:b w:val="0"/>
                <w:sz w:val="18"/>
              </w:rPr>
              <w:t>师：同学们调查了哪些数字编码？</w:t>
            </w:r>
          </w:p>
          <w:p>
            <w:pPr>
              <w:spacing w:after="20" w:line="276" w:lineRule="auto"/>
            </w:pPr>
            <w:r>
              <w:rPr>
                <w:rFonts w:ascii="宋体" w:hAnsi="宋体" w:eastAsia="宋体"/>
                <w:b w:val="0"/>
                <w:sz w:val="18"/>
              </w:rPr>
              <w:t>通过交流进行归类，学生调查的数字编码可能有公民身份号码、邮政编码、车牌号、银行卡号、图书编码等等。</w:t>
            </w:r>
          </w:p>
          <w:p>
            <w:pPr>
              <w:spacing w:after="20" w:line="276" w:lineRule="auto"/>
            </w:pPr>
            <w:r>
              <w:rPr>
                <w:rFonts w:ascii="宋体" w:hAnsi="宋体" w:eastAsia="宋体"/>
                <w:b w:val="0"/>
                <w:sz w:val="18"/>
              </w:rPr>
              <w:t>师：同学们调查的数字编码很丰富，我们首先认识公民身份号码和邮政编码所表示的信息。</w:t>
            </w:r>
          </w:p>
          <w:p>
            <w:pPr>
              <w:spacing w:after="20" w:line="276" w:lineRule="auto"/>
            </w:pPr>
            <w:r>
              <w:rPr>
                <w:rFonts w:ascii="宋体" w:hAnsi="宋体" w:eastAsia="宋体"/>
                <w:b w:val="0"/>
                <w:sz w:val="18"/>
              </w:rPr>
              <w:t>(1)认识公民身份号码信息。</w:t>
            </w:r>
          </w:p>
          <w:p>
            <w:pPr>
              <w:spacing w:after="20" w:line="276" w:lineRule="auto"/>
            </w:pPr>
            <w:r>
              <w:rPr>
                <w:rFonts w:ascii="宋体" w:hAnsi="宋体" w:eastAsia="宋体"/>
                <w:b w:val="0"/>
                <w:sz w:val="18"/>
              </w:rPr>
              <w:t>指名2到3名同学依次上台展示自己的公民身份号码，然后结合身份证说一说编码的含义。</w:t>
            </w:r>
          </w:p>
          <w:p>
            <w:pPr>
              <w:spacing w:after="20" w:line="276" w:lineRule="auto"/>
            </w:pPr>
            <w:r>
              <w:rPr>
                <w:rFonts w:ascii="宋体" w:hAnsi="宋体" w:eastAsia="宋体"/>
                <w:b w:val="0"/>
                <w:sz w:val="18"/>
              </w:rPr>
              <w:t>师：从刚才交流中你发现了身份证编码的特点吗？</w:t>
            </w:r>
          </w:p>
          <w:p>
            <w:pPr>
              <w:spacing w:after="20" w:line="276" w:lineRule="auto"/>
            </w:pPr>
            <w:r>
              <w:rPr>
                <w:rFonts w:ascii="宋体" w:hAnsi="宋体" w:eastAsia="宋体"/>
                <w:b w:val="0"/>
                <w:sz w:val="18"/>
              </w:rPr>
              <w:t>根据学生交流板书如下：</w:t>
            </w:r>
          </w:p>
          <w:p>
            <w:pPr>
              <w:spacing w:after="20" w:line="276" w:lineRule="auto"/>
            </w:pPr>
            <w:r>
              <w:rPr>
                <w:rFonts w:ascii="宋体" w:hAnsi="宋体" w:eastAsia="宋体"/>
                <w:b w:val="0"/>
                <w:sz w:val="18"/>
              </w:rPr>
              <w:t>结合板书说明：公民身份号码由18位数字组成；前6位是地址码；第7～14位是出生日期码；第15～17位是顺序码，其中第17位若是单数表示男性，双数则表示女性；最后一位是校验码，是由前17位数字计算得到的，可以是0～10中的任何一个数，当校验码是10的时候就会写成罗马数字X。校验码可以用来判断号码是否正确。</w:t>
            </w:r>
          </w:p>
          <w:p>
            <w:pPr>
              <w:spacing w:after="20" w:line="276" w:lineRule="auto"/>
            </w:pPr>
            <w:r>
              <w:rPr>
                <w:rFonts w:ascii="宋体" w:hAnsi="宋体" w:eastAsia="宋体"/>
                <w:b w:val="0"/>
                <w:sz w:val="18"/>
              </w:rPr>
              <w:t>师：上面认识的是第二代身份证，下面来了解一下第一代身份证。(课件出示)</w:t>
            </w:r>
          </w:p>
          <w:p>
            <w:pPr>
              <w:spacing w:after="20" w:line="276" w:lineRule="auto"/>
            </w:pPr>
            <w:r>
              <w:rPr>
                <w:rFonts w:ascii="宋体" w:hAnsi="宋体" w:eastAsia="宋体"/>
                <w:b w:val="0"/>
                <w:sz w:val="18"/>
              </w:rPr>
              <w:t>结合身份证说明：第一代身份证的编号只有15位，比现在使用的第二代身份证上的公民身份号码少了两位年份码和最后一位校验码。</w:t>
            </w:r>
          </w:p>
          <w:p>
            <w:pPr>
              <w:spacing w:after="20" w:line="276" w:lineRule="auto"/>
            </w:pPr>
            <w:r>
              <w:rPr>
                <w:rFonts w:ascii="宋体" w:hAnsi="宋体" w:eastAsia="宋体"/>
                <w:b w:val="0"/>
                <w:sz w:val="18"/>
              </w:rPr>
              <w:t>(2)认识邮政编码。</w:t>
            </w:r>
          </w:p>
          <w:p>
            <w:pPr>
              <w:spacing w:after="20" w:line="276" w:lineRule="auto"/>
            </w:pPr>
            <w:r>
              <w:rPr>
                <w:rFonts w:ascii="宋体" w:hAnsi="宋体" w:eastAsia="宋体"/>
                <w:b w:val="0"/>
                <w:sz w:val="18"/>
              </w:rPr>
              <w:t>指名交流邮政编码的含义。</w:t>
            </w:r>
          </w:p>
          <w:p>
            <w:pPr>
              <w:spacing w:after="20" w:line="276" w:lineRule="auto"/>
            </w:pPr>
            <w:r>
              <w:rPr>
                <w:rFonts w:ascii="宋体" w:hAnsi="宋体" w:eastAsia="宋体"/>
                <w:b w:val="0"/>
                <w:sz w:val="18"/>
              </w:rPr>
              <w:t>师：通过交流、讨论，你发现了邮政编码的哪些秘密呢？</w:t>
            </w:r>
          </w:p>
          <w:p>
            <w:pPr>
              <w:spacing w:after="20" w:line="276" w:lineRule="auto"/>
            </w:pPr>
            <w:r>
              <w:rPr>
                <w:rFonts w:ascii="宋体" w:hAnsi="宋体" w:eastAsia="宋体"/>
                <w:b w:val="0"/>
                <w:sz w:val="18"/>
              </w:rPr>
              <w:t>根据学生交流出示课件：</w:t>
            </w:r>
          </w:p>
          <w:p>
            <w:pPr>
              <w:spacing w:after="20" w:line="276" w:lineRule="auto"/>
            </w:pPr>
            <w:r>
              <w:rPr>
                <w:rFonts w:ascii="宋体" w:hAnsi="宋体" w:eastAsia="宋体"/>
                <w:b w:val="0"/>
                <w:sz w:val="18"/>
              </w:rPr>
              <w:t>明确：邮政编码由6位数字组成，用来定位邮寄地址。前两位表示省，第三位表示邮区，第四位表示县，最后两位表示投递局。</w:t>
            </w:r>
          </w:p>
          <w:p>
            <w:pPr>
              <w:spacing w:after="20" w:line="276" w:lineRule="auto"/>
            </w:pPr>
            <w:r>
              <w:rPr>
                <w:rFonts w:ascii="宋体" w:hAnsi="宋体" w:eastAsia="宋体"/>
                <w:b w:val="0"/>
                <w:sz w:val="18"/>
              </w:rPr>
              <w:t>师：我们学校的邮政编码是多少？它们是怎样组成的？</w:t>
            </w:r>
          </w:p>
          <w:p>
            <w:pPr>
              <w:spacing w:after="20" w:line="276" w:lineRule="auto"/>
            </w:pPr>
            <w:r>
              <w:rPr>
                <w:rFonts w:ascii="宋体" w:hAnsi="宋体" w:eastAsia="宋体"/>
                <w:b w:val="0"/>
                <w:sz w:val="18"/>
              </w:rPr>
              <w:t>结合学校的邮政编码，让学生进一步认识邮政编码的编制规律。</w:t>
            </w:r>
          </w:p>
          <w:p>
            <w:pPr>
              <w:spacing w:after="20" w:line="276" w:lineRule="auto"/>
            </w:pPr>
            <w:r>
              <w:rPr>
                <w:rFonts w:ascii="宋体" w:hAnsi="宋体" w:eastAsia="宋体"/>
                <w:b w:val="0"/>
                <w:sz w:val="18"/>
              </w:rPr>
              <w:t>师：有谁知道邮政编码的作用是什么吗？</w:t>
            </w:r>
          </w:p>
        </w:tc>
        <w:tc>
          <w:tcPr>
            <w:tcW w:type="dxa" w:w="3061"/>
          </w:tcPr>
          <w:p>
            <w:pPr>
              <w:spacing w:after="20" w:line="276" w:lineRule="auto"/>
            </w:pPr>
            <w:r/>
            <w:r>
              <w:rPr>
                <w:rFonts w:ascii="宋体" w:hAnsi="宋体" w:eastAsia="宋体"/>
                <w:b w:val="0"/>
                <w:sz w:val="18"/>
              </w:rPr>
              <w:t>2．小组交流，初步感知。</w:t>
            </w:r>
          </w:p>
          <w:p>
            <w:pPr>
              <w:spacing w:after="20" w:line="276" w:lineRule="auto"/>
            </w:pPr>
            <w:r>
              <w:rPr>
                <w:rFonts w:ascii="宋体" w:hAnsi="宋体" w:eastAsia="宋体"/>
                <w:b w:val="0"/>
                <w:sz w:val="18"/>
              </w:rPr>
              <w:t>小组合作交流，教师巡视。</w:t>
            </w:r>
          </w:p>
          <w:p>
            <w:pPr>
              <w:spacing w:after="20" w:line="276" w:lineRule="auto"/>
            </w:pPr>
            <w:r>
              <w:rPr>
                <w:rFonts w:ascii="宋体" w:hAnsi="宋体" w:eastAsia="宋体"/>
                <w:b w:val="0"/>
                <w:sz w:val="18"/>
              </w:rPr>
              <w:t>学生回答后教师介绍：邮政编码是我国的邮政代码，机器能根据邮政编码对信件进行分拣，这样就大大提高了信件传递的速度。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设计递进式探究活动，引导学生在动手实践与合作交流中经历知识形成过程，突破本课重难点，核心问题："同学们调查了哪些数字编码？"</w:t>
            </w:r>
          </w:p>
        </w:tc>
      </w:tr>
      <w:tr>
        <w:tc>
          <w:tcPr>
            <w:tcW w:type="dxa" w:w="1474"/>
          </w:tcPr>
          <w:p>
            <w:pPr>
              <w:spacing w:after="20" w:line="276" w:lineRule="auto"/>
            </w:pPr>
            <w:r>
              <w:rPr>
                <w:b/>
              </w:rPr>
            </w:r>
            <w:r>
              <w:rPr>
                <w:rFonts w:ascii="宋体" w:hAnsi="宋体" w:eastAsia="宋体"/>
                <w:b/>
                <w:sz w:val="18"/>
              </w:rPr>
              <w:t>活动总结</w:t>
            </w:r>
          </w:p>
        </w:tc>
        <w:tc>
          <w:tcPr>
            <w:tcW w:type="dxa" w:w="3061"/>
          </w:tcPr>
          <w:p>
            <w:pPr>
              <w:spacing w:after="20" w:line="276" w:lineRule="auto"/>
            </w:pPr>
            <w:r/>
            <w:r>
              <w:rPr>
                <w:rFonts w:ascii="宋体" w:hAnsi="宋体" w:eastAsia="宋体"/>
                <w:b w:val="0"/>
                <w:sz w:val="18"/>
              </w:rPr>
              <w:t>师：这节课我们认识了公民身份号码和邮政编码，说一说它们的特点。</w:t>
            </w:r>
          </w:p>
          <w:p>
            <w:pPr>
              <w:spacing w:after="20" w:line="276" w:lineRule="auto"/>
            </w:pPr>
            <w:r>
              <w:rPr>
                <w:rFonts w:ascii="宋体" w:hAnsi="宋体" w:eastAsia="宋体"/>
                <w:b w:val="0"/>
                <w:sz w:val="18"/>
              </w:rPr>
              <w:t>师：课前还调查了其他的数字编码，课后和同学们交流它们是怎么编制出来的？</w:t>
            </w:r>
          </w:p>
          <w:p>
            <w:pPr>
              <w:spacing w:after="20" w:line="276" w:lineRule="auto"/>
            </w:pPr>
            <w:r>
              <w:rPr>
                <w:rFonts w:ascii="宋体" w:hAnsi="宋体" w:eastAsia="宋体"/>
                <w:b w:val="0"/>
                <w:sz w:val="18"/>
              </w:rPr>
              <w:t>本节课设计成活动的形式，先让学生课前调查生活中见过的数字编码，在课堂上以小组为单位交流，发现其中蕴含的规律，再在全班汇报，初步掌握公民身份号码和邮政编码的编制方法，体会编码的简洁性、规范性和唯一性。然后拓展，介绍第一代身份证，了解两代身份证的不同。把学生的学习延伸到课前和课外，通过自主探究和平等交流，让学生在“熟悉的经验”中有新的数学发现，建构新知。</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设计递进式探究活动，引导学生在动手实践与合作交流中经历知识形成过程，突破本课重难点，核心问题："课前还调查了其他的数字编码，课后和同学们交流它们是怎么编制出来的？"</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教科书P57～58。</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数字编码是一种抽象的数学思想方法，本节课只是让学生通过日常生活中的一些实例，初步体会数字编码在解决实际问题中的作用，并通过观察、比较、猜测来探索编制数字编码的简单方法，初步培养学生的抽象概括能力。课前学生调查的大部分是身份证号码、车牌号码、电话号码和邮政编码等。活动过程中，教师充分放手，让学生亲身去体会、经历运用所学知识解决实际问题的过程，培养学生的探索精神和实践能力。课后还注重了知识的延伸，鼓励学生多了解相关知识。教学中，恰当把握了教学要求，由于公民身份号码的编码规则比较复杂，如校验码，只是让学生知道，没有深入了解。</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编制学号</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编制学号</w:t>
            </w:r>
          </w:p>
        </w:tc>
        <w:tc>
          <w:tcPr>
            <w:tcW w:type="dxa" w:w="6009"/>
          </w:tcPr>
          <w:p>
            <w:pPr>
              <w:spacing w:after="20" w:line="276" w:lineRule="auto"/>
            </w:pPr>
            <w:r/>
            <w:r>
              <w:rPr>
                <w:rFonts w:ascii="宋体" w:hAnsi="宋体" w:eastAsia="宋体"/>
                <w:b w:val="0"/>
                <w:sz w:val="20"/>
              </w:rPr>
              <w:t>数字编码</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（结合班情，从作业反馈、课前调查、访谈等途径诊断本班学生学习起点，明确本课学习的现实基础。）</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教学内容：教科书P59～60。</w:t>
      </w:r>
    </w:p>
    <w:p>
      <w:pPr>
        <w:spacing w:after="80" w:line="300" w:lineRule="auto"/>
        <w:ind w:firstLine="400"/>
      </w:pPr>
      <w:r>
        <w:rPr>
          <w:rFonts w:ascii="宋体" w:hAnsi="宋体" w:eastAsia="宋体"/>
          <w:b w:val="0"/>
          <w:sz w:val="20"/>
        </w:rPr>
        <w:t>教学准备：课件、学习单。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（1）让学生通过自主探索、合作交流经历编制学号的过程，初步学会用数字进行编码解决生活中的简单问题，培养学生的应用意识和实践能力。</w:t>
      </w:r>
    </w:p>
    <w:p>
      <w:pPr>
        <w:spacing w:after="20" w:line="300" w:lineRule="auto"/>
        <w:ind w:firstLine="400"/>
      </w:pPr>
      <w:r>
        <w:rPr>
          <w:rFonts w:ascii="宋体" w:hAnsi="宋体" w:eastAsia="宋体"/>
          <w:b w:val="0"/>
          <w:sz w:val="20"/>
        </w:rPr>
        <w:t>（2）能根据编制学号的需求对信息进行编码并组合，能在合作中比较准确地表达自己的观点。</w:t>
      </w:r>
    </w:p>
    <w:p>
      <w:pPr>
        <w:spacing w:after="20" w:line="300" w:lineRule="auto"/>
        <w:ind w:firstLine="400"/>
      </w:pPr>
      <w:r>
        <w:rPr>
          <w:rFonts w:ascii="宋体" w:hAnsi="宋体" w:eastAsia="宋体"/>
          <w:b w:val="0"/>
          <w:sz w:val="20"/>
        </w:rPr>
        <w:t>（3）让学生体会数字在表达、交流和传递信息中的作用，体会符号化思想。</w:t>
      </w:r>
    </w:p>
    <w:p>
      <w:pPr>
        <w:spacing w:after="20" w:line="300" w:lineRule="auto"/>
      </w:pPr>
      <w:r>
        <w:rPr>
          <w:rFonts w:ascii="宋体" w:hAnsi="宋体" w:eastAsia="宋体"/>
          <w:b w:val="0"/>
          <w:sz w:val="20"/>
        </w:rPr>
        <w:t>教学重点：经历编制学号的过程，学会编制学号。</w:t>
      </w:r>
    </w:p>
    <w:p>
      <w:pPr>
        <w:spacing w:after="20" w:line="300" w:lineRule="auto"/>
      </w:pPr>
      <w:r>
        <w:rPr>
          <w:rFonts w:ascii="宋体" w:hAnsi="宋体" w:eastAsia="宋体"/>
          <w:b w:val="0"/>
          <w:sz w:val="20"/>
        </w:rPr>
        <w:t>教学难点：学会用数字进行编码。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编制学号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小组同学讨论一下，学号中需要包含哪些信息？可以怎样设计？；这么多信息，每一个信息用几位数编码比较合适，怎么排序呢？</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通过本节课的学习，你有哪些收获？</w:t>
            </w:r>
          </w:p>
        </w:tc>
        <w:tc>
          <w:tcPr>
            <w:tcW w:type="dxa" w:w="1361"/>
          </w:tcPr>
          <w:p>
            <w:pPr>
              <w:spacing w:after="20" w:line="276" w:lineRule="auto"/>
            </w:pPr>
            <w:r/>
            <w:r>
              <w:rPr>
                <w:rFonts w:ascii="宋体" w:hAnsi="宋体" w:eastAsia="宋体"/>
                <w:b w:val="0"/>
                <w:sz w:val="18"/>
              </w:rPr>
              <w:t>9分钟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w:t>
            </w:r>
          </w:p>
        </w:tc>
        <w:tc>
          <w:tcPr>
            <w:tcW w:type="dxa" w:w="3061"/>
          </w:tcPr>
          <w:p>
            <w:pPr>
              <w:spacing w:after="20" w:line="276" w:lineRule="auto"/>
            </w:pPr>
            <w:r/>
            <w:r>
              <w:rPr>
                <w:rFonts w:ascii="宋体" w:hAnsi="宋体" w:eastAsia="宋体"/>
                <w:b w:val="0"/>
                <w:sz w:val="18"/>
              </w:rPr>
              <w:t>师：同学们，我们已经了解了一些数字编码的含义和编制方法，让我们尝试给全班同学编一下学号吧。(板书课题：编制学号)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编制学号</w:t>
            </w:r>
          </w:p>
        </w:tc>
        <w:tc>
          <w:tcPr>
            <w:tcW w:type="dxa" w:w="3061"/>
          </w:tcPr>
          <w:p>
            <w:pPr>
              <w:spacing w:after="20" w:line="276" w:lineRule="auto"/>
            </w:pPr>
            <w:r/>
            <w:r>
              <w:rPr>
                <w:rFonts w:ascii="宋体" w:hAnsi="宋体" w:eastAsia="宋体"/>
                <w:b w:val="0"/>
                <w:sz w:val="18"/>
              </w:rPr>
              <w:t>1.议一议。</w:t>
            </w:r>
          </w:p>
          <w:p>
            <w:pPr>
              <w:spacing w:after="20" w:line="276" w:lineRule="auto"/>
            </w:pPr>
            <w:r>
              <w:rPr>
                <w:rFonts w:ascii="宋体" w:hAnsi="宋体" w:eastAsia="宋体"/>
                <w:b w:val="0"/>
                <w:sz w:val="18"/>
              </w:rPr>
              <w:t>师：小组同学讨论一下，学号中需要包含哪些信息？可以怎样设计？</w:t>
            </w:r>
          </w:p>
          <w:p>
            <w:pPr>
              <w:spacing w:after="20" w:line="276" w:lineRule="auto"/>
            </w:pPr>
            <w:r>
              <w:rPr>
                <w:rFonts w:ascii="宋体" w:hAnsi="宋体" w:eastAsia="宋体"/>
                <w:b w:val="0"/>
                <w:sz w:val="18"/>
              </w:rPr>
              <w:t>(1)学生分组讨论，教师深入小组指导。</w:t>
            </w:r>
          </w:p>
          <w:p>
            <w:pPr>
              <w:spacing w:after="20" w:line="276" w:lineRule="auto"/>
            </w:pPr>
            <w:r>
              <w:rPr>
                <w:rFonts w:ascii="宋体" w:hAnsi="宋体" w:eastAsia="宋体"/>
                <w:b w:val="0"/>
                <w:sz w:val="18"/>
              </w:rPr>
              <w:t>(2)全班交流。</w:t>
            </w:r>
          </w:p>
          <w:p>
            <w:pPr>
              <w:spacing w:after="20" w:line="276" w:lineRule="auto"/>
            </w:pPr>
            <w:r>
              <w:rPr>
                <w:rFonts w:ascii="宋体" w:hAnsi="宋体" w:eastAsia="宋体"/>
                <w:b w:val="0"/>
                <w:sz w:val="18"/>
              </w:rPr>
              <w:t>通过讨论交流，学生发现：学号要包含年级、班级信息，还要能从学号上看出性别。</w:t>
            </w:r>
          </w:p>
          <w:p>
            <w:pPr>
              <w:spacing w:after="20" w:line="276" w:lineRule="auto"/>
            </w:pPr>
            <w:r>
              <w:rPr>
                <w:rFonts w:ascii="宋体" w:hAnsi="宋体" w:eastAsia="宋体"/>
                <w:b w:val="0"/>
                <w:sz w:val="18"/>
              </w:rPr>
              <w:t>2．试一试。</w:t>
            </w:r>
          </w:p>
          <w:p>
            <w:pPr>
              <w:spacing w:after="20" w:line="276" w:lineRule="auto"/>
            </w:pPr>
            <w:r>
              <w:rPr>
                <w:rFonts w:ascii="宋体" w:hAnsi="宋体" w:eastAsia="宋体"/>
                <w:b w:val="0"/>
                <w:sz w:val="18"/>
              </w:rPr>
              <w:t>(1)师：这么多信息，每一个信息用几位数编码比较合适，怎么排序呢？想好这些问题后开始设计方案。</w:t>
            </w:r>
          </w:p>
          <w:p>
            <w:pPr>
              <w:spacing w:after="20" w:line="276" w:lineRule="auto"/>
            </w:pPr>
            <w:r>
              <w:rPr>
                <w:rFonts w:ascii="宋体" w:hAnsi="宋体" w:eastAsia="宋体"/>
                <w:b w:val="0"/>
                <w:sz w:val="18"/>
              </w:rPr>
              <w:t>(2)小组合作在学习单上设计一个编制学号的方案，写出每部分表示的含义。教师巡视。</w:t>
            </w:r>
          </w:p>
          <w:p>
            <w:pPr>
              <w:spacing w:after="20" w:line="276" w:lineRule="auto"/>
            </w:pPr>
            <w:r>
              <w:rPr>
                <w:rFonts w:ascii="宋体" w:hAnsi="宋体" w:eastAsia="宋体"/>
                <w:b w:val="0"/>
                <w:sz w:val="18"/>
              </w:rPr>
              <w:t>设计方案：</w:t>
            </w:r>
          </w:p>
          <w:p>
            <w:pPr>
              <w:spacing w:after="20" w:line="276" w:lineRule="auto"/>
            </w:pPr>
            <w:r>
              <w:rPr>
                <w:rFonts w:ascii="宋体" w:hAnsi="宋体" w:eastAsia="宋体"/>
                <w:b w:val="0"/>
                <w:sz w:val="18"/>
              </w:rPr>
              <w:t>3．说一说。</w:t>
            </w:r>
          </w:p>
          <w:p>
            <w:pPr>
              <w:spacing w:after="20" w:line="276" w:lineRule="auto"/>
            </w:pPr>
            <w:r>
              <w:rPr>
                <w:rFonts w:ascii="宋体" w:hAnsi="宋体" w:eastAsia="宋体"/>
                <w:b w:val="0"/>
                <w:sz w:val="18"/>
              </w:rPr>
              <w:t>(1)教师通过巡视先选择一般方案展示，讨论后出示最优方案。如：</w:t>
            </w:r>
          </w:p>
          <w:p>
            <w:pPr>
              <w:spacing w:after="20" w:line="276" w:lineRule="auto"/>
            </w:pPr>
            <w:r>
              <w:rPr>
                <w:rFonts w:ascii="宋体" w:hAnsi="宋体" w:eastAsia="宋体"/>
                <w:b w:val="0"/>
                <w:sz w:val="18"/>
              </w:rPr>
              <w:t>方案一：</w:t>
            </w:r>
          </w:p>
          <w:p>
            <w:pPr>
              <w:spacing w:after="20" w:line="276" w:lineRule="auto"/>
            </w:pPr>
            <w:r>
              <w:rPr>
                <w:rFonts w:ascii="宋体" w:hAnsi="宋体" w:eastAsia="宋体"/>
                <w:b w:val="0"/>
                <w:sz w:val="18"/>
              </w:rPr>
              <w:t>方案二：</w:t>
            </w:r>
          </w:p>
          <w:p>
            <w:pPr>
              <w:spacing w:after="20" w:line="276" w:lineRule="auto"/>
            </w:pPr>
            <w:r>
              <w:rPr>
                <w:rFonts w:ascii="宋体" w:hAnsi="宋体" w:eastAsia="宋体"/>
                <w:b w:val="0"/>
                <w:sz w:val="18"/>
              </w:rPr>
              <w:t>师：观察这两种方案，哪种方案更好？还有补充的吗？</w:t>
            </w:r>
          </w:p>
          <w:p>
            <w:pPr>
              <w:spacing w:after="20" w:line="276" w:lineRule="auto"/>
            </w:pPr>
            <w:r>
              <w:rPr>
                <w:rFonts w:ascii="宋体" w:hAnsi="宋体" w:eastAsia="宋体"/>
                <w:b w:val="0"/>
                <w:sz w:val="18"/>
              </w:rPr>
              <w:t>通过比较不难看出，方案二更详实。</w:t>
            </w:r>
          </w:p>
          <w:p>
            <w:pPr>
              <w:spacing w:after="20" w:line="276" w:lineRule="auto"/>
            </w:pPr>
            <w:r>
              <w:rPr>
                <w:rFonts w:ascii="宋体" w:hAnsi="宋体" w:eastAsia="宋体"/>
                <w:b w:val="0"/>
                <w:sz w:val="18"/>
              </w:rPr>
              <w:t>引导学生发现第一个编码表示的是年级，今年是三年级，明年就是四年级了，如果这样编，这个学号每年都要变化，很麻烦。而且一个学号到下一年就会是下一个年级的某个学生的学号，会有重复。</w:t>
            </w:r>
          </w:p>
          <w:p>
            <w:pPr>
              <w:spacing w:after="20" w:line="276" w:lineRule="auto"/>
            </w:pPr>
            <w:r>
              <w:rPr>
                <w:rFonts w:ascii="宋体" w:hAnsi="宋体" w:eastAsia="宋体"/>
                <w:b w:val="0"/>
                <w:sz w:val="18"/>
              </w:rPr>
              <w:t>师：这一部分该怎样优化呢？</w:t>
            </w:r>
          </w:p>
          <w:p>
            <w:pPr>
              <w:spacing w:after="20" w:line="276" w:lineRule="auto"/>
            </w:pPr>
            <w:r>
              <w:rPr>
                <w:rFonts w:ascii="宋体" w:hAnsi="宋体" w:eastAsia="宋体"/>
                <w:b w:val="0"/>
                <w:sz w:val="18"/>
              </w:rPr>
              <w:t>通过学生讨论发现用入学年份表示更合理。在此基础上出示优化的设计方案。</w:t>
            </w:r>
          </w:p>
          <w:p>
            <w:pPr>
              <w:spacing w:after="20" w:line="276" w:lineRule="auto"/>
            </w:pPr>
            <w:r>
              <w:rPr>
                <w:rFonts w:ascii="宋体" w:hAnsi="宋体" w:eastAsia="宋体"/>
                <w:b w:val="0"/>
                <w:sz w:val="18"/>
              </w:rPr>
              <w:t>方案三：</w:t>
            </w:r>
          </w:p>
          <w:p>
            <w:pPr>
              <w:spacing w:after="20" w:line="276" w:lineRule="auto"/>
            </w:pPr>
            <w:r>
              <w:rPr>
                <w:rFonts w:ascii="宋体" w:hAnsi="宋体" w:eastAsia="宋体"/>
                <w:b w:val="0"/>
                <w:sz w:val="18"/>
              </w:rPr>
              <w:t>师：这个方案好在哪里？</w:t>
            </w:r>
          </w:p>
          <w:p>
            <w:pPr>
              <w:spacing w:after="20" w:line="276" w:lineRule="auto"/>
            </w:pPr>
            <w:r>
              <w:rPr>
                <w:rFonts w:ascii="宋体" w:hAnsi="宋体" w:eastAsia="宋体"/>
                <w:b w:val="0"/>
                <w:sz w:val="18"/>
              </w:rPr>
              <w:t>这个方案可以保证每个学号只对应一个人，而且永久有效。</w:t>
            </w:r>
          </w:p>
          <w:p>
            <w:pPr>
              <w:spacing w:after="20" w:line="276" w:lineRule="auto"/>
            </w:pPr>
            <w:r>
              <w:rPr>
                <w:rFonts w:ascii="宋体" w:hAnsi="宋体" w:eastAsia="宋体"/>
                <w:b w:val="0"/>
                <w:sz w:val="18"/>
              </w:rPr>
              <w:t>根据以上设计方案，每人给自己编一个学号，然后在组内交流，让组内同学根据自己编的学号说出所包含的信息。</w:t>
            </w:r>
          </w:p>
          <w:p>
            <w:pPr>
              <w:spacing w:after="20" w:line="276" w:lineRule="auto"/>
            </w:pPr>
            <w:r>
              <w:rPr>
                <w:rFonts w:ascii="宋体" w:hAnsi="宋体" w:eastAsia="宋体"/>
                <w:b w:val="0"/>
                <w:sz w:val="18"/>
              </w:rPr>
              <w:t>(2)师：如果给全校学生编学号，你们的方案可行吗？如果给全市学生编号呢？</w:t>
            </w:r>
          </w:p>
          <w:p>
            <w:pPr>
              <w:spacing w:after="20" w:line="276" w:lineRule="auto"/>
            </w:pPr>
            <w:r>
              <w:rPr>
                <w:rFonts w:ascii="宋体" w:hAnsi="宋体" w:eastAsia="宋体"/>
                <w:b w:val="0"/>
                <w:sz w:val="18"/>
              </w:rPr>
              <w:t>师：我们已经了解了公民身份号码、邮政编码和学号的编制规则，接下来交流生活中另外的数字编码。</w:t>
            </w:r>
          </w:p>
          <w:p>
            <w:pPr>
              <w:spacing w:after="20" w:line="276" w:lineRule="auto"/>
            </w:pPr>
            <w:r>
              <w:rPr>
                <w:rFonts w:ascii="宋体" w:hAnsi="宋体" w:eastAsia="宋体"/>
                <w:b w:val="0"/>
                <w:sz w:val="18"/>
              </w:rPr>
              <w:t>结合课件说明：图书的书号也是一种编码，它包含组区号、出版者号、出版序号和校验码等。</w:t>
            </w:r>
          </w:p>
          <w:p>
            <w:pPr>
              <w:spacing w:after="20" w:line="276" w:lineRule="auto"/>
            </w:pPr>
            <w:r>
              <w:rPr>
                <w:rFonts w:ascii="宋体" w:hAnsi="宋体" w:eastAsia="宋体"/>
                <w:b w:val="0"/>
                <w:sz w:val="18"/>
              </w:rPr>
              <w:t>师：相互交流自己感兴趣的数字编码吧。</w:t>
            </w:r>
          </w:p>
        </w:tc>
        <w:tc>
          <w:tcPr>
            <w:tcW w:type="dxa" w:w="3061"/>
          </w:tcPr>
          <w:p>
            <w:pPr>
              <w:spacing w:after="20" w:line="276" w:lineRule="auto"/>
            </w:pPr>
            <w:r/>
            <w:r>
              <w:rPr>
                <w:rFonts w:ascii="宋体" w:hAnsi="宋体" w:eastAsia="宋体"/>
                <w:b w:val="0"/>
                <w:sz w:val="18"/>
              </w:rPr>
              <w:t>讨论后说明：方案三给全校的学生编学号可行，给全市的学生编号不行，还涉及行政区、学校等信息，而且每一个信息用几位数编码也要调整。</w:t>
            </w:r>
          </w:p>
          <w:p>
            <w:pPr>
              <w:spacing w:after="20" w:line="276" w:lineRule="auto"/>
            </w:pPr>
            <w:r>
              <w:rPr>
                <w:rFonts w:ascii="宋体" w:hAnsi="宋体" w:eastAsia="宋体"/>
                <w:b w:val="0"/>
                <w:sz w:val="18"/>
              </w:rPr>
              <w:t>交流数字编码</w:t>
            </w:r>
          </w:p>
        </w:tc>
        <w:tc>
          <w:tcPr>
            <w:tcW w:type="dxa" w:w="1814"/>
          </w:tcPr>
          <w:p>
            <w:pPr>
              <w:spacing w:after="20" w:line="276" w:lineRule="auto"/>
            </w:pPr>
            <w:r/>
            <w:r>
              <w:rPr>
                <w:rFonts w:ascii="宋体" w:hAnsi="宋体" w:eastAsia="宋体"/>
                <w:b w:val="0"/>
                <w:sz w:val="18"/>
              </w:rPr>
              <w:t>围绕环节目标组织学习活动，引导学生主动参与、积极思考，核心问题："小组同学讨论一下，学号中需要包含哪些信息？可以怎样设计？"</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师：通过本节课的学习，你有哪些收获？</w:t>
            </w:r>
          </w:p>
          <w:p>
            <w:pPr>
              <w:spacing w:after="20" w:line="276" w:lineRule="auto"/>
            </w:pPr>
            <w:r>
              <w:rPr>
                <w:rFonts w:ascii="宋体" w:hAnsi="宋体" w:eastAsia="宋体"/>
                <w:b w:val="0"/>
                <w:sz w:val="18"/>
              </w:rPr>
              <w:t>本节课以活动的形式开展，先谈话导入，以学生熟悉的学号入手，激发学生的探究欲望。接着让学生讨论确定数字编码要表达的信息，通过小组交流，明确编码规则，从整体把握。接着放手让学生自主设计一个编制学号的方案，随后展示学生的方案，在对比交流中优化设计方案，渗透优化思想。这样的设计为学生综合运用所学知识解决生活中的问题搭建了平台，引导学生经历了解决问题的自主探索的过程，积累数学活动经验，培养应用意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引导学生回顾梳理本课所学，完善认知结构，提升归纳与反思能力，核心问题："通过本节课的学习，你有哪些收获？"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教科书P59～60。</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谈话导入，明确活动任务：全班同学编学号。然后让学生自主参与这一活动。活动围绕三个问题展开：一是学号中要包含哪些信息；二是如何用数字组合来体现每一个信息；三是如何编排这些表达信息的数字组合的顺序。在活动中学生能够设计出方案一和方案二这样的方案，方案三需要通过观察、讨论、交流，逐步优化完善。每一个环节都让学生充分展开讨论，教师及时跟进并点拨指导。</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