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人教版三年级数学上册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曹冲称象的故事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曹冲称象的故事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综合与实践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3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主题拓展课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（见各课时"课前思考·教材分析"。）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（结合班情诊断学生已有知识基础与学习困难，确定单元学习起点。）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第1课时：理解曹冲称象的原理，感受生活中数学的魅力。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第2课时：知道物体的质量有大有小，通过称重工具可以称出物体的质量。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第3课时：能用不同的方法称出物体的质量，体会解决问题策略的多样性。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认识质量单位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理解曹冲称象的原理，感受生活中数学的魅力。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称重我很行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知道物体的质量有大有小，通过称重工具可以称出物体的质量。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称重大挑战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能用不同的方法称出物体的质量，体会解决问题策略的多样性。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认识质量单位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认识质量单位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曹冲称象的故事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教学内容：教科书P31～33。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（1）理解曹冲称象的原理，感受生活中数学的魅力。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（2）通过课外调查，了解生活中常用的质量单位克、千克和吨，认识质量单位克、千克和吨，初步建立1克、1千克、1吨的质量概念，知道1000克＝1千克，1吨＝1000千克。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（3）了解日常生活中常用称重的工具，会认识日常生活中常用的称重工具，能读出这些工具称出的物体质量。体会到质量单位与生活的密切联系，体会数学的价值。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教学重点：理解曹冲称象的原理，认识质量单位克、千克和吨。知道1000克＝1千克，1吨＝1000千克。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教学难点：初步建立1克、1千克、1吨的质量观念。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数学故事，理解曹冲称象原理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视频、课件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同学们听说过曹冲称象的故事吗？有谁能讲给大家听听？；曹冲是用什么方法称出大象的质量的？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→  →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同学们想过没有，为什么这样能称出大象的质量呢？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＝＝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根据这个称重的过程，你们发现了什么？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认识质量单位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同学们，曹冲为什么不直接称大象的质量呀？；我让同学们课前进行了调查，你了解到我们现在有哪些称重的工具？在这些工具上你们发现了哪些质量单位？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天平　　体检秤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课件、教科书、图片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你们认识这些称重的工具吗？说说分别叫什么名字？；这些都是称重的工具。在这些秤上找一找，看见了哪些质量单位？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课后调查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回顾一下，本节课我们学习了哪些内容？你有哪些收获？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数学故事，理解曹冲称象原理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1.熟悉曹冲称象的故事。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师：同学们听说过曹冲称象的故事吗？有谁能讲给大家听听？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有学生知道，就让学生讲一讲，没有学生知道就直接播放视频。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师：我们一起来听听这个故事吧。大家在听的时候，要思考这样几个问题：(1)曹冲是用什么方法称出大象的质量的？(2)曹冲称象经过了几个步骤？是哪几个步骤？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视频播放曹冲称象的故事。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2．探究曹冲称象的原理。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师：曹冲是用什么方法称出大象的质量的？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先将大象赶到船上，船会下沉，沿水面在船舷上画一条线；然后赶大象下船，放一些石头使船下沉到画线处；最后分几次称出船上石头的总质量。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师：曹冲称象经过了哪几个步骤呢？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引导学生说出经过的步骤，并板书：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创设情境激活学生已有经验，自然引出本课学习内容，激发学习兴趣，核心问题："同学们听说过曹冲称象的故事吗？有谁能讲给大家听听？"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→  →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师：同学们想过没有，为什么这样能称出大象的质量呢？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因为大象和石头在船上画的线一致，石头的质量就跟大象的质量相同。所以称出石头的质量就是大象的质量。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根据学生的交流，教师板书：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学生小组讨论后交流。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围绕环节目标组织学习活动，引导学生主动参与、积极思考，核心问题："同学们想过没有，为什么这样能称出大象的质量呢？"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＝＝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师：根据这个称重的过程，你们发现了什么？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引导学生发现：等量的等量相等，等量等于各分量之和。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师小结：曹冲通过等量转换，将一个较重的大象的质量转化成一个个质量较小的石头的质量之和。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围绕环节目标组织学习活动，引导学生主动参与、积极思考，核心问题："根据这个称重的过程，你们发现了什么？"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认识质量单位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1.引入学习内容。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师：同学们，曹冲为什么不直接称大象的质量呀？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因为在古代，没有那么大的称重工具。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师：随着社会的发展，我们的各种称重工具越来越先进了，现在可以直接称很重的物体啦！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师：我让同学们课前进行了调查，你了解到我们现在有哪些称重的工具？在这些工具上你们发现了哪些质量单位？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学生交流自己见过哪些称重的工具。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围绕环节目标组织学习活动，引导学生主动参与、积极思考，核心问题："同学们，曹冲为什么不直接称大象的质量呀？"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天平　　体检秤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师：你们认识这些称重的工具吗？说说分别叫什么名字？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师：这些都是称重的工具。在这些秤上找一找，看见了哪些质量单位？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结合学生的汇报，介绍“克(g)”和“千克(kg)”。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师：经过调查，你还知道生活中所使用的其他质量单位吗？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师：是的，生活中我们也会用到斤、公斤和两。但为了便于国际交流，一般情况下采用国际通用质量单位克和千克。今天我们就一起来认识它们。(板书课题：认识质量单位)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2．认识克。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师：计量较轻的物品，通常使用“克”作为单位。你知道1克大约有多重吗？在课前自己准备的物品中找一找、掂一掂。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师：互相说说你是怎么找到的。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根据生活经验，学生会在自己带来的物品中选择最轻的那个，或者有些物品的包装袋上有标识，直接就可以找到了。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师：我们平常吃的盐，一般1袋就是500克，也就是我们常说的1斤。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3．认识千克。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师：计量较重的物品，常用“千克”作单位。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课件出示教科书P32下面图片。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师：请大家观察这几个秤上显示的物品质量，你能了解到哪些信息？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2个茄子重1千克，1个西瓜重2.3千克，小女孩体重25千克。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师：在日常生活中，一般物品的质量都是用千克作单位。千克也称为“公斤”。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师：我们知道1袋盐重500克，那么2袋盐就是1千克。1000克＝1千克。(板书)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4．认识吨。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师：在日常生活中，还有一些更重的物体，如：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课件出示P33上面的大象、货车图。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师：就你们的了解，计量它们的质量一般用什么单位？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师：“吨”是比“克”和“千克”都大得多的质量单位。1吨＝1000千克。(板书)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师：你们知道生活中还有哪些物体的质量常用吨作单位？请举例说明。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师：我们在生活中，经常要称一称物品的质量或体重，你能读出下面物品的质量吗？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课件出示P33“认一认”图片。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师小结：认秤时，先看清楚秤是以什么为单位，再看秤上的指针，指针指着几，就表示所称的物体有几克或几千克。(板书)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学生边说，课件边呈现秤的名称。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学生可能会说斤、公斤、两等。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小组探讨，感知物品质量，对物品的轻重有初步认知。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学生交流，教师板书：吨(t)。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全班交流。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学生汇报各个物体的质量，并交流怎么认的。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围绕环节目标组织学习活动，引导学生主动参与、积极思考，核心问题："你们认识这些称重的工具吗？说说分别叫什么名字？"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课后调查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课后调查完成教科书P33“小调查”。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师：回顾一下，本节课我们学习了哪些内容？你有哪些收获？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本节课是综合实践活动的课堂教学环节，课前学生开展了调查活动，对本节课的学习内容有所了解。课堂教学时，主要是梳理学生的调查内容，引导学生初步认识日常生活中常用的质量单位，认识一些常用的称重工具，会认这些工具称出来的物体质量，突出实践应用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引导学生回顾梳理本课所学，完善认知结构，提升归纳与反思能力，核心问题："回顾一下，本节课我们学习了哪些内容？你有哪些收获？"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常用质量单位：克(g)、千克(kg)、吨(t)。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1000克＝1千克　1吨＝1000千克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秤上的指针指着几，就表示所称的物体有几克或几千克。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教科书P31～33。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课前学生已经开展了实践活动，生活中也经常接触到质量单位，学生亲身经历过的事情，所以学习兴趣非常浓厚，交流也积极主动。但是因为调查的范围比较广，学生涉及的内容比预期的多得多，在汇报交流时，学生很难围绕学习目标，教学时，教师要充分发挥主导作用，引导学生围绕学习目标汇报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称重我很行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称重我很行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曹冲称象的故事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教学内容：教科书P34～35。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教学准备：课件、电子称、天平、1袋黄豆、2个曲别针、鸡蛋、苹果、梨、2袋盐、2枚硬币。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（1）知道物体的质量有大有小，通过称重工具可以称出物体的质量。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（2）通过掂一掂、估一估、称一称等活动，感知质量单位克和千克，初步建立1克和1千克的观念。通过具体的称重、类推感知1吨的质量，建立1吨有多重的观念。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（3）能选择合适的方法称出物体的质量，并根据物体的质量选择合适的质量单位，发展量感。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教学重点：通过操作活动建立1克、1千克、1吨的质量观念。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教学难点：建立1克、1千克、1吨的质量观念。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创设情境，提出问题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上节课我们认识了质量单位克、千克和吨。这些单位有什么用处？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教师出示一个鸡蛋、一个苹果、一个梨、一根粉笔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这些物品的质量一样吗？；凭你们的经验，你们认为哪个重一些？哪个轻一些？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掂一掂，比一比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我们根据物体的大小可以初步判断出物体的轻重。判断是否正确呢？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称一称，建立1克、1千克和1吨的概念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课件、教科书、图片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通过称，我们知道苹果比梨重×克(根据实际的数据)，那么1克有多重呢？你们认为实际生活中哪些物体的质量可能是1克？；还有哪些物体的质量是1克呢？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这节课你们有什么收获？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创设情境，提出问题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师：上节课我们认识了质量单位克、千克和吨。这些单位有什么用处？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表示物体的质量。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创设情境激活学生已有经验，自然引出本课学习内容，激发学习兴趣，核心问题："上节课我们认识了质量单位克、千克和吨。这些单位有什么用处？"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教师出示一个鸡蛋、一个苹果、一个梨、一根粉笔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师：这些物品的质量一样吗？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师：凭你们的经验，你们认为哪个重一些？哪个轻一些？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基本能判定出哪个物体重，哪个物体轻，但是在较重的物体中，有的说梨重一些，有的说苹果重一些。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围绕环节目标组织学习活动，引导学生主动参与、积极思考，核心问题："这些物品的质量一样吗？"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掂一掂，比一比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师：我们根据物体的大小可以初步判断出物体的轻重。判断是否正确呢？我们可以掂一掂。(教师边说边示范掂一掂)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指名几名同学上讲台分别掂一掂，并说说通过掂一掂，能感觉出哪个物品重，哪个物品轻。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通过掂一掂，还是无法确定梨和苹果哪个更重一点。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师：通过掂一掂，我们能大约判断物体的轻重，但是要更准确的质量，我们需要称一称。(板书课题：称重我很行)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将梨和苹果分别放在电子秤上称一称，让学生读出数据，再比较轻重。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围绕环节目标组织学习活动，引导学生主动参与、积极思考，核心问题："我们根据物体的大小可以初步判断出物体的轻重。判断是否正确呢？"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称一称，建立1克、1千克和1吨的概念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1.明确1克的概念，感知1克的质量。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师：通过称，我们知道苹果比梨重×克(根据实际的数据)，那么1克有多重呢？你们认为实际生活中哪些物体的质量可能是1克？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师：1克的物体很轻。1枚1角的硬币约重3克。1枚1元的硬币约重6克。2个曲别针约重1克。(出示准备的2个曲别针)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教师用天平称量，实证这些物体的质量。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师：还有哪些物体的质量是1克呢？我们来称一称。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教师示范称量黄豆，5粒黄豆大约重1克。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教师给每个同学发2个曲别针、5粒黄豆，让学生分别掂一掂，感受1克有多重。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师：大家都感受了1克有多重，那“克”一般是什么样的物品的质量单位呢？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“克”是较轻物品的质量单位。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2．明确1千克的概念，感知1千克的质量。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师：我们已经充分感受过1克到底有多重了。那么1千克有多重呢？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教师出示1袋食盐。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师：这1袋食盐的质量是500克，2袋就是1千克。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教师放在电子秤上称一称。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师：大家看一看，电子秤上显示有多重？(1千克)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2袋食盐的质量就是1千克。有谁愿意上来掂一掂，感受一下1千克有多重。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教师将2袋食盐拿着在教室内让学生掂一掂，感受一下1千克的质量。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师：我们来看看1千克鸡蛋有多少个？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教师边说边将鸡蛋往电子秤上添加，发现17个鸡蛋大约重1千克。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电子秤上显示的1千克多一点，引导学生说大约1千克。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师：我们来看看几个苹果大约1千克。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教师逐步示范称苹果、梨，发现3个苹果、5个梨的质量都大约1千克。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3．明确1吨的概念，建立1吨的观念。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师：同学们回忆一下，吨和千克有什么关系？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师：1吨比1千克重得多。大家观看课件。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课件出示教科书P35上面的图片。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师：大家观察，这一袋粮食有多重？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引导学生观察：1袋粮食重100千克，2袋重200千克……10袋是1000千克，就是1吨。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师：我们感知了1克、1千克、1吨的质量，说说你们的体会。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1克很轻，1千克有点重，但1只手可以掂起来，1吨很重。(教师适时板书)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师：在实际运用中，根据物体的质量选择合适的单位。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课件出示教科书P35“选一选”，学生自主选择后，全班交流选择的依据。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师：如果要称出特别轻的物体的质量，比如要称出1颗绿豆、1张纸的质量，你有什么办法吗？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让学生自主交流，引导理解可以称出几十颗绿豆、几十张纸的质量，再算出1颗绿豆、1张纸的质量。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学生举例说1克的物体，但不一定正确。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学生活动。找一名体重约25千克的学生，让学生试着背一背，感受该同学的体重有多重，40名这样体重的学生共重1吨。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交流分享，实践应用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围绕环节目标组织学习活动，引导学生主动参与、积极思考，核心问题："通过称，我们知道苹果比梨重×克(根据实际的数据)，那么1克有多重呢？你们认为实际生活中哪些物体的质量可能是1克？"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师：这节课你们有什么收获？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让学生在充分的操作活动中，通过掂一掂、称一称感知1克、1千克有多重，并通过熟悉的物体建立1克、1千克的概念。通过一定数量的物体进行推理，并让同学相互背一背，建立1吨的观念，发展量感。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引导学生回顾梳理本课所学，完善认知结构，提升归纳与反思能力，核心问题："这节课你们有什么收获？"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称重我很行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1克：2个曲别针、5粒黄豆　　　　　　　　　很轻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1千克：2袋食盐、17个鸡蛋　3个苹果  较重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1吨：10个100千克，40个25千克  很重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教科书P34～35。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充分地给学生提供了亲自体验、动手操作的机会，准备了充分的教具、学具和实物等，调动学生多种感官参与学习活动，形成对1克、1千克和1吨的直观感知。学生由最初的表象“1克很轻”“1千克有点重”逐步发展到用秤称物品、认识物品的质量，这些都是学生自己去实践、去体验的，获得了积极的情感体验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称重大挑战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称重大挑战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曹冲称象的故事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教学内容：教科书P36～38。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教学准备：课件、天平、电子秤。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（1）能用不同的方法称出物体的质量，体会解决问题策略的多样性。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（2）通过“小讲堂”了解生活中常用的质量单位和秤。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（3）了解成语中的质量单位，渗透“跨学科”意识。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教学重点：用不同的方法称出物体的质量。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教学难点：选择感兴趣的问题自主研究。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掂一掂、称一称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学具、课件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上节课我们感知了1克、1千克、1吨的质量。我们身边的这么多物体，有多重呢？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用不同的方法“称”物体的质量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日常生活中，我们不可能随时带着秤，有的时候没有秤，我们该如何测出物体的质量呢？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质量 │ 约2袋盐 │  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这些方法对我们有什么启示呢？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拓展延伸，丰富对质量单位的认识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除了我们见过的这些秤，生活中，你们还见过哪些称重工具？；见过这种秤吗？它叫杆秤。很多菜市场有这种秤。这种秤上的单位是什么？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关于质量单位及各种称重的工具，你们还有什么感兴趣的呢？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掂一掂、称一称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1.掂一掂、估一估学具的质量。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师：上节课我们感知了1克、1千克、1吨的质量。我们身边的这么多物体，有多重呢？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师：大家拿起自己的文具盒、笔袋或者书、本子，掂一掂，估一估大约有多重。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2．称一称，验证估计结果。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教师指名学生，用电子秤称量掂的物体，验证其估计的结果。如果误差很大，让学生再掂一掂。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学生自己掂一掂，估计出大约的质量。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围绕环节目标组织学习活动，引导学生主动参与、积极思考，核心问题："上节课我们感知了1克、1千克、1吨的质量。我们身边的这么多物体，有多重呢？"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用不同的方法“称”物体的质量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师：日常生活中，我们不可能随时带着秤，有的时候没有秤，我们该如何测出物体的质量呢？(出示课件)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如果没有秤，只给你一些200克一袋的盐，你能想办法“称”出下面物品的的质量吗？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物品 │ 1个手电筒 │ 1个水杯 │ 1盆花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围绕环节目标组织学习活动，引导学生主动参与、积极思考，核心问题："日常生活中，我们不可能随时带着秤，有的时候没有秤，我们该如何测出物体的质量呢？"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质量 │ 约2袋盐 │  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师：这些方法对我们有什么启示呢？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引导学生知道，在实际生活中，如果我们没有称，可以找一个已经知道质量的物体作为标准，来进行估测。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学生四人一组，合作交流，探讨称的方法。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全班分组汇报交流。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学生会有各种不同的方法，只要合理都给予肯定。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围绕环节目标组织学习活动，引导学生主动参与、积极思考，核心问题："这些方法对我们有什么启示呢？"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拓展延伸，丰富对质量单位的认识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1.认识质量单位公斤、斤、两。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师：除了我们见过的这些秤，生活中，你们还见过哪些称重工具？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课件出示杆秤。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师：见过这种秤吗？它叫杆秤。很多菜市场有这种秤。这种秤上的单位是什么？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用“斤”“两”作单位。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师：在前面我们已经介绍过，日常生活中，常用的质量单位有“公斤”“斤”“两”。它们之间的进率为：1公斤＝2斤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1斤＝10两　1公斤＝1千克　1斤＝500克(板书相关内容)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2．成语中的质量单位。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师：这些质量单位是我国传统的常用的，所以在我国的很多成语用到。你们知道有哪些成语中有这些单位吗？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3．古代的质量单位。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师：成语“半斤八两”是什么意思？我们现在的半斤是多少？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学生自由说出各种成语后，教师课件集中呈现关于质量单位的成语，并引导学生理解每个成语的意思。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学生交流后，教师介绍古代的质量单位与现在的区别，及质量单位的演变历程。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围绕环节目标组织学习活动，引导学生主动参与、积极思考，核心问题："除了我们见过的这些秤，生活中，你们还见过哪些称重工具？"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师：关于质量单位及各种称重的工具，你们还有什么感兴趣的呢？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师：课后可以去查一查资料，了解一下你感兴趣的问题。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让学生在充分的操作活动中，通过掂一掂、估一估、称一称进一步建立质量单位的观念，发展量感。结合生活实际，了解生活中常用的质量单位和秤，并与国际质量单位建立联系，增强学生实际生活中用数学的能力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引导学生回顾梳理本课所学，完善认知结构，提升归纳与反思能力，核心问题："关于质量单位及各种称重的工具，你们还有什么感兴趣的呢？"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称重大挑战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称重方法：掂一掂、比较法、水测法。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教科书P36～38。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在掂一掂、估一估环节，学生经验不够，估计的差距很大，后续还需要学生在实际生活中多体验。学生由于平时缺少生活经验，认为所有的质量都有秤称，除了掂一掂的方法外，其他方法都是在教师的反复引导下才想出来的，特别是水测法，学生还是难以将曹冲称象的原理运用到实际生活中，需要加强引导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