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人教版三年级数学上册</w:t>
      </w:r>
    </w:p>
    <w:p>
      <w:pPr>
        <w:spacing w:after="80" w:line="300" w:lineRule="auto"/>
        <w:jc w:val="center"/>
      </w:pPr>
      <w:r>
        <w:rPr>
          <w:rFonts w:ascii="黑体" w:hAnsi="黑体" w:eastAsia="黑体"/>
          <w:b/>
          <w:sz w:val="26"/>
        </w:rPr>
        <w:t>第1单元 观察物体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第1单元 观察物体</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图形与几何</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2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让学生初步了解从不同位置观察同一物体或几何体，所看到的图形可能是不同的；让学生能根据观察到的图形判断观察的视角，推理出对应的立体图形，初步渗透“三视图”的知识，体会局部和整体的关系；通过动手操作将长方体展开成平面图形，实现立体图形和平面图形之间的转化，初步培养学生的空间观念、空间想象力和推理意识。</w:t>
      </w:r>
    </w:p>
    <w:p>
      <w:pPr>
        <w:spacing w:after="80" w:line="300" w:lineRule="auto"/>
        <w:ind w:firstLine="400"/>
      </w:pPr>
      <w:r>
        <w:rPr>
          <w:rFonts w:ascii="宋体" w:hAnsi="宋体" w:eastAsia="宋体"/>
          <w:b w:val="0"/>
          <w:sz w:val="20"/>
        </w:rPr>
        <w:t>教科书设计了丰富的观察活动，引导学生通过观察、想象和推理解决问题，并能根据观察到的“面”推理出被观察的立体图形，为积累数学活动经验、发展空间观念和推理意识等核心素养提供支撑。</w:t>
      </w:r>
    </w:p>
    <w:p>
      <w:pPr>
        <w:spacing w:after="80" w:line="300" w:lineRule="auto"/>
        <w:ind w:firstLine="400"/>
      </w:pPr>
      <w:r>
        <w:rPr>
          <w:rFonts w:ascii="宋体" w:hAnsi="宋体" w:eastAsia="宋体"/>
          <w:b w:val="0"/>
          <w:sz w:val="20"/>
        </w:rPr>
        <w:t>本单元的教学重点是让学生明确“从不同位置观察同一物体或几何体时，看到的图形可能不同”，能辨认从不同位置观察简单物体和几何体时看到的图形，能根据看到的“面”推理出观察的立体图形，发展学生的空间观念和推理意识。</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此前已经学习了上下、前后、左右等位置关系，初步认识了简单的立体图形；在日常生活中也时常对物体进行观察，从中已经积累了部分观察经验，对于“处在不同的位置观察同一物体，看到的图形可能会不一样”这一事实，学生基本能够理解。</w:t>
      </w:r>
    </w:p>
    <w:p>
      <w:pPr>
        <w:spacing w:after="80" w:line="300" w:lineRule="auto"/>
        <w:ind w:firstLine="400"/>
      </w:pPr>
      <w:r>
        <w:rPr>
          <w:rFonts w:ascii="宋体" w:hAnsi="宋体" w:eastAsia="宋体"/>
          <w:b w:val="0"/>
          <w:sz w:val="20"/>
        </w:rPr>
        <w:t>本单元主要是引导学生从观察生活中的物体过渡到观察立体图形，通过观察，建立立体图形与平面图形之间的关系。由给出的立体图形判断观察到的平面图形，学生一般能掌握；但是由观察到的平面图形推理出可能的立体图形，特别是要综合几个条件确定观察到的立体图形，感受局部与整体的关系，实现立体和平面的转换，这是学习的难点。</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第1课时：知道从不同位置观察物体时看到的图形可能不同，能辨认从不同位置观察简单物体时看到的图形。</w:t>
      </w:r>
    </w:p>
    <w:p>
      <w:pPr>
        <w:spacing w:after="20" w:line="300" w:lineRule="auto"/>
        <w:ind w:firstLine="400"/>
      </w:pPr>
      <w:r>
        <w:rPr>
          <w:rFonts w:ascii="宋体" w:hAnsi="宋体" w:eastAsia="宋体"/>
          <w:b w:val="0"/>
          <w:sz w:val="20"/>
        </w:rPr>
        <w:t>第2课时：通过操作活动体验立体图形与平面图形间的转换，能将立体图形与其展开的平面图形的各面对应起来，感知面与体的关系。</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注意指导学生运用正确的观察方法，处理好直接观察经验和间接观察经验、平面图形和立体图形之间的关系。指导学生观察物体时要让学生的视线正对观察面，在观察侧面时，要将身体移到观察物的侧面。对于难以区分的面可以反复对比观察，借助标记物进行区分。直接观察是间接观察的基础，在教学过程中，还应组织学生对身边熟悉的物体进行直接观察，再逐步过渡到对立体图形进行观察，让学生充分积累观察经验，看图辨识观察到的图形。</w:t>
      </w:r>
    </w:p>
    <w:p>
      <w:pPr>
        <w:spacing w:after="20" w:line="300" w:lineRule="auto"/>
      </w:pPr>
      <w:r>
        <w:rPr>
          <w:rFonts w:ascii="宋体" w:hAnsi="宋体" w:eastAsia="宋体"/>
          <w:b w:val="0"/>
          <w:sz w:val="20"/>
        </w:rPr>
        <w:t>● 重视从立体图形抽象出平面图形的过程，初步渗透“三视图”知识，沟通立体图形与平面图形之间的关系，积累丰富的观察经验。在指导学生观察立体图形时，要引导学生从三个不同的位置观察，也就是“三视图”，初步渗透“三视图”的思想。以多种不同的立体图形作为观察对象，鼓励学生从不同角度思考，将所看到的图形逐一分析，唤醒相应的表象，从直觉猜想到有序思考，培养学生的想象力和推理能力。</w:t>
      </w:r>
    </w:p>
    <w:p>
      <w:pPr>
        <w:spacing w:after="20" w:line="300" w:lineRule="auto"/>
      </w:pPr>
      <w:r>
        <w:rPr>
          <w:rFonts w:ascii="宋体" w:hAnsi="宋体" w:eastAsia="宋体"/>
          <w:b w:val="0"/>
          <w:sz w:val="20"/>
        </w:rPr>
        <w:t>● 运用多种方法帮助学生建立图形表象。引导学生借助语言、动作使头脑中的表象变得更清晰、可视化。如，让学生读懂看到的“平面图”的位置关系，它们是相邻还是相对，是正面还是侧面等位置关系，并用序号或语言、动作等方式表达出各“平面图”的位置，从而推理出看到的立体图形有哪几种可能，综合几个条件确定观察的立体图形。引导学生有条理地思考，初步体会推理的一般方法。</w:t>
      </w:r>
    </w:p>
    <w:p>
      <w:pPr>
        <w:spacing w:after="20" w:line="300" w:lineRule="auto"/>
      </w:pPr>
      <w:r>
        <w:rPr>
          <w:rFonts w:ascii="宋体" w:hAnsi="宋体" w:eastAsia="宋体"/>
          <w:b w:val="0"/>
          <w:sz w:val="20"/>
        </w:rPr>
        <w:t>空间观念：从不同角度观察物体，能描述形状、大小、位置关系，能根据“平面图”想象出观察对象，能根据立体图形想象出展开图。</w:t>
      </w:r>
    </w:p>
    <w:p>
      <w:pPr>
        <w:spacing w:after="20" w:line="300" w:lineRule="auto"/>
      </w:pPr>
      <w:r>
        <w:rPr>
          <w:rFonts w:ascii="宋体" w:hAnsi="宋体" w:eastAsia="宋体"/>
          <w:b w:val="0"/>
          <w:sz w:val="20"/>
        </w:rPr>
        <w:t>几何直观：能够通过“平面图”感知观察对象及可能的组成元素；能根据语言、动作等方式的描述想象出相应的图形，判断观察是否正确。</w:t>
      </w:r>
    </w:p>
    <w:p>
      <w:pPr>
        <w:spacing w:after="20" w:line="300" w:lineRule="auto"/>
      </w:pPr>
      <w:r>
        <w:rPr>
          <w:rFonts w:ascii="宋体" w:hAnsi="宋体" w:eastAsia="宋体"/>
          <w:b w:val="0"/>
          <w:sz w:val="20"/>
        </w:rPr>
        <w:t>推理意识：能根据观察到的“平面图”，结合自己对立体图形的认识，推理出观察对象；根据对长方体的认识，分析出剪开几条边可以将长方体展开(每个面至少有一条边相连)。</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观察物体(1)</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知道从不同位置观察物体时看到的图形可能不同，能辨认从不同位置观察简单物体时看到的图形。</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观察物体(2)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通过操作活动体验立体图形与平面图形间的转换，能将立体图形与其展开的平面图形的各面对应起来，感知面与体的关系。</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观察物体(1)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观察物体(1)</w:t>
            </w:r>
          </w:p>
        </w:tc>
        <w:tc>
          <w:tcPr>
            <w:tcW w:type="dxa" w:w="6009"/>
          </w:tcPr>
          <w:p>
            <w:pPr>
              <w:spacing w:after="20" w:line="276" w:lineRule="auto"/>
            </w:pPr>
            <w:r/>
            <w:r>
              <w:rPr>
                <w:rFonts w:ascii="宋体" w:hAnsi="宋体" w:eastAsia="宋体"/>
                <w:b w:val="0"/>
                <w:sz w:val="20"/>
              </w:rPr>
              <w:t>第1单元 观察物体</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此前已经学习了上下、前后、左右等位置关系，初步认识了简单的立体图形；在日常生活中也时常对物体进行观察，从中已经积累了部分观察经验，对于“处在不同的位置观察同一物体，看到的图形可能会不一样”这一事实，学生基本能够理解。</w:t>
      </w:r>
    </w:p>
    <w:p>
      <w:pPr>
        <w:spacing w:after="80" w:line="300" w:lineRule="auto"/>
        <w:ind w:firstLine="400"/>
      </w:pPr>
      <w:r>
        <w:rPr>
          <w:rFonts w:ascii="宋体" w:hAnsi="宋体" w:eastAsia="宋体"/>
          <w:b w:val="0"/>
          <w:sz w:val="20"/>
        </w:rPr>
        <w:t>本单元主要是引导学生从观察生活中的物体过渡到观察立体图形，通过观察，建立立体图形与平面图形之间的关系。由给出的立体图形判断观察到的平面图形，学生一般能掌握；但是由观察到的平面图形推理出可能的立体图形，特别是要综合几个条件确定观察到的立体图形，感受局部与整体的关系，实现立体和平面的转换，这是学习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教学内容：教科书P1～2例1、例2，完成教科书P2“做一做”。</w:t>
      </w:r>
    </w:p>
    <w:p>
      <w:pPr>
        <w:spacing w:after="80" w:line="300" w:lineRule="auto"/>
        <w:ind w:firstLine="400"/>
      </w:pPr>
      <w:r>
        <w:rPr>
          <w:rFonts w:ascii="宋体" w:hAnsi="宋体" w:eastAsia="宋体"/>
          <w:b w:val="0"/>
          <w:sz w:val="20"/>
        </w:rPr>
        <w:t>教学准备：课件、熊猫玩偶、长方体、正方体、圆柱和球等教具。</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（1）知道从不同位置观察物体时看到的图形可能不同，能辨认从不同位置观察简单物体时看到的图形。</w:t>
      </w:r>
    </w:p>
    <w:p>
      <w:pPr>
        <w:spacing w:after="20" w:line="300" w:lineRule="auto"/>
        <w:ind w:firstLine="400"/>
      </w:pPr>
      <w:r>
        <w:rPr>
          <w:rFonts w:ascii="宋体" w:hAnsi="宋体" w:eastAsia="宋体"/>
          <w:b w:val="0"/>
          <w:sz w:val="20"/>
        </w:rPr>
        <w:t>（2）通过观察到的图形推测、想象出被观察的立体图形，感受局部与整体的关系，初步形成全面看待事物的意识。</w:t>
      </w:r>
    </w:p>
    <w:p>
      <w:pPr>
        <w:spacing w:after="20" w:line="300" w:lineRule="auto"/>
        <w:ind w:firstLine="400"/>
      </w:pPr>
      <w:r>
        <w:rPr>
          <w:rFonts w:ascii="宋体" w:hAnsi="宋体" w:eastAsia="宋体"/>
          <w:b w:val="0"/>
          <w:sz w:val="20"/>
        </w:rPr>
        <w:t>（3）通过观察、操作、想象等活动，初步体验长方体、正方体、圆柱、球等立体图形的特征。</w:t>
      </w:r>
    </w:p>
    <w:p>
      <w:pPr>
        <w:spacing w:after="20" w:line="300" w:lineRule="auto"/>
      </w:pPr>
      <w:r>
        <w:rPr>
          <w:rFonts w:ascii="宋体" w:hAnsi="宋体" w:eastAsia="宋体"/>
          <w:b w:val="0"/>
          <w:sz w:val="20"/>
        </w:rPr>
        <w:t>教学重点：能辨认、推理出从不同位置观察立体图形看到的平面图形。</w:t>
      </w:r>
    </w:p>
    <w:p>
      <w:pPr>
        <w:spacing w:after="20" w:line="300" w:lineRule="auto"/>
      </w:pPr>
      <w:r>
        <w:rPr>
          <w:rFonts w:ascii="宋体" w:hAnsi="宋体" w:eastAsia="宋体"/>
          <w:b w:val="0"/>
          <w:sz w:val="20"/>
        </w:rPr>
        <w:t>教学难点：能根据不同位置看到的平面图形推理出被观察的立体图形，发现立体图形的特征。</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激趣导入，初步感受部分与整体的关系</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同学们，你们听过《盲人摸象》的故事吗？；同学们，他们摸到的到底是几头大象呢？(一头)既然是一头大象，为什么他们说的不一样呢？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情境模拟，观察实物</w:t>
            </w:r>
          </w:p>
        </w:tc>
        <w:tc>
          <w:tcPr>
            <w:tcW w:type="dxa" w:w="1814"/>
          </w:tcPr>
          <w:p>
            <w:pPr>
              <w:spacing w:after="20" w:line="276" w:lineRule="auto"/>
            </w:pPr>
            <w:r/>
            <w:r>
              <w:rPr>
                <w:rFonts w:ascii="宋体" w:hAnsi="宋体" w:eastAsia="宋体"/>
                <w:b w:val="0"/>
                <w:sz w:val="18"/>
              </w:rPr>
              <w:t>课件、教科书、情境图、图片</w:t>
            </w:r>
          </w:p>
        </w:tc>
        <w:tc>
          <w:tcPr>
            <w:tcW w:type="dxa" w:w="3402"/>
          </w:tcPr>
          <w:p>
            <w:pPr>
              <w:spacing w:after="20" w:line="276" w:lineRule="auto"/>
            </w:pPr>
            <w:r/>
            <w:r>
              <w:rPr>
                <w:rFonts w:ascii="宋体" w:hAnsi="宋体" w:eastAsia="宋体"/>
                <w:b w:val="0"/>
                <w:sz w:val="18"/>
              </w:rPr>
              <w:t>请同学们看图想一想，分别站在这四名同学的位置观察熊猫玩偶，看到的熊猫玩偶分别是什么样子的？；同学们想不想观察一下物体的前、后、左、右四个面呢？</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三、沟通联系，观察立体图形</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你们想到的是这些图形吗？这个图形应该是哪个位置看到的？；小亮、小丽、小明和小红看到的图形分别是怎样的呢？</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四、根据看到的面推理出观察的立体图形</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我观察一个立体图形，看到的是一个正方形。大家猜一猜，我观察的是什么立体图形？；我观察一个立体图形，从前面看到的是一个正方形，从上面看到的是一个圆。大家猜一猜，我观察的是什么立体图形？</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联系实际，学以致用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课堂小结，畅谈收获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同学们，在今天的学习中你们有什么收获？</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激趣导入，初步感受部分与整体的关系</w:t>
            </w:r>
          </w:p>
        </w:tc>
        <w:tc>
          <w:tcPr>
            <w:tcW w:type="dxa" w:w="3061"/>
          </w:tcPr>
          <w:p>
            <w:pPr>
              <w:spacing w:after="20" w:line="276" w:lineRule="auto"/>
            </w:pPr>
            <w:r/>
            <w:r>
              <w:rPr>
                <w:rFonts w:ascii="宋体" w:hAnsi="宋体" w:eastAsia="宋体"/>
                <w:b w:val="0"/>
                <w:sz w:val="18"/>
              </w:rPr>
              <w:t>师：同学们，你们听过《盲人摸象》的故事吗？</w:t>
            </w:r>
          </w:p>
          <w:p>
            <w:pPr>
              <w:spacing w:after="20" w:line="276" w:lineRule="auto"/>
            </w:pPr>
            <w:r>
              <w:rPr>
                <w:rFonts w:ascii="宋体" w:hAnsi="宋体" w:eastAsia="宋体"/>
                <w:b w:val="0"/>
                <w:sz w:val="18"/>
              </w:rPr>
              <w:t>结合课件讲述《盲人摸象》的故事，学生看图听故事。</w:t>
            </w:r>
          </w:p>
          <w:p>
            <w:pPr>
              <w:spacing w:after="20" w:line="276" w:lineRule="auto"/>
            </w:pPr>
            <w:r>
              <w:rPr>
                <w:rFonts w:ascii="宋体" w:hAnsi="宋体" w:eastAsia="宋体"/>
                <w:b w:val="0"/>
                <w:sz w:val="18"/>
              </w:rPr>
              <w:t>师：同学们，他们摸到的到底是几头大象呢？(一头)既然是一头大象，为什么他们说的不一样呢？</w:t>
            </w:r>
          </w:p>
          <w:p>
            <w:pPr>
              <w:spacing w:after="20" w:line="276" w:lineRule="auto"/>
            </w:pPr>
            <w:r>
              <w:rPr>
                <w:rFonts w:ascii="宋体" w:hAnsi="宋体" w:eastAsia="宋体"/>
                <w:b w:val="0"/>
                <w:sz w:val="18"/>
              </w:rPr>
              <w:t>师：同一头大象，因摸的位置不同，感受到的形态也不同。所以要想看到事物的全貌，就要全面观察。今天我们就来学习从不同的位置观察物体。[板书课题：观察物体(1)]</w:t>
            </w:r>
          </w:p>
          <w:p>
            <w:pPr>
              <w:spacing w:after="20" w:line="276" w:lineRule="auto"/>
            </w:pPr>
            <w:r>
              <w:rPr>
                <w:rFonts w:ascii="宋体" w:hAnsi="宋体" w:eastAsia="宋体"/>
                <w:b w:val="0"/>
                <w:sz w:val="18"/>
              </w:rPr>
              <w:t>师：用眼睛仔细、专注地看这是“观察”。只要仔细、认真地观察，每个人都能成为小小观察家。你们有信心吗？</w:t>
            </w:r>
          </w:p>
        </w:tc>
        <w:tc>
          <w:tcPr>
            <w:tcW w:type="dxa" w:w="3061"/>
          </w:tcPr>
          <w:p>
            <w:pPr>
              <w:spacing w:after="20" w:line="276" w:lineRule="auto"/>
            </w:pPr>
            <w:r/>
            <w:r>
              <w:rPr>
                <w:rFonts w:ascii="宋体" w:hAnsi="宋体" w:eastAsia="宋体"/>
                <w:b w:val="0"/>
                <w:sz w:val="18"/>
              </w:rPr>
              <w:t>学生会说因为他们摸的部位不同，所以说的不一样。只要说法合理，教师就予以表扬。</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创设情境激活学生已有经验，自然引出本课学习内容，激发学习兴趣，核心问题："同学们，你们听过《盲人摸象》的故事吗？"</w:t>
            </w:r>
          </w:p>
        </w:tc>
      </w:tr>
      <w:tr>
        <w:tc>
          <w:tcPr>
            <w:tcW w:type="dxa" w:w="1474"/>
          </w:tcPr>
          <w:p>
            <w:pPr>
              <w:spacing w:after="20" w:line="276" w:lineRule="auto"/>
            </w:pPr>
            <w:r>
              <w:rPr>
                <w:b/>
              </w:rPr>
            </w:r>
            <w:r>
              <w:rPr>
                <w:rFonts w:ascii="宋体" w:hAnsi="宋体" w:eastAsia="宋体"/>
                <w:b/>
                <w:sz w:val="18"/>
              </w:rPr>
              <w:t>情境模拟，观察实物</w:t>
            </w:r>
          </w:p>
        </w:tc>
        <w:tc>
          <w:tcPr>
            <w:tcW w:type="dxa" w:w="3061"/>
          </w:tcPr>
          <w:p>
            <w:pPr>
              <w:spacing w:after="20" w:line="276" w:lineRule="auto"/>
            </w:pPr>
            <w:r/>
            <w:r>
              <w:rPr>
                <w:rFonts w:ascii="宋体" w:hAnsi="宋体" w:eastAsia="宋体"/>
                <w:b w:val="0"/>
                <w:sz w:val="18"/>
              </w:rPr>
              <w:t>课件出示教科书P1的情境图。</w:t>
            </w:r>
          </w:p>
          <w:p>
            <w:pPr>
              <w:spacing w:after="20" w:line="276" w:lineRule="auto"/>
            </w:pPr>
            <w:r>
              <w:rPr>
                <w:rFonts w:ascii="宋体" w:hAnsi="宋体" w:eastAsia="宋体"/>
                <w:b w:val="0"/>
                <w:sz w:val="18"/>
              </w:rPr>
              <w:t>师：请同学们看图想一想，分别站在这四名同学的位置观察熊猫玩偶，看到的熊猫玩偶分别是什么样子的？</w:t>
            </w:r>
          </w:p>
          <w:p>
            <w:pPr>
              <w:spacing w:after="20" w:line="276" w:lineRule="auto"/>
            </w:pPr>
            <w:r>
              <w:rPr>
                <w:rFonts w:ascii="宋体" w:hAnsi="宋体" w:eastAsia="宋体"/>
                <w:b w:val="0"/>
                <w:sz w:val="18"/>
              </w:rPr>
              <w:t>师：仅看图片，同学们观察起来可能有一定的困难，那我们就用具体的实物来观察。</w:t>
            </w:r>
          </w:p>
          <w:p>
            <w:pPr>
              <w:spacing w:after="20" w:line="276" w:lineRule="auto"/>
            </w:pPr>
            <w:r>
              <w:rPr>
                <w:rFonts w:ascii="宋体" w:hAnsi="宋体" w:eastAsia="宋体"/>
                <w:b w:val="0"/>
                <w:sz w:val="18"/>
              </w:rPr>
              <w:t>教师在讲桌上摆放一个熊猫玩偶。</w:t>
            </w:r>
          </w:p>
          <w:p>
            <w:pPr>
              <w:spacing w:after="20" w:line="276" w:lineRule="auto"/>
            </w:pPr>
            <w:r>
              <w:rPr>
                <w:rFonts w:ascii="宋体" w:hAnsi="宋体" w:eastAsia="宋体"/>
                <w:b w:val="0"/>
                <w:sz w:val="18"/>
              </w:rPr>
              <w:t>1．本位观察，初步感知从不同位置观察物体时看到的图形可能不同。</w:t>
            </w:r>
          </w:p>
          <w:p>
            <w:pPr>
              <w:spacing w:after="20" w:line="276" w:lineRule="auto"/>
            </w:pPr>
            <w:r>
              <w:rPr>
                <w:rFonts w:ascii="宋体" w:hAnsi="宋体" w:eastAsia="宋体"/>
                <w:b w:val="0"/>
                <w:sz w:val="18"/>
              </w:rPr>
              <w:t>课件出示从不同位置看到的熊猫的图片。</w:t>
            </w:r>
          </w:p>
          <w:p>
            <w:pPr>
              <w:spacing w:after="20" w:line="276" w:lineRule="auto"/>
            </w:pPr>
            <w:r>
              <w:rPr>
                <w:rFonts w:ascii="宋体" w:hAnsi="宋体" w:eastAsia="宋体"/>
                <w:b w:val="0"/>
                <w:sz w:val="18"/>
              </w:rPr>
              <w:t>每次请四名同学分别坐在熊猫玩偶的四周，目光正对熊猫玩偶，在课件上指一指自己看到的熊猫玩偶是什么样的。</w:t>
            </w:r>
          </w:p>
          <w:p>
            <w:pPr>
              <w:spacing w:after="20" w:line="276" w:lineRule="auto"/>
            </w:pPr>
            <w:r>
              <w:rPr>
                <w:rFonts w:ascii="宋体" w:hAnsi="宋体" w:eastAsia="宋体"/>
                <w:b w:val="0"/>
                <w:sz w:val="18"/>
              </w:rPr>
              <w:t>2．换位观察，建立表象。</w:t>
            </w:r>
          </w:p>
          <w:p>
            <w:pPr>
              <w:spacing w:after="20" w:line="276" w:lineRule="auto"/>
            </w:pPr>
            <w:r>
              <w:rPr>
                <w:rFonts w:ascii="宋体" w:hAnsi="宋体" w:eastAsia="宋体"/>
                <w:b w:val="0"/>
                <w:sz w:val="18"/>
              </w:rPr>
              <w:t>师：同学们想不想观察一下物体的前、后、左、右四个面呢？</w:t>
            </w:r>
          </w:p>
          <w:p>
            <w:pPr>
              <w:spacing w:after="20" w:line="276" w:lineRule="auto"/>
            </w:pPr>
            <w:r>
              <w:rPr>
                <w:rFonts w:ascii="宋体" w:hAnsi="宋体" w:eastAsia="宋体"/>
                <w:b w:val="0"/>
                <w:sz w:val="18"/>
              </w:rPr>
              <w:t>在讲桌四周正对着熊猫的前、后、左、右面的地方设4个指定位置，有兴趣的学生自主到4个指定位置观察。</w:t>
            </w:r>
          </w:p>
          <w:p>
            <w:pPr>
              <w:spacing w:after="20" w:line="276" w:lineRule="auto"/>
            </w:pPr>
            <w:r>
              <w:rPr>
                <w:rFonts w:ascii="宋体" w:hAnsi="宋体" w:eastAsia="宋体"/>
                <w:b w:val="0"/>
                <w:sz w:val="18"/>
              </w:rPr>
              <w:t>每观察一面，请同学们闭上眼睛静静地想一想这时看到的熊猫玩偶的样子，把它的样子记在脑海里。</w:t>
            </w:r>
          </w:p>
          <w:p>
            <w:pPr>
              <w:spacing w:after="20" w:line="276" w:lineRule="auto"/>
            </w:pPr>
            <w:r>
              <w:rPr>
                <w:rFonts w:ascii="宋体" w:hAnsi="宋体" w:eastAsia="宋体"/>
                <w:b w:val="0"/>
                <w:sz w:val="18"/>
              </w:rPr>
              <w:t>3．运用表象，正确判断。</w:t>
            </w:r>
          </w:p>
          <w:p>
            <w:pPr>
              <w:spacing w:after="20" w:line="276" w:lineRule="auto"/>
            </w:pPr>
            <w:r>
              <w:rPr>
                <w:rFonts w:ascii="宋体" w:hAnsi="宋体" w:eastAsia="宋体"/>
                <w:b w:val="0"/>
                <w:sz w:val="18"/>
              </w:rPr>
              <w:t>师：通过前面对于教科书P1的情境模拟，大家知道下面这些图分别是小亮、小丽、小明和小红中谁看到的吗？</w:t>
            </w:r>
          </w:p>
          <w:p>
            <w:pPr>
              <w:spacing w:after="20" w:line="276" w:lineRule="auto"/>
            </w:pPr>
            <w:r>
              <w:rPr>
                <w:rFonts w:ascii="宋体" w:hAnsi="宋体" w:eastAsia="宋体"/>
                <w:b w:val="0"/>
                <w:sz w:val="18"/>
              </w:rPr>
              <w:t>指名学生口答，集体订正交流。</w:t>
            </w:r>
          </w:p>
          <w:p>
            <w:pPr>
              <w:spacing w:after="20" w:line="276" w:lineRule="auto"/>
            </w:pPr>
            <w:r>
              <w:rPr>
                <w:rFonts w:ascii="宋体" w:hAnsi="宋体" w:eastAsia="宋体"/>
                <w:b w:val="0"/>
                <w:sz w:val="18"/>
              </w:rPr>
              <w:t>师：通过观察，你们发现了什么？</w:t>
            </w:r>
          </w:p>
          <w:p>
            <w:pPr>
              <w:spacing w:after="20" w:line="276" w:lineRule="auto"/>
            </w:pPr>
            <w:r>
              <w:rPr>
                <w:rFonts w:ascii="宋体" w:hAnsi="宋体" w:eastAsia="宋体"/>
                <w:b w:val="0"/>
                <w:sz w:val="18"/>
              </w:rPr>
              <w:t>师小结：从不同位置观察同一物体，看到的图形可能不同。(板书)</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创设情境激活学生已有经验，自然引出本课学习内容，激发学习兴趣，核心问题："请同学们看图想一想，分别站在这四名同学的位置观察熊猫玩偶，看到的熊猫玩偶分别是什么样子的？"</w:t>
            </w:r>
          </w:p>
        </w:tc>
      </w:tr>
      <w:tr>
        <w:tc>
          <w:tcPr>
            <w:tcW w:type="dxa" w:w="1474"/>
          </w:tcPr>
          <w:p>
            <w:pPr>
              <w:spacing w:after="20" w:line="276" w:lineRule="auto"/>
            </w:pPr>
            <w:r>
              <w:rPr>
                <w:b/>
              </w:rPr>
            </w:r>
            <w:r>
              <w:rPr>
                <w:rFonts w:ascii="宋体" w:hAnsi="宋体" w:eastAsia="宋体"/>
                <w:b/>
                <w:sz w:val="18"/>
              </w:rPr>
              <w:t>三、沟通联系，观察立体图形</w:t>
            </w:r>
          </w:p>
        </w:tc>
        <w:tc>
          <w:tcPr>
            <w:tcW w:type="dxa" w:w="3061"/>
          </w:tcPr>
          <w:p>
            <w:pPr>
              <w:spacing w:after="20" w:line="276" w:lineRule="auto"/>
            </w:pPr>
            <w:r/>
            <w:r>
              <w:rPr>
                <w:rFonts w:ascii="宋体" w:hAnsi="宋体" w:eastAsia="宋体"/>
                <w:b w:val="0"/>
                <w:sz w:val="18"/>
              </w:rPr>
              <w:t>1.从不同位置观察长方体。</w:t>
            </w:r>
          </w:p>
          <w:p>
            <w:pPr>
              <w:spacing w:after="20" w:line="276" w:lineRule="auto"/>
            </w:pPr>
            <w:r>
              <w:rPr>
                <w:rFonts w:ascii="宋体" w:hAnsi="宋体" w:eastAsia="宋体"/>
                <w:b w:val="0"/>
                <w:sz w:val="18"/>
              </w:rPr>
              <w:t>师：我们刚才观察熊猫时，发现从不同位置观察同一物体时看到的图形不同。(将熊猫玩偶换成一个长方体)同学们来观察一下这个长方体，分别从前面、后面、上面、左面观察，可能看到什么图形？大家先想一想，无法确定的同学上来观察一下，看自己的想法是否正确。</w:t>
            </w:r>
          </w:p>
          <w:p>
            <w:pPr>
              <w:spacing w:after="20" w:line="276" w:lineRule="auto"/>
            </w:pPr>
            <w:r>
              <w:rPr>
                <w:rFonts w:ascii="宋体" w:hAnsi="宋体" w:eastAsia="宋体"/>
                <w:b w:val="0"/>
                <w:sz w:val="18"/>
              </w:rPr>
              <w:t>课件出示从上面、前面、侧面看到的图形。</w:t>
            </w:r>
          </w:p>
          <w:p>
            <w:pPr>
              <w:spacing w:after="20" w:line="276" w:lineRule="auto"/>
            </w:pPr>
            <w:r>
              <w:rPr>
                <w:rFonts w:ascii="宋体" w:hAnsi="宋体" w:eastAsia="宋体"/>
                <w:b w:val="0"/>
                <w:sz w:val="18"/>
              </w:rPr>
              <w:t>师：你们想到的是这些图形吗？这个图形应该是哪个位置看到的？(教师分别指着课件上的平面图)</w:t>
            </w:r>
          </w:p>
          <w:p>
            <w:pPr>
              <w:spacing w:after="20" w:line="276" w:lineRule="auto"/>
            </w:pPr>
            <w:r>
              <w:rPr>
                <w:rFonts w:ascii="宋体" w:hAnsi="宋体" w:eastAsia="宋体"/>
                <w:b w:val="0"/>
                <w:sz w:val="18"/>
              </w:rPr>
              <w:t>师生交流，辨别从不同位置看到的平面图形。</w:t>
            </w:r>
          </w:p>
          <w:p>
            <w:pPr>
              <w:spacing w:after="20" w:line="276" w:lineRule="auto"/>
            </w:pPr>
            <w:r>
              <w:rPr>
                <w:rFonts w:ascii="宋体" w:hAnsi="宋体" w:eastAsia="宋体"/>
                <w:b w:val="0"/>
                <w:sz w:val="18"/>
              </w:rPr>
              <w:t>师：小亮、小丽、小明和小红看到的图形分别是怎样的呢？请在教科书上对应图形下写一写。</w:t>
            </w:r>
          </w:p>
          <w:p>
            <w:pPr>
              <w:spacing w:after="20" w:line="276" w:lineRule="auto"/>
            </w:pPr>
            <w:r>
              <w:rPr>
                <w:rFonts w:ascii="宋体" w:hAnsi="宋体" w:eastAsia="宋体"/>
                <w:b w:val="0"/>
                <w:sz w:val="18"/>
              </w:rPr>
              <w:t>2．从不同位置观察正方体、圆柱和球。</w:t>
            </w:r>
          </w:p>
          <w:p>
            <w:pPr>
              <w:spacing w:after="20" w:line="276" w:lineRule="auto"/>
            </w:pPr>
            <w:r>
              <w:rPr>
                <w:rFonts w:ascii="宋体" w:hAnsi="宋体" w:eastAsia="宋体"/>
                <w:b w:val="0"/>
                <w:sz w:val="18"/>
              </w:rPr>
              <w:t>教师分别出示教具正方体、圆柱和球，引导学生观察、分析、判断、交流从不同位置看到的平面图形。发现正方体和球从不同位置看到的平面图形都是相同的，圆柱从不同位置看到的平面图形不一样。</w:t>
            </w:r>
          </w:p>
          <w:p>
            <w:pPr>
              <w:spacing w:after="20" w:line="276" w:lineRule="auto"/>
            </w:pPr>
            <w:r>
              <w:rPr>
                <w:rFonts w:ascii="宋体" w:hAnsi="宋体" w:eastAsia="宋体"/>
                <w:b w:val="0"/>
                <w:sz w:val="18"/>
              </w:rPr>
              <w:t>师小结：有的立体图形从不同位置看到的图形相同，有的立体图形从不同位置看到的图形不同。(板书)</w:t>
            </w:r>
          </w:p>
        </w:tc>
        <w:tc>
          <w:tcPr>
            <w:tcW w:type="dxa" w:w="3061"/>
          </w:tcPr>
          <w:p>
            <w:pPr>
              <w:spacing w:after="20" w:line="276" w:lineRule="auto"/>
            </w:pPr>
            <w:r/>
            <w:r>
              <w:rPr>
                <w:rFonts w:ascii="宋体" w:hAnsi="宋体" w:eastAsia="宋体"/>
                <w:b w:val="0"/>
                <w:sz w:val="18"/>
              </w:rPr>
              <w:t>学生独立完成后，再集体交流评价。</w:t>
            </w:r>
          </w:p>
        </w:tc>
        <w:tc>
          <w:tcPr>
            <w:tcW w:type="dxa" w:w="1814"/>
          </w:tcPr>
          <w:p>
            <w:pPr>
              <w:spacing w:after="20" w:line="276" w:lineRule="auto"/>
            </w:pPr>
            <w:r/>
            <w:r>
              <w:rPr>
                <w:rFonts w:ascii="宋体" w:hAnsi="宋体" w:eastAsia="宋体"/>
                <w:b w:val="0"/>
                <w:sz w:val="18"/>
              </w:rPr>
              <w:t>围绕环节目标组织学习活动，引导学生主动参与、积极思考，核心问题："你们想到的是这些图形吗？这个图形应该是哪个位置看到的？"</w:t>
            </w:r>
          </w:p>
        </w:tc>
      </w:tr>
      <w:tr>
        <w:tc>
          <w:tcPr>
            <w:tcW w:type="dxa" w:w="1474"/>
          </w:tcPr>
          <w:p>
            <w:pPr>
              <w:spacing w:after="20" w:line="276" w:lineRule="auto"/>
            </w:pPr>
            <w:r>
              <w:rPr>
                <w:b/>
              </w:rPr>
            </w:r>
            <w:r>
              <w:rPr>
                <w:rFonts w:ascii="宋体" w:hAnsi="宋体" w:eastAsia="宋体"/>
                <w:b/>
                <w:sz w:val="18"/>
              </w:rPr>
              <w:t>四、根据看到的面推理出观察的立体图形</w:t>
            </w:r>
          </w:p>
        </w:tc>
        <w:tc>
          <w:tcPr>
            <w:tcW w:type="dxa" w:w="3061"/>
          </w:tcPr>
          <w:p>
            <w:pPr>
              <w:spacing w:after="20" w:line="276" w:lineRule="auto"/>
            </w:pPr>
            <w:r/>
            <w:r>
              <w:rPr>
                <w:rFonts w:ascii="宋体" w:hAnsi="宋体" w:eastAsia="宋体"/>
                <w:b w:val="0"/>
                <w:sz w:val="18"/>
              </w:rPr>
              <w:t>1.根据看到的一个面推理出观察的立体图形。</w:t>
            </w:r>
          </w:p>
          <w:p>
            <w:pPr>
              <w:spacing w:after="20" w:line="276" w:lineRule="auto"/>
            </w:pPr>
            <w:r>
              <w:rPr>
                <w:rFonts w:ascii="宋体" w:hAnsi="宋体" w:eastAsia="宋体"/>
                <w:b w:val="0"/>
                <w:sz w:val="18"/>
              </w:rPr>
              <w:t>(1)课件出示一个正方形。</w:t>
            </w:r>
          </w:p>
          <w:p>
            <w:pPr>
              <w:spacing w:after="20" w:line="276" w:lineRule="auto"/>
            </w:pPr>
            <w:r>
              <w:rPr>
                <w:rFonts w:ascii="宋体" w:hAnsi="宋体" w:eastAsia="宋体"/>
                <w:b w:val="0"/>
                <w:sz w:val="18"/>
              </w:rPr>
              <w:t>师：我观察一个立体图形，看到的是一个正方形。大家猜一猜，我观察的是什么立体图形？</w:t>
            </w:r>
          </w:p>
          <w:p>
            <w:pPr>
              <w:spacing w:after="20" w:line="276" w:lineRule="auto"/>
            </w:pPr>
            <w:r>
              <w:rPr>
                <w:rFonts w:ascii="宋体" w:hAnsi="宋体" w:eastAsia="宋体"/>
                <w:b w:val="0"/>
                <w:sz w:val="18"/>
              </w:rPr>
              <w:t>(2)教师分别列举观察一个立体图形，看到的是一个圆、一个长方形。让学生猜一猜观察的是什么立体图形。</w:t>
            </w:r>
          </w:p>
          <w:p>
            <w:pPr>
              <w:spacing w:after="20" w:line="276" w:lineRule="auto"/>
            </w:pPr>
            <w:r>
              <w:rPr>
                <w:rFonts w:ascii="宋体" w:hAnsi="宋体" w:eastAsia="宋体"/>
                <w:b w:val="0"/>
                <w:sz w:val="18"/>
              </w:rPr>
              <w:t>教师引导学生分析，推理出观察的立体图形。</w:t>
            </w:r>
          </w:p>
          <w:p>
            <w:pPr>
              <w:spacing w:after="20" w:line="276" w:lineRule="auto"/>
            </w:pPr>
            <w:r>
              <w:rPr>
                <w:rFonts w:ascii="宋体" w:hAnsi="宋体" w:eastAsia="宋体"/>
                <w:b w:val="0"/>
                <w:sz w:val="18"/>
              </w:rPr>
              <w:t>2．根据看到的两个面推理出观察的立体图形。</w:t>
            </w:r>
          </w:p>
          <w:p>
            <w:pPr>
              <w:spacing w:after="20" w:line="276" w:lineRule="auto"/>
            </w:pPr>
            <w:r>
              <w:rPr>
                <w:rFonts w:ascii="宋体" w:hAnsi="宋体" w:eastAsia="宋体"/>
                <w:b w:val="0"/>
                <w:sz w:val="18"/>
              </w:rPr>
              <w:t>(1)师：我观察一个立体图形，从前面看到的是一个正方形，从上面看到的是一个圆。大家猜一猜，我观察的是什么立体图形？</w:t>
            </w:r>
          </w:p>
          <w:p>
            <w:pPr>
              <w:spacing w:after="20" w:line="276" w:lineRule="auto"/>
            </w:pPr>
            <w:r>
              <w:rPr>
                <w:rFonts w:ascii="宋体" w:hAnsi="宋体" w:eastAsia="宋体"/>
                <w:b w:val="0"/>
                <w:sz w:val="18"/>
              </w:rPr>
              <w:t>引导学生交流分析，推理出观察的是圆柱。</w:t>
            </w:r>
          </w:p>
          <w:p>
            <w:pPr>
              <w:spacing w:after="20" w:line="276" w:lineRule="auto"/>
            </w:pPr>
            <w:r>
              <w:rPr>
                <w:rFonts w:ascii="宋体" w:hAnsi="宋体" w:eastAsia="宋体"/>
                <w:b w:val="0"/>
                <w:sz w:val="18"/>
              </w:rPr>
              <w:t>(2)教师分别列举观察一个立体图形，通过看到的两个面，让学生猜一猜观察的是什么立体图形。</w:t>
            </w:r>
          </w:p>
          <w:p>
            <w:pPr>
              <w:spacing w:after="20" w:line="276" w:lineRule="auto"/>
            </w:pPr>
            <w:r>
              <w:rPr>
                <w:rFonts w:ascii="宋体" w:hAnsi="宋体" w:eastAsia="宋体"/>
                <w:b w:val="0"/>
                <w:sz w:val="18"/>
              </w:rPr>
              <w:t>教师引导学生分析，推理出观察的立体图形。</w:t>
            </w:r>
          </w:p>
          <w:p>
            <w:pPr>
              <w:spacing w:after="20" w:line="276" w:lineRule="auto"/>
            </w:pPr>
            <w:r>
              <w:rPr>
                <w:rFonts w:ascii="宋体" w:hAnsi="宋体" w:eastAsia="宋体"/>
                <w:b w:val="0"/>
                <w:sz w:val="18"/>
              </w:rPr>
              <w:t>师小结：观察立体图形，根据看到的一个面，一般不能确定立体图形；根据从三个不同位置看到的面，一般可以确定立体图形。(板书)</w:t>
            </w:r>
          </w:p>
        </w:tc>
        <w:tc>
          <w:tcPr>
            <w:tcW w:type="dxa" w:w="3061"/>
          </w:tcPr>
          <w:p>
            <w:pPr>
              <w:spacing w:after="20" w:line="276" w:lineRule="auto"/>
            </w:pPr>
            <w:r/>
            <w:r>
              <w:rPr>
                <w:rFonts w:ascii="宋体" w:hAnsi="宋体" w:eastAsia="宋体"/>
                <w:b w:val="0"/>
                <w:sz w:val="18"/>
              </w:rPr>
              <w:t>学生会说观察的是正方体。教师要引导学生分析，这个立体图形也可能是长方体，还可能是圆柱。</w:t>
            </w:r>
          </w:p>
        </w:tc>
        <w:tc>
          <w:tcPr>
            <w:tcW w:type="dxa" w:w="1814"/>
          </w:tcPr>
          <w:p>
            <w:pPr>
              <w:spacing w:after="20" w:line="276" w:lineRule="auto"/>
            </w:pPr>
            <w:r/>
            <w:r>
              <w:rPr>
                <w:rFonts w:ascii="宋体" w:hAnsi="宋体" w:eastAsia="宋体"/>
                <w:b w:val="0"/>
                <w:sz w:val="18"/>
              </w:rPr>
              <w:t>围绕环节目标组织学习活动，引导学生主动参与、积极思考，核心问题："我观察一个立体图形，看到的是一个正方形。大家猜一猜，我观察的是什么立体图形？"</w:t>
            </w:r>
          </w:p>
        </w:tc>
      </w:tr>
      <w:tr>
        <w:tc>
          <w:tcPr>
            <w:tcW w:type="dxa" w:w="1474"/>
          </w:tcPr>
          <w:p>
            <w:pPr>
              <w:spacing w:after="20" w:line="276" w:lineRule="auto"/>
            </w:pPr>
            <w:r>
              <w:rPr>
                <w:b/>
              </w:rPr>
            </w:r>
            <w:r>
              <w:rPr>
                <w:rFonts w:ascii="宋体" w:hAnsi="宋体" w:eastAsia="宋体"/>
                <w:b/>
                <w:sz w:val="18"/>
              </w:rPr>
              <w:t>联系实际，学以致用</w:t>
            </w:r>
          </w:p>
        </w:tc>
        <w:tc>
          <w:tcPr>
            <w:tcW w:type="dxa" w:w="3061"/>
          </w:tcPr>
          <w:p>
            <w:pPr>
              <w:spacing w:after="20" w:line="276" w:lineRule="auto"/>
            </w:pPr>
            <w:r/>
            <w:r>
              <w:rPr>
                <w:rFonts w:ascii="宋体" w:hAnsi="宋体" w:eastAsia="宋体"/>
                <w:b w:val="0"/>
                <w:sz w:val="18"/>
              </w:rPr>
              <w:t>完成教科书P2“做一做”。</w:t>
            </w:r>
          </w:p>
        </w:tc>
        <w:tc>
          <w:tcPr>
            <w:tcW w:type="dxa" w:w="3061"/>
          </w:tcPr>
          <w:p>
            <w:pPr>
              <w:spacing w:after="20" w:line="276" w:lineRule="auto"/>
            </w:pPr>
            <w:r/>
            <w:r>
              <w:rPr>
                <w:rFonts w:ascii="宋体" w:hAnsi="宋体" w:eastAsia="宋体"/>
                <w:b w:val="0"/>
                <w:sz w:val="18"/>
              </w:rPr>
              <w:t>学生独立完成，先同桌两人交流，再全班集体交流评价。</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课堂小结，畅谈收获</w:t>
            </w:r>
          </w:p>
        </w:tc>
        <w:tc>
          <w:tcPr>
            <w:tcW w:type="dxa" w:w="3061"/>
          </w:tcPr>
          <w:p>
            <w:pPr>
              <w:spacing w:after="20" w:line="276" w:lineRule="auto"/>
            </w:pPr>
            <w:r/>
            <w:r>
              <w:rPr>
                <w:rFonts w:ascii="宋体" w:hAnsi="宋体" w:eastAsia="宋体"/>
                <w:b w:val="0"/>
                <w:sz w:val="18"/>
              </w:rPr>
              <w:t>师：同学们，在今天的学习中你们有什么收获？</w:t>
            </w:r>
          </w:p>
          <w:p>
            <w:pPr>
              <w:spacing w:after="20" w:line="276" w:lineRule="auto"/>
            </w:pPr>
            <w:r>
              <w:rPr>
                <w:rFonts w:ascii="宋体" w:hAnsi="宋体" w:eastAsia="宋体"/>
                <w:b w:val="0"/>
                <w:sz w:val="18"/>
              </w:rPr>
              <w:t>充分调动已有的生活经验，由生活物品到数学图形，让学生通过观察、交流、推理等活动，逐步从直观观察进阶到分析、想象，推理出不同位置观察到的立体图形的面。在此基础上，通过看到的一个面、两个面、三个面，推理出观察的立体图形。通过这样有来有往的活动，发展学生的空间观念和推理能力。</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引导学生回顾梳理本课所学，完善认知结构，提升归纳与反思能力，核心问题："同学们，在今天的学习中你们有什么收获？"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观察物体(1)</w:t>
      </w:r>
    </w:p>
    <w:p>
      <w:pPr>
        <w:spacing w:after="40" w:line="300" w:lineRule="auto"/>
      </w:pPr>
      <w:r>
        <w:rPr>
          <w:rFonts w:ascii="宋体" w:hAnsi="宋体" w:eastAsia="宋体"/>
          <w:b w:val="0"/>
          <w:sz w:val="20"/>
        </w:rPr>
        <w:t>1．从不同位置观察同一物体，看到的图形可能不同。</w:t>
      </w:r>
    </w:p>
    <w:p>
      <w:pPr>
        <w:spacing w:after="40" w:line="300" w:lineRule="auto"/>
      </w:pPr>
      <w:r>
        <w:rPr>
          <w:rFonts w:ascii="宋体" w:hAnsi="宋体" w:eastAsia="宋体"/>
          <w:b w:val="0"/>
          <w:sz w:val="20"/>
        </w:rPr>
        <w:t>2．有的立体图形从不同位置看到的图形相同，有的立体图形从不同位置看到的图形不同。</w:t>
      </w:r>
    </w:p>
    <w:p>
      <w:pPr>
        <w:spacing w:after="40" w:line="300" w:lineRule="auto"/>
      </w:pPr>
      <w:r>
        <w:rPr>
          <w:rFonts w:ascii="宋体" w:hAnsi="宋体" w:eastAsia="宋体"/>
          <w:b w:val="0"/>
          <w:sz w:val="20"/>
        </w:rPr>
        <w:t>3．观察立体图形，根据看到的一个面，一般不能确定立体图形；根据从三个不同位置看到的面，一般可以确定立体图形。</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教科书P1～2例1、例2，完成教科书P2“做一做”。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由生活中的物品到立体图形，由从不同位置观察推理出看到的平面图形到由看到的平面图形推理出观察的立体图形，学习内容量较大，学生的思维活动量也较大。在教学中要充分地引导学生交流分析，否则，学生的思维就很容易停留在表面，难以落实教学目标.</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观察物体(2)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观察物体(2)</w:t>
            </w:r>
          </w:p>
        </w:tc>
        <w:tc>
          <w:tcPr>
            <w:tcW w:type="dxa" w:w="6009"/>
          </w:tcPr>
          <w:p>
            <w:pPr>
              <w:spacing w:after="20" w:line="276" w:lineRule="auto"/>
            </w:pPr>
            <w:r/>
            <w:r>
              <w:rPr>
                <w:rFonts w:ascii="宋体" w:hAnsi="宋体" w:eastAsia="宋体"/>
                <w:b w:val="0"/>
                <w:sz w:val="20"/>
              </w:rPr>
              <w:t>第1单元 观察物体</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此前已经学习了上下、前后、左右等位置关系，初步认识了简单的立体图形；在日常生活中也时常对物体进行观察，从中已经积累了部分观察经验，对于“处在不同的位置观察同一物体，看到的图形可能会不一样”这一事实，学生基本能够理解。</w:t>
      </w:r>
    </w:p>
    <w:p>
      <w:pPr>
        <w:spacing w:after="80" w:line="300" w:lineRule="auto"/>
        <w:ind w:firstLine="400"/>
      </w:pPr>
      <w:r>
        <w:rPr>
          <w:rFonts w:ascii="宋体" w:hAnsi="宋体" w:eastAsia="宋体"/>
          <w:b w:val="0"/>
          <w:sz w:val="20"/>
        </w:rPr>
        <w:t>本单元主要是引导学生从观察生活中的物体过渡到观察立体图形，通过观察，建立立体图形与平面图形之间的关系。由给出的立体图形判断观察到的平面图形，学生一般能掌握；但是由观察到的平面图形推理出可能的立体图形，特别是要综合几个条件确定观察到的立体图形，感受局部与整体的关系，实现立体和平面的转换，这是学习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教学内容：教科书P3～4例3，完成教科书P5“练习一”中第4题。</w:t>
      </w:r>
    </w:p>
    <w:p>
      <w:pPr>
        <w:spacing w:after="80" w:line="300" w:lineRule="auto"/>
        <w:ind w:firstLine="400"/>
      </w:pPr>
      <w:r>
        <w:rPr>
          <w:rFonts w:ascii="宋体" w:hAnsi="宋体" w:eastAsia="宋体"/>
          <w:b w:val="0"/>
          <w:sz w:val="20"/>
        </w:rPr>
        <w:t>教学准备：课件，学生每人准备长方体纸盒2个、正方体纸盒2个。</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（1）通过操作活动体验立体图形与平面图形间的转换，能将立体图形与其展开的平面图形的各面对应起来，感知面与体的关系。</w:t>
      </w:r>
    </w:p>
    <w:p>
      <w:pPr>
        <w:spacing w:after="20" w:line="300" w:lineRule="auto"/>
        <w:ind w:firstLine="400"/>
      </w:pPr>
      <w:r>
        <w:rPr>
          <w:rFonts w:ascii="宋体" w:hAnsi="宋体" w:eastAsia="宋体"/>
          <w:b w:val="0"/>
          <w:sz w:val="20"/>
        </w:rPr>
        <w:t>（2）通过具体操作，知道长方体、正方体各有多种不同的展开图，能初步判断展开图是否能围成立体图形，能将展开图与立体图形进行转换。</w:t>
      </w:r>
    </w:p>
    <w:p>
      <w:pPr>
        <w:spacing w:after="20" w:line="300" w:lineRule="auto"/>
        <w:ind w:firstLine="400"/>
      </w:pPr>
      <w:r>
        <w:rPr>
          <w:rFonts w:ascii="宋体" w:hAnsi="宋体" w:eastAsia="宋体"/>
          <w:b w:val="0"/>
          <w:sz w:val="20"/>
        </w:rPr>
        <w:t>（3）经历剪长方体的过程，初步发现长方体的特征，发展学生的推理、分析能力和空间观念。</w:t>
      </w:r>
    </w:p>
    <w:p>
      <w:pPr>
        <w:spacing w:after="20" w:line="300" w:lineRule="auto"/>
      </w:pPr>
      <w:r>
        <w:rPr>
          <w:rFonts w:ascii="宋体" w:hAnsi="宋体" w:eastAsia="宋体"/>
          <w:b w:val="0"/>
          <w:sz w:val="20"/>
        </w:rPr>
        <w:t>教学重点：通过操作活动体验立体图形与平面图形间的转换，发现长方体的特征。</w:t>
      </w:r>
    </w:p>
    <w:p>
      <w:pPr>
        <w:spacing w:after="20" w:line="300" w:lineRule="auto"/>
      </w:pPr>
      <w:r>
        <w:rPr>
          <w:rFonts w:ascii="宋体" w:hAnsi="宋体" w:eastAsia="宋体"/>
          <w:b w:val="0"/>
          <w:sz w:val="20"/>
        </w:rPr>
        <w:t>教学难点：确定剪几条边及哪几条边，将展开图与立体图形对应起来，发现立体图形的特征。</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根据看到的两个面推理出观察的立体图形</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这分别是我从前面和侧面观察到的图形，想象一下，这是一个什么立体图形？</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制作长方体的展开图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我如果要将这个长方体纸盒剪开，保证剪开后各个面连在一起。想一想，需要剪开几条边？</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观察展开图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你们发现了什么？；再打开图，你们发现了什么？</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探究部分已经剪开的长方体纸盒的展开图</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这个纸盒展开后，跟前面的长方体具有相同的特点吗？；这个长方体纸盒的盖子已经打开了，现在需要剪开几条边就能完全展开？</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实践应用，拓展延伸</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我如果要将这个正方体纸盒剪开，保证剪开后各个面连在一起。想一想，需要剪开几条边？；想象一下，正方体剪开后是怎样的？</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六、课堂小结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本节课，我们能动手操作，将长方体展开成平面图形，在展开的过程中，你有哪些经验？；观察长方体的展开图，你发现了长方体的哪些秘密呢？</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根据看到的两个面推理出观察的立体图形</w:t>
            </w:r>
          </w:p>
        </w:tc>
        <w:tc>
          <w:tcPr>
            <w:tcW w:type="dxa" w:w="3061"/>
          </w:tcPr>
          <w:p>
            <w:pPr>
              <w:spacing w:after="20" w:line="276" w:lineRule="auto"/>
            </w:pPr>
            <w:r/>
            <w:r>
              <w:rPr>
                <w:rFonts w:ascii="宋体" w:hAnsi="宋体" w:eastAsia="宋体"/>
                <w:b w:val="0"/>
                <w:sz w:val="18"/>
              </w:rPr>
              <w:t>课件出示长方体的前面和侧面：</w:t>
            </w:r>
          </w:p>
          <w:p>
            <w:pPr>
              <w:spacing w:after="20" w:line="276" w:lineRule="auto"/>
            </w:pPr>
            <w:r>
              <w:rPr>
                <w:rFonts w:ascii="宋体" w:hAnsi="宋体" w:eastAsia="宋体"/>
                <w:b w:val="0"/>
                <w:sz w:val="18"/>
              </w:rPr>
              <w:t>师：这分别是我从前面和侧面观察到的图形，想象一下，这是一个什么立体图形？</w:t>
            </w:r>
          </w:p>
          <w:p>
            <w:pPr>
              <w:spacing w:after="20" w:line="276" w:lineRule="auto"/>
            </w:pPr>
            <w:r>
              <w:rPr>
                <w:rFonts w:ascii="宋体" w:hAnsi="宋体" w:eastAsia="宋体"/>
                <w:b w:val="0"/>
                <w:sz w:val="18"/>
              </w:rPr>
              <w:t>师：今天我们继续来学习观察物体。[板书课题：观察物体(2)]</w:t>
            </w:r>
          </w:p>
        </w:tc>
        <w:tc>
          <w:tcPr>
            <w:tcW w:type="dxa" w:w="3061"/>
          </w:tcPr>
          <w:p>
            <w:pPr>
              <w:spacing w:after="20" w:line="276" w:lineRule="auto"/>
            </w:pPr>
            <w:r/>
            <w:r>
              <w:rPr>
                <w:rFonts w:ascii="宋体" w:hAnsi="宋体" w:eastAsia="宋体"/>
                <w:b w:val="0"/>
                <w:sz w:val="18"/>
              </w:rPr>
              <w:t>学生猜测后，教师出示实物长方体。</w:t>
            </w:r>
          </w:p>
        </w:tc>
        <w:tc>
          <w:tcPr>
            <w:tcW w:type="dxa" w:w="1814"/>
          </w:tcPr>
          <w:p>
            <w:pPr>
              <w:spacing w:after="20" w:line="276" w:lineRule="auto"/>
            </w:pPr>
            <w:r/>
            <w:r>
              <w:rPr>
                <w:rFonts w:ascii="宋体" w:hAnsi="宋体" w:eastAsia="宋体"/>
                <w:b w:val="0"/>
                <w:sz w:val="18"/>
              </w:rPr>
              <w:t>围绕环节目标组织学习活动，引导学生主动参与、积极思考，核心问题："这分别是我从前面和侧面观察到的图形，想象一下，这是一个什么立体图形？"</w:t>
            </w:r>
          </w:p>
        </w:tc>
      </w:tr>
      <w:tr>
        <w:tc>
          <w:tcPr>
            <w:tcW w:type="dxa" w:w="1474"/>
          </w:tcPr>
          <w:p>
            <w:pPr>
              <w:spacing w:after="20" w:line="276" w:lineRule="auto"/>
            </w:pPr>
            <w:r>
              <w:rPr>
                <w:b/>
              </w:rPr>
            </w:r>
            <w:r>
              <w:rPr>
                <w:rFonts w:ascii="宋体" w:hAnsi="宋体" w:eastAsia="宋体"/>
                <w:b/>
                <w:sz w:val="18"/>
              </w:rPr>
              <w:t>制作长方体的展开图</w:t>
            </w:r>
          </w:p>
        </w:tc>
        <w:tc>
          <w:tcPr>
            <w:tcW w:type="dxa" w:w="3061"/>
          </w:tcPr>
          <w:p>
            <w:pPr>
              <w:spacing w:after="20" w:line="276" w:lineRule="auto"/>
            </w:pPr>
            <w:r/>
            <w:r>
              <w:rPr>
                <w:rFonts w:ascii="宋体" w:hAnsi="宋体" w:eastAsia="宋体"/>
                <w:b w:val="0"/>
                <w:sz w:val="18"/>
              </w:rPr>
              <w:t>教师指导，完成长方体纸盒展开图。</w:t>
            </w:r>
          </w:p>
          <w:p>
            <w:pPr>
              <w:spacing w:after="20" w:line="276" w:lineRule="auto"/>
            </w:pPr>
            <w:r>
              <w:rPr>
                <w:rFonts w:ascii="宋体" w:hAnsi="宋体" w:eastAsia="宋体"/>
                <w:b w:val="0"/>
                <w:sz w:val="18"/>
              </w:rPr>
              <w:t>师：我如果要将这个长方体纸盒剪开，保证剪开后各个面连在一起。想一想，需要剪开几条边？</w:t>
            </w:r>
          </w:p>
          <w:p>
            <w:pPr>
              <w:spacing w:after="20" w:line="276" w:lineRule="auto"/>
            </w:pPr>
            <w:r>
              <w:rPr>
                <w:rFonts w:ascii="宋体" w:hAnsi="宋体" w:eastAsia="宋体"/>
                <w:b w:val="0"/>
                <w:sz w:val="18"/>
              </w:rPr>
              <w:t>师生讨论，探讨需要剪开几条边，可以将认为需要剪开的边先涂一涂，想象一下，剪开后会是怎样的。交流、探讨有哪些剪开的方法。</w:t>
            </w:r>
          </w:p>
          <w:p>
            <w:pPr>
              <w:spacing w:after="20" w:line="276" w:lineRule="auto"/>
            </w:pPr>
            <w:r>
              <w:rPr>
                <w:rFonts w:ascii="宋体" w:hAnsi="宋体" w:eastAsia="宋体"/>
                <w:b w:val="0"/>
                <w:sz w:val="18"/>
              </w:rPr>
              <w:t>教师指导学生将一个长方体纸盒剪开，呈现展开图。请同学们按照刚才的想法，把它剪开。边剪边观察，剪到能展开即可。</w:t>
            </w:r>
          </w:p>
          <w:p>
            <w:pPr>
              <w:spacing w:after="20" w:line="276" w:lineRule="auto"/>
            </w:pPr>
            <w:r>
              <w:rPr>
                <w:rFonts w:ascii="宋体" w:hAnsi="宋体" w:eastAsia="宋体"/>
                <w:b w:val="0"/>
                <w:sz w:val="18"/>
              </w:rPr>
              <w:t>可能会有部分学生在开始剪的时候导致部分面从整个图形中分离出来，让学生粘起来继续剪。</w:t>
            </w:r>
          </w:p>
        </w:tc>
        <w:tc>
          <w:tcPr>
            <w:tcW w:type="dxa" w:w="3061"/>
          </w:tcPr>
          <w:p>
            <w:pPr>
              <w:spacing w:after="20" w:line="276" w:lineRule="auto"/>
            </w:pPr>
            <w:r/>
            <w:r>
              <w:rPr>
                <w:rFonts w:ascii="宋体" w:hAnsi="宋体" w:eastAsia="宋体"/>
                <w:b w:val="0"/>
                <w:sz w:val="18"/>
              </w:rPr>
              <w:t>学生剪开后展示交流，引导学生理解每个长方体至少需要沿7条边剪下来，这样才会和整个展开图相连。</w:t>
            </w:r>
          </w:p>
        </w:tc>
        <w:tc>
          <w:tcPr>
            <w:tcW w:type="dxa" w:w="1814"/>
          </w:tcPr>
          <w:p>
            <w:pPr>
              <w:spacing w:after="20" w:line="276" w:lineRule="auto"/>
            </w:pPr>
            <w:r/>
            <w:r>
              <w:rPr>
                <w:rFonts w:ascii="宋体" w:hAnsi="宋体" w:eastAsia="宋体"/>
                <w:b w:val="0"/>
                <w:sz w:val="18"/>
              </w:rPr>
              <w:t>围绕环节目标组织学习活动，引导学生主动参与、积极思考，核心问题："我如果要将这个长方体纸盒剪开，保证剪开后各个面连在一起。想一想，需要剪开几条边？"</w:t>
            </w:r>
          </w:p>
        </w:tc>
      </w:tr>
      <w:tr>
        <w:tc>
          <w:tcPr>
            <w:tcW w:type="dxa" w:w="1474"/>
          </w:tcPr>
          <w:p>
            <w:pPr>
              <w:spacing w:after="20" w:line="276" w:lineRule="auto"/>
            </w:pPr>
            <w:r>
              <w:rPr>
                <w:b/>
              </w:rPr>
            </w:r>
            <w:r>
              <w:rPr>
                <w:rFonts w:ascii="宋体" w:hAnsi="宋体" w:eastAsia="宋体"/>
                <w:b/>
                <w:sz w:val="18"/>
              </w:rPr>
              <w:t>观察展开图</w:t>
            </w:r>
          </w:p>
        </w:tc>
        <w:tc>
          <w:tcPr>
            <w:tcW w:type="dxa" w:w="3061"/>
          </w:tcPr>
          <w:p>
            <w:pPr>
              <w:spacing w:after="20" w:line="276" w:lineRule="auto"/>
            </w:pPr>
            <w:r/>
            <w:r>
              <w:rPr>
                <w:rFonts w:ascii="宋体" w:hAnsi="宋体" w:eastAsia="宋体"/>
                <w:b w:val="0"/>
                <w:sz w:val="18"/>
              </w:rPr>
              <w:t>1.将学生不同的展开图贴在黑板上。</w:t>
            </w:r>
          </w:p>
          <w:p>
            <w:pPr>
              <w:spacing w:after="20" w:line="276" w:lineRule="auto"/>
            </w:pPr>
            <w:r>
              <w:rPr>
                <w:rFonts w:ascii="宋体" w:hAnsi="宋体" w:eastAsia="宋体"/>
                <w:b w:val="0"/>
                <w:sz w:val="18"/>
              </w:rPr>
              <w:t>师：你们发现了什么？</w:t>
            </w:r>
          </w:p>
          <w:p>
            <w:pPr>
              <w:spacing w:after="20" w:line="276" w:lineRule="auto"/>
            </w:pPr>
            <w:r>
              <w:rPr>
                <w:rFonts w:ascii="宋体" w:hAnsi="宋体" w:eastAsia="宋体"/>
                <w:b w:val="0"/>
                <w:sz w:val="18"/>
              </w:rPr>
              <w:t>引导学生知道，同一个长方体，剪开的边不同，展开图不同，但展开后都有6个面。</w:t>
            </w:r>
          </w:p>
          <w:p>
            <w:pPr>
              <w:spacing w:after="20" w:line="276" w:lineRule="auto"/>
            </w:pPr>
            <w:r>
              <w:rPr>
                <w:rFonts w:ascii="宋体" w:hAnsi="宋体" w:eastAsia="宋体"/>
                <w:b w:val="0"/>
                <w:sz w:val="18"/>
              </w:rPr>
              <w:t>2．由展到围，初步发现特征。</w:t>
            </w:r>
          </w:p>
          <w:p>
            <w:pPr>
              <w:spacing w:after="20" w:line="276" w:lineRule="auto"/>
            </w:pPr>
            <w:r>
              <w:rPr>
                <w:rFonts w:ascii="宋体" w:hAnsi="宋体" w:eastAsia="宋体"/>
                <w:b w:val="0"/>
                <w:sz w:val="18"/>
              </w:rPr>
              <w:t>师：再把自己的展开图，围一围，看看展开的面分别对应长方体的哪个面。在自己的展开图中，分别用“上、下、左、右、前、后”标明6个面。学生展示交流后，课件展示长方体的展开图。</w:t>
            </w:r>
          </w:p>
          <w:p>
            <w:pPr>
              <w:spacing w:after="20" w:line="276" w:lineRule="auto"/>
            </w:pPr>
            <w:r>
              <w:rPr>
                <w:rFonts w:ascii="宋体" w:hAnsi="宋体" w:eastAsia="宋体"/>
                <w:b w:val="0"/>
                <w:sz w:val="18"/>
              </w:rPr>
              <w:t>师：再打开图，你们发现了什么？</w:t>
            </w:r>
          </w:p>
          <w:p>
            <w:pPr>
              <w:spacing w:after="20" w:line="276" w:lineRule="auto"/>
            </w:pPr>
            <w:r>
              <w:rPr>
                <w:rFonts w:ascii="宋体" w:hAnsi="宋体" w:eastAsia="宋体"/>
                <w:b w:val="0"/>
                <w:sz w:val="18"/>
              </w:rPr>
              <w:t>引导学生发现“上、下、左、右、前、后”是相对的，6个面可以分成三组，每组中的两个面分别相同，每组中的两个面都不相连。(教师适当板书)</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围绕环节目标组织学习活动，引导学生主动参与、积极思考，核心问题："你们发现了什么？"</w:t>
            </w:r>
          </w:p>
        </w:tc>
      </w:tr>
      <w:tr>
        <w:tc>
          <w:tcPr>
            <w:tcW w:type="dxa" w:w="1474"/>
          </w:tcPr>
          <w:p>
            <w:pPr>
              <w:spacing w:after="20" w:line="276" w:lineRule="auto"/>
            </w:pPr>
            <w:r>
              <w:rPr>
                <w:b/>
              </w:rPr>
            </w:r>
            <w:r>
              <w:rPr>
                <w:rFonts w:ascii="宋体" w:hAnsi="宋体" w:eastAsia="宋体"/>
                <w:b/>
                <w:sz w:val="18"/>
              </w:rPr>
              <w:t>探究部分已经剪开的长方体纸盒的展开图</w:t>
            </w:r>
          </w:p>
        </w:tc>
        <w:tc>
          <w:tcPr>
            <w:tcW w:type="dxa" w:w="3061"/>
          </w:tcPr>
          <w:p>
            <w:pPr>
              <w:spacing w:after="20" w:line="276" w:lineRule="auto"/>
            </w:pPr>
            <w:r/>
            <w:r>
              <w:rPr>
                <w:rFonts w:ascii="宋体" w:hAnsi="宋体" w:eastAsia="宋体"/>
                <w:b w:val="0"/>
                <w:sz w:val="18"/>
              </w:rPr>
              <w:t>1.上下底都打开的长方体。</w:t>
            </w:r>
          </w:p>
          <w:p>
            <w:pPr>
              <w:spacing w:after="20" w:line="276" w:lineRule="auto"/>
            </w:pPr>
            <w:r>
              <w:rPr>
                <w:rFonts w:ascii="宋体" w:hAnsi="宋体" w:eastAsia="宋体"/>
                <w:b w:val="0"/>
                <w:sz w:val="18"/>
              </w:rPr>
              <w:t>师：我们刚才剪开了长方体，观察了它的展开图。老师这里有一个已经拆开的包装盒。(课件出示教科书P3实物盒)这个长方体有部分已经拆开了，现在需要剪开几条边就能完全展开？</w:t>
            </w:r>
          </w:p>
          <w:p>
            <w:pPr>
              <w:spacing w:after="20" w:line="276" w:lineRule="auto"/>
            </w:pPr>
            <w:r>
              <w:rPr>
                <w:rFonts w:ascii="宋体" w:hAnsi="宋体" w:eastAsia="宋体"/>
                <w:b w:val="0"/>
                <w:sz w:val="18"/>
              </w:rPr>
              <w:t>师：这个纸盒展开后，跟前面的长方体具有相同的特点吗？</w:t>
            </w:r>
          </w:p>
          <w:p>
            <w:pPr>
              <w:spacing w:after="20" w:line="276" w:lineRule="auto"/>
            </w:pPr>
            <w:r>
              <w:rPr>
                <w:rFonts w:ascii="宋体" w:hAnsi="宋体" w:eastAsia="宋体"/>
                <w:b w:val="0"/>
                <w:sz w:val="18"/>
              </w:rPr>
              <w:t>2．上底打开的长方体。</w:t>
            </w:r>
          </w:p>
          <w:p>
            <w:pPr>
              <w:spacing w:after="20" w:line="276" w:lineRule="auto"/>
            </w:pPr>
            <w:r>
              <w:rPr>
                <w:rFonts w:ascii="宋体" w:hAnsi="宋体" w:eastAsia="宋体"/>
                <w:b w:val="0"/>
                <w:sz w:val="18"/>
              </w:rPr>
              <w:t>课件出示教科书P3实物盒。</w:t>
            </w:r>
          </w:p>
          <w:p>
            <w:pPr>
              <w:spacing w:after="20" w:line="276" w:lineRule="auto"/>
            </w:pPr>
            <w:r>
              <w:rPr>
                <w:rFonts w:ascii="宋体" w:hAnsi="宋体" w:eastAsia="宋体"/>
                <w:b w:val="0"/>
                <w:sz w:val="18"/>
              </w:rPr>
              <w:t>师：这个长方体纸盒的盖子已经打开了，现在需要剪开几条边就能完全展开？</w:t>
            </w:r>
          </w:p>
        </w:tc>
        <w:tc>
          <w:tcPr>
            <w:tcW w:type="dxa" w:w="3061"/>
          </w:tcPr>
          <w:p>
            <w:pPr>
              <w:spacing w:after="20" w:line="276" w:lineRule="auto"/>
            </w:pPr>
            <w:r/>
            <w:r>
              <w:rPr>
                <w:rFonts w:ascii="宋体" w:hAnsi="宋体" w:eastAsia="宋体"/>
                <w:b w:val="0"/>
                <w:sz w:val="18"/>
              </w:rPr>
              <w:t>学生交流探讨，只需剪开一条边。</w:t>
            </w:r>
          </w:p>
          <w:p>
            <w:pPr>
              <w:spacing w:after="20" w:line="276" w:lineRule="auto"/>
            </w:pPr>
            <w:r>
              <w:rPr>
                <w:rFonts w:ascii="宋体" w:hAnsi="宋体" w:eastAsia="宋体"/>
                <w:b w:val="0"/>
                <w:sz w:val="18"/>
              </w:rPr>
              <w:t>学生交流探讨剪开的方法，再进行操作。</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设计递进式探究活动，引导学生在动手实践与合作交流中经历知识形成过程，突破本课重难点，核心问题："这个纸盒展开后，跟前面的长方体具有相同的特点吗？"</w:t>
            </w:r>
          </w:p>
        </w:tc>
      </w:tr>
      <w:tr>
        <w:tc>
          <w:tcPr>
            <w:tcW w:type="dxa" w:w="1474"/>
          </w:tcPr>
          <w:p>
            <w:pPr>
              <w:spacing w:after="20" w:line="276" w:lineRule="auto"/>
            </w:pPr>
            <w:r>
              <w:rPr>
                <w:b/>
              </w:rPr>
            </w:r>
            <w:r>
              <w:rPr>
                <w:rFonts w:ascii="宋体" w:hAnsi="宋体" w:eastAsia="宋体"/>
                <w:b/>
                <w:sz w:val="18"/>
              </w:rPr>
              <w:t>实践应用，拓展延伸</w:t>
            </w:r>
          </w:p>
        </w:tc>
        <w:tc>
          <w:tcPr>
            <w:tcW w:type="dxa" w:w="3061"/>
          </w:tcPr>
          <w:p>
            <w:pPr>
              <w:spacing w:after="20" w:line="276" w:lineRule="auto"/>
            </w:pPr>
            <w:r/>
            <w:r>
              <w:rPr>
                <w:rFonts w:ascii="宋体" w:hAnsi="宋体" w:eastAsia="宋体"/>
                <w:b w:val="0"/>
                <w:sz w:val="18"/>
              </w:rPr>
              <w:t>1.探究正方体的展开图。</w:t>
            </w:r>
          </w:p>
          <w:p>
            <w:pPr>
              <w:spacing w:after="20" w:line="276" w:lineRule="auto"/>
            </w:pPr>
            <w:r>
              <w:rPr>
                <w:rFonts w:ascii="宋体" w:hAnsi="宋体" w:eastAsia="宋体"/>
                <w:b w:val="0"/>
                <w:sz w:val="18"/>
              </w:rPr>
              <w:t>教师出示正方体纸盒。</w:t>
            </w:r>
          </w:p>
          <w:p>
            <w:pPr>
              <w:spacing w:after="20" w:line="276" w:lineRule="auto"/>
            </w:pPr>
            <w:r>
              <w:rPr>
                <w:rFonts w:ascii="宋体" w:hAnsi="宋体" w:eastAsia="宋体"/>
                <w:b w:val="0"/>
                <w:sz w:val="18"/>
              </w:rPr>
              <w:t>师：我如果要将这个正方体纸盒剪开，保证剪开后各个面连在一起。想一想，需要剪开几条边？</w:t>
            </w:r>
          </w:p>
          <w:p>
            <w:pPr>
              <w:spacing w:after="20" w:line="276" w:lineRule="auto"/>
            </w:pPr>
            <w:r>
              <w:rPr>
                <w:rFonts w:ascii="宋体" w:hAnsi="宋体" w:eastAsia="宋体"/>
                <w:b w:val="0"/>
                <w:sz w:val="18"/>
              </w:rPr>
              <w:t>师生交流，探讨需要剪开几条边，有哪些剪开的方法。</w:t>
            </w:r>
          </w:p>
          <w:p>
            <w:pPr>
              <w:spacing w:after="20" w:line="276" w:lineRule="auto"/>
            </w:pPr>
            <w:r>
              <w:rPr>
                <w:rFonts w:ascii="宋体" w:hAnsi="宋体" w:eastAsia="宋体"/>
                <w:b w:val="0"/>
                <w:sz w:val="18"/>
              </w:rPr>
              <w:t>跟长方体一样，至少要剪开7条边。</w:t>
            </w:r>
          </w:p>
          <w:p>
            <w:pPr>
              <w:spacing w:after="20" w:line="276" w:lineRule="auto"/>
            </w:pPr>
            <w:r>
              <w:rPr>
                <w:rFonts w:ascii="宋体" w:hAnsi="宋体" w:eastAsia="宋体"/>
                <w:b w:val="0"/>
                <w:sz w:val="18"/>
              </w:rPr>
              <w:t>师：想象一下，正方体剪开后是怎样的？</w:t>
            </w:r>
          </w:p>
          <w:p>
            <w:pPr>
              <w:spacing w:after="20" w:line="276" w:lineRule="auto"/>
            </w:pPr>
            <w:r>
              <w:rPr>
                <w:rFonts w:ascii="宋体" w:hAnsi="宋体" w:eastAsia="宋体"/>
                <w:b w:val="0"/>
                <w:sz w:val="18"/>
              </w:rPr>
              <w:t>课件呈现正方体的全部展开图(11种)，供学生参考。</w:t>
            </w:r>
          </w:p>
          <w:p>
            <w:pPr>
              <w:spacing w:after="20" w:line="276" w:lineRule="auto"/>
            </w:pPr>
            <w:r>
              <w:rPr>
                <w:rFonts w:ascii="宋体" w:hAnsi="宋体" w:eastAsia="宋体"/>
                <w:b w:val="0"/>
                <w:sz w:val="18"/>
              </w:rPr>
              <w:t>2．由展开图到立体图形。</w:t>
            </w:r>
          </w:p>
          <w:p>
            <w:pPr>
              <w:spacing w:after="20" w:line="276" w:lineRule="auto"/>
            </w:pPr>
            <w:r>
              <w:rPr>
                <w:rFonts w:ascii="宋体" w:hAnsi="宋体" w:eastAsia="宋体"/>
                <w:b w:val="0"/>
                <w:sz w:val="18"/>
              </w:rPr>
              <w:t>课件出示教科书P5“练习一”第4题。</w:t>
            </w:r>
          </w:p>
          <w:p>
            <w:pPr>
              <w:spacing w:after="20" w:line="276" w:lineRule="auto"/>
            </w:pPr>
            <w:r>
              <w:rPr>
                <w:rFonts w:ascii="宋体" w:hAnsi="宋体" w:eastAsia="宋体"/>
                <w:b w:val="0"/>
                <w:sz w:val="18"/>
              </w:rPr>
              <w:t>(1)学生先想象哪些图形能折成正方体，再让学生将附页2的图形剪下来折一折。</w:t>
            </w:r>
          </w:p>
          <w:p>
            <w:pPr>
              <w:spacing w:after="20" w:line="276" w:lineRule="auto"/>
            </w:pPr>
            <w:r>
              <w:rPr>
                <w:rFonts w:ascii="宋体" w:hAnsi="宋体" w:eastAsia="宋体"/>
                <w:b w:val="0"/>
                <w:sz w:val="18"/>
              </w:rPr>
              <w:t>(2)全班展示折成的正方体，形成结论。图①和图④可以折成正方体。</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通过有层次的练习及时反馈学情，巩固新知，培养学生灵活运用知识解决问题的能力，核心问题："我如果要将这个正方体纸盒剪开，保证剪开后各个面连在一起。想一想，需要剪开几条边？"</w:t>
            </w:r>
          </w:p>
        </w:tc>
      </w:tr>
      <w:tr>
        <w:tc>
          <w:tcPr>
            <w:tcW w:type="dxa" w:w="1474"/>
          </w:tcPr>
          <w:p>
            <w:pPr>
              <w:spacing w:after="20" w:line="276" w:lineRule="auto"/>
            </w:pPr>
            <w:r>
              <w:rPr>
                <w:b/>
              </w:rPr>
            </w:r>
            <w:r>
              <w:rPr>
                <w:rFonts w:ascii="宋体" w:hAnsi="宋体" w:eastAsia="宋体"/>
                <w:b/>
                <w:sz w:val="18"/>
              </w:rPr>
              <w:t>六、课堂小结</w:t>
            </w:r>
          </w:p>
        </w:tc>
        <w:tc>
          <w:tcPr>
            <w:tcW w:type="dxa" w:w="3061"/>
          </w:tcPr>
          <w:p>
            <w:pPr>
              <w:spacing w:after="20" w:line="276" w:lineRule="auto"/>
            </w:pPr>
            <w:r/>
            <w:r>
              <w:rPr>
                <w:rFonts w:ascii="宋体" w:hAnsi="宋体" w:eastAsia="宋体"/>
                <w:b w:val="0"/>
                <w:sz w:val="18"/>
              </w:rPr>
              <w:t>师：本节课，我们能动手操作，将长方体展开成平面图形，在展开的过程中，你有哪些经验？</w:t>
            </w:r>
          </w:p>
          <w:p>
            <w:pPr>
              <w:spacing w:after="20" w:line="276" w:lineRule="auto"/>
            </w:pPr>
            <w:r>
              <w:rPr>
                <w:rFonts w:ascii="宋体" w:hAnsi="宋体" w:eastAsia="宋体"/>
                <w:b w:val="0"/>
                <w:sz w:val="18"/>
              </w:rPr>
              <w:t>师：观察长方体的展开图，你发现了长方体的哪些秘密呢？</w:t>
            </w:r>
          </w:p>
          <w:p>
            <w:pPr>
              <w:spacing w:after="20" w:line="276" w:lineRule="auto"/>
            </w:pPr>
            <w:r>
              <w:rPr>
                <w:rFonts w:ascii="宋体" w:hAnsi="宋体" w:eastAsia="宋体"/>
                <w:b w:val="0"/>
                <w:sz w:val="18"/>
              </w:rPr>
              <w:t>让学生通过具体操作活动，在边操作边观察的过程中初步体会长方体关于面的特征。通过问题引领，启发学生思考至少剪几条边，在思考的基础上，动手操作，尝试不同的剪法。在交流过程中，探讨剪法错误的原因，发现基本的规律。</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引导学生回顾梳理本课所学，完善认知结构，提升归纳与反思能力，核心问题："本节课，我们能动手操作，将长方体展开成平面图形，在展开的过程中，你有哪些经验？"</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观察物体(2)</w:t>
      </w:r>
    </w:p>
    <w:p>
      <w:pPr>
        <w:spacing w:after="40" w:line="300" w:lineRule="auto"/>
      </w:pPr>
      <w:r>
        <w:rPr>
          <w:rFonts w:ascii="宋体" w:hAnsi="宋体" w:eastAsia="宋体"/>
          <w:b w:val="0"/>
          <w:sz w:val="20"/>
        </w:rPr>
        <w:t>6个面可以分成三组，每组</w:t>
      </w:r>
    </w:p>
    <w:p>
      <w:pPr>
        <w:spacing w:after="40" w:line="300" w:lineRule="auto"/>
      </w:pPr>
      <w:r>
        <w:rPr>
          <w:rFonts w:ascii="宋体" w:hAnsi="宋体" w:eastAsia="宋体"/>
          <w:b w:val="0"/>
          <w:sz w:val="20"/>
        </w:rPr>
        <w:t>中的两个面分别相同，每组</w:t>
      </w:r>
    </w:p>
    <w:p>
      <w:pPr>
        <w:spacing w:after="40" w:line="300" w:lineRule="auto"/>
      </w:pPr>
      <w:r>
        <w:rPr>
          <w:rFonts w:ascii="宋体" w:hAnsi="宋体" w:eastAsia="宋体"/>
          <w:b w:val="0"/>
          <w:sz w:val="20"/>
        </w:rPr>
        <w:t>中的两个面都不相连。</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教科书P3～4例3，完成教科书P5“练习一”中第4题。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学生在具体的操作中，观察长方体，实现平面图形和立体图形的转换，并在展开图中初步发现长方体的一些特征。学生的操作活动量较大，而且不同学生剪法不同，展开图不同，所以学生的归纳、整理工作量也大。教学时，需要做好充分的预设，才能在课堂内完成教学任务。</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