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人教版三年级数学上册</w:t>
      </w:r>
    </w:p>
    <w:p>
      <w:pPr>
        <w:spacing w:after="80" w:line="300" w:lineRule="auto"/>
        <w:jc w:val="center"/>
      </w:pPr>
      <w:r>
        <w:rPr>
          <w:rFonts w:ascii="黑体" w:hAnsi="黑体" w:eastAsia="黑体"/>
          <w:b/>
          <w:sz w:val="26"/>
        </w:rPr>
        <w:t>第3单元 毫米、分米和千米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毫米、分米和千米</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教学内容包括：毫米、分米、千米及解决相应的问题。教科书在编排上关注学生的数学学习现状和生活现实，体现知识的形成过程，让学生体会统一长度单位的必要性。注重操作和体验，让学生通过动手操作、实践活动实际感受、体验毫米、分米和千米的实际长度。注重培养学生的估测能力，能结合生活实际，运用一定的方法进行合理的估测。</w:t>
      </w:r>
    </w:p>
    <w:p>
      <w:pPr>
        <w:spacing w:after="80" w:line="300" w:lineRule="auto"/>
        <w:ind w:firstLine="400"/>
      </w:pPr>
      <w:r>
        <w:rPr>
          <w:rFonts w:ascii="宋体" w:hAnsi="宋体" w:eastAsia="宋体"/>
          <w:b w:val="0"/>
          <w:sz w:val="20"/>
        </w:rPr>
        <w:t>毫米、分米和千米处于测量教学的第二阶段——理解测量。在学习“毫米”“分米”“千米”的过程中，重视学生的实际感受，通过大量的实例，结合自己身边的具体实物，让学生建立相关观念，发展量感，突破难点，在推理中掌握单位换算的方法，知道单位之间的关系，知道1毫米、1分米、1千米具体的长度是多少，能用建立的长度观念解决实际生活中的问题，如估测路程、距离的实际长度。</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二年级已经初步认识长度单位“厘米”和“米”，这是了解测量的第一阶段。在本单元的学习中，引导学生回顾旧知识，让学生建立旧知识与新知识之间的联系，同时在对毫米、分米和千米的实际感知中，体会单位之间的进率，理解测量的意义。本单元的内容能充分引起学生学习兴趣，学生在学习之前有能力按要求完成教师布置的寻找一定长度的生活实例的任务，唤起学生生活经验。课堂学习中，学生喜欢各种操作活动，在操作中感知数学与生活的紧密联系。毫米和分米在直尺上都可以直接观察到，学生比较容易建立实际的长度观念，但是1千米比较长，学生难以感知，教学时，可以借助辅助工具，如身边的实物进行累计，想象出多少个实物的长度是1千米，也可以借助学生熟悉的路程来感知1千米的实际长度，突破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量感：体会统一长度单位的必要性。会针对真实情境选择合适的度量单位进行度量，会在同一度量方法下进行毫米、厘米、分米和千米之间的换算及简单的计算；初步感受测量的误差，能合理得到或估计度量的结果。</w:t>
      </w:r>
    </w:p>
    <w:p>
      <w:pPr>
        <w:spacing w:after="40" w:line="300" w:lineRule="auto"/>
        <w:ind w:firstLine="400"/>
      </w:pPr>
      <w:r>
        <w:rPr>
          <w:rFonts w:ascii="宋体" w:hAnsi="宋体" w:eastAsia="宋体"/>
          <w:b w:val="0"/>
          <w:sz w:val="20"/>
        </w:rPr>
        <w:t>几何直观：借助线段的长短认识毫米、分米为单位的长度，能画出相应长度的线段。借助图形认识千米，通过简单图形的推理感知1千米的实际长度；借助图形分析路程的远近，会根据实际选择合适的线路。</w:t>
      </w:r>
    </w:p>
    <w:p>
      <w:pPr>
        <w:spacing w:after="40" w:line="300" w:lineRule="auto"/>
        <w:ind w:firstLine="400"/>
      </w:pPr>
      <w:r>
        <w:rPr>
          <w:rFonts w:ascii="宋体" w:hAnsi="宋体" w:eastAsia="宋体"/>
          <w:b w:val="0"/>
          <w:sz w:val="20"/>
        </w:rPr>
        <w:t>应用意识：有意识地利用厘米、毫米、分米和千米等长度单位解释实际生活中的现象与规律，解决生活中的实际问题。</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第1课时：引导学生经历观察、比画、测量等学习活动，明确毫米产生的实际意义。</w:t>
      </w:r>
    </w:p>
    <w:p>
      <w:pPr>
        <w:spacing w:after="20" w:line="300" w:lineRule="auto"/>
        <w:ind w:firstLine="400"/>
      </w:pPr>
      <w:r>
        <w:rPr>
          <w:rFonts w:ascii="宋体" w:hAnsi="宋体" w:eastAsia="宋体"/>
          <w:b w:val="0"/>
          <w:sz w:val="20"/>
        </w:rPr>
        <w:t>第2课时：经历观察、估测、测量等活动，体会到分米产生的实际意义。</w:t>
      </w:r>
    </w:p>
    <w:p>
      <w:pPr>
        <w:spacing w:after="20" w:line="300" w:lineRule="auto"/>
        <w:ind w:firstLine="400"/>
      </w:pPr>
      <w:r>
        <w:rPr>
          <w:rFonts w:ascii="宋体" w:hAnsi="宋体" w:eastAsia="宋体"/>
          <w:b w:val="0"/>
          <w:sz w:val="20"/>
        </w:rPr>
        <w:t>第3课时：认识“千米”，初步建立1千米的长度观念，知道1千米等于1000米。</w:t>
      </w:r>
    </w:p>
    <w:p>
      <w:pPr>
        <w:spacing w:after="20" w:line="300" w:lineRule="auto"/>
        <w:ind w:firstLine="400"/>
      </w:pPr>
      <w:r>
        <w:rPr>
          <w:rFonts w:ascii="宋体" w:hAnsi="宋体" w:eastAsia="宋体"/>
          <w:b w:val="0"/>
          <w:sz w:val="20"/>
        </w:rPr>
        <w:t>第4课时：通过解决生活中的实际问题，进一步体会长度单位米、千米的内涵，能选用合适的长度作标准估计距离。</w:t>
      </w:r>
    </w:p>
    <w:p>
      <w:pPr>
        <w:spacing w:after="20" w:line="300" w:lineRule="auto"/>
        <w:ind w:firstLine="400"/>
      </w:pPr>
      <w:r>
        <w:rPr>
          <w:rFonts w:ascii="宋体" w:hAnsi="宋体" w:eastAsia="宋体"/>
          <w:b w:val="0"/>
          <w:sz w:val="20"/>
        </w:rPr>
        <w:t>第5课时：系统地整理学习过的长度单位，知道相邻长度单位间的进率，会进行长度单位的换算，进一步建立长度观念，发展量感。</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重让学生积累活动经验，确保各项活动有效开展。本单元的教学应该建立在大量操作的基础上，让学生在身边寻找能用相关的单位测量的物体，在找的过程中体会各个单位的适用范围；要合理安排“动”与“静”的时间，注意自主学习与合作交流相结合，动手操作与认真思考相结合。</w:t>
      </w:r>
    </w:p>
    <w:p>
      <w:pPr>
        <w:spacing w:after="20" w:line="300" w:lineRule="auto"/>
      </w:pPr>
      <w:r>
        <w:rPr>
          <w:rFonts w:ascii="宋体" w:hAnsi="宋体" w:eastAsia="宋体"/>
          <w:b w:val="0"/>
          <w:sz w:val="20"/>
        </w:rPr>
        <w:t>● 在推理中掌握单位换算的方法，知道单位之间的关系。教科书中的单位换算分为两类，即高级单位化低级单位和低级单位化高级单位。教学时，要引导学生充分思考，在学生初步掌握单位换算的方法后，教师要及时放手让学生在尝试练习时互相说一说推理过程，再引导学生梳理毫米、厘米、分米和米之间的关系，在表达中训练学生的逻辑推理能力，为综合应用奠定基础。</w:t>
      </w:r>
    </w:p>
    <w:p>
      <w:pPr>
        <w:spacing w:after="20" w:line="300" w:lineRule="auto"/>
      </w:pPr>
      <w:r>
        <w:rPr>
          <w:rFonts w:ascii="宋体" w:hAnsi="宋体" w:eastAsia="宋体"/>
          <w:b w:val="0"/>
          <w:sz w:val="20"/>
        </w:rPr>
        <w:t>● 重视学生估测方法的掌握，培养估测意识和能力。可采用先估测、后测量验证的方法，让学生了解用熟悉的物体作标准的方法和测量较长距离时可运用分解的策略，体会估测优点的同时，不断提高估测意识和能力。</w:t>
      </w:r>
    </w:p>
    <w:p>
      <w:pPr>
        <w:spacing w:after="20" w:line="300" w:lineRule="auto"/>
      </w:pPr>
      <w:r>
        <w:rPr>
          <w:rFonts w:ascii="宋体" w:hAnsi="宋体" w:eastAsia="宋体"/>
          <w:b w:val="0"/>
          <w:sz w:val="20"/>
        </w:rPr>
        <w:t>● 注重实践活动，课内外相结合。毫米、分米和千米在实际生活中经常用到，让学生进行实际测量，建立长度观念。特别是千米，可以组织学生进行实地测量，真实感受1千米有多长，发展量感。</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毫米的认识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引导学生经历观察、比画、测量等学习活动，明确毫米产生的实际意义。</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分米的认识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经历观察、估测、测量等活动，体会到分米产生的实际意义。</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千米的认识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认识“千米”，初步建立1千米的长度观念，知道1千米等于1000米。</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通过解决生活中的实际问题，进一步体会长度单位米、千米的内涵，能选用合适的长度作标准估计距离。</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系统地整理学习过的长度单位，知道相邻长度单位间的进率，会进行长度单位的换算，进一步建立长度观念，发展量感。</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毫米的认识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毫米的认识</w:t>
            </w:r>
          </w:p>
        </w:tc>
        <w:tc>
          <w:tcPr>
            <w:tcW w:type="dxa" w:w="6009"/>
          </w:tcPr>
          <w:p>
            <w:pPr>
              <w:spacing w:after="20" w:line="276" w:lineRule="auto"/>
            </w:pPr>
            <w:r/>
            <w:r>
              <w:rPr>
                <w:rFonts w:ascii="宋体" w:hAnsi="宋体" w:eastAsia="宋体"/>
                <w:b w:val="0"/>
                <w:sz w:val="20"/>
              </w:rPr>
              <w:t>第3单元 毫米、分米和千米</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二年级已经初步认识长度单位“厘米”和“米”，这是了解测量的第一阶段。在本单元的学习中，引导学生回顾旧知识，让学生建立旧知识与新知识之间的联系，同时在对毫米、分米和千米的实际感知中，体会单位之间的进率，理解测量的意义。本单元的内容能充分引起学生学习兴趣，学生在学习之前有能力按要求完成教师布置的寻找一定长度的生活实例的任务，唤起学生生活经验。课堂学习中，学生喜欢各种操作活动，在操作中感知数学与生活的紧密联系。毫米和分米在直尺上都可以直接观察到，学生比较容易建立实际的长度观念，但是1千米比较长，学生难以感知，教学时，可以借助辅助工具，如身边的实物进行累计，想象出多少个实物的长度是1千米，也可以借助学生熟悉的路程来感知1千米的实际长度，突破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教学内容：教科书P20～21，完成教科书P21“做一做”中第1，2题及P23“练习五”中第1题。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（1）引导学生经历观察、比画、测量等学习活动，明确毫米产生的实际意义。</w:t>
      </w:r>
    </w:p>
    <w:p>
      <w:pPr>
        <w:spacing w:after="20" w:line="300" w:lineRule="auto"/>
        <w:ind w:firstLine="400"/>
      </w:pPr>
      <w:r>
        <w:rPr>
          <w:rFonts w:ascii="宋体" w:hAnsi="宋体" w:eastAsia="宋体"/>
          <w:b w:val="0"/>
          <w:sz w:val="20"/>
        </w:rPr>
        <w:t>（2）通过活动认识长度单位毫米，建立1毫米的长度观念，会用毫米作单位进行测量，掌握毫米与厘米间的关系，会进行简单的换算。</w:t>
      </w:r>
    </w:p>
    <w:p>
      <w:pPr>
        <w:spacing w:after="20" w:line="300" w:lineRule="auto"/>
        <w:ind w:firstLine="400"/>
      </w:pPr>
      <w:r>
        <w:rPr>
          <w:rFonts w:ascii="宋体" w:hAnsi="宋体" w:eastAsia="宋体"/>
          <w:b w:val="0"/>
          <w:sz w:val="20"/>
        </w:rPr>
        <w:t>（3）体会数学与生活的密切联系，培养动手操作能力和空间观念。</w:t>
      </w:r>
    </w:p>
    <w:p>
      <w:pPr>
        <w:spacing w:after="20" w:line="300" w:lineRule="auto"/>
      </w:pPr>
      <w:r>
        <w:rPr>
          <w:rFonts w:ascii="宋体" w:hAnsi="宋体" w:eastAsia="宋体"/>
          <w:b w:val="0"/>
          <w:sz w:val="20"/>
        </w:rPr>
        <w:t>教学重点：会用毫米作单位测量物体的长度，理解毫米与厘米之间的进率和换算关系。</w:t>
      </w:r>
    </w:p>
    <w:p>
      <w:pPr>
        <w:spacing w:after="20" w:line="300" w:lineRule="auto"/>
      </w:pPr>
      <w:r>
        <w:rPr>
          <w:rFonts w:ascii="宋体" w:hAnsi="宋体" w:eastAsia="宋体"/>
          <w:b w:val="0"/>
          <w:sz w:val="20"/>
        </w:rPr>
        <w:t>教学难点：建立1毫米的长度观念。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复习旧知识，引入新知识</w:t>
            </w:r>
          </w:p>
        </w:tc>
        <w:tc>
          <w:tcPr>
            <w:tcW w:type="dxa" w:w="1814"/>
          </w:tcPr>
          <w:p>
            <w:pPr>
              <w:spacing w:after="20" w:line="276" w:lineRule="auto"/>
            </w:pPr>
            <w:r/>
            <w:r>
              <w:rPr>
                <w:rFonts w:ascii="宋体" w:hAnsi="宋体" w:eastAsia="宋体"/>
                <w:b w:val="0"/>
                <w:sz w:val="18"/>
              </w:rPr>
              <w:t>课件、教科书、情境图、尺子</w:t>
            </w:r>
          </w:p>
        </w:tc>
        <w:tc>
          <w:tcPr>
            <w:tcW w:type="dxa" w:w="3402"/>
          </w:tcPr>
          <w:p>
            <w:pPr>
              <w:spacing w:after="20" w:line="276" w:lineRule="auto"/>
            </w:pPr>
            <w:r/>
            <w:r>
              <w:rPr>
                <w:rFonts w:ascii="宋体" w:hAnsi="宋体" w:eastAsia="宋体"/>
                <w:b w:val="0"/>
                <w:sz w:val="18"/>
              </w:rPr>
              <w:t>我们之前学习过哪些长度单位？要精确地测量物体长度，需要什么工具？；估得准吗？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自主探究，认识毫米</w:t>
            </w:r>
          </w:p>
        </w:tc>
        <w:tc>
          <w:tcPr>
            <w:tcW w:type="dxa" w:w="1814"/>
          </w:tcPr>
          <w:p>
            <w:pPr>
              <w:spacing w:after="20" w:line="276" w:lineRule="auto"/>
            </w:pPr>
            <w:r/>
            <w:r>
              <w:rPr>
                <w:rFonts w:ascii="宋体" w:hAnsi="宋体" w:eastAsia="宋体"/>
                <w:b w:val="0"/>
                <w:sz w:val="18"/>
              </w:rPr>
              <w:t>课件、尺子</w:t>
            </w:r>
          </w:p>
        </w:tc>
        <w:tc>
          <w:tcPr>
            <w:tcW w:type="dxa" w:w="3402"/>
          </w:tcPr>
          <w:p>
            <w:pPr>
              <w:spacing w:after="20" w:line="276" w:lineRule="auto"/>
            </w:pPr>
            <w:r/>
            <w:r>
              <w:rPr>
                <w:rFonts w:ascii="宋体" w:hAnsi="宋体" w:eastAsia="宋体"/>
                <w:b w:val="0"/>
                <w:sz w:val="18"/>
              </w:rPr>
              <w:t>关于毫米，你们知道哪些知识？；观察自己的刻度尺，你能发现什么呢？</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知识应用，深化理解</w:t>
            </w:r>
          </w:p>
        </w:tc>
        <w:tc>
          <w:tcPr>
            <w:tcW w:type="dxa" w:w="1814"/>
          </w:tcPr>
          <w:p>
            <w:pPr>
              <w:spacing w:after="20" w:line="276" w:lineRule="auto"/>
            </w:pPr>
            <w:r/>
            <w:r>
              <w:rPr>
                <w:rFonts w:ascii="宋体" w:hAnsi="宋体" w:eastAsia="宋体"/>
                <w:b w:val="0"/>
                <w:sz w:val="18"/>
              </w:rPr>
              <w:t>教科书、尺子、课件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这节课你学到了什么？</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复习旧知识，引入新知识</w:t>
            </w:r>
          </w:p>
        </w:tc>
        <w:tc>
          <w:tcPr>
            <w:tcW w:type="dxa" w:w="3061"/>
          </w:tcPr>
          <w:p>
            <w:pPr>
              <w:spacing w:after="20" w:line="276" w:lineRule="auto"/>
            </w:pPr>
            <w:r/>
            <w:r>
              <w:rPr>
                <w:rFonts w:ascii="宋体" w:hAnsi="宋体" w:eastAsia="宋体"/>
                <w:b w:val="0"/>
                <w:sz w:val="18"/>
              </w:rPr>
              <w:t>师：我们之前学习过哪些长度单位？要精确地测量物体长度，需要什么工具？</w:t>
            </w:r>
          </w:p>
          <w:p>
            <w:pPr>
              <w:spacing w:after="20" w:line="276" w:lineRule="auto"/>
            </w:pPr>
            <w:r>
              <w:rPr>
                <w:rFonts w:ascii="宋体" w:hAnsi="宋体" w:eastAsia="宋体"/>
                <w:b w:val="0"/>
                <w:sz w:val="18"/>
              </w:rPr>
              <w:t>指名学生回答，并比画1米有多长，1厘米有多长。</w:t>
            </w:r>
          </w:p>
          <w:p>
            <w:pPr>
              <w:spacing w:after="20" w:line="276" w:lineRule="auto"/>
            </w:pPr>
            <w:r>
              <w:rPr>
                <w:rFonts w:ascii="宋体" w:hAnsi="宋体" w:eastAsia="宋体"/>
                <w:b w:val="0"/>
                <w:sz w:val="18"/>
              </w:rPr>
              <w:t>师：请说一说你们是如何测量物体长度的。</w:t>
            </w:r>
          </w:p>
          <w:p>
            <w:pPr>
              <w:spacing w:after="20" w:line="276" w:lineRule="auto"/>
            </w:pPr>
            <w:r>
              <w:rPr>
                <w:rFonts w:ascii="宋体" w:hAnsi="宋体" w:eastAsia="宋体"/>
                <w:b w:val="0"/>
                <w:sz w:val="18"/>
              </w:rPr>
              <w:t>回顾测量的方法，重点强调从0刻度开始测量。</w:t>
            </w:r>
          </w:p>
          <w:p>
            <w:pPr>
              <w:spacing w:after="20" w:line="276" w:lineRule="auto"/>
            </w:pPr>
            <w:r>
              <w:rPr>
                <w:rFonts w:ascii="宋体" w:hAnsi="宋体" w:eastAsia="宋体"/>
                <w:b w:val="0"/>
                <w:sz w:val="18"/>
              </w:rPr>
              <w:t>课件出示教科书P20上情境图。</w:t>
            </w:r>
          </w:p>
          <w:p>
            <w:pPr>
              <w:spacing w:after="20" w:line="276" w:lineRule="auto"/>
            </w:pPr>
            <w:r>
              <w:rPr>
                <w:rFonts w:ascii="宋体" w:hAnsi="宋体" w:eastAsia="宋体"/>
                <w:b w:val="0"/>
                <w:sz w:val="18"/>
              </w:rPr>
              <w:t>师：估一估数学书的长、宽和厚各是多少厘米。</w:t>
            </w:r>
          </w:p>
          <w:p>
            <w:pPr>
              <w:spacing w:after="20" w:line="276" w:lineRule="auto"/>
            </w:pPr>
            <w:r>
              <w:rPr>
                <w:rFonts w:ascii="宋体" w:hAnsi="宋体" w:eastAsia="宋体"/>
                <w:b w:val="0"/>
                <w:sz w:val="18"/>
              </w:rPr>
              <w:t>师：估得准吗？下面请大家动手用尺子测量，验证自己估的结果。同时以小组为单位，对测量结果进行交流。</w:t>
            </w:r>
          </w:p>
          <w:p>
            <w:pPr>
              <w:spacing w:after="20" w:line="276" w:lineRule="auto"/>
            </w:pPr>
            <w:r>
              <w:rPr>
                <w:rFonts w:ascii="宋体" w:hAnsi="宋体" w:eastAsia="宋体"/>
                <w:b w:val="0"/>
                <w:sz w:val="18"/>
              </w:rPr>
              <w:t>师：当测量的长度不是整厘米时，该怎么表示呢？能不能用学过的长度单位米或厘米来比较精确地表示书本的厚度？</w:t>
            </w:r>
          </w:p>
          <w:p>
            <w:pPr>
              <w:spacing w:after="20" w:line="276" w:lineRule="auto"/>
            </w:pPr>
            <w:r>
              <w:rPr>
                <w:rFonts w:ascii="宋体" w:hAnsi="宋体" w:eastAsia="宋体"/>
                <w:b w:val="0"/>
                <w:sz w:val="18"/>
              </w:rPr>
              <w:t>用厘米和米作单位太大了，要用更小的长度单位来表示。</w:t>
            </w:r>
          </w:p>
          <w:p>
            <w:pPr>
              <w:spacing w:after="20" w:line="276" w:lineRule="auto"/>
            </w:pPr>
            <w:r>
              <w:rPr>
                <w:rFonts w:ascii="宋体" w:hAnsi="宋体" w:eastAsia="宋体"/>
                <w:b w:val="0"/>
                <w:sz w:val="18"/>
              </w:rPr>
              <w:t>师：这时就要用到比厘米更小的长度单位——毫米。(板书课题：毫米的认识)</w:t>
            </w:r>
          </w:p>
          <w:p>
            <w:pPr>
              <w:spacing w:after="20" w:line="276" w:lineRule="auto"/>
            </w:pPr>
            <w:r>
              <w:rPr>
                <w:rFonts w:ascii="宋体" w:hAnsi="宋体" w:eastAsia="宋体"/>
                <w:b w:val="0"/>
                <w:sz w:val="18"/>
              </w:rPr>
              <w:t>师小结：量比较短的物体的长度或者要求量得比较精确时，可以用毫米(mm)作单位。(板书)</w:t>
            </w:r>
          </w:p>
        </w:tc>
        <w:tc>
          <w:tcPr>
            <w:tcW w:type="dxa" w:w="3061"/>
          </w:tcPr>
          <w:p>
            <w:pPr>
              <w:spacing w:after="20" w:line="276" w:lineRule="auto"/>
            </w:pPr>
            <w:r/>
            <w:r>
              <w:rPr>
                <w:rFonts w:ascii="宋体" w:hAnsi="宋体" w:eastAsia="宋体"/>
                <w:b w:val="0"/>
                <w:sz w:val="18"/>
              </w:rPr>
              <w:t>学生发言，并说一说自己判断的依据。</w:t>
            </w:r>
          </w:p>
          <w:p>
            <w:pPr>
              <w:spacing w:after="20" w:line="276" w:lineRule="auto"/>
            </w:pPr>
            <w:r>
              <w:rPr>
                <w:rFonts w:ascii="宋体" w:hAnsi="宋体" w:eastAsia="宋体"/>
                <w:b w:val="0"/>
                <w:sz w:val="18"/>
              </w:rPr>
              <w:t>学生会用一定的标准去估计，例如1拃、铅笔的长度或者目测。</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创设情境激活学生已有经验，自然引出本课学习内容，激发学习兴趣，核心问题："我们之前学习过哪些长度单位？要精确地测量物体长度，需要什么工具？"</w:t>
            </w:r>
          </w:p>
        </w:tc>
      </w:tr>
      <w:tr>
        <w:tc>
          <w:tcPr>
            <w:tcW w:type="dxa" w:w="1474"/>
          </w:tcPr>
          <w:p>
            <w:pPr>
              <w:spacing w:after="20" w:line="276" w:lineRule="auto"/>
            </w:pPr>
            <w:r>
              <w:rPr>
                <w:b/>
              </w:rPr>
            </w:r>
            <w:r>
              <w:rPr>
                <w:rFonts w:ascii="宋体" w:hAnsi="宋体" w:eastAsia="宋体"/>
                <w:b/>
                <w:sz w:val="18"/>
              </w:rPr>
              <w:t>自主探究，认识毫米</w:t>
            </w:r>
          </w:p>
        </w:tc>
        <w:tc>
          <w:tcPr>
            <w:tcW w:type="dxa" w:w="3061"/>
          </w:tcPr>
          <w:p>
            <w:pPr>
              <w:spacing w:after="20" w:line="276" w:lineRule="auto"/>
            </w:pPr>
            <w:r/>
            <w:r>
              <w:rPr>
                <w:rFonts w:ascii="宋体" w:hAnsi="宋体" w:eastAsia="宋体"/>
                <w:b w:val="0"/>
                <w:sz w:val="18"/>
              </w:rPr>
              <w:t>1.初步认识1毫米。</w:t>
            </w:r>
          </w:p>
          <w:p>
            <w:pPr>
              <w:spacing w:after="20" w:line="276" w:lineRule="auto"/>
            </w:pPr>
            <w:r>
              <w:rPr>
                <w:rFonts w:ascii="宋体" w:hAnsi="宋体" w:eastAsia="宋体"/>
                <w:b w:val="0"/>
                <w:sz w:val="18"/>
              </w:rPr>
              <w:t>师：关于毫米，你们知道哪些知识？</w:t>
            </w:r>
          </w:p>
          <w:p>
            <w:pPr>
              <w:spacing w:after="20" w:line="276" w:lineRule="auto"/>
            </w:pPr>
            <w:r>
              <w:rPr>
                <w:rFonts w:ascii="宋体" w:hAnsi="宋体" w:eastAsia="宋体"/>
                <w:b w:val="0"/>
                <w:sz w:val="18"/>
              </w:rPr>
              <w:t>师：观察自己的刻度尺，你能发现什么呢？</w:t>
            </w:r>
          </w:p>
          <w:p>
            <w:pPr>
              <w:spacing w:after="20" w:line="276" w:lineRule="auto"/>
            </w:pPr>
            <w:r>
              <w:rPr>
                <w:rFonts w:ascii="宋体" w:hAnsi="宋体" w:eastAsia="宋体"/>
                <w:b w:val="0"/>
                <w:sz w:val="18"/>
              </w:rPr>
              <w:t>除了以前所学的厘米外，每两个数字之间还有小格子。</w:t>
            </w:r>
          </w:p>
          <w:p>
            <w:pPr>
              <w:spacing w:after="20" w:line="276" w:lineRule="auto"/>
            </w:pPr>
            <w:r>
              <w:rPr>
                <w:rFonts w:ascii="宋体" w:hAnsi="宋体" w:eastAsia="宋体"/>
                <w:b w:val="0"/>
                <w:sz w:val="18"/>
              </w:rPr>
              <w:t>师：每个小格子的长度就是1毫米。</w:t>
            </w:r>
          </w:p>
          <w:p>
            <w:pPr>
              <w:spacing w:after="20" w:line="276" w:lineRule="auto"/>
            </w:pPr>
            <w:r>
              <w:rPr>
                <w:rFonts w:ascii="宋体" w:hAnsi="宋体" w:eastAsia="宋体"/>
                <w:b w:val="0"/>
                <w:sz w:val="18"/>
              </w:rPr>
              <w:t>课件演示把1厘米平均分成10份，其中每一份也就是每一个小格的长度，都是1毫米。</w:t>
            </w:r>
          </w:p>
          <w:p>
            <w:pPr>
              <w:spacing w:after="20" w:line="276" w:lineRule="auto"/>
            </w:pPr>
            <w:r>
              <w:rPr>
                <w:rFonts w:ascii="宋体" w:hAnsi="宋体" w:eastAsia="宋体"/>
                <w:b w:val="0"/>
                <w:sz w:val="18"/>
              </w:rPr>
              <w:t>师：毫米可以用mm表示，请同学们在尺子上指一指1毫米有多长。</w:t>
            </w:r>
          </w:p>
          <w:p>
            <w:pPr>
              <w:spacing w:after="20" w:line="276" w:lineRule="auto"/>
            </w:pPr>
            <w:r>
              <w:rPr>
                <w:rFonts w:ascii="宋体" w:hAnsi="宋体" w:eastAsia="宋体"/>
                <w:b w:val="0"/>
                <w:sz w:val="18"/>
              </w:rPr>
              <w:t>师：谁来说一说你对1毫米的感受？</w:t>
            </w:r>
          </w:p>
          <w:p>
            <w:pPr>
              <w:spacing w:after="20" w:line="276" w:lineRule="auto"/>
            </w:pPr>
            <w:r>
              <w:rPr>
                <w:rFonts w:ascii="宋体" w:hAnsi="宋体" w:eastAsia="宋体"/>
                <w:b w:val="0"/>
                <w:sz w:val="18"/>
              </w:rPr>
              <w:t>1毫米很短，比以前所学的最小的1厘米还要短得多。</w:t>
            </w:r>
          </w:p>
          <w:p>
            <w:pPr>
              <w:spacing w:after="20" w:line="276" w:lineRule="auto"/>
            </w:pPr>
            <w:r>
              <w:rPr>
                <w:rFonts w:ascii="宋体" w:hAnsi="宋体" w:eastAsia="宋体"/>
                <w:b w:val="0"/>
                <w:sz w:val="18"/>
              </w:rPr>
              <w:t>师：你们觉得毫米与厘米之间有什么关系呢？</w:t>
            </w:r>
          </w:p>
          <w:p>
            <w:pPr>
              <w:spacing w:after="20" w:line="276" w:lineRule="auto"/>
            </w:pPr>
            <w:r>
              <w:rPr>
                <w:rFonts w:ascii="宋体" w:hAnsi="宋体" w:eastAsia="宋体"/>
                <w:b w:val="0"/>
                <w:sz w:val="18"/>
              </w:rPr>
              <w:t>师：用手指点数，好操作吗？为什么手指点数会很困难？有没有更合适的方法帮助我们数一数？</w:t>
            </w:r>
          </w:p>
          <w:p>
            <w:pPr>
              <w:spacing w:after="20" w:line="276" w:lineRule="auto"/>
            </w:pPr>
            <w:r>
              <w:rPr>
                <w:rFonts w:ascii="宋体" w:hAnsi="宋体" w:eastAsia="宋体"/>
                <w:b w:val="0"/>
                <w:sz w:val="18"/>
              </w:rPr>
              <w:t>教师引导学生想办法解决，如用铅笔尖点数。</w:t>
            </w:r>
          </w:p>
          <w:p>
            <w:pPr>
              <w:spacing w:after="20" w:line="276" w:lineRule="auto"/>
            </w:pPr>
            <w:r>
              <w:rPr>
                <w:rFonts w:ascii="宋体" w:hAnsi="宋体" w:eastAsia="宋体"/>
                <w:b w:val="0"/>
                <w:sz w:val="18"/>
              </w:rPr>
              <w:t>师：除了刚才大家所数的1厘米之间有10毫米，其他的1厘米里是不是也有10个1毫米呢？请大家在刻度尺上找出另外一个1厘米数一数。</w:t>
            </w:r>
          </w:p>
          <w:p>
            <w:pPr>
              <w:spacing w:after="20" w:line="276" w:lineRule="auto"/>
            </w:pPr>
            <w:r>
              <w:rPr>
                <w:rFonts w:ascii="宋体" w:hAnsi="宋体" w:eastAsia="宋体"/>
                <w:b w:val="0"/>
                <w:sz w:val="18"/>
              </w:rPr>
              <w:t>组织学生多次验证，可以个人数或集体数，最后得到厘米与毫米之间的关系。</w:t>
            </w:r>
          </w:p>
          <w:p>
            <w:pPr>
              <w:spacing w:after="20" w:line="276" w:lineRule="auto"/>
            </w:pPr>
            <w:r>
              <w:rPr>
                <w:rFonts w:ascii="宋体" w:hAnsi="宋体" w:eastAsia="宋体"/>
                <w:b w:val="0"/>
                <w:sz w:val="18"/>
              </w:rPr>
              <w:t>板书：1厘米＝10毫米　1 cm＝10 mm</w:t>
            </w:r>
          </w:p>
          <w:p>
            <w:pPr>
              <w:spacing w:after="20" w:line="276" w:lineRule="auto"/>
            </w:pPr>
            <w:r>
              <w:rPr>
                <w:rFonts w:ascii="宋体" w:hAnsi="宋体" w:eastAsia="宋体"/>
                <w:b w:val="0"/>
                <w:sz w:val="18"/>
              </w:rPr>
              <w:t>2．进一步认识1毫米。</w:t>
            </w:r>
          </w:p>
          <w:p>
            <w:pPr>
              <w:spacing w:after="20" w:line="276" w:lineRule="auto"/>
            </w:pPr>
            <w:r>
              <w:rPr>
                <w:rFonts w:ascii="宋体" w:hAnsi="宋体" w:eastAsia="宋体"/>
                <w:b w:val="0"/>
                <w:sz w:val="18"/>
              </w:rPr>
              <w:t>师：请同学们想一想哪些物体的长度大约是1毫米。</w:t>
            </w:r>
          </w:p>
          <w:p>
            <w:pPr>
              <w:spacing w:after="20" w:line="276" w:lineRule="auto"/>
            </w:pPr>
            <w:r>
              <w:rPr>
                <w:rFonts w:ascii="宋体" w:hAnsi="宋体" w:eastAsia="宋体"/>
                <w:b w:val="0"/>
                <w:sz w:val="18"/>
              </w:rPr>
              <w:t>教师出示电话卡、公交卡、医保卡等，这些物体的厚度大约是1毫米。</w:t>
            </w:r>
          </w:p>
          <w:p>
            <w:pPr>
              <w:spacing w:after="20" w:line="276" w:lineRule="auto"/>
            </w:pPr>
            <w:r>
              <w:rPr>
                <w:rFonts w:ascii="宋体" w:hAnsi="宋体" w:eastAsia="宋体"/>
                <w:b w:val="0"/>
                <w:sz w:val="18"/>
              </w:rPr>
              <w:t>师：对于毫米你有什么新的体会？</w:t>
            </w:r>
          </w:p>
          <w:p>
            <w:pPr>
              <w:spacing w:after="20" w:line="276" w:lineRule="auto"/>
            </w:pPr>
            <w:r>
              <w:rPr>
                <w:rFonts w:ascii="宋体" w:hAnsi="宋体" w:eastAsia="宋体"/>
                <w:b w:val="0"/>
                <w:sz w:val="18"/>
              </w:rPr>
              <w:t>一些物体的厚度，也可以用毫米作单位。</w:t>
            </w:r>
          </w:p>
          <w:p>
            <w:pPr>
              <w:spacing w:after="20" w:line="276" w:lineRule="auto"/>
            </w:pPr>
            <w:r>
              <w:rPr>
                <w:rFonts w:ascii="宋体" w:hAnsi="宋体" w:eastAsia="宋体"/>
                <w:b w:val="0"/>
                <w:sz w:val="18"/>
              </w:rPr>
              <w:t>引导学生用手势表示出1毫米有多长，并说说感受。</w:t>
            </w:r>
          </w:p>
          <w:p>
            <w:pPr>
              <w:spacing w:after="20" w:line="276" w:lineRule="auto"/>
            </w:pPr>
            <w:r>
              <w:rPr>
                <w:rFonts w:ascii="宋体" w:hAnsi="宋体" w:eastAsia="宋体"/>
                <w:b w:val="0"/>
                <w:sz w:val="18"/>
              </w:rPr>
              <w:t>画出1毫米，再与尺子上的1毫米对比，然后用手势表示1毫米，在纸上不用尺子画出3毫米、5毫米、10毫米等，再与尺子对比。</w:t>
            </w:r>
          </w:p>
          <w:p>
            <w:pPr>
              <w:spacing w:after="20" w:line="276" w:lineRule="auto"/>
            </w:pPr>
            <w:r>
              <w:rPr>
                <w:rFonts w:ascii="宋体" w:hAnsi="宋体" w:eastAsia="宋体"/>
                <w:b w:val="0"/>
                <w:sz w:val="18"/>
              </w:rPr>
              <w:t>师：估一估数学书大约几页是1毫米，说一说哪些物体的长度可以用毫米作单位。</w:t>
            </w:r>
          </w:p>
          <w:p>
            <w:pPr>
              <w:spacing w:after="20" w:line="276" w:lineRule="auto"/>
            </w:pPr>
            <w:r>
              <w:rPr>
                <w:rFonts w:ascii="宋体" w:hAnsi="宋体" w:eastAsia="宋体"/>
                <w:b w:val="0"/>
                <w:sz w:val="18"/>
              </w:rPr>
              <w:t>蚂蚁、订书钉、米粒的长度等。</w:t>
            </w:r>
          </w:p>
        </w:tc>
        <w:tc>
          <w:tcPr>
            <w:tcW w:type="dxa" w:w="3061"/>
          </w:tcPr>
          <w:p>
            <w:pPr>
              <w:spacing w:after="20" w:line="276" w:lineRule="auto"/>
            </w:pPr>
            <w:r/>
            <w:r>
              <w:rPr>
                <w:rFonts w:ascii="宋体" w:hAnsi="宋体" w:eastAsia="宋体"/>
                <w:b w:val="0"/>
                <w:sz w:val="18"/>
              </w:rPr>
              <w:t>学生会有各种各样的回答。</w:t>
            </w:r>
          </w:p>
          <w:p>
            <w:pPr>
              <w:spacing w:after="20" w:line="276" w:lineRule="auto"/>
            </w:pPr>
            <w:r>
              <w:rPr>
                <w:rFonts w:ascii="宋体" w:hAnsi="宋体" w:eastAsia="宋体"/>
                <w:b w:val="0"/>
                <w:sz w:val="18"/>
              </w:rPr>
              <w:t>学生自行在刻度尺上找出1毫米的长度。</w:t>
            </w:r>
          </w:p>
          <w:p>
            <w:pPr>
              <w:spacing w:after="20" w:line="276" w:lineRule="auto"/>
            </w:pPr>
            <w:r>
              <w:rPr>
                <w:rFonts w:ascii="宋体" w:hAnsi="宋体" w:eastAsia="宋体"/>
                <w:b w:val="0"/>
                <w:sz w:val="18"/>
              </w:rPr>
              <w:t>学生发言，并说出自己的理由。</w:t>
            </w:r>
          </w:p>
          <w:p>
            <w:pPr>
              <w:spacing w:after="20" w:line="276" w:lineRule="auto"/>
            </w:pPr>
            <w:r>
              <w:rPr>
                <w:rFonts w:ascii="宋体" w:hAnsi="宋体" w:eastAsia="宋体"/>
                <w:b w:val="0"/>
                <w:sz w:val="18"/>
              </w:rPr>
              <w:t>小组合作，数一数尺子上的刻度几到刻度几是10毫米。</w:t>
            </w:r>
          </w:p>
          <w:p>
            <w:pPr>
              <w:spacing w:after="20" w:line="276" w:lineRule="auto"/>
            </w:pPr>
            <w:r>
              <w:rPr>
                <w:rFonts w:ascii="宋体" w:hAnsi="宋体" w:eastAsia="宋体"/>
                <w:b w:val="0"/>
                <w:sz w:val="18"/>
              </w:rPr>
              <w:t>学生通过数10毫米，会发现手指太粗，不好点数。从而想到要用细一点的物体来点数。</w:t>
            </w:r>
          </w:p>
          <w:p>
            <w:pPr>
              <w:spacing w:after="20" w:line="276" w:lineRule="auto"/>
            </w:pPr>
            <w:r>
              <w:rPr>
                <w:rFonts w:ascii="宋体" w:hAnsi="宋体" w:eastAsia="宋体"/>
                <w:b w:val="0"/>
                <w:sz w:val="18"/>
              </w:rPr>
              <w:t>学生会选择较薄的物体。</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设计递进式探究活动，引导学生在动手实践与合作交流中经历知识形成过程，突破本课重难点，核心问题："关于毫米，你们知道哪些知识？"</w:t>
            </w:r>
          </w:p>
        </w:tc>
      </w:tr>
      <w:tr>
        <w:tc>
          <w:tcPr>
            <w:tcW w:type="dxa" w:w="1474"/>
          </w:tcPr>
          <w:p>
            <w:pPr>
              <w:spacing w:after="20" w:line="276" w:lineRule="auto"/>
            </w:pPr>
            <w:r>
              <w:rPr>
                <w:b/>
              </w:rPr>
            </w:r>
            <w:r>
              <w:rPr>
                <w:rFonts w:ascii="宋体" w:hAnsi="宋体" w:eastAsia="宋体"/>
                <w:b/>
                <w:sz w:val="18"/>
              </w:rPr>
              <w:t>知识应用，深化理解</w:t>
            </w:r>
          </w:p>
        </w:tc>
        <w:tc>
          <w:tcPr>
            <w:tcW w:type="dxa" w:w="3061"/>
          </w:tcPr>
          <w:p>
            <w:pPr>
              <w:spacing w:after="20" w:line="276" w:lineRule="auto"/>
            </w:pPr>
            <w:r/>
            <w:r>
              <w:rPr>
                <w:rFonts w:ascii="宋体" w:hAnsi="宋体" w:eastAsia="宋体"/>
                <w:b w:val="0"/>
                <w:sz w:val="18"/>
              </w:rPr>
              <w:t>1.完成教科书P21“做一做”第1、2题。</w:t>
            </w:r>
          </w:p>
          <w:p>
            <w:pPr>
              <w:spacing w:after="20" w:line="276" w:lineRule="auto"/>
            </w:pPr>
            <w:r>
              <w:rPr>
                <w:rFonts w:ascii="宋体" w:hAnsi="宋体" w:eastAsia="宋体"/>
                <w:b w:val="0"/>
                <w:sz w:val="18"/>
              </w:rPr>
              <w:t>2．完成教科书P23“练习五”第1题。</w:t>
            </w:r>
          </w:p>
          <w:p>
            <w:pPr>
              <w:spacing w:after="20" w:line="276" w:lineRule="auto"/>
            </w:pPr>
            <w:r>
              <w:rPr>
                <w:rFonts w:ascii="宋体" w:hAnsi="宋体" w:eastAsia="宋体"/>
                <w:b w:val="0"/>
                <w:sz w:val="18"/>
              </w:rPr>
              <w:t>要求学生先估测，再用尺子进行测量验证。</w:t>
            </w:r>
          </w:p>
        </w:tc>
        <w:tc>
          <w:tcPr>
            <w:tcW w:type="dxa" w:w="3061"/>
          </w:tcPr>
          <w:p>
            <w:pPr>
              <w:spacing w:after="20" w:line="276" w:lineRule="auto"/>
            </w:pPr>
            <w:r/>
            <w:r>
              <w:rPr>
                <w:rFonts w:ascii="宋体" w:hAnsi="宋体" w:eastAsia="宋体"/>
                <w:b w:val="0"/>
                <w:sz w:val="18"/>
              </w:rPr>
              <w:t>学生独立完成，并回顾读取物体长度与测量物体长度时需要注意的事项。</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师：这节课你学到了什么？</w:t>
            </w:r>
          </w:p>
          <w:p>
            <w:pPr>
              <w:spacing w:after="20" w:line="276" w:lineRule="auto"/>
            </w:pPr>
            <w:r>
              <w:rPr>
                <w:rFonts w:ascii="宋体" w:hAnsi="宋体" w:eastAsia="宋体"/>
                <w:b w:val="0"/>
                <w:sz w:val="18"/>
              </w:rPr>
              <w:t>从学生已有的知识经验出发，有目的、分层次地开展体验活动，从测量需求出发，导入新的长度单位——毫米。通过刻度尺，让学生直观感受1毫米很短，同时通过数格子感受毫米与厘米的联系，补充学生对长度单位的认识。遵循由易到难、循序渐进的原则，借助生活实物帮助学生亲身感受，进而发展长度观念。</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引导学生回顾梳理本课所学，完善认知结构，提升归纳与反思能力，核心问题："这节课你学到了什么？"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毫米的认识</w:t>
      </w:r>
    </w:p>
    <w:p>
      <w:pPr>
        <w:spacing w:after="40" w:line="300" w:lineRule="auto"/>
      </w:pPr>
      <w:r>
        <w:rPr>
          <w:rFonts w:ascii="宋体" w:hAnsi="宋体" w:eastAsia="宋体"/>
          <w:b w:val="0"/>
          <w:sz w:val="20"/>
        </w:rPr>
        <w:t>量比较短的物体的长度或者要求量得比较精确时，可以用毫米(mm)作单位。</w:t>
      </w:r>
    </w:p>
    <w:p>
      <w:pPr>
        <w:spacing w:after="40" w:line="300" w:lineRule="auto"/>
      </w:pPr>
      <w:r>
        <w:rPr>
          <w:rFonts w:ascii="宋体" w:hAnsi="宋体" w:eastAsia="宋体"/>
          <w:b w:val="0"/>
          <w:sz w:val="20"/>
        </w:rPr>
        <w:t>1厘米＝10毫米　　　1 cm＝10 mm</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教科书P20～21，完成教科书P21“做一做”中第1，2题及P23“练习五”中第1题。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有学习长度单位厘米和米的经验，本节课新知识的教学完成相对顺利。学生能够体会毫米的用途，建立与实物之间的联系，让学生在心里建模。本节课出现的比较好的现象是学生会在对比中发现问题，并在自己心里建立标杆，会做到心里有数。在选择合适的单位时，会去表达为什么选择该单位。</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分米的认识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分米的认识</w:t>
            </w:r>
          </w:p>
        </w:tc>
        <w:tc>
          <w:tcPr>
            <w:tcW w:type="dxa" w:w="6009"/>
          </w:tcPr>
          <w:p>
            <w:pPr>
              <w:spacing w:after="20" w:line="276" w:lineRule="auto"/>
            </w:pPr>
            <w:r/>
            <w:r>
              <w:rPr>
                <w:rFonts w:ascii="宋体" w:hAnsi="宋体" w:eastAsia="宋体"/>
                <w:b w:val="0"/>
                <w:sz w:val="20"/>
              </w:rPr>
              <w:t>第3单元 毫米、分米和千米</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二年级已经初步认识长度单位“厘米”和“米”，这是了解测量的第一阶段。在本单元的学习中，引导学生回顾旧知识，让学生建立旧知识与新知识之间的联系，同时在对毫米、分米和千米的实际感知中，体会单位之间的进率，理解测量的意义。本单元的内容能充分引起学生学习兴趣，学生在学习之前有能力按要求完成教师布置的寻找一定长度的生活实例的任务，唤起学生生活经验。课堂学习中，学生喜欢各种操作活动，在操作中感知数学与生活的紧密联系。毫米和分米在直尺上都可以直接观察到，学生比较容易建立实际的长度观念，但是1千米比较长，学生难以感知，教学时，可以借助辅助工具，如身边的实物进行累计，想象出多少个实物的长度是1千米，也可以借助学生熟悉的路程来感知1千米的实际长度，突破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教学内容：教科书P21～P22例1，完成教科书P22“做一做”及P23“练习五”中第2、3题。</w:t>
      </w:r>
    </w:p>
    <w:p>
      <w:pPr>
        <w:spacing w:after="80" w:line="300" w:lineRule="auto"/>
        <w:ind w:firstLine="400"/>
      </w:pPr>
      <w:r>
        <w:rPr>
          <w:rFonts w:ascii="宋体" w:hAnsi="宋体" w:eastAsia="宋体"/>
          <w:b w:val="0"/>
          <w:sz w:val="20"/>
        </w:rPr>
        <w:t>教学准备：课件、刻度尺、米尺、1分米长的纸条。</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（1）经历观察、估测、测量等活动，体会到分米产生的实际意义。</w:t>
      </w:r>
    </w:p>
    <w:p>
      <w:pPr>
        <w:spacing w:after="20" w:line="300" w:lineRule="auto"/>
        <w:ind w:firstLine="400"/>
      </w:pPr>
      <w:r>
        <w:rPr>
          <w:rFonts w:ascii="宋体" w:hAnsi="宋体" w:eastAsia="宋体"/>
          <w:b w:val="0"/>
          <w:sz w:val="20"/>
        </w:rPr>
        <w:t>（2）认识长度单位分米，初步感受并建立1分米的长度观念，并学会用分米作单位测量物体的长度，知道1分米＝10厘米、1米＝10分米。</w:t>
      </w:r>
    </w:p>
    <w:p>
      <w:pPr>
        <w:spacing w:after="20" w:line="300" w:lineRule="auto"/>
        <w:ind w:firstLine="400"/>
      </w:pPr>
      <w:r>
        <w:rPr>
          <w:rFonts w:ascii="宋体" w:hAnsi="宋体" w:eastAsia="宋体"/>
          <w:b w:val="0"/>
          <w:sz w:val="20"/>
        </w:rPr>
        <w:t>（3）培养和发展学生的空间观念、估测能力、动手操作能力以及合作意识，激发学生学习数学的兴趣。</w:t>
      </w:r>
    </w:p>
    <w:p>
      <w:pPr>
        <w:spacing w:after="20" w:line="300" w:lineRule="auto"/>
      </w:pPr>
      <w:r>
        <w:rPr>
          <w:rFonts w:ascii="宋体" w:hAnsi="宋体" w:eastAsia="宋体"/>
          <w:b w:val="0"/>
          <w:sz w:val="20"/>
        </w:rPr>
        <w:t>教学重点：建立1分米的长度观念，知道1分米＝10厘米、1米＝10分米。</w:t>
      </w:r>
    </w:p>
    <w:p>
      <w:pPr>
        <w:spacing w:after="20" w:line="300" w:lineRule="auto"/>
      </w:pPr>
      <w:r>
        <w:rPr>
          <w:rFonts w:ascii="宋体" w:hAnsi="宋体" w:eastAsia="宋体"/>
          <w:b w:val="0"/>
          <w:sz w:val="20"/>
        </w:rPr>
        <w:t>教学难点：掌握用分米作单位测量物体长度的方法，建立1分米的长度观念。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谁来说说我们已经学习了哪些长度单位？；当一个物体的长度比1米小而又比10厘米大时，用什么单位来计量最好呢？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自学新知识，合作探究</w:t>
            </w:r>
          </w:p>
        </w:tc>
        <w:tc>
          <w:tcPr>
            <w:tcW w:type="dxa" w:w="1814"/>
          </w:tcPr>
          <w:p>
            <w:pPr>
              <w:spacing w:after="20" w:line="276" w:lineRule="auto"/>
            </w:pPr>
            <w:r/>
            <w:r>
              <w:rPr>
                <w:rFonts w:ascii="宋体" w:hAnsi="宋体" w:eastAsia="宋体"/>
                <w:b w:val="0"/>
                <w:sz w:val="18"/>
              </w:rPr>
              <w:t>课件、教科书、尺子</w:t>
            </w:r>
          </w:p>
        </w:tc>
        <w:tc>
          <w:tcPr>
            <w:tcW w:type="dxa" w:w="3402"/>
          </w:tcPr>
          <w:p>
            <w:pPr>
              <w:spacing w:after="20" w:line="276" w:lineRule="auto"/>
            </w:pPr>
            <w:r/>
            <w:r>
              <w:rPr>
                <w:rFonts w:ascii="宋体" w:hAnsi="宋体" w:eastAsia="宋体"/>
                <w:b w:val="0"/>
                <w:sz w:val="18"/>
              </w:rPr>
              <w:t>你们有什么新的收获？；分米和厘米之间有什么关系？</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巩固练习，深化理解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课堂小结，明确目标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同学们，这节课学了什么？你们有什么收获？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复习旧知识，导入新课</w:t>
            </w:r>
          </w:p>
        </w:tc>
        <w:tc>
          <w:tcPr>
            <w:tcW w:type="dxa" w:w="3061"/>
          </w:tcPr>
          <w:p>
            <w:pPr>
              <w:spacing w:after="20" w:line="276" w:lineRule="auto"/>
            </w:pPr>
            <w:r/>
            <w:r>
              <w:rPr>
                <w:rFonts w:ascii="宋体" w:hAnsi="宋体" w:eastAsia="宋体"/>
                <w:b w:val="0"/>
                <w:sz w:val="18"/>
              </w:rPr>
              <w:t>师：谁来说说我们已经学习了哪些长度单位？</w:t>
            </w:r>
          </w:p>
          <w:p>
            <w:pPr>
              <w:spacing w:after="20" w:line="276" w:lineRule="auto"/>
            </w:pPr>
            <w:r>
              <w:rPr>
                <w:rFonts w:ascii="宋体" w:hAnsi="宋体" w:eastAsia="宋体"/>
                <w:b w:val="0"/>
                <w:sz w:val="18"/>
              </w:rPr>
              <w:t>米、厘米、毫米。</w:t>
            </w:r>
          </w:p>
          <w:p>
            <w:pPr>
              <w:spacing w:after="20" w:line="276" w:lineRule="auto"/>
            </w:pPr>
            <w:r>
              <w:rPr>
                <w:rFonts w:ascii="宋体" w:hAnsi="宋体" w:eastAsia="宋体"/>
                <w:b w:val="0"/>
                <w:sz w:val="18"/>
              </w:rPr>
              <w:t>师：那么请大家用手势来分别表示一下1米、1厘米、1毫米的长度吧。</w:t>
            </w:r>
          </w:p>
          <w:p>
            <w:pPr>
              <w:spacing w:after="20" w:line="276" w:lineRule="auto"/>
            </w:pPr>
            <w:r>
              <w:rPr>
                <w:rFonts w:ascii="宋体" w:hAnsi="宋体" w:eastAsia="宋体"/>
                <w:b w:val="0"/>
                <w:sz w:val="18"/>
              </w:rPr>
              <w:t>师：当一个物体的长度比1米小而又比10厘米大时，用什么单位来计量最好呢？为了解决这个问题，我们必须认识一个新的长度单位。(板书课题：分米的认识)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创设情境激活学生已有经验，自然引出本课学习内容，激发学习兴趣，核心问题："谁来说说我们已经学习了哪些长度单位？"</w:t>
            </w:r>
          </w:p>
        </w:tc>
      </w:tr>
      <w:tr>
        <w:tc>
          <w:tcPr>
            <w:tcW w:type="dxa" w:w="1474"/>
          </w:tcPr>
          <w:p>
            <w:pPr>
              <w:spacing w:after="20" w:line="276" w:lineRule="auto"/>
            </w:pPr>
            <w:r>
              <w:rPr>
                <w:b/>
              </w:rPr>
            </w:r>
            <w:r>
              <w:rPr>
                <w:rFonts w:ascii="宋体" w:hAnsi="宋体" w:eastAsia="宋体"/>
                <w:b/>
                <w:sz w:val="18"/>
              </w:rPr>
              <w:t>自学新知识，合作探究</w:t>
            </w:r>
          </w:p>
        </w:tc>
        <w:tc>
          <w:tcPr>
            <w:tcW w:type="dxa" w:w="3061"/>
          </w:tcPr>
          <w:p>
            <w:pPr>
              <w:spacing w:after="20" w:line="276" w:lineRule="auto"/>
            </w:pPr>
            <w:r/>
            <w:r>
              <w:rPr>
                <w:rFonts w:ascii="宋体" w:hAnsi="宋体" w:eastAsia="宋体"/>
                <w:b w:val="0"/>
                <w:sz w:val="18"/>
              </w:rPr>
              <w:t>1.认识1分米。</w:t>
            </w:r>
          </w:p>
          <w:p>
            <w:pPr>
              <w:spacing w:after="20" w:line="276" w:lineRule="auto"/>
            </w:pPr>
            <w:r>
              <w:rPr>
                <w:rFonts w:ascii="宋体" w:hAnsi="宋体" w:eastAsia="宋体"/>
                <w:b w:val="0"/>
                <w:sz w:val="18"/>
              </w:rPr>
              <w:t>课件出示教科书P21直尺图和手势图。</w:t>
            </w:r>
          </w:p>
          <w:p>
            <w:pPr>
              <w:spacing w:after="20" w:line="276" w:lineRule="auto"/>
            </w:pPr>
            <w:r>
              <w:rPr>
                <w:rFonts w:ascii="宋体" w:hAnsi="宋体" w:eastAsia="宋体"/>
                <w:b w:val="0"/>
                <w:sz w:val="18"/>
              </w:rPr>
              <w:t>师：同学们，请根据我们上一节课学习毫米的经验，自学P21内容，把你们学到的新知识圈一圈，碰到不理解的地方可以先作记号。</w:t>
            </w:r>
          </w:p>
          <w:p>
            <w:pPr>
              <w:spacing w:after="20" w:line="276" w:lineRule="auto"/>
            </w:pPr>
            <w:r>
              <w:rPr>
                <w:rFonts w:ascii="宋体" w:hAnsi="宋体" w:eastAsia="宋体"/>
                <w:b w:val="0"/>
                <w:sz w:val="18"/>
              </w:rPr>
              <w:t>师：你们有什么新的收获？</w:t>
            </w:r>
          </w:p>
          <w:p>
            <w:pPr>
              <w:spacing w:after="20" w:line="276" w:lineRule="auto"/>
            </w:pPr>
            <w:r>
              <w:rPr>
                <w:rFonts w:ascii="宋体" w:hAnsi="宋体" w:eastAsia="宋体"/>
                <w:b w:val="0"/>
                <w:sz w:val="18"/>
              </w:rPr>
              <w:t>教师根据学生发言进行知识梳理。</w:t>
            </w:r>
          </w:p>
          <w:p>
            <w:pPr>
              <w:spacing w:after="20" w:line="276" w:lineRule="auto"/>
            </w:pPr>
            <w:r>
              <w:rPr>
                <w:rFonts w:ascii="宋体" w:hAnsi="宋体" w:eastAsia="宋体"/>
                <w:b w:val="0"/>
                <w:sz w:val="18"/>
              </w:rPr>
              <w:t>师小结：10厘米就是1分米，分米用字母dm表示。10分米就是1米。</w:t>
            </w:r>
          </w:p>
          <w:p>
            <w:pPr>
              <w:spacing w:after="20" w:line="276" w:lineRule="auto"/>
            </w:pPr>
            <w:r>
              <w:rPr>
                <w:rFonts w:ascii="宋体" w:hAnsi="宋体" w:eastAsia="宋体"/>
                <w:b w:val="0"/>
                <w:sz w:val="18"/>
              </w:rPr>
              <w:t>让学生拿出刻度尺，找出10厘米，这一段的长度就是1分米。再找3～5个学生在米尺上寻找1分米。学生用手势表示1分米有多长。(黑板上贴出1分米长的纸条)</w:t>
            </w:r>
          </w:p>
          <w:p>
            <w:pPr>
              <w:spacing w:after="20" w:line="276" w:lineRule="auto"/>
            </w:pPr>
            <w:r>
              <w:rPr>
                <w:rFonts w:ascii="宋体" w:hAnsi="宋体" w:eastAsia="宋体"/>
                <w:b w:val="0"/>
                <w:sz w:val="18"/>
              </w:rPr>
              <w:t>师：分米和厘米之间有什么关系？</w:t>
            </w:r>
          </w:p>
          <w:p>
            <w:pPr>
              <w:spacing w:after="20" w:line="276" w:lineRule="auto"/>
            </w:pPr>
            <w:r>
              <w:rPr>
                <w:rFonts w:ascii="宋体" w:hAnsi="宋体" w:eastAsia="宋体"/>
                <w:b w:val="0"/>
                <w:sz w:val="18"/>
              </w:rPr>
              <w:t>师：先闭眼想象1分米的长度，再画出长1分米的线段，最后用尺子量一量，看画得准不准确，可以多次调整。</w:t>
            </w:r>
          </w:p>
          <w:p>
            <w:pPr>
              <w:spacing w:after="20" w:line="276" w:lineRule="auto"/>
            </w:pPr>
            <w:r>
              <w:rPr>
                <w:rFonts w:ascii="宋体" w:hAnsi="宋体" w:eastAsia="宋体"/>
                <w:b w:val="0"/>
                <w:sz w:val="18"/>
              </w:rPr>
              <w:t>2．寻找生活模型，建立“1分米”的表象。</w:t>
            </w:r>
          </w:p>
          <w:p>
            <w:pPr>
              <w:spacing w:after="20" w:line="276" w:lineRule="auto"/>
            </w:pPr>
            <w:r>
              <w:rPr>
                <w:rFonts w:ascii="宋体" w:hAnsi="宋体" w:eastAsia="宋体"/>
                <w:b w:val="0"/>
                <w:sz w:val="18"/>
              </w:rPr>
              <w:t>师：生活中哪些物体的长度大约是1分米？</w:t>
            </w:r>
          </w:p>
          <w:p>
            <w:pPr>
              <w:spacing w:after="20" w:line="276" w:lineRule="auto"/>
            </w:pPr>
            <w:r>
              <w:rPr>
                <w:rFonts w:ascii="宋体" w:hAnsi="宋体" w:eastAsia="宋体"/>
                <w:b w:val="0"/>
                <w:sz w:val="18"/>
              </w:rPr>
              <w:t>粉笔盒的高度。</w:t>
            </w:r>
          </w:p>
          <w:p>
            <w:pPr>
              <w:spacing w:after="20" w:line="276" w:lineRule="auto"/>
            </w:pPr>
            <w:r>
              <w:rPr>
                <w:rFonts w:ascii="宋体" w:hAnsi="宋体" w:eastAsia="宋体"/>
                <w:b w:val="0"/>
                <w:sz w:val="18"/>
              </w:rPr>
              <w:t>3．认识几分米。</w:t>
            </w:r>
          </w:p>
          <w:p>
            <w:pPr>
              <w:spacing w:after="20" w:line="276" w:lineRule="auto"/>
            </w:pPr>
            <w:r>
              <w:rPr>
                <w:rFonts w:ascii="宋体" w:hAnsi="宋体" w:eastAsia="宋体"/>
                <w:b w:val="0"/>
                <w:sz w:val="18"/>
              </w:rPr>
              <w:t>师：在米尺上指一指2分米、5分米、7分米的长度，并用手势比一比。</w:t>
            </w:r>
          </w:p>
          <w:p>
            <w:pPr>
              <w:spacing w:after="20" w:line="276" w:lineRule="auto"/>
            </w:pPr>
            <w:r>
              <w:rPr>
                <w:rFonts w:ascii="宋体" w:hAnsi="宋体" w:eastAsia="宋体"/>
                <w:b w:val="0"/>
                <w:sz w:val="18"/>
              </w:rPr>
              <w:t>4．再次理解米和分米的进率。</w:t>
            </w:r>
          </w:p>
          <w:p>
            <w:pPr>
              <w:spacing w:after="20" w:line="276" w:lineRule="auto"/>
            </w:pPr>
            <w:r>
              <w:rPr>
                <w:rFonts w:ascii="宋体" w:hAnsi="宋体" w:eastAsia="宋体"/>
                <w:b w:val="0"/>
                <w:sz w:val="18"/>
              </w:rPr>
              <w:t>师：以分米为单位测量长1米的木条，数一数1米中有几个1分米，猜想米与分米之间的进率。</w:t>
            </w:r>
          </w:p>
          <w:p>
            <w:pPr>
              <w:spacing w:after="20" w:line="276" w:lineRule="auto"/>
            </w:pPr>
            <w:r>
              <w:rPr>
                <w:rFonts w:ascii="宋体" w:hAnsi="宋体" w:eastAsia="宋体"/>
                <w:b w:val="0"/>
                <w:sz w:val="18"/>
              </w:rPr>
              <w:t>猜想过后，师提问：米与分米之间是什么关系？</w:t>
            </w:r>
          </w:p>
          <w:p>
            <w:pPr>
              <w:spacing w:after="20" w:line="276" w:lineRule="auto"/>
            </w:pPr>
            <w:r>
              <w:rPr>
                <w:rFonts w:ascii="宋体" w:hAnsi="宋体" w:eastAsia="宋体"/>
                <w:b w:val="0"/>
                <w:sz w:val="18"/>
              </w:rPr>
              <w:t>5．自主学习例1。</w:t>
            </w:r>
          </w:p>
          <w:p>
            <w:pPr>
              <w:spacing w:after="20" w:line="276" w:lineRule="auto"/>
            </w:pPr>
            <w:r>
              <w:rPr>
                <w:rFonts w:ascii="宋体" w:hAnsi="宋体" w:eastAsia="宋体"/>
                <w:b w:val="0"/>
                <w:sz w:val="18"/>
              </w:rPr>
              <w:t>课件出示教科书P22例1。</w:t>
            </w:r>
          </w:p>
          <w:p>
            <w:pPr>
              <w:spacing w:after="20" w:line="276" w:lineRule="auto"/>
            </w:pPr>
            <w:r>
              <w:rPr>
                <w:rFonts w:ascii="宋体" w:hAnsi="宋体" w:eastAsia="宋体"/>
                <w:b w:val="0"/>
                <w:sz w:val="18"/>
              </w:rPr>
              <w:t>(1)厘米和毫米之间的换算。</w:t>
            </w:r>
          </w:p>
          <w:p>
            <w:pPr>
              <w:spacing w:after="20" w:line="276" w:lineRule="auto"/>
            </w:pPr>
            <w:r>
              <w:rPr>
                <w:rFonts w:ascii="宋体" w:hAnsi="宋体" w:eastAsia="宋体"/>
                <w:b w:val="0"/>
                <w:sz w:val="18"/>
              </w:rPr>
              <w:t>师：从课件的左图中我们知道一枚第24届冬季奥林匹克运动会纪念币的宽是多少厘米？如果换成用毫米作单位又是多少呢？</w:t>
            </w:r>
          </w:p>
          <w:p>
            <w:pPr>
              <w:spacing w:after="20" w:line="276" w:lineRule="auto"/>
            </w:pPr>
            <w:r>
              <w:rPr>
                <w:rFonts w:ascii="宋体" w:hAnsi="宋体" w:eastAsia="宋体"/>
                <w:b w:val="0"/>
                <w:sz w:val="18"/>
              </w:rPr>
              <w:t>1厘米是10毫米，3厘米是3个10毫米，也就是30毫米。</w:t>
            </w:r>
          </w:p>
          <w:p>
            <w:pPr>
              <w:spacing w:after="20" w:line="276" w:lineRule="auto"/>
            </w:pPr>
            <w:r>
              <w:rPr>
                <w:rFonts w:ascii="宋体" w:hAnsi="宋体" w:eastAsia="宋体"/>
                <w:b w:val="0"/>
                <w:sz w:val="18"/>
              </w:rPr>
              <w:t>师小结：当我们要把以厘米为单位的长度换算成以毫米为单位的长度时，我们可以根据1厘米等于10毫米，想几厘米就是几个10毫米，也就是几十毫米。(教师适时板书)</w:t>
            </w:r>
          </w:p>
          <w:p>
            <w:pPr>
              <w:spacing w:after="20" w:line="276" w:lineRule="auto"/>
            </w:pPr>
            <w:r>
              <w:rPr>
                <w:rFonts w:ascii="宋体" w:hAnsi="宋体" w:eastAsia="宋体"/>
                <w:b w:val="0"/>
                <w:sz w:val="18"/>
              </w:rPr>
              <w:t>(2)厘米与分米之间的换算。</w:t>
            </w:r>
          </w:p>
          <w:p>
            <w:pPr>
              <w:spacing w:after="20" w:line="276" w:lineRule="auto"/>
            </w:pPr>
            <w:r>
              <w:rPr>
                <w:rFonts w:ascii="宋体" w:hAnsi="宋体" w:eastAsia="宋体"/>
                <w:b w:val="0"/>
                <w:sz w:val="18"/>
              </w:rPr>
              <w:t>师：从课件的右图中我们知道一张书桌的高度是多少厘米？如果换算成用分米作单位又是多少呢？</w:t>
            </w:r>
          </w:p>
          <w:p>
            <w:pPr>
              <w:spacing w:after="20" w:line="276" w:lineRule="auto"/>
            </w:pPr>
            <w:r>
              <w:rPr>
                <w:rFonts w:ascii="宋体" w:hAnsi="宋体" w:eastAsia="宋体"/>
                <w:b w:val="0"/>
                <w:sz w:val="18"/>
              </w:rPr>
              <w:t>10厘米是1分米，70厘米是7个10厘米，7个10厘米就是7分米，所以70厘米等于7分米。</w:t>
            </w:r>
          </w:p>
          <w:p>
            <w:pPr>
              <w:spacing w:after="20" w:line="276" w:lineRule="auto"/>
            </w:pPr>
            <w:r>
              <w:rPr>
                <w:rFonts w:ascii="宋体" w:hAnsi="宋体" w:eastAsia="宋体"/>
                <w:b w:val="0"/>
                <w:sz w:val="18"/>
              </w:rPr>
              <w:t>师小结：当我们要把以厘米为单位的长度换算成以分米为单位的长度时，我们可以根据10厘米等于1分米，想几十厘米里面有几个10厘米，也就是几分米。(教师适时板书)</w:t>
            </w:r>
          </w:p>
        </w:tc>
        <w:tc>
          <w:tcPr>
            <w:tcW w:type="dxa" w:w="3061"/>
          </w:tcPr>
          <w:p>
            <w:pPr>
              <w:spacing w:after="20" w:line="276" w:lineRule="auto"/>
            </w:pPr>
            <w:r/>
            <w:r>
              <w:rPr>
                <w:rFonts w:ascii="宋体" w:hAnsi="宋体" w:eastAsia="宋体"/>
                <w:b w:val="0"/>
                <w:sz w:val="18"/>
              </w:rPr>
              <w:t>学生再次回顾自学知识，知道1分米＝10厘米。(教师适时板书)</w:t>
            </w:r>
          </w:p>
          <w:p>
            <w:pPr>
              <w:spacing w:after="20" w:line="276" w:lineRule="auto"/>
            </w:pPr>
            <w:r>
              <w:rPr>
                <w:rFonts w:ascii="宋体" w:hAnsi="宋体" w:eastAsia="宋体"/>
                <w:b w:val="0"/>
                <w:sz w:val="18"/>
              </w:rPr>
              <w:t>预设1：在米尺上数一数，发现1米＝10分米。</w:t>
            </w:r>
          </w:p>
          <w:p>
            <w:pPr>
              <w:spacing w:after="20" w:line="276" w:lineRule="auto"/>
            </w:pPr>
            <w:r>
              <w:rPr>
                <w:rFonts w:ascii="宋体" w:hAnsi="宋体" w:eastAsia="宋体"/>
                <w:b w:val="0"/>
                <w:sz w:val="18"/>
              </w:rPr>
              <w:t>预设2：根据木条测量结果，发现1米＝10分米。</w:t>
            </w:r>
          </w:p>
          <w:p>
            <w:pPr>
              <w:spacing w:after="20" w:line="276" w:lineRule="auto"/>
            </w:pPr>
            <w:r>
              <w:rPr>
                <w:rFonts w:ascii="宋体" w:hAnsi="宋体" w:eastAsia="宋体"/>
                <w:b w:val="0"/>
                <w:sz w:val="18"/>
              </w:rPr>
              <w:t>预设3：从已有知识出发，100厘米等于1米。100厘米里有10个10厘米，也就是10个1分米，所以1米＝10分米。(教师适时板书)</w:t>
            </w:r>
          </w:p>
          <w:p>
            <w:pPr>
              <w:spacing w:after="20" w:line="276" w:lineRule="auto"/>
            </w:pPr>
            <w:r>
              <w:rPr>
                <w:rFonts w:ascii="宋体" w:hAnsi="宋体" w:eastAsia="宋体"/>
                <w:b w:val="0"/>
                <w:sz w:val="18"/>
              </w:rPr>
              <w:t>学生独立自学，交流思考过程，集体订正。</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设计递进式探究活动，引导学生在动手实践与合作交流中经历知识形成过程，突破本课重难点，核心问题："你们有什么新的收获？"</w:t>
            </w:r>
          </w:p>
        </w:tc>
      </w:tr>
      <w:tr>
        <w:tc>
          <w:tcPr>
            <w:tcW w:type="dxa" w:w="1474"/>
          </w:tcPr>
          <w:p>
            <w:pPr>
              <w:spacing w:after="20" w:line="276" w:lineRule="auto"/>
            </w:pPr>
            <w:r>
              <w:rPr>
                <w:b/>
              </w:rPr>
            </w:r>
            <w:r>
              <w:rPr>
                <w:rFonts w:ascii="宋体" w:hAnsi="宋体" w:eastAsia="宋体"/>
                <w:b/>
                <w:sz w:val="18"/>
              </w:rPr>
              <w:t>巩固练习，深化理解</w:t>
            </w:r>
          </w:p>
        </w:tc>
        <w:tc>
          <w:tcPr>
            <w:tcW w:type="dxa" w:w="3061"/>
          </w:tcPr>
          <w:p>
            <w:pPr>
              <w:spacing w:after="20" w:line="276" w:lineRule="auto"/>
            </w:pPr>
            <w:r/>
            <w:r>
              <w:rPr>
                <w:rFonts w:ascii="宋体" w:hAnsi="宋体" w:eastAsia="宋体"/>
                <w:b w:val="0"/>
                <w:sz w:val="18"/>
              </w:rPr>
              <w:t>1.完成教科书P22“做一做”。</w:t>
            </w:r>
          </w:p>
          <w:p>
            <w:pPr>
              <w:spacing w:after="20" w:line="276" w:lineRule="auto"/>
            </w:pPr>
            <w:r>
              <w:rPr>
                <w:rFonts w:ascii="宋体" w:hAnsi="宋体" w:eastAsia="宋体"/>
                <w:b w:val="0"/>
                <w:sz w:val="18"/>
              </w:rPr>
              <w:t>2．完成教科书P23“练习五”第2、3题。</w:t>
            </w:r>
          </w:p>
        </w:tc>
        <w:tc>
          <w:tcPr>
            <w:tcW w:type="dxa" w:w="3061"/>
          </w:tcPr>
          <w:p>
            <w:pPr>
              <w:spacing w:after="20" w:line="276" w:lineRule="auto"/>
            </w:pPr>
            <w:r/>
            <w:r>
              <w:rPr>
                <w:rFonts w:ascii="宋体" w:hAnsi="宋体" w:eastAsia="宋体"/>
                <w:b w:val="0"/>
                <w:sz w:val="18"/>
              </w:rPr>
              <w:t>全班交流时要求学生说一说思考过程。</w:t>
            </w:r>
          </w:p>
          <w:p>
            <w:pPr>
              <w:spacing w:after="20" w:line="276" w:lineRule="auto"/>
            </w:pPr>
            <w:r>
              <w:rPr>
                <w:rFonts w:ascii="宋体" w:hAnsi="宋体" w:eastAsia="宋体"/>
                <w:b w:val="0"/>
                <w:sz w:val="18"/>
              </w:rPr>
              <w:t>学生独立完成后全班汇报。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课堂小结，明确目标</w:t>
            </w:r>
          </w:p>
        </w:tc>
        <w:tc>
          <w:tcPr>
            <w:tcW w:type="dxa" w:w="3061"/>
          </w:tcPr>
          <w:p>
            <w:pPr>
              <w:spacing w:after="20" w:line="276" w:lineRule="auto"/>
            </w:pPr>
            <w:r/>
            <w:r>
              <w:rPr>
                <w:rFonts w:ascii="宋体" w:hAnsi="宋体" w:eastAsia="宋体"/>
                <w:b w:val="0"/>
                <w:sz w:val="18"/>
              </w:rPr>
              <w:t>1.课内总结。</w:t>
            </w:r>
          </w:p>
          <w:p>
            <w:pPr>
              <w:spacing w:after="20" w:line="276" w:lineRule="auto"/>
            </w:pPr>
            <w:r>
              <w:rPr>
                <w:rFonts w:ascii="宋体" w:hAnsi="宋体" w:eastAsia="宋体"/>
                <w:b w:val="0"/>
                <w:sz w:val="18"/>
              </w:rPr>
              <w:t>师：同学们，这节课学了什么？你们有什么收获？</w:t>
            </w:r>
          </w:p>
          <w:p>
            <w:pPr>
              <w:spacing w:after="20" w:line="276" w:lineRule="auto"/>
            </w:pPr>
            <w:r>
              <w:rPr>
                <w:rFonts w:ascii="宋体" w:hAnsi="宋体" w:eastAsia="宋体"/>
                <w:b w:val="0"/>
                <w:sz w:val="18"/>
              </w:rPr>
              <w:t>2．课外延伸。</w:t>
            </w:r>
          </w:p>
          <w:p>
            <w:pPr>
              <w:spacing w:after="20" w:line="276" w:lineRule="auto"/>
            </w:pPr>
            <w:r>
              <w:rPr>
                <w:rFonts w:ascii="宋体" w:hAnsi="宋体" w:eastAsia="宋体"/>
                <w:b w:val="0"/>
                <w:sz w:val="18"/>
              </w:rPr>
              <w:t>师：请同学们回家后做个小小测量员，任选几样自己喜欢的物品，先估一估它的长度，再实际测量一下，并把测量的结果记录下来。</w:t>
            </w:r>
          </w:p>
          <w:p>
            <w:pPr>
              <w:spacing w:after="20" w:line="276" w:lineRule="auto"/>
            </w:pPr>
            <w:r>
              <w:rPr>
                <w:rFonts w:ascii="宋体" w:hAnsi="宋体" w:eastAsia="宋体"/>
                <w:b w:val="0"/>
                <w:sz w:val="18"/>
              </w:rPr>
              <w:t>从学生已有的知识经验出发，在冲突产生的过程中让学生体会认识新的计量长度的单位的必要性。给学生创造适当的环境，发挥其自主能力，让学生自学后交流分享，再逐步完善对分米的认识。再通过运用让学生掌握建立分米与厘米、毫米和米之间的联系，形成知识体系，从而培养学生综合运用知识的能力。</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引导学生回顾梳理本课所学，完善认知结构，提升归纳与反思能力，核心问题："同学们，这节课学了什么？你们有什么收获？"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分米的认识</w:t>
      </w:r>
    </w:p>
    <w:p>
      <w:pPr>
        <w:spacing w:after="40" w:line="300" w:lineRule="auto"/>
      </w:pPr>
      <w:r>
        <w:rPr>
          <w:rFonts w:ascii="宋体" w:hAnsi="宋体" w:eastAsia="宋体"/>
          <w:b w:val="0"/>
          <w:sz w:val="20"/>
        </w:rPr>
        <w:t>1分米＝10厘米　1米＝10分米</w:t>
      </w:r>
    </w:p>
    <w:p>
      <w:pPr>
        <w:spacing w:after="40" w:line="300" w:lineRule="auto"/>
      </w:pPr>
      <w:r>
        <w:rPr>
          <w:rFonts w:ascii="宋体" w:hAnsi="宋体" w:eastAsia="宋体"/>
          <w:b w:val="0"/>
          <w:sz w:val="20"/>
        </w:rPr>
        <w:t>3厘米＝30毫米　3厘米就是3个1厘米，1厘米＝10毫米，3厘米就是3个10毫米。</w:t>
      </w:r>
    </w:p>
    <w:p>
      <w:pPr>
        <w:spacing w:after="40" w:line="300" w:lineRule="auto"/>
      </w:pPr>
      <w:r>
        <w:rPr>
          <w:rFonts w:ascii="宋体" w:hAnsi="宋体" w:eastAsia="宋体"/>
          <w:b w:val="0"/>
          <w:sz w:val="20"/>
        </w:rPr>
        <w:t>70厘米＝7分米　10厘米就是1分米，7个10厘米就是7分米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教科书P21～P22例1，完成教科书P22“做一做”及P23“练习五”中第2、3题。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探究分米与米之间的关系时，学生由于不能逐个观察操作，理解起来有些困难。到后期掌握简单的单位换算方法时，学生不能很好地建立它们的联系，不能用等量代换的方法来解决问题，教学时，需要结合之前的长度单位，按一定的顺序排列，让它们形成一个整体，再让学生整体观察，然后表达。</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千米的认识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千米的认识</w:t>
            </w:r>
          </w:p>
        </w:tc>
        <w:tc>
          <w:tcPr>
            <w:tcW w:type="dxa" w:w="6009"/>
          </w:tcPr>
          <w:p>
            <w:pPr>
              <w:spacing w:after="20" w:line="276" w:lineRule="auto"/>
            </w:pPr>
            <w:r/>
            <w:r>
              <w:rPr>
                <w:rFonts w:ascii="宋体" w:hAnsi="宋体" w:eastAsia="宋体"/>
                <w:b w:val="0"/>
                <w:sz w:val="20"/>
              </w:rPr>
              <w:t>第3单元 毫米、分米和千米</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二年级已经初步认识长度单位“厘米”和“米”，这是了解测量的第一阶段。在本单元的学习中，引导学生回顾旧知识，让学生建立旧知识与新知识之间的联系，同时在对毫米、分米和千米的实际感知中，体会单位之间的进率，理解测量的意义。本单元的内容能充分引起学生学习兴趣，学生在学习之前有能力按要求完成教师布置的寻找一定长度的生活实例的任务，唤起学生生活经验。课堂学习中，学生喜欢各种操作活动，在操作中感知数学与生活的紧密联系。毫米和分米在直尺上都可以直接观察到，学生比较容易建立实际的长度观念，但是1千米比较长，学生难以感知，教学时，可以借助辅助工具，如身边的实物进行累计，想象出多少个实物的长度是1千米，也可以借助学生熟悉的路程来感知1千米的实际长度，突破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教学内容：教科书P25例2，完成教科书P25“做一做”及P27“练习六”中第1～3题。</w:t>
      </w:r>
    </w:p>
    <w:p>
      <w:pPr>
        <w:spacing w:after="80" w:line="300" w:lineRule="auto"/>
        <w:ind w:firstLine="400"/>
      </w:pPr>
      <w:r>
        <w:rPr>
          <w:rFonts w:ascii="宋体" w:hAnsi="宋体" w:eastAsia="宋体"/>
          <w:b w:val="0"/>
          <w:sz w:val="20"/>
        </w:rPr>
        <w:t>教学准备：课件、卷尺(或跑道上先量出100米)、标志桶、记录表。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（1）认识“千米”，初步建立1千米的长度观念，知道1千米等于1000米。</w:t>
      </w:r>
    </w:p>
    <w:p>
      <w:pPr>
        <w:spacing w:after="20" w:line="300" w:lineRule="auto"/>
        <w:ind w:firstLine="400"/>
      </w:pPr>
      <w:r>
        <w:rPr>
          <w:rFonts w:ascii="宋体" w:hAnsi="宋体" w:eastAsia="宋体"/>
          <w:b w:val="0"/>
          <w:sz w:val="20"/>
        </w:rPr>
        <w:t>（2）理解长度单位千米和米之间的关系，会进行长度单位之间的换算，能运用进率直接推算出结果。</w:t>
      </w:r>
    </w:p>
    <w:p>
      <w:pPr>
        <w:spacing w:after="20" w:line="300" w:lineRule="auto"/>
        <w:ind w:firstLine="400"/>
      </w:pPr>
      <w:r>
        <w:rPr>
          <w:rFonts w:ascii="宋体" w:hAnsi="宋体" w:eastAsia="宋体"/>
          <w:b w:val="0"/>
          <w:sz w:val="20"/>
        </w:rPr>
        <w:t>（3）培养学生的观察、想象、推理能力以及实际测量和估测能力，培养学生的空间观念。</w:t>
      </w:r>
    </w:p>
    <w:p>
      <w:pPr>
        <w:spacing w:after="20" w:line="300" w:lineRule="auto"/>
      </w:pPr>
      <w:r>
        <w:rPr>
          <w:rFonts w:ascii="宋体" w:hAnsi="宋体" w:eastAsia="宋体"/>
          <w:b w:val="0"/>
          <w:sz w:val="20"/>
        </w:rPr>
        <w:t>教学重点：初步建立1千米的表象，能进行千米和米的简单换算。</w:t>
      </w:r>
    </w:p>
    <w:p>
      <w:pPr>
        <w:spacing w:after="20" w:line="300" w:lineRule="auto"/>
      </w:pPr>
      <w:r>
        <w:rPr>
          <w:rFonts w:ascii="宋体" w:hAnsi="宋体" w:eastAsia="宋体"/>
          <w:b w:val="0"/>
          <w:sz w:val="20"/>
        </w:rPr>
        <w:t>教学难点：建立1千米的长度观念。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复习旧知识，导入新知识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同学们，还记得我们学了哪些长度单位吗？；我们以前学过的长度单位中比较大的是“米”。你们还见过或听说过比米大的长度单位吗？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经验交流，感知1千米的长度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在日常生活中，你在哪些地方接触过“千米”？；那么1千米有多长呢？它与我们以前学过的长度单位“米”有什么关系呢？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活动探究，感知1千米的长度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想利用学校跑道亲身体验一下1千米吗？怎么体验好呢？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自主探索，建立米和千米之间的联系</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括号里应填什么？你是怎样想的？</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实际应用，巩固新知识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通过这节课的学习，你们有什么收获？你们能从生活中找出1千米吗？</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复习旧知识，导入新知识</w:t>
            </w:r>
          </w:p>
        </w:tc>
        <w:tc>
          <w:tcPr>
            <w:tcW w:type="dxa" w:w="3061"/>
          </w:tcPr>
          <w:p>
            <w:pPr>
              <w:spacing w:after="20" w:line="276" w:lineRule="auto"/>
            </w:pPr>
            <w:r/>
            <w:r>
              <w:rPr>
                <w:rFonts w:ascii="宋体" w:hAnsi="宋体" w:eastAsia="宋体"/>
                <w:b w:val="0"/>
                <w:sz w:val="18"/>
              </w:rPr>
              <w:t>师：同学们，还记得我们学了哪些长度单位吗？</w:t>
            </w:r>
          </w:p>
          <w:p>
            <w:pPr>
              <w:spacing w:after="20" w:line="276" w:lineRule="auto"/>
            </w:pPr>
            <w:r>
              <w:rPr>
                <w:rFonts w:ascii="宋体" w:hAnsi="宋体" w:eastAsia="宋体"/>
                <w:b w:val="0"/>
                <w:sz w:val="18"/>
              </w:rPr>
              <w:t>师：我们以前学过的长度单位中比较大的是“米”。你们还见过或听说过比米大的长度单位吗？</w:t>
            </w:r>
          </w:p>
          <w:p>
            <w:pPr>
              <w:spacing w:after="20" w:line="276" w:lineRule="auto"/>
            </w:pPr>
            <w:r>
              <w:rPr>
                <w:rFonts w:ascii="宋体" w:hAnsi="宋体" w:eastAsia="宋体"/>
                <w:b w:val="0"/>
                <w:sz w:val="18"/>
              </w:rPr>
              <w:t>师：今天我们就来认识一个关于长度单位的新朋友——千米。(板书课题：千米的认识)</w:t>
            </w:r>
          </w:p>
        </w:tc>
        <w:tc>
          <w:tcPr>
            <w:tcW w:type="dxa" w:w="3061"/>
          </w:tcPr>
          <w:p>
            <w:pPr>
              <w:spacing w:after="20" w:line="276" w:lineRule="auto"/>
            </w:pPr>
            <w:r/>
            <w:r>
              <w:rPr>
                <w:rFonts w:ascii="宋体" w:hAnsi="宋体" w:eastAsia="宋体"/>
                <w:b w:val="0"/>
                <w:sz w:val="18"/>
              </w:rPr>
              <w:t>学生回答后，让学生用具体事物或手势表示一下1毫米、1厘米、1分米及1米的长度。</w:t>
            </w:r>
          </w:p>
          <w:p>
            <w:pPr>
              <w:spacing w:after="20" w:line="276" w:lineRule="auto"/>
            </w:pPr>
            <w:r>
              <w:rPr>
                <w:rFonts w:ascii="宋体" w:hAnsi="宋体" w:eastAsia="宋体"/>
                <w:b w:val="0"/>
                <w:sz w:val="18"/>
              </w:rPr>
              <w:t>学生可能会提到“千米”。</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创设情境激活学生已有经验，自然引出本课学习内容，激发学习兴趣，核心问题："同学们，还记得我们学了哪些长度单位吗？"</w:t>
            </w:r>
          </w:p>
        </w:tc>
      </w:tr>
      <w:tr>
        <w:tc>
          <w:tcPr>
            <w:tcW w:type="dxa" w:w="1474"/>
          </w:tcPr>
          <w:p>
            <w:pPr>
              <w:spacing w:after="20" w:line="276" w:lineRule="auto"/>
            </w:pPr>
            <w:r>
              <w:rPr>
                <w:b/>
              </w:rPr>
            </w:r>
            <w:r>
              <w:rPr>
                <w:rFonts w:ascii="宋体" w:hAnsi="宋体" w:eastAsia="宋体"/>
                <w:b/>
                <w:sz w:val="18"/>
              </w:rPr>
              <w:t>经验交流，感知1千米的长度</w:t>
            </w:r>
          </w:p>
        </w:tc>
        <w:tc>
          <w:tcPr>
            <w:tcW w:type="dxa" w:w="3061"/>
          </w:tcPr>
          <w:p>
            <w:pPr>
              <w:spacing w:after="20" w:line="276" w:lineRule="auto"/>
            </w:pPr>
            <w:r/>
            <w:r>
              <w:rPr>
                <w:rFonts w:ascii="宋体" w:hAnsi="宋体" w:eastAsia="宋体"/>
                <w:b w:val="0"/>
                <w:sz w:val="18"/>
              </w:rPr>
              <w:t>1.初步建立1千米的长度概念。</w:t>
            </w:r>
          </w:p>
          <w:p>
            <w:pPr>
              <w:spacing w:after="20" w:line="276" w:lineRule="auto"/>
            </w:pPr>
            <w:r>
              <w:rPr>
                <w:rFonts w:ascii="宋体" w:hAnsi="宋体" w:eastAsia="宋体"/>
                <w:b w:val="0"/>
                <w:sz w:val="18"/>
              </w:rPr>
              <w:t>师：在日常生活中，你在哪些地方接触过“千米”？</w:t>
            </w:r>
          </w:p>
          <w:p>
            <w:pPr>
              <w:spacing w:after="20" w:line="276" w:lineRule="auto"/>
            </w:pPr>
            <w:r>
              <w:rPr>
                <w:rFonts w:ascii="宋体" w:hAnsi="宋体" w:eastAsia="宋体"/>
                <w:b w:val="0"/>
                <w:sz w:val="18"/>
              </w:rPr>
              <w:t>高速公路上的指示牌上有“千米”，表示公路的长度等。</w:t>
            </w:r>
          </w:p>
          <w:p>
            <w:pPr>
              <w:spacing w:after="20" w:line="276" w:lineRule="auto"/>
            </w:pPr>
            <w:r>
              <w:rPr>
                <w:rFonts w:ascii="宋体" w:hAnsi="宋体" w:eastAsia="宋体"/>
                <w:b w:val="0"/>
                <w:sz w:val="18"/>
              </w:rPr>
              <w:t>师小结：计量比较长的路程，通常用千米(km)作单位。(板书)</w:t>
            </w:r>
          </w:p>
          <w:p>
            <w:pPr>
              <w:spacing w:after="20" w:line="276" w:lineRule="auto"/>
            </w:pPr>
            <w:r>
              <w:rPr>
                <w:rFonts w:ascii="宋体" w:hAnsi="宋体" w:eastAsia="宋体"/>
                <w:b w:val="0"/>
                <w:sz w:val="18"/>
              </w:rPr>
              <w:t>师：那么1千米有多长呢？它与我们以前学过的长度单位“米”有什么关系呢？</w:t>
            </w:r>
          </w:p>
          <w:p>
            <w:pPr>
              <w:spacing w:after="20" w:line="276" w:lineRule="auto"/>
            </w:pPr>
            <w:r>
              <w:rPr>
                <w:rFonts w:ascii="宋体" w:hAnsi="宋体" w:eastAsia="宋体"/>
                <w:b w:val="0"/>
                <w:sz w:val="18"/>
              </w:rPr>
              <w:t>师：学校运动场的跑道一圈是400米，算一算，跑几圈就是1000米？(课件出示P25操场图)</w:t>
            </w:r>
          </w:p>
          <w:p>
            <w:pPr>
              <w:spacing w:after="20" w:line="276" w:lineRule="auto"/>
            </w:pPr>
            <w:r>
              <w:rPr>
                <w:rFonts w:ascii="宋体" w:hAnsi="宋体" w:eastAsia="宋体"/>
                <w:b w:val="0"/>
                <w:sz w:val="18"/>
              </w:rPr>
              <w:t>师：1000米可以用较大的长度单位来表示，就是1千米。(板书：1千米＝1000米)</w:t>
            </w:r>
          </w:p>
          <w:p>
            <w:pPr>
              <w:spacing w:after="20" w:line="276" w:lineRule="auto"/>
            </w:pPr>
            <w:r>
              <w:rPr>
                <w:rFonts w:ascii="宋体" w:hAnsi="宋体" w:eastAsia="宋体"/>
                <w:b w:val="0"/>
                <w:sz w:val="18"/>
              </w:rPr>
              <w:t>2．再次建立1千米的长度概念。</w:t>
            </w:r>
          </w:p>
          <w:p>
            <w:pPr>
              <w:spacing w:after="20" w:line="276" w:lineRule="auto"/>
            </w:pPr>
            <w:r>
              <w:rPr>
                <w:rFonts w:ascii="宋体" w:hAnsi="宋体" w:eastAsia="宋体"/>
                <w:b w:val="0"/>
                <w:sz w:val="18"/>
              </w:rPr>
              <w:t>师：想一想，1000米是几个100米？1000米是几个200米？几个250米？几个500米？</w:t>
            </w:r>
          </w:p>
        </w:tc>
        <w:tc>
          <w:tcPr>
            <w:tcW w:type="dxa" w:w="3061"/>
          </w:tcPr>
          <w:p>
            <w:pPr>
              <w:spacing w:after="20" w:line="276" w:lineRule="auto"/>
            </w:pPr>
            <w:r/>
            <w:r>
              <w:rPr>
                <w:rFonts w:ascii="宋体" w:hAnsi="宋体" w:eastAsia="宋体"/>
                <w:b w:val="0"/>
                <w:sz w:val="18"/>
              </w:rPr>
              <w:t>学生回答后，课件显示结果。</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设计递进式探究活动，引导学生在动手实践与合作交流中经历知识形成过程，突破本课重难点，核心问题："在日常生活中，你在哪些地方接触过“千米”？"</w:t>
            </w:r>
          </w:p>
        </w:tc>
      </w:tr>
      <w:tr>
        <w:tc>
          <w:tcPr>
            <w:tcW w:type="dxa" w:w="1474"/>
          </w:tcPr>
          <w:p>
            <w:pPr>
              <w:spacing w:after="20" w:line="276" w:lineRule="auto"/>
            </w:pPr>
            <w:r>
              <w:rPr>
                <w:b/>
              </w:rPr>
            </w:r>
            <w:r>
              <w:rPr>
                <w:rFonts w:ascii="宋体" w:hAnsi="宋体" w:eastAsia="宋体"/>
                <w:b/>
                <w:sz w:val="18"/>
              </w:rPr>
              <w:t>活动探究，感知1千米的长度</w:t>
            </w:r>
          </w:p>
        </w:tc>
        <w:tc>
          <w:tcPr>
            <w:tcW w:type="dxa" w:w="3061"/>
          </w:tcPr>
          <w:p>
            <w:pPr>
              <w:spacing w:after="20" w:line="276" w:lineRule="auto"/>
            </w:pPr>
            <w:r/>
            <w:r>
              <w:rPr>
                <w:rFonts w:ascii="宋体" w:hAnsi="宋体" w:eastAsia="宋体"/>
                <w:b w:val="0"/>
                <w:sz w:val="18"/>
              </w:rPr>
              <w:t>1.实践、想象，认识“1千米”。</w:t>
            </w:r>
          </w:p>
          <w:p>
            <w:pPr>
              <w:spacing w:after="20" w:line="276" w:lineRule="auto"/>
            </w:pPr>
            <w:r>
              <w:rPr>
                <w:rFonts w:ascii="宋体" w:hAnsi="宋体" w:eastAsia="宋体"/>
                <w:b w:val="0"/>
                <w:sz w:val="18"/>
              </w:rPr>
              <w:t>师：想利用学校跑道亲身体验一下1千米吗？怎么体验好呢？</w:t>
            </w:r>
          </w:p>
          <w:p>
            <w:pPr>
              <w:spacing w:after="20" w:line="276" w:lineRule="auto"/>
            </w:pPr>
            <w:r>
              <w:rPr>
                <w:rFonts w:ascii="宋体" w:hAnsi="宋体" w:eastAsia="宋体"/>
                <w:b w:val="0"/>
                <w:sz w:val="18"/>
              </w:rPr>
              <w:t>走100米，想象10个100米的路程。</w:t>
            </w:r>
          </w:p>
          <w:p>
            <w:pPr>
              <w:spacing w:after="20" w:line="276" w:lineRule="auto"/>
            </w:pPr>
            <w:r>
              <w:rPr>
                <w:rFonts w:ascii="宋体" w:hAnsi="宋体" w:eastAsia="宋体"/>
                <w:b w:val="0"/>
                <w:sz w:val="18"/>
              </w:rPr>
              <w:t>组织学生制订方案，课后进行实践活动。</w:t>
            </w:r>
          </w:p>
          <w:p>
            <w:pPr>
              <w:spacing w:after="20" w:line="276" w:lineRule="auto"/>
            </w:pPr>
            <w:r>
              <w:rPr>
                <w:rFonts w:ascii="宋体" w:hAnsi="宋体" w:eastAsia="宋体"/>
                <w:b w:val="0"/>
                <w:sz w:val="18"/>
              </w:rPr>
              <w:t>2．推理、估计，建立1千米的表象。</w:t>
            </w:r>
          </w:p>
          <w:p>
            <w:pPr>
              <w:spacing w:after="20" w:line="276" w:lineRule="auto"/>
            </w:pPr>
            <w:r>
              <w:rPr>
                <w:rFonts w:ascii="宋体" w:hAnsi="宋体" w:eastAsia="宋体"/>
                <w:b w:val="0"/>
                <w:sz w:val="18"/>
              </w:rPr>
              <w:t>师：以小组为单位，互相说一说从学校门口到什么地方大约是1千米，并说说你是怎样猜测的。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设计递进式探究活动，引导学生在动手实践与合作交流中经历知识形成过程，突破本课重难点，核心问题："想利用学校跑道亲身体验一下1千米吗？怎么体验好呢？"</w:t>
            </w:r>
          </w:p>
        </w:tc>
      </w:tr>
      <w:tr>
        <w:tc>
          <w:tcPr>
            <w:tcW w:type="dxa" w:w="1474"/>
          </w:tcPr>
          <w:p>
            <w:pPr>
              <w:spacing w:after="20" w:line="276" w:lineRule="auto"/>
            </w:pPr>
            <w:r>
              <w:rPr>
                <w:b/>
              </w:rPr>
            </w:r>
            <w:r>
              <w:rPr>
                <w:rFonts w:ascii="宋体" w:hAnsi="宋体" w:eastAsia="宋体"/>
                <w:b/>
                <w:sz w:val="18"/>
              </w:rPr>
              <w:t>自主探索，建立米和千米之间的联系</w:t>
            </w:r>
          </w:p>
        </w:tc>
        <w:tc>
          <w:tcPr>
            <w:tcW w:type="dxa" w:w="3061"/>
          </w:tcPr>
          <w:p>
            <w:pPr>
              <w:spacing w:after="20" w:line="276" w:lineRule="auto"/>
            </w:pPr>
            <w:r/>
            <w:r>
              <w:rPr>
                <w:rFonts w:ascii="宋体" w:hAnsi="宋体" w:eastAsia="宋体"/>
                <w:b w:val="0"/>
                <w:sz w:val="18"/>
              </w:rPr>
              <w:t>课件出示教科书P25例2。</w:t>
            </w:r>
          </w:p>
          <w:p>
            <w:pPr>
              <w:spacing w:after="20" w:line="276" w:lineRule="auto"/>
            </w:pPr>
            <w:r>
              <w:rPr>
                <w:rFonts w:ascii="宋体" w:hAnsi="宋体" w:eastAsia="宋体"/>
                <w:b w:val="0"/>
                <w:sz w:val="18"/>
              </w:rPr>
              <w:t>师：括号里应填什么？你是怎样想的？</w:t>
            </w:r>
          </w:p>
          <w:p>
            <w:pPr>
              <w:spacing w:after="20" w:line="276" w:lineRule="auto"/>
            </w:pPr>
            <w:r>
              <w:rPr>
                <w:rFonts w:ascii="宋体" w:hAnsi="宋体" w:eastAsia="宋体"/>
                <w:b w:val="0"/>
                <w:sz w:val="18"/>
              </w:rPr>
              <w:t>大部分学生能填出结果，但表达上存在问题，教师要引导学生完整表达。如3千米＝(　　)米，因为1千米＝1000米，3千米里面有3个1千米，就是3个1000米，所以3千米＝(3000)米。同理5000米＝(5)千米。(板书)</w:t>
            </w:r>
          </w:p>
        </w:tc>
        <w:tc>
          <w:tcPr>
            <w:tcW w:type="dxa" w:w="3061"/>
          </w:tcPr>
          <w:p>
            <w:pPr>
              <w:spacing w:after="20" w:line="276" w:lineRule="auto"/>
            </w:pPr>
            <w:r/>
            <w:r>
              <w:rPr>
                <w:rFonts w:ascii="宋体" w:hAnsi="宋体" w:eastAsia="宋体"/>
                <w:b w:val="0"/>
                <w:sz w:val="18"/>
              </w:rPr>
              <w:t>学生先独立探索，再小组讨论、汇报。</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设计递进式探究活动，引导学生在动手实践与合作交流中经历知识形成过程，突破本课重难点，核心问题："括号里应填什么？你是怎样想的？"</w:t>
            </w:r>
          </w:p>
        </w:tc>
      </w:tr>
      <w:tr>
        <w:tc>
          <w:tcPr>
            <w:tcW w:type="dxa" w:w="1474"/>
          </w:tcPr>
          <w:p>
            <w:pPr>
              <w:spacing w:after="20" w:line="276" w:lineRule="auto"/>
            </w:pPr>
            <w:r>
              <w:rPr>
                <w:b/>
              </w:rPr>
            </w:r>
            <w:r>
              <w:rPr>
                <w:rFonts w:ascii="宋体" w:hAnsi="宋体" w:eastAsia="宋体"/>
                <w:b/>
                <w:sz w:val="18"/>
              </w:rPr>
              <w:t>实际应用，巩固新知识</w:t>
            </w:r>
          </w:p>
        </w:tc>
        <w:tc>
          <w:tcPr>
            <w:tcW w:type="dxa" w:w="3061"/>
          </w:tcPr>
          <w:p>
            <w:pPr>
              <w:spacing w:after="20" w:line="276" w:lineRule="auto"/>
            </w:pPr>
            <w:r/>
            <w:r>
              <w:rPr>
                <w:rFonts w:ascii="宋体" w:hAnsi="宋体" w:eastAsia="宋体"/>
                <w:b w:val="0"/>
                <w:sz w:val="18"/>
              </w:rPr>
              <w:t>1.完成教科书P25“做一做”第1、2题。</w:t>
            </w:r>
          </w:p>
          <w:p>
            <w:pPr>
              <w:spacing w:after="20" w:line="276" w:lineRule="auto"/>
            </w:pPr>
            <w:r>
              <w:rPr>
                <w:rFonts w:ascii="宋体" w:hAnsi="宋体" w:eastAsia="宋体"/>
                <w:b w:val="0"/>
                <w:sz w:val="18"/>
              </w:rPr>
              <w:t>要求学生课后完成，下次课汇报。</w:t>
            </w:r>
          </w:p>
          <w:p>
            <w:pPr>
              <w:spacing w:after="20" w:line="276" w:lineRule="auto"/>
            </w:pPr>
            <w:r>
              <w:rPr>
                <w:rFonts w:ascii="宋体" w:hAnsi="宋体" w:eastAsia="宋体"/>
                <w:b w:val="0"/>
                <w:sz w:val="18"/>
              </w:rPr>
              <w:t>2．完成教科书P25“做一做”第3题。</w:t>
            </w:r>
          </w:p>
          <w:p>
            <w:pPr>
              <w:spacing w:after="20" w:line="276" w:lineRule="auto"/>
            </w:pPr>
            <w:r>
              <w:rPr>
                <w:rFonts w:ascii="宋体" w:hAnsi="宋体" w:eastAsia="宋体"/>
                <w:b w:val="0"/>
                <w:sz w:val="18"/>
              </w:rPr>
              <w:t>3．完成教科书P27“练习六”第1～3题。</w:t>
            </w:r>
          </w:p>
          <w:p>
            <w:pPr>
              <w:spacing w:after="20" w:line="276" w:lineRule="auto"/>
            </w:pPr>
            <w:r>
              <w:rPr>
                <w:rFonts w:ascii="宋体" w:hAnsi="宋体" w:eastAsia="宋体"/>
                <w:b w:val="0"/>
                <w:sz w:val="18"/>
              </w:rPr>
              <w:t>第1题学生口答，并说出判断依据。</w:t>
            </w:r>
          </w:p>
          <w:p>
            <w:pPr>
              <w:spacing w:after="20" w:line="276" w:lineRule="auto"/>
            </w:pPr>
            <w:r>
              <w:rPr>
                <w:rFonts w:ascii="宋体" w:hAnsi="宋体" w:eastAsia="宋体"/>
                <w:b w:val="0"/>
                <w:sz w:val="18"/>
              </w:rPr>
              <w:t>第2题学生自主解答后汇报，说说怎么想的。</w:t>
            </w:r>
          </w:p>
          <w:p>
            <w:pPr>
              <w:spacing w:after="20" w:line="276" w:lineRule="auto"/>
            </w:pPr>
            <w:r>
              <w:rPr>
                <w:rFonts w:ascii="宋体" w:hAnsi="宋体" w:eastAsia="宋体"/>
                <w:b w:val="0"/>
                <w:sz w:val="18"/>
              </w:rPr>
              <w:t>第3题要注意单位换算。</w:t>
            </w:r>
          </w:p>
        </w:tc>
        <w:tc>
          <w:tcPr>
            <w:tcW w:type="dxa" w:w="3061"/>
          </w:tcPr>
          <w:p>
            <w:pPr>
              <w:spacing w:after="20" w:line="276" w:lineRule="auto"/>
            </w:pPr>
            <w:r/>
            <w:r>
              <w:rPr>
                <w:rFonts w:ascii="宋体" w:hAnsi="宋体" w:eastAsia="宋体"/>
                <w:b w:val="0"/>
                <w:sz w:val="18"/>
              </w:rPr>
              <w:t>学生独立完成后，全班交流，并要求学生完整表达自己的解题思路。</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师：通过这节课的学习，你们有什么收获？你们能从生活中找出1千米吗？</w:t>
            </w:r>
          </w:p>
          <w:p>
            <w:pPr>
              <w:spacing w:after="20" w:line="276" w:lineRule="auto"/>
            </w:pPr>
            <w:r>
              <w:rPr>
                <w:rFonts w:ascii="宋体" w:hAnsi="宋体" w:eastAsia="宋体"/>
                <w:b w:val="0"/>
                <w:sz w:val="18"/>
              </w:rPr>
              <w:t>千米是目前所学的最长的长度单位，本节课联系生活提供丰富的学习材料作为数学教学的活动内容，并安排课外实践活动，使数学充满真实感和亲切感，让学生更加真实地建立起对1千米的感受，更充分地建立1千米的长度观念。</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引导学生回顾梳理本课所学，完善认知结构，提升归纳与反思能力，核心问题："通过这节课的学习，你们有什么收获？你们能从生活中找出1千米吗？"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千米的认识</w:t>
      </w:r>
    </w:p>
    <w:p>
      <w:pPr>
        <w:spacing w:after="40" w:line="300" w:lineRule="auto"/>
      </w:pPr>
      <w:r>
        <w:rPr>
          <w:rFonts w:ascii="宋体" w:hAnsi="宋体" w:eastAsia="宋体"/>
          <w:b w:val="0"/>
          <w:sz w:val="20"/>
        </w:rPr>
        <w:t>计量比较长的路程，通常用千米(km)作单位。</w:t>
      </w:r>
    </w:p>
    <w:p>
      <w:pPr>
        <w:spacing w:after="40" w:line="300" w:lineRule="auto"/>
      </w:pPr>
      <w:r>
        <w:rPr>
          <w:rFonts w:ascii="宋体" w:hAnsi="宋体" w:eastAsia="宋体"/>
          <w:b w:val="0"/>
          <w:sz w:val="20"/>
        </w:rPr>
        <w:t>1千米＝1000米</w:t>
      </w:r>
    </w:p>
    <w:p>
      <w:pPr>
        <w:spacing w:after="40" w:line="300" w:lineRule="auto"/>
      </w:pPr>
      <w:r>
        <w:rPr>
          <w:rFonts w:ascii="宋体" w:hAnsi="宋体" w:eastAsia="宋体"/>
          <w:b w:val="0"/>
          <w:sz w:val="20"/>
        </w:rPr>
        <w:t>3千米＝(3000)米　　　5000米＝(5)千米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教科书P25例2，完成教科书P25“做一做”及P27“练习六”中第1～3题。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学习让学生认识了更大的长度单位——千米。这一内容学生不好在实际生活中找出例子，相对来说比较难理解，所以本节课设计了课后进行实地测量的活动。学生在测量过程中不仅能感受到1千米有多远，而且也能体会到转化的思想。</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解决问题</w:t>
            </w:r>
          </w:p>
        </w:tc>
        <w:tc>
          <w:tcPr>
            <w:tcW w:type="dxa" w:w="6009"/>
          </w:tcPr>
          <w:p>
            <w:pPr>
              <w:spacing w:after="20" w:line="276" w:lineRule="auto"/>
            </w:pPr>
            <w:r/>
            <w:r>
              <w:rPr>
                <w:rFonts w:ascii="宋体" w:hAnsi="宋体" w:eastAsia="宋体"/>
                <w:b w:val="0"/>
                <w:sz w:val="20"/>
              </w:rPr>
              <w:t>第3单元 毫米、分米和千米</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二年级已经初步认识长度单位“厘米”和“米”，这是了解测量的第一阶段。在本单元的学习中，引导学生回顾旧知识，让学生建立旧知识与新知识之间的联系，同时在对毫米、分米和千米的实际感知中，体会单位之间的进率，理解测量的意义。本单元的内容能充分引起学生学习兴趣，学生在学习之前有能力按要求完成教师布置的寻找一定长度的生活实例的任务，唤起学生生活经验。课堂学习中，学生喜欢各种操作活动，在操作中感知数学与生活的紧密联系。毫米和分米在直尺上都可以直接观察到，学生比较容易建立实际的长度观念，但是1千米比较长，学生难以感知，教学时，可以借助辅助工具，如身边的实物进行累计，想象出多少个实物的长度是1千米，也可以借助学生熟悉的路程来感知1千米的实际长度，突破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教学内容：教科书P26例3，完成教科书P26“做一做”及P28～29“练习六”中第7、8题。</w:t>
      </w:r>
    </w:p>
    <w:p>
      <w:pPr>
        <w:spacing w:after="80" w:line="300" w:lineRule="auto"/>
        <w:ind w:firstLine="400"/>
      </w:pPr>
      <w:r>
        <w:rPr>
          <w:rFonts w:ascii="宋体" w:hAnsi="宋体" w:eastAsia="宋体"/>
          <w:b w:val="0"/>
          <w:sz w:val="20"/>
        </w:rPr>
        <w:t>教学准备：课件、卷尺。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（1）通过解决生活中的实际问题，进一步体会长度单位米、千米的内涵，能选用合适的长度作标准估计距离。</w:t>
      </w:r>
    </w:p>
    <w:p>
      <w:pPr>
        <w:spacing w:after="20" w:line="300" w:lineRule="auto"/>
        <w:ind w:firstLine="400"/>
      </w:pPr>
      <w:r>
        <w:rPr>
          <w:rFonts w:ascii="宋体" w:hAnsi="宋体" w:eastAsia="宋体"/>
          <w:b w:val="0"/>
          <w:sz w:val="20"/>
        </w:rPr>
        <w:t>（2）体会用长度单位解决问题策略的多样性，提高估测能力。培养学生的类推能力和解决实际问题的能力，发展学生的量感。</w:t>
      </w:r>
    </w:p>
    <w:p>
      <w:pPr>
        <w:spacing w:after="20" w:line="300" w:lineRule="auto"/>
      </w:pPr>
      <w:r>
        <w:rPr>
          <w:rFonts w:ascii="宋体" w:hAnsi="宋体" w:eastAsia="宋体"/>
          <w:b w:val="0"/>
          <w:sz w:val="20"/>
        </w:rPr>
        <w:t>教学重点：选用合适的方法估测距离。</w:t>
      </w:r>
    </w:p>
    <w:p>
      <w:pPr>
        <w:spacing w:after="20" w:line="300" w:lineRule="auto"/>
      </w:pPr>
      <w:r>
        <w:rPr>
          <w:rFonts w:ascii="宋体" w:hAnsi="宋体" w:eastAsia="宋体"/>
          <w:b w:val="0"/>
          <w:sz w:val="20"/>
        </w:rPr>
        <w:t>教学难点：根据实际需要选用合适的标准估测距离。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同学们，你们平时上学是采用什么方式来学校的？是步行、坐公交车、出租车还是家长开车送来的？；为什么有的同学步行就可以到，有的同学需要坐车呢？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结合实际，探究问题</w:t>
            </w:r>
          </w:p>
        </w:tc>
        <w:tc>
          <w:tcPr>
            <w:tcW w:type="dxa" w:w="1814"/>
          </w:tcPr>
          <w:p>
            <w:pPr>
              <w:spacing w:after="20" w:line="276" w:lineRule="auto"/>
            </w:pPr>
            <w:r/>
            <w:r>
              <w:rPr>
                <w:rFonts w:ascii="宋体" w:hAnsi="宋体" w:eastAsia="宋体"/>
                <w:b w:val="0"/>
                <w:sz w:val="18"/>
              </w:rPr>
              <w:t>课件、尺子</w:t>
            </w:r>
          </w:p>
        </w:tc>
        <w:tc>
          <w:tcPr>
            <w:tcW w:type="dxa" w:w="3402"/>
          </w:tcPr>
          <w:p>
            <w:pPr>
              <w:spacing w:after="20" w:line="276" w:lineRule="auto"/>
            </w:pPr>
            <w:r/>
            <w:r>
              <w:rPr>
                <w:rFonts w:ascii="宋体" w:hAnsi="宋体" w:eastAsia="宋体"/>
                <w:b w:val="0"/>
                <w:sz w:val="18"/>
              </w:rPr>
              <w:t>你们知道自己家离学校有多远？你是怎么知道的？；如果车上不显示距离，我们该如何估计从家到学校的距离呢？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估测较长距离的方法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同学们用不同的方法估计了自己家到学校的距离。怎么判断你估计的是否准确呢？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实践应用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同学们能估计出我们教室的长和宽分别是多长吗？怎么估计呢？；常见的出行方式有哪些？</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这节课你们学到了什么？有什么疑惑？</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w:t>
            </w:r>
          </w:p>
        </w:tc>
        <w:tc>
          <w:tcPr>
            <w:tcW w:type="dxa" w:w="3061"/>
          </w:tcPr>
          <w:p>
            <w:pPr>
              <w:spacing w:after="20" w:line="276" w:lineRule="auto"/>
            </w:pPr>
            <w:r/>
            <w:r>
              <w:rPr>
                <w:rFonts w:ascii="宋体" w:hAnsi="宋体" w:eastAsia="宋体"/>
                <w:b w:val="0"/>
                <w:sz w:val="18"/>
              </w:rPr>
              <w:t>师：同学们，你们平时上学是采用什么方式来学校的？是步行、坐公交车、出租车还是家长开车送来的？</w:t>
            </w:r>
          </w:p>
          <w:p>
            <w:pPr>
              <w:spacing w:after="20" w:line="276" w:lineRule="auto"/>
            </w:pPr>
            <w:r>
              <w:rPr>
                <w:rFonts w:ascii="宋体" w:hAnsi="宋体" w:eastAsia="宋体"/>
                <w:b w:val="0"/>
                <w:sz w:val="18"/>
              </w:rPr>
              <w:t>师：为什么有的同学步行就可以到，有的同学需要坐车呢？</w:t>
            </w:r>
          </w:p>
          <w:p>
            <w:pPr>
              <w:spacing w:after="20" w:line="276" w:lineRule="auto"/>
            </w:pPr>
            <w:r>
              <w:rPr>
                <w:rFonts w:ascii="宋体" w:hAnsi="宋体" w:eastAsia="宋体"/>
                <w:b w:val="0"/>
                <w:sz w:val="18"/>
              </w:rPr>
              <w:t>师：看来选择不同的方式上学，除了家里是否有车以外，更重要的是与各位同学家离学校的距离远近有关。本节课我们就来估计一下自己家离学校的距离。(板书课题：解决问题)</w:t>
            </w:r>
          </w:p>
        </w:tc>
        <w:tc>
          <w:tcPr>
            <w:tcW w:type="dxa" w:w="3061"/>
          </w:tcPr>
          <w:p>
            <w:pPr>
              <w:spacing w:after="20" w:line="276" w:lineRule="auto"/>
            </w:pPr>
            <w:r/>
            <w:r>
              <w:rPr>
                <w:rFonts w:ascii="宋体" w:hAnsi="宋体" w:eastAsia="宋体"/>
                <w:b w:val="0"/>
                <w:sz w:val="18"/>
              </w:rPr>
              <w:t>学生自由交流。</w:t>
            </w:r>
          </w:p>
          <w:p>
            <w:pPr>
              <w:spacing w:after="20" w:line="276" w:lineRule="auto"/>
            </w:pPr>
            <w:r>
              <w:rPr>
                <w:rFonts w:ascii="宋体" w:hAnsi="宋体" w:eastAsia="宋体"/>
                <w:b w:val="0"/>
                <w:sz w:val="18"/>
              </w:rPr>
              <w:t>预设1：因为有的同学家里有车，有的同学家里没有车。</w:t>
            </w:r>
          </w:p>
          <w:p>
            <w:pPr>
              <w:spacing w:after="20" w:line="276" w:lineRule="auto"/>
            </w:pPr>
            <w:r>
              <w:rPr>
                <w:rFonts w:ascii="宋体" w:hAnsi="宋体" w:eastAsia="宋体"/>
                <w:b w:val="0"/>
                <w:sz w:val="18"/>
              </w:rPr>
              <w:t>预设2：有的同学家里离学校太远了，步行需要的时间太长了。有的同学家里离学校近，不需要坐车。</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创设情境激活学生已有经验，自然引出本课学习内容，激发学习兴趣，核心问题："同学们，你们平时上学是采用什么方式来学校的？是步行、坐公交车、出租车还是家长开车送来的？"</w:t>
            </w:r>
          </w:p>
        </w:tc>
      </w:tr>
      <w:tr>
        <w:tc>
          <w:tcPr>
            <w:tcW w:type="dxa" w:w="1474"/>
          </w:tcPr>
          <w:p>
            <w:pPr>
              <w:spacing w:after="20" w:line="276" w:lineRule="auto"/>
            </w:pPr>
            <w:r>
              <w:rPr>
                <w:b/>
              </w:rPr>
            </w:r>
            <w:r>
              <w:rPr>
                <w:rFonts w:ascii="宋体" w:hAnsi="宋体" w:eastAsia="宋体"/>
                <w:b/>
                <w:sz w:val="18"/>
              </w:rPr>
              <w:t>结合实际，探究问题</w:t>
            </w:r>
          </w:p>
        </w:tc>
        <w:tc>
          <w:tcPr>
            <w:tcW w:type="dxa" w:w="3061"/>
          </w:tcPr>
          <w:p>
            <w:pPr>
              <w:spacing w:after="20" w:line="276" w:lineRule="auto"/>
            </w:pPr>
            <w:r/>
            <w:r>
              <w:rPr>
                <w:rFonts w:ascii="宋体" w:hAnsi="宋体" w:eastAsia="宋体"/>
                <w:b w:val="0"/>
                <w:sz w:val="18"/>
              </w:rPr>
              <w:t>课件呈现例3。</w:t>
            </w:r>
          </w:p>
          <w:p>
            <w:pPr>
              <w:spacing w:after="20" w:line="276" w:lineRule="auto"/>
            </w:pPr>
            <w:r>
              <w:rPr>
                <w:rFonts w:ascii="宋体" w:hAnsi="宋体" w:eastAsia="宋体"/>
                <w:b w:val="0"/>
                <w:sz w:val="18"/>
              </w:rPr>
              <w:t>师：你们知道自己家离学校有多远？你是怎么知道的？</w:t>
            </w:r>
          </w:p>
          <w:p>
            <w:pPr>
              <w:spacing w:after="20" w:line="276" w:lineRule="auto"/>
            </w:pPr>
            <w:r>
              <w:rPr>
                <w:rFonts w:ascii="宋体" w:hAnsi="宋体" w:eastAsia="宋体"/>
                <w:b w:val="0"/>
                <w:sz w:val="18"/>
              </w:rPr>
              <w:t>大部分同学不知道具体有多远，但有少数的同学坐车，家长可能会告诉具体的距离。</w:t>
            </w:r>
          </w:p>
          <w:p>
            <w:pPr>
              <w:spacing w:after="20" w:line="276" w:lineRule="auto"/>
            </w:pPr>
            <w:r>
              <w:rPr>
                <w:rFonts w:ascii="宋体" w:hAnsi="宋体" w:eastAsia="宋体"/>
                <w:b w:val="0"/>
                <w:sz w:val="18"/>
              </w:rPr>
              <w:t>师：有些同学很关注生活，坐车时，车上会显示实际距离。非常棒！这种方法其实是实际测量法，我们不是用尺子测量，是汽车在行驶过程中自带测量功能。</w:t>
            </w:r>
          </w:p>
          <w:p>
            <w:pPr>
              <w:spacing w:after="20" w:line="276" w:lineRule="auto"/>
            </w:pPr>
            <w:r>
              <w:rPr>
                <w:rFonts w:ascii="宋体" w:hAnsi="宋体" w:eastAsia="宋体"/>
                <w:b w:val="0"/>
                <w:sz w:val="18"/>
              </w:rPr>
              <w:t>师：如果车上不显示距离，我们该如何估计从家到学校的距离呢？</w:t>
            </w:r>
          </w:p>
          <w:p>
            <w:pPr>
              <w:spacing w:after="20" w:line="276" w:lineRule="auto"/>
            </w:pPr>
            <w:r>
              <w:rPr>
                <w:rFonts w:ascii="宋体" w:hAnsi="宋体" w:eastAsia="宋体"/>
                <w:b w:val="0"/>
                <w:sz w:val="18"/>
              </w:rPr>
              <w:t>师小结：通过同学们的交流，虽然方法不一，但是都有一个共同点，那就是首先要选择一个长度作为估计的标准。(板书：确定长度标准)</w:t>
            </w:r>
          </w:p>
          <w:p>
            <w:pPr>
              <w:spacing w:after="20" w:line="276" w:lineRule="auto"/>
            </w:pPr>
            <w:r>
              <w:rPr>
                <w:rFonts w:ascii="宋体" w:hAnsi="宋体" w:eastAsia="宋体"/>
                <w:b w:val="0"/>
                <w:sz w:val="18"/>
              </w:rPr>
              <w:t>2．分组活动，估计距离。</w:t>
            </w:r>
          </w:p>
          <w:p>
            <w:pPr>
              <w:spacing w:after="20" w:line="276" w:lineRule="auto"/>
            </w:pPr>
            <w:r>
              <w:rPr>
                <w:rFonts w:ascii="宋体" w:hAnsi="宋体" w:eastAsia="宋体"/>
                <w:b w:val="0"/>
                <w:sz w:val="18"/>
              </w:rPr>
              <w:t>(1)4人小组开展活动。</w:t>
            </w:r>
          </w:p>
          <w:p>
            <w:pPr>
              <w:spacing w:after="20" w:line="276" w:lineRule="auto"/>
            </w:pPr>
            <w:r>
              <w:rPr>
                <w:rFonts w:ascii="宋体" w:hAnsi="宋体" w:eastAsia="宋体"/>
                <w:b w:val="0"/>
                <w:sz w:val="18"/>
              </w:rPr>
              <w:t>组内同学交流自己家到学校的距离，自己估计的方法。教师全班巡视，了解不同的估计方法。</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根据前面的了解，选择代表汇报。</w:t>
            </w:r>
          </w:p>
          <w:p>
            <w:pPr>
              <w:spacing w:after="20" w:line="276" w:lineRule="auto"/>
            </w:pPr>
            <w:r>
              <w:rPr>
                <w:rFonts w:ascii="宋体" w:hAnsi="宋体" w:eastAsia="宋体"/>
                <w:b w:val="0"/>
                <w:sz w:val="18"/>
              </w:rPr>
              <w:t>师：估一估从你家到学校有多远，可以用哪些方法？</w:t>
            </w:r>
          </w:p>
          <w:p>
            <w:pPr>
              <w:spacing w:after="20" w:line="276" w:lineRule="auto"/>
            </w:pPr>
            <w:r>
              <w:rPr>
                <w:rFonts w:ascii="宋体" w:hAnsi="宋体" w:eastAsia="宋体"/>
                <w:b w:val="0"/>
                <w:sz w:val="18"/>
              </w:rPr>
              <w:t>大部分学生能根据例题说清楚自己家到学校的距离，但仍有部分学生存在困难，教师要适时地引导学生，帮助学生找到合适的估测方法。</w:t>
            </w:r>
          </w:p>
          <w:p>
            <w:pPr>
              <w:spacing w:after="20" w:line="276" w:lineRule="auto"/>
            </w:pPr>
            <w:r>
              <w:rPr>
                <w:rFonts w:ascii="宋体" w:hAnsi="宋体" w:eastAsia="宋体"/>
                <w:b w:val="0"/>
                <w:sz w:val="18"/>
              </w:rPr>
              <w:t>师：步行来学校的同学，可以用什么作为长度标准？</w:t>
            </w:r>
          </w:p>
          <w:p>
            <w:pPr>
              <w:spacing w:after="20" w:line="276" w:lineRule="auto"/>
            </w:pPr>
            <w:r>
              <w:rPr>
                <w:rFonts w:ascii="宋体" w:hAnsi="宋体" w:eastAsia="宋体"/>
                <w:b w:val="0"/>
                <w:sz w:val="18"/>
              </w:rPr>
              <w:t>师：坐公交车的同学，可以以什么为长度标准？</w:t>
            </w:r>
          </w:p>
          <w:p>
            <w:pPr>
              <w:spacing w:after="20" w:line="276" w:lineRule="auto"/>
            </w:pPr>
            <w:r>
              <w:rPr>
                <w:rFonts w:ascii="宋体" w:hAnsi="宋体" w:eastAsia="宋体"/>
                <w:b w:val="0"/>
                <w:sz w:val="18"/>
              </w:rPr>
              <w:t>教师小结并板书：</w:t>
            </w:r>
          </w:p>
        </w:tc>
        <w:tc>
          <w:tcPr>
            <w:tcW w:type="dxa" w:w="3061"/>
          </w:tcPr>
          <w:p>
            <w:pPr>
              <w:spacing w:after="20" w:line="276" w:lineRule="auto"/>
            </w:pPr>
            <w:r/>
            <w:r>
              <w:rPr>
                <w:rFonts w:ascii="宋体" w:hAnsi="宋体" w:eastAsia="宋体"/>
                <w:b w:val="0"/>
                <w:sz w:val="18"/>
              </w:rPr>
              <w:t>1．交流探讨，理清思路。</w:t>
            </w:r>
          </w:p>
          <w:p>
            <w:pPr>
              <w:spacing w:after="20" w:line="276" w:lineRule="auto"/>
            </w:pPr>
            <w:r>
              <w:rPr>
                <w:rFonts w:ascii="宋体" w:hAnsi="宋体" w:eastAsia="宋体"/>
                <w:b w:val="0"/>
                <w:sz w:val="18"/>
              </w:rPr>
              <w:t>学生交流探讨。</w:t>
            </w:r>
          </w:p>
          <w:p>
            <w:pPr>
              <w:spacing w:after="20" w:line="276" w:lineRule="auto"/>
            </w:pPr>
            <w:r>
              <w:rPr>
                <w:rFonts w:ascii="宋体" w:hAnsi="宋体" w:eastAsia="宋体"/>
                <w:b w:val="0"/>
                <w:sz w:val="18"/>
              </w:rPr>
              <w:t>学生尝试自主完成，小组内交流估测方法。</w:t>
            </w:r>
          </w:p>
          <w:p>
            <w:pPr>
              <w:spacing w:after="20" w:line="276" w:lineRule="auto"/>
            </w:pPr>
            <w:r>
              <w:rPr>
                <w:rFonts w:ascii="宋体" w:hAnsi="宋体" w:eastAsia="宋体"/>
                <w:b w:val="0"/>
                <w:sz w:val="18"/>
              </w:rPr>
              <w:t>预设1：步长，每步多长，要走多少步。</w:t>
            </w:r>
          </w:p>
          <w:p>
            <w:pPr>
              <w:spacing w:after="20" w:line="276" w:lineRule="auto"/>
            </w:pPr>
            <w:r>
              <w:rPr>
                <w:rFonts w:ascii="宋体" w:hAnsi="宋体" w:eastAsia="宋体"/>
                <w:b w:val="0"/>
                <w:sz w:val="18"/>
              </w:rPr>
              <w:t>预设2：时长，一分钟能走多少米，要走多长时间。</w:t>
            </w:r>
          </w:p>
          <w:p>
            <w:pPr>
              <w:spacing w:after="20" w:line="276" w:lineRule="auto"/>
            </w:pPr>
            <w:r>
              <w:rPr>
                <w:rFonts w:ascii="宋体" w:hAnsi="宋体" w:eastAsia="宋体"/>
                <w:b w:val="0"/>
                <w:sz w:val="18"/>
              </w:rPr>
              <w:t>预设1：每站之间大约有多长，看一共有多少站。</w:t>
            </w:r>
          </w:p>
          <w:p>
            <w:pPr>
              <w:spacing w:after="20" w:line="276" w:lineRule="auto"/>
            </w:pPr>
            <w:r>
              <w:rPr>
                <w:rFonts w:ascii="宋体" w:hAnsi="宋体" w:eastAsia="宋体"/>
                <w:b w:val="0"/>
                <w:sz w:val="18"/>
              </w:rPr>
              <w:t>预设2：时长，公交车平均每分钟行多少千米，大约需要多长时间。</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设计递进式探究活动，引导学生在动手实践与合作交流中经历知识形成过程，突破本课重难点，核心问题："你们知道自己家离学校有多远？你是怎么知道的？"</w:t>
            </w:r>
          </w:p>
        </w:tc>
      </w:tr>
      <w:tr>
        <w:tc>
          <w:tcPr>
            <w:tcW w:type="dxa" w:w="1474"/>
          </w:tcPr>
          <w:p>
            <w:pPr>
              <w:spacing w:after="20" w:line="276" w:lineRule="auto"/>
            </w:pPr>
            <w:r>
              <w:rPr>
                <w:b/>
              </w:rPr>
            </w:r>
            <w:r>
              <w:rPr>
                <w:rFonts w:ascii="宋体" w:hAnsi="宋体" w:eastAsia="宋体"/>
                <w:b/>
                <w:sz w:val="18"/>
              </w:rPr>
              <w:t>估测较长距离的方法</w:t>
            </w:r>
          </w:p>
        </w:tc>
        <w:tc>
          <w:tcPr>
            <w:tcW w:type="dxa" w:w="3061"/>
          </w:tcPr>
          <w:p>
            <w:pPr>
              <w:spacing w:after="20" w:line="276" w:lineRule="auto"/>
            </w:pPr>
            <w:r/>
            <w:r>
              <w:rPr>
                <w:rFonts w:ascii="宋体" w:hAnsi="宋体" w:eastAsia="宋体"/>
                <w:b w:val="0"/>
                <w:sz w:val="18"/>
              </w:rPr>
              <w:t>(3)验证估计。</w:t>
            </w:r>
          </w:p>
          <w:p>
            <w:pPr>
              <w:spacing w:after="20" w:line="276" w:lineRule="auto"/>
            </w:pPr>
            <w:r>
              <w:rPr>
                <w:rFonts w:ascii="宋体" w:hAnsi="宋体" w:eastAsia="宋体"/>
                <w:b w:val="0"/>
                <w:sz w:val="18"/>
              </w:rPr>
              <w:t>师：同学们用不同的方法估计了自己家到学校的距离。怎么判断你估计的是否准确呢？</w:t>
            </w:r>
          </w:p>
          <w:p>
            <w:pPr>
              <w:spacing w:after="20" w:line="276" w:lineRule="auto"/>
            </w:pPr>
            <w:r>
              <w:rPr>
                <w:rFonts w:ascii="宋体" w:hAnsi="宋体" w:eastAsia="宋体"/>
                <w:b w:val="0"/>
                <w:sz w:val="18"/>
              </w:rPr>
              <w:t>启发学生思考，交流后，教师用自己的手机导航软件随机验证几位同学的估计结果。</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围绕环节目标组织学习活动，引导学生主动参与、积极思考，核心问题："同学们用不同的方法估计了自己家到学校的距离。怎么判断你估计的是否准确呢？"</w:t>
            </w:r>
          </w:p>
        </w:tc>
      </w:tr>
      <w:tr>
        <w:tc>
          <w:tcPr>
            <w:tcW w:type="dxa" w:w="1474"/>
          </w:tcPr>
          <w:p>
            <w:pPr>
              <w:spacing w:after="20" w:line="276" w:lineRule="auto"/>
            </w:pPr>
            <w:r>
              <w:rPr>
                <w:b/>
              </w:rPr>
            </w:r>
            <w:r>
              <w:rPr>
                <w:rFonts w:ascii="宋体" w:hAnsi="宋体" w:eastAsia="宋体"/>
                <w:b/>
                <w:sz w:val="18"/>
              </w:rPr>
              <w:t>实践应用</w:t>
            </w:r>
          </w:p>
        </w:tc>
        <w:tc>
          <w:tcPr>
            <w:tcW w:type="dxa" w:w="3061"/>
          </w:tcPr>
          <w:p>
            <w:pPr>
              <w:spacing w:after="20" w:line="276" w:lineRule="auto"/>
            </w:pPr>
            <w:r/>
            <w:r>
              <w:rPr>
                <w:rFonts w:ascii="宋体" w:hAnsi="宋体" w:eastAsia="宋体"/>
                <w:b w:val="0"/>
                <w:sz w:val="18"/>
              </w:rPr>
              <w:t>1.估计一下教室的长和宽。</w:t>
            </w:r>
          </w:p>
          <w:p>
            <w:pPr>
              <w:spacing w:after="20" w:line="276" w:lineRule="auto"/>
            </w:pPr>
            <w:r>
              <w:rPr>
                <w:rFonts w:ascii="宋体" w:hAnsi="宋体" w:eastAsia="宋体"/>
                <w:b w:val="0"/>
                <w:sz w:val="18"/>
              </w:rPr>
              <w:t>师：同学们能估计出我们教室的长和宽分别是多长吗？怎么估计呢？</w:t>
            </w:r>
          </w:p>
          <w:p>
            <w:pPr>
              <w:spacing w:after="20" w:line="276" w:lineRule="auto"/>
            </w:pPr>
            <w:r>
              <w:rPr>
                <w:rFonts w:ascii="宋体" w:hAnsi="宋体" w:eastAsia="宋体"/>
                <w:b w:val="0"/>
                <w:sz w:val="18"/>
              </w:rPr>
              <w:t>2．完成教科书P26“做一做”。</w:t>
            </w:r>
          </w:p>
          <w:p>
            <w:pPr>
              <w:spacing w:after="20" w:line="276" w:lineRule="auto"/>
            </w:pPr>
            <w:r>
              <w:rPr>
                <w:rFonts w:ascii="宋体" w:hAnsi="宋体" w:eastAsia="宋体"/>
                <w:b w:val="0"/>
                <w:sz w:val="18"/>
              </w:rPr>
              <w:t>3．完成教科书P28“练习六”第8题。</w:t>
            </w:r>
          </w:p>
          <w:p>
            <w:pPr>
              <w:spacing w:after="20" w:line="276" w:lineRule="auto"/>
            </w:pPr>
            <w:r>
              <w:rPr>
                <w:rFonts w:ascii="宋体" w:hAnsi="宋体" w:eastAsia="宋体"/>
                <w:b w:val="0"/>
                <w:sz w:val="18"/>
              </w:rPr>
              <w:t>师：常见的出行方式有哪些？</w:t>
            </w:r>
          </w:p>
          <w:p>
            <w:pPr>
              <w:spacing w:after="20" w:line="276" w:lineRule="auto"/>
            </w:pPr>
            <w:r>
              <w:rPr>
                <w:rFonts w:ascii="宋体" w:hAnsi="宋体" w:eastAsia="宋体"/>
                <w:b w:val="0"/>
                <w:sz w:val="18"/>
              </w:rPr>
              <w:t>步行、自行车、公共汽车、小汽车、火车、飞机等。</w:t>
            </w:r>
          </w:p>
          <w:p>
            <w:pPr>
              <w:spacing w:after="20" w:line="276" w:lineRule="auto"/>
            </w:pPr>
            <w:r>
              <w:rPr>
                <w:rFonts w:ascii="宋体" w:hAnsi="宋体" w:eastAsia="宋体"/>
                <w:b w:val="0"/>
                <w:sz w:val="18"/>
              </w:rPr>
              <w:t>师：如果要我们来挑选合适的出行方式，应根据什么来进行选择呢？</w:t>
            </w:r>
          </w:p>
          <w:p>
            <w:pPr>
              <w:spacing w:after="20" w:line="276" w:lineRule="auto"/>
            </w:pPr>
            <w:r>
              <w:rPr>
                <w:rFonts w:ascii="宋体" w:hAnsi="宋体" w:eastAsia="宋体"/>
                <w:b w:val="0"/>
                <w:sz w:val="18"/>
              </w:rPr>
              <w:t>师：下面请同学们先找到目的地，明确各自的路程是多少，再挑选合适的出行方式，并说出理由。</w:t>
            </w:r>
          </w:p>
          <w:p>
            <w:pPr>
              <w:spacing w:after="20" w:line="276" w:lineRule="auto"/>
            </w:pPr>
            <w:r>
              <w:rPr>
                <w:rFonts w:ascii="宋体" w:hAnsi="宋体" w:eastAsia="宋体"/>
                <w:b w:val="0"/>
                <w:sz w:val="18"/>
              </w:rPr>
              <w:t>只要学生的回答合理，教师都要予以肯定。如果有学生存在困难，教师要注意引导学生根据距离与实际需求选择合适的出行方式。</w:t>
            </w:r>
          </w:p>
          <w:p>
            <w:pPr>
              <w:spacing w:after="20" w:line="276" w:lineRule="auto"/>
            </w:pPr>
            <w:r>
              <w:rPr>
                <w:rFonts w:ascii="宋体" w:hAnsi="宋体" w:eastAsia="宋体"/>
                <w:b w:val="0"/>
                <w:sz w:val="18"/>
              </w:rPr>
              <w:t>师：要知道多久能到达，我们还需要哪些信息？</w:t>
            </w:r>
          </w:p>
          <w:p>
            <w:pPr>
              <w:spacing w:after="20" w:line="276" w:lineRule="auto"/>
            </w:pPr>
            <w:r>
              <w:rPr>
                <w:rFonts w:ascii="宋体" w:hAnsi="宋体" w:eastAsia="宋体"/>
                <w:b w:val="0"/>
                <w:sz w:val="18"/>
              </w:rPr>
              <w:t>需要知道这些出行方式每小时或每分钟能行驶多远。</w:t>
            </w:r>
          </w:p>
          <w:p>
            <w:pPr>
              <w:spacing w:after="20" w:line="276" w:lineRule="auto"/>
            </w:pPr>
            <w:r>
              <w:rPr>
                <w:rFonts w:ascii="宋体" w:hAnsi="宋体" w:eastAsia="宋体"/>
                <w:b w:val="0"/>
                <w:sz w:val="18"/>
              </w:rPr>
              <w:t>师：你们能根据生活经验说一说吗？</w:t>
            </w:r>
          </w:p>
          <w:p>
            <w:pPr>
              <w:spacing w:after="20" w:line="276" w:lineRule="auto"/>
            </w:pPr>
            <w:r>
              <w:rPr>
                <w:rFonts w:ascii="宋体" w:hAnsi="宋体" w:eastAsia="宋体"/>
                <w:b w:val="0"/>
                <w:sz w:val="18"/>
              </w:rPr>
              <w:t>肯定学生有根据的判断，引导学生参与到讨论中。对于学生不了解的情况，教师要及时引导，例如火车、汽车的时速。然后让学生根据路程和所选交通工具的速度算出所需时间。</w:t>
            </w:r>
          </w:p>
          <w:p>
            <w:pPr>
              <w:spacing w:after="20" w:line="276" w:lineRule="auto"/>
            </w:pPr>
            <w:r>
              <w:rPr>
                <w:rFonts w:ascii="宋体" w:hAnsi="宋体" w:eastAsia="宋体"/>
                <w:b w:val="0"/>
                <w:sz w:val="18"/>
              </w:rPr>
              <w:t>师：说一说，完成这样的题目，需要注意什么？</w:t>
            </w:r>
          </w:p>
          <w:p>
            <w:pPr>
              <w:spacing w:after="20" w:line="276" w:lineRule="auto"/>
            </w:pPr>
            <w:r>
              <w:rPr>
                <w:rFonts w:ascii="宋体" w:hAnsi="宋体" w:eastAsia="宋体"/>
                <w:b w:val="0"/>
                <w:sz w:val="18"/>
              </w:rPr>
              <w:t>师小结：仔细审题，整理信息，结合生活经验解决问题。</w:t>
            </w:r>
          </w:p>
          <w:p>
            <w:pPr>
              <w:spacing w:after="20" w:line="276" w:lineRule="auto"/>
            </w:pPr>
            <w:r>
              <w:rPr>
                <w:rFonts w:ascii="宋体" w:hAnsi="宋体" w:eastAsia="宋体"/>
                <w:b w:val="0"/>
                <w:sz w:val="18"/>
              </w:rPr>
              <w:t>4．完成教科书P27“练习六”第7题。</w:t>
            </w:r>
          </w:p>
        </w:tc>
        <w:tc>
          <w:tcPr>
            <w:tcW w:type="dxa" w:w="3061"/>
          </w:tcPr>
          <w:p>
            <w:pPr>
              <w:spacing w:after="20" w:line="276" w:lineRule="auto"/>
            </w:pPr>
            <w:r/>
            <w:r>
              <w:rPr>
                <w:rFonts w:ascii="宋体" w:hAnsi="宋体" w:eastAsia="宋体"/>
                <w:b w:val="0"/>
                <w:sz w:val="18"/>
              </w:rPr>
              <w:t>学生交流不同的估计方法后教师拿出卷尺跟同学们一起测量，检验估计是否准确。</w:t>
            </w:r>
          </w:p>
          <w:p>
            <w:pPr>
              <w:spacing w:after="20" w:line="276" w:lineRule="auto"/>
            </w:pPr>
            <w:r>
              <w:rPr>
                <w:rFonts w:ascii="宋体" w:hAnsi="宋体" w:eastAsia="宋体"/>
                <w:b w:val="0"/>
                <w:sz w:val="18"/>
              </w:rPr>
              <w:t>学生独立完成后，全班汇报。</w:t>
            </w:r>
          </w:p>
          <w:p>
            <w:pPr>
              <w:spacing w:after="20" w:line="276" w:lineRule="auto"/>
            </w:pPr>
            <w:r>
              <w:rPr>
                <w:rFonts w:ascii="宋体" w:hAnsi="宋体" w:eastAsia="宋体"/>
                <w:b w:val="0"/>
                <w:sz w:val="18"/>
              </w:rPr>
              <w:t>学生有了例3的经验，能通过步测、找参照物等方法估出校园的长和宽。</w:t>
            </w:r>
          </w:p>
          <w:p>
            <w:pPr>
              <w:spacing w:after="20" w:line="276" w:lineRule="auto"/>
            </w:pPr>
            <w:r>
              <w:rPr>
                <w:rFonts w:ascii="宋体" w:hAnsi="宋体" w:eastAsia="宋体"/>
                <w:b w:val="0"/>
                <w:sz w:val="18"/>
              </w:rPr>
              <w:t>学生会明确根据路程和时间的长短选择出行方式。</w:t>
            </w:r>
          </w:p>
          <w:p>
            <w:pPr>
              <w:spacing w:after="20" w:line="276" w:lineRule="auto"/>
            </w:pPr>
            <w:r>
              <w:rPr>
                <w:rFonts w:ascii="宋体" w:hAnsi="宋体" w:eastAsia="宋体"/>
                <w:b w:val="0"/>
                <w:sz w:val="18"/>
              </w:rPr>
              <w:t>预设1：到植物园的路程不是很远，跟我家到学校的距离差不多，可以骑自行车去，还可以步行。</w:t>
            </w:r>
          </w:p>
          <w:p>
            <w:pPr>
              <w:spacing w:after="20" w:line="276" w:lineRule="auto"/>
            </w:pPr>
            <w:r>
              <w:rPr>
                <w:rFonts w:ascii="宋体" w:hAnsi="宋体" w:eastAsia="宋体"/>
                <w:b w:val="0"/>
                <w:sz w:val="18"/>
              </w:rPr>
              <w:t>预设2：到黄山约有1200千米，太远了，可以坐火车去，也可以乘飞机去。</w:t>
            </w:r>
          </w:p>
          <w:p>
            <w:pPr>
              <w:spacing w:after="20" w:line="276" w:lineRule="auto"/>
            </w:pPr>
            <w:r>
              <w:rPr>
                <w:rFonts w:ascii="宋体" w:hAnsi="宋体" w:eastAsia="宋体"/>
                <w:b w:val="0"/>
                <w:sz w:val="18"/>
              </w:rPr>
              <w:t>预设3：到沙湖有30千米，有10个3千米那么多，可以坐汽车去。</w:t>
            </w:r>
          </w:p>
          <w:p>
            <w:pPr>
              <w:spacing w:after="20" w:line="276" w:lineRule="auto"/>
            </w:pPr>
            <w:r>
              <w:rPr>
                <w:rFonts w:ascii="宋体" w:hAnsi="宋体" w:eastAsia="宋体"/>
                <w:b w:val="0"/>
                <w:sz w:val="18"/>
              </w:rPr>
              <w:t>学生自由发言。</w:t>
            </w:r>
          </w:p>
          <w:p>
            <w:pPr>
              <w:spacing w:after="20" w:line="276" w:lineRule="auto"/>
            </w:pPr>
            <w:r>
              <w:rPr>
                <w:rFonts w:ascii="宋体" w:hAnsi="宋体" w:eastAsia="宋体"/>
                <w:b w:val="0"/>
                <w:sz w:val="18"/>
              </w:rPr>
              <w:t>学生独立完成，集体讲解。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通过有层次的练习及时反馈学情，巩固新知，培养学生灵活运用知识解决问题的能力，核心问题："同学们能估计出我们教室的长和宽分别是多长吗？怎么估计呢？"</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师：这节课你们学到了什么？有什么疑惑？</w:t>
            </w:r>
          </w:p>
          <w:p>
            <w:pPr>
              <w:spacing w:after="20" w:line="276" w:lineRule="auto"/>
            </w:pPr>
            <w:r>
              <w:rPr>
                <w:rFonts w:ascii="宋体" w:hAnsi="宋体" w:eastAsia="宋体"/>
                <w:b w:val="0"/>
                <w:sz w:val="18"/>
              </w:rPr>
              <w:t>本节课的解决问题跟以往的解决问题有很大区别，这次的问题就是学生的实际问题，注重从生活经验中提炼出解决问题的方法。所以本节课的教学结果没有固定的标准答案，充分调动学生的已有经验，让学生自己确定长度标准、估计大约距离，教师再用手机导航检验估计结果，在学生掌握一般的估计距离方法的同时，感受数学在实际生活中的应用。</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引导学生回顾梳理本课所学，完善认知结构，提升归纳与反思能力，核心问题："这节课你们学到了什么？有什么疑惑？"</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确定长度标准</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步长、时长、站间距离</w:t>
      </w:r>
    </w:p>
    <w:p>
      <w:pPr>
        <w:spacing w:after="40" w:line="300" w:lineRule="auto"/>
      </w:pPr>
      <w:r>
        <w:rPr>
          <w:rFonts w:ascii="宋体" w:hAnsi="宋体" w:eastAsia="宋体"/>
          <w:b w:val="0"/>
          <w:sz w:val="20"/>
        </w:rPr>
        <w:t>估测较长距离的方法</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教科书P26例3，完成教科书P26“做一做”及P28～29“练习六”中第7、8题。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解决生活中的实际问题，问题较复杂，综合性较强，需要学生的生活经验，部分学生出现了无从下手的现象，他们习惯了去找信息解决问题，却忽视了很多时候自己的知识也是可以运用的信息。教学时，需要多指导和启发学生结合生活经验去思考、分析，解决真实问题，在真实问题中抽象出数学知识。</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整理和复习</w:t>
            </w:r>
          </w:p>
        </w:tc>
        <w:tc>
          <w:tcPr>
            <w:tcW w:type="dxa" w:w="6009"/>
          </w:tcPr>
          <w:p>
            <w:pPr>
              <w:spacing w:after="20" w:line="276" w:lineRule="auto"/>
            </w:pPr>
            <w:r/>
            <w:r>
              <w:rPr>
                <w:rFonts w:ascii="宋体" w:hAnsi="宋体" w:eastAsia="宋体"/>
                <w:b w:val="0"/>
                <w:sz w:val="20"/>
              </w:rPr>
              <w:t>第3单元 毫米、分米和千米</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二年级已经初步认识长度单位“厘米”和“米”，这是了解测量的第一阶段。在本单元的学习中，引导学生回顾旧知识，让学生建立旧知识与新知识之间的联系，同时在对毫米、分米和千米的实际感知中，体会单位之间的进率，理解测量的意义。本单元的内容能充分引起学生学习兴趣，学生在学习之前有能力按要求完成教师布置的寻找一定长度的生活实例的任务，唤起学生生活经验。课堂学习中，学生喜欢各种操作活动，在操作中感知数学与生活的紧密联系。毫米和分米在直尺上都可以直接观察到，学生比较容易建立实际的长度观念，但是1千米比较长，学生难以感知，教学时，可以借助辅助工具，如身边的实物进行累计，想象出多少个实物的长度是1千米，也可以借助学生熟悉的路程来感知1千米的实际长度，突破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教学内容：教科书P29～30“整理和复习”，完成教科书P29～30“练习七”。</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（1）系统地整理学习过的长度单位，知道相邻长度单位间的进率，会进行长度单位的换算，进一步建立长度观念，发展量感。</w:t>
      </w:r>
    </w:p>
    <w:p>
      <w:pPr>
        <w:spacing w:after="20" w:line="300" w:lineRule="auto"/>
        <w:ind w:firstLine="400"/>
      </w:pPr>
      <w:r>
        <w:rPr>
          <w:rFonts w:ascii="宋体" w:hAnsi="宋体" w:eastAsia="宋体"/>
          <w:b w:val="0"/>
          <w:sz w:val="20"/>
        </w:rPr>
        <w:t>（2）会选择合适的长度单位计量生活中的物品长度，运用长度单位解决生活中的实际问题。</w:t>
      </w:r>
    </w:p>
    <w:p>
      <w:pPr>
        <w:spacing w:after="20" w:line="300" w:lineRule="auto"/>
        <w:ind w:firstLine="400"/>
      </w:pPr>
      <w:r>
        <w:rPr>
          <w:rFonts w:ascii="宋体" w:hAnsi="宋体" w:eastAsia="宋体"/>
          <w:b w:val="0"/>
          <w:sz w:val="20"/>
        </w:rPr>
        <w:t>（3）感受数学与生活的密切联系，激发积极、愉悦的数学情感。</w:t>
      </w:r>
    </w:p>
    <w:p>
      <w:pPr>
        <w:spacing w:after="20" w:line="300" w:lineRule="auto"/>
      </w:pPr>
      <w:r>
        <w:rPr>
          <w:rFonts w:ascii="宋体" w:hAnsi="宋体" w:eastAsia="宋体"/>
          <w:b w:val="0"/>
          <w:sz w:val="20"/>
        </w:rPr>
        <w:t>教学重点：知道相邻长度单位间的进率，会进行长度单位的换算。</w:t>
      </w:r>
    </w:p>
    <w:p>
      <w:pPr>
        <w:spacing w:after="20" w:line="300" w:lineRule="auto"/>
      </w:pPr>
      <w:r>
        <w:rPr>
          <w:rFonts w:ascii="宋体" w:hAnsi="宋体" w:eastAsia="宋体"/>
          <w:b w:val="0"/>
          <w:sz w:val="20"/>
        </w:rPr>
        <w:t>教学难点：根据实际长度选择合适的长度单位计量。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整理复习长度单位</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同学们，我们已经学过了哪些长度单位？这些长度单位之间的进率是什么？谁能把这些长度单位按照从小到大的顺序排列？；你们能将教科书P29“整理和复习”中表格里的空白部分补充完整吗？</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运用长度单位解决问题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在实际生活中，我们经常会用长度单位描述长度、路程、距离，有时还要进行估测。同学们回忆一下，怎样估测长度？</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同学们，通过整理和复习，你有哪些新的认识？还有什么想探究的问题？</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整理复习长度单位</w:t>
            </w:r>
          </w:p>
        </w:tc>
        <w:tc>
          <w:tcPr>
            <w:tcW w:type="dxa" w:w="3061"/>
          </w:tcPr>
          <w:p>
            <w:pPr>
              <w:spacing w:after="20" w:line="276" w:lineRule="auto"/>
            </w:pPr>
            <w:r/>
            <w:r>
              <w:rPr>
                <w:rFonts w:ascii="宋体" w:hAnsi="宋体" w:eastAsia="宋体"/>
                <w:b w:val="0"/>
                <w:sz w:val="18"/>
              </w:rPr>
              <w:t>1.回顾整理学习过的长度单位。</w:t>
            </w:r>
          </w:p>
          <w:p>
            <w:pPr>
              <w:spacing w:after="20" w:line="276" w:lineRule="auto"/>
            </w:pPr>
            <w:r>
              <w:rPr>
                <w:rFonts w:ascii="宋体" w:hAnsi="宋体" w:eastAsia="宋体"/>
                <w:b w:val="0"/>
                <w:sz w:val="18"/>
              </w:rPr>
              <w:t>师：同学们，我们已经学过了哪些长度单位？这些长度单位之间的进率是什么？谁能把这些长度单位按照从小到大的顺序排列？(板书课题：整理和复习)</w:t>
            </w:r>
          </w:p>
          <w:p>
            <w:pPr>
              <w:spacing w:after="20" w:line="276" w:lineRule="auto"/>
            </w:pPr>
            <w:r>
              <w:rPr>
                <w:rFonts w:ascii="宋体" w:hAnsi="宋体" w:eastAsia="宋体"/>
                <w:b w:val="0"/>
                <w:sz w:val="18"/>
              </w:rPr>
              <w:t>师：你们能将教科书P29“整理和复习”中表格里的空白部分补充完整吗？请在教科书上填一填。(教师板书)</w:t>
            </w:r>
          </w:p>
          <w:p>
            <w:pPr>
              <w:spacing w:after="20" w:line="276" w:lineRule="auto"/>
            </w:pPr>
            <w:r>
              <w:rPr>
                <w:rFonts w:ascii="宋体" w:hAnsi="宋体" w:eastAsia="宋体"/>
                <w:b w:val="0"/>
                <w:sz w:val="18"/>
              </w:rPr>
              <w:t>在交流的基础上，教师补充完善。</w:t>
            </w:r>
          </w:p>
          <w:p>
            <w:pPr>
              <w:spacing w:after="20" w:line="276" w:lineRule="auto"/>
            </w:pPr>
            <w:r>
              <w:rPr>
                <w:rFonts w:ascii="宋体" w:hAnsi="宋体" w:eastAsia="宋体"/>
                <w:b w:val="0"/>
                <w:sz w:val="18"/>
              </w:rPr>
              <w:t>师小结：这一单元学习的毫米、分米和千米，与以前学习的厘米、米一样，都是人们规定好的度量长度的标准。</w:t>
            </w:r>
          </w:p>
          <w:p>
            <w:pPr>
              <w:spacing w:after="20" w:line="276" w:lineRule="auto"/>
            </w:pPr>
            <w:r>
              <w:rPr>
                <w:rFonts w:ascii="宋体" w:hAnsi="宋体" w:eastAsia="宋体"/>
                <w:b w:val="0"/>
                <w:sz w:val="18"/>
              </w:rPr>
              <w:t>2．练习反馈，进一步巩固长度单位的认识。</w:t>
            </w:r>
          </w:p>
          <w:p>
            <w:pPr>
              <w:spacing w:after="20" w:line="276" w:lineRule="auto"/>
            </w:pPr>
            <w:r>
              <w:rPr>
                <w:rFonts w:ascii="宋体" w:hAnsi="宋体" w:eastAsia="宋体"/>
                <w:b w:val="0"/>
                <w:sz w:val="18"/>
              </w:rPr>
              <w:t>师：这些长度单位都是相互联系的，在实际生活中经常会用到，下面我们运用这些知识解决问题。</w:t>
            </w:r>
          </w:p>
          <w:p>
            <w:pPr>
              <w:spacing w:after="20" w:line="276" w:lineRule="auto"/>
            </w:pPr>
            <w:r>
              <w:rPr>
                <w:rFonts w:ascii="宋体" w:hAnsi="宋体" w:eastAsia="宋体"/>
                <w:b w:val="0"/>
                <w:sz w:val="18"/>
              </w:rPr>
              <w:t>(1)课件展示教科书P29“练习七”第1题。</w:t>
            </w:r>
          </w:p>
          <w:p>
            <w:pPr>
              <w:spacing w:after="20" w:line="276" w:lineRule="auto"/>
            </w:pPr>
            <w:r>
              <w:rPr>
                <w:rFonts w:ascii="宋体" w:hAnsi="宋体" w:eastAsia="宋体"/>
                <w:b w:val="0"/>
                <w:sz w:val="18"/>
              </w:rPr>
              <w:t>师：请同学们在教科书上填一填。</w:t>
            </w:r>
          </w:p>
          <w:p>
            <w:pPr>
              <w:spacing w:after="20" w:line="276" w:lineRule="auto"/>
            </w:pPr>
            <w:r>
              <w:rPr>
                <w:rFonts w:ascii="宋体" w:hAnsi="宋体" w:eastAsia="宋体"/>
                <w:b w:val="0"/>
                <w:sz w:val="18"/>
              </w:rPr>
              <w:t>师：你们在选用长度单位时，依据是什么？</w:t>
            </w:r>
          </w:p>
          <w:p>
            <w:pPr>
              <w:spacing w:after="20" w:line="276" w:lineRule="auto"/>
            </w:pPr>
            <w:r>
              <w:rPr>
                <w:rFonts w:ascii="宋体" w:hAnsi="宋体" w:eastAsia="宋体"/>
                <w:b w:val="0"/>
                <w:sz w:val="18"/>
              </w:rPr>
              <w:t>教师要引导学生选择长度单位时，要依据一定的标准作参考，再确定选用什么单位比较合适。</w:t>
            </w:r>
          </w:p>
          <w:p>
            <w:pPr>
              <w:spacing w:after="20" w:line="276" w:lineRule="auto"/>
            </w:pPr>
            <w:r>
              <w:rPr>
                <w:rFonts w:ascii="宋体" w:hAnsi="宋体" w:eastAsia="宋体"/>
                <w:b w:val="0"/>
                <w:sz w:val="18"/>
              </w:rPr>
              <w:t>(2)课件展示教科书P29“练习七”第2题。</w:t>
            </w:r>
          </w:p>
          <w:p>
            <w:pPr>
              <w:spacing w:after="20" w:line="276" w:lineRule="auto"/>
            </w:pPr>
            <w:r>
              <w:rPr>
                <w:rFonts w:ascii="宋体" w:hAnsi="宋体" w:eastAsia="宋体"/>
                <w:b w:val="0"/>
                <w:sz w:val="18"/>
              </w:rPr>
              <w:t>师：请同学们比一比，在教科书上填一填。</w:t>
            </w:r>
          </w:p>
          <w:p>
            <w:pPr>
              <w:spacing w:after="20" w:line="276" w:lineRule="auto"/>
            </w:pPr>
            <w:r>
              <w:rPr>
                <w:rFonts w:ascii="宋体" w:hAnsi="宋体" w:eastAsia="宋体"/>
                <w:b w:val="0"/>
                <w:sz w:val="18"/>
              </w:rPr>
              <w:t>教师要引导学生，如果长度单位不一致，先转换成相同的单位，再比较。</w:t>
            </w:r>
          </w:p>
          <w:p>
            <w:pPr>
              <w:spacing w:after="20" w:line="276" w:lineRule="auto"/>
            </w:pPr>
            <w:r>
              <w:rPr>
                <w:rFonts w:ascii="宋体" w:hAnsi="宋体" w:eastAsia="宋体"/>
                <w:b w:val="0"/>
                <w:sz w:val="18"/>
              </w:rPr>
              <w:t>(3)课件展示教科书P30“练习七”第3题。</w:t>
            </w:r>
          </w:p>
          <w:p>
            <w:pPr>
              <w:spacing w:after="20" w:line="276" w:lineRule="auto"/>
            </w:pPr>
            <w:r>
              <w:rPr>
                <w:rFonts w:ascii="宋体" w:hAnsi="宋体" w:eastAsia="宋体"/>
                <w:b w:val="0"/>
                <w:sz w:val="18"/>
              </w:rPr>
              <w:t>教师引导学生每道题进行判断。说说判断的理由，如果是错的，要说明判断依据是什么。如一本小学生字典厚40毫米，引导学生将40毫米转化成4厘米，再比划出4厘米有多厚，看是否符合实际。</w:t>
            </w:r>
          </w:p>
        </w:tc>
        <w:tc>
          <w:tcPr>
            <w:tcW w:type="dxa" w:w="3061"/>
          </w:tcPr>
          <w:p>
            <w:pPr>
              <w:spacing w:after="20" w:line="276" w:lineRule="auto"/>
            </w:pPr>
            <w:r/>
            <w:r>
              <w:rPr>
                <w:rFonts w:ascii="宋体" w:hAnsi="宋体" w:eastAsia="宋体"/>
                <w:b w:val="0"/>
                <w:sz w:val="18"/>
              </w:rPr>
              <w:t>学生会比较积极地说出已经学习的长度单位。对于进率和排序，部分学生可能存在困难，教师要适时地给予指导。</w:t>
            </w:r>
          </w:p>
          <w:p>
            <w:pPr>
              <w:spacing w:after="20" w:line="276" w:lineRule="auto"/>
            </w:pPr>
            <w:r>
              <w:rPr>
                <w:rFonts w:ascii="宋体" w:hAnsi="宋体" w:eastAsia="宋体"/>
                <w:b w:val="0"/>
                <w:sz w:val="18"/>
              </w:rPr>
              <w:t>学生独立完成后，全班交流。</w:t>
            </w:r>
          </w:p>
          <w:p>
            <w:pPr>
              <w:spacing w:after="20" w:line="276" w:lineRule="auto"/>
            </w:pPr>
            <w:r>
              <w:rPr>
                <w:rFonts w:ascii="宋体" w:hAnsi="宋体" w:eastAsia="宋体"/>
                <w:b w:val="0"/>
                <w:sz w:val="18"/>
              </w:rPr>
              <w:t>学生独立完成后全班交流。</w:t>
            </w:r>
          </w:p>
          <w:p>
            <w:pPr>
              <w:spacing w:after="20" w:line="276" w:lineRule="auto"/>
            </w:pPr>
            <w:r>
              <w:rPr>
                <w:rFonts w:ascii="宋体" w:hAnsi="宋体" w:eastAsia="宋体"/>
                <w:b w:val="0"/>
                <w:sz w:val="18"/>
              </w:rPr>
              <w:t>学生独立完成后全班交流。</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引导学生回顾梳理本课所学，完善认知结构，提升归纳与反思能力，核心问题："同学们，我们已经学过了哪些长度单位？这些长度单位之间的进率是什么？谁能把这些长度单位按照从小到大的顺序排列？"</w:t>
            </w:r>
          </w:p>
        </w:tc>
      </w:tr>
      <w:tr>
        <w:tc>
          <w:tcPr>
            <w:tcW w:type="dxa" w:w="1474"/>
          </w:tcPr>
          <w:p>
            <w:pPr>
              <w:spacing w:after="20" w:line="276" w:lineRule="auto"/>
            </w:pPr>
            <w:r>
              <w:rPr>
                <w:b/>
              </w:rPr>
            </w:r>
            <w:r>
              <w:rPr>
                <w:rFonts w:ascii="宋体" w:hAnsi="宋体" w:eastAsia="宋体"/>
                <w:b/>
                <w:sz w:val="18"/>
              </w:rPr>
              <w:t>运用长度单位解决问题</w:t>
            </w:r>
          </w:p>
        </w:tc>
        <w:tc>
          <w:tcPr>
            <w:tcW w:type="dxa" w:w="3061"/>
          </w:tcPr>
          <w:p>
            <w:pPr>
              <w:spacing w:after="20" w:line="276" w:lineRule="auto"/>
            </w:pPr>
            <w:r/>
            <w:r>
              <w:rPr>
                <w:rFonts w:ascii="宋体" w:hAnsi="宋体" w:eastAsia="宋体"/>
                <w:b w:val="0"/>
                <w:sz w:val="18"/>
              </w:rPr>
              <w:t>师：在实际生活中，我们经常会用长度单位描述长度、路程、距离，有时还要进行估测。同学们回忆一下，怎样估测长度？</w:t>
            </w:r>
          </w:p>
          <w:p>
            <w:pPr>
              <w:spacing w:after="20" w:line="276" w:lineRule="auto"/>
            </w:pPr>
            <w:r>
              <w:rPr>
                <w:rFonts w:ascii="宋体" w:hAnsi="宋体" w:eastAsia="宋体"/>
                <w:b w:val="0"/>
                <w:sz w:val="18"/>
              </w:rPr>
              <w:t>结合学生的交流，教师板书：确定度量标准进行估测。</w:t>
            </w:r>
          </w:p>
          <w:p>
            <w:pPr>
              <w:spacing w:after="20" w:line="276" w:lineRule="auto"/>
            </w:pPr>
            <w:r>
              <w:rPr>
                <w:rFonts w:ascii="宋体" w:hAnsi="宋体" w:eastAsia="宋体"/>
                <w:b w:val="0"/>
                <w:sz w:val="18"/>
              </w:rPr>
              <w:t>1．完成教科书P30“练习七”第4题。</w:t>
            </w:r>
          </w:p>
          <w:p>
            <w:pPr>
              <w:spacing w:after="20" w:line="276" w:lineRule="auto"/>
            </w:pPr>
            <w:r>
              <w:rPr>
                <w:rFonts w:ascii="宋体" w:hAnsi="宋体" w:eastAsia="宋体"/>
                <w:b w:val="0"/>
                <w:sz w:val="18"/>
              </w:rPr>
              <w:t>2．完成教科书P30“练习七”第5题。</w:t>
            </w:r>
          </w:p>
          <w:p>
            <w:pPr>
              <w:spacing w:after="20" w:line="276" w:lineRule="auto"/>
            </w:pPr>
            <w:r>
              <w:rPr>
                <w:rFonts w:ascii="宋体" w:hAnsi="宋体" w:eastAsia="宋体"/>
                <w:b w:val="0"/>
                <w:sz w:val="18"/>
              </w:rPr>
              <w:t>3．完成教科书P30“练习七”第6题。</w:t>
            </w:r>
          </w:p>
          <w:p>
            <w:pPr>
              <w:spacing w:after="20" w:line="276" w:lineRule="auto"/>
            </w:pPr>
            <w:r>
              <w:rPr>
                <w:rFonts w:ascii="宋体" w:hAnsi="宋体" w:eastAsia="宋体"/>
                <w:b w:val="0"/>
                <w:sz w:val="18"/>
              </w:rPr>
              <w:t>先找出一根细绳，将它与这捆铁丝的一圈重合后剪下来；然后将细绳拉直，量出一圈的长度；再数一数这捆铁丝有多少圈；最后计算出一捆铁丝有多长。</w:t>
            </w:r>
          </w:p>
        </w:tc>
        <w:tc>
          <w:tcPr>
            <w:tcW w:type="dxa" w:w="3061"/>
          </w:tcPr>
          <w:p>
            <w:pPr>
              <w:spacing w:after="20" w:line="276" w:lineRule="auto"/>
            </w:pPr>
            <w:r/>
            <w:r>
              <w:rPr>
                <w:rFonts w:ascii="宋体" w:hAnsi="宋体" w:eastAsia="宋体"/>
                <w:b w:val="0"/>
                <w:sz w:val="18"/>
              </w:rPr>
              <w:t>学生交流，教师评价。</w:t>
            </w:r>
          </w:p>
          <w:p>
            <w:pPr>
              <w:spacing w:after="20" w:line="276" w:lineRule="auto"/>
            </w:pPr>
            <w:r>
              <w:rPr>
                <w:rFonts w:ascii="宋体" w:hAnsi="宋体" w:eastAsia="宋体"/>
                <w:b w:val="0"/>
                <w:sz w:val="18"/>
              </w:rPr>
              <w:t>学生独立解答后全班展示交流。</w:t>
            </w:r>
          </w:p>
          <w:p>
            <w:pPr>
              <w:spacing w:after="20" w:line="276" w:lineRule="auto"/>
            </w:pPr>
            <w:r>
              <w:rPr>
                <w:rFonts w:ascii="宋体" w:hAnsi="宋体" w:eastAsia="宋体"/>
                <w:b w:val="0"/>
                <w:sz w:val="18"/>
              </w:rPr>
              <w:t>学生交流，教师引导学生知道步长、庹长、相对短的绳长都可以作为估测的标准。</w:t>
            </w:r>
          </w:p>
          <w:p>
            <w:pPr>
              <w:spacing w:after="20" w:line="276" w:lineRule="auto"/>
            </w:pPr>
            <w:r>
              <w:rPr>
                <w:rFonts w:ascii="宋体" w:hAnsi="宋体" w:eastAsia="宋体"/>
                <w:b w:val="0"/>
                <w:sz w:val="18"/>
              </w:rPr>
              <w:t>小组合作，讨论研究方案，并进行测量。</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在实际生活中，我们经常会用长度单位描述长度、路程、距离，有时还要进行估测。同学们回忆一下，怎样估测长度？"</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师：同学们，通过整理和复习，你有哪些新的认识？还有什么想探究的问题？</w:t>
            </w:r>
          </w:p>
          <w:p>
            <w:pPr>
              <w:spacing w:after="20" w:line="276" w:lineRule="auto"/>
            </w:pPr>
            <w:r>
              <w:rPr>
                <w:rFonts w:ascii="宋体" w:hAnsi="宋体" w:eastAsia="宋体"/>
                <w:b w:val="0"/>
                <w:sz w:val="18"/>
              </w:rPr>
              <w:t>本节课容量不大，而且都是人们规定好的度量长度的标准，所以学生整理难度不大。在教学时，充分尊重学生的经验，让学生自主整理，结合实际问题进一步体验和理解，在理解的基础上进行单位换算。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引导学生回顾梳理本课所学，完善认知结构，提升归纳与反思能力，核心问题："同学们，通过整理和复习，你有哪些新的认识？还有什么想探究的问题？"</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确定度量标准进行估测。</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教科书P29～30“整理和复习”，完成教科书P29～30“练习七”。</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本节课的整理和复习，学生将所学的长度单位进行了系统整理，对单位换算有了新的认识，拓宽了思维。通过练习反馈，学生对长度单位整体掌握还不错，只是少数不熟悉的物体在选择长度单位时不准确，需要加强练习。</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