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人教版三年级数学下册</w:t>
      </w:r>
    </w:p>
    <w:p>
      <w:pPr>
        <w:spacing w:after="80" w:line="300" w:lineRule="auto"/>
        <w:jc w:val="center"/>
      </w:pPr>
      <w:r>
        <w:rPr>
          <w:rFonts w:ascii="黑体" w:hAnsi="黑体" w:eastAsia="黑体"/>
          <w:b/>
          <w:sz w:val="26"/>
        </w:rPr>
        <w:t>第1单元 生活中的运动现象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第1单元 生活中的运动现象</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图形与几何</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4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【教材解读】</w:t>
      </w:r>
    </w:p>
    <w:p>
      <w:pPr>
        <w:spacing w:after="80" w:line="300" w:lineRule="auto"/>
        <w:ind w:firstLine="400"/>
      </w:pPr>
      <w:r>
        <w:rPr>
          <w:rFonts w:ascii="宋体" w:hAnsi="宋体" w:eastAsia="宋体"/>
          <w:b w:val="0"/>
          <w:sz w:val="20"/>
        </w:rPr>
        <w:t>本单元主要是通过观察、操作等活动，直观认识轴对称图形、理解图形的平移、初步认识旋转、解决相关实际问题，为学生后续的学习积累丰富的经验。由于日常生活中的物体大多数是复合运动，教科书在选取生活中的实例时，注意了其运动特点的典型性，尽量呈现生活中单一运动形式的实例。在例题与习题的表述与内容上，教科书都非常注意区分生活中物体的运动(现象)和数学上的图形的运动，让学生体会相应的图形运动的特征，学会分辨合同运动的种类(对称、平移和旋转)。</w:t>
      </w:r>
    </w:p>
    <w:p>
      <w:pPr>
        <w:spacing w:after="80" w:line="300" w:lineRule="auto"/>
        <w:ind w:firstLine="400"/>
      </w:pPr>
      <w:r>
        <w:rPr>
          <w:rFonts w:ascii="宋体" w:hAnsi="宋体" w:eastAsia="宋体"/>
          <w:b w:val="0"/>
          <w:sz w:val="20"/>
        </w:rPr>
        <w:t>教科书通过设计形式多样的活动让学生动手操作，从而让学生深入理解概念，感受知识的形成过程。主要要求学生能从诸多的图形中辨别出轴对称图形；能辨认出一个图形平移后的图形；能辨认生活中的对称、平移、旋转现象等。不要求学生画出对称轴及在方格纸上画出轴对称图形的另一半，也不要求学生从定量的角度认识平移等。</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【学情分析】</w:t>
      </w:r>
    </w:p>
    <w:p>
      <w:pPr>
        <w:spacing w:after="80" w:line="300" w:lineRule="auto"/>
        <w:ind w:firstLine="400"/>
      </w:pPr>
      <w:r>
        <w:rPr>
          <w:rFonts w:ascii="宋体" w:hAnsi="宋体" w:eastAsia="宋体"/>
          <w:b w:val="0"/>
          <w:sz w:val="20"/>
        </w:rPr>
        <w:t>轴对称、平移和旋转都是学生在日常生活中经常看到的，学生有一定的生活经验。本单元的学习内容主要是形状和大小不变，仅仅发生位置变化的图形运动(合同运动)。由于低年级学生的思维以具体形象思维为主，因此在学习抽象图形知识时，需要直观现象的支撑，观察与动手操作都是非常重要的方法。通过让学生观察日常生活中熟悉的物体，注重实践活动的多样性，帮助学生发展空间观念，使学生能在不同的数学活动过程中真正理解和掌握基本的数学知识与技能。</w:t>
      </w:r>
    </w:p>
    <w:p>
      <w:pPr>
        <w:spacing w:after="80" w:line="300" w:lineRule="auto"/>
        <w:ind w:firstLine="400"/>
      </w:pPr>
      <w:r>
        <w:rPr>
          <w:rFonts w:ascii="宋体" w:hAnsi="宋体" w:eastAsia="宋体"/>
          <w:b w:val="0"/>
          <w:sz w:val="20"/>
        </w:rPr>
        <w:t>【教学策略】</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几何直观：通过观察生活实例、动手操作图形等活动，让学生直观认识轴对称图形、平移和旋转现象，能借助图形描述和分析问题，初步形成几何直观能力。</w:t>
      </w:r>
    </w:p>
    <w:p>
      <w:pPr>
        <w:spacing w:after="40" w:line="300" w:lineRule="auto"/>
        <w:ind w:firstLine="400"/>
      </w:pPr>
      <w:r>
        <w:rPr>
          <w:rFonts w:ascii="宋体" w:hAnsi="宋体" w:eastAsia="宋体"/>
          <w:b w:val="0"/>
          <w:sz w:val="20"/>
        </w:rPr>
        <w:t>空间观念：引导学生在辨认、想象、操作图形运动的过程中，发展空间观念，能在实际情境中，辨认出生活中的平移、旋转和轴对称现象，直观感知平移、旋转和轴对称的特征。</w:t>
      </w:r>
    </w:p>
    <w:p>
      <w:pPr>
        <w:spacing w:after="40" w:line="300" w:lineRule="auto"/>
        <w:ind w:firstLine="400"/>
      </w:pPr>
      <w:r>
        <w:rPr>
          <w:rFonts w:ascii="宋体" w:hAnsi="宋体" w:eastAsia="宋体"/>
          <w:b w:val="0"/>
          <w:sz w:val="20"/>
        </w:rPr>
        <w:t>应用意识：体会图形运动在生活中的广泛应用，感受数学与生活的紧密联系，能运用所学知识解释生活中的图形运动现象，解决简单的实际问题，增强应用数学的意识。</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第1课时：能在实际情境中，辨认出生活中的轴对称现象，直观感知轴对称的特征。</w:t>
      </w:r>
    </w:p>
    <w:p>
      <w:pPr>
        <w:spacing w:after="20" w:line="300" w:lineRule="auto"/>
        <w:ind w:firstLine="400"/>
      </w:pPr>
      <w:r>
        <w:rPr>
          <w:rFonts w:ascii="宋体" w:hAnsi="宋体" w:eastAsia="宋体"/>
          <w:b w:val="0"/>
          <w:sz w:val="20"/>
        </w:rPr>
        <w:t>第2课时：能在实际情境中，辨认出生活中的平移现象，直观感知平移的特征。</w:t>
      </w:r>
    </w:p>
    <w:p>
      <w:pPr>
        <w:spacing w:after="20" w:line="300" w:lineRule="auto"/>
        <w:ind w:firstLine="400"/>
      </w:pPr>
      <w:r>
        <w:rPr>
          <w:rFonts w:ascii="宋体" w:hAnsi="宋体" w:eastAsia="宋体"/>
          <w:b w:val="0"/>
          <w:sz w:val="20"/>
        </w:rPr>
        <w:t>第3课时：能在实际情境中，辨认出生活中的旋转现象，直观感知旋转的特征，认识顺时针旋转和逆时针旋转。</w:t>
      </w:r>
    </w:p>
    <w:p>
      <w:pPr>
        <w:spacing w:after="20" w:line="300" w:lineRule="auto"/>
        <w:ind w:firstLine="400"/>
      </w:pPr>
      <w:r>
        <w:rPr>
          <w:rFonts w:ascii="宋体" w:hAnsi="宋体" w:eastAsia="宋体"/>
          <w:b w:val="0"/>
          <w:sz w:val="20"/>
        </w:rPr>
        <w:t>第4课时：让学生在剪纸的过程中，感受图形的对称和平移，培养学生动手操作的能力。</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为学生提供丰富而典型的学习资源。除了利用教科书上提供的素材以外，教师还可以结合学生的生活实际，提供丰富的生活素材让学生感知，如自行车的车轮转动、荡秋千等。课堂上通过观察与操作，采取生生交流和师生交流的方式进行学习，这样不仅极大地丰富了学生的学习资源，同时可以使学生感悟数学来源于生活，又服务于生活。</w:t>
      </w:r>
    </w:p>
    <w:p>
      <w:pPr>
        <w:spacing w:after="20" w:line="300" w:lineRule="auto"/>
      </w:pPr>
      <w:r>
        <w:rPr>
          <w:rFonts w:ascii="宋体" w:hAnsi="宋体" w:eastAsia="宋体"/>
          <w:b w:val="0"/>
          <w:sz w:val="20"/>
        </w:rPr>
        <w:t>● 注意操作活动与数学思考相结合。在教学中教师应将学习的主动权交给学生，让学生在折一折、画一画、剪一剪中理解轴对称图形，认识图形的平移和旋转现象。在动手之前，先思考会达到什么样的效果，发展学生的空间观念。操作达不到要求的时候可以继续追问“你觉得可能是哪一环节出了问题”，在思考与操作的紧密结合下，自主突破难点。</w:t>
      </w:r>
    </w:p>
    <w:p>
      <w:pPr>
        <w:spacing w:after="20" w:line="300" w:lineRule="auto"/>
      </w:pPr>
      <w:r>
        <w:rPr>
          <w:rFonts w:ascii="宋体" w:hAnsi="宋体" w:eastAsia="宋体"/>
          <w:b w:val="0"/>
          <w:sz w:val="20"/>
        </w:rPr>
        <w:t>● 注意在学习的困难处加强引导，使教学更有效果。例如，剪纸的教学，学生在剪的过程中会出现很多问题。多次不成功会打击学生的自信心，其中的原因是学生缺乏这方面的经验。此时教师就应介入进行适当引导，如先让学生谈一谈剪出2个手拉手的纸人的关键是什么；剪不成功要找出原因，调整方案再剪，直至成功。从而将解决问题时的思考方法渗透给学生，增强学生解决问题的自信心。</w:t>
      </w:r>
    </w:p>
    <w:p>
      <w:pPr>
        <w:spacing w:after="20" w:line="300" w:lineRule="auto"/>
      </w:pPr>
      <w:r>
        <w:rPr>
          <w:rFonts w:ascii="宋体" w:hAnsi="宋体" w:eastAsia="宋体"/>
          <w:b w:val="0"/>
          <w:sz w:val="20"/>
        </w:rPr>
        <w:t>● 巧用多媒体，动态展示。借助多媒体工具，如动画演示、教学软件等，将抽象的图形运动直观、动态地呈现给学生。通过动画展示图形平移的轨迹、旋转的过程，让学生清晰看到图形运动前后的变化，尤其是在讲解较难理解的旋转角度、复杂图形的平移等内容时，多媒体的优势更为突出。如利用几何画板软件，动态展示三角形绕某点旋转不同角度后的图形，帮助学生理解旋转的本质。</w:t>
      </w:r>
    </w:p>
    <w:p>
      <w:pPr>
        <w:spacing w:after="20" w:line="300" w:lineRule="auto"/>
      </w:pPr>
      <w:r>
        <w:rPr>
          <w:rFonts w:ascii="宋体" w:hAnsi="宋体" w:eastAsia="宋体"/>
          <w:b w:val="0"/>
          <w:sz w:val="20"/>
        </w:rPr>
        <w:t>【素养体现】</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轴对称</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能在实际情境中，辨认出生活中的轴对称现象，直观感知轴对称的特征。</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平移</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能在实际情境中，辨认出生活中的平移现象，直观感知平移的特征。</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旋转</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能在实际情境中，辨认出生活中的旋转现象，直观感知旋转的特征，认识顺时针旋转和逆时针旋转。</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剪纸</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让学生在剪纸的过程中，感受图形的对称和平移，培养学生动手操作的能力。</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轴对称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轴对称</w:t>
            </w:r>
          </w:p>
        </w:tc>
        <w:tc>
          <w:tcPr>
            <w:tcW w:type="dxa" w:w="6009"/>
          </w:tcPr>
          <w:p>
            <w:pPr>
              <w:spacing w:after="20" w:line="276" w:lineRule="auto"/>
            </w:pPr>
            <w:r/>
            <w:r>
              <w:rPr>
                <w:rFonts w:ascii="宋体" w:hAnsi="宋体" w:eastAsia="宋体"/>
                <w:b w:val="0"/>
                <w:sz w:val="20"/>
              </w:rPr>
              <w:t>第1单元 生活中的运动现象</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轴对称、平移和旋转都是学生在日常生活中经常看到的，学生有一定的生活经验。本单元的学习内容主要是形状和大小不变，仅仅发生位置变化的图形运动(合同运动)。由于低年级学生的思维以具体形象思维为主，因此在学习抽象图形知识时，需要直观现象的支撑，观察与动手操作都是非常重要的方法。通过让学生观察日常生活中熟悉的物体，注重实践活动的多样性，帮助学生发展空间观念，使学生能在不同的数学活动过程中真正理解和掌握基本的数学知识与技能。</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教学内容：教科书P1～3部分内容及“做一做”，教科书P8“练习一”第1题。</w:t>
      </w:r>
    </w:p>
    <w:p>
      <w:pPr>
        <w:spacing w:after="80" w:line="300" w:lineRule="auto"/>
        <w:ind w:firstLine="400"/>
      </w:pPr>
      <w:r>
        <w:rPr>
          <w:rFonts w:ascii="宋体" w:hAnsi="宋体" w:eastAsia="宋体"/>
          <w:b w:val="0"/>
          <w:sz w:val="20"/>
        </w:rPr>
        <w:t>教学准备：课件、树叶、风筝和蜻蜓轮廓图形及例1中的图形。</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（1）能在实际情境中，辨认出生活中的轴对称现象，直观感知轴对称的特征。</w:t>
      </w:r>
    </w:p>
    <w:p>
      <w:pPr>
        <w:spacing w:after="20" w:line="300" w:lineRule="auto"/>
        <w:ind w:firstLine="400"/>
      </w:pPr>
      <w:r>
        <w:rPr>
          <w:rFonts w:ascii="宋体" w:hAnsi="宋体" w:eastAsia="宋体"/>
          <w:b w:val="0"/>
          <w:sz w:val="20"/>
        </w:rPr>
        <w:t>（2）经历操作、观察、想象、交流等活动，增强学生的观察能力、想象能力和表达能力，发展学生的空间观念。</w:t>
      </w:r>
    </w:p>
    <w:p>
      <w:pPr>
        <w:spacing w:after="20" w:line="300" w:lineRule="auto"/>
        <w:ind w:firstLine="400"/>
      </w:pPr>
      <w:r>
        <w:rPr>
          <w:rFonts w:ascii="宋体" w:hAnsi="宋体" w:eastAsia="宋体"/>
          <w:b w:val="0"/>
          <w:sz w:val="20"/>
        </w:rPr>
        <w:t>（3）感受实际生活中普遍存在的对称现象，体验生活中处处有数学，感受物体或图形的对称美，激发学生学习数学的兴趣。</w:t>
      </w:r>
    </w:p>
    <w:p>
      <w:pPr>
        <w:spacing w:after="20" w:line="300" w:lineRule="auto"/>
      </w:pPr>
      <w:r>
        <w:rPr>
          <w:rFonts w:ascii="宋体" w:hAnsi="宋体" w:eastAsia="宋体"/>
          <w:b w:val="0"/>
          <w:sz w:val="20"/>
        </w:rPr>
        <w:t>教学重点：能辨认出生活中的轴对称现象和轴对称图形。</w:t>
      </w:r>
    </w:p>
    <w:p>
      <w:pPr>
        <w:spacing w:after="20" w:line="300" w:lineRule="auto"/>
      </w:pPr>
      <w:r>
        <w:rPr>
          <w:rFonts w:ascii="宋体" w:hAnsi="宋体" w:eastAsia="宋体"/>
          <w:b w:val="0"/>
          <w:sz w:val="20"/>
        </w:rPr>
        <w:t>教学难点：辨认轴对称图形。</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一、初步感知图形的运动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同学们平常喜欢健身吗？你们常去的户外健身场所是哪里？；今天我们一起到健身乐园里看看吧。观察主题图中的“健身乐园”，图中有哪些运动现象？</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二、认识轴对称图形</w:t>
            </w:r>
          </w:p>
        </w:tc>
        <w:tc>
          <w:tcPr>
            <w:tcW w:type="dxa" w:w="1814"/>
          </w:tcPr>
          <w:p>
            <w:pPr>
              <w:spacing w:after="20" w:line="276" w:lineRule="auto"/>
            </w:pPr>
            <w:r/>
            <w:r>
              <w:rPr>
                <w:rFonts w:ascii="宋体" w:hAnsi="宋体" w:eastAsia="宋体"/>
                <w:b w:val="0"/>
                <w:sz w:val="18"/>
              </w:rPr>
              <w:t>课件、图片</w:t>
            </w:r>
          </w:p>
        </w:tc>
        <w:tc>
          <w:tcPr>
            <w:tcW w:type="dxa" w:w="3402"/>
          </w:tcPr>
          <w:p>
            <w:pPr>
              <w:spacing w:after="20" w:line="276" w:lineRule="auto"/>
            </w:pPr>
            <w:r/>
            <w:r>
              <w:rPr>
                <w:rFonts w:ascii="宋体" w:hAnsi="宋体" w:eastAsia="宋体"/>
                <w:b w:val="0"/>
                <w:sz w:val="18"/>
              </w:rPr>
              <w:t>这些物体你认识吗？；请同学们从这三个图形中任意拿一个折一折，你发现了什么？</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三、直观感受轴对称图形的特点</w:t>
            </w:r>
          </w:p>
        </w:tc>
        <w:tc>
          <w:tcPr>
            <w:tcW w:type="dxa" w:w="1814"/>
          </w:tcPr>
          <w:p>
            <w:pPr>
              <w:spacing w:after="20" w:line="276" w:lineRule="auto"/>
            </w:pPr>
            <w:r/>
            <w:r>
              <w:rPr>
                <w:rFonts w:ascii="宋体" w:hAnsi="宋体" w:eastAsia="宋体"/>
                <w:b w:val="0"/>
                <w:sz w:val="18"/>
              </w:rPr>
              <w:t>课件、教科书、学具</w:t>
            </w:r>
          </w:p>
        </w:tc>
        <w:tc>
          <w:tcPr>
            <w:tcW w:type="dxa" w:w="3402"/>
          </w:tcPr>
          <w:p>
            <w:pPr>
              <w:spacing w:after="20" w:line="276" w:lineRule="auto"/>
            </w:pPr>
            <w:r/>
            <w:r>
              <w:rPr>
                <w:rFonts w:ascii="宋体" w:hAnsi="宋体" w:eastAsia="宋体"/>
                <w:b w:val="0"/>
                <w:sz w:val="18"/>
              </w:rPr>
              <w:t>请同学们从学具袋中拿出这些图形，折一折，你有什么发现？</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想象一下每个轴对称图形各有几条对称轴？</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一、初步感知图形的运动</w:t>
            </w:r>
          </w:p>
        </w:tc>
        <w:tc>
          <w:tcPr>
            <w:tcW w:type="dxa" w:w="3061"/>
          </w:tcPr>
          <w:p>
            <w:pPr>
              <w:spacing w:after="20" w:line="276" w:lineRule="auto"/>
            </w:pPr>
            <w:r/>
            <w:r>
              <w:rPr>
                <w:rFonts w:ascii="宋体" w:hAnsi="宋体" w:eastAsia="宋体"/>
                <w:b w:val="0"/>
                <w:sz w:val="18"/>
              </w:rPr>
              <w:t>1.课件出示教科书P1主题图。</w:t>
            </w:r>
          </w:p>
          <w:p>
            <w:pPr>
              <w:spacing w:after="20" w:line="276" w:lineRule="auto"/>
            </w:pPr>
            <w:r>
              <w:rPr>
                <w:rFonts w:ascii="宋体" w:hAnsi="宋体" w:eastAsia="宋体"/>
                <w:b w:val="0"/>
                <w:sz w:val="18"/>
              </w:rPr>
              <w:t>师：同学们平常喜欢健身吗？你们常去的户外健身场所是哪里？</w:t>
            </w:r>
          </w:p>
          <w:p>
            <w:pPr>
              <w:spacing w:after="20" w:line="276" w:lineRule="auto"/>
            </w:pPr>
            <w:r>
              <w:rPr>
                <w:rFonts w:ascii="宋体" w:hAnsi="宋体" w:eastAsia="宋体"/>
                <w:b w:val="0"/>
                <w:sz w:val="18"/>
              </w:rPr>
              <w:t>师：今天我们一起到健身乐园里看看吧。观察主题图中的“健身乐园”，图中有哪些运动现象？</w:t>
            </w:r>
          </w:p>
          <w:p>
            <w:pPr>
              <w:spacing w:after="20" w:line="276" w:lineRule="auto"/>
            </w:pPr>
            <w:r>
              <w:rPr>
                <w:rFonts w:ascii="宋体" w:hAnsi="宋体" w:eastAsia="宋体"/>
                <w:b w:val="0"/>
                <w:sz w:val="18"/>
              </w:rPr>
              <w:t>2．选择风筝，让学生再次认真观察，说一说它的特点。</w:t>
            </w:r>
          </w:p>
          <w:p>
            <w:pPr>
              <w:spacing w:after="20" w:line="276" w:lineRule="auto"/>
            </w:pPr>
            <w:r>
              <w:rPr>
                <w:rFonts w:ascii="宋体" w:hAnsi="宋体" w:eastAsia="宋体"/>
                <w:b w:val="0"/>
                <w:sz w:val="18"/>
              </w:rPr>
              <w:t>师：观察风筝，你有什么发现？</w:t>
            </w:r>
          </w:p>
          <w:p>
            <w:pPr>
              <w:spacing w:after="20" w:line="276" w:lineRule="auto"/>
            </w:pPr>
            <w:r>
              <w:rPr>
                <w:rFonts w:ascii="宋体" w:hAnsi="宋体" w:eastAsia="宋体"/>
                <w:b w:val="0"/>
                <w:sz w:val="18"/>
              </w:rPr>
              <w:t>3．在日常生活中找同种类型的物体。</w:t>
            </w:r>
          </w:p>
          <w:p>
            <w:pPr>
              <w:spacing w:after="20" w:line="276" w:lineRule="auto"/>
            </w:pPr>
            <w:r>
              <w:rPr>
                <w:rFonts w:ascii="宋体" w:hAnsi="宋体" w:eastAsia="宋体"/>
                <w:b w:val="0"/>
                <w:sz w:val="18"/>
              </w:rPr>
              <w:t>师：像这样左右一样的物体，你在生活中还能找到哪些？</w:t>
            </w:r>
          </w:p>
          <w:p>
            <w:pPr>
              <w:spacing w:after="20" w:line="276" w:lineRule="auto"/>
            </w:pPr>
            <w:r>
              <w:rPr>
                <w:rFonts w:ascii="宋体" w:hAnsi="宋体" w:eastAsia="宋体"/>
                <w:b w:val="0"/>
                <w:sz w:val="18"/>
              </w:rPr>
              <w:t>4．引入新课。</w:t>
            </w:r>
          </w:p>
          <w:p>
            <w:pPr>
              <w:spacing w:after="20" w:line="276" w:lineRule="auto"/>
            </w:pPr>
            <w:r>
              <w:rPr>
                <w:rFonts w:ascii="宋体" w:hAnsi="宋体" w:eastAsia="宋体"/>
                <w:b w:val="0"/>
                <w:sz w:val="18"/>
              </w:rPr>
              <w:t>师：我们今天要学习的就是像这样的图形。(板书课题：轴对称)</w:t>
            </w:r>
          </w:p>
        </w:tc>
        <w:tc>
          <w:tcPr>
            <w:tcW w:type="dxa" w:w="3061"/>
          </w:tcPr>
          <w:p>
            <w:pPr>
              <w:spacing w:after="20" w:line="276" w:lineRule="auto"/>
            </w:pPr>
            <w:r/>
            <w:r>
              <w:rPr>
                <w:rFonts w:ascii="宋体" w:hAnsi="宋体" w:eastAsia="宋体"/>
                <w:b w:val="0"/>
                <w:sz w:val="18"/>
              </w:rPr>
              <w:t>学生都表示喜欢健身运动，有人喜欢去公园，有人喜欢去操场……</w:t>
            </w:r>
          </w:p>
          <w:p>
            <w:pPr>
              <w:spacing w:after="20" w:line="276" w:lineRule="auto"/>
            </w:pPr>
            <w:r>
              <w:rPr>
                <w:rFonts w:ascii="宋体" w:hAnsi="宋体" w:eastAsia="宋体"/>
                <w:b w:val="0"/>
                <w:sz w:val="18"/>
              </w:rPr>
              <w:t>学生对主题图中的各项事物很熟悉，会说出图中各实例的名称并描述每个实例的运动方式，如：①风车可以旋转；②健身器材也可以旋转；③观光电梯能够上下运动；④滑滑梯，人会斜着滑下来；⑤有一个漂亮的风筝，有风就可以飞到天上等。</w:t>
            </w:r>
          </w:p>
          <w:p>
            <w:pPr>
              <w:spacing w:after="20" w:line="276" w:lineRule="auto"/>
            </w:pPr>
            <w:r>
              <w:rPr>
                <w:rFonts w:ascii="宋体" w:hAnsi="宋体" w:eastAsia="宋体"/>
                <w:b w:val="0"/>
                <w:sz w:val="18"/>
              </w:rPr>
              <w:t>初步发现风筝左右两边一样，也有可能发现风筝左右两边对称等。</w:t>
            </w:r>
          </w:p>
          <w:p>
            <w:pPr>
              <w:spacing w:after="20" w:line="276" w:lineRule="auto"/>
            </w:pPr>
            <w:r>
              <w:rPr>
                <w:rFonts w:ascii="宋体" w:hAnsi="宋体" w:eastAsia="宋体"/>
                <w:b w:val="0"/>
                <w:sz w:val="18"/>
              </w:rPr>
              <w:t>学生可能会想到剪纸、脸谱、银杏叶等。</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设计递进式探究活动，引导学生在动手实践与合作交流中经历知识形成过程，突破本课重难点，核心问题："同学们平常喜欢健身吗？你们常去的户外健身场所是哪里？"</w:t>
            </w:r>
          </w:p>
        </w:tc>
      </w:tr>
      <w:tr>
        <w:tc>
          <w:tcPr>
            <w:tcW w:type="dxa" w:w="1474"/>
          </w:tcPr>
          <w:p>
            <w:pPr>
              <w:spacing w:after="20" w:line="276" w:lineRule="auto"/>
            </w:pPr>
            <w:r>
              <w:rPr>
                <w:b/>
              </w:rPr>
            </w:r>
            <w:r>
              <w:rPr>
                <w:rFonts w:ascii="宋体" w:hAnsi="宋体" w:eastAsia="宋体"/>
                <w:b/>
                <w:sz w:val="18"/>
              </w:rPr>
              <w:t>二、认识轴对称图形</w:t>
            </w:r>
          </w:p>
        </w:tc>
        <w:tc>
          <w:tcPr>
            <w:tcW w:type="dxa" w:w="3061"/>
          </w:tcPr>
          <w:p>
            <w:pPr>
              <w:spacing w:after="20" w:line="276" w:lineRule="auto"/>
            </w:pPr>
            <w:r/>
            <w:r>
              <w:rPr>
                <w:rFonts w:ascii="宋体" w:hAnsi="宋体" w:eastAsia="宋体"/>
                <w:b w:val="0"/>
                <w:sz w:val="18"/>
              </w:rPr>
              <w:t>1.课件出示如下物体。</w:t>
            </w:r>
          </w:p>
          <w:p>
            <w:pPr>
              <w:spacing w:after="20" w:line="276" w:lineRule="auto"/>
            </w:pPr>
            <w:r>
              <w:rPr>
                <w:rFonts w:ascii="宋体" w:hAnsi="宋体" w:eastAsia="宋体"/>
                <w:b w:val="0"/>
                <w:sz w:val="18"/>
              </w:rPr>
              <w:t>师：这些物体你认识吗？说一说它们有哪些相同的特征。</w:t>
            </w:r>
          </w:p>
          <w:p>
            <w:pPr>
              <w:spacing w:after="20" w:line="276" w:lineRule="auto"/>
            </w:pPr>
            <w:r>
              <w:rPr>
                <w:rFonts w:ascii="宋体" w:hAnsi="宋体" w:eastAsia="宋体"/>
                <w:b w:val="0"/>
                <w:sz w:val="18"/>
              </w:rPr>
              <w:t>2．抽象出图形。</w:t>
            </w:r>
          </w:p>
          <w:p>
            <w:pPr>
              <w:spacing w:after="20" w:line="276" w:lineRule="auto"/>
            </w:pPr>
            <w:r>
              <w:rPr>
                <w:rFonts w:ascii="宋体" w:hAnsi="宋体" w:eastAsia="宋体"/>
                <w:b w:val="0"/>
                <w:sz w:val="18"/>
              </w:rPr>
              <w:t>师：沿着上面物体的边沿，把它们画下来，可以得到下面的图形。(课件出示)</w:t>
            </w:r>
          </w:p>
          <w:p>
            <w:pPr>
              <w:spacing w:after="20" w:line="276" w:lineRule="auto"/>
            </w:pPr>
            <w:r>
              <w:rPr>
                <w:rFonts w:ascii="宋体" w:hAnsi="宋体" w:eastAsia="宋体"/>
                <w:b w:val="0"/>
                <w:sz w:val="18"/>
              </w:rPr>
              <w:t>3．操作活动。</w:t>
            </w:r>
          </w:p>
          <w:p>
            <w:pPr>
              <w:spacing w:after="20" w:line="276" w:lineRule="auto"/>
            </w:pPr>
            <w:r>
              <w:rPr>
                <w:rFonts w:ascii="宋体" w:hAnsi="宋体" w:eastAsia="宋体"/>
                <w:b w:val="0"/>
                <w:sz w:val="18"/>
              </w:rPr>
              <w:t>师：请同学们从这三个图形中任意拿一个折一折，你发现了什么？</w:t>
            </w:r>
          </w:p>
          <w:p>
            <w:pPr>
              <w:spacing w:after="20" w:line="276" w:lineRule="auto"/>
            </w:pPr>
            <w:r>
              <w:rPr>
                <w:rFonts w:ascii="宋体" w:hAnsi="宋体" w:eastAsia="宋体"/>
                <w:b w:val="0"/>
                <w:sz w:val="18"/>
              </w:rPr>
              <w:t>(1)折一折，然后跟小组同学交流发现。</w:t>
            </w:r>
          </w:p>
          <w:p>
            <w:pPr>
              <w:spacing w:after="20" w:line="276" w:lineRule="auto"/>
            </w:pPr>
            <w:r>
              <w:rPr>
                <w:rFonts w:ascii="宋体" w:hAnsi="宋体" w:eastAsia="宋体"/>
                <w:b w:val="0"/>
                <w:sz w:val="18"/>
              </w:rPr>
              <w:t>(2)指名上台操作并交流发现。</w:t>
            </w:r>
          </w:p>
          <w:p>
            <w:pPr>
              <w:spacing w:after="20" w:line="276" w:lineRule="auto"/>
            </w:pPr>
            <w:r>
              <w:rPr>
                <w:rFonts w:ascii="宋体" w:hAnsi="宋体" w:eastAsia="宋体"/>
                <w:b w:val="0"/>
                <w:sz w:val="18"/>
              </w:rPr>
              <w:t>(3)课件演示。</w:t>
            </w:r>
          </w:p>
          <w:p>
            <w:pPr>
              <w:spacing w:after="20" w:line="276" w:lineRule="auto"/>
            </w:pPr>
            <w:r>
              <w:rPr>
                <w:rFonts w:ascii="宋体" w:hAnsi="宋体" w:eastAsia="宋体"/>
                <w:b w:val="0"/>
                <w:sz w:val="18"/>
              </w:rPr>
              <w:t>课件动画演示树叶等图形对折后折痕两边完全重合的过程。</w:t>
            </w:r>
          </w:p>
          <w:p>
            <w:pPr>
              <w:spacing w:after="20" w:line="276" w:lineRule="auto"/>
            </w:pPr>
            <w:r>
              <w:rPr>
                <w:rFonts w:ascii="宋体" w:hAnsi="宋体" w:eastAsia="宋体"/>
                <w:b w:val="0"/>
                <w:sz w:val="18"/>
              </w:rPr>
              <w:t>引导学生发现：这些图形左右对折，图形两边能够完全重合。这些图形都是对称的。对折的这条线是对称轴。(课件演示对称轴)</w:t>
            </w:r>
          </w:p>
          <w:p>
            <w:pPr>
              <w:spacing w:after="20" w:line="276" w:lineRule="auto"/>
            </w:pPr>
            <w:r>
              <w:rPr>
                <w:rFonts w:ascii="宋体" w:hAnsi="宋体" w:eastAsia="宋体"/>
                <w:b w:val="0"/>
                <w:sz w:val="18"/>
              </w:rPr>
              <w:t>4．揭示概念。</w:t>
            </w:r>
          </w:p>
          <w:p>
            <w:pPr>
              <w:spacing w:after="20" w:line="276" w:lineRule="auto"/>
            </w:pPr>
            <w:r>
              <w:rPr>
                <w:rFonts w:ascii="宋体" w:hAnsi="宋体" w:eastAsia="宋体"/>
                <w:b w:val="0"/>
                <w:sz w:val="18"/>
              </w:rPr>
              <w:t>师：像这样，对折后能完全重合的图形是轴对称图形。对折的这条线是对称轴，对称轴用虚线表示。(适时板书)</w:t>
            </w:r>
          </w:p>
          <w:p>
            <w:pPr>
              <w:spacing w:after="20" w:line="276" w:lineRule="auto"/>
            </w:pPr>
            <w:r>
              <w:rPr>
                <w:rFonts w:ascii="宋体" w:hAnsi="宋体" w:eastAsia="宋体"/>
                <w:b w:val="0"/>
                <w:sz w:val="18"/>
              </w:rPr>
              <w:t>师：在我们的生活中，你还见到过哪些轴对称现象？举例说一说。</w:t>
            </w:r>
          </w:p>
        </w:tc>
        <w:tc>
          <w:tcPr>
            <w:tcW w:type="dxa" w:w="3061"/>
          </w:tcPr>
          <w:p>
            <w:pPr>
              <w:spacing w:after="20" w:line="276" w:lineRule="auto"/>
            </w:pPr>
            <w:r/>
            <w:r>
              <w:rPr>
                <w:rFonts w:ascii="宋体" w:hAnsi="宋体" w:eastAsia="宋体"/>
                <w:b w:val="0"/>
                <w:sz w:val="18"/>
              </w:rPr>
              <w:t>学生通过欣赏图片，大致可以感受到这些图案的共同特征：左右两边都是一样的。低年级学生的表达不会很流畅，教师应给予足够的时间让学生描述。</w:t>
            </w:r>
          </w:p>
          <w:p>
            <w:pPr>
              <w:spacing w:after="20" w:line="276" w:lineRule="auto"/>
            </w:pPr>
            <w:r>
              <w:rPr>
                <w:rFonts w:ascii="宋体" w:hAnsi="宋体" w:eastAsia="宋体"/>
                <w:b w:val="0"/>
                <w:sz w:val="18"/>
              </w:rPr>
              <w:t>引导学生寻找身边的轴对称现象，比如动物、植物、建筑、飞机、汽车、各种标志等。</w:t>
            </w:r>
          </w:p>
        </w:tc>
        <w:tc>
          <w:tcPr>
            <w:tcW w:type="dxa" w:w="1814"/>
          </w:tcPr>
          <w:p>
            <w:pPr>
              <w:spacing w:after="20" w:line="276" w:lineRule="auto"/>
            </w:pPr>
            <w:r/>
            <w:r>
              <w:rPr>
                <w:rFonts w:ascii="宋体" w:hAnsi="宋体" w:eastAsia="宋体"/>
                <w:b w:val="0"/>
                <w:sz w:val="18"/>
              </w:rPr>
              <w:t>围绕环节目标组织学习活动，引导学生主动参与、积极思考，核心问题："这些物体你认识吗？"</w:t>
            </w:r>
          </w:p>
        </w:tc>
      </w:tr>
      <w:tr>
        <w:tc>
          <w:tcPr>
            <w:tcW w:type="dxa" w:w="1474"/>
          </w:tcPr>
          <w:p>
            <w:pPr>
              <w:spacing w:after="20" w:line="276" w:lineRule="auto"/>
            </w:pPr>
            <w:r>
              <w:rPr>
                <w:b/>
              </w:rPr>
            </w:r>
            <w:r>
              <w:rPr>
                <w:rFonts w:ascii="宋体" w:hAnsi="宋体" w:eastAsia="宋体"/>
                <w:b/>
                <w:sz w:val="18"/>
              </w:rPr>
              <w:t>三、直观感受轴对称图形的特点</w:t>
            </w:r>
          </w:p>
        </w:tc>
        <w:tc>
          <w:tcPr>
            <w:tcW w:type="dxa" w:w="3061"/>
          </w:tcPr>
          <w:p>
            <w:pPr>
              <w:spacing w:after="20" w:line="276" w:lineRule="auto"/>
            </w:pPr>
            <w:r/>
            <w:r>
              <w:rPr>
                <w:rFonts w:ascii="宋体" w:hAnsi="宋体" w:eastAsia="宋体"/>
                <w:b w:val="0"/>
                <w:sz w:val="18"/>
              </w:rPr>
              <w:t>课件出示教科书P3例1。</w:t>
            </w:r>
          </w:p>
          <w:p>
            <w:pPr>
              <w:spacing w:after="20" w:line="276" w:lineRule="auto"/>
            </w:pPr>
            <w:r>
              <w:rPr>
                <w:rFonts w:ascii="宋体" w:hAnsi="宋体" w:eastAsia="宋体"/>
                <w:b w:val="0"/>
                <w:sz w:val="18"/>
              </w:rPr>
              <w:t>1．折一折，初步判断。</w:t>
            </w:r>
          </w:p>
          <w:p>
            <w:pPr>
              <w:spacing w:after="20" w:line="276" w:lineRule="auto"/>
            </w:pPr>
            <w:r>
              <w:rPr>
                <w:rFonts w:ascii="宋体" w:hAnsi="宋体" w:eastAsia="宋体"/>
                <w:b w:val="0"/>
                <w:sz w:val="18"/>
              </w:rPr>
              <w:t>师：请同学们从学具袋中拿出这些图形，折一折，你有什么发现？跟小组同学交流你的发现。</w:t>
            </w:r>
          </w:p>
          <w:p>
            <w:pPr>
              <w:spacing w:after="20" w:line="276" w:lineRule="auto"/>
            </w:pPr>
            <w:r>
              <w:rPr>
                <w:rFonts w:ascii="宋体" w:hAnsi="宋体" w:eastAsia="宋体"/>
                <w:b w:val="0"/>
                <w:sz w:val="18"/>
              </w:rPr>
              <w:t>指名逐一汇报交流，通过不同方向对折找出轴对称图形的所有对称轴。重点交流平行四边形。</w:t>
            </w:r>
          </w:p>
          <w:p>
            <w:pPr>
              <w:spacing w:after="20" w:line="276" w:lineRule="auto"/>
            </w:pPr>
            <w:r>
              <w:rPr>
                <w:rFonts w:ascii="宋体" w:hAnsi="宋体" w:eastAsia="宋体"/>
                <w:b w:val="0"/>
                <w:sz w:val="18"/>
              </w:rPr>
              <w:t>3．师生小结。</w:t>
            </w:r>
          </w:p>
          <w:p>
            <w:pPr>
              <w:spacing w:after="20" w:line="276" w:lineRule="auto"/>
            </w:pPr>
            <w:r>
              <w:rPr>
                <w:rFonts w:ascii="宋体" w:hAnsi="宋体" w:eastAsia="宋体"/>
                <w:b w:val="0"/>
                <w:sz w:val="18"/>
              </w:rPr>
              <w:t>(1)下面6个图形是轴对称图形。(课件出示)</w:t>
            </w:r>
          </w:p>
          <w:p>
            <w:pPr>
              <w:spacing w:after="20" w:line="276" w:lineRule="auto"/>
            </w:pPr>
            <w:r>
              <w:rPr>
                <w:rFonts w:ascii="宋体" w:hAnsi="宋体" w:eastAsia="宋体"/>
                <w:b w:val="0"/>
                <w:sz w:val="18"/>
              </w:rPr>
              <w:t>(2)下面2个图形不是轴对称图形。(课件出示)</w:t>
            </w:r>
          </w:p>
        </w:tc>
        <w:tc>
          <w:tcPr>
            <w:tcW w:type="dxa" w:w="3061"/>
          </w:tcPr>
          <w:p>
            <w:pPr>
              <w:spacing w:after="20" w:line="276" w:lineRule="auto"/>
            </w:pPr>
            <w:r/>
            <w:r>
              <w:rPr>
                <w:rFonts w:ascii="宋体" w:hAnsi="宋体" w:eastAsia="宋体"/>
                <w:b w:val="0"/>
                <w:sz w:val="18"/>
              </w:rPr>
              <w:t>2．汇报交流。</w:t>
            </w:r>
          </w:p>
        </w:tc>
        <w:tc>
          <w:tcPr>
            <w:tcW w:type="dxa" w:w="1814"/>
          </w:tcPr>
          <w:p>
            <w:pPr>
              <w:spacing w:after="20" w:line="276" w:lineRule="auto"/>
            </w:pPr>
            <w:r/>
            <w:r>
              <w:rPr>
                <w:rFonts w:ascii="宋体" w:hAnsi="宋体" w:eastAsia="宋体"/>
                <w:b w:val="0"/>
                <w:sz w:val="18"/>
              </w:rPr>
              <w:t>围绕环节目标组织学习活动，引导学生主动参与、积极思考，核心问题："请同学们从学具袋中拿出这些图形，折一折，你有什么发现？"</w:t>
            </w:r>
          </w:p>
        </w:tc>
      </w:tr>
      <w:tr>
        <w:tc>
          <w:tcPr>
            <w:tcW w:type="dxa" w:w="1474"/>
          </w:tcPr>
          <w:p>
            <w:pPr>
              <w:spacing w:after="20" w:line="276" w:lineRule="auto"/>
            </w:pPr>
            <w:r>
              <w:rPr>
                <w:b/>
              </w:rPr>
            </w:r>
            <w:r>
              <w:rPr>
                <w:rFonts w:ascii="宋体" w:hAnsi="宋体" w:eastAsia="宋体"/>
                <w:b/>
                <w:sz w:val="18"/>
              </w:rPr>
              <w:t>四、巩固练习</w:t>
            </w:r>
          </w:p>
        </w:tc>
        <w:tc>
          <w:tcPr>
            <w:tcW w:type="dxa" w:w="3061"/>
          </w:tcPr>
          <w:p>
            <w:pPr>
              <w:spacing w:after="20" w:line="276" w:lineRule="auto"/>
            </w:pPr>
            <w:r/>
            <w:r>
              <w:rPr>
                <w:rFonts w:ascii="宋体" w:hAnsi="宋体" w:eastAsia="宋体"/>
                <w:b w:val="0"/>
                <w:sz w:val="18"/>
              </w:rPr>
              <w:t>1.完成教科书P3“做一做”第1题。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(2)说一说判断依据。</w:t>
            </w:r>
          </w:p>
          <w:p>
            <w:pPr>
              <w:spacing w:after="20" w:line="276" w:lineRule="auto"/>
            </w:pPr>
            <w:r>
              <w:rPr>
                <w:rFonts w:ascii="宋体" w:hAnsi="宋体" w:eastAsia="宋体"/>
                <w:b w:val="0"/>
                <w:sz w:val="18"/>
              </w:rPr>
              <w:t>2．完成教科书P3“做一做”第2题。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(2)说一说是怎样想的。</w:t>
            </w:r>
          </w:p>
          <w:p>
            <w:pPr>
              <w:spacing w:after="20" w:line="276" w:lineRule="auto"/>
            </w:pPr>
            <w:r>
              <w:rPr>
                <w:rFonts w:ascii="宋体" w:hAnsi="宋体" w:eastAsia="宋体"/>
                <w:b w:val="0"/>
                <w:sz w:val="18"/>
              </w:rPr>
              <w:t>引导学生动手剪一剪或依托想象形成解决问题的思路。</w:t>
            </w:r>
          </w:p>
          <w:p>
            <w:pPr>
              <w:spacing w:after="20" w:line="276" w:lineRule="auto"/>
            </w:pPr>
            <w:r>
              <w:rPr>
                <w:rFonts w:ascii="宋体" w:hAnsi="宋体" w:eastAsia="宋体"/>
                <w:b w:val="0"/>
                <w:sz w:val="18"/>
              </w:rPr>
              <w:t>3．完成教科书P8“练习一”第1题。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(2)说一说判断依据。</w:t>
            </w:r>
          </w:p>
          <w:p>
            <w:pPr>
              <w:spacing w:after="20" w:line="276" w:lineRule="auto"/>
            </w:pPr>
            <w:r>
              <w:rPr>
                <w:rFonts w:ascii="宋体" w:hAnsi="宋体" w:eastAsia="宋体"/>
                <w:b w:val="0"/>
                <w:sz w:val="18"/>
              </w:rPr>
              <w:t>师：想象一下每个轴对称图形各有几条对称轴？</w:t>
            </w:r>
          </w:p>
        </w:tc>
        <w:tc>
          <w:tcPr>
            <w:tcW w:type="dxa" w:w="3061"/>
          </w:tcPr>
          <w:p>
            <w:pPr>
              <w:spacing w:after="20" w:line="276" w:lineRule="auto"/>
            </w:pPr>
            <w:r/>
            <w:r>
              <w:rPr>
                <w:rFonts w:ascii="宋体" w:hAnsi="宋体" w:eastAsia="宋体"/>
                <w:b w:val="0"/>
                <w:sz w:val="18"/>
              </w:rPr>
              <w:t>衣服、小汽车都是轴对称图形，梳子和水壶不是轴对称图形。</w:t>
            </w:r>
          </w:p>
          <w:p>
            <w:pPr>
              <w:spacing w:after="20" w:line="276" w:lineRule="auto"/>
            </w:pPr>
            <w:r>
              <w:rPr>
                <w:rFonts w:ascii="宋体" w:hAnsi="宋体" w:eastAsia="宋体"/>
                <w:b w:val="0"/>
                <w:sz w:val="18"/>
              </w:rPr>
              <w:t>第一、三、四个图形是轴对称图形，第二个图形不是。</w:t>
            </w:r>
          </w:p>
          <w:p>
            <w:pPr>
              <w:spacing w:after="20" w:line="276" w:lineRule="auto"/>
            </w:pPr>
            <w:r>
              <w:rPr>
                <w:rFonts w:ascii="宋体" w:hAnsi="宋体" w:eastAsia="宋体"/>
                <w:b w:val="0"/>
                <w:sz w:val="18"/>
              </w:rPr>
              <w:t>交流后小结：五角星有5条对称轴，乒乓球拍有1条对称轴，飞机有1条对称轴。</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通过有层次的练习及时反馈学情，巩固新知，培养学生灵活运用知识解决问题的能力，核心问题："想象一下每个轴对称图形各有几条对称轴？"</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师：通过本节课的学习，你有什么收获？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节课首先用学生熟悉的健身乐园情境引入本单元知识的学习，使学生感受到数学与生活的密切联系。图中展现了多种运动方式，让学生初步感受对称、平移和旋转现象，为后面的学习打下基础。通过观察树叶、风筝和蜻蜓三个物体，让学生寻找它们的共同特征，初步感知轴对称的特征。接着抽象出平面图形，由体到面，培养学生的抽象能力，形成初步的几何直观。让学生动手折一折，引导学生观察，发现这些物体和图片的共同特征——对折后折痕两边的形状和大小都完全相同，让学生初步认识轴对称图形。在操作中理解轴对称的特征，从而揭示概念。最后出示例1，在操作活动中判断，发现有的轴对称图形有多条对称轴，从而进一步理解轴对称图形的特点。</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轴对称</w:t>
      </w:r>
    </w:p>
    <w:p>
      <w:pPr>
        <w:spacing w:after="40" w:line="300" w:lineRule="auto"/>
      </w:pPr>
      <w:r>
        <w:rPr>
          <w:rFonts w:ascii="宋体" w:hAnsi="宋体" w:eastAsia="宋体"/>
          <w:b w:val="0"/>
          <w:sz w:val="20"/>
        </w:rPr>
        <w:t>对折后能完全重合的图形是轴对称图形。</w:t>
      </w:r>
    </w:p>
    <w:p>
      <w:pPr>
        <w:spacing w:after="40" w:line="300" w:lineRule="auto"/>
      </w:pPr>
      <w:r>
        <w:rPr>
          <w:rFonts w:ascii="宋体" w:hAnsi="宋体" w:eastAsia="宋体"/>
          <w:b w:val="0"/>
          <w:sz w:val="20"/>
        </w:rPr>
        <w:t>对折的这条线是对称轴，对称轴用虚线表示。</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教科书P1～3部分内容及“做一做”，教科书P8“练习一”第1题。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本节课的教学过程中，学生表现出了极大的兴趣，而且由于本课内容与学生日常生活息息相关，理解起来都比较容易。通过观察、多次动手操作，培养学生的观察能力和空间想象能力。在课堂中，给学生提供充足的表达机会，培养学生的语言表达能力。学生在学习的过程中寻找生活中的轴对称图形，将数学学习与生活实际联系在一起，能更好地辨认轴对称图形。要引导学生从直观到抽象，突出轴对称的本质。最后设计了一系列的判断，运用所学知识，观察、辨认这些图形是不是轴对称图形，加深对轴对称图形的感知，检验学生对所学知识的理解。</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平移</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平移</w:t>
            </w:r>
          </w:p>
        </w:tc>
        <w:tc>
          <w:tcPr>
            <w:tcW w:type="dxa" w:w="6009"/>
          </w:tcPr>
          <w:p>
            <w:pPr>
              <w:spacing w:after="20" w:line="276" w:lineRule="auto"/>
            </w:pPr>
            <w:r/>
            <w:r>
              <w:rPr>
                <w:rFonts w:ascii="宋体" w:hAnsi="宋体" w:eastAsia="宋体"/>
                <w:b w:val="0"/>
                <w:sz w:val="20"/>
              </w:rPr>
              <w:t>第1单元 生活中的运动现象</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轴对称、平移和旋转都是学生在日常生活中经常看到的，学生有一定的生活经验。本单元的学习内容主要是形状和大小不变，仅仅发生位置变化的图形运动(合同运动)。由于低年级学生的思维以具体形象思维为主，因此在学习抽象图形知识时，需要直观现象的支撑，观察与动手操作都是非常重要的方法。通过让学生观察日常生活中熟悉的物体，注重实践活动的多样性，帮助学生发展空间观念，使学生能在不同的数学活动过程中真正理解和掌握基本的数学知识与技能。</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教学内容：教科书P1，P4部分内容及P4～5“做一做”，教科书P8“练习一”第3题。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（1）能在实际情境中，辨认出生活中的平移现象，直观感知平移的特征。</w:t>
      </w:r>
    </w:p>
    <w:p>
      <w:pPr>
        <w:spacing w:after="20" w:line="300" w:lineRule="auto"/>
        <w:ind w:firstLine="400"/>
      </w:pPr>
      <w:r>
        <w:rPr>
          <w:rFonts w:ascii="宋体" w:hAnsi="宋体" w:eastAsia="宋体"/>
          <w:b w:val="0"/>
          <w:sz w:val="20"/>
        </w:rPr>
        <w:t>（2）在观察、操作、想象中丰富对图形平移特点的认识，能利用平移现象解释生活中的现象，形成空间观念。</w:t>
      </w:r>
    </w:p>
    <w:p>
      <w:pPr>
        <w:spacing w:after="20" w:line="300" w:lineRule="auto"/>
        <w:ind w:firstLine="400"/>
      </w:pPr>
      <w:r>
        <w:rPr>
          <w:rFonts w:ascii="宋体" w:hAnsi="宋体" w:eastAsia="宋体"/>
          <w:b w:val="0"/>
          <w:sz w:val="20"/>
        </w:rPr>
        <w:t>（3）感受平移在生活中的应用，体会数学与实际生活的密切联系。</w:t>
      </w:r>
    </w:p>
    <w:p>
      <w:pPr>
        <w:spacing w:after="20" w:line="300" w:lineRule="auto"/>
      </w:pPr>
      <w:r>
        <w:rPr>
          <w:rFonts w:ascii="宋体" w:hAnsi="宋体" w:eastAsia="宋体"/>
          <w:b w:val="0"/>
          <w:sz w:val="20"/>
        </w:rPr>
        <w:t>教学重点：结合实例，初步感知平移现象，理解、掌握图形平移的特点。</w:t>
      </w:r>
    </w:p>
    <w:p>
      <w:pPr>
        <w:spacing w:after="20" w:line="300" w:lineRule="auto"/>
      </w:pPr>
      <w:r>
        <w:rPr>
          <w:rFonts w:ascii="宋体" w:hAnsi="宋体" w:eastAsia="宋体"/>
          <w:b w:val="0"/>
          <w:sz w:val="20"/>
        </w:rPr>
        <w:t>教学难点：能利用平移现象解释生活中的现象。</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一、情境导入，揭示课题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请同学们仔细观察、认真思考，看看画面上这些事物都可以怎样运动？；这些事物的运动方式相同吗？大家能根据它们运动方式的不同试着将它们分类吗？</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二、初步感知平移现象</w:t>
            </w:r>
          </w:p>
        </w:tc>
        <w:tc>
          <w:tcPr>
            <w:tcW w:type="dxa" w:w="1814"/>
          </w:tcPr>
          <w:p>
            <w:pPr>
              <w:spacing w:after="20" w:line="276" w:lineRule="auto"/>
            </w:pPr>
            <w:r/>
            <w:r>
              <w:rPr>
                <w:rFonts w:ascii="宋体" w:hAnsi="宋体" w:eastAsia="宋体"/>
                <w:b w:val="0"/>
                <w:sz w:val="18"/>
              </w:rPr>
              <w:t>课件、教科书、图片</w:t>
            </w:r>
          </w:p>
        </w:tc>
        <w:tc>
          <w:tcPr>
            <w:tcW w:type="dxa" w:w="3402"/>
          </w:tcPr>
          <w:p>
            <w:pPr>
              <w:spacing w:after="20" w:line="276" w:lineRule="auto"/>
            </w:pPr>
            <w:r/>
            <w:r>
              <w:rPr>
                <w:rFonts w:ascii="宋体" w:hAnsi="宋体" w:eastAsia="宋体"/>
                <w:b w:val="0"/>
                <w:sz w:val="18"/>
              </w:rPr>
              <w:t>他们是怎样运动的？你能用手势表示吗？；这些物体运动方式的共同点是什么？</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三、认识图形的平移</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一、情境导入，揭示课题</w:t>
            </w:r>
          </w:p>
        </w:tc>
        <w:tc>
          <w:tcPr>
            <w:tcW w:type="dxa" w:w="3061"/>
          </w:tcPr>
          <w:p>
            <w:pPr>
              <w:spacing w:after="20" w:line="276" w:lineRule="auto"/>
            </w:pPr>
            <w:r/>
            <w:r>
              <w:rPr>
                <w:rFonts w:ascii="宋体" w:hAnsi="宋体" w:eastAsia="宋体"/>
                <w:b w:val="0"/>
                <w:sz w:val="18"/>
              </w:rPr>
              <w:t>1.观察主题图，了解各事物的运动方式。</w:t>
            </w:r>
          </w:p>
          <w:p>
            <w:pPr>
              <w:spacing w:after="20" w:line="276" w:lineRule="auto"/>
            </w:pPr>
            <w:r>
              <w:rPr>
                <w:rFonts w:ascii="宋体" w:hAnsi="宋体" w:eastAsia="宋体"/>
                <w:b w:val="0"/>
                <w:sz w:val="18"/>
              </w:rPr>
              <w:t>师：同学们，上节课我们在健身乐园中认识了轴对称图形，今天这节课，我们将继续走进健身乐园，去学习更多的数学知识。</w:t>
            </w:r>
          </w:p>
          <w:p>
            <w:pPr>
              <w:spacing w:after="20" w:line="276" w:lineRule="auto"/>
            </w:pPr>
            <w:r>
              <w:rPr>
                <w:rFonts w:ascii="宋体" w:hAnsi="宋体" w:eastAsia="宋体"/>
                <w:b w:val="0"/>
                <w:sz w:val="18"/>
              </w:rPr>
              <w:t>课件出示教科书P1“健身乐园”的主题图。</w:t>
            </w:r>
          </w:p>
          <w:p>
            <w:pPr>
              <w:spacing w:after="20" w:line="276" w:lineRule="auto"/>
            </w:pPr>
            <w:r>
              <w:rPr>
                <w:rFonts w:ascii="宋体" w:hAnsi="宋体" w:eastAsia="宋体"/>
                <w:b w:val="0"/>
                <w:sz w:val="18"/>
              </w:rPr>
              <w:t>师：请同学们仔细观察、认真思考，看看画面上这些事物都可以怎样运动？</w:t>
            </w:r>
          </w:p>
          <w:p>
            <w:pPr>
              <w:spacing w:after="20" w:line="276" w:lineRule="auto"/>
            </w:pPr>
            <w:r>
              <w:rPr>
                <w:rFonts w:ascii="宋体" w:hAnsi="宋体" w:eastAsia="宋体"/>
                <w:b w:val="0"/>
                <w:sz w:val="18"/>
              </w:rPr>
              <w:t>2．按运动方式的不同，给各个事物分类。</w:t>
            </w:r>
          </w:p>
          <w:p>
            <w:pPr>
              <w:spacing w:after="20" w:line="276" w:lineRule="auto"/>
            </w:pPr>
            <w:r>
              <w:rPr>
                <w:rFonts w:ascii="宋体" w:hAnsi="宋体" w:eastAsia="宋体"/>
                <w:b w:val="0"/>
                <w:sz w:val="18"/>
              </w:rPr>
              <w:t>教师引导学生观察教科书P1“健身乐园”的主题图。</w:t>
            </w:r>
          </w:p>
          <w:p>
            <w:pPr>
              <w:spacing w:after="20" w:line="276" w:lineRule="auto"/>
            </w:pPr>
            <w:r>
              <w:rPr>
                <w:rFonts w:ascii="宋体" w:hAnsi="宋体" w:eastAsia="宋体"/>
                <w:b w:val="0"/>
                <w:sz w:val="18"/>
              </w:rPr>
              <w:t>师：这些事物的运动方式相同吗？大家能根据它们运动方式的不同试着将它们分类吗？</w:t>
            </w:r>
          </w:p>
          <w:p>
            <w:pPr>
              <w:spacing w:after="20" w:line="276" w:lineRule="auto"/>
            </w:pPr>
            <w:r>
              <w:rPr>
                <w:rFonts w:ascii="宋体" w:hAnsi="宋体" w:eastAsia="宋体"/>
                <w:b w:val="0"/>
                <w:sz w:val="18"/>
              </w:rPr>
              <w:t>3．揭示课题。</w:t>
            </w:r>
          </w:p>
          <w:p>
            <w:pPr>
              <w:spacing w:after="20" w:line="276" w:lineRule="auto"/>
            </w:pPr>
            <w:r>
              <w:rPr>
                <w:rFonts w:ascii="宋体" w:hAnsi="宋体" w:eastAsia="宋体"/>
                <w:b w:val="0"/>
                <w:sz w:val="18"/>
              </w:rPr>
              <w:t>师：你们不但观察得认真，而且还很会分类。今天我们就来研究观光电梯、滑滑梯这样的运动。(板书课题：平移)</w:t>
            </w:r>
          </w:p>
        </w:tc>
        <w:tc>
          <w:tcPr>
            <w:tcW w:type="dxa" w:w="3061"/>
          </w:tcPr>
          <w:p>
            <w:pPr>
              <w:spacing w:after="20" w:line="276" w:lineRule="auto"/>
            </w:pPr>
            <w:r/>
            <w:r>
              <w:rPr>
                <w:rFonts w:ascii="宋体" w:hAnsi="宋体" w:eastAsia="宋体"/>
                <w:b w:val="0"/>
                <w:sz w:val="18"/>
              </w:rPr>
              <w:t>学生汇报的结果可能分成两类。一类是观光电梯、滑滑梯；另一类是健身器材、风车。</w:t>
            </w:r>
          </w:p>
          <w:p>
            <w:pPr>
              <w:spacing w:after="20" w:line="276" w:lineRule="auto"/>
            </w:pPr>
            <w:r>
              <w:rPr>
                <w:rFonts w:ascii="宋体" w:hAnsi="宋体" w:eastAsia="宋体"/>
                <w:b w:val="0"/>
                <w:sz w:val="18"/>
              </w:rPr>
              <w:t>学生汇报分类的结果，并说一说分类的理由。</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创设情境激活学生已有经验，自然引出本课学习内容，激发学习兴趣，核心问题："请同学们仔细观察、认真思考，看看画面上这些事物都可以怎样运动？"</w:t>
            </w:r>
          </w:p>
        </w:tc>
      </w:tr>
      <w:tr>
        <w:tc>
          <w:tcPr>
            <w:tcW w:type="dxa" w:w="1474"/>
          </w:tcPr>
          <w:p>
            <w:pPr>
              <w:spacing w:after="20" w:line="276" w:lineRule="auto"/>
            </w:pPr>
            <w:r>
              <w:rPr>
                <w:b/>
              </w:rPr>
            </w:r>
            <w:r>
              <w:rPr>
                <w:rFonts w:ascii="宋体" w:hAnsi="宋体" w:eastAsia="宋体"/>
                <w:b/>
                <w:sz w:val="18"/>
              </w:rPr>
              <w:t>二、初步感知平移现象</w:t>
            </w:r>
          </w:p>
        </w:tc>
        <w:tc>
          <w:tcPr>
            <w:tcW w:type="dxa" w:w="3061"/>
          </w:tcPr>
          <w:p>
            <w:pPr>
              <w:spacing w:after="20" w:line="276" w:lineRule="auto"/>
            </w:pPr>
            <w:r/>
            <w:r>
              <w:rPr>
                <w:rFonts w:ascii="宋体" w:hAnsi="宋体" w:eastAsia="宋体"/>
                <w:b w:val="0"/>
                <w:sz w:val="18"/>
              </w:rPr>
              <w:t>1.认识平移现象。</w:t>
            </w:r>
          </w:p>
          <w:p>
            <w:pPr>
              <w:spacing w:after="20" w:line="276" w:lineRule="auto"/>
            </w:pPr>
            <w:r>
              <w:rPr>
                <w:rFonts w:ascii="宋体" w:hAnsi="宋体" w:eastAsia="宋体"/>
                <w:b w:val="0"/>
                <w:sz w:val="18"/>
              </w:rPr>
              <w:t>课件出示教科书P4图片。</w:t>
            </w:r>
          </w:p>
          <w:p>
            <w:pPr>
              <w:spacing w:after="20" w:line="276" w:lineRule="auto"/>
            </w:pPr>
            <w:r>
              <w:rPr>
                <w:rFonts w:ascii="宋体" w:hAnsi="宋体" w:eastAsia="宋体"/>
                <w:b w:val="0"/>
                <w:sz w:val="18"/>
              </w:rPr>
              <w:t>师：他们是怎样运动的？你能用手势表示吗？</w:t>
            </w:r>
          </w:p>
          <w:p>
            <w:pPr>
              <w:spacing w:after="20" w:line="276" w:lineRule="auto"/>
            </w:pPr>
            <w:r>
              <w:rPr>
                <w:rFonts w:ascii="宋体" w:hAnsi="宋体" w:eastAsia="宋体"/>
                <w:b w:val="0"/>
                <w:sz w:val="18"/>
              </w:rPr>
              <w:t>师：这些物体运动方式的共同点是什么？先自己想一想，再同桌间互相说一说，最后全班交流。</w:t>
            </w:r>
          </w:p>
          <w:p>
            <w:pPr>
              <w:spacing w:after="20" w:line="276" w:lineRule="auto"/>
            </w:pPr>
            <w:r>
              <w:rPr>
                <w:rFonts w:ascii="宋体" w:hAnsi="宋体" w:eastAsia="宋体"/>
                <w:b w:val="0"/>
                <w:sz w:val="18"/>
              </w:rPr>
              <w:t>结合学生交流明确：电梯竖直向上或向下运动。小朋友沿着滑梯斜着向下滑动。</w:t>
            </w:r>
          </w:p>
          <w:p>
            <w:pPr>
              <w:spacing w:after="20" w:line="276" w:lineRule="auto"/>
            </w:pPr>
            <w:r>
              <w:rPr>
                <w:rFonts w:ascii="宋体" w:hAnsi="宋体" w:eastAsia="宋体"/>
                <w:b w:val="0"/>
                <w:sz w:val="18"/>
              </w:rPr>
              <w:t>课件演示轨迹，并适时板书。</w:t>
            </w:r>
          </w:p>
          <w:p>
            <w:pPr>
              <w:spacing w:after="20" w:line="276" w:lineRule="auto"/>
            </w:pPr>
            <w:r>
              <w:rPr>
                <w:rFonts w:ascii="宋体" w:hAnsi="宋体" w:eastAsia="宋体"/>
                <w:b w:val="0"/>
                <w:sz w:val="18"/>
              </w:rPr>
              <w:t>师小结：像这样，一个物体沿某一方向移动一定距离，这样的运动是平移。(适时板书)</w:t>
            </w:r>
          </w:p>
          <w:p>
            <w:pPr>
              <w:spacing w:after="20" w:line="276" w:lineRule="auto"/>
            </w:pPr>
            <w:r>
              <w:rPr>
                <w:rFonts w:ascii="宋体" w:hAnsi="宋体" w:eastAsia="宋体"/>
                <w:b w:val="0"/>
                <w:sz w:val="18"/>
              </w:rPr>
              <w:t>师：请大家再来观察下，这些物体在运动中什么发生了变化？什么没有变化呢？</w:t>
            </w:r>
          </w:p>
          <w:p>
            <w:pPr>
              <w:spacing w:after="20" w:line="276" w:lineRule="auto"/>
            </w:pPr>
            <w:r>
              <w:rPr>
                <w:rFonts w:ascii="宋体" w:hAnsi="宋体" w:eastAsia="宋体"/>
                <w:b w:val="0"/>
                <w:sz w:val="18"/>
              </w:rPr>
              <w:t>2．寻找生活中的平移现象，巩固认识。</w:t>
            </w:r>
          </w:p>
          <w:p>
            <w:pPr>
              <w:spacing w:after="20" w:line="276" w:lineRule="auto"/>
            </w:pPr>
            <w:r>
              <w:rPr>
                <w:rFonts w:ascii="宋体" w:hAnsi="宋体" w:eastAsia="宋体"/>
                <w:b w:val="0"/>
                <w:sz w:val="18"/>
              </w:rPr>
              <w:t>师：在生活中，你见过哪些平移现象？先小组讨论，再全班交流。</w:t>
            </w:r>
          </w:p>
          <w:p>
            <w:pPr>
              <w:spacing w:after="20" w:line="276" w:lineRule="auto"/>
            </w:pPr>
            <w:r>
              <w:rPr>
                <w:rFonts w:ascii="宋体" w:hAnsi="宋体" w:eastAsia="宋体"/>
                <w:b w:val="0"/>
                <w:sz w:val="18"/>
              </w:rPr>
              <w:t>师：我们生活中的平移现象可多了，你能用你桌面上的物体做平移运动吗？</w:t>
            </w:r>
          </w:p>
        </w:tc>
        <w:tc>
          <w:tcPr>
            <w:tcW w:type="dxa" w:w="3061"/>
          </w:tcPr>
          <w:p>
            <w:pPr>
              <w:spacing w:after="20" w:line="276" w:lineRule="auto"/>
            </w:pPr>
            <w:r/>
            <w:r>
              <w:rPr>
                <w:rFonts w:ascii="宋体" w:hAnsi="宋体" w:eastAsia="宋体"/>
                <w:b w:val="0"/>
                <w:sz w:val="18"/>
              </w:rPr>
              <w:t>用手势比画，朝一个方向运动。</w:t>
            </w:r>
          </w:p>
          <w:p>
            <w:pPr>
              <w:spacing w:after="20" w:line="276" w:lineRule="auto"/>
            </w:pPr>
            <w:r>
              <w:rPr>
                <w:rFonts w:ascii="宋体" w:hAnsi="宋体" w:eastAsia="宋体"/>
                <w:b w:val="0"/>
                <w:sz w:val="18"/>
              </w:rPr>
              <w:t>学生虽然没有接触过有关平移的知识，但根据已有的生活经验，他们对平移有一定的感知，可能会说出竖着走、斜着走等描述性语言。</w:t>
            </w:r>
          </w:p>
          <w:p>
            <w:pPr>
              <w:spacing w:after="20" w:line="276" w:lineRule="auto"/>
            </w:pPr>
            <w:r>
              <w:rPr>
                <w:rFonts w:ascii="宋体" w:hAnsi="宋体" w:eastAsia="宋体"/>
                <w:b w:val="0"/>
                <w:sz w:val="18"/>
              </w:rPr>
              <w:t>这些物体在运动中没有改变形状、大小和方向，只有物体的位置发生了变化。(适时板书)</w:t>
            </w:r>
          </w:p>
          <w:p>
            <w:pPr>
              <w:spacing w:after="20" w:line="276" w:lineRule="auto"/>
            </w:pPr>
            <w:r>
              <w:rPr>
                <w:rFonts w:ascii="宋体" w:hAnsi="宋体" w:eastAsia="宋体"/>
                <w:b w:val="0"/>
                <w:sz w:val="18"/>
              </w:rPr>
              <w:t>在学生回答过程中，学生能很快地找到生活中的平移现象，例如抽屉的抽拉、传送带上物体的传送等。但也有学生找到了一些不是单一运动的现象，要注意引导学生分析，抽出其中的平移现象。</w:t>
            </w:r>
          </w:p>
          <w:p>
            <w:pPr>
              <w:spacing w:after="20" w:line="276" w:lineRule="auto"/>
            </w:pPr>
            <w:r>
              <w:rPr>
                <w:rFonts w:ascii="宋体" w:hAnsi="宋体" w:eastAsia="宋体"/>
                <w:b w:val="0"/>
                <w:sz w:val="18"/>
              </w:rPr>
              <w:t>学生小组内交流讨论、演练。</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设计递进式探究活动，引导学生在动手实践与合作交流中经历知识形成过程，突破本课重难点，核心问题："他们是怎样运动的？你能用手势表示吗？"</w:t>
            </w:r>
          </w:p>
        </w:tc>
      </w:tr>
      <w:tr>
        <w:tc>
          <w:tcPr>
            <w:tcW w:type="dxa" w:w="1474"/>
          </w:tcPr>
          <w:p>
            <w:pPr>
              <w:spacing w:after="20" w:line="276" w:lineRule="auto"/>
            </w:pPr>
            <w:r>
              <w:rPr>
                <w:b/>
              </w:rPr>
            </w:r>
            <w:r>
              <w:rPr>
                <w:rFonts w:ascii="宋体" w:hAnsi="宋体" w:eastAsia="宋体"/>
                <w:b/>
                <w:sz w:val="18"/>
              </w:rPr>
              <w:t>三、认识图形的平移</w:t>
            </w:r>
          </w:p>
        </w:tc>
        <w:tc>
          <w:tcPr>
            <w:tcW w:type="dxa" w:w="3061"/>
          </w:tcPr>
          <w:p>
            <w:pPr>
              <w:spacing w:after="20" w:line="276" w:lineRule="auto"/>
            </w:pPr>
            <w:r/>
            <w:r>
              <w:rPr>
                <w:rFonts w:ascii="宋体" w:hAnsi="宋体" w:eastAsia="宋体"/>
                <w:b w:val="0"/>
                <w:sz w:val="18"/>
              </w:rPr>
              <w:t>课件出示教科书P5“做一做”第2题。</w:t>
            </w:r>
          </w:p>
          <w:p>
            <w:pPr>
              <w:spacing w:after="20" w:line="276" w:lineRule="auto"/>
            </w:pPr>
            <w:r>
              <w:rPr>
                <w:rFonts w:ascii="宋体" w:hAnsi="宋体" w:eastAsia="宋体"/>
                <w:b w:val="0"/>
                <w:sz w:val="18"/>
              </w:rPr>
              <w:t>1．独立思考，组内交流。</w:t>
            </w:r>
          </w:p>
        </w:tc>
        <w:tc>
          <w:tcPr>
            <w:tcW w:type="dxa" w:w="3061"/>
          </w:tcPr>
          <w:p>
            <w:pPr>
              <w:spacing w:after="20" w:line="276" w:lineRule="auto"/>
            </w:pPr>
            <w:r/>
            <w:r>
              <w:rPr>
                <w:rFonts w:ascii="宋体" w:hAnsi="宋体" w:eastAsia="宋体"/>
                <w:b w:val="0"/>
                <w:sz w:val="18"/>
              </w:rPr>
              <w:t>学生先自己看一看，想一想，再在小组内说一说哪几座小房子可以通过平移相互重合，为什么？其他的为什么不可以？</w:t>
            </w:r>
          </w:p>
          <w:p>
            <w:pPr>
              <w:spacing w:after="20" w:line="276" w:lineRule="auto"/>
            </w:pPr>
            <w:r>
              <w:rPr>
                <w:rFonts w:ascii="宋体" w:hAnsi="宋体" w:eastAsia="宋体"/>
                <w:b w:val="0"/>
                <w:sz w:val="18"/>
              </w:rPr>
              <w:t>2．全班汇报，演示验证。</w:t>
            </w:r>
          </w:p>
          <w:p>
            <w:pPr>
              <w:spacing w:after="20" w:line="276" w:lineRule="auto"/>
            </w:pPr>
            <w:r>
              <w:rPr>
                <w:rFonts w:ascii="宋体" w:hAnsi="宋体" w:eastAsia="宋体"/>
                <w:b w:val="0"/>
                <w:sz w:val="18"/>
              </w:rPr>
              <w:t>学生可能会迟疑，但通过全班汇报交流可以帮助他们想象、判断。观察可知：①号、③号和⑥号房子可以通过平移相互重合；②号和⑤号房子可以通过平移相互重合。</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四、巩固练习。</w:t>
            </w:r>
          </w:p>
        </w:tc>
        <w:tc>
          <w:tcPr>
            <w:tcW w:type="dxa" w:w="3061"/>
          </w:tcPr>
          <w:p>
            <w:pPr>
              <w:spacing w:after="20" w:line="276" w:lineRule="auto"/>
            </w:pPr>
            <w:r/>
            <w:r>
              <w:rPr>
                <w:rFonts w:ascii="宋体" w:hAnsi="宋体" w:eastAsia="宋体"/>
                <w:b w:val="0"/>
                <w:sz w:val="18"/>
              </w:rPr>
              <w:t>1.独立完成教科书P4“做一做”第1题。</w:t>
            </w:r>
          </w:p>
          <w:p>
            <w:pPr>
              <w:spacing w:after="20" w:line="276" w:lineRule="auto"/>
            </w:pPr>
            <w:r>
              <w:rPr>
                <w:rFonts w:ascii="宋体" w:hAnsi="宋体" w:eastAsia="宋体"/>
                <w:b w:val="0"/>
                <w:sz w:val="18"/>
              </w:rPr>
              <w:t>(1)学生观察，自主判断。</w:t>
            </w:r>
          </w:p>
          <w:p>
            <w:pPr>
              <w:spacing w:after="20" w:line="276" w:lineRule="auto"/>
            </w:pPr>
            <w:r>
              <w:rPr>
                <w:rFonts w:ascii="宋体" w:hAnsi="宋体" w:eastAsia="宋体"/>
                <w:b w:val="0"/>
                <w:sz w:val="18"/>
              </w:rPr>
              <w:t>(2)全班交流，说说自己是怎么想的。</w:t>
            </w:r>
          </w:p>
          <w:p>
            <w:pPr>
              <w:spacing w:after="20" w:line="276" w:lineRule="auto"/>
            </w:pPr>
            <w:r>
              <w:rPr>
                <w:rFonts w:ascii="宋体" w:hAnsi="宋体" w:eastAsia="宋体"/>
                <w:b w:val="0"/>
                <w:sz w:val="18"/>
              </w:rPr>
              <w:t>2．独立完成教科书P8“练习一”第3题。</w:t>
            </w:r>
          </w:p>
          <w:p>
            <w:pPr>
              <w:spacing w:after="20" w:line="276" w:lineRule="auto"/>
            </w:pPr>
            <w:r>
              <w:rPr>
                <w:rFonts w:ascii="宋体" w:hAnsi="宋体" w:eastAsia="宋体"/>
                <w:b w:val="0"/>
                <w:sz w:val="18"/>
              </w:rPr>
              <w:t>(1)学生观察，自主判断。</w:t>
            </w:r>
          </w:p>
          <w:p>
            <w:pPr>
              <w:spacing w:after="20" w:line="276" w:lineRule="auto"/>
            </w:pPr>
            <w:r>
              <w:rPr>
                <w:rFonts w:ascii="宋体" w:hAnsi="宋体" w:eastAsia="宋体"/>
                <w:b w:val="0"/>
                <w:sz w:val="18"/>
              </w:rPr>
              <w:t>(2)全班交流，说明判断依据。</w:t>
            </w:r>
          </w:p>
          <w:p>
            <w:pPr>
              <w:spacing w:after="20" w:line="276" w:lineRule="auto"/>
            </w:pPr>
            <w:r>
              <w:rPr>
                <w:rFonts w:ascii="宋体" w:hAnsi="宋体" w:eastAsia="宋体"/>
                <w:b w:val="0"/>
                <w:sz w:val="18"/>
              </w:rPr>
              <w:t>可挑图中任意一条小鱼，让学生想一想哪些小鱼能与挑出来的小鱼重合。如此安排，可以加大培养学生空间想象能力的力度。</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师：通过本节课的学习，你有什么收获？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首先设计主题图引入，唤醒学生的生活经验，激发学生的兴趣，引导学生聚焦物体运动的方式，观察思考。接着聚焦观光梯和滑滑梯，提出问题：它们是怎样运动的？引导学生思考，从本质感悟平移的特征。揭示了平移的概念后，让学生寻找生活中的平移现象，在现实生活中寻找到所学知识的应用，丰富学生对平移的感知，帮助学生建立表象，体会数学与生活的密切联系。最后在辨析中进一步认识平移的特点：无论是横向、纵向还是斜着移动，只要是沿着直线运动，物体形状、大小和方向不变，都可以通过平移实现重合。</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平移</w:t>
      </w:r>
    </w:p>
    <w:p>
      <w:pPr>
        <w:spacing w:after="40" w:line="300" w:lineRule="auto"/>
      </w:pPr>
      <w:r>
        <w:rPr>
          <w:rFonts w:ascii="宋体" w:hAnsi="宋体" w:eastAsia="宋体"/>
          <w:b w:val="0"/>
          <w:sz w:val="20"/>
        </w:rPr>
        <w:t>一个物体沿某一方向移动一定距离，这样的运动是平移。</w:t>
      </w:r>
    </w:p>
    <w:p>
      <w:pPr>
        <w:spacing w:after="40" w:line="300" w:lineRule="auto"/>
      </w:pPr>
      <w:r>
        <w:rPr>
          <w:rFonts w:ascii="宋体" w:hAnsi="宋体" w:eastAsia="宋体"/>
          <w:b w:val="0"/>
          <w:sz w:val="20"/>
        </w:rPr>
        <w:t>物体形状、大小和方向没有改变，位置改变。</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教科书P1，P4部分内容及P4～5“做一做”，教科书P8“练习一”第3题。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紧密联系学生的生活经验，引导学生感受实际生活与数学知识之间的关系，感受数学就在我们身边，使学生用数学的眼光看待生活。通过观察、操作使学生经历知识、技能的形成过程，引导学生发现、探索平移的特点，并能够运用已掌握的知识对平移进行判断，使学生在思考中感悟，提高学生的观察、思考能力。学生在学习过程中寻找生活中的平移现象，容易找到复合而不是单一运动的现象，要抓住平移的特征，在多种运动中找到符合平移的运动。</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旋转</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旋转</w:t>
            </w:r>
          </w:p>
        </w:tc>
        <w:tc>
          <w:tcPr>
            <w:tcW w:type="dxa" w:w="6009"/>
          </w:tcPr>
          <w:p>
            <w:pPr>
              <w:spacing w:after="20" w:line="276" w:lineRule="auto"/>
            </w:pPr>
            <w:r/>
            <w:r>
              <w:rPr>
                <w:rFonts w:ascii="宋体" w:hAnsi="宋体" w:eastAsia="宋体"/>
                <w:b w:val="0"/>
                <w:sz w:val="20"/>
              </w:rPr>
              <w:t>第1单元 生活中的运动现象</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轴对称、平移和旋转都是学生在日常生活中经常看到的，学生有一定的生活经验。本单元的学习内容主要是形状和大小不变，仅仅发生位置变化的图形运动(合同运动)。由于低年级学生的思维以具体形象思维为主，因此在学习抽象图形知识时，需要直观现象的支撑，观察与动手操作都是非常重要的方法。通过让学生观察日常生活中熟悉的物体，注重实践活动的多样性，帮助学生发展空间观念，使学生能在不同的数学活动过程中真正理解和掌握基本的数学知识与技能。</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教学内容：教科书P5～6部分内容，教科书P6“做一做”及“生活中的数学”，P8～9“练习一”第2，4，5，6题。</w:t>
      </w:r>
    </w:p>
    <w:p>
      <w:pPr>
        <w:spacing w:after="80" w:line="300" w:lineRule="auto"/>
        <w:ind w:firstLine="400"/>
      </w:pPr>
      <w:r>
        <w:rPr>
          <w:rFonts w:ascii="宋体" w:hAnsi="宋体" w:eastAsia="宋体"/>
          <w:b w:val="0"/>
          <w:sz w:val="20"/>
        </w:rPr>
        <w:t>教学准备：课件、钟面、陀螺(用教科书P6中的学具照样子做)。</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（1）能在实际情境中，辨认出生活中的旋转现象，直观感知旋转的特征，认识顺时针旋转和逆时针旋转。</w:t>
      </w:r>
    </w:p>
    <w:p>
      <w:pPr>
        <w:spacing w:after="20" w:line="300" w:lineRule="auto"/>
        <w:ind w:firstLine="400"/>
      </w:pPr>
      <w:r>
        <w:rPr>
          <w:rFonts w:ascii="宋体" w:hAnsi="宋体" w:eastAsia="宋体"/>
          <w:b w:val="0"/>
          <w:sz w:val="20"/>
        </w:rPr>
        <w:t>（2）在观察、操作、想象中丰富对图形旋转特点的认识，能利用旋转现象解释生活中的现象，形成空间观念。</w:t>
      </w:r>
    </w:p>
    <w:p>
      <w:pPr>
        <w:spacing w:after="20" w:line="300" w:lineRule="auto"/>
        <w:ind w:firstLine="400"/>
      </w:pPr>
      <w:r>
        <w:rPr>
          <w:rFonts w:ascii="宋体" w:hAnsi="宋体" w:eastAsia="宋体"/>
          <w:b w:val="0"/>
          <w:sz w:val="20"/>
        </w:rPr>
        <w:t>（3）感受旋转在生活中的应用，体会数学与日常生活的密切联系，感受数学的美妙。</w:t>
      </w:r>
    </w:p>
    <w:p>
      <w:pPr>
        <w:spacing w:after="20" w:line="300" w:lineRule="auto"/>
      </w:pPr>
      <w:r>
        <w:rPr>
          <w:rFonts w:ascii="宋体" w:hAnsi="宋体" w:eastAsia="宋体"/>
          <w:b w:val="0"/>
          <w:sz w:val="20"/>
        </w:rPr>
        <w:t>教学重点：结合实例，初步感知旋转现象，理解、把握图形旋转的特点。</w:t>
      </w:r>
    </w:p>
    <w:p>
      <w:pPr>
        <w:spacing w:after="20" w:line="300" w:lineRule="auto"/>
      </w:pPr>
      <w:r>
        <w:rPr>
          <w:rFonts w:ascii="宋体" w:hAnsi="宋体" w:eastAsia="宋体"/>
          <w:b w:val="0"/>
          <w:sz w:val="20"/>
        </w:rPr>
        <w:t>教学难点：辨认旋转现象。</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一、情境导入，揭示课题</w:t>
            </w:r>
          </w:p>
        </w:tc>
        <w:tc>
          <w:tcPr>
            <w:tcW w:type="dxa" w:w="1814"/>
          </w:tcPr>
          <w:p>
            <w:pPr>
              <w:spacing w:after="20" w:line="276" w:lineRule="auto"/>
            </w:pPr>
            <w:r/>
            <w:r>
              <w:rPr>
                <w:rFonts w:ascii="宋体" w:hAnsi="宋体" w:eastAsia="宋体"/>
                <w:b w:val="0"/>
                <w:sz w:val="18"/>
              </w:rPr>
              <w:t>课件、教科书、学具</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二、认识旋转</w:t>
            </w:r>
          </w:p>
        </w:tc>
        <w:tc>
          <w:tcPr>
            <w:tcW w:type="dxa" w:w="1814"/>
          </w:tcPr>
          <w:p>
            <w:pPr>
              <w:spacing w:after="20" w:line="276" w:lineRule="auto"/>
            </w:pPr>
            <w:r/>
            <w:r>
              <w:rPr>
                <w:rFonts w:ascii="宋体" w:hAnsi="宋体" w:eastAsia="宋体"/>
                <w:b w:val="0"/>
                <w:sz w:val="18"/>
              </w:rPr>
              <w:t>课件、教科书、图片、学具</w:t>
            </w:r>
          </w:p>
        </w:tc>
        <w:tc>
          <w:tcPr>
            <w:tcW w:type="dxa" w:w="3402"/>
          </w:tcPr>
          <w:p>
            <w:pPr>
              <w:spacing w:after="20" w:line="276" w:lineRule="auto"/>
            </w:pPr>
            <w:r/>
            <w:r>
              <w:rPr>
                <w:rFonts w:ascii="宋体" w:hAnsi="宋体" w:eastAsia="宋体"/>
                <w:b w:val="0"/>
                <w:sz w:val="18"/>
              </w:rPr>
              <w:t>它们是怎样运动的？；你在生活中还见过哪些旋转现象？</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三、巩固提升</w:t>
            </w:r>
          </w:p>
        </w:tc>
        <w:tc>
          <w:tcPr>
            <w:tcW w:type="dxa" w:w="1814"/>
          </w:tcPr>
          <w:p>
            <w:pPr>
              <w:spacing w:after="20" w:line="276" w:lineRule="auto"/>
            </w:pPr>
            <w:r/>
            <w:r>
              <w:rPr>
                <w:rFonts w:ascii="宋体" w:hAnsi="宋体" w:eastAsia="宋体"/>
                <w:b w:val="0"/>
                <w:sz w:val="18"/>
              </w:rPr>
              <w:t>教科书、课件、学具</w:t>
            </w:r>
          </w:p>
        </w:tc>
        <w:tc>
          <w:tcPr>
            <w:tcW w:type="dxa" w:w="3402"/>
          </w:tcPr>
          <w:p>
            <w:pPr>
              <w:spacing w:after="20" w:line="276" w:lineRule="auto"/>
            </w:pPr>
            <w:r/>
            <w:r>
              <w:rPr>
                <w:rFonts w:ascii="宋体" w:hAnsi="宋体" w:eastAsia="宋体"/>
                <w:b w:val="0"/>
                <w:sz w:val="18"/>
              </w:rPr>
              <w:t>观察前三个钟面，你有什么发现？</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课件、教科书、学具</w:t>
            </w:r>
          </w:p>
        </w:tc>
        <w:tc>
          <w:tcPr>
            <w:tcW w:type="dxa" w:w="3402"/>
          </w:tcPr>
          <w:p>
            <w:pPr>
              <w:spacing w:after="20" w:line="276" w:lineRule="auto"/>
            </w:pPr>
            <w:r/>
            <w:r>
              <w:rPr>
                <w:rFonts w:ascii="宋体" w:hAnsi="宋体" w:eastAsia="宋体"/>
                <w:b w:val="0"/>
                <w:sz w:val="18"/>
              </w:rPr>
              <w:t>通过这节课的学习，你们有什么收获？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一、情境导入，揭示课题</w:t>
            </w:r>
          </w:p>
        </w:tc>
        <w:tc>
          <w:tcPr>
            <w:tcW w:type="dxa" w:w="3061"/>
          </w:tcPr>
          <w:p>
            <w:pPr>
              <w:spacing w:after="20" w:line="276" w:lineRule="auto"/>
            </w:pPr>
            <w:r/>
            <w:r>
              <w:rPr>
                <w:rFonts w:ascii="宋体" w:hAnsi="宋体" w:eastAsia="宋体"/>
                <w:b w:val="0"/>
                <w:sz w:val="18"/>
              </w:rPr>
              <w:t>课件展示教科书P1“健身乐园”的主题图。(风车、健身器材的转动)</w:t>
            </w:r>
          </w:p>
          <w:p>
            <w:pPr>
              <w:spacing w:after="20" w:line="276" w:lineRule="auto"/>
            </w:pPr>
            <w:r>
              <w:rPr>
                <w:rFonts w:ascii="宋体" w:hAnsi="宋体" w:eastAsia="宋体"/>
                <w:b w:val="0"/>
                <w:sz w:val="18"/>
              </w:rPr>
              <w:t>师：今天我们来研究健身乐园中剩下的这些事物的运动。请大家用手势比画比画。</w:t>
            </w:r>
          </w:p>
          <w:p>
            <w:pPr>
              <w:spacing w:after="20" w:line="276" w:lineRule="auto"/>
            </w:pPr>
            <w:r>
              <w:rPr>
                <w:rFonts w:ascii="宋体" w:hAnsi="宋体" w:eastAsia="宋体"/>
                <w:b w:val="0"/>
                <w:sz w:val="18"/>
              </w:rPr>
              <w:t>师：同学们做得真好！像这样都是绕着一个固定的点转动的，就是我们今天要学习的运动方式——旋转。(板书课题：旋转)</w:t>
            </w:r>
          </w:p>
        </w:tc>
        <w:tc>
          <w:tcPr>
            <w:tcW w:type="dxa" w:w="3061"/>
          </w:tcPr>
          <w:p>
            <w:pPr>
              <w:spacing w:after="20" w:line="276" w:lineRule="auto"/>
            </w:pPr>
            <w:r/>
            <w:r>
              <w:rPr>
                <w:rFonts w:ascii="宋体" w:hAnsi="宋体" w:eastAsia="宋体"/>
                <w:b w:val="0"/>
                <w:sz w:val="18"/>
              </w:rPr>
              <w:t>学生观察这些图形的运动特点，并用手势比画物体的运动。</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二、认识旋转</w:t>
            </w:r>
          </w:p>
        </w:tc>
        <w:tc>
          <w:tcPr>
            <w:tcW w:type="dxa" w:w="3061"/>
          </w:tcPr>
          <w:p>
            <w:pPr>
              <w:spacing w:after="20" w:line="276" w:lineRule="auto"/>
            </w:pPr>
            <w:r/>
            <w:r>
              <w:rPr>
                <w:rFonts w:ascii="宋体" w:hAnsi="宋体" w:eastAsia="宋体"/>
                <w:b w:val="0"/>
                <w:sz w:val="18"/>
              </w:rPr>
              <w:t>1.认识旋转，感知旋转的特点。</w:t>
            </w:r>
          </w:p>
          <w:p>
            <w:pPr>
              <w:spacing w:after="20" w:line="276" w:lineRule="auto"/>
            </w:pPr>
            <w:r>
              <w:rPr>
                <w:rFonts w:ascii="宋体" w:hAnsi="宋体" w:eastAsia="宋体"/>
                <w:b w:val="0"/>
                <w:sz w:val="18"/>
              </w:rPr>
              <w:t>课件出示教科书P5风车和直升机图片。</w:t>
            </w:r>
          </w:p>
          <w:p>
            <w:pPr>
              <w:spacing w:after="20" w:line="276" w:lineRule="auto"/>
            </w:pPr>
            <w:r>
              <w:rPr>
                <w:rFonts w:ascii="宋体" w:hAnsi="宋体" w:eastAsia="宋体"/>
                <w:b w:val="0"/>
                <w:sz w:val="18"/>
              </w:rPr>
              <w:t>师：它们是怎样运动的？</w:t>
            </w:r>
          </w:p>
          <w:p>
            <w:pPr>
              <w:spacing w:after="20" w:line="276" w:lineRule="auto"/>
            </w:pPr>
            <w:r>
              <w:rPr>
                <w:rFonts w:ascii="宋体" w:hAnsi="宋体" w:eastAsia="宋体"/>
                <w:b w:val="0"/>
                <w:sz w:val="18"/>
              </w:rPr>
              <w:t>(1)独立观察后与同桌交流。</w:t>
            </w:r>
          </w:p>
          <w:p>
            <w:pPr>
              <w:spacing w:after="20" w:line="276" w:lineRule="auto"/>
            </w:pPr>
            <w:r>
              <w:rPr>
                <w:rFonts w:ascii="宋体" w:hAnsi="宋体" w:eastAsia="宋体"/>
                <w:b w:val="0"/>
                <w:sz w:val="18"/>
              </w:rPr>
              <w:t>(2)集体交流。</w:t>
            </w:r>
          </w:p>
          <w:p>
            <w:pPr>
              <w:spacing w:after="20" w:line="276" w:lineRule="auto"/>
            </w:pPr>
            <w:r>
              <w:rPr>
                <w:rFonts w:ascii="宋体" w:hAnsi="宋体" w:eastAsia="宋体"/>
                <w:b w:val="0"/>
                <w:sz w:val="18"/>
              </w:rPr>
              <w:t>根据学生交流课件演示：</w:t>
            </w:r>
          </w:p>
          <w:p>
            <w:pPr>
              <w:spacing w:after="20" w:line="276" w:lineRule="auto"/>
            </w:pPr>
            <w:r>
              <w:rPr>
                <w:rFonts w:ascii="宋体" w:hAnsi="宋体" w:eastAsia="宋体"/>
                <w:b w:val="0"/>
                <w:sz w:val="18"/>
              </w:rPr>
              <w:t>师小结：像叶片、螺旋桨这样，绕着某一点转动的运动是旋转。(板书)</w:t>
            </w:r>
          </w:p>
          <w:p>
            <w:pPr>
              <w:spacing w:after="20" w:line="276" w:lineRule="auto"/>
            </w:pPr>
            <w:r>
              <w:rPr>
                <w:rFonts w:ascii="宋体" w:hAnsi="宋体" w:eastAsia="宋体"/>
                <w:b w:val="0"/>
                <w:sz w:val="18"/>
              </w:rPr>
              <w:t>师：你在生活中还见过哪些旋转现象？</w:t>
            </w:r>
          </w:p>
          <w:p>
            <w:pPr>
              <w:spacing w:after="20" w:line="276" w:lineRule="auto"/>
            </w:pPr>
            <w:r>
              <w:rPr>
                <w:rFonts w:ascii="宋体" w:hAnsi="宋体" w:eastAsia="宋体"/>
                <w:b w:val="0"/>
                <w:sz w:val="18"/>
              </w:rPr>
              <w:t>师：自己表演一个旋转现象，让你手里的东西旋转起来。</w:t>
            </w:r>
          </w:p>
          <w:p>
            <w:pPr>
              <w:spacing w:after="20" w:line="276" w:lineRule="auto"/>
            </w:pPr>
            <w:r>
              <w:rPr>
                <w:rFonts w:ascii="宋体" w:hAnsi="宋体" w:eastAsia="宋体"/>
                <w:b w:val="0"/>
                <w:sz w:val="18"/>
              </w:rPr>
              <w:t>2．认识旋转的两种方式。</w:t>
            </w:r>
          </w:p>
          <w:p>
            <w:pPr>
              <w:spacing w:after="20" w:line="276" w:lineRule="auto"/>
            </w:pPr>
            <w:r>
              <w:rPr>
                <w:rFonts w:ascii="宋体" w:hAnsi="宋体" w:eastAsia="宋体"/>
                <w:b w:val="0"/>
                <w:sz w:val="18"/>
              </w:rPr>
              <w:t>师：请同学们拿出钟面。</w:t>
            </w:r>
          </w:p>
          <w:p>
            <w:pPr>
              <w:spacing w:after="20" w:line="276" w:lineRule="auto"/>
            </w:pPr>
            <w:r>
              <w:rPr>
                <w:rFonts w:ascii="宋体" w:hAnsi="宋体" w:eastAsia="宋体"/>
                <w:b w:val="0"/>
                <w:sz w:val="18"/>
              </w:rPr>
              <w:t>师：钟面上的时针是怎么运动的？</w:t>
            </w:r>
          </w:p>
          <w:p>
            <w:pPr>
              <w:spacing w:after="20" w:line="276" w:lineRule="auto"/>
            </w:pPr>
            <w:r>
              <w:rPr>
                <w:rFonts w:ascii="宋体" w:hAnsi="宋体" w:eastAsia="宋体"/>
                <w:b w:val="0"/>
                <w:sz w:val="18"/>
              </w:rPr>
              <w:t>(1)拨一拨并比画。</w:t>
            </w:r>
          </w:p>
          <w:p>
            <w:pPr>
              <w:spacing w:after="20" w:line="276" w:lineRule="auto"/>
            </w:pPr>
            <w:r>
              <w:rPr>
                <w:rFonts w:ascii="宋体" w:hAnsi="宋体" w:eastAsia="宋体"/>
                <w:b w:val="0"/>
                <w:sz w:val="18"/>
              </w:rPr>
              <w:t>(2)小组交流。</w:t>
            </w:r>
          </w:p>
          <w:p>
            <w:pPr>
              <w:spacing w:after="20" w:line="276" w:lineRule="auto"/>
            </w:pPr>
            <w:r>
              <w:rPr>
                <w:rFonts w:ascii="宋体" w:hAnsi="宋体" w:eastAsia="宋体"/>
                <w:b w:val="0"/>
                <w:sz w:val="18"/>
              </w:rPr>
              <w:t>(3)集体交流。</w:t>
            </w:r>
          </w:p>
          <w:p>
            <w:pPr>
              <w:spacing w:after="20" w:line="276" w:lineRule="auto"/>
            </w:pPr>
            <w:r>
              <w:rPr>
                <w:rFonts w:ascii="宋体" w:hAnsi="宋体" w:eastAsia="宋体"/>
                <w:b w:val="0"/>
                <w:sz w:val="18"/>
              </w:rPr>
              <w:t>①时针是绕着中心点旋转的。</w:t>
            </w:r>
          </w:p>
          <w:p>
            <w:pPr>
              <w:spacing w:after="20" w:line="276" w:lineRule="auto"/>
            </w:pPr>
            <w:r>
              <w:rPr>
                <w:rFonts w:ascii="宋体" w:hAnsi="宋体" w:eastAsia="宋体"/>
                <w:b w:val="0"/>
                <w:sz w:val="18"/>
              </w:rPr>
              <w:t>②时针是按照1→2→3→……→12的方向旋转的。</w:t>
            </w:r>
          </w:p>
          <w:p>
            <w:pPr>
              <w:spacing w:after="20" w:line="276" w:lineRule="auto"/>
            </w:pPr>
            <w:r>
              <w:rPr>
                <w:rFonts w:ascii="宋体" w:hAnsi="宋体" w:eastAsia="宋体"/>
                <w:b w:val="0"/>
                <w:sz w:val="18"/>
              </w:rPr>
              <w:t>根据学生交流小结并板书：</w:t>
            </w:r>
          </w:p>
          <w:p>
            <w:pPr>
              <w:spacing w:after="20" w:line="276" w:lineRule="auto"/>
            </w:pPr>
            <w:r>
              <w:rPr>
                <w:rFonts w:ascii="宋体" w:hAnsi="宋体" w:eastAsia="宋体"/>
                <w:b w:val="0"/>
                <w:sz w:val="18"/>
              </w:rPr>
              <w:t>与时针旋转方向相同的是顺时针旋转，方向相反的是逆时针旋转。</w:t>
            </w:r>
          </w:p>
          <w:p>
            <w:pPr>
              <w:spacing w:after="20" w:line="276" w:lineRule="auto"/>
            </w:pPr>
            <w:r>
              <w:rPr>
                <w:rFonts w:ascii="宋体" w:hAnsi="宋体" w:eastAsia="宋体"/>
                <w:b w:val="0"/>
                <w:sz w:val="18"/>
              </w:rPr>
              <w:t>3．游戏活动——制作陀螺。</w:t>
            </w:r>
          </w:p>
          <w:p>
            <w:pPr>
              <w:spacing w:after="20" w:line="276" w:lineRule="auto"/>
            </w:pPr>
            <w:r>
              <w:rPr>
                <w:rFonts w:ascii="宋体" w:hAnsi="宋体" w:eastAsia="宋体"/>
                <w:b w:val="0"/>
                <w:sz w:val="18"/>
              </w:rPr>
              <w:t>课件出示教科书P6“做一做”第2题。</w:t>
            </w:r>
          </w:p>
          <w:p>
            <w:pPr>
              <w:spacing w:after="20" w:line="276" w:lineRule="auto"/>
            </w:pPr>
            <w:r>
              <w:rPr>
                <w:rFonts w:ascii="宋体" w:hAnsi="宋体" w:eastAsia="宋体"/>
                <w:b w:val="0"/>
                <w:sz w:val="18"/>
              </w:rPr>
              <w:t>(1)小组拿出准备好的材料，制作陀螺。</w:t>
            </w:r>
          </w:p>
          <w:p>
            <w:pPr>
              <w:spacing w:after="20" w:line="276" w:lineRule="auto"/>
            </w:pPr>
            <w:r>
              <w:rPr>
                <w:rFonts w:ascii="宋体" w:hAnsi="宋体" w:eastAsia="宋体"/>
                <w:b w:val="0"/>
                <w:sz w:val="18"/>
              </w:rPr>
              <w:t>(2)制作好陀螺后，一人旋转陀螺，其余同学观察。</w:t>
            </w:r>
          </w:p>
          <w:p>
            <w:pPr>
              <w:spacing w:after="20" w:line="276" w:lineRule="auto"/>
            </w:pPr>
            <w:r>
              <w:rPr>
                <w:rFonts w:ascii="宋体" w:hAnsi="宋体" w:eastAsia="宋体"/>
                <w:b w:val="0"/>
                <w:sz w:val="18"/>
              </w:rPr>
              <w:t>师：陀螺旋转以后，每个点转出的是什么形状？</w:t>
            </w:r>
          </w:p>
          <w:p>
            <w:pPr>
              <w:spacing w:after="20" w:line="276" w:lineRule="auto"/>
            </w:pPr>
            <w:r>
              <w:rPr>
                <w:rFonts w:ascii="宋体" w:hAnsi="宋体" w:eastAsia="宋体"/>
                <w:b w:val="0"/>
                <w:sz w:val="18"/>
              </w:rPr>
              <w:t>引导学生表述自己的发现，将关注点放在由点的旋转所形成的图形上，以实现数学上的提升。</w:t>
            </w:r>
          </w:p>
          <w:p>
            <w:pPr>
              <w:spacing w:after="20" w:line="276" w:lineRule="auto"/>
            </w:pPr>
            <w:r>
              <w:rPr>
                <w:rFonts w:ascii="宋体" w:hAnsi="宋体" w:eastAsia="宋体"/>
                <w:b w:val="0"/>
                <w:sz w:val="18"/>
              </w:rPr>
              <w:t>4．数学欣赏。</w:t>
            </w:r>
          </w:p>
          <w:p>
            <w:pPr>
              <w:spacing w:after="20" w:line="276" w:lineRule="auto"/>
            </w:pPr>
            <w:r>
              <w:rPr>
                <w:rFonts w:ascii="宋体" w:hAnsi="宋体" w:eastAsia="宋体"/>
                <w:b w:val="0"/>
                <w:sz w:val="18"/>
              </w:rPr>
              <w:t>课件出示教科书P6“生活中的数学”中的图片。</w:t>
            </w:r>
          </w:p>
          <w:p>
            <w:pPr>
              <w:spacing w:after="20" w:line="276" w:lineRule="auto"/>
            </w:pPr>
            <w:r>
              <w:rPr>
                <w:rFonts w:ascii="宋体" w:hAnsi="宋体" w:eastAsia="宋体"/>
                <w:b w:val="0"/>
                <w:sz w:val="18"/>
              </w:rPr>
              <w:t>师：在上面这些漂亮的剪纸中，就有我们所学的轴对称、平移和旋转，在图中找一找。</w:t>
            </w:r>
          </w:p>
          <w:p>
            <w:pPr>
              <w:spacing w:after="20" w:line="276" w:lineRule="auto"/>
            </w:pPr>
            <w:r>
              <w:rPr>
                <w:rFonts w:ascii="宋体" w:hAnsi="宋体" w:eastAsia="宋体"/>
                <w:b w:val="0"/>
                <w:sz w:val="18"/>
              </w:rPr>
              <w:t>引导学生找一找并交流，其目的是让学生在欣赏剪纸作品的过程中，体会到艺术美、数学美，巩固相关的知识，培养学生观察、判断能力，同时体会到数学的价值。</w:t>
            </w:r>
          </w:p>
        </w:tc>
        <w:tc>
          <w:tcPr>
            <w:tcW w:type="dxa" w:w="3061"/>
          </w:tcPr>
          <w:p>
            <w:pPr>
              <w:spacing w:after="20" w:line="276" w:lineRule="auto"/>
            </w:pPr>
            <w:r/>
            <w:r>
              <w:rPr>
                <w:rFonts w:ascii="宋体" w:hAnsi="宋体" w:eastAsia="宋体"/>
                <w:b w:val="0"/>
                <w:sz w:val="18"/>
              </w:rPr>
              <w:t>风车的叶片是绕着中心点转动的。直升机的螺旋桨也是绕着中心点转动的。</w:t>
            </w:r>
          </w:p>
          <w:p>
            <w:pPr>
              <w:spacing w:after="20" w:line="276" w:lineRule="auto"/>
            </w:pPr>
            <w:r>
              <w:rPr>
                <w:rFonts w:ascii="宋体" w:hAnsi="宋体" w:eastAsia="宋体"/>
                <w:b w:val="0"/>
                <w:sz w:val="18"/>
              </w:rPr>
              <w:t>全班交流，如电扇叶片的转动是旋转现象，旋转门是旋转现象，钟表指针的运动也是旋转现象。有些学生会列举出一些不是单一运动方式的现象，引导学生抽出其中的旋转现象进行分析。</w:t>
            </w:r>
          </w:p>
          <w:p>
            <w:pPr>
              <w:spacing w:after="20" w:line="276" w:lineRule="auto"/>
            </w:pPr>
            <w:r>
              <w:rPr>
                <w:rFonts w:ascii="宋体" w:hAnsi="宋体" w:eastAsia="宋体"/>
                <w:b w:val="0"/>
                <w:sz w:val="18"/>
              </w:rPr>
              <w:t>学生可能会发现：</w:t>
            </w:r>
          </w:p>
        </w:tc>
        <w:tc>
          <w:tcPr>
            <w:tcW w:type="dxa" w:w="1814"/>
          </w:tcPr>
          <w:p>
            <w:pPr>
              <w:spacing w:after="20" w:line="276" w:lineRule="auto"/>
            </w:pPr>
            <w:r/>
            <w:r>
              <w:rPr>
                <w:rFonts w:ascii="宋体" w:hAnsi="宋体" w:eastAsia="宋体"/>
                <w:b w:val="0"/>
                <w:sz w:val="18"/>
              </w:rPr>
              <w:t>围绕环节目标组织学习活动，引导学生主动参与、积极思考，核心问题："它们是怎样运动的？"</w:t>
            </w:r>
          </w:p>
        </w:tc>
      </w:tr>
      <w:tr>
        <w:tc>
          <w:tcPr>
            <w:tcW w:type="dxa" w:w="1474"/>
          </w:tcPr>
          <w:p>
            <w:pPr>
              <w:spacing w:after="20" w:line="276" w:lineRule="auto"/>
            </w:pPr>
            <w:r>
              <w:rPr>
                <w:b/>
              </w:rPr>
            </w:r>
            <w:r>
              <w:rPr>
                <w:rFonts w:ascii="宋体" w:hAnsi="宋体" w:eastAsia="宋体"/>
                <w:b/>
                <w:sz w:val="18"/>
              </w:rPr>
              <w:t>三、巩固提升</w:t>
            </w:r>
          </w:p>
        </w:tc>
        <w:tc>
          <w:tcPr>
            <w:tcW w:type="dxa" w:w="3061"/>
          </w:tcPr>
          <w:p>
            <w:pPr>
              <w:spacing w:after="20" w:line="276" w:lineRule="auto"/>
            </w:pPr>
            <w:r/>
            <w:r>
              <w:rPr>
                <w:rFonts w:ascii="宋体" w:hAnsi="宋体" w:eastAsia="宋体"/>
                <w:b w:val="0"/>
                <w:sz w:val="18"/>
              </w:rPr>
              <w:t>1.完成教科书P6“做一做”第1题。</w:t>
            </w:r>
          </w:p>
          <w:p>
            <w:pPr>
              <w:spacing w:after="20" w:line="276" w:lineRule="auto"/>
            </w:pPr>
            <w:r>
              <w:rPr>
                <w:rFonts w:ascii="宋体" w:hAnsi="宋体" w:eastAsia="宋体"/>
                <w:b w:val="0"/>
                <w:sz w:val="18"/>
              </w:rPr>
              <w:t>师：独立思考判断，并说一说你的依据。</w:t>
            </w:r>
          </w:p>
          <w:p>
            <w:pPr>
              <w:spacing w:after="20" w:line="276" w:lineRule="auto"/>
            </w:pPr>
            <w:r>
              <w:rPr>
                <w:rFonts w:ascii="宋体" w:hAnsi="宋体" w:eastAsia="宋体"/>
                <w:b w:val="0"/>
                <w:sz w:val="18"/>
              </w:rPr>
              <w:t>注意：第二幅图过安检传送带上的行李的运动是平移现象，支撑传送带的轮子的运动是旋转现象。</w:t>
            </w:r>
          </w:p>
          <w:p>
            <w:pPr>
              <w:spacing w:after="20" w:line="276" w:lineRule="auto"/>
            </w:pPr>
            <w:r>
              <w:rPr>
                <w:rFonts w:ascii="宋体" w:hAnsi="宋体" w:eastAsia="宋体"/>
                <w:b w:val="0"/>
                <w:sz w:val="18"/>
              </w:rPr>
              <w:t>2．完成教科书P8“练习一”第2题。</w:t>
            </w:r>
          </w:p>
          <w:p>
            <w:pPr>
              <w:spacing w:after="20" w:line="276" w:lineRule="auto"/>
            </w:pPr>
            <w:r>
              <w:rPr>
                <w:rFonts w:ascii="宋体" w:hAnsi="宋体" w:eastAsia="宋体"/>
                <w:b w:val="0"/>
                <w:sz w:val="18"/>
              </w:rPr>
              <w:t>3．完成教科书P8“练习一”第4题。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(2)全班交流。</w:t>
            </w:r>
          </w:p>
          <w:p>
            <w:pPr>
              <w:spacing w:after="20" w:line="276" w:lineRule="auto"/>
            </w:pPr>
            <w:r>
              <w:rPr>
                <w:rFonts w:ascii="宋体" w:hAnsi="宋体" w:eastAsia="宋体"/>
                <w:b w:val="0"/>
                <w:sz w:val="18"/>
              </w:rPr>
              <w:t>4．完成教科书P9“练习一”第5题。</w:t>
            </w:r>
          </w:p>
          <w:p>
            <w:pPr>
              <w:spacing w:after="20" w:line="276" w:lineRule="auto"/>
            </w:pPr>
            <w:r>
              <w:rPr>
                <w:rFonts w:ascii="宋体" w:hAnsi="宋体" w:eastAsia="宋体"/>
                <w:b w:val="0"/>
                <w:sz w:val="18"/>
              </w:rPr>
              <w:t>(1)观察钟面，寻找规律。</w:t>
            </w:r>
          </w:p>
          <w:p>
            <w:pPr>
              <w:spacing w:after="20" w:line="276" w:lineRule="auto"/>
            </w:pPr>
            <w:r>
              <w:rPr>
                <w:rFonts w:ascii="宋体" w:hAnsi="宋体" w:eastAsia="宋体"/>
                <w:b w:val="0"/>
                <w:sz w:val="18"/>
              </w:rPr>
              <w:t>师：观察前三个钟面，你有什么发现？</w:t>
            </w:r>
          </w:p>
          <w:p>
            <w:pPr>
              <w:spacing w:after="20" w:line="276" w:lineRule="auto"/>
            </w:pPr>
            <w:r>
              <w:rPr>
                <w:rFonts w:ascii="宋体" w:hAnsi="宋体" w:eastAsia="宋体"/>
                <w:b w:val="0"/>
                <w:sz w:val="18"/>
              </w:rPr>
              <w:t>(2)学生独立完成。</w:t>
            </w:r>
          </w:p>
          <w:p>
            <w:pPr>
              <w:spacing w:after="20" w:line="276" w:lineRule="auto"/>
            </w:pPr>
            <w:r>
              <w:rPr>
                <w:rFonts w:ascii="宋体" w:hAnsi="宋体" w:eastAsia="宋体"/>
                <w:b w:val="0"/>
                <w:sz w:val="18"/>
              </w:rPr>
              <w:t>5．完成教科书P9“练习一”第6题。</w:t>
            </w:r>
          </w:p>
          <w:p>
            <w:pPr>
              <w:spacing w:after="20" w:line="276" w:lineRule="auto"/>
            </w:pPr>
            <w:r>
              <w:rPr>
                <w:rFonts w:ascii="宋体" w:hAnsi="宋体" w:eastAsia="宋体"/>
                <w:b w:val="0"/>
                <w:sz w:val="18"/>
              </w:rPr>
              <w:t>(1)思考：每一组图形的前3个图形是怎样旋转的？</w:t>
            </w:r>
          </w:p>
          <w:p>
            <w:pPr>
              <w:spacing w:after="20" w:line="276" w:lineRule="auto"/>
            </w:pPr>
            <w:r>
              <w:rPr>
                <w:rFonts w:ascii="宋体" w:hAnsi="宋体" w:eastAsia="宋体"/>
                <w:b w:val="0"/>
                <w:sz w:val="18"/>
              </w:rPr>
              <w:t>引导学生发现：第(1)组图形是绕中心点顺时针旋转，第(2)组图形是绕中心点逆时针旋转。</w:t>
            </w:r>
          </w:p>
          <w:p>
            <w:pPr>
              <w:spacing w:after="20" w:line="276" w:lineRule="auto"/>
            </w:pPr>
            <w:r>
              <w:rPr>
                <w:rFonts w:ascii="宋体" w:hAnsi="宋体" w:eastAsia="宋体"/>
                <w:b w:val="0"/>
                <w:sz w:val="18"/>
              </w:rPr>
              <w:t>(2)根据发现圈出正确答案。</w:t>
            </w:r>
          </w:p>
        </w:tc>
        <w:tc>
          <w:tcPr>
            <w:tcW w:type="dxa" w:w="3061"/>
          </w:tcPr>
          <w:p>
            <w:pPr>
              <w:spacing w:after="20" w:line="276" w:lineRule="auto"/>
            </w:pPr>
            <w:r/>
            <w:r>
              <w:rPr>
                <w:rFonts w:ascii="宋体" w:hAnsi="宋体" w:eastAsia="宋体"/>
                <w:b w:val="0"/>
                <w:sz w:val="18"/>
              </w:rPr>
              <w:t>学生独立完成后交流。</w:t>
            </w:r>
          </w:p>
          <w:p>
            <w:pPr>
              <w:spacing w:after="20" w:line="276" w:lineRule="auto"/>
            </w:pPr>
            <w:r>
              <w:rPr>
                <w:rFonts w:ascii="宋体" w:hAnsi="宋体" w:eastAsia="宋体"/>
                <w:b w:val="0"/>
                <w:sz w:val="18"/>
              </w:rPr>
              <w:t>平移：抽屉的抽拉；传送带上货物的传送。旋转：电扇叶片的转动；魔方的转动。</w:t>
            </w:r>
          </w:p>
          <w:p>
            <w:pPr>
              <w:spacing w:after="20" w:line="276" w:lineRule="auto"/>
            </w:pPr>
            <w:r>
              <w:rPr>
                <w:rFonts w:ascii="宋体" w:hAnsi="宋体" w:eastAsia="宋体"/>
                <w:b w:val="0"/>
                <w:sz w:val="18"/>
              </w:rPr>
              <w:t>这些图案中的运动现象有旋转和轴对称等，具体结合每一幅图案说明。</w:t>
            </w:r>
          </w:p>
          <w:p>
            <w:pPr>
              <w:spacing w:after="20" w:line="276" w:lineRule="auto"/>
            </w:pPr>
            <w:r>
              <w:rPr>
                <w:rFonts w:ascii="宋体" w:hAnsi="宋体" w:eastAsia="宋体"/>
                <w:b w:val="0"/>
                <w:sz w:val="18"/>
              </w:rPr>
              <w:t>学生容易发现：时针顺时针旋转，前三个钟面时间依次是12：00、3：00、6：00，按照这个规律，最后一个钟面应该是9：00。</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通过有层次的练习及时反馈学情，巩固新知，培养学生灵活运用知识解决问题的能力，核心问题："观察前三个钟面，你有什么发现？"</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师：通过这节课的学习，你们有什么收获？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设计时从主题图出发，再次研究主题图中剩下的项目，有始有终。学生前面对轴对称、平移知识学习的经验，已为旋转内容的学习打下基础。初步感知旋转现象，顺势导入新课。接着出示学生熟悉的风车和直升机图片，引导学生观察物体运动的轨迹：绕点或轴做圆周运动，突出旋转的本质特征，在此基础上揭示旋转。顺势借助钟面认识顺时针旋转和逆时针旋转，进一步巩固对旋转现象的理解，发展学生初步的空间观念。</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旋转</w:t>
      </w:r>
    </w:p>
    <w:p>
      <w:pPr>
        <w:spacing w:after="40" w:line="300" w:lineRule="auto"/>
      </w:pPr>
      <w:r>
        <w:rPr>
          <w:rFonts w:ascii="宋体" w:hAnsi="宋体" w:eastAsia="宋体"/>
          <w:b w:val="0"/>
          <w:sz w:val="20"/>
        </w:rPr>
        <w:t>像叶片、螺旋桨这样，绕着某一点转动的运动是旋转。</w:t>
      </w:r>
    </w:p>
    <w:p>
      <w:pPr>
        <w:spacing w:after="40" w:line="300" w:lineRule="auto"/>
      </w:pPr>
      <w:r>
        <w:rPr>
          <w:rFonts w:ascii="宋体" w:hAnsi="宋体" w:eastAsia="宋体"/>
          <w:b w:val="0"/>
          <w:sz w:val="20"/>
        </w:rPr>
        <w:t>与时针旋转方向相同的是顺时针旋转，方向相反的是逆时针旋转。</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教科书P5～6部分内容，教科书P6“做一做”及“生活中的数学”，P8～9“练习一”第2，4，5，6题。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二年级的学生对旋转有了初步的认识，但是没有清晰的概念。教学时，通过结合大量的生活实际让学生去感知，将抽象的语言具体化，帮助学生建构相应的认知。并通过动手实践，让学生亲身经历新知识的形成过程。整个数学课堂留给学生较多的空间，让学生有更多的独立思考、动手实践、合作交流的机会，体现学生在教学中的主体地位。</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剪纸</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剪纸</w:t>
            </w:r>
          </w:p>
        </w:tc>
        <w:tc>
          <w:tcPr>
            <w:tcW w:type="dxa" w:w="6009"/>
          </w:tcPr>
          <w:p>
            <w:pPr>
              <w:spacing w:after="20" w:line="276" w:lineRule="auto"/>
            </w:pPr>
            <w:r/>
            <w:r>
              <w:rPr>
                <w:rFonts w:ascii="宋体" w:hAnsi="宋体" w:eastAsia="宋体"/>
                <w:b w:val="0"/>
                <w:sz w:val="20"/>
              </w:rPr>
              <w:t>第1单元 生活中的运动现象</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轴对称、平移和旋转都是学生在日常生活中经常看到的，学生有一定的生活经验。本单元的学习内容主要是形状和大小不变，仅仅发生位置变化的图形运动(合同运动)。由于低年级学生的思维以具体形象思维为主，因此在学习抽象图形知识时，需要直观现象的支撑，观察与动手操作都是非常重要的方法。通过让学生观察日常生活中熟悉的物体，注重实践活动的多样性，帮助学生发展空间观念，使学生能在不同的数学活动过程中真正理解和掌握基本的数学知识与技能。</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教学内容：教科书P7，教科书P9“练习一”第7题。</w:t>
      </w:r>
    </w:p>
    <w:p>
      <w:pPr>
        <w:spacing w:after="80" w:line="300" w:lineRule="auto"/>
        <w:ind w:firstLine="400"/>
      </w:pPr>
      <w:r>
        <w:rPr>
          <w:rFonts w:ascii="宋体" w:hAnsi="宋体" w:eastAsia="宋体"/>
          <w:b w:val="0"/>
          <w:sz w:val="20"/>
        </w:rPr>
        <w:t>教学准备：课件、剪刀、纸。</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（1）让学生在剪纸的过程中，感受图形的对称和平移，培养学生动手操作的能力。</w:t>
      </w:r>
    </w:p>
    <w:p>
      <w:pPr>
        <w:spacing w:after="20" w:line="300" w:lineRule="auto"/>
        <w:ind w:firstLine="400"/>
      </w:pPr>
      <w:r>
        <w:rPr>
          <w:rFonts w:ascii="宋体" w:hAnsi="宋体" w:eastAsia="宋体"/>
          <w:b w:val="0"/>
          <w:sz w:val="20"/>
        </w:rPr>
        <w:t>（2）通过亲自动手剪一剪和观察图形的形成过程，培养学生初步的空间观念和抽象逻辑思维的能力。</w:t>
      </w:r>
    </w:p>
    <w:p>
      <w:pPr>
        <w:spacing w:after="20" w:line="300" w:lineRule="auto"/>
        <w:ind w:firstLine="400"/>
      </w:pPr>
      <w:r>
        <w:rPr>
          <w:rFonts w:ascii="宋体" w:hAnsi="宋体" w:eastAsia="宋体"/>
          <w:b w:val="0"/>
          <w:sz w:val="20"/>
        </w:rPr>
        <w:t>（3）在剪纸活动中，注意让学生感受其中蕴含的数学知识及数学美，培养学生的想象力和创造力，培养学生边思考边操作的良好学习习惯。</w:t>
      </w:r>
    </w:p>
    <w:p>
      <w:pPr>
        <w:spacing w:after="20" w:line="300" w:lineRule="auto"/>
      </w:pPr>
      <w:r>
        <w:rPr>
          <w:rFonts w:ascii="宋体" w:hAnsi="宋体" w:eastAsia="宋体"/>
          <w:b w:val="0"/>
          <w:sz w:val="20"/>
        </w:rPr>
        <w:t>教学重点：能剪出连续的对称图案。</w:t>
      </w:r>
    </w:p>
    <w:p>
      <w:pPr>
        <w:spacing w:after="20" w:line="300" w:lineRule="auto"/>
      </w:pPr>
      <w:r>
        <w:rPr>
          <w:rFonts w:ascii="宋体" w:hAnsi="宋体" w:eastAsia="宋体"/>
          <w:b w:val="0"/>
          <w:sz w:val="20"/>
        </w:rPr>
        <w:t>教学难点：发现连续对称图案与折纸之间的联系。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一、情境导入，揭示课题</w:t>
            </w:r>
          </w:p>
        </w:tc>
        <w:tc>
          <w:tcPr>
            <w:tcW w:type="dxa" w:w="1814"/>
          </w:tcPr>
          <w:p>
            <w:pPr>
              <w:spacing w:after="20" w:line="276" w:lineRule="auto"/>
            </w:pPr>
            <w:r/>
            <w:r>
              <w:rPr>
                <w:rFonts w:ascii="宋体" w:hAnsi="宋体" w:eastAsia="宋体"/>
                <w:b w:val="0"/>
                <w:sz w:val="18"/>
              </w:rPr>
              <w:t>课件、图片</w:t>
            </w:r>
          </w:p>
        </w:tc>
        <w:tc>
          <w:tcPr>
            <w:tcW w:type="dxa" w:w="3402"/>
          </w:tcPr>
          <w:p>
            <w:pPr>
              <w:spacing w:after="20" w:line="276" w:lineRule="auto"/>
            </w:pPr>
            <w:r/>
            <w:r>
              <w:rPr>
                <w:rFonts w:ascii="宋体" w:hAnsi="宋体" w:eastAsia="宋体"/>
                <w:b w:val="0"/>
                <w:sz w:val="18"/>
              </w:rPr>
              <w:t>剪纸在我国已经有千百年的历史。欣赏了这些绝美的图片，同学们想学剪纸吗？</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二、动手操作，解决问题</w:t>
            </w:r>
          </w:p>
        </w:tc>
        <w:tc>
          <w:tcPr>
            <w:tcW w:type="dxa" w:w="1814"/>
          </w:tcPr>
          <w:p>
            <w:pPr>
              <w:spacing w:after="20" w:line="276" w:lineRule="auto"/>
            </w:pPr>
            <w:r/>
            <w:r>
              <w:rPr>
                <w:rFonts w:ascii="宋体" w:hAnsi="宋体" w:eastAsia="宋体"/>
                <w:b w:val="0"/>
                <w:sz w:val="18"/>
              </w:rPr>
              <w:t>课件、教科书、学具</w:t>
            </w:r>
          </w:p>
        </w:tc>
        <w:tc>
          <w:tcPr>
            <w:tcW w:type="dxa" w:w="3402"/>
          </w:tcPr>
          <w:p>
            <w:pPr>
              <w:spacing w:after="20" w:line="276" w:lineRule="auto"/>
            </w:pPr>
            <w:r/>
            <w:r>
              <w:rPr>
                <w:rFonts w:ascii="宋体" w:hAnsi="宋体" w:eastAsia="宋体"/>
                <w:b w:val="0"/>
                <w:sz w:val="18"/>
              </w:rPr>
              <w:t>想一想，怎样剪出1个纸人？；想一想，怎样剪出2个纸人？按刚才的步骤可以吗？剪2个纸人要对折几次？怎么画？</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三、巩固应用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通过这节课的学习，你们有什么收获？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一、情境导入，揭示课题</w:t>
            </w:r>
          </w:p>
        </w:tc>
        <w:tc>
          <w:tcPr>
            <w:tcW w:type="dxa" w:w="3061"/>
          </w:tcPr>
          <w:p>
            <w:pPr>
              <w:spacing w:after="20" w:line="276" w:lineRule="auto"/>
            </w:pPr>
            <w:r/>
            <w:r>
              <w:rPr>
                <w:rFonts w:ascii="宋体" w:hAnsi="宋体" w:eastAsia="宋体"/>
                <w:b w:val="0"/>
                <w:sz w:val="18"/>
              </w:rPr>
              <w:t>1.介绍中国传统文化——剪纸。</w:t>
            </w:r>
          </w:p>
          <w:p>
            <w:pPr>
              <w:spacing w:after="20" w:line="276" w:lineRule="auto"/>
            </w:pPr>
            <w:r>
              <w:rPr>
                <w:rFonts w:ascii="宋体" w:hAnsi="宋体" w:eastAsia="宋体"/>
                <w:b w:val="0"/>
                <w:sz w:val="18"/>
              </w:rPr>
              <w:t>课件出示剪纸图案。</w:t>
            </w:r>
          </w:p>
          <w:p>
            <w:pPr>
              <w:spacing w:after="20" w:line="276" w:lineRule="auto"/>
            </w:pPr>
            <w:r>
              <w:rPr>
                <w:rFonts w:ascii="宋体" w:hAnsi="宋体" w:eastAsia="宋体"/>
                <w:b w:val="0"/>
                <w:sz w:val="18"/>
              </w:rPr>
              <w:t>剪纸是我国一种历史悠久的民间艺术。下面这些美丽的剪纸中，有一些图案是轴对称的。</w:t>
            </w:r>
          </w:p>
          <w:p>
            <w:pPr>
              <w:spacing w:after="20" w:line="276" w:lineRule="auto"/>
            </w:pPr>
            <w:r>
              <w:rPr>
                <w:rFonts w:ascii="宋体" w:hAnsi="宋体" w:eastAsia="宋体"/>
                <w:b w:val="0"/>
                <w:sz w:val="18"/>
              </w:rPr>
              <w:t>师：剪纸是一种用剪刀或者刻刀在纸上剪刻花纹，用于装点生活或配合其他民俗活动的民间艺术。2009年9月28日至10月2日举行的联合国教科文组织保护非物质文化遗产政府间委员会第四次会议上，中国申报的中国剪纸项目入选“人类非物质文化遗产代表作名录”。其中的折叠剪纸就运用到了我们所学的轴对称图形的原理，它适用于表现结构对称的形体和对称图示，例如花、鸟、虫、鱼等。剪纸的变化形式多样，如两方连续、四方连续或多方连续等，使它能得以长久流传。</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师：剪纸在我国已经有千百年的历史。欣赏了这些绝美的图片，同学们想学剪纸吗？我们不可能第一次就剪出这么复杂的图案。从简单的开始，利用我们所学的知识，一起来试试吧！(板书课题：剪纸)</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创设情境激活学生已有经验，自然引出本课学习内容，激发学习兴趣，核心问题："剪纸在我国已经有千百年的历史。欣赏了这些绝美的图片，同学们想学剪纸吗？"</w:t>
            </w:r>
          </w:p>
        </w:tc>
      </w:tr>
      <w:tr>
        <w:tc>
          <w:tcPr>
            <w:tcW w:type="dxa" w:w="1474"/>
          </w:tcPr>
          <w:p>
            <w:pPr>
              <w:spacing w:after="20" w:line="276" w:lineRule="auto"/>
            </w:pPr>
            <w:r>
              <w:rPr>
                <w:b/>
              </w:rPr>
            </w:r>
            <w:r>
              <w:rPr>
                <w:rFonts w:ascii="宋体" w:hAnsi="宋体" w:eastAsia="宋体"/>
                <w:b/>
                <w:sz w:val="18"/>
              </w:rPr>
              <w:t>二、动手操作，解决问题</w:t>
            </w:r>
          </w:p>
        </w:tc>
        <w:tc>
          <w:tcPr>
            <w:tcW w:type="dxa" w:w="3061"/>
          </w:tcPr>
          <w:p>
            <w:pPr>
              <w:spacing w:after="20" w:line="276" w:lineRule="auto"/>
            </w:pPr>
            <w:r/>
            <w:r>
              <w:rPr>
                <w:rFonts w:ascii="宋体" w:hAnsi="宋体" w:eastAsia="宋体"/>
                <w:b w:val="0"/>
                <w:sz w:val="18"/>
              </w:rPr>
              <w:t>课件出示教科书P7例题。</w:t>
            </w:r>
          </w:p>
          <w:p>
            <w:pPr>
              <w:spacing w:after="20" w:line="276" w:lineRule="auto"/>
            </w:pPr>
            <w:r>
              <w:rPr>
                <w:rFonts w:ascii="宋体" w:hAnsi="宋体" w:eastAsia="宋体"/>
                <w:b w:val="0"/>
                <w:sz w:val="18"/>
              </w:rPr>
              <w:t>你能剪出下面这样手拉手的2个纸人吗？</w:t>
            </w:r>
          </w:p>
          <w:p>
            <w:pPr>
              <w:spacing w:after="20" w:line="276" w:lineRule="auto"/>
            </w:pPr>
            <w:r>
              <w:rPr>
                <w:rFonts w:ascii="宋体" w:hAnsi="宋体" w:eastAsia="宋体"/>
                <w:b w:val="0"/>
                <w:sz w:val="18"/>
              </w:rPr>
              <w:t>1．剪1个纸人。</w:t>
            </w:r>
          </w:p>
          <w:p>
            <w:pPr>
              <w:spacing w:after="20" w:line="276" w:lineRule="auto"/>
            </w:pPr>
            <w:r>
              <w:rPr>
                <w:rFonts w:ascii="宋体" w:hAnsi="宋体" w:eastAsia="宋体"/>
                <w:b w:val="0"/>
                <w:sz w:val="18"/>
              </w:rPr>
              <w:t>师：想一想，怎样剪出1个纸人？</w:t>
            </w:r>
          </w:p>
          <w:p>
            <w:pPr>
              <w:spacing w:after="20" w:line="276" w:lineRule="auto"/>
            </w:pPr>
            <w:r>
              <w:rPr>
                <w:rFonts w:ascii="宋体" w:hAnsi="宋体" w:eastAsia="宋体"/>
                <w:b w:val="0"/>
                <w:sz w:val="18"/>
              </w:rPr>
              <w:t>(1)学生讨论。</w:t>
            </w:r>
          </w:p>
          <w:p>
            <w:pPr>
              <w:spacing w:after="20" w:line="276" w:lineRule="auto"/>
            </w:pPr>
            <w:r>
              <w:rPr>
                <w:rFonts w:ascii="宋体" w:hAnsi="宋体" w:eastAsia="宋体"/>
                <w:b w:val="0"/>
                <w:sz w:val="18"/>
              </w:rPr>
              <w:t>(2)交流方法。</w:t>
            </w:r>
          </w:p>
          <w:p>
            <w:pPr>
              <w:spacing w:after="20" w:line="276" w:lineRule="auto"/>
            </w:pPr>
            <w:r>
              <w:rPr>
                <w:rFonts w:ascii="宋体" w:hAnsi="宋体" w:eastAsia="宋体"/>
                <w:b w:val="0"/>
                <w:sz w:val="18"/>
              </w:rPr>
              <w:t>在交流中明确：先对折，再画出半个图案。画的时候，纸人的头和身体从折痕处画起。边交流边课件演示过程。</w:t>
            </w:r>
          </w:p>
          <w:p>
            <w:pPr>
              <w:spacing w:after="20" w:line="276" w:lineRule="auto"/>
            </w:pPr>
            <w:r>
              <w:rPr>
                <w:rFonts w:ascii="宋体" w:hAnsi="宋体" w:eastAsia="宋体"/>
                <w:b w:val="0"/>
                <w:sz w:val="18"/>
              </w:rPr>
              <w:t>(3)试一试。</w:t>
            </w:r>
          </w:p>
          <w:p>
            <w:pPr>
              <w:spacing w:after="20" w:line="276" w:lineRule="auto"/>
            </w:pPr>
            <w:r>
              <w:rPr>
                <w:rFonts w:ascii="宋体" w:hAnsi="宋体" w:eastAsia="宋体"/>
                <w:b w:val="0"/>
                <w:sz w:val="18"/>
              </w:rPr>
              <w:t>(4)展示交流。</w:t>
            </w:r>
          </w:p>
          <w:p>
            <w:pPr>
              <w:spacing w:after="20" w:line="276" w:lineRule="auto"/>
            </w:pPr>
            <w:r>
              <w:rPr>
                <w:rFonts w:ascii="宋体" w:hAnsi="宋体" w:eastAsia="宋体"/>
                <w:b w:val="0"/>
                <w:sz w:val="18"/>
              </w:rPr>
              <w:t>注意收集典型案例，教师拿出错误案例与正确案例进行对比，引导学生观察并发现问题。</w:t>
            </w:r>
          </w:p>
          <w:p>
            <w:pPr>
              <w:spacing w:after="20" w:line="276" w:lineRule="auto"/>
            </w:pPr>
            <w:r>
              <w:rPr>
                <w:rFonts w:ascii="宋体" w:hAnsi="宋体" w:eastAsia="宋体"/>
                <w:b w:val="0"/>
                <w:sz w:val="18"/>
              </w:rPr>
              <w:t>(5)集中总结。</w:t>
            </w:r>
          </w:p>
          <w:p>
            <w:pPr>
              <w:spacing w:after="20" w:line="276" w:lineRule="auto"/>
            </w:pPr>
            <w:r>
              <w:rPr>
                <w:rFonts w:ascii="宋体" w:hAnsi="宋体" w:eastAsia="宋体"/>
                <w:b w:val="0"/>
                <w:sz w:val="18"/>
              </w:rPr>
              <w:t>师：一起来总结剪1个纸人的方法吧！</w:t>
            </w:r>
          </w:p>
          <w:p>
            <w:pPr>
              <w:spacing w:after="20" w:line="276" w:lineRule="auto"/>
            </w:pPr>
            <w:r>
              <w:rPr>
                <w:rFonts w:ascii="宋体" w:hAnsi="宋体" w:eastAsia="宋体"/>
                <w:b w:val="0"/>
                <w:sz w:val="18"/>
              </w:rPr>
              <w:t>结合学生表达的先、然后、最后的顺序，引导学生发现1个纸人的剪法：一折，二画，三剪。(适时板书)</w:t>
            </w:r>
          </w:p>
          <w:p>
            <w:pPr>
              <w:spacing w:after="20" w:line="276" w:lineRule="auto"/>
            </w:pPr>
            <w:r>
              <w:rPr>
                <w:rFonts w:ascii="宋体" w:hAnsi="宋体" w:eastAsia="宋体"/>
                <w:b w:val="0"/>
                <w:sz w:val="18"/>
              </w:rPr>
              <w:t>师：看来大家在剪纸人的时候都非常用心，不仅会剪，而且还知道为什么这么剪，真棒！</w:t>
            </w:r>
          </w:p>
          <w:p>
            <w:pPr>
              <w:spacing w:after="20" w:line="276" w:lineRule="auto"/>
            </w:pPr>
            <w:r>
              <w:rPr>
                <w:rFonts w:ascii="宋体" w:hAnsi="宋体" w:eastAsia="宋体"/>
                <w:b w:val="0"/>
                <w:sz w:val="18"/>
              </w:rPr>
              <w:t>2．剪2个纸人。</w:t>
            </w:r>
          </w:p>
          <w:p>
            <w:pPr>
              <w:spacing w:after="20" w:line="276" w:lineRule="auto"/>
            </w:pPr>
            <w:r>
              <w:rPr>
                <w:rFonts w:ascii="宋体" w:hAnsi="宋体" w:eastAsia="宋体"/>
                <w:b w:val="0"/>
                <w:sz w:val="18"/>
              </w:rPr>
              <w:t>(1)师：想一想，怎样剪出2个纸人？按刚才的步骤可以吗？剪2个纸人要对折几次？怎么画？请大家拿纸剪一剪，把你的想法和组内的同学说说。</w:t>
            </w:r>
          </w:p>
          <w:p>
            <w:pPr>
              <w:spacing w:after="20" w:line="276" w:lineRule="auto"/>
            </w:pPr>
            <w:r>
              <w:rPr>
                <w:rFonts w:ascii="宋体" w:hAnsi="宋体" w:eastAsia="宋体"/>
                <w:b w:val="0"/>
                <w:sz w:val="18"/>
              </w:rPr>
              <w:t>(2)学生独立操作，教师巡视指导，收集正确案例和不完整案例，提醒使用剪刀要注意安全。</w:t>
            </w:r>
          </w:p>
          <w:p>
            <w:pPr>
              <w:spacing w:after="20" w:line="276" w:lineRule="auto"/>
            </w:pPr>
            <w:r>
              <w:rPr>
                <w:rFonts w:ascii="宋体" w:hAnsi="宋体" w:eastAsia="宋体"/>
                <w:b w:val="0"/>
                <w:sz w:val="18"/>
              </w:rPr>
              <w:t>(3)展示交流。</w:t>
            </w:r>
          </w:p>
          <w:p>
            <w:pPr>
              <w:spacing w:after="20" w:line="276" w:lineRule="auto"/>
            </w:pPr>
            <w:r>
              <w:rPr>
                <w:rFonts w:ascii="宋体" w:hAnsi="宋体" w:eastAsia="宋体"/>
                <w:b w:val="0"/>
                <w:sz w:val="18"/>
              </w:rPr>
              <w:t>师：这名同学第一个剪完了，并且把剪刀放回了学具袋，把学具袋放在了桌子的上方，剪下来的废纸放在了桌子的左上角，剪好的纸人放在桌子的右上角。他整理得井井有条。请他来展示自己的作品。</w:t>
            </w:r>
          </w:p>
          <w:p>
            <w:pPr>
              <w:spacing w:after="20" w:line="276" w:lineRule="auto"/>
            </w:pPr>
            <w:r>
              <w:rPr>
                <w:rFonts w:ascii="宋体" w:hAnsi="宋体" w:eastAsia="宋体"/>
                <w:b w:val="0"/>
                <w:sz w:val="18"/>
              </w:rPr>
              <w:t>指名上台交流并示范方法。</w:t>
            </w:r>
          </w:p>
          <w:p>
            <w:pPr>
              <w:spacing w:after="20" w:line="276" w:lineRule="auto"/>
            </w:pPr>
            <w:r>
              <w:rPr>
                <w:rFonts w:ascii="宋体" w:hAnsi="宋体" w:eastAsia="宋体"/>
                <w:b w:val="0"/>
                <w:sz w:val="18"/>
              </w:rPr>
              <w:t>师：你找到自己失败的原因了吗？老师还要请你帮个忙。</w:t>
            </w:r>
          </w:p>
          <w:p>
            <w:pPr>
              <w:spacing w:after="20" w:line="276" w:lineRule="auto"/>
            </w:pPr>
            <w:r>
              <w:rPr>
                <w:rFonts w:ascii="宋体" w:hAnsi="宋体" w:eastAsia="宋体"/>
                <w:b w:val="0"/>
                <w:sz w:val="18"/>
              </w:rPr>
              <w:t>为了让大家更清楚地找到失败的原因，老师先把这2幅作品还原到剪之前的样子(这是失败的作品，画上“”；这是成功的作品，画上“√”)，观察一下，这2幅作品中的手有什么不同？</w:t>
            </w:r>
          </w:p>
          <w:p>
            <w:pPr>
              <w:spacing w:after="20" w:line="276" w:lineRule="auto"/>
            </w:pPr>
            <w:r>
              <w:rPr>
                <w:rFonts w:ascii="宋体" w:hAnsi="宋体" w:eastAsia="宋体"/>
                <w:b w:val="0"/>
                <w:sz w:val="18"/>
              </w:rPr>
              <w:t>师：好，请回。谢谢你们帮他找到了失败的原因，教师重新拿出一张纸，展示把“手”画到边剪出来的图形和没有画到边剪出来的图形。 让学生观察，深入体会“手”要画到边，也要剪到边的原因。</w:t>
            </w:r>
          </w:p>
          <w:p>
            <w:pPr>
              <w:spacing w:after="20" w:line="276" w:lineRule="auto"/>
            </w:pPr>
            <w:r>
              <w:rPr>
                <w:rFonts w:ascii="宋体" w:hAnsi="宋体" w:eastAsia="宋体"/>
                <w:b w:val="0"/>
                <w:sz w:val="18"/>
              </w:rPr>
              <w:t>师：老师这里还有一幅作品(展台展示半个纸人)，同学们知道这是怎么回事吗？</w:t>
            </w:r>
          </w:p>
          <w:p>
            <w:pPr>
              <w:spacing w:after="20" w:line="276" w:lineRule="auto"/>
            </w:pPr>
            <w:r>
              <w:rPr>
                <w:rFonts w:ascii="宋体" w:hAnsi="宋体" w:eastAsia="宋体"/>
                <w:b w:val="0"/>
                <w:sz w:val="18"/>
              </w:rPr>
              <w:t>引导学生总结：纸人的身体必须画在纸的连接处。</w:t>
            </w:r>
          </w:p>
          <w:p>
            <w:pPr>
              <w:spacing w:after="20" w:line="276" w:lineRule="auto"/>
            </w:pPr>
            <w:r>
              <w:rPr>
                <w:rFonts w:ascii="宋体" w:hAnsi="宋体" w:eastAsia="宋体"/>
                <w:b w:val="0"/>
                <w:sz w:val="18"/>
              </w:rPr>
              <w:t>师小结：折纸的方法不止一种，但画纸人的时候，头和身体都应从折痕处画起。(适时板书)</w:t>
            </w:r>
          </w:p>
          <w:p>
            <w:pPr>
              <w:spacing w:after="20" w:line="276" w:lineRule="auto"/>
            </w:pPr>
            <w:r>
              <w:rPr>
                <w:rFonts w:ascii="宋体" w:hAnsi="宋体" w:eastAsia="宋体"/>
                <w:b w:val="0"/>
                <w:sz w:val="18"/>
              </w:rPr>
              <w:t>3．试一试。</w:t>
            </w:r>
          </w:p>
          <w:p>
            <w:pPr>
              <w:spacing w:after="20" w:line="276" w:lineRule="auto"/>
            </w:pPr>
            <w:r>
              <w:rPr>
                <w:rFonts w:ascii="宋体" w:hAnsi="宋体" w:eastAsia="宋体"/>
                <w:b w:val="0"/>
                <w:sz w:val="18"/>
              </w:rPr>
              <w:t>师：你能剪出下面这样的图案吗？</w:t>
            </w:r>
          </w:p>
          <w:p>
            <w:pPr>
              <w:spacing w:after="20" w:line="276" w:lineRule="auto"/>
            </w:pPr>
            <w:r>
              <w:rPr>
                <w:rFonts w:ascii="宋体" w:hAnsi="宋体" w:eastAsia="宋体"/>
                <w:b w:val="0"/>
                <w:sz w:val="18"/>
              </w:rPr>
              <w:t>课件出示教科书P7“试一试”。</w:t>
            </w:r>
          </w:p>
          <w:p>
            <w:pPr>
              <w:spacing w:after="20" w:line="276" w:lineRule="auto"/>
            </w:pPr>
            <w:r>
              <w:rPr>
                <w:rFonts w:ascii="宋体" w:hAnsi="宋体" w:eastAsia="宋体"/>
                <w:b w:val="0"/>
                <w:sz w:val="18"/>
              </w:rPr>
              <w:t>(1)学生尝试完成。</w:t>
            </w:r>
          </w:p>
          <w:p>
            <w:pPr>
              <w:spacing w:after="20" w:line="276" w:lineRule="auto"/>
            </w:pPr>
            <w:r>
              <w:rPr>
                <w:rFonts w:ascii="宋体" w:hAnsi="宋体" w:eastAsia="宋体"/>
                <w:b w:val="0"/>
                <w:sz w:val="18"/>
              </w:rPr>
              <w:t>(2)汇报交流方法。</w:t>
            </w:r>
          </w:p>
        </w:tc>
        <w:tc>
          <w:tcPr>
            <w:tcW w:type="dxa" w:w="3061"/>
          </w:tcPr>
          <w:p>
            <w:pPr>
              <w:spacing w:after="20" w:line="276" w:lineRule="auto"/>
            </w:pPr>
            <w:r/>
            <w:r>
              <w:rPr>
                <w:rFonts w:ascii="宋体" w:hAnsi="宋体" w:eastAsia="宋体"/>
                <w:b w:val="0"/>
                <w:sz w:val="18"/>
              </w:rPr>
              <w:t>学生尝试剪，教师巡视。</w:t>
            </w:r>
          </w:p>
          <w:p>
            <w:pPr>
              <w:spacing w:after="20" w:line="276" w:lineRule="auto"/>
            </w:pPr>
            <w:r>
              <w:rPr>
                <w:rFonts w:ascii="宋体" w:hAnsi="宋体" w:eastAsia="宋体"/>
                <w:b w:val="0"/>
                <w:sz w:val="18"/>
              </w:rPr>
              <w:t>①交流完整案例。</w:t>
            </w:r>
          </w:p>
          <w:p>
            <w:pPr>
              <w:spacing w:after="20" w:line="276" w:lineRule="auto"/>
            </w:pPr>
            <w:r>
              <w:rPr>
                <w:rFonts w:ascii="宋体" w:hAnsi="宋体" w:eastAsia="宋体"/>
                <w:b w:val="0"/>
                <w:sz w:val="18"/>
              </w:rPr>
              <w:t>②交流错例(2个分开的纸人)。</w:t>
            </w:r>
          </w:p>
          <w:p>
            <w:pPr>
              <w:spacing w:after="20" w:line="276" w:lineRule="auto"/>
            </w:pPr>
            <w:r>
              <w:rPr>
                <w:rFonts w:ascii="宋体" w:hAnsi="宋体" w:eastAsia="宋体"/>
                <w:b w:val="0"/>
                <w:sz w:val="18"/>
              </w:rPr>
              <w:t>要保证纸人是手拉手，必须要把“手”画到边(教师用笔画)，剪的时候也要一直剪到边。</w:t>
            </w:r>
          </w:p>
          <w:p>
            <w:pPr>
              <w:spacing w:after="20" w:line="276" w:lineRule="auto"/>
            </w:pPr>
            <w:r>
              <w:rPr>
                <w:rFonts w:ascii="宋体" w:hAnsi="宋体" w:eastAsia="宋体"/>
                <w:b w:val="0"/>
                <w:sz w:val="18"/>
              </w:rPr>
              <w:t>③交流不完整的纸人(出现半个纸人)。</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设计递进式探究活动，引导学生在动手实践与合作交流中经历知识形成过程，突破本课重难点，核心问题："想一想，怎样剪出1个纸人？"</w:t>
            </w:r>
          </w:p>
        </w:tc>
      </w:tr>
      <w:tr>
        <w:tc>
          <w:tcPr>
            <w:tcW w:type="dxa" w:w="1474"/>
          </w:tcPr>
          <w:p>
            <w:pPr>
              <w:spacing w:after="20" w:line="276" w:lineRule="auto"/>
            </w:pPr>
            <w:r>
              <w:rPr>
                <w:b/>
              </w:rPr>
            </w:r>
            <w:r>
              <w:rPr>
                <w:rFonts w:ascii="宋体" w:hAnsi="宋体" w:eastAsia="宋体"/>
                <w:b/>
                <w:sz w:val="18"/>
              </w:rPr>
              <w:t>三、巩固应用</w:t>
            </w:r>
          </w:p>
        </w:tc>
        <w:tc>
          <w:tcPr>
            <w:tcW w:type="dxa" w:w="3061"/>
          </w:tcPr>
          <w:p>
            <w:pPr>
              <w:spacing w:after="20" w:line="276" w:lineRule="auto"/>
            </w:pPr>
            <w:r/>
            <w:r>
              <w:rPr>
                <w:rFonts w:ascii="宋体" w:hAnsi="宋体" w:eastAsia="宋体"/>
                <w:b w:val="0"/>
                <w:sz w:val="18"/>
              </w:rPr>
              <w:t>完成教科书P9“练习一”第7题。</w:t>
            </w:r>
          </w:p>
          <w:p>
            <w:pPr>
              <w:spacing w:after="20" w:line="276" w:lineRule="auto"/>
            </w:pPr>
            <w:r>
              <w:rPr>
                <w:rFonts w:ascii="宋体" w:hAnsi="宋体" w:eastAsia="宋体"/>
                <w:b w:val="0"/>
                <w:sz w:val="18"/>
              </w:rPr>
              <w:t>(1)拿两张正方形的纸，按图中的方式折一折、剪一剪。</w:t>
            </w:r>
          </w:p>
          <w:p>
            <w:pPr>
              <w:spacing w:after="20" w:line="276" w:lineRule="auto"/>
            </w:pPr>
            <w:r>
              <w:rPr>
                <w:rFonts w:ascii="宋体" w:hAnsi="宋体" w:eastAsia="宋体"/>
                <w:b w:val="0"/>
                <w:sz w:val="18"/>
              </w:rPr>
              <w:t>(2)根据折剪的情况独立完成。</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师：通过这节课的学习，你们有什么收获？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节课教学时，先介绍中国传统文化——剪纸，从欣赏美到激发学生的学习兴趣，引出课题。接着从1个纸人剪起，渗透遇到复杂问题先从简单的开始。安排学生学会剪1个纸人之后，让学生思考如何剪出连续的2个纸人，然后根据思考去操作，一一验证。当剪的时候出现状况，再生生互动，从简单图案出现的问题解决起，分析原因，到复杂的时候就不会出现类似的问题。学生操作尝试解决问题，教师引导学生通过自己的观察寻找问题的原因，找到解决问题的关键，并逐步调整策略。提高学生解决问题的能力，同时培养学生的发散思维与创新意识。</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剪纸</w:t>
      </w:r>
    </w:p>
    <w:p>
      <w:pPr>
        <w:spacing w:after="40" w:line="300" w:lineRule="auto"/>
      </w:pPr>
      <w:r>
        <w:rPr>
          <w:rFonts w:ascii="宋体" w:hAnsi="宋体" w:eastAsia="宋体"/>
          <w:b w:val="0"/>
          <w:sz w:val="20"/>
        </w:rPr>
        <w:t>1个纸人</w:t>
      </w:r>
    </w:p>
    <w:p>
      <w:pPr>
        <w:spacing w:after="40" w:line="300" w:lineRule="auto"/>
      </w:pPr>
      <w:r>
        <w:rPr>
          <w:rFonts w:ascii="宋体" w:hAnsi="宋体" w:eastAsia="宋体"/>
          <w:b w:val="0"/>
          <w:sz w:val="20"/>
        </w:rPr>
        <w:t>一折　　二画　　三剪</w:t>
      </w:r>
    </w:p>
    <w:p>
      <w:pPr>
        <w:spacing w:after="40" w:line="300" w:lineRule="auto"/>
      </w:pPr>
      <w:r>
        <w:rPr>
          <w:rFonts w:ascii="宋体" w:hAnsi="宋体" w:eastAsia="宋体"/>
          <w:b w:val="0"/>
          <w:sz w:val="20"/>
        </w:rPr>
        <w:t>2个纸人</w:t>
      </w:r>
    </w:p>
    <w:p>
      <w:pPr>
        <w:spacing w:after="40" w:line="300" w:lineRule="auto"/>
      </w:pPr>
      <w:r>
        <w:rPr>
          <w:rFonts w:ascii="宋体" w:hAnsi="宋体" w:eastAsia="宋体"/>
          <w:b w:val="0"/>
          <w:sz w:val="20"/>
        </w:rPr>
        <w:t>头和身体都应从折痕处画起。</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教科书P7，教科书P9“练习一”第7题。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节课重在操作，合理运用学生已有的知识积累。教学过程中出现了很多问题，例如半个人、单独的一个一个的人、脚没分开等。学生通过生生互动，明白先要观察图形的特点再来下手会更准确。在纠错中成长，避免犯同样的错误。注意归因训练，同时厘清思路，这对后期的学习有更大的帮助。</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