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人教版三年级数学下册</w:t>
      </w:r>
    </w:p>
    <w:p>
      <w:pPr>
        <w:spacing w:after="80" w:line="300" w:lineRule="auto"/>
        <w:jc w:val="center"/>
      </w:pPr>
      <w:r>
        <w:rPr>
          <w:rFonts w:ascii="黑体" w:hAnsi="黑体" w:eastAsia="黑体"/>
          <w:b/>
          <w:sz w:val="26"/>
        </w:rPr>
        <w:t>第2单元 除数是一位数的除法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第2单元 除数是一位数的除法</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数与代数</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13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【教材解读】</w:t>
      </w:r>
    </w:p>
    <w:p>
      <w:pPr>
        <w:spacing w:after="80" w:line="300" w:lineRule="auto"/>
        <w:ind w:firstLine="400"/>
      </w:pPr>
      <w:r>
        <w:rPr>
          <w:rFonts w:ascii="宋体" w:hAnsi="宋体" w:eastAsia="宋体"/>
          <w:b w:val="0"/>
          <w:sz w:val="20"/>
        </w:rPr>
        <w:t>本单元的教学内容是小学数学中最重要的基础知识和基本技能，是学生必须理解掌握的。同时，除数是一位数的除法，在乘、除法的学习中有着承上启下的作用：一方面，它是在表内乘、除法，一位数乘多位数的基础上进行教学的；另一方面，它将为学生掌握除数是两位数的除法和进一步学习除数是多位数的除法奠定扎实的知识和思维基础。</w:t>
      </w:r>
    </w:p>
    <w:p>
      <w:pPr>
        <w:spacing w:after="80" w:line="300" w:lineRule="auto"/>
        <w:ind w:firstLine="400"/>
      </w:pPr>
      <w:r>
        <w:rPr>
          <w:rFonts w:ascii="宋体" w:hAnsi="宋体" w:eastAsia="宋体"/>
          <w:b w:val="0"/>
          <w:sz w:val="20"/>
        </w:rPr>
        <w:t>教科书按“口算除法——笔算除法——解决问题”的顺序编排，体现了“由简到繁，由易到难”的认知规律。第一个层次是口算除法，在让学生用已有的口算经验解决新问题的同时，为理解笔算算理打基础。第二个层次是笔算除法，这部分内容是本单元教学的重点，它是多位数除法的基础。教科书除了借助直观操作帮助学生理解笔算算理外，还重点采取各个突破的办法来克服笔算除法的难点。第三个层次是解决问题，例7是用乘法两步计算解决问题，例8是用除法两步计算解决问题，例9是用乘除两步计算含有“归一”数量关系的实际问题，例10是用乘除两步计算含有“归总”数量关系的实际问题。</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【学情分析】</w:t>
      </w:r>
    </w:p>
    <w:p>
      <w:pPr>
        <w:spacing w:after="80" w:line="300" w:lineRule="auto"/>
        <w:ind w:firstLine="400"/>
      </w:pPr>
      <w:r>
        <w:rPr>
          <w:rFonts w:ascii="宋体" w:hAnsi="宋体" w:eastAsia="宋体"/>
          <w:b w:val="0"/>
          <w:sz w:val="20"/>
        </w:rPr>
        <w:t>学生已经会计算表内除法和一位数乘整十、整百数的口算。这些口算经验是帮助学生学习除数是一位数的口算除法的重要基础。学生在二年级学习了“表内除法”和“有余数的除法”，对竖式有最基础的了解，但本单元的笔算除法需要学生学会综合运用乘法、减法、加法等知识与方法，而除法竖式的演算是一种数学思维的特殊表达方式，学生在对除的顺序和竖式的写法的理解与掌握上会有一定的困难。</w:t>
      </w:r>
    </w:p>
    <w:p>
      <w:pPr>
        <w:spacing w:after="80" w:line="300" w:lineRule="auto"/>
        <w:ind w:firstLine="400"/>
      </w:pPr>
      <w:r>
        <w:rPr>
          <w:rFonts w:ascii="宋体" w:hAnsi="宋体" w:eastAsia="宋体"/>
          <w:b w:val="0"/>
          <w:sz w:val="20"/>
        </w:rPr>
        <w:t>【教学策略】</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单元素养目标：</w:t>
      </w:r>
    </w:p>
    <w:p>
      <w:pPr>
        <w:spacing w:after="40" w:line="300" w:lineRule="auto"/>
        <w:ind w:firstLine="400"/>
      </w:pPr>
      <w:r>
        <w:rPr>
          <w:rFonts w:ascii="宋体" w:hAnsi="宋体" w:eastAsia="宋体"/>
          <w:b w:val="0"/>
          <w:sz w:val="20"/>
        </w:rPr>
        <w:t>几何直观：会借助图形理解算理，分析数量关系。</w:t>
      </w:r>
    </w:p>
    <w:p>
      <w:pPr>
        <w:spacing w:after="40" w:line="300" w:lineRule="auto"/>
        <w:ind w:firstLine="400"/>
      </w:pPr>
      <w:r>
        <w:rPr>
          <w:rFonts w:ascii="宋体" w:hAnsi="宋体" w:eastAsia="宋体"/>
          <w:b w:val="0"/>
          <w:sz w:val="20"/>
        </w:rPr>
        <w:t>应用意识：运用所学的知识解决生活中的简单的问题。</w:t>
      </w:r>
    </w:p>
    <w:p>
      <w:pPr>
        <w:spacing w:after="40" w:line="300" w:lineRule="auto"/>
        <w:ind w:firstLine="400"/>
      </w:pPr>
      <w:r>
        <w:rPr>
          <w:rFonts w:ascii="宋体" w:hAnsi="宋体" w:eastAsia="宋体"/>
          <w:b w:val="0"/>
          <w:sz w:val="20"/>
        </w:rPr>
        <w:t>模型意识：在研究笔算除法计算方法的过程中，学会归纳、抽象出计算法则，理解计算法则的基础上，发展模型意识。</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第1课时：结合具体情境，进一步理解除法的意义，掌握一位数除两位数(商是两位数)的笔算方法和竖式的书写方法。</w:t>
      </w:r>
    </w:p>
    <w:p>
      <w:pPr>
        <w:spacing w:after="20" w:line="300" w:lineRule="auto"/>
        <w:ind w:firstLine="400"/>
      </w:pPr>
      <w:r>
        <w:rPr>
          <w:rFonts w:ascii="宋体" w:hAnsi="宋体" w:eastAsia="宋体"/>
          <w:b w:val="0"/>
          <w:sz w:val="20"/>
        </w:rPr>
        <w:t>第2课时：经历口算除法的探索过程，引导学生通过直观操作探究算法，理解算理。</w:t>
      </w:r>
    </w:p>
    <w:p>
      <w:pPr>
        <w:spacing w:after="20" w:line="300" w:lineRule="auto"/>
        <w:ind w:firstLine="400"/>
      </w:pPr>
      <w:r>
        <w:rPr>
          <w:rFonts w:ascii="宋体" w:hAnsi="宋体" w:eastAsia="宋体"/>
          <w:b w:val="0"/>
          <w:sz w:val="20"/>
        </w:rPr>
        <w:t>第3课时：结合具体情境，理解一位数除三位数(商是三位数)的算理，掌握笔算方法，能正确列竖式计算，并会验算。</w:t>
      </w:r>
    </w:p>
    <w:p>
      <w:pPr>
        <w:spacing w:after="20" w:line="300" w:lineRule="auto"/>
        <w:ind w:firstLine="400"/>
      </w:pPr>
      <w:r>
        <w:rPr>
          <w:rFonts w:ascii="宋体" w:hAnsi="宋体" w:eastAsia="宋体"/>
          <w:b w:val="0"/>
          <w:sz w:val="20"/>
        </w:rPr>
        <w:t>第4课时：经历几十几除以一位数(每一位都能除尽)和几百几十除以一位数(首位不够除)的口算方法的探究过程。</w:t>
      </w:r>
    </w:p>
    <w:p>
      <w:pPr>
        <w:spacing w:after="20" w:line="300" w:lineRule="auto"/>
        <w:ind w:firstLine="400"/>
      </w:pPr>
      <w:r>
        <w:rPr>
          <w:rFonts w:ascii="宋体" w:hAnsi="宋体" w:eastAsia="宋体"/>
          <w:b w:val="0"/>
          <w:sz w:val="20"/>
        </w:rPr>
        <w:t>第5课时：经历用一位数除三位数(商是两位数)的笔算的探索过程，掌握一般的笔算方法。</w:t>
      </w:r>
    </w:p>
    <w:p>
      <w:pPr>
        <w:spacing w:after="20" w:line="300" w:lineRule="auto"/>
        <w:ind w:firstLine="400"/>
      </w:pPr>
      <w:r>
        <w:rPr>
          <w:rFonts w:ascii="宋体" w:hAnsi="宋体" w:eastAsia="宋体"/>
          <w:b w:val="0"/>
          <w:sz w:val="20"/>
        </w:rPr>
        <w:t>第6课时：结合实际情境能把被除数估成整十或整百数进行计算，在解决问题的过程中体会估算方法的多样性和估算的价值，关注估算结果的合理性。</w:t>
      </w:r>
    </w:p>
    <w:p>
      <w:pPr>
        <w:spacing w:after="20" w:line="300" w:lineRule="auto"/>
        <w:ind w:firstLine="400"/>
      </w:pPr>
      <w:r>
        <w:rPr>
          <w:rFonts w:ascii="宋体" w:hAnsi="宋体" w:eastAsia="宋体"/>
          <w:b w:val="0"/>
          <w:sz w:val="20"/>
        </w:rPr>
        <w:t>第7课时：理解“0除以任何不是0的数，都得0”的道理，能正确口算有关0的除法。</w:t>
      </w:r>
    </w:p>
    <w:p>
      <w:pPr>
        <w:spacing w:after="20" w:line="300" w:lineRule="auto"/>
        <w:ind w:firstLine="400"/>
      </w:pPr>
      <w:r>
        <w:rPr>
          <w:rFonts w:ascii="宋体" w:hAnsi="宋体" w:eastAsia="宋体"/>
          <w:b w:val="0"/>
          <w:sz w:val="20"/>
        </w:rPr>
        <w:t>第8课时：引导学生经历一位数除三位数(商末尾有0)的除法的笔算方法的探究过程，理解并掌握商末尾有0的除法的计算方法，并能正确进行计算。</w:t>
      </w:r>
    </w:p>
    <w:p>
      <w:pPr>
        <w:spacing w:after="20" w:line="300" w:lineRule="auto"/>
        <w:ind w:firstLine="400"/>
      </w:pPr>
      <w:r>
        <w:rPr>
          <w:rFonts w:ascii="宋体" w:hAnsi="宋体" w:eastAsia="宋体"/>
          <w:b w:val="0"/>
          <w:sz w:val="20"/>
        </w:rPr>
        <w:t>第9课时：经历发现问题、提出问题、解决问题的过程，会用连乘解决问题。</w:t>
      </w:r>
    </w:p>
    <w:p>
      <w:pPr>
        <w:spacing w:after="20" w:line="300" w:lineRule="auto"/>
        <w:ind w:firstLine="400"/>
      </w:pPr>
      <w:r>
        <w:rPr>
          <w:rFonts w:ascii="宋体" w:hAnsi="宋体" w:eastAsia="宋体"/>
          <w:b w:val="0"/>
          <w:sz w:val="20"/>
        </w:rPr>
        <w:t>第10课时：经历发现问题、提出问题、分析解决问题的过程，学会用除法解决两步计算的问题。</w:t>
      </w:r>
    </w:p>
    <w:p>
      <w:pPr>
        <w:spacing w:after="20" w:line="300" w:lineRule="auto"/>
        <w:ind w:firstLine="400"/>
      </w:pPr>
      <w:r>
        <w:rPr>
          <w:rFonts w:ascii="宋体" w:hAnsi="宋体" w:eastAsia="宋体"/>
          <w:b w:val="0"/>
          <w:sz w:val="20"/>
        </w:rPr>
        <w:t>第11课时：能运用乘、除法的知识解决含有“归一”数量关系的实际问题。</w:t>
      </w:r>
    </w:p>
    <w:p>
      <w:pPr>
        <w:spacing w:after="20" w:line="300" w:lineRule="auto"/>
        <w:ind w:firstLine="400"/>
      </w:pPr>
      <w:r>
        <w:rPr>
          <w:rFonts w:ascii="宋体" w:hAnsi="宋体" w:eastAsia="宋体"/>
          <w:b w:val="0"/>
          <w:sz w:val="20"/>
        </w:rPr>
        <w:t>第12课时：能运用乘、除法的知识解决含有“归总”数量关系的实际问题。</w:t>
      </w:r>
    </w:p>
    <w:p>
      <w:pPr>
        <w:spacing w:after="20" w:line="300" w:lineRule="auto"/>
        <w:ind w:firstLine="400"/>
      </w:pPr>
      <w:r>
        <w:rPr>
          <w:rFonts w:ascii="宋体" w:hAnsi="宋体" w:eastAsia="宋体"/>
          <w:b w:val="0"/>
          <w:sz w:val="20"/>
        </w:rPr>
        <w:t>第13课时：经历整理和复习的过程，厘清知识脉络，进行分类归纳，学会有序整理的学习方法，提高学习能力，形成清晰、完整的知识结构。</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重视口算教学。首先从直观教学入手，配合算式和教具的使用，让学生充分理解口算的算理和算法，激发学生学习口算的积极性，进而养成口算的习惯，逐步提高口算能力。其次，激活学生已有的口算经验，使之顺利迁移到除数是一位数的口算除法中。</w:t>
      </w:r>
    </w:p>
    <w:p>
      <w:pPr>
        <w:spacing w:after="20" w:line="300" w:lineRule="auto"/>
      </w:pPr>
      <w:r>
        <w:rPr>
          <w:rFonts w:ascii="宋体" w:hAnsi="宋体" w:eastAsia="宋体"/>
          <w:b w:val="0"/>
          <w:sz w:val="20"/>
        </w:rPr>
        <w:t>● 重视对算理和计算规律的探求，培养学生的数学交流能力。在教学时，应充分调动学生已有的计算知识和经验，引导学生主动探究笔算除法的算理和算法，学会“先做什么——再做什么——接着做什么——最后做什么”的有序思考方法，并用语言表述思考过程。</w:t>
      </w:r>
    </w:p>
    <w:p>
      <w:pPr>
        <w:spacing w:after="20" w:line="300" w:lineRule="auto"/>
      </w:pPr>
      <w:r>
        <w:rPr>
          <w:rFonts w:ascii="宋体" w:hAnsi="宋体" w:eastAsia="宋体"/>
          <w:b w:val="0"/>
          <w:sz w:val="20"/>
        </w:rPr>
        <w:t>● 正确处理计算教学与问题解决的关系。计算教学强调计算的算理和算法及计算的逻辑推理，注重计算的准确性、方法的灵活性和计算速度；问题解决教学注重对数学情境的理解与信息的数学化。</w:t>
      </w:r>
    </w:p>
    <w:p>
      <w:pPr>
        <w:spacing w:after="20" w:line="300" w:lineRule="auto"/>
      </w:pPr>
      <w:r>
        <w:rPr>
          <w:rFonts w:ascii="宋体" w:hAnsi="宋体" w:eastAsia="宋体"/>
          <w:b w:val="0"/>
          <w:sz w:val="20"/>
        </w:rPr>
        <w:t>● 重视学生解决问题能力的培养。本单元集中编排了四种用乘法和除法解决的数学问题，在解决问题的过程中让学生学会借助图形、表格分析数量关系，体会数形结合思想。</w:t>
      </w:r>
    </w:p>
    <w:p>
      <w:pPr>
        <w:spacing w:after="20" w:line="300" w:lineRule="auto"/>
      </w:pPr>
      <w:r>
        <w:rPr>
          <w:rFonts w:ascii="宋体" w:hAnsi="宋体" w:eastAsia="宋体"/>
          <w:b w:val="0"/>
          <w:sz w:val="20"/>
        </w:rPr>
        <w:t>【素养体现】</w:t>
      </w:r>
    </w:p>
    <w:p>
      <w:pPr>
        <w:spacing w:after="20" w:line="300" w:lineRule="auto"/>
      </w:pPr>
      <w:r>
        <w:rPr>
          <w:rFonts w:ascii="宋体" w:hAnsi="宋体" w:eastAsia="宋体"/>
          <w:b w:val="0"/>
          <w:sz w:val="20"/>
        </w:rPr>
        <w:t>数感：能够结合具体情境，选择恰当的策略进行除法估算。</w:t>
      </w:r>
    </w:p>
    <w:p>
      <w:pPr>
        <w:spacing w:after="20" w:line="300" w:lineRule="auto"/>
      </w:pPr>
      <w:r>
        <w:rPr>
          <w:rFonts w:ascii="宋体" w:hAnsi="宋体" w:eastAsia="宋体"/>
          <w:b w:val="0"/>
          <w:sz w:val="20"/>
        </w:rPr>
        <w:t>运算能力：熟练地口算除数是一位数，商是整十、整百、整千的数以及一位数除几百几十(或几千几百)的除法。</w:t>
      </w:r>
    </w:p>
    <w:p>
      <w:pPr>
        <w:spacing w:after="20" w:line="300" w:lineRule="auto"/>
      </w:pPr>
      <w:r>
        <w:rPr>
          <w:rFonts w:ascii="宋体" w:hAnsi="宋体" w:eastAsia="宋体"/>
          <w:b w:val="0"/>
          <w:sz w:val="20"/>
        </w:rPr>
        <w:t>推理意识：在研究笔算除法的计算过程中，学会归纳、抽象出计算法则。</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一位数除两位数(商是两位数)</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结合具体情境，进一步理解除法的意义，掌握一位数除两位数(商是两位数)的笔算方法和竖式的书写方法。</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口算除法(1)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经历口算除法的探索过程，引导学生通过直观操作探究算法，理解算理。</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一位数除三位数(商是三位数)</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结合具体情境，理解一位数除三位数(商是三位数)的算理，掌握笔算方法，能正确列竖式计算，并会验算。</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口算除法(2)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经历几十几除以一位数(每一位都能除尽)和几百几十除以一位数(首位不够除)的口算方法的探究过程。</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一位数除三位数(商是两位数)</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经历用一位数除三位数(商是两位数)的笔算的探索过程，掌握一般的笔算方法。</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用除法估算解决问题</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结合实际情境能把被除数估成整十或整百数进行计算，在解决问题的过程中体会估算方法的多样性和估算的价值，关注估算结果的合理性。</w:t>
            </w:r>
          </w:p>
        </w:tc>
      </w:tr>
      <w:tr>
        <w:tc>
          <w:tcPr>
            <w:tcW w:type="dxa" w:w="1020"/>
          </w:tcPr>
          <w:p>
            <w:pPr>
              <w:spacing w:after="20" w:line="276" w:lineRule="auto"/>
            </w:pPr>
            <w:r/>
            <w:r>
              <w:rPr>
                <w:rFonts w:ascii="宋体" w:hAnsi="宋体" w:eastAsia="宋体"/>
                <w:b w:val="0"/>
                <w:sz w:val="18"/>
              </w:rPr>
              <w:t>第7课时</w:t>
            </w:r>
          </w:p>
        </w:tc>
        <w:tc>
          <w:tcPr>
            <w:tcW w:type="dxa" w:w="3061"/>
          </w:tcPr>
          <w:p>
            <w:pPr>
              <w:spacing w:after="20" w:line="276" w:lineRule="auto"/>
            </w:pPr>
            <w:r/>
            <w:r>
              <w:rPr>
                <w:rFonts w:ascii="宋体" w:hAnsi="宋体" w:eastAsia="宋体"/>
                <w:b w:val="0"/>
                <w:sz w:val="18"/>
              </w:rPr>
              <w:t>商中间有0的除法</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理解“0除以任何不是0的数，都得0”的道理，能正确口算有关0的除法。</w:t>
            </w:r>
          </w:p>
        </w:tc>
      </w:tr>
      <w:tr>
        <w:tc>
          <w:tcPr>
            <w:tcW w:type="dxa" w:w="1020"/>
          </w:tcPr>
          <w:p>
            <w:pPr>
              <w:spacing w:after="20" w:line="276" w:lineRule="auto"/>
            </w:pPr>
            <w:r/>
            <w:r>
              <w:rPr>
                <w:rFonts w:ascii="宋体" w:hAnsi="宋体" w:eastAsia="宋体"/>
                <w:b w:val="0"/>
                <w:sz w:val="18"/>
              </w:rPr>
              <w:t>第8课时</w:t>
            </w:r>
          </w:p>
        </w:tc>
        <w:tc>
          <w:tcPr>
            <w:tcW w:type="dxa" w:w="3061"/>
          </w:tcPr>
          <w:p>
            <w:pPr>
              <w:spacing w:after="20" w:line="276" w:lineRule="auto"/>
            </w:pPr>
            <w:r/>
            <w:r>
              <w:rPr>
                <w:rFonts w:ascii="宋体" w:hAnsi="宋体" w:eastAsia="宋体"/>
                <w:b w:val="0"/>
                <w:sz w:val="18"/>
              </w:rPr>
              <w:t>商末尾有0的除法</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引导学生经历一位数除三位数(商末尾有0)的除法的笔算方法的探究过程，理解并掌握商末尾有0的除法的计算方法，并能正确进行计算。</w:t>
            </w:r>
          </w:p>
        </w:tc>
      </w:tr>
      <w:tr>
        <w:tc>
          <w:tcPr>
            <w:tcW w:type="dxa" w:w="1020"/>
          </w:tcPr>
          <w:p>
            <w:pPr>
              <w:spacing w:after="20" w:line="276" w:lineRule="auto"/>
            </w:pPr>
            <w:r/>
            <w:r>
              <w:rPr>
                <w:rFonts w:ascii="宋体" w:hAnsi="宋体" w:eastAsia="宋体"/>
                <w:b w:val="0"/>
                <w:sz w:val="18"/>
              </w:rPr>
              <w:t>第9课时</w:t>
            </w:r>
          </w:p>
        </w:tc>
        <w:tc>
          <w:tcPr>
            <w:tcW w:type="dxa" w:w="3061"/>
          </w:tcPr>
          <w:p>
            <w:pPr>
              <w:spacing w:after="20" w:line="276" w:lineRule="auto"/>
            </w:pPr>
            <w:r/>
            <w:r>
              <w:rPr>
                <w:rFonts w:ascii="宋体" w:hAnsi="宋体" w:eastAsia="宋体"/>
                <w:b w:val="0"/>
                <w:sz w:val="18"/>
              </w:rPr>
              <w:t>解决问题(1)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经历发现问题、提出问题、解决问题的过程，会用连乘解决问题。</w:t>
            </w:r>
          </w:p>
        </w:tc>
      </w:tr>
      <w:tr>
        <w:tc>
          <w:tcPr>
            <w:tcW w:type="dxa" w:w="1020"/>
          </w:tcPr>
          <w:p>
            <w:pPr>
              <w:spacing w:after="20" w:line="276" w:lineRule="auto"/>
            </w:pPr>
            <w:r/>
            <w:r>
              <w:rPr>
                <w:rFonts w:ascii="宋体" w:hAnsi="宋体" w:eastAsia="宋体"/>
                <w:b w:val="0"/>
                <w:sz w:val="18"/>
              </w:rPr>
              <w:t>第10课时</w:t>
            </w:r>
          </w:p>
        </w:tc>
        <w:tc>
          <w:tcPr>
            <w:tcW w:type="dxa" w:w="3061"/>
          </w:tcPr>
          <w:p>
            <w:pPr>
              <w:spacing w:after="20" w:line="276" w:lineRule="auto"/>
            </w:pPr>
            <w:r/>
            <w:r>
              <w:rPr>
                <w:rFonts w:ascii="宋体" w:hAnsi="宋体" w:eastAsia="宋体"/>
                <w:b w:val="0"/>
                <w:sz w:val="18"/>
              </w:rPr>
              <w:t>解决问题(2)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经历发现问题、提出问题、分析解决问题的过程，学会用除法解决两步计算的问题。</w:t>
            </w:r>
          </w:p>
        </w:tc>
      </w:tr>
      <w:tr>
        <w:tc>
          <w:tcPr>
            <w:tcW w:type="dxa" w:w="1020"/>
          </w:tcPr>
          <w:p>
            <w:pPr>
              <w:spacing w:after="20" w:line="276" w:lineRule="auto"/>
            </w:pPr>
            <w:r/>
            <w:r>
              <w:rPr>
                <w:rFonts w:ascii="宋体" w:hAnsi="宋体" w:eastAsia="宋体"/>
                <w:b w:val="0"/>
                <w:sz w:val="18"/>
              </w:rPr>
              <w:t>第11课时</w:t>
            </w:r>
          </w:p>
        </w:tc>
        <w:tc>
          <w:tcPr>
            <w:tcW w:type="dxa" w:w="3061"/>
          </w:tcPr>
          <w:p>
            <w:pPr>
              <w:spacing w:after="20" w:line="276" w:lineRule="auto"/>
            </w:pPr>
            <w:r/>
            <w:r>
              <w:rPr>
                <w:rFonts w:ascii="宋体" w:hAnsi="宋体" w:eastAsia="宋体"/>
                <w:b w:val="0"/>
                <w:sz w:val="18"/>
              </w:rPr>
              <w:t>解决问题(3)</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能运用乘、除法的知识解决含有“归一”数量关系的实际问题。</w:t>
            </w:r>
          </w:p>
        </w:tc>
      </w:tr>
      <w:tr>
        <w:tc>
          <w:tcPr>
            <w:tcW w:type="dxa" w:w="1020"/>
          </w:tcPr>
          <w:p>
            <w:pPr>
              <w:spacing w:after="20" w:line="276" w:lineRule="auto"/>
            </w:pPr>
            <w:r/>
            <w:r>
              <w:rPr>
                <w:rFonts w:ascii="宋体" w:hAnsi="宋体" w:eastAsia="宋体"/>
                <w:b w:val="0"/>
                <w:sz w:val="18"/>
              </w:rPr>
              <w:t>第12课时</w:t>
            </w:r>
          </w:p>
        </w:tc>
        <w:tc>
          <w:tcPr>
            <w:tcW w:type="dxa" w:w="3061"/>
          </w:tcPr>
          <w:p>
            <w:pPr>
              <w:spacing w:after="20" w:line="276" w:lineRule="auto"/>
            </w:pPr>
            <w:r/>
            <w:r>
              <w:rPr>
                <w:rFonts w:ascii="宋体" w:hAnsi="宋体" w:eastAsia="宋体"/>
                <w:b w:val="0"/>
                <w:sz w:val="18"/>
              </w:rPr>
              <w:t>解决问题(4)</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能运用乘、除法的知识解决含有“归总”数量关系的实际问题。</w:t>
            </w:r>
          </w:p>
        </w:tc>
      </w:tr>
      <w:tr>
        <w:tc>
          <w:tcPr>
            <w:tcW w:type="dxa" w:w="1020"/>
          </w:tcPr>
          <w:p>
            <w:pPr>
              <w:spacing w:after="20" w:line="276" w:lineRule="auto"/>
            </w:pPr>
            <w:r/>
            <w:r>
              <w:rPr>
                <w:rFonts w:ascii="宋体" w:hAnsi="宋体" w:eastAsia="宋体"/>
                <w:b w:val="0"/>
                <w:sz w:val="18"/>
              </w:rPr>
              <w:t>第13课时</w:t>
            </w:r>
          </w:p>
        </w:tc>
        <w:tc>
          <w:tcPr>
            <w:tcW w:type="dxa" w:w="3061"/>
          </w:tcPr>
          <w:p>
            <w:pPr>
              <w:spacing w:after="20" w:line="276" w:lineRule="auto"/>
            </w:pPr>
            <w:r/>
            <w:r>
              <w:rPr>
                <w:rFonts w:ascii="宋体" w:hAnsi="宋体" w:eastAsia="宋体"/>
                <w:b w:val="0"/>
                <w:sz w:val="18"/>
              </w:rPr>
              <w:t>整理和复习</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经历整理和复习的过程，厘清知识脉络，进行分类归纳，学会有序整理的学习方法，提高学习能力，形成清晰、完整的知识结构。</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一位数除两位数(商是两位数)</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一位数除两位数(商是两位数)</w:t>
            </w:r>
          </w:p>
        </w:tc>
        <w:tc>
          <w:tcPr>
            <w:tcW w:type="dxa" w:w="6009"/>
          </w:tcPr>
          <w:p>
            <w:pPr>
              <w:spacing w:after="20" w:line="276" w:lineRule="auto"/>
            </w:pPr>
            <w:r/>
            <w:r>
              <w:rPr>
                <w:rFonts w:ascii="宋体" w:hAnsi="宋体" w:eastAsia="宋体"/>
                <w:b w:val="0"/>
                <w:sz w:val="20"/>
              </w:rPr>
              <w:t>第2单元 除数是一位数的除法（笔算除法）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学生已经会计算表内除法和一位数乘整十、整百数的口算。这些口算经验是帮助学生学习除数是一位数的口算除法的重要基础。学生在二年级学习了“表内除法”和“有余数的除法”，对竖式有最基础的了解，但本单元的笔算除法需要学生学会综合运用乘法、减法、加法等知识与方法，而除法竖式的演算是一种数学思维的特殊表达方式，学生在对除的顺序和竖式的写法的理解与掌握上会有一定的困难。</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教学内容：教科书P15～16例1及“做一做”，教科书P19“练习三”第1～3题。</w:t>
      </w:r>
    </w:p>
    <w:p>
      <w:pPr>
        <w:spacing w:after="80" w:line="300" w:lineRule="auto"/>
        <w:ind w:firstLine="400"/>
      </w:pPr>
      <w:r>
        <w:rPr>
          <w:rFonts w:ascii="宋体" w:hAnsi="宋体" w:eastAsia="宋体"/>
          <w:b w:val="0"/>
          <w:sz w:val="20"/>
        </w:rPr>
        <w:t>教学准备：课件、小棒。</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（1）结合具体情境，进一步理解除法的意义，掌握一位数除两位数(商是两位数)的笔算方法和竖式的书写方法。</w:t>
      </w:r>
    </w:p>
    <w:p>
      <w:pPr>
        <w:spacing w:after="20" w:line="300" w:lineRule="auto"/>
        <w:ind w:firstLine="400"/>
      </w:pPr>
      <w:r>
        <w:rPr>
          <w:rFonts w:ascii="宋体" w:hAnsi="宋体" w:eastAsia="宋体"/>
          <w:b w:val="0"/>
          <w:sz w:val="20"/>
        </w:rPr>
        <w:t>（2）经历一位数除两位数(商是两位数)的笔算过程，借助摆小棒的方式理解除法竖式每一步的算理，渗透数形结合思想。</w:t>
      </w:r>
    </w:p>
    <w:p>
      <w:pPr>
        <w:spacing w:after="20" w:line="300" w:lineRule="auto"/>
        <w:ind w:firstLine="400"/>
      </w:pPr>
      <w:r>
        <w:rPr>
          <w:rFonts w:ascii="宋体" w:hAnsi="宋体" w:eastAsia="宋体"/>
          <w:b w:val="0"/>
          <w:sz w:val="20"/>
        </w:rPr>
        <w:t>（3）利用所学知识提出并解决简单的实际问题，感受数学与生活的联系，在探究交流中能积极主动思考问题，体验学数学、用数学的乐趣。</w:t>
      </w:r>
    </w:p>
    <w:p>
      <w:pPr>
        <w:spacing w:after="20" w:line="300" w:lineRule="auto"/>
      </w:pPr>
      <w:r>
        <w:rPr>
          <w:rFonts w:ascii="宋体" w:hAnsi="宋体" w:eastAsia="宋体"/>
          <w:b w:val="0"/>
          <w:sz w:val="20"/>
        </w:rPr>
        <w:t>教学重点：掌握一位数除两位数(商是两位数)的笔算方法并会正确计算。</w:t>
      </w:r>
    </w:p>
    <w:p>
      <w:pPr>
        <w:spacing w:after="20" w:line="300" w:lineRule="auto"/>
      </w:pPr>
      <w:r>
        <w:rPr>
          <w:rFonts w:ascii="宋体" w:hAnsi="宋体" w:eastAsia="宋体"/>
          <w:b w:val="0"/>
          <w:sz w:val="20"/>
        </w:rPr>
        <w:t>教学难点：理解一位数除两位数(商是两位数)的笔算方法的算理及除法竖式正确的书写格式。</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一、复习导入</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二、合作探究</w:t>
            </w:r>
          </w:p>
        </w:tc>
        <w:tc>
          <w:tcPr>
            <w:tcW w:type="dxa" w:w="1814"/>
          </w:tcPr>
          <w:p>
            <w:pPr>
              <w:spacing w:after="20" w:line="276" w:lineRule="auto"/>
            </w:pPr>
            <w:r/>
            <w:r>
              <w:rPr>
                <w:rFonts w:ascii="宋体" w:hAnsi="宋体" w:eastAsia="宋体"/>
                <w:b w:val="0"/>
                <w:sz w:val="18"/>
              </w:rPr>
              <w:t>课件、教科书、小棒</w:t>
            </w:r>
          </w:p>
        </w:tc>
        <w:tc>
          <w:tcPr>
            <w:tcW w:type="dxa" w:w="3402"/>
          </w:tcPr>
          <w:p>
            <w:pPr>
              <w:spacing w:after="20" w:line="276" w:lineRule="auto"/>
            </w:pPr>
            <w:r/>
            <w:r>
              <w:rPr>
                <w:rFonts w:ascii="宋体" w:hAnsi="宋体" w:eastAsia="宋体"/>
                <w:b w:val="0"/>
                <w:sz w:val="18"/>
              </w:rPr>
              <w:t>要求平均为每个社区派了多少名志愿者，应该怎样列式？；怎样将36根小棒平均分成2份？</w:t>
            </w:r>
          </w:p>
        </w:tc>
        <w:tc>
          <w:tcPr>
            <w:tcW w:type="dxa" w:w="1361"/>
          </w:tcPr>
          <w:p>
            <w:pPr>
              <w:spacing w:after="20" w:line="276" w:lineRule="auto"/>
            </w:pPr>
            <w:r/>
            <w:r>
              <w:rPr>
                <w:rFonts w:ascii="宋体" w:hAnsi="宋体" w:eastAsia="宋体"/>
                <w:b w:val="0"/>
                <w:sz w:val="18"/>
              </w:rPr>
              <w:t>20分钟</w:t>
            </w:r>
          </w:p>
        </w:tc>
      </w:tr>
      <w:tr>
        <w:tc>
          <w:tcPr>
            <w:tcW w:type="dxa" w:w="2835"/>
          </w:tcPr>
          <w:p>
            <w:pPr>
              <w:spacing w:after="20" w:line="276" w:lineRule="auto"/>
            </w:pPr>
            <w:r/>
            <w:r>
              <w:rPr>
                <w:rFonts w:ascii="宋体" w:hAnsi="宋体" w:eastAsia="宋体"/>
                <w:b w:val="0"/>
                <w:sz w:val="18"/>
              </w:rPr>
              <w:t>三、巩固练习</w:t>
            </w:r>
          </w:p>
        </w:tc>
        <w:tc>
          <w:tcPr>
            <w:tcW w:type="dxa" w:w="1814"/>
          </w:tcPr>
          <w:p>
            <w:pPr>
              <w:spacing w:after="20" w:line="276" w:lineRule="auto"/>
            </w:pPr>
            <w:r/>
            <w:r>
              <w:rPr>
                <w:rFonts w:ascii="宋体" w:hAnsi="宋体" w:eastAsia="宋体"/>
                <w:b w:val="0"/>
                <w:sz w:val="18"/>
              </w:rPr>
              <w:t>教科书、课件、小棒</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通过这节课的学习，你有哪些收获？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一、复习导入</w:t>
            </w:r>
          </w:p>
        </w:tc>
        <w:tc>
          <w:tcPr>
            <w:tcW w:type="dxa" w:w="3061"/>
          </w:tcPr>
          <w:p>
            <w:pPr>
              <w:spacing w:after="20" w:line="276" w:lineRule="auto"/>
            </w:pPr>
            <w:r/>
            <w:r>
              <w:rPr>
                <w:rFonts w:ascii="宋体" w:hAnsi="宋体" w:eastAsia="宋体"/>
                <w:b w:val="0"/>
                <w:sz w:val="18"/>
              </w:rPr>
              <w:t>师：请大家口算出这些算式的结果。</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口算。</w:t>
            </w:r>
          </w:p>
          <w:p>
            <w:pPr>
              <w:spacing w:after="20" w:line="276" w:lineRule="auto"/>
            </w:pPr>
            <w:r>
              <w:rPr>
                <w:rFonts w:ascii="宋体" w:hAnsi="宋体" w:eastAsia="宋体"/>
                <w:b w:val="0"/>
                <w:sz w:val="18"/>
              </w:rPr>
              <w:t>9÷3＝　　　　12÷4＝　　　　600÷2＝</w:t>
            </w:r>
          </w:p>
          <w:p>
            <w:pPr>
              <w:spacing w:after="20" w:line="276" w:lineRule="auto"/>
            </w:pPr>
            <w:r>
              <w:rPr>
                <w:rFonts w:ascii="宋体" w:hAnsi="宋体" w:eastAsia="宋体"/>
                <w:b w:val="0"/>
                <w:sz w:val="18"/>
              </w:rPr>
              <w:t>150÷5＝     10÷2＝        2400÷6＝</w:t>
            </w:r>
          </w:p>
          <w:p>
            <w:pPr>
              <w:spacing w:after="20" w:line="276" w:lineRule="auto"/>
            </w:pPr>
            <w:r>
              <w:rPr>
                <w:rFonts w:ascii="宋体" w:hAnsi="宋体" w:eastAsia="宋体"/>
                <w:b w:val="0"/>
                <w:sz w:val="18"/>
              </w:rPr>
              <w:t>240÷8＝     300÷5＝       210÷7＝</w:t>
            </w:r>
          </w:p>
          <w:p>
            <w:pPr>
              <w:spacing w:after="20" w:line="276" w:lineRule="auto"/>
            </w:pPr>
            <w:r>
              <w:rPr>
                <w:rFonts w:ascii="宋体" w:hAnsi="宋体" w:eastAsia="宋体"/>
                <w:b w:val="0"/>
                <w:sz w:val="18"/>
              </w:rPr>
              <w:t>师：前面我们学习了口算除法，从今天开始学习笔算除法。[板书课题：一位数除两位数(商是两位数)]</w:t>
            </w:r>
          </w:p>
        </w:tc>
        <w:tc>
          <w:tcPr>
            <w:tcW w:type="dxa" w:w="3061"/>
          </w:tcPr>
          <w:p>
            <w:pPr>
              <w:spacing w:after="20" w:line="276" w:lineRule="auto"/>
            </w:pPr>
            <w:r/>
            <w:r>
              <w:rPr>
                <w:rFonts w:ascii="宋体" w:hAnsi="宋体" w:eastAsia="宋体"/>
                <w:b w:val="0"/>
                <w:sz w:val="18"/>
              </w:rPr>
              <w:t>学生独立完成后集体订正。</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二、合作探究</w:t>
            </w:r>
          </w:p>
        </w:tc>
        <w:tc>
          <w:tcPr>
            <w:tcW w:type="dxa" w:w="3061"/>
          </w:tcPr>
          <w:p>
            <w:pPr>
              <w:spacing w:after="20" w:line="276" w:lineRule="auto"/>
            </w:pPr>
            <w:r/>
            <w:r>
              <w:rPr>
                <w:rFonts w:ascii="宋体" w:hAnsi="宋体" w:eastAsia="宋体"/>
                <w:b w:val="0"/>
                <w:sz w:val="18"/>
              </w:rPr>
              <w:t>1.课件出示教科书P15例1。</w:t>
            </w:r>
          </w:p>
          <w:p>
            <w:pPr>
              <w:spacing w:after="20" w:line="276" w:lineRule="auto"/>
            </w:pPr>
            <w:r>
              <w:rPr>
                <w:rFonts w:ascii="宋体" w:hAnsi="宋体" w:eastAsia="宋体"/>
                <w:b w:val="0"/>
                <w:sz w:val="18"/>
              </w:rPr>
              <w:t>学校派出36名志愿者去2个社区为居民普及垃圾分类知识，平均为每个社区派了多少名志愿者？</w:t>
            </w:r>
          </w:p>
          <w:p>
            <w:pPr>
              <w:spacing w:after="20" w:line="276" w:lineRule="auto"/>
            </w:pPr>
            <w:r>
              <w:rPr>
                <w:rFonts w:ascii="宋体" w:hAnsi="宋体" w:eastAsia="宋体"/>
                <w:b w:val="0"/>
                <w:sz w:val="18"/>
              </w:rPr>
              <w:t>师：要求平均为每个社区派了多少名志愿者，应该怎样列式？</w:t>
            </w:r>
          </w:p>
          <w:p>
            <w:pPr>
              <w:spacing w:after="20" w:line="276" w:lineRule="auto"/>
            </w:pPr>
            <w:r>
              <w:rPr>
                <w:rFonts w:ascii="宋体" w:hAnsi="宋体" w:eastAsia="宋体"/>
                <w:b w:val="0"/>
                <w:sz w:val="18"/>
              </w:rPr>
              <w:t>(1)学生小组合作，动手操作“分小棒”。</w:t>
            </w:r>
          </w:p>
          <w:p>
            <w:pPr>
              <w:spacing w:after="20" w:line="276" w:lineRule="auto"/>
            </w:pPr>
            <w:r>
              <w:rPr>
                <w:rFonts w:ascii="宋体" w:hAnsi="宋体" w:eastAsia="宋体"/>
                <w:b w:val="0"/>
                <w:sz w:val="18"/>
              </w:rPr>
              <w:t>师：怎样将36根小棒平均分成2份？</w:t>
            </w:r>
          </w:p>
          <w:p>
            <w:pPr>
              <w:spacing w:after="20" w:line="276" w:lineRule="auto"/>
            </w:pPr>
            <w:r>
              <w:rPr>
                <w:rFonts w:ascii="宋体" w:hAnsi="宋体" w:eastAsia="宋体"/>
                <w:b w:val="0"/>
                <w:sz w:val="18"/>
              </w:rPr>
              <w:t>(2)结合分的过程尝试用竖式表示。</w:t>
            </w:r>
          </w:p>
          <w:p>
            <w:pPr>
              <w:spacing w:after="20" w:line="276" w:lineRule="auto"/>
            </w:pPr>
            <w:r>
              <w:rPr>
                <w:rFonts w:ascii="宋体" w:hAnsi="宋体" w:eastAsia="宋体"/>
                <w:b w:val="0"/>
                <w:sz w:val="18"/>
              </w:rPr>
              <w:t>课件动态呈现分小棒的过程，同步板书竖式计算的过程。</w:t>
            </w:r>
          </w:p>
          <w:p>
            <w:pPr>
              <w:spacing w:after="20" w:line="276" w:lineRule="auto"/>
            </w:pPr>
            <w:r>
              <w:rPr>
                <w:rFonts w:ascii="宋体" w:hAnsi="宋体" w:eastAsia="宋体"/>
                <w:b w:val="0"/>
                <w:sz w:val="18"/>
              </w:rPr>
              <w:t>师：请大家说一说算式的每一步计算的含义。</w:t>
            </w:r>
          </w:p>
          <w:p>
            <w:pPr>
              <w:spacing w:after="20" w:line="276" w:lineRule="auto"/>
            </w:pPr>
            <w:r>
              <w:rPr>
                <w:rFonts w:ascii="宋体" w:hAnsi="宋体" w:eastAsia="宋体"/>
                <w:b w:val="0"/>
                <w:sz w:val="18"/>
              </w:rPr>
              <w:t>第一步，先分3个十，平均分成2份，每份分得1个十，在商的十位上商1，剩下1个十。</w:t>
            </w:r>
          </w:p>
          <w:p>
            <w:pPr>
              <w:spacing w:after="20" w:line="276" w:lineRule="auto"/>
            </w:pPr>
            <w:r>
              <w:rPr>
                <w:rFonts w:ascii="宋体" w:hAnsi="宋体" w:eastAsia="宋体"/>
                <w:b w:val="0"/>
                <w:sz w:val="18"/>
              </w:rPr>
              <w:t>师：剩下的1个十应该怎么办？</w:t>
            </w:r>
          </w:p>
          <w:p>
            <w:pPr>
              <w:spacing w:after="20" w:line="276" w:lineRule="auto"/>
            </w:pPr>
            <w:r>
              <w:rPr>
                <w:rFonts w:ascii="宋体" w:hAnsi="宋体" w:eastAsia="宋体"/>
                <w:b w:val="0"/>
                <w:sz w:val="18"/>
              </w:rPr>
              <w:t>第二步，剩下的1个十和6个一合起来是16个一，再分16个一，平均分成2份，每份分得8个一，在商的个位上商8。</w:t>
            </w:r>
          </w:p>
          <w:p>
            <w:pPr>
              <w:spacing w:after="20" w:line="276" w:lineRule="auto"/>
            </w:pPr>
            <w:r>
              <w:rPr>
                <w:rFonts w:ascii="宋体" w:hAnsi="宋体" w:eastAsia="宋体"/>
                <w:b w:val="0"/>
                <w:sz w:val="18"/>
              </w:rPr>
              <w:t>师：如果从个位算起，方便吗？</w:t>
            </w:r>
          </w:p>
          <w:p>
            <w:pPr>
              <w:spacing w:after="20" w:line="276" w:lineRule="auto"/>
            </w:pPr>
            <w:r>
              <w:rPr>
                <w:rFonts w:ascii="宋体" w:hAnsi="宋体" w:eastAsia="宋体"/>
                <w:b w:val="0"/>
                <w:sz w:val="18"/>
              </w:rPr>
              <w:t>引导学生发现要从十位算起。</w:t>
            </w:r>
          </w:p>
          <w:p>
            <w:pPr>
              <w:spacing w:after="20" w:line="276" w:lineRule="auto"/>
            </w:pPr>
            <w:r>
              <w:rPr>
                <w:rFonts w:ascii="宋体" w:hAnsi="宋体" w:eastAsia="宋体"/>
                <w:b w:val="0"/>
                <w:sz w:val="18"/>
              </w:rPr>
              <w:t>4．验算。</w:t>
            </w:r>
          </w:p>
          <w:p>
            <w:pPr>
              <w:spacing w:after="20" w:line="276" w:lineRule="auto"/>
            </w:pPr>
            <w:r>
              <w:rPr>
                <w:rFonts w:ascii="宋体" w:hAnsi="宋体" w:eastAsia="宋体"/>
                <w:b w:val="0"/>
                <w:sz w:val="18"/>
              </w:rPr>
              <w:t>师：那么如何判断计算是否正确呢？</w:t>
            </w:r>
          </w:p>
          <w:p>
            <w:pPr>
              <w:spacing w:after="20" w:line="276" w:lineRule="auto"/>
            </w:pPr>
            <w:r>
              <w:rPr>
                <w:rFonts w:ascii="宋体" w:hAnsi="宋体" w:eastAsia="宋体"/>
                <w:b w:val="0"/>
                <w:sz w:val="18"/>
              </w:rPr>
              <w:t>5．完成教科书P16“做一做”第1题。</w:t>
            </w:r>
          </w:p>
          <w:p>
            <w:pPr>
              <w:spacing w:after="20" w:line="276" w:lineRule="auto"/>
            </w:pPr>
            <w:r>
              <w:rPr>
                <w:rFonts w:ascii="宋体" w:hAnsi="宋体" w:eastAsia="宋体"/>
                <w:b w:val="0"/>
                <w:sz w:val="18"/>
              </w:rPr>
              <w:t>(1)学生独立完成，4名同学到黑板上板演。</w:t>
            </w:r>
          </w:p>
          <w:p>
            <w:pPr>
              <w:spacing w:after="20" w:line="276" w:lineRule="auto"/>
            </w:pPr>
            <w:r>
              <w:rPr>
                <w:rFonts w:ascii="宋体" w:hAnsi="宋体" w:eastAsia="宋体"/>
                <w:b w:val="0"/>
                <w:sz w:val="18"/>
              </w:rPr>
              <w:t>(2)集体交流订正，说一说每一步怎样计算。</w:t>
            </w:r>
          </w:p>
          <w:p>
            <w:pPr>
              <w:spacing w:after="20" w:line="276" w:lineRule="auto"/>
            </w:pPr>
            <w:r>
              <w:rPr>
                <w:rFonts w:ascii="宋体" w:hAnsi="宋体" w:eastAsia="宋体"/>
                <w:b w:val="0"/>
                <w:sz w:val="18"/>
              </w:rPr>
              <w:t>(3)搜集典型错例交流。</w:t>
            </w:r>
          </w:p>
          <w:p>
            <w:pPr>
              <w:spacing w:after="20" w:line="276" w:lineRule="auto"/>
            </w:pPr>
            <w:r>
              <w:rPr>
                <w:rFonts w:ascii="宋体" w:hAnsi="宋体" w:eastAsia="宋体"/>
                <w:b w:val="0"/>
                <w:sz w:val="18"/>
              </w:rPr>
              <w:t>6．小结归纳。</w:t>
            </w:r>
          </w:p>
          <w:p>
            <w:pPr>
              <w:spacing w:after="20" w:line="276" w:lineRule="auto"/>
            </w:pPr>
            <w:r>
              <w:rPr>
                <w:rFonts w:ascii="宋体" w:hAnsi="宋体" w:eastAsia="宋体"/>
                <w:b w:val="0"/>
                <w:sz w:val="18"/>
              </w:rPr>
              <w:t>师：这节课我们计算的是一位数除两位数(商是两位数)，该怎么计算？</w:t>
            </w:r>
          </w:p>
          <w:p>
            <w:pPr>
              <w:spacing w:after="20" w:line="276" w:lineRule="auto"/>
            </w:pPr>
            <w:r>
              <w:rPr>
                <w:rFonts w:ascii="宋体" w:hAnsi="宋体" w:eastAsia="宋体"/>
                <w:b w:val="0"/>
                <w:sz w:val="18"/>
              </w:rPr>
              <w:t>引导学生归纳：笔算一位数除两位数时，先用一位数去除十位上的数，商写在十位上，然后将余数和个位上的数合并，再用一位数去除，商写在个位上。当没有余数时，可以用“商×除数＝被除数”来验算。</w:t>
            </w:r>
          </w:p>
        </w:tc>
        <w:tc>
          <w:tcPr>
            <w:tcW w:type="dxa" w:w="3061"/>
          </w:tcPr>
          <w:p>
            <w:pPr>
              <w:spacing w:after="20" w:line="276" w:lineRule="auto"/>
            </w:pPr>
            <w:r/>
            <w:r>
              <w:rPr>
                <w:rFonts w:ascii="宋体" w:hAnsi="宋体" w:eastAsia="宋体"/>
                <w:b w:val="0"/>
                <w:sz w:val="18"/>
              </w:rPr>
              <w:t>学生很快说出36÷2。</w:t>
            </w:r>
          </w:p>
          <w:p>
            <w:pPr>
              <w:spacing w:after="20" w:line="276" w:lineRule="auto"/>
            </w:pPr>
            <w:r>
              <w:rPr>
                <w:rFonts w:ascii="宋体" w:hAnsi="宋体" w:eastAsia="宋体"/>
                <w:b w:val="0"/>
                <w:sz w:val="18"/>
              </w:rPr>
              <w:t>2．动手操作，理解算理。</w:t>
            </w:r>
          </w:p>
          <w:p>
            <w:pPr>
              <w:spacing w:after="20" w:line="276" w:lineRule="auto"/>
            </w:pPr>
            <w:r>
              <w:rPr>
                <w:rFonts w:ascii="宋体" w:hAnsi="宋体" w:eastAsia="宋体"/>
                <w:b w:val="0"/>
                <w:sz w:val="18"/>
              </w:rPr>
              <w:t>3．汇报交流，试列竖式。</w:t>
            </w:r>
          </w:p>
          <w:p>
            <w:pPr>
              <w:spacing w:after="20" w:line="276" w:lineRule="auto"/>
            </w:pPr>
            <w:r>
              <w:rPr>
                <w:rFonts w:ascii="宋体" w:hAnsi="宋体" w:eastAsia="宋体"/>
                <w:b w:val="0"/>
                <w:sz w:val="18"/>
              </w:rPr>
              <w:t>交流明确：当没有余数时，可以用商和除数相乘，看计算结果是否等于被除数来进行验算。</w:t>
            </w:r>
          </w:p>
          <w:p>
            <w:pPr>
              <w:spacing w:after="20" w:line="276" w:lineRule="auto"/>
            </w:pPr>
            <w:r>
              <w:rPr>
                <w:rFonts w:ascii="宋体" w:hAnsi="宋体" w:eastAsia="宋体"/>
                <w:b w:val="0"/>
                <w:sz w:val="18"/>
              </w:rPr>
              <w:t>学生独立验算后交流并板书。</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设计递进式探究活动，引导学生在动手实践与合作交流中经历知识形成过程，突破本课重难点，核心问题："要求平均为每个社区派了多少名志愿者，应该怎样列式？"</w:t>
            </w:r>
          </w:p>
        </w:tc>
      </w:tr>
      <w:tr>
        <w:tc>
          <w:tcPr>
            <w:tcW w:type="dxa" w:w="1474"/>
          </w:tcPr>
          <w:p>
            <w:pPr>
              <w:spacing w:after="20" w:line="276" w:lineRule="auto"/>
            </w:pPr>
            <w:r>
              <w:rPr>
                <w:b/>
              </w:rPr>
            </w:r>
            <w:r>
              <w:rPr>
                <w:rFonts w:ascii="宋体" w:hAnsi="宋体" w:eastAsia="宋体"/>
                <w:b/>
                <w:sz w:val="18"/>
              </w:rPr>
              <w:t>三、巩固练习</w:t>
            </w:r>
          </w:p>
        </w:tc>
        <w:tc>
          <w:tcPr>
            <w:tcW w:type="dxa" w:w="3061"/>
          </w:tcPr>
          <w:p>
            <w:pPr>
              <w:spacing w:after="20" w:line="276" w:lineRule="auto"/>
            </w:pPr>
            <w:r/>
            <w:r>
              <w:rPr>
                <w:rFonts w:ascii="宋体" w:hAnsi="宋体" w:eastAsia="宋体"/>
                <w:b w:val="0"/>
                <w:sz w:val="18"/>
              </w:rPr>
              <w:t>1.完成教科书P16“做一做”第2题。</w:t>
            </w:r>
          </w:p>
          <w:p>
            <w:pPr>
              <w:spacing w:after="20" w:line="276" w:lineRule="auto"/>
            </w:pPr>
            <w:r>
              <w:rPr>
                <w:rFonts w:ascii="宋体" w:hAnsi="宋体" w:eastAsia="宋体"/>
                <w:b w:val="0"/>
                <w:sz w:val="18"/>
              </w:rPr>
              <w:t>指名学生在黑板上板演，其余学生在草稿纸上练习，然后集体订正，进一步明确算理并规范书写格式。</w:t>
            </w:r>
          </w:p>
          <w:p>
            <w:pPr>
              <w:spacing w:after="20" w:line="276" w:lineRule="auto"/>
            </w:pPr>
            <w:r>
              <w:rPr>
                <w:rFonts w:ascii="宋体" w:hAnsi="宋体" w:eastAsia="宋体"/>
                <w:b w:val="0"/>
                <w:sz w:val="18"/>
              </w:rPr>
              <w:t>2．完成教科书P16“做一做”第3题。</w:t>
            </w:r>
          </w:p>
          <w:p>
            <w:pPr>
              <w:spacing w:after="20" w:line="276" w:lineRule="auto"/>
            </w:pPr>
            <w:r>
              <w:rPr>
                <w:rFonts w:ascii="宋体" w:hAnsi="宋体" w:eastAsia="宋体"/>
                <w:b w:val="0"/>
                <w:sz w:val="18"/>
              </w:rPr>
              <w:t>(1)读题，理解题意，列出算式，并说一说为什么这样列式。</w:t>
            </w:r>
          </w:p>
          <w:p>
            <w:pPr>
              <w:spacing w:after="20" w:line="276" w:lineRule="auto"/>
            </w:pPr>
            <w:r>
              <w:rPr>
                <w:rFonts w:ascii="宋体" w:hAnsi="宋体" w:eastAsia="宋体"/>
                <w:b w:val="0"/>
                <w:sz w:val="18"/>
              </w:rPr>
              <w:t>(2)独立完成后交流。</w:t>
            </w:r>
          </w:p>
          <w:p>
            <w:pPr>
              <w:spacing w:after="20" w:line="276" w:lineRule="auto"/>
            </w:pPr>
            <w:r>
              <w:rPr>
                <w:rFonts w:ascii="宋体" w:hAnsi="宋体" w:eastAsia="宋体"/>
                <w:b w:val="0"/>
                <w:sz w:val="18"/>
              </w:rPr>
              <w:t>3．完成教科书P19“练习三”第1题。</w:t>
            </w:r>
          </w:p>
          <w:p>
            <w:pPr>
              <w:spacing w:after="20" w:line="276" w:lineRule="auto"/>
            </w:pPr>
            <w:r>
              <w:rPr>
                <w:rFonts w:ascii="宋体" w:hAnsi="宋体" w:eastAsia="宋体"/>
                <w:b w:val="0"/>
                <w:sz w:val="18"/>
              </w:rPr>
              <w:t>4．完成教科书P19“练习三”第2题。</w:t>
            </w:r>
          </w:p>
          <w:p>
            <w:pPr>
              <w:spacing w:after="20" w:line="276" w:lineRule="auto"/>
            </w:pPr>
            <w:r>
              <w:rPr>
                <w:rFonts w:ascii="宋体" w:hAnsi="宋体" w:eastAsia="宋体"/>
                <w:b w:val="0"/>
                <w:sz w:val="18"/>
              </w:rPr>
              <w:t>先组织学生在小组中议一议，找出错误原因，然后独立把错误的改正过来。</w:t>
            </w:r>
          </w:p>
          <w:p>
            <w:pPr>
              <w:spacing w:after="20" w:line="276" w:lineRule="auto"/>
            </w:pPr>
            <w:r>
              <w:rPr>
                <w:rFonts w:ascii="宋体" w:hAnsi="宋体" w:eastAsia="宋体"/>
                <w:b w:val="0"/>
                <w:sz w:val="18"/>
              </w:rPr>
              <w:t>5．完成教科书P19“练习三”第3题。</w:t>
            </w:r>
          </w:p>
          <w:p>
            <w:pPr>
              <w:spacing w:after="20" w:line="276" w:lineRule="auto"/>
            </w:pPr>
            <w:r>
              <w:rPr>
                <w:rFonts w:ascii="宋体" w:hAnsi="宋体" w:eastAsia="宋体"/>
                <w:b w:val="0"/>
                <w:sz w:val="18"/>
              </w:rPr>
              <w:t>(1)第(1)题理解“对折一次后沿折痕剪开”也就是将这根丝带平均分成2段，求每段长多少厘米。</w:t>
            </w:r>
          </w:p>
          <w:p>
            <w:pPr>
              <w:spacing w:after="20" w:line="276" w:lineRule="auto"/>
            </w:pPr>
            <w:r>
              <w:rPr>
                <w:rFonts w:ascii="宋体" w:hAnsi="宋体" w:eastAsia="宋体"/>
                <w:b w:val="0"/>
                <w:sz w:val="18"/>
              </w:rPr>
              <w:t>(2)解决第(2)题时，其中的一个信息要从第一问的答案中寻找。</w:t>
            </w:r>
          </w:p>
        </w:tc>
        <w:tc>
          <w:tcPr>
            <w:tcW w:type="dxa" w:w="3061"/>
          </w:tcPr>
          <w:p>
            <w:pPr>
              <w:spacing w:after="20" w:line="276" w:lineRule="auto"/>
            </w:pPr>
            <w:r/>
            <w:r>
              <w:rPr>
                <w:rFonts w:ascii="宋体" w:hAnsi="宋体" w:eastAsia="宋体"/>
                <w:b w:val="0"/>
                <w:sz w:val="18"/>
              </w:rPr>
              <w:t>学生独立完成后集体订正，重点呈现学生错例交流。</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师：通过这节课的学习，你有哪些收获？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本节课教学例1时，首先让学生利用小棒分一分，在学生充分操作的基础上，出示课件，结合过程说一说每一步计算的含义，分小棒的过程与竖式结合，说一说竖式中的每一次计算的结果都是怎么得到的，沟通算理和算法的关系。随后的验算中，由于前面对乘除法各部分间的关系有了初步的渗透，这里放手让学生自主探索验证。注重让学生经历笔算的探究过程，在理解算理的基础上，掌握算法。</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教科书P15～16例1及“做一做”，教科书P19“练习三”第1～3题。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学习了表内除法及有余数的除法的基础上，学生初步学会了列竖式计算。但本节课涉及商是两位数的除法，运算顺序、竖式的书写格式对于学生来说，都是全新的内容，是本节课的难点。通过向学生分步呈现课件相关内容，再一次引导学生写竖式，通过对竖式每一步算理的呈现，明确运算顺序，规范竖式写法。对于算理的理解，让学生在直观操作的基础上理解算理。通过巩固练习，感觉本节课学生掌握得很不错，计算和竖式的写法正确率都很高。</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口算除法(1)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口算除法(1)</w:t>
            </w:r>
          </w:p>
        </w:tc>
        <w:tc>
          <w:tcPr>
            <w:tcW w:type="dxa" w:w="6009"/>
          </w:tcPr>
          <w:p>
            <w:pPr>
              <w:spacing w:after="20" w:line="276" w:lineRule="auto"/>
            </w:pPr>
            <w:r/>
            <w:r>
              <w:rPr>
                <w:rFonts w:ascii="宋体" w:hAnsi="宋体" w:eastAsia="宋体"/>
                <w:b w:val="0"/>
                <w:sz w:val="20"/>
              </w:rPr>
              <w:t>第2单元 除数是一位数的除法（口算除法）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学生已经会计算表内除法和一位数乘整十、整百数的口算。这些口算经验是帮助学生学习除数是一位数的口算除法的重要基础。学生在二年级学习了“表内除法”和“有余数的除法”，对竖式有最基础的了解，但本单元的笔算除法需要学生学会综合运用乘法、减法、加法等知识与方法，而除法竖式的演算是一种数学思维的特殊表达方式，学生在对除的顺序和竖式的写法的理解与掌握上会有一定的困难。</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教学内容：教科书P10例1及“做一做”，教科书P13“练习二”第3题。</w:t>
      </w:r>
    </w:p>
    <w:p>
      <w:pPr>
        <w:spacing w:after="80" w:line="300" w:lineRule="auto"/>
        <w:ind w:firstLine="400"/>
      </w:pPr>
      <w:r>
        <w:rPr>
          <w:rFonts w:ascii="宋体" w:hAnsi="宋体" w:eastAsia="宋体"/>
          <w:b w:val="0"/>
          <w:sz w:val="20"/>
        </w:rPr>
        <w:t>教学准备：课件、小棒。</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（1）经历口算除法的探索过程，引导学生通过直观操作探究算法，理解算理。</w:t>
      </w:r>
    </w:p>
    <w:p>
      <w:pPr>
        <w:spacing w:after="20" w:line="300" w:lineRule="auto"/>
        <w:ind w:firstLine="400"/>
      </w:pPr>
      <w:r>
        <w:rPr>
          <w:rFonts w:ascii="宋体" w:hAnsi="宋体" w:eastAsia="宋体"/>
          <w:b w:val="0"/>
          <w:sz w:val="20"/>
        </w:rPr>
        <w:t>（2）掌握整十、整百、整千数除以一位数的口算方法，能准确口算。</w:t>
      </w:r>
    </w:p>
    <w:p>
      <w:pPr>
        <w:spacing w:after="20" w:line="300" w:lineRule="auto"/>
        <w:ind w:firstLine="400"/>
      </w:pPr>
      <w:r>
        <w:rPr>
          <w:rFonts w:ascii="宋体" w:hAnsi="宋体" w:eastAsia="宋体"/>
          <w:b w:val="0"/>
          <w:sz w:val="20"/>
        </w:rPr>
        <w:t>（3）积极参与探索口算算法的活动，积累数学活动经验，培养学生认真口算的习惯。</w:t>
      </w:r>
    </w:p>
    <w:p>
      <w:pPr>
        <w:spacing w:after="20" w:line="300" w:lineRule="auto"/>
      </w:pPr>
      <w:r>
        <w:rPr>
          <w:rFonts w:ascii="宋体" w:hAnsi="宋体" w:eastAsia="宋体"/>
          <w:b w:val="0"/>
          <w:sz w:val="20"/>
        </w:rPr>
        <w:t>教学重点：探究并掌握整十、整百、整千数除以一位数的口算方法。</w:t>
      </w:r>
    </w:p>
    <w:p>
      <w:pPr>
        <w:spacing w:after="20" w:line="300" w:lineRule="auto"/>
      </w:pPr>
      <w:r>
        <w:rPr>
          <w:rFonts w:ascii="宋体" w:hAnsi="宋体" w:eastAsia="宋体"/>
          <w:b w:val="0"/>
          <w:sz w:val="20"/>
        </w:rPr>
        <w:t>教学难点：理解整十、整百、整千数除以一位数的口算算理。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一、复习导入</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大家能口答出这些算式的得数吗？</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二、探究新知</w:t>
            </w:r>
          </w:p>
        </w:tc>
        <w:tc>
          <w:tcPr>
            <w:tcW w:type="dxa" w:w="1814"/>
          </w:tcPr>
          <w:p>
            <w:pPr>
              <w:spacing w:after="20" w:line="276" w:lineRule="auto"/>
            </w:pPr>
            <w:r/>
            <w:r>
              <w:rPr>
                <w:rFonts w:ascii="宋体" w:hAnsi="宋体" w:eastAsia="宋体"/>
                <w:b w:val="0"/>
                <w:sz w:val="18"/>
              </w:rPr>
              <w:t>课件、教科书、小棒</w:t>
            </w:r>
          </w:p>
        </w:tc>
        <w:tc>
          <w:tcPr>
            <w:tcW w:type="dxa" w:w="3402"/>
          </w:tcPr>
          <w:p>
            <w:pPr>
              <w:spacing w:after="20" w:line="276" w:lineRule="auto"/>
            </w:pPr>
            <w:r/>
            <w:r>
              <w:rPr>
                <w:rFonts w:ascii="宋体" w:hAnsi="宋体" w:eastAsia="宋体"/>
                <w:b w:val="0"/>
                <w:sz w:val="18"/>
              </w:rPr>
              <w:t>这道题告诉了我们什么信息？需要解决什么问题？怎样列式？；60÷3怎样计算呢？</w:t>
            </w:r>
          </w:p>
        </w:tc>
        <w:tc>
          <w:tcPr>
            <w:tcW w:type="dxa" w:w="1361"/>
          </w:tcPr>
          <w:p>
            <w:pPr>
              <w:spacing w:after="20" w:line="276" w:lineRule="auto"/>
            </w:pPr>
            <w:r/>
            <w:r>
              <w:rPr>
                <w:rFonts w:ascii="宋体" w:hAnsi="宋体" w:eastAsia="宋体"/>
                <w:b w:val="0"/>
                <w:sz w:val="18"/>
              </w:rPr>
              <w:t>23分钟</w:t>
            </w:r>
          </w:p>
        </w:tc>
      </w:tr>
      <w:tr>
        <w:tc>
          <w:tcPr>
            <w:tcW w:type="dxa" w:w="2835"/>
          </w:tcPr>
          <w:p>
            <w:pPr>
              <w:spacing w:after="20" w:line="276" w:lineRule="auto"/>
            </w:pPr>
            <w:r/>
            <w:r>
              <w:rPr>
                <w:rFonts w:ascii="宋体" w:hAnsi="宋体" w:eastAsia="宋体"/>
                <w:b w:val="0"/>
                <w:sz w:val="18"/>
              </w:rPr>
              <w:t>三、巩固练习</w:t>
            </w:r>
          </w:p>
        </w:tc>
        <w:tc>
          <w:tcPr>
            <w:tcW w:type="dxa" w:w="1814"/>
          </w:tcPr>
          <w:p>
            <w:pPr>
              <w:spacing w:after="20" w:line="276" w:lineRule="auto"/>
            </w:pPr>
            <w:r/>
            <w:r>
              <w:rPr>
                <w:rFonts w:ascii="宋体" w:hAnsi="宋体" w:eastAsia="宋体"/>
                <w:b w:val="0"/>
                <w:sz w:val="18"/>
              </w:rPr>
              <w:t>教科书、课件、小棒</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同学们，通过今天的学习，你们有什么收获？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一、复习导入</w:t>
            </w:r>
          </w:p>
        </w:tc>
        <w:tc>
          <w:tcPr>
            <w:tcW w:type="dxa" w:w="3061"/>
          </w:tcPr>
          <w:p>
            <w:pPr>
              <w:spacing w:after="20" w:line="276" w:lineRule="auto"/>
            </w:pPr>
            <w:r/>
            <w:r>
              <w:rPr>
                <w:rFonts w:ascii="宋体" w:hAnsi="宋体" w:eastAsia="宋体"/>
                <w:b w:val="0"/>
                <w:sz w:val="18"/>
              </w:rPr>
              <w:t>师：大家能口答出这些算式的得数吗？</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口算。</w:t>
            </w:r>
          </w:p>
          <w:p>
            <w:pPr>
              <w:spacing w:after="20" w:line="276" w:lineRule="auto"/>
            </w:pPr>
            <w:r>
              <w:rPr>
                <w:rFonts w:ascii="宋体" w:hAnsi="宋体" w:eastAsia="宋体"/>
                <w:b w:val="0"/>
                <w:sz w:val="18"/>
              </w:rPr>
              <w:t>6÷3＝　　　　12÷6＝　　　　24÷3＝</w:t>
            </w:r>
          </w:p>
          <w:p>
            <w:pPr>
              <w:spacing w:after="20" w:line="276" w:lineRule="auto"/>
            </w:pPr>
            <w:r>
              <w:rPr>
                <w:rFonts w:ascii="宋体" w:hAnsi="宋体" w:eastAsia="宋体"/>
                <w:b w:val="0"/>
                <w:sz w:val="18"/>
              </w:rPr>
              <w:t>16÷4＝       40÷5＝       49÷7＝</w:t>
            </w:r>
          </w:p>
          <w:p>
            <w:pPr>
              <w:spacing w:after="20" w:line="276" w:lineRule="auto"/>
            </w:pPr>
            <w:r>
              <w:rPr>
                <w:rFonts w:ascii="宋体" w:hAnsi="宋体" w:eastAsia="宋体"/>
                <w:b w:val="0"/>
                <w:sz w:val="18"/>
              </w:rPr>
              <w:t>8÷4＝        72÷9＝       9÷3＝</w:t>
            </w:r>
          </w:p>
          <w:p>
            <w:pPr>
              <w:spacing w:after="20" w:line="276" w:lineRule="auto"/>
            </w:pPr>
            <w:r>
              <w:rPr>
                <w:rFonts w:ascii="宋体" w:hAnsi="宋体" w:eastAsia="宋体"/>
                <w:b w:val="0"/>
                <w:sz w:val="18"/>
              </w:rPr>
              <w:t>师：上面这些算式都是表内除法，接下来我们要学习不是表内除法的口算除法。[板书课题：口算除法(1)]</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创设情境激活学生已有经验，自然引出本课学习内容，激发学习兴趣，核心问题："大家能口答出这些算式的得数吗？"</w:t>
            </w:r>
          </w:p>
        </w:tc>
      </w:tr>
      <w:tr>
        <w:tc>
          <w:tcPr>
            <w:tcW w:type="dxa" w:w="1474"/>
          </w:tcPr>
          <w:p>
            <w:pPr>
              <w:spacing w:after="20" w:line="276" w:lineRule="auto"/>
            </w:pPr>
            <w:r>
              <w:rPr>
                <w:b/>
              </w:rPr>
            </w:r>
            <w:r>
              <w:rPr>
                <w:rFonts w:ascii="宋体" w:hAnsi="宋体" w:eastAsia="宋体"/>
                <w:b/>
                <w:sz w:val="18"/>
              </w:rPr>
              <w:t>二、探究新知</w:t>
            </w:r>
          </w:p>
        </w:tc>
        <w:tc>
          <w:tcPr>
            <w:tcW w:type="dxa" w:w="3061"/>
          </w:tcPr>
          <w:p>
            <w:pPr>
              <w:spacing w:after="20" w:line="276" w:lineRule="auto"/>
            </w:pPr>
            <w:r/>
            <w:r>
              <w:rPr>
                <w:rFonts w:ascii="宋体" w:hAnsi="宋体" w:eastAsia="宋体"/>
                <w:b w:val="0"/>
                <w:sz w:val="18"/>
              </w:rPr>
              <w:t>1.课件出示教科书P10例1。</w:t>
            </w:r>
          </w:p>
          <w:p>
            <w:pPr>
              <w:spacing w:after="20" w:line="276" w:lineRule="auto"/>
            </w:pPr>
            <w:r>
              <w:rPr>
                <w:rFonts w:ascii="宋体" w:hAnsi="宋体" w:eastAsia="宋体"/>
                <w:b w:val="0"/>
                <w:sz w:val="18"/>
              </w:rPr>
              <w:t>把60张彩色手工纸平均分给3人，每人分得多少张？</w:t>
            </w:r>
          </w:p>
          <w:p>
            <w:pPr>
              <w:spacing w:after="20" w:line="276" w:lineRule="auto"/>
            </w:pPr>
            <w:r>
              <w:rPr>
                <w:rFonts w:ascii="宋体" w:hAnsi="宋体" w:eastAsia="宋体"/>
                <w:b w:val="0"/>
                <w:sz w:val="18"/>
              </w:rPr>
              <w:t>师：这道题告诉了我们什么信息？需要解决什么问题？怎样列式？</w:t>
            </w:r>
          </w:p>
          <w:p>
            <w:pPr>
              <w:spacing w:after="20" w:line="276" w:lineRule="auto"/>
            </w:pPr>
            <w:r>
              <w:rPr>
                <w:rFonts w:ascii="宋体" w:hAnsi="宋体" w:eastAsia="宋体"/>
                <w:b w:val="0"/>
                <w:sz w:val="18"/>
              </w:rPr>
              <w:t>2．探究算法。</w:t>
            </w:r>
          </w:p>
          <w:p>
            <w:pPr>
              <w:spacing w:after="20" w:line="276" w:lineRule="auto"/>
            </w:pPr>
            <w:r>
              <w:rPr>
                <w:rFonts w:ascii="宋体" w:hAnsi="宋体" w:eastAsia="宋体"/>
                <w:b w:val="0"/>
                <w:sz w:val="18"/>
              </w:rPr>
              <w:t>师：60÷3怎样计算呢？可以借助桌上的6捆小棒，代替60张彩色手工纸分一分。</w:t>
            </w:r>
          </w:p>
          <w:p>
            <w:pPr>
              <w:spacing w:after="20" w:line="276" w:lineRule="auto"/>
            </w:pPr>
            <w:r>
              <w:rPr>
                <w:rFonts w:ascii="宋体" w:hAnsi="宋体" w:eastAsia="宋体"/>
                <w:b w:val="0"/>
                <w:sz w:val="18"/>
              </w:rPr>
              <w:t>(1)以小组为单位分小棒，教师巡视。</w:t>
            </w:r>
          </w:p>
          <w:p>
            <w:pPr>
              <w:spacing w:after="20" w:line="276" w:lineRule="auto"/>
            </w:pPr>
            <w:r>
              <w:rPr>
                <w:rFonts w:ascii="宋体" w:hAnsi="宋体" w:eastAsia="宋体"/>
                <w:b w:val="0"/>
                <w:sz w:val="18"/>
              </w:rPr>
              <w:t>(2)分完小棒后，结合分的过程和结果，说一说口算的方法并和同桌交流。</w:t>
            </w:r>
          </w:p>
          <w:p>
            <w:pPr>
              <w:spacing w:after="20" w:line="276" w:lineRule="auto"/>
            </w:pPr>
            <w:r>
              <w:rPr>
                <w:rFonts w:ascii="宋体" w:hAnsi="宋体" w:eastAsia="宋体"/>
                <w:b w:val="0"/>
                <w:sz w:val="18"/>
              </w:rPr>
              <w:t>指名交流算法。</w:t>
            </w:r>
          </w:p>
          <w:p>
            <w:pPr>
              <w:spacing w:after="20" w:line="276" w:lineRule="auto"/>
            </w:pPr>
            <w:r>
              <w:rPr>
                <w:rFonts w:ascii="宋体" w:hAnsi="宋体" w:eastAsia="宋体"/>
                <w:b w:val="0"/>
                <w:sz w:val="18"/>
              </w:rPr>
              <w:t>方法一：分小棒。</w:t>
            </w:r>
          </w:p>
          <w:p>
            <w:pPr>
              <w:spacing w:after="20" w:line="276" w:lineRule="auto"/>
            </w:pPr>
            <w:r>
              <w:rPr>
                <w:rFonts w:ascii="宋体" w:hAnsi="宋体" w:eastAsia="宋体"/>
                <w:b w:val="0"/>
                <w:sz w:val="18"/>
              </w:rPr>
              <w:t>6捆小棒代替60张彩色手工纸，平均分成3份，每份是2捆，也就是20张。课件呈现如下：</w:t>
            </w:r>
          </w:p>
          <w:p>
            <w:pPr>
              <w:spacing w:after="20" w:line="276" w:lineRule="auto"/>
            </w:pPr>
            <w:r>
              <w:rPr>
                <w:rFonts w:ascii="宋体" w:hAnsi="宋体" w:eastAsia="宋体"/>
                <w:b w:val="0"/>
                <w:sz w:val="18"/>
              </w:rPr>
              <w:t>方法二：转化的方法。</w:t>
            </w:r>
          </w:p>
          <w:p>
            <w:pPr>
              <w:spacing w:after="20" w:line="276" w:lineRule="auto"/>
            </w:pPr>
            <w:r>
              <w:rPr>
                <w:rFonts w:ascii="宋体" w:hAnsi="宋体" w:eastAsia="宋体"/>
                <w:b w:val="0"/>
                <w:sz w:val="18"/>
              </w:rPr>
              <w:t>60是6个十，平均分成3份，每份是2个十，就是20。板书如下：</w:t>
            </w:r>
          </w:p>
          <w:p>
            <w:pPr>
              <w:spacing w:after="20" w:line="276" w:lineRule="auto"/>
            </w:pPr>
            <w:r>
              <w:rPr>
                <w:rFonts w:ascii="宋体" w:hAnsi="宋体" w:eastAsia="宋体"/>
                <w:b w:val="0"/>
                <w:sz w:val="18"/>
              </w:rPr>
              <w:t>4．迁移类推。</w:t>
            </w:r>
          </w:p>
          <w:p>
            <w:pPr>
              <w:spacing w:after="20" w:line="276" w:lineRule="auto"/>
            </w:pPr>
            <w:r>
              <w:rPr>
                <w:rFonts w:ascii="宋体" w:hAnsi="宋体" w:eastAsia="宋体"/>
                <w:b w:val="0"/>
                <w:sz w:val="18"/>
              </w:rPr>
              <w:t>想一想：600÷3＝　　　　　6000÷3＝</w:t>
            </w:r>
          </w:p>
          <w:p>
            <w:pPr>
              <w:spacing w:after="20" w:line="276" w:lineRule="auto"/>
            </w:pPr>
            <w:r>
              <w:rPr>
                <w:rFonts w:ascii="宋体" w:hAnsi="宋体" w:eastAsia="宋体"/>
                <w:b w:val="0"/>
                <w:sz w:val="18"/>
              </w:rPr>
              <w:t>(1)学生用刚才的口算方法尝试口算。</w:t>
            </w:r>
          </w:p>
          <w:p>
            <w:pPr>
              <w:spacing w:after="20" w:line="276" w:lineRule="auto"/>
            </w:pPr>
            <w:r>
              <w:rPr>
                <w:rFonts w:ascii="宋体" w:hAnsi="宋体" w:eastAsia="宋体"/>
                <w:b w:val="0"/>
                <w:sz w:val="18"/>
              </w:rPr>
              <w:t>(2)交流方法。</w:t>
            </w:r>
          </w:p>
          <w:p>
            <w:pPr>
              <w:spacing w:after="20" w:line="276" w:lineRule="auto"/>
            </w:pPr>
            <w:r>
              <w:rPr>
                <w:rFonts w:ascii="宋体" w:hAnsi="宋体" w:eastAsia="宋体"/>
                <w:b w:val="0"/>
                <w:sz w:val="18"/>
              </w:rPr>
              <w:t>600÷3＝200，想：600是6个百，平均分成3份，每份是2个百，就是200。板书如下：</w:t>
            </w:r>
          </w:p>
          <w:p>
            <w:pPr>
              <w:spacing w:after="20" w:line="276" w:lineRule="auto"/>
            </w:pPr>
            <w:r>
              <w:rPr>
                <w:rFonts w:ascii="宋体" w:hAnsi="宋体" w:eastAsia="宋体"/>
                <w:b w:val="0"/>
                <w:sz w:val="18"/>
              </w:rPr>
              <w:t>6000÷3＝2000，想：6000是6个千，平均分成3份，每份是2个千，就是2000。板书如下：</w:t>
            </w:r>
          </w:p>
          <w:p>
            <w:pPr>
              <w:spacing w:after="20" w:line="276" w:lineRule="auto"/>
            </w:pPr>
            <w:r>
              <w:rPr>
                <w:rFonts w:ascii="宋体" w:hAnsi="宋体" w:eastAsia="宋体"/>
                <w:b w:val="0"/>
                <w:sz w:val="18"/>
              </w:rPr>
              <w:t>5．比较概括，形成算法。</w:t>
            </w:r>
          </w:p>
          <w:p>
            <w:pPr>
              <w:spacing w:after="20" w:line="276" w:lineRule="auto"/>
            </w:pPr>
            <w:r>
              <w:rPr>
                <w:rFonts w:ascii="宋体" w:hAnsi="宋体" w:eastAsia="宋体"/>
                <w:b w:val="0"/>
                <w:sz w:val="18"/>
              </w:rPr>
              <w:t>师：60÷3，600÷3，6000÷3是怎样口算的？</w:t>
            </w:r>
          </w:p>
          <w:p>
            <w:pPr>
              <w:spacing w:after="20" w:line="276" w:lineRule="auto"/>
            </w:pPr>
            <w:r>
              <w:rPr>
                <w:rFonts w:ascii="宋体" w:hAnsi="宋体" w:eastAsia="宋体"/>
                <w:b w:val="0"/>
                <w:sz w:val="18"/>
              </w:rPr>
              <w:t>师小结：计算整十、整百、整千数除以一位数时，可以转化为几个十、几个百、几个千除以一位数来口算。</w:t>
            </w:r>
          </w:p>
          <w:p>
            <w:pPr>
              <w:spacing w:after="20" w:line="276" w:lineRule="auto"/>
            </w:pPr>
            <w:r>
              <w:rPr>
                <w:rFonts w:ascii="宋体" w:hAnsi="宋体" w:eastAsia="宋体"/>
                <w:b w:val="0"/>
                <w:sz w:val="18"/>
              </w:rPr>
              <w:t>6．举例应用。</w:t>
            </w:r>
          </w:p>
          <w:p>
            <w:pPr>
              <w:spacing w:after="20" w:line="276" w:lineRule="auto"/>
            </w:pPr>
            <w:r>
              <w:rPr>
                <w:rFonts w:ascii="宋体" w:hAnsi="宋体" w:eastAsia="宋体"/>
                <w:b w:val="0"/>
                <w:sz w:val="18"/>
              </w:rPr>
              <w:t>师：你还能举出这样的除法口算的例子吗？</w:t>
            </w:r>
          </w:p>
          <w:p>
            <w:pPr>
              <w:spacing w:after="20" w:line="276" w:lineRule="auto"/>
            </w:pPr>
            <w:r>
              <w:rPr>
                <w:rFonts w:ascii="宋体" w:hAnsi="宋体" w:eastAsia="宋体"/>
                <w:b w:val="0"/>
                <w:sz w:val="18"/>
              </w:rPr>
              <w:t>(1)学生自行举例口算。</w:t>
            </w:r>
          </w:p>
          <w:p>
            <w:pPr>
              <w:spacing w:after="20" w:line="276" w:lineRule="auto"/>
            </w:pPr>
            <w:r>
              <w:rPr>
                <w:rFonts w:ascii="宋体" w:hAnsi="宋体" w:eastAsia="宋体"/>
                <w:b w:val="0"/>
                <w:sz w:val="18"/>
              </w:rPr>
              <w:t>(2)全班交流，重点说清口算的过程。</w:t>
            </w:r>
          </w:p>
        </w:tc>
        <w:tc>
          <w:tcPr>
            <w:tcW w:type="dxa" w:w="3061"/>
          </w:tcPr>
          <w:p>
            <w:pPr>
              <w:spacing w:after="20" w:line="276" w:lineRule="auto"/>
            </w:pPr>
            <w:r/>
            <w:r>
              <w:rPr>
                <w:rFonts w:ascii="宋体" w:hAnsi="宋体" w:eastAsia="宋体"/>
                <w:b w:val="0"/>
                <w:sz w:val="18"/>
              </w:rPr>
              <w:t>有60张彩色手工纸平均分给3人，要求每人分得多少张，用除法计算，列式为60÷3。</w:t>
            </w:r>
          </w:p>
          <w:p>
            <w:pPr>
              <w:spacing w:after="20" w:line="276" w:lineRule="auto"/>
            </w:pPr>
            <w:r>
              <w:rPr>
                <w:rFonts w:ascii="宋体" w:hAnsi="宋体" w:eastAsia="宋体"/>
                <w:b w:val="0"/>
                <w:sz w:val="18"/>
              </w:rPr>
              <w:t>3．交流算法，理解算理。</w:t>
            </w:r>
          </w:p>
          <w:p>
            <w:pPr>
              <w:spacing w:after="20" w:line="276" w:lineRule="auto"/>
            </w:pPr>
            <w:r>
              <w:rPr>
                <w:rFonts w:ascii="宋体" w:hAnsi="宋体" w:eastAsia="宋体"/>
                <w:b w:val="0"/>
                <w:sz w:val="18"/>
              </w:rPr>
              <w:t>通过讨论发现：都是转化成6个十、6个百、6个千除以3来口算的。</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设计递进式探究活动，引导学生在动手实践与合作交流中经历知识形成过程，突破本课重难点，核心问题："这道题告诉了我们什么信息？需要解决什么问题？怎样列式？"</w:t>
            </w:r>
          </w:p>
        </w:tc>
      </w:tr>
      <w:tr>
        <w:tc>
          <w:tcPr>
            <w:tcW w:type="dxa" w:w="1474"/>
          </w:tcPr>
          <w:p>
            <w:pPr>
              <w:spacing w:after="20" w:line="276" w:lineRule="auto"/>
            </w:pPr>
            <w:r>
              <w:rPr>
                <w:b/>
              </w:rPr>
            </w:r>
            <w:r>
              <w:rPr>
                <w:rFonts w:ascii="宋体" w:hAnsi="宋体" w:eastAsia="宋体"/>
                <w:b/>
                <w:sz w:val="18"/>
              </w:rPr>
              <w:t>三、巩固练习</w:t>
            </w:r>
          </w:p>
        </w:tc>
        <w:tc>
          <w:tcPr>
            <w:tcW w:type="dxa" w:w="3061"/>
          </w:tcPr>
          <w:p>
            <w:pPr>
              <w:spacing w:after="20" w:line="276" w:lineRule="auto"/>
            </w:pPr>
            <w:r/>
            <w:r>
              <w:rPr>
                <w:rFonts w:ascii="宋体" w:hAnsi="宋体" w:eastAsia="宋体"/>
                <w:b w:val="0"/>
                <w:sz w:val="18"/>
              </w:rPr>
              <w:t>1.完成教科书P10“做一做”。</w:t>
            </w:r>
          </w:p>
          <w:p>
            <w:pPr>
              <w:spacing w:after="20" w:line="276" w:lineRule="auto"/>
            </w:pPr>
            <w:r>
              <w:rPr>
                <w:rFonts w:ascii="宋体" w:hAnsi="宋体" w:eastAsia="宋体"/>
                <w:b w:val="0"/>
                <w:sz w:val="18"/>
              </w:rPr>
              <w:t>(1)学生在教科书上独立完成。</w:t>
            </w:r>
          </w:p>
          <w:p>
            <w:pPr>
              <w:spacing w:after="20" w:line="276" w:lineRule="auto"/>
            </w:pPr>
            <w:r>
              <w:rPr>
                <w:rFonts w:ascii="宋体" w:hAnsi="宋体" w:eastAsia="宋体"/>
                <w:b w:val="0"/>
                <w:sz w:val="18"/>
              </w:rPr>
              <w:t>(2)指名学生汇报时让学生说说自己是怎样想的。</w:t>
            </w:r>
          </w:p>
          <w:p>
            <w:pPr>
              <w:spacing w:after="20" w:line="276" w:lineRule="auto"/>
            </w:pPr>
            <w:r>
              <w:rPr>
                <w:rFonts w:ascii="宋体" w:hAnsi="宋体" w:eastAsia="宋体"/>
                <w:b w:val="0"/>
                <w:sz w:val="18"/>
              </w:rPr>
              <w:t>2．完成教科书P13“练习二”第3题。</w:t>
            </w:r>
          </w:p>
          <w:p>
            <w:pPr>
              <w:spacing w:after="20" w:line="276" w:lineRule="auto"/>
            </w:pPr>
            <w:r>
              <w:rPr>
                <w:rFonts w:ascii="宋体" w:hAnsi="宋体" w:eastAsia="宋体"/>
                <w:b w:val="0"/>
                <w:sz w:val="18"/>
              </w:rPr>
              <w:t>(1)分析题意，独立解答。</w:t>
            </w:r>
          </w:p>
          <w:p>
            <w:pPr>
              <w:spacing w:after="20" w:line="276" w:lineRule="auto"/>
            </w:pPr>
            <w:r>
              <w:rPr>
                <w:rFonts w:ascii="宋体" w:hAnsi="宋体" w:eastAsia="宋体"/>
                <w:b w:val="0"/>
                <w:sz w:val="18"/>
              </w:rPr>
              <w:t>(2)集体订正。</w:t>
            </w:r>
          </w:p>
          <w:p>
            <w:pPr>
              <w:spacing w:after="20" w:line="276" w:lineRule="auto"/>
            </w:pPr>
            <w:r>
              <w:rPr>
                <w:rFonts w:ascii="宋体" w:hAnsi="宋体" w:eastAsia="宋体"/>
                <w:b w:val="0"/>
                <w:sz w:val="18"/>
              </w:rPr>
              <w:t>第一问求“每列有多少人？”，就是把90人平均分成9份，用除法计算，列式为90÷9＝10(人)。第二问求“每个圆圈多少人？”，就是把90人平均分成3份，用除法计算，列式为90÷3＝30(人)。</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师：同学们，通过今天的学习，你们有什么收获？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整十、整百、整千数除以一位数的口算，首先创设平均分彩色手工纸的情境，激发学生的学习兴趣。教学例1时，放手让学生独立思考，给学生足够的时间，使每个学生都经历口算算法的过程，并提供了成捆的小棒材料，为学生理解算理提供直观支撑。再在掌握了整十数除以一位数的口算方法的基础上，让学生独立口算600÷3，6000÷3，通过迁移得到算法，锻炼了学生的迁移能力。最后总结算法，培养学生的抽象概括能力。</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教科书P10例1及“做一做”，教科书P13“练习二”第3题。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课教学时重视学生已有的知识经验，培养学生的迁移类推能力。教学时积极采用不同的教学手段来激活学生已有的相关口算经验，唤起学生对已学知识的回忆，并将已学知识灵活运用到除数是一位数的口算除法这样一个新的教学情境中，同时重视算理表述，培养学生数学语言的表达能力。通过有层次地说算理的过程，让学生自主归纳出口算的基本方法，同时学会用语言表述自己的思考和想法。</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一位数除三位数(商是三位数)</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一位数除三位数(商是三位数)</w:t>
            </w:r>
          </w:p>
        </w:tc>
        <w:tc>
          <w:tcPr>
            <w:tcW w:type="dxa" w:w="6009"/>
          </w:tcPr>
          <w:p>
            <w:pPr>
              <w:spacing w:after="20" w:line="276" w:lineRule="auto"/>
            </w:pPr>
            <w:r/>
            <w:r>
              <w:rPr>
                <w:rFonts w:ascii="宋体" w:hAnsi="宋体" w:eastAsia="宋体"/>
                <w:b w:val="0"/>
                <w:sz w:val="20"/>
              </w:rPr>
              <w:t>第2单元 除数是一位数的除法（笔算除法）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学生已经会计算表内除法和一位数乘整十、整百数的口算。这些口算经验是帮助学生学习除数是一位数的口算除法的重要基础。学生在二年级学习了“表内除法”和“有余数的除法”，对竖式有最基础的了解，但本单元的笔算除法需要学生学会综合运用乘法、减法、加法等知识与方法，而除法竖式的演算是一种数学思维的特殊表达方式，学生在对除的顺序和竖式的写法的理解与掌握上会有一定的困难。</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教学内容：教科书P16～17例2及“做一做”，教科书P19“练习三”第4题的前两个算式。</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（1）结合具体情境，理解一位数除三位数(商是三位数)的算理，掌握笔算方法，能正确列竖式计算，并会验算。</w:t>
      </w:r>
    </w:p>
    <w:p>
      <w:pPr>
        <w:spacing w:after="20" w:line="300" w:lineRule="auto"/>
        <w:ind w:firstLine="400"/>
      </w:pPr>
      <w:r>
        <w:rPr>
          <w:rFonts w:ascii="宋体" w:hAnsi="宋体" w:eastAsia="宋体"/>
          <w:b w:val="0"/>
          <w:sz w:val="20"/>
        </w:rPr>
        <w:t>（2）通过自主探究、合作交流等学习活动，提高学生迁移；类推的能力和归纳概括的能力，培养学生的数感。</w:t>
      </w:r>
    </w:p>
    <w:p>
      <w:pPr>
        <w:spacing w:after="20" w:line="300" w:lineRule="auto"/>
        <w:ind w:firstLine="400"/>
      </w:pPr>
      <w:r>
        <w:rPr>
          <w:rFonts w:ascii="宋体" w:hAnsi="宋体" w:eastAsia="宋体"/>
          <w:b w:val="0"/>
          <w:sz w:val="20"/>
        </w:rPr>
        <w:t>（3）感受数学知识间的内在联系，养成有序思考、做完题要验算的良好数学学习习惯。</w:t>
      </w:r>
    </w:p>
    <w:p>
      <w:pPr>
        <w:spacing w:after="20" w:line="300" w:lineRule="auto"/>
      </w:pPr>
      <w:r>
        <w:rPr>
          <w:rFonts w:ascii="宋体" w:hAnsi="宋体" w:eastAsia="宋体"/>
          <w:b w:val="0"/>
          <w:sz w:val="20"/>
        </w:rPr>
        <w:t>教学重点：掌握一位数除三位数(商是三位数)的计算方法，并会验算。</w:t>
      </w:r>
    </w:p>
    <w:p>
      <w:pPr>
        <w:spacing w:after="20" w:line="300" w:lineRule="auto"/>
      </w:pPr>
      <w:r>
        <w:rPr>
          <w:rFonts w:ascii="宋体" w:hAnsi="宋体" w:eastAsia="宋体"/>
          <w:b w:val="0"/>
          <w:sz w:val="20"/>
        </w:rPr>
        <w:t>教学难点：理解一位数除三位数(商是三位数)的算理，掌握笔算方法。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如果将上述两题变成“369÷3，492÷4”，观察与上面的除法有什么不同？</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二、探究新知</w:t>
            </w:r>
          </w:p>
        </w:tc>
        <w:tc>
          <w:tcPr>
            <w:tcW w:type="dxa" w:w="1814"/>
          </w:tcPr>
          <w:p>
            <w:pPr>
              <w:spacing w:after="20" w:line="276" w:lineRule="auto"/>
            </w:pPr>
            <w:r/>
            <w:r>
              <w:rPr>
                <w:rFonts w:ascii="宋体" w:hAnsi="宋体" w:eastAsia="宋体"/>
                <w:b w:val="0"/>
                <w:sz w:val="18"/>
              </w:rPr>
              <w:t>课件、教科书、小棒</w:t>
            </w:r>
          </w:p>
        </w:tc>
        <w:tc>
          <w:tcPr>
            <w:tcW w:type="dxa" w:w="3402"/>
          </w:tcPr>
          <w:p>
            <w:pPr>
              <w:spacing w:after="20" w:line="276" w:lineRule="auto"/>
            </w:pPr>
            <w:r/>
            <w:r>
              <w:rPr>
                <w:rFonts w:ascii="宋体" w:hAnsi="宋体" w:eastAsia="宋体"/>
                <w:b w:val="0"/>
                <w:sz w:val="18"/>
              </w:rPr>
              <w:t>仔细读题，你知道了哪些信息？需要解决什么问题？怎样列式？；上面的计算正确吗？</w:t>
            </w:r>
          </w:p>
        </w:tc>
        <w:tc>
          <w:tcPr>
            <w:tcW w:type="dxa" w:w="1361"/>
          </w:tcPr>
          <w:p>
            <w:pPr>
              <w:spacing w:after="20" w:line="276" w:lineRule="auto"/>
            </w:pPr>
            <w:r/>
            <w:r>
              <w:rPr>
                <w:rFonts w:ascii="宋体" w:hAnsi="宋体" w:eastAsia="宋体"/>
                <w:b w:val="0"/>
                <w:sz w:val="18"/>
              </w:rPr>
              <w:t>25分钟</w:t>
            </w:r>
          </w:p>
        </w:tc>
      </w:tr>
      <w:tr>
        <w:tc>
          <w:tcPr>
            <w:tcW w:type="dxa" w:w="2835"/>
          </w:tcPr>
          <w:p>
            <w:pPr>
              <w:spacing w:after="20" w:line="276" w:lineRule="auto"/>
            </w:pPr>
            <w:r/>
            <w:r>
              <w:rPr>
                <w:rFonts w:ascii="宋体" w:hAnsi="宋体" w:eastAsia="宋体"/>
                <w:b w:val="0"/>
                <w:sz w:val="18"/>
              </w:rPr>
              <w:t>三、巩固练习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同学们，通过今天的学习，你们有什么收获？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一、复习导入</w:t>
            </w:r>
          </w:p>
        </w:tc>
        <w:tc>
          <w:tcPr>
            <w:tcW w:type="dxa" w:w="3061"/>
          </w:tcPr>
          <w:p>
            <w:pPr>
              <w:spacing w:after="20" w:line="276" w:lineRule="auto"/>
            </w:pPr>
            <w:r/>
            <w:r>
              <w:rPr>
                <w:rFonts w:ascii="宋体" w:hAnsi="宋体" w:eastAsia="宋体"/>
                <w:b w:val="0"/>
                <w:sz w:val="18"/>
              </w:rPr>
              <w:t>课件出示习题，指名学生板演，集体评议。</w:t>
            </w:r>
          </w:p>
          <w:p>
            <w:pPr>
              <w:spacing w:after="20" w:line="276" w:lineRule="auto"/>
            </w:pPr>
            <w:r>
              <w:rPr>
                <w:rFonts w:ascii="宋体" w:hAnsi="宋体" w:eastAsia="宋体"/>
                <w:b w:val="0"/>
                <w:sz w:val="18"/>
              </w:rPr>
              <w:t>列竖式计算并验算。</w:t>
            </w:r>
          </w:p>
          <w:p>
            <w:pPr>
              <w:spacing w:after="20" w:line="276" w:lineRule="auto"/>
            </w:pPr>
            <w:r>
              <w:rPr>
                <w:rFonts w:ascii="宋体" w:hAnsi="宋体" w:eastAsia="宋体"/>
                <w:b w:val="0"/>
                <w:sz w:val="18"/>
              </w:rPr>
              <w:t>69÷3＝　　　　　　　92÷4＝</w:t>
            </w:r>
          </w:p>
          <w:p>
            <w:pPr>
              <w:spacing w:after="20" w:line="276" w:lineRule="auto"/>
            </w:pPr>
            <w:r>
              <w:rPr>
                <w:rFonts w:ascii="宋体" w:hAnsi="宋体" w:eastAsia="宋体"/>
                <w:b w:val="0"/>
                <w:sz w:val="18"/>
              </w:rPr>
              <w:t>师：如果将上述两题变成“369÷3，492÷4”，观察与上面的除法有什么不同？</w:t>
            </w:r>
          </w:p>
        </w:tc>
        <w:tc>
          <w:tcPr>
            <w:tcW w:type="dxa" w:w="3061"/>
          </w:tcPr>
          <w:p>
            <w:pPr>
              <w:spacing w:after="20" w:line="276" w:lineRule="auto"/>
            </w:pPr>
            <w:r/>
            <w:r>
              <w:rPr>
                <w:rFonts w:ascii="宋体" w:hAnsi="宋体" w:eastAsia="宋体"/>
                <w:b w:val="0"/>
                <w:sz w:val="18"/>
              </w:rPr>
              <w:t>交流发现：前面所学的是一位数除两位数的除法，这两题是一位数除三位数的除法。在此基础上揭示并板书课题。[板书课题：一位数除三位数(商是三位数)]</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创设情境激活学生已有经验，自然引出本课学习内容，激发学习兴趣，核心问题："如果将上述两题变成“369÷3，492÷4”，观察与上面的除法有什么不同？"</w:t>
            </w:r>
          </w:p>
        </w:tc>
      </w:tr>
      <w:tr>
        <w:tc>
          <w:tcPr>
            <w:tcW w:type="dxa" w:w="1474"/>
          </w:tcPr>
          <w:p>
            <w:pPr>
              <w:spacing w:after="20" w:line="276" w:lineRule="auto"/>
            </w:pPr>
            <w:r>
              <w:rPr>
                <w:b/>
              </w:rPr>
            </w:r>
            <w:r>
              <w:rPr>
                <w:rFonts w:ascii="宋体" w:hAnsi="宋体" w:eastAsia="宋体"/>
                <w:b/>
                <w:sz w:val="18"/>
              </w:rPr>
              <w:t>二、探究新知</w:t>
            </w:r>
          </w:p>
        </w:tc>
        <w:tc>
          <w:tcPr>
            <w:tcW w:type="dxa" w:w="3061"/>
          </w:tcPr>
          <w:p>
            <w:pPr>
              <w:spacing w:after="20" w:line="276" w:lineRule="auto"/>
            </w:pPr>
            <w:r/>
            <w:r>
              <w:rPr>
                <w:rFonts w:ascii="宋体" w:hAnsi="宋体" w:eastAsia="宋体"/>
                <w:b w:val="0"/>
                <w:sz w:val="18"/>
              </w:rPr>
              <w:t>1.课件出示教科书P16例2。</w:t>
            </w:r>
          </w:p>
          <w:p>
            <w:pPr>
              <w:spacing w:after="20" w:line="276" w:lineRule="auto"/>
            </w:pPr>
            <w:r>
              <w:rPr>
                <w:rFonts w:ascii="宋体" w:hAnsi="宋体" w:eastAsia="宋体"/>
                <w:b w:val="0"/>
                <w:sz w:val="18"/>
              </w:rPr>
              <w:t>在读书节活动中，2个年级的同学一共交了256篇读后感，平均每个年级交了多少篇？</w:t>
            </w:r>
          </w:p>
          <w:p>
            <w:pPr>
              <w:spacing w:after="20" w:line="276" w:lineRule="auto"/>
            </w:pPr>
            <w:r>
              <w:rPr>
                <w:rFonts w:ascii="宋体" w:hAnsi="宋体" w:eastAsia="宋体"/>
                <w:b w:val="0"/>
                <w:sz w:val="18"/>
              </w:rPr>
              <w:t>师：仔细读题，你知道了哪些信息？需要解决什么问题？怎样列式？</w:t>
            </w:r>
          </w:p>
          <w:p>
            <w:pPr>
              <w:spacing w:after="20" w:line="276" w:lineRule="auto"/>
            </w:pPr>
            <w:r>
              <w:rPr>
                <w:rFonts w:ascii="宋体" w:hAnsi="宋体" w:eastAsia="宋体"/>
                <w:b w:val="0"/>
                <w:sz w:val="18"/>
              </w:rPr>
              <w:t>2．探究算法。</w:t>
            </w:r>
          </w:p>
          <w:p>
            <w:pPr>
              <w:spacing w:after="20" w:line="276" w:lineRule="auto"/>
            </w:pPr>
            <w:r>
              <w:rPr>
                <w:rFonts w:ascii="宋体" w:hAnsi="宋体" w:eastAsia="宋体"/>
                <w:b w:val="0"/>
                <w:sz w:val="18"/>
              </w:rPr>
              <w:t>(1)学生试算。</w:t>
            </w:r>
          </w:p>
          <w:p>
            <w:pPr>
              <w:spacing w:after="20" w:line="276" w:lineRule="auto"/>
            </w:pPr>
            <w:r>
              <w:rPr>
                <w:rFonts w:ascii="宋体" w:hAnsi="宋体" w:eastAsia="宋体"/>
                <w:b w:val="0"/>
                <w:sz w:val="18"/>
              </w:rPr>
              <w:t>(2)组织学生在小组内讨论、交流算法。</w:t>
            </w:r>
          </w:p>
          <w:p>
            <w:pPr>
              <w:spacing w:after="20" w:line="276" w:lineRule="auto"/>
            </w:pPr>
            <w:r>
              <w:rPr>
                <w:rFonts w:ascii="宋体" w:hAnsi="宋体" w:eastAsia="宋体"/>
                <w:b w:val="0"/>
                <w:sz w:val="18"/>
              </w:rPr>
              <w:t>(3)全班汇报过程。</w:t>
            </w:r>
          </w:p>
          <w:p>
            <w:pPr>
              <w:spacing w:after="20" w:line="276" w:lineRule="auto"/>
            </w:pPr>
            <w:r>
              <w:rPr>
                <w:rFonts w:ascii="宋体" w:hAnsi="宋体" w:eastAsia="宋体"/>
                <w:b w:val="0"/>
                <w:sz w:val="18"/>
              </w:rPr>
              <w:t>结合竖式说算法并板书。</w:t>
            </w:r>
          </w:p>
          <w:p>
            <w:pPr>
              <w:spacing w:after="20" w:line="276" w:lineRule="auto"/>
            </w:pPr>
            <w:r>
              <w:rPr>
                <w:rFonts w:ascii="宋体" w:hAnsi="宋体" w:eastAsia="宋体"/>
                <w:b w:val="0"/>
                <w:sz w:val="18"/>
              </w:rPr>
              <w:t>第一步：先分2个百，用2去除被除数的首位，够商1，商1写在百位上，刚好分完，没有剩余。</w:t>
            </w:r>
          </w:p>
          <w:p>
            <w:pPr>
              <w:spacing w:after="20" w:line="276" w:lineRule="auto"/>
            </w:pPr>
            <w:r>
              <w:rPr>
                <w:rFonts w:ascii="宋体" w:hAnsi="宋体" w:eastAsia="宋体"/>
                <w:b w:val="0"/>
                <w:sz w:val="18"/>
              </w:rPr>
              <w:t>第二步：分5个十，用2去除被除数的十位，够商2，商2写在十位上，还剩下1个十。</w:t>
            </w:r>
          </w:p>
          <w:p>
            <w:pPr>
              <w:spacing w:after="20" w:line="276" w:lineRule="auto"/>
            </w:pPr>
            <w:r>
              <w:rPr>
                <w:rFonts w:ascii="宋体" w:hAnsi="宋体" w:eastAsia="宋体"/>
                <w:b w:val="0"/>
                <w:sz w:val="18"/>
              </w:rPr>
              <w:t>第三步：剩下的1个十和个位的6个一合起来是16个一，分16个一，16个一除以2是8个一，商8写在个位上。</w:t>
            </w:r>
          </w:p>
          <w:p>
            <w:pPr>
              <w:spacing w:after="20" w:line="276" w:lineRule="auto"/>
            </w:pPr>
            <w:r>
              <w:rPr>
                <w:rFonts w:ascii="宋体" w:hAnsi="宋体" w:eastAsia="宋体"/>
                <w:b w:val="0"/>
                <w:sz w:val="18"/>
              </w:rPr>
              <w:t>256÷2＝128(篇)</w:t>
            </w:r>
          </w:p>
          <w:p>
            <w:pPr>
              <w:spacing w:after="20" w:line="276" w:lineRule="auto"/>
            </w:pPr>
            <w:r>
              <w:rPr>
                <w:rFonts w:ascii="宋体" w:hAnsi="宋体" w:eastAsia="宋体"/>
                <w:b w:val="0"/>
                <w:sz w:val="18"/>
              </w:rPr>
              <w:t>3．验算。</w:t>
            </w:r>
          </w:p>
          <w:p>
            <w:pPr>
              <w:spacing w:after="20" w:line="276" w:lineRule="auto"/>
            </w:pPr>
            <w:r>
              <w:rPr>
                <w:rFonts w:ascii="宋体" w:hAnsi="宋体" w:eastAsia="宋体"/>
                <w:b w:val="0"/>
                <w:sz w:val="18"/>
              </w:rPr>
              <w:t>师：上面的计算正确吗？请验算一下。</w:t>
            </w:r>
          </w:p>
          <w:p>
            <w:pPr>
              <w:spacing w:after="20" w:line="276" w:lineRule="auto"/>
            </w:pPr>
            <w:r>
              <w:rPr>
                <w:rFonts w:ascii="宋体" w:hAnsi="宋体" w:eastAsia="宋体"/>
                <w:b w:val="0"/>
                <w:sz w:val="18"/>
              </w:rPr>
              <w:t>4．归纳算法。</w:t>
            </w:r>
          </w:p>
          <w:p>
            <w:pPr>
              <w:spacing w:after="20" w:line="276" w:lineRule="auto"/>
            </w:pPr>
            <w:r>
              <w:rPr>
                <w:rFonts w:ascii="宋体" w:hAnsi="宋体" w:eastAsia="宋体"/>
                <w:b w:val="0"/>
                <w:sz w:val="18"/>
              </w:rPr>
              <w:t>师：仔细观察算式，你发现一位数除三位数(商是三位数)该怎么计算？</w:t>
            </w:r>
          </w:p>
          <w:p>
            <w:pPr>
              <w:spacing w:after="20" w:line="276" w:lineRule="auto"/>
            </w:pPr>
            <w:r>
              <w:rPr>
                <w:rFonts w:ascii="宋体" w:hAnsi="宋体" w:eastAsia="宋体"/>
                <w:b w:val="0"/>
                <w:sz w:val="18"/>
              </w:rPr>
              <w:t>师生回顾竖式计算过程，结合竖式说算法。</w:t>
            </w:r>
          </w:p>
          <w:p>
            <w:pPr>
              <w:spacing w:after="20" w:line="276" w:lineRule="auto"/>
            </w:pPr>
            <w:r>
              <w:rPr>
                <w:rFonts w:ascii="宋体" w:hAnsi="宋体" w:eastAsia="宋体"/>
                <w:b w:val="0"/>
                <w:sz w:val="18"/>
              </w:rPr>
              <w:t>师小结：一位数除三位数(商是三位数)的算法与一位数除两位数(商是两位数)的算法相同。先用一位数去除百位上的数，商写在百位上，接下来用一位数分别去除十位和个位上的数。</w:t>
            </w:r>
          </w:p>
          <w:p>
            <w:pPr>
              <w:spacing w:after="20" w:line="276" w:lineRule="auto"/>
            </w:pPr>
            <w:r>
              <w:rPr>
                <w:rFonts w:ascii="宋体" w:hAnsi="宋体" w:eastAsia="宋体"/>
                <w:b w:val="0"/>
                <w:sz w:val="18"/>
              </w:rPr>
              <w:t>5．及时练习。</w:t>
            </w:r>
          </w:p>
          <w:p>
            <w:pPr>
              <w:spacing w:after="20" w:line="276" w:lineRule="auto"/>
            </w:pPr>
            <w:r>
              <w:rPr>
                <w:rFonts w:ascii="宋体" w:hAnsi="宋体" w:eastAsia="宋体"/>
                <w:b w:val="0"/>
                <w:sz w:val="18"/>
              </w:rPr>
              <w:t>列竖式计算：369÷3＝　　　　　492÷4＝</w:t>
            </w:r>
          </w:p>
          <w:p>
            <w:pPr>
              <w:spacing w:after="20" w:line="276" w:lineRule="auto"/>
            </w:pPr>
            <w:r>
              <w:rPr>
                <w:rFonts w:ascii="宋体" w:hAnsi="宋体" w:eastAsia="宋体"/>
                <w:b w:val="0"/>
                <w:sz w:val="18"/>
              </w:rPr>
              <w:t>(1)学生独立计算。</w:t>
            </w:r>
          </w:p>
          <w:p>
            <w:pPr>
              <w:spacing w:after="20" w:line="276" w:lineRule="auto"/>
            </w:pPr>
            <w:r>
              <w:rPr>
                <w:rFonts w:ascii="宋体" w:hAnsi="宋体" w:eastAsia="宋体"/>
                <w:b w:val="0"/>
                <w:sz w:val="18"/>
              </w:rPr>
              <w:t>(2)集体订正。</w:t>
            </w:r>
          </w:p>
        </w:tc>
        <w:tc>
          <w:tcPr>
            <w:tcW w:type="dxa" w:w="3061"/>
          </w:tcPr>
          <w:p>
            <w:pPr>
              <w:spacing w:after="20" w:line="276" w:lineRule="auto"/>
            </w:pPr>
            <w:r/>
            <w:r>
              <w:rPr>
                <w:rFonts w:ascii="宋体" w:hAnsi="宋体" w:eastAsia="宋体"/>
                <w:b w:val="0"/>
                <w:sz w:val="18"/>
              </w:rPr>
              <w:t>2个年级的同学一共交了256篇读后感，要求的是平均每个年级交了多少篇，列式为256÷2。</w:t>
            </w:r>
          </w:p>
          <w:p>
            <w:pPr>
              <w:spacing w:after="20" w:line="276" w:lineRule="auto"/>
            </w:pPr>
            <w:r>
              <w:rPr>
                <w:rFonts w:ascii="宋体" w:hAnsi="宋体" w:eastAsia="宋体"/>
                <w:b w:val="0"/>
                <w:sz w:val="18"/>
              </w:rPr>
              <w:t>预设1：受前面一位数除两位数的影响，有的学生还是习惯用小棒进行推理。把256用小棒表示，先分2大捆(每捆100根)，平均分成2份，每份是1大捆，商是三位数；再分5小捆(每捆10根)，每份是2小捆，还多1小捆；最后把1小捆和6根合起来是16根，平均分成2 份，每份就是8根。 1大捆、2小捆和 8根合起来是128根。</w:t>
            </w:r>
          </w:p>
          <w:p>
            <w:pPr>
              <w:spacing w:after="20" w:line="276" w:lineRule="auto"/>
            </w:pPr>
            <w:r>
              <w:rPr>
                <w:rFonts w:ascii="宋体" w:hAnsi="宋体" w:eastAsia="宋体"/>
                <w:b w:val="0"/>
                <w:sz w:val="18"/>
              </w:rPr>
              <w:t>预设2：前面已经学习了一位数除两位数的竖式计算方法，大部分学生能够脱离小棒，直接列竖式进行计算。</w:t>
            </w:r>
          </w:p>
          <w:p>
            <w:pPr>
              <w:spacing w:after="20" w:line="276" w:lineRule="auto"/>
            </w:pPr>
            <w:r>
              <w:rPr>
                <w:rFonts w:ascii="宋体" w:hAnsi="宋体" w:eastAsia="宋体"/>
                <w:b w:val="0"/>
                <w:sz w:val="18"/>
              </w:rPr>
              <w:t>学生独立验算后交流。(适时板书)</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设计递进式探究活动，引导学生在动手实践与合作交流中经历知识形成过程，突破本课重难点，核心问题："仔细读题，你知道了哪些信息？需要解决什么问题？怎样列式？"</w:t>
            </w:r>
          </w:p>
        </w:tc>
      </w:tr>
      <w:tr>
        <w:tc>
          <w:tcPr>
            <w:tcW w:type="dxa" w:w="1474"/>
          </w:tcPr>
          <w:p>
            <w:pPr>
              <w:spacing w:after="20" w:line="276" w:lineRule="auto"/>
            </w:pPr>
            <w:r>
              <w:rPr>
                <w:b/>
              </w:rPr>
            </w:r>
            <w:r>
              <w:rPr>
                <w:rFonts w:ascii="宋体" w:hAnsi="宋体" w:eastAsia="宋体"/>
                <w:b/>
                <w:sz w:val="18"/>
              </w:rPr>
              <w:t>三、巩固练习</w:t>
            </w:r>
          </w:p>
        </w:tc>
        <w:tc>
          <w:tcPr>
            <w:tcW w:type="dxa" w:w="3061"/>
          </w:tcPr>
          <w:p>
            <w:pPr>
              <w:spacing w:after="20" w:line="276" w:lineRule="auto"/>
            </w:pPr>
            <w:r/>
            <w:r>
              <w:rPr>
                <w:rFonts w:ascii="宋体" w:hAnsi="宋体" w:eastAsia="宋体"/>
                <w:b w:val="0"/>
                <w:sz w:val="18"/>
              </w:rPr>
              <w:t>1.完成教科书P17“做一做”。</w:t>
            </w:r>
          </w:p>
          <w:p>
            <w:pPr>
              <w:spacing w:after="20" w:line="276" w:lineRule="auto"/>
            </w:pPr>
            <w:r>
              <w:rPr>
                <w:rFonts w:ascii="宋体" w:hAnsi="宋体" w:eastAsia="宋体"/>
                <w:b w:val="0"/>
                <w:sz w:val="18"/>
              </w:rPr>
              <w:t>先让学生在教科书上独立完成，再指名汇报，并让学生说说自己是如何确定商的每一位的位置。</w:t>
            </w:r>
          </w:p>
          <w:p>
            <w:pPr>
              <w:spacing w:after="20" w:line="276" w:lineRule="auto"/>
            </w:pPr>
            <w:r>
              <w:rPr>
                <w:rFonts w:ascii="宋体" w:hAnsi="宋体" w:eastAsia="宋体"/>
                <w:b w:val="0"/>
                <w:sz w:val="18"/>
              </w:rPr>
              <w:t>2．完成教科书P19“练习三”第4题的前两个算式。</w:t>
            </w:r>
          </w:p>
          <w:p>
            <w:pPr>
              <w:spacing w:after="20" w:line="276" w:lineRule="auto"/>
            </w:pPr>
            <w:r>
              <w:rPr>
                <w:rFonts w:ascii="宋体" w:hAnsi="宋体" w:eastAsia="宋体"/>
                <w:b w:val="0"/>
                <w:sz w:val="18"/>
              </w:rPr>
              <w:t>3．补充练习。</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王老师带了756元去买跳绳，每根跳绳6元，一共可以买多少根跳绳？</w:t>
            </w:r>
          </w:p>
        </w:tc>
        <w:tc>
          <w:tcPr>
            <w:tcW w:type="dxa" w:w="3061"/>
          </w:tcPr>
          <w:p>
            <w:pPr>
              <w:spacing w:after="20" w:line="276" w:lineRule="auto"/>
            </w:pPr>
            <w:r/>
            <w:r>
              <w:rPr>
                <w:rFonts w:ascii="宋体" w:hAnsi="宋体" w:eastAsia="宋体"/>
                <w:b w:val="0"/>
                <w:sz w:val="18"/>
              </w:rPr>
              <w:t>学生独立列式解答，教师巡视，集体评议。</w:t>
            </w:r>
          </w:p>
          <w:p>
            <w:pPr>
              <w:spacing w:after="20" w:line="276" w:lineRule="auto"/>
            </w:pPr>
            <w:r>
              <w:rPr>
                <w:rFonts w:ascii="宋体" w:hAnsi="宋体" w:eastAsia="宋体"/>
                <w:b w:val="0"/>
                <w:sz w:val="18"/>
              </w:rPr>
              <w:t>学生独立列式解答，同桌互相检查订正。</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师：同学们，通过今天的学习，你们有什么收获？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本节课先复习一位数除两位数(商是两位数)的笔算方法，唤醒学生已有的知识和活动经验，然后引出一位数除三位数(商是三位数)。例题的教学，放手让学生自主探究，充分利用知识经验自主迁移。在汇报环节，结合竖式说一说每一步计算的含义及结果书写的位置，帮助学生理解算理。并与一位数除两位数(商是两位数)的笔算方法进行对比，注重二者之间的联系，加强说理训练。还设计各种层次的练习，提高学生的计算能力。</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教科书P16～17例2及“做一做”，教科书P19“练习三”第4题的前两个算式。</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一位数除三位数(商是三位数)的笔算是在学生已经掌握一位数除两位数(商是两位数)笔算的基础上进行教学的，因此，上课开始就安排了几道笔算训练，为本课学习新知识奠定基础。讲解例题时，为了帮助学生更好地理解一位数除三位数(商是三位数)的算理，掌握算法，在学生尝试计算后，组织学生进行讨论，归纳总结，以便加深对新知识的理解与记忆。本节课的教学中，商的位置是难点，但是由于被除数的最高位除以2够商1，而且每个数位上都有商，所以本节课还没有出现典型错例。在验算环节，突出利用乘法验算除法的方法，逐步使学生养成验算的习惯。</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口算除法(2)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口算除法(2)</w:t>
            </w:r>
          </w:p>
        </w:tc>
        <w:tc>
          <w:tcPr>
            <w:tcW w:type="dxa" w:w="6009"/>
          </w:tcPr>
          <w:p>
            <w:pPr>
              <w:spacing w:after="20" w:line="276" w:lineRule="auto"/>
            </w:pPr>
            <w:r/>
            <w:r>
              <w:rPr>
                <w:rFonts w:ascii="宋体" w:hAnsi="宋体" w:eastAsia="宋体"/>
                <w:b w:val="0"/>
                <w:sz w:val="20"/>
              </w:rPr>
              <w:t>第2单元 除数是一位数的除法（口算除法）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学生已经会计算表内除法和一位数乘整十、整百数的口算。这些口算经验是帮助学生学习除数是一位数的口算除法的重要基础。学生在二年级学习了“表内除法”和“有余数的除法”，对竖式有最基础的了解，但本单元的笔算除法需要学生学会综合运用乘法、减法、加法等知识与方法，而除法竖式的演算是一种数学思维的特殊表达方式，学生在对除的顺序和竖式的写法的理解与掌握上会有一定的困难。</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教学内容：教科书P10～11例2、例3及“做一做”，教科书P13～14“练习二”第1，2，4～6题。</w:t>
      </w:r>
    </w:p>
    <w:p>
      <w:pPr>
        <w:spacing w:after="80" w:line="300" w:lineRule="auto"/>
        <w:ind w:firstLine="400"/>
      </w:pPr>
      <w:r>
        <w:rPr>
          <w:rFonts w:ascii="宋体" w:hAnsi="宋体" w:eastAsia="宋体"/>
          <w:b w:val="0"/>
          <w:sz w:val="20"/>
        </w:rPr>
        <w:t>教学准备：课件、小棒。</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（1）经历几十几除以一位数(每一位都能除尽)和几百几十除以一位数(首位不够除)的口算方法的探究过程。</w:t>
      </w:r>
    </w:p>
    <w:p>
      <w:pPr>
        <w:spacing w:after="20" w:line="300" w:lineRule="auto"/>
        <w:ind w:firstLine="400"/>
      </w:pPr>
      <w:r>
        <w:rPr>
          <w:rFonts w:ascii="宋体" w:hAnsi="宋体" w:eastAsia="宋体"/>
          <w:b w:val="0"/>
          <w:sz w:val="20"/>
        </w:rPr>
        <w:t>（2）掌握几十几除以一位数(每一位都能除尽)和几百几十除以一位数(首位不够除)的口算方法，能准确口算。</w:t>
      </w:r>
    </w:p>
    <w:p>
      <w:pPr>
        <w:spacing w:after="20" w:line="300" w:lineRule="auto"/>
        <w:ind w:firstLine="400"/>
      </w:pPr>
      <w:r>
        <w:rPr>
          <w:rFonts w:ascii="宋体" w:hAnsi="宋体" w:eastAsia="宋体"/>
          <w:b w:val="0"/>
          <w:sz w:val="20"/>
        </w:rPr>
        <w:t>（3）培养学生的观察、操作和表达能力，渗透转化和迁移类推的数学思想。</w:t>
      </w:r>
    </w:p>
    <w:p>
      <w:pPr>
        <w:spacing w:after="20" w:line="300" w:lineRule="auto"/>
      </w:pPr>
      <w:r>
        <w:rPr>
          <w:rFonts w:ascii="宋体" w:hAnsi="宋体" w:eastAsia="宋体"/>
          <w:b w:val="0"/>
          <w:sz w:val="20"/>
        </w:rPr>
        <w:t>教学重点：掌握几十几除以一位数(每一位都能除尽)和几百几十除以一位数(首位不够除)的口算方法。</w:t>
      </w:r>
    </w:p>
    <w:p>
      <w:pPr>
        <w:spacing w:after="20" w:line="300" w:lineRule="auto"/>
      </w:pPr>
      <w:r>
        <w:rPr>
          <w:rFonts w:ascii="宋体" w:hAnsi="宋体" w:eastAsia="宋体"/>
          <w:b w:val="0"/>
          <w:sz w:val="20"/>
        </w:rPr>
        <w:t>教学难点：理解几十几除以一位数(每一位都能除尽)和几百几十除以一位数(首位不够除)的口算算理。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一、复习导入</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二、合作探究</w:t>
            </w:r>
          </w:p>
        </w:tc>
        <w:tc>
          <w:tcPr>
            <w:tcW w:type="dxa" w:w="1814"/>
          </w:tcPr>
          <w:p>
            <w:pPr>
              <w:spacing w:after="20" w:line="276" w:lineRule="auto"/>
            </w:pPr>
            <w:r/>
            <w:r>
              <w:rPr>
                <w:rFonts w:ascii="宋体" w:hAnsi="宋体" w:eastAsia="宋体"/>
                <w:b w:val="0"/>
                <w:sz w:val="18"/>
              </w:rPr>
              <w:t>课件、教科书、小棒</w:t>
            </w:r>
          </w:p>
        </w:tc>
        <w:tc>
          <w:tcPr>
            <w:tcW w:type="dxa" w:w="3402"/>
          </w:tcPr>
          <w:p>
            <w:pPr>
              <w:spacing w:after="20" w:line="276" w:lineRule="auto"/>
            </w:pPr>
            <w:r/>
            <w:r>
              <w:rPr>
                <w:rFonts w:ascii="宋体" w:hAnsi="宋体" w:eastAsia="宋体"/>
                <w:b w:val="0"/>
                <w:sz w:val="18"/>
              </w:rPr>
              <w:t>怎样列式？；同学们，都算出来了吗？谁愿意分享自己的算法？</w:t>
            </w:r>
          </w:p>
        </w:tc>
        <w:tc>
          <w:tcPr>
            <w:tcW w:type="dxa" w:w="1361"/>
          </w:tcPr>
          <w:p>
            <w:pPr>
              <w:spacing w:after="20" w:line="276" w:lineRule="auto"/>
            </w:pPr>
            <w:r/>
            <w:r>
              <w:rPr>
                <w:rFonts w:ascii="宋体" w:hAnsi="宋体" w:eastAsia="宋体"/>
                <w:b w:val="0"/>
                <w:sz w:val="18"/>
              </w:rPr>
              <w:t>25分钟</w:t>
            </w:r>
          </w:p>
        </w:tc>
      </w:tr>
      <w:tr>
        <w:tc>
          <w:tcPr>
            <w:tcW w:type="dxa" w:w="2835"/>
          </w:tcPr>
          <w:p>
            <w:pPr>
              <w:spacing w:after="20" w:line="276" w:lineRule="auto"/>
            </w:pPr>
            <w:r/>
            <w:r>
              <w:rPr>
                <w:rFonts w:ascii="宋体" w:hAnsi="宋体" w:eastAsia="宋体"/>
                <w:b w:val="0"/>
                <w:sz w:val="18"/>
              </w:rPr>
              <w:t>三、巩固练习</w:t>
            </w:r>
          </w:p>
        </w:tc>
        <w:tc>
          <w:tcPr>
            <w:tcW w:type="dxa" w:w="1814"/>
          </w:tcPr>
          <w:p>
            <w:pPr>
              <w:spacing w:after="20" w:line="276" w:lineRule="auto"/>
            </w:pPr>
            <w:r/>
            <w:r>
              <w:rPr>
                <w:rFonts w:ascii="宋体" w:hAnsi="宋体" w:eastAsia="宋体"/>
                <w:b w:val="0"/>
                <w:sz w:val="18"/>
              </w:rPr>
              <w:t>教科书、课件、小棒</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同学们，通过这节课的学习，你们有什么收获？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一、复习导入</w:t>
            </w:r>
          </w:p>
        </w:tc>
        <w:tc>
          <w:tcPr>
            <w:tcW w:type="dxa" w:w="3061"/>
          </w:tcPr>
          <w:p>
            <w:pPr>
              <w:spacing w:after="20" w:line="276" w:lineRule="auto"/>
            </w:pPr>
            <w:r/>
            <w:r>
              <w:rPr>
                <w:rFonts w:ascii="宋体" w:hAnsi="宋体" w:eastAsia="宋体"/>
                <w:b w:val="0"/>
                <w:sz w:val="18"/>
              </w:rPr>
              <w:t>师：请大家口算出这些算式的得数。</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口算。</w:t>
            </w:r>
          </w:p>
          <w:p>
            <w:pPr>
              <w:spacing w:after="20" w:line="276" w:lineRule="auto"/>
            </w:pPr>
            <w:r>
              <w:rPr>
                <w:rFonts w:ascii="宋体" w:hAnsi="宋体" w:eastAsia="宋体"/>
                <w:b w:val="0"/>
                <w:sz w:val="18"/>
              </w:rPr>
              <w:t>80÷2＝　　 　800÷2＝　　 　8000÷2＝</w:t>
            </w:r>
          </w:p>
          <w:p>
            <w:pPr>
              <w:spacing w:after="20" w:line="276" w:lineRule="auto"/>
            </w:pPr>
            <w:r>
              <w:rPr>
                <w:rFonts w:ascii="宋体" w:hAnsi="宋体" w:eastAsia="宋体"/>
                <w:b w:val="0"/>
                <w:sz w:val="18"/>
              </w:rPr>
              <w:t>90÷3＝       900÷3＝       9000÷3＝</w:t>
            </w:r>
          </w:p>
          <w:p>
            <w:pPr>
              <w:spacing w:after="20" w:line="276" w:lineRule="auto"/>
            </w:pPr>
            <w:r>
              <w:rPr>
                <w:rFonts w:ascii="宋体" w:hAnsi="宋体" w:eastAsia="宋体"/>
                <w:b w:val="0"/>
                <w:sz w:val="18"/>
              </w:rPr>
              <w:t>12÷4＝       45÷9＝        56÷7＝</w:t>
            </w:r>
          </w:p>
          <w:p>
            <w:pPr>
              <w:spacing w:after="20" w:line="276" w:lineRule="auto"/>
            </w:pPr>
            <w:r>
              <w:rPr>
                <w:rFonts w:ascii="宋体" w:hAnsi="宋体" w:eastAsia="宋体"/>
                <w:b w:val="0"/>
                <w:sz w:val="18"/>
              </w:rPr>
              <w:t>师：大家口算得又对又快，这节课我们继续学习口算除法。[板书课题：口算除法(2)]</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二、合作探究</w:t>
            </w:r>
          </w:p>
        </w:tc>
        <w:tc>
          <w:tcPr>
            <w:tcW w:type="dxa" w:w="3061"/>
          </w:tcPr>
          <w:p>
            <w:pPr>
              <w:spacing w:after="20" w:line="276" w:lineRule="auto"/>
            </w:pPr>
            <w:r/>
            <w:r>
              <w:rPr>
                <w:rFonts w:ascii="宋体" w:hAnsi="宋体" w:eastAsia="宋体"/>
                <w:b w:val="0"/>
                <w:sz w:val="18"/>
              </w:rPr>
              <w:t>(一)探究几十几除以一位数(每一位都能除尽)的口算。</w:t>
            </w:r>
          </w:p>
          <w:p>
            <w:pPr>
              <w:spacing w:after="20" w:line="276" w:lineRule="auto"/>
            </w:pPr>
            <w:r>
              <w:rPr>
                <w:rFonts w:ascii="宋体" w:hAnsi="宋体" w:eastAsia="宋体"/>
                <w:b w:val="0"/>
                <w:sz w:val="18"/>
              </w:rPr>
              <w:t>1．课件出示教科书P10例2。</w:t>
            </w:r>
          </w:p>
          <w:p>
            <w:pPr>
              <w:spacing w:after="20" w:line="276" w:lineRule="auto"/>
            </w:pPr>
            <w:r>
              <w:rPr>
                <w:rFonts w:ascii="宋体" w:hAnsi="宋体" w:eastAsia="宋体"/>
                <w:b w:val="0"/>
                <w:sz w:val="18"/>
              </w:rPr>
              <w:t>把69张彩色手工纸平均分给3人，每人分得多少张？</w:t>
            </w:r>
          </w:p>
          <w:p>
            <w:pPr>
              <w:spacing w:after="20" w:line="276" w:lineRule="auto"/>
            </w:pPr>
            <w:r>
              <w:rPr>
                <w:rFonts w:ascii="宋体" w:hAnsi="宋体" w:eastAsia="宋体"/>
                <w:b w:val="0"/>
                <w:sz w:val="18"/>
              </w:rPr>
              <w:t>师：怎样列式？</w:t>
            </w:r>
          </w:p>
          <w:p>
            <w:pPr>
              <w:spacing w:after="20" w:line="276" w:lineRule="auto"/>
            </w:pPr>
            <w:r>
              <w:rPr>
                <w:rFonts w:ascii="宋体" w:hAnsi="宋体" w:eastAsia="宋体"/>
                <w:b w:val="0"/>
                <w:sz w:val="18"/>
              </w:rPr>
              <w:t>2．自主探究。</w:t>
            </w:r>
          </w:p>
          <w:p>
            <w:pPr>
              <w:spacing w:after="20" w:line="276" w:lineRule="auto"/>
            </w:pPr>
            <w:r>
              <w:rPr>
                <w:rFonts w:ascii="宋体" w:hAnsi="宋体" w:eastAsia="宋体"/>
                <w:b w:val="0"/>
                <w:sz w:val="18"/>
              </w:rPr>
              <w:t>(1)以小组为单位，拿出小棒代替69张彩色手工纸摆一摆，分一分。</w:t>
            </w:r>
          </w:p>
          <w:p>
            <w:pPr>
              <w:spacing w:after="20" w:line="276" w:lineRule="auto"/>
            </w:pPr>
            <w:r>
              <w:rPr>
                <w:rFonts w:ascii="宋体" w:hAnsi="宋体" w:eastAsia="宋体"/>
                <w:b w:val="0"/>
                <w:sz w:val="18"/>
              </w:rPr>
              <w:t>(2)结合分的过程说一说怎样计算。</w:t>
            </w:r>
          </w:p>
          <w:p>
            <w:pPr>
              <w:spacing w:after="20" w:line="276" w:lineRule="auto"/>
            </w:pPr>
            <w:r>
              <w:rPr>
                <w:rFonts w:ascii="宋体" w:hAnsi="宋体" w:eastAsia="宋体"/>
                <w:b w:val="0"/>
                <w:sz w:val="18"/>
              </w:rPr>
              <w:t>教师巡视。</w:t>
            </w:r>
          </w:p>
          <w:p>
            <w:pPr>
              <w:spacing w:after="20" w:line="276" w:lineRule="auto"/>
            </w:pPr>
            <w:r>
              <w:rPr>
                <w:rFonts w:ascii="宋体" w:hAnsi="宋体" w:eastAsia="宋体"/>
                <w:b w:val="0"/>
                <w:sz w:val="18"/>
              </w:rPr>
              <w:t>3．展示交流，理解算理。</w:t>
            </w:r>
          </w:p>
          <w:p>
            <w:pPr>
              <w:spacing w:after="20" w:line="276" w:lineRule="auto"/>
            </w:pPr>
            <w:r>
              <w:rPr>
                <w:rFonts w:ascii="宋体" w:hAnsi="宋体" w:eastAsia="宋体"/>
                <w:b w:val="0"/>
                <w:sz w:val="18"/>
              </w:rPr>
              <w:t>(1)师：同学们，都算出来了吗？谁愿意分享自己的算法？</w:t>
            </w:r>
          </w:p>
          <w:p>
            <w:pPr>
              <w:spacing w:after="20" w:line="276" w:lineRule="auto"/>
            </w:pPr>
            <w:r>
              <w:rPr>
                <w:rFonts w:ascii="宋体" w:hAnsi="宋体" w:eastAsia="宋体"/>
                <w:b w:val="0"/>
                <w:sz w:val="18"/>
              </w:rPr>
              <w:t>根据学生回答课件演示分小棒的过程，理解算理。</w:t>
            </w:r>
          </w:p>
          <w:p>
            <w:pPr>
              <w:spacing w:after="20" w:line="276" w:lineRule="auto"/>
            </w:pPr>
            <w:r>
              <w:rPr>
                <w:rFonts w:ascii="宋体" w:hAnsi="宋体" w:eastAsia="宋体"/>
                <w:b w:val="0"/>
                <w:sz w:val="18"/>
              </w:rPr>
              <w:t>(2)结合演示说想的过程。</w:t>
            </w:r>
          </w:p>
          <w:p>
            <w:pPr>
              <w:spacing w:after="20" w:line="276" w:lineRule="auto"/>
            </w:pPr>
            <w:r>
              <w:rPr>
                <w:rFonts w:ascii="宋体" w:hAnsi="宋体" w:eastAsia="宋体"/>
                <w:b w:val="0"/>
                <w:sz w:val="18"/>
              </w:rPr>
              <w:t>把69分成6个十和9个一，6个十除以3得2个十，9个一除以3得3个一，2个十和3个一合起来是23。板书如下：</w:t>
            </w:r>
          </w:p>
          <w:p>
            <w:pPr>
              <w:spacing w:after="20" w:line="276" w:lineRule="auto"/>
            </w:pPr>
            <w:r>
              <w:rPr>
                <w:rFonts w:ascii="宋体" w:hAnsi="宋体" w:eastAsia="宋体"/>
                <w:b w:val="0"/>
                <w:sz w:val="18"/>
              </w:rPr>
              <w:t>69÷3＝23</w:t>
            </w:r>
          </w:p>
          <w:p>
            <w:pPr>
              <w:spacing w:after="20" w:line="276" w:lineRule="auto"/>
            </w:pPr>
            <w:r>
              <w:rPr>
                <w:rFonts w:ascii="宋体" w:hAnsi="宋体" w:eastAsia="宋体"/>
                <w:b w:val="0"/>
                <w:sz w:val="18"/>
              </w:rPr>
              <w:t>4．口算84÷4。</w:t>
            </w:r>
          </w:p>
          <w:p>
            <w:pPr>
              <w:spacing w:after="20" w:line="276" w:lineRule="auto"/>
            </w:pPr>
            <w:r>
              <w:rPr>
                <w:rFonts w:ascii="宋体" w:hAnsi="宋体" w:eastAsia="宋体"/>
                <w:b w:val="0"/>
                <w:sz w:val="18"/>
              </w:rPr>
              <w:t>(1)请你用上面的方法口算。</w:t>
            </w:r>
          </w:p>
          <w:p>
            <w:pPr>
              <w:spacing w:after="20" w:line="276" w:lineRule="auto"/>
            </w:pPr>
            <w:r>
              <w:rPr>
                <w:rFonts w:ascii="宋体" w:hAnsi="宋体" w:eastAsia="宋体"/>
                <w:b w:val="0"/>
                <w:sz w:val="18"/>
              </w:rPr>
              <w:t>(2)指名说算法。</w:t>
            </w:r>
          </w:p>
          <w:p>
            <w:pPr>
              <w:spacing w:after="20" w:line="276" w:lineRule="auto"/>
            </w:pPr>
            <w:r>
              <w:rPr>
                <w:rFonts w:ascii="宋体" w:hAnsi="宋体" w:eastAsia="宋体"/>
                <w:b w:val="0"/>
                <w:sz w:val="18"/>
              </w:rPr>
              <w:t>把84分成80和4，80÷4＝20，4÷4＝1，20＋1＝21。</w:t>
            </w:r>
          </w:p>
          <w:p>
            <w:pPr>
              <w:spacing w:after="20" w:line="276" w:lineRule="auto"/>
            </w:pPr>
            <w:r>
              <w:rPr>
                <w:rFonts w:ascii="宋体" w:hAnsi="宋体" w:eastAsia="宋体"/>
                <w:b w:val="0"/>
                <w:sz w:val="18"/>
              </w:rPr>
              <w:t>师：像这样的计算该如何口算？</w:t>
            </w:r>
          </w:p>
          <w:p>
            <w:pPr>
              <w:spacing w:after="20" w:line="276" w:lineRule="auto"/>
            </w:pPr>
            <w:r>
              <w:rPr>
                <w:rFonts w:ascii="宋体" w:hAnsi="宋体" w:eastAsia="宋体"/>
                <w:b w:val="0"/>
                <w:sz w:val="18"/>
              </w:rPr>
              <w:t>师生交流后小结：计算时，可以“先分再合——化难为易”，把几十几分成几十和几，分别除以除数后再相加。</w:t>
            </w:r>
          </w:p>
          <w:p>
            <w:pPr>
              <w:spacing w:after="20" w:line="276" w:lineRule="auto"/>
            </w:pPr>
            <w:r>
              <w:rPr>
                <w:rFonts w:ascii="宋体" w:hAnsi="宋体" w:eastAsia="宋体"/>
                <w:b w:val="0"/>
                <w:sz w:val="18"/>
              </w:rPr>
              <w:t>(二)探究几百几十除以一位数(首位不够除)的口算。</w:t>
            </w:r>
          </w:p>
          <w:p>
            <w:pPr>
              <w:spacing w:after="20" w:line="276" w:lineRule="auto"/>
            </w:pPr>
            <w:r>
              <w:rPr>
                <w:rFonts w:ascii="宋体" w:hAnsi="宋体" w:eastAsia="宋体"/>
                <w:b w:val="0"/>
                <w:sz w:val="18"/>
              </w:rPr>
              <w:t>1．课件出示教科书P11例3。</w:t>
            </w:r>
          </w:p>
          <w:p>
            <w:pPr>
              <w:spacing w:after="20" w:line="276" w:lineRule="auto"/>
            </w:pPr>
            <w:r>
              <w:rPr>
                <w:rFonts w:ascii="宋体" w:hAnsi="宋体" w:eastAsia="宋体"/>
                <w:b w:val="0"/>
                <w:sz w:val="18"/>
              </w:rPr>
              <w:t>口算120÷3。</w:t>
            </w:r>
          </w:p>
          <w:p>
            <w:pPr>
              <w:spacing w:after="20" w:line="276" w:lineRule="auto"/>
            </w:pPr>
            <w:r>
              <w:rPr>
                <w:rFonts w:ascii="宋体" w:hAnsi="宋体" w:eastAsia="宋体"/>
                <w:b w:val="0"/>
                <w:sz w:val="18"/>
              </w:rPr>
              <w:t>师：这道题与例1比较，有什么不同？(首位不够除)1个百除以3，商不够1个百怎么办？</w:t>
            </w:r>
          </w:p>
          <w:p>
            <w:pPr>
              <w:spacing w:after="20" w:line="276" w:lineRule="auto"/>
            </w:pPr>
            <w:r>
              <w:rPr>
                <w:rFonts w:ascii="宋体" w:hAnsi="宋体" w:eastAsia="宋体"/>
                <w:b w:val="0"/>
                <w:sz w:val="18"/>
              </w:rPr>
              <w:t>引导学生发现可以把120看作12个十。</w:t>
            </w:r>
          </w:p>
          <w:p>
            <w:pPr>
              <w:spacing w:after="20" w:line="276" w:lineRule="auto"/>
            </w:pPr>
            <w:r>
              <w:rPr>
                <w:rFonts w:ascii="宋体" w:hAnsi="宋体" w:eastAsia="宋体"/>
                <w:b w:val="0"/>
                <w:sz w:val="18"/>
              </w:rPr>
              <w:t>2．课件演示，理解算理。</w:t>
            </w:r>
          </w:p>
          <w:p>
            <w:pPr>
              <w:spacing w:after="20" w:line="276" w:lineRule="auto"/>
            </w:pPr>
            <w:r>
              <w:rPr>
                <w:rFonts w:ascii="宋体" w:hAnsi="宋体" w:eastAsia="宋体"/>
                <w:b w:val="0"/>
                <w:sz w:val="18"/>
              </w:rPr>
              <w:t>课件演示分的过程。</w:t>
            </w:r>
          </w:p>
          <w:p>
            <w:pPr>
              <w:spacing w:after="20" w:line="276" w:lineRule="auto"/>
            </w:pPr>
            <w:r>
              <w:rPr>
                <w:rFonts w:ascii="宋体" w:hAnsi="宋体" w:eastAsia="宋体"/>
                <w:b w:val="0"/>
                <w:sz w:val="18"/>
              </w:rPr>
              <w:t>3．结合过程说算法。</w:t>
            </w:r>
          </w:p>
          <w:p>
            <w:pPr>
              <w:spacing w:after="20" w:line="276" w:lineRule="auto"/>
            </w:pPr>
            <w:r>
              <w:rPr>
                <w:rFonts w:ascii="宋体" w:hAnsi="宋体" w:eastAsia="宋体"/>
                <w:b w:val="0"/>
                <w:sz w:val="18"/>
              </w:rPr>
              <w:t>师：请你说一说怎么算？</w:t>
            </w:r>
          </w:p>
          <w:p>
            <w:pPr>
              <w:spacing w:after="20" w:line="276" w:lineRule="auto"/>
            </w:pPr>
            <w:r>
              <w:rPr>
                <w:rFonts w:ascii="宋体" w:hAnsi="宋体" w:eastAsia="宋体"/>
                <w:b w:val="0"/>
                <w:sz w:val="18"/>
              </w:rPr>
              <w:t>根据交流板书如下：</w:t>
            </w:r>
          </w:p>
          <w:p>
            <w:pPr>
              <w:spacing w:after="20" w:line="276" w:lineRule="auto"/>
            </w:pPr>
            <w:r>
              <w:rPr>
                <w:rFonts w:ascii="宋体" w:hAnsi="宋体" w:eastAsia="宋体"/>
                <w:b w:val="0"/>
                <w:sz w:val="18"/>
              </w:rPr>
              <w:t>120÷3＝40　　　　　　想：12个十÷3＝4个十</w:t>
            </w:r>
          </w:p>
          <w:p>
            <w:pPr>
              <w:spacing w:after="20" w:line="276" w:lineRule="auto"/>
            </w:pPr>
            <w:r>
              <w:rPr>
                <w:rFonts w:ascii="宋体" w:hAnsi="宋体" w:eastAsia="宋体"/>
                <w:b w:val="0"/>
                <w:sz w:val="18"/>
              </w:rPr>
              <w:t>4．试一试。</w:t>
            </w:r>
          </w:p>
          <w:p>
            <w:pPr>
              <w:spacing w:after="20" w:line="276" w:lineRule="auto"/>
            </w:pPr>
            <w:r>
              <w:rPr>
                <w:rFonts w:ascii="宋体" w:hAnsi="宋体" w:eastAsia="宋体"/>
                <w:b w:val="0"/>
                <w:sz w:val="18"/>
              </w:rPr>
              <w:t>180÷3＝           1800÷3＝</w:t>
            </w:r>
          </w:p>
          <w:p>
            <w:pPr>
              <w:spacing w:after="20" w:line="276" w:lineRule="auto"/>
            </w:pPr>
            <w:r>
              <w:rPr>
                <w:rFonts w:ascii="宋体" w:hAnsi="宋体" w:eastAsia="宋体"/>
                <w:b w:val="0"/>
                <w:sz w:val="18"/>
              </w:rPr>
              <w:t>(1)独立口算。</w:t>
            </w:r>
          </w:p>
          <w:p>
            <w:pPr>
              <w:spacing w:after="20" w:line="276" w:lineRule="auto"/>
            </w:pPr>
            <w:r>
              <w:rPr>
                <w:rFonts w:ascii="宋体" w:hAnsi="宋体" w:eastAsia="宋体"/>
                <w:b w:val="0"/>
                <w:sz w:val="18"/>
              </w:rPr>
              <w:t>(2)交流方法。</w:t>
            </w:r>
          </w:p>
          <w:p>
            <w:pPr>
              <w:spacing w:after="20" w:line="276" w:lineRule="auto"/>
            </w:pPr>
            <w:r>
              <w:rPr>
                <w:rFonts w:ascii="宋体" w:hAnsi="宋体" w:eastAsia="宋体"/>
                <w:b w:val="0"/>
                <w:sz w:val="18"/>
              </w:rPr>
              <w:t>第一题，把180看作18个十，18个十除以3等于6个十，所以180÷3＝60。第二题把1800看作18个百，18个百除以3等于6个百，所以1800÷3＝600。(适时板书)</w:t>
            </w:r>
          </w:p>
          <w:p>
            <w:pPr>
              <w:spacing w:after="20" w:line="276" w:lineRule="auto"/>
            </w:pPr>
            <w:r>
              <w:rPr>
                <w:rFonts w:ascii="宋体" w:hAnsi="宋体" w:eastAsia="宋体"/>
                <w:b w:val="0"/>
                <w:sz w:val="18"/>
              </w:rPr>
              <w:t>师：像这样的计算该如何口算？</w:t>
            </w:r>
          </w:p>
          <w:p>
            <w:pPr>
              <w:spacing w:after="20" w:line="276" w:lineRule="auto"/>
            </w:pPr>
            <w:r>
              <w:rPr>
                <w:rFonts w:ascii="宋体" w:hAnsi="宋体" w:eastAsia="宋体"/>
                <w:b w:val="0"/>
                <w:sz w:val="18"/>
              </w:rPr>
              <w:t>师生交流后小结：在计算几百几十、几千几百除以一位数时，可以将几百几十看作几个十，将几千几百看作几个百，进行计算。</w:t>
            </w:r>
          </w:p>
          <w:p>
            <w:pPr>
              <w:spacing w:after="20" w:line="276" w:lineRule="auto"/>
            </w:pPr>
            <w:r>
              <w:rPr>
                <w:rFonts w:ascii="宋体" w:hAnsi="宋体" w:eastAsia="宋体"/>
                <w:b w:val="0"/>
                <w:sz w:val="18"/>
              </w:rPr>
              <w:t>5．完成教科书P11“做一做”。</w:t>
            </w:r>
          </w:p>
          <w:p>
            <w:pPr>
              <w:spacing w:after="20" w:line="276" w:lineRule="auto"/>
            </w:pPr>
            <w:r>
              <w:rPr>
                <w:rFonts w:ascii="宋体" w:hAnsi="宋体" w:eastAsia="宋体"/>
                <w:b w:val="0"/>
                <w:sz w:val="18"/>
              </w:rPr>
              <w:t>先让学生在教科书上独立完成，再指名学生汇报，让学生说说自己是怎样想的。</w:t>
            </w:r>
          </w:p>
        </w:tc>
        <w:tc>
          <w:tcPr>
            <w:tcW w:type="dxa" w:w="3061"/>
          </w:tcPr>
          <w:p>
            <w:pPr>
              <w:spacing w:after="20" w:line="276" w:lineRule="auto"/>
            </w:pPr>
            <w:r/>
            <w:r>
              <w:rPr>
                <w:rFonts w:ascii="宋体" w:hAnsi="宋体" w:eastAsia="宋体"/>
                <w:b w:val="0"/>
                <w:sz w:val="18"/>
              </w:rPr>
              <w:t>例2和例1结构一致，学生很容易读懂题意并列出算式。(根据学生的回答，板书：69÷3)</w:t>
            </w:r>
          </w:p>
          <w:p>
            <w:pPr>
              <w:spacing w:after="20" w:line="276" w:lineRule="auto"/>
            </w:pPr>
            <w:r>
              <w:rPr>
                <w:rFonts w:ascii="宋体" w:hAnsi="宋体" w:eastAsia="宋体"/>
                <w:b w:val="0"/>
                <w:sz w:val="18"/>
              </w:rPr>
              <w:t>把120看作12个十，12个十除以3等于4个十，所以120÷3＝40。</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设计递进式探究活动，引导学生在动手实践与合作交流中经历知识形成过程，突破本课重难点，核心问题："怎样列式？"</w:t>
            </w:r>
          </w:p>
        </w:tc>
      </w:tr>
      <w:tr>
        <w:tc>
          <w:tcPr>
            <w:tcW w:type="dxa" w:w="1474"/>
          </w:tcPr>
          <w:p>
            <w:pPr>
              <w:spacing w:after="20" w:line="276" w:lineRule="auto"/>
            </w:pPr>
            <w:r>
              <w:rPr>
                <w:b/>
              </w:rPr>
            </w:r>
            <w:r>
              <w:rPr>
                <w:rFonts w:ascii="宋体" w:hAnsi="宋体" w:eastAsia="宋体"/>
                <w:b/>
                <w:sz w:val="18"/>
              </w:rPr>
              <w:t>三、巩固练习</w:t>
            </w:r>
          </w:p>
        </w:tc>
        <w:tc>
          <w:tcPr>
            <w:tcW w:type="dxa" w:w="3061"/>
          </w:tcPr>
          <w:p>
            <w:pPr>
              <w:spacing w:after="20" w:line="276" w:lineRule="auto"/>
            </w:pPr>
            <w:r/>
            <w:r>
              <w:rPr>
                <w:rFonts w:ascii="宋体" w:hAnsi="宋体" w:eastAsia="宋体"/>
                <w:b w:val="0"/>
                <w:sz w:val="18"/>
              </w:rPr>
              <w:t>1.完成教科书P13“练习二”第1题。</w:t>
            </w:r>
          </w:p>
          <w:p>
            <w:pPr>
              <w:spacing w:after="20" w:line="276" w:lineRule="auto"/>
            </w:pPr>
            <w:r>
              <w:rPr>
                <w:rFonts w:ascii="宋体" w:hAnsi="宋体" w:eastAsia="宋体"/>
                <w:b w:val="0"/>
                <w:sz w:val="18"/>
              </w:rPr>
              <w:t>2．完成教科书P13“练习二”第2题。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(2)观察第一组的被除数、除数和商，你有什么发现？第二组呢？</w:t>
            </w:r>
          </w:p>
          <w:p>
            <w:pPr>
              <w:spacing w:after="20" w:line="276" w:lineRule="auto"/>
            </w:pPr>
            <w:r>
              <w:rPr>
                <w:rFonts w:ascii="宋体" w:hAnsi="宋体" w:eastAsia="宋体"/>
                <w:b w:val="0"/>
                <w:sz w:val="18"/>
              </w:rPr>
              <w:t>引导学生发现：被除数增大，除数不变，商变大；被除数不变，除数增大，商变小。</w:t>
            </w:r>
          </w:p>
          <w:p>
            <w:pPr>
              <w:spacing w:after="20" w:line="276" w:lineRule="auto"/>
            </w:pPr>
            <w:r>
              <w:rPr>
                <w:rFonts w:ascii="宋体" w:hAnsi="宋体" w:eastAsia="宋体"/>
                <w:b w:val="0"/>
                <w:sz w:val="18"/>
              </w:rPr>
              <w:t>3．完成教科书P13“练习二”第4题。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(2)集体订正。</w:t>
            </w:r>
          </w:p>
          <w:p>
            <w:pPr>
              <w:spacing w:after="20" w:line="276" w:lineRule="auto"/>
            </w:pPr>
            <w:r>
              <w:rPr>
                <w:rFonts w:ascii="宋体" w:hAnsi="宋体" w:eastAsia="宋体"/>
                <w:b w:val="0"/>
                <w:sz w:val="18"/>
              </w:rPr>
              <w:t>4．完成教科书P13“练习二”第5题。</w:t>
            </w:r>
          </w:p>
          <w:p>
            <w:pPr>
              <w:spacing w:after="20" w:line="276" w:lineRule="auto"/>
            </w:pPr>
            <w:r>
              <w:rPr>
                <w:rFonts w:ascii="宋体" w:hAnsi="宋体" w:eastAsia="宋体"/>
                <w:b w:val="0"/>
                <w:sz w:val="18"/>
              </w:rPr>
              <w:t>(1)读题，思考用什么方法计算。</w:t>
            </w:r>
          </w:p>
          <w:p>
            <w:pPr>
              <w:spacing w:after="20" w:line="276" w:lineRule="auto"/>
            </w:pPr>
            <w:r>
              <w:rPr>
                <w:rFonts w:ascii="宋体" w:hAnsi="宋体" w:eastAsia="宋体"/>
                <w:b w:val="0"/>
                <w:sz w:val="18"/>
              </w:rPr>
              <w:t>(2)汇报交流。</w:t>
            </w:r>
          </w:p>
          <w:p>
            <w:pPr>
              <w:spacing w:after="20" w:line="276" w:lineRule="auto"/>
            </w:pPr>
            <w:r>
              <w:rPr>
                <w:rFonts w:ascii="宋体" w:hAnsi="宋体" w:eastAsia="宋体"/>
                <w:b w:val="0"/>
                <w:sz w:val="18"/>
              </w:rPr>
              <w:t>5．完成教科书P14“练习二”第6题。</w:t>
            </w:r>
          </w:p>
        </w:tc>
        <w:tc>
          <w:tcPr>
            <w:tcW w:type="dxa" w:w="3061"/>
          </w:tcPr>
          <w:p>
            <w:pPr>
              <w:spacing w:after="20" w:line="276" w:lineRule="auto"/>
            </w:pPr>
            <w:r/>
            <w:r>
              <w:rPr>
                <w:rFonts w:ascii="宋体" w:hAnsi="宋体" w:eastAsia="宋体"/>
                <w:b w:val="0"/>
                <w:sz w:val="18"/>
              </w:rPr>
              <w:t>学生独立完成，指出其中1至2题说想的过程。</w:t>
            </w:r>
          </w:p>
          <w:p>
            <w:pPr>
              <w:spacing w:after="20" w:line="276" w:lineRule="auto"/>
            </w:pPr>
            <w:r>
              <w:rPr>
                <w:rFonts w:ascii="宋体" w:hAnsi="宋体" w:eastAsia="宋体"/>
                <w:b w:val="0"/>
                <w:sz w:val="18"/>
              </w:rPr>
              <w:t>学生独立完成后交流口算方法。</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师：同学们，通过这节课的学习，你们有什么收获？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本节课继续学习口算除法，设计时以例1为依托，加强知识间的练习与对比。例2的教学先让学生小组合作分小棒，借助直观图呈现算理和算法。例3的教学先与例1比较有什么不同，找到知识的增长点，然后课件演示平均分的过程突出利用数的组成将120看作12个十，再平均分成3份，将新问题转化为用表内除法解决问题的方法，体会转化的思想方法。</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教科书P10～11例2、例3及“做一做”，教科书P13～14“练习二”第1，2，4～6题。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的口算教学，注重利用学生的知识迁移来学习，借助直观理解算理。当学生独立解决问题以后，都先让学生在小组内交流，每个人都说一说自己的思考过程。特别关注小组合作的活动经验的积累，让每个学生都有参与和表达的机会。要关注学生是否能用较为简练的语言表述口算过程，使培养学生的数学表达能力这一目标落到实处。</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一位数除三位数(商是两位数)</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一位数除三位数(商是两位数)</w:t>
            </w:r>
          </w:p>
        </w:tc>
        <w:tc>
          <w:tcPr>
            <w:tcW w:type="dxa" w:w="6009"/>
          </w:tcPr>
          <w:p>
            <w:pPr>
              <w:spacing w:after="20" w:line="276" w:lineRule="auto"/>
            </w:pPr>
            <w:r/>
            <w:r>
              <w:rPr>
                <w:rFonts w:ascii="宋体" w:hAnsi="宋体" w:eastAsia="宋体"/>
                <w:b w:val="0"/>
                <w:sz w:val="20"/>
              </w:rPr>
              <w:t>第2单元 除数是一位数的除法（笔算除法）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学生已经会计算表内除法和一位数乘整十、整百数的口算。这些口算经验是帮助学生学习除数是一位数的口算除法的重要基础。学生在二年级学习了“表内除法”和“有余数的除法”，对竖式有最基础的了解，但本单元的笔算除法需要学生学会综合运用乘法、减法、加法等知识与方法，而除法竖式的演算是一种数学思维的特殊表达方式，学生在对除的顺序和竖式的写法的理解与掌握上会有一定的困难。</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教学内容：教科书P17～18例3及“做一做”，教科书P19～20“练习三”第5～12题。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（1）经历用一位数除三位数(商是两位数)的笔算的探索过程，掌握一般的笔算方法。</w:t>
      </w:r>
    </w:p>
    <w:p>
      <w:pPr>
        <w:spacing w:after="20" w:line="300" w:lineRule="auto"/>
        <w:ind w:firstLine="400"/>
      </w:pPr>
      <w:r>
        <w:rPr>
          <w:rFonts w:ascii="宋体" w:hAnsi="宋体" w:eastAsia="宋体"/>
          <w:b w:val="0"/>
          <w:sz w:val="20"/>
        </w:rPr>
        <w:t>（2）能正确计算一位数除三位数(商是两位数)的笔算，并能用乘法验算。</w:t>
      </w:r>
    </w:p>
    <w:p>
      <w:pPr>
        <w:spacing w:after="20" w:line="300" w:lineRule="auto"/>
        <w:ind w:firstLine="400"/>
      </w:pPr>
      <w:r>
        <w:rPr>
          <w:rFonts w:ascii="宋体" w:hAnsi="宋体" w:eastAsia="宋体"/>
          <w:b w:val="0"/>
          <w:sz w:val="20"/>
        </w:rPr>
        <w:t>（3）使学生能够积极参与探索算法的活动，积累数学活动经验，培养学生认真计算、书写工整的习惯。</w:t>
      </w:r>
    </w:p>
    <w:p>
      <w:pPr>
        <w:spacing w:after="20" w:line="300" w:lineRule="auto"/>
      </w:pPr>
      <w:r>
        <w:rPr>
          <w:rFonts w:ascii="宋体" w:hAnsi="宋体" w:eastAsia="宋体"/>
          <w:b w:val="0"/>
          <w:sz w:val="20"/>
        </w:rPr>
        <w:t>教学重点：掌握一位数除三位数(商是两位数且有余数)的笔算方法。</w:t>
      </w:r>
    </w:p>
    <w:p>
      <w:pPr>
        <w:spacing w:after="20" w:line="300" w:lineRule="auto"/>
      </w:pPr>
      <w:r>
        <w:rPr>
          <w:rFonts w:ascii="宋体" w:hAnsi="宋体" w:eastAsia="宋体"/>
          <w:b w:val="0"/>
          <w:sz w:val="20"/>
        </w:rPr>
        <w:t>教学难点：理解一位数除三位数(商是两位数且有余数)的算理，确定商的位置。</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二、合作探究</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怎么列式？；这道题和复习题中的两道题有什么不同？</w:t>
            </w:r>
          </w:p>
        </w:tc>
        <w:tc>
          <w:tcPr>
            <w:tcW w:type="dxa" w:w="1361"/>
          </w:tcPr>
          <w:p>
            <w:pPr>
              <w:spacing w:after="20" w:line="276" w:lineRule="auto"/>
            </w:pPr>
            <w:r/>
            <w:r>
              <w:rPr>
                <w:rFonts w:ascii="宋体" w:hAnsi="宋体" w:eastAsia="宋体"/>
                <w:b w:val="0"/>
                <w:sz w:val="18"/>
              </w:rPr>
              <w:t>20分钟</w:t>
            </w:r>
          </w:p>
        </w:tc>
      </w:tr>
      <w:tr>
        <w:tc>
          <w:tcPr>
            <w:tcW w:type="dxa" w:w="2835"/>
          </w:tcPr>
          <w:p>
            <w:pPr>
              <w:spacing w:after="20" w:line="276" w:lineRule="auto"/>
            </w:pPr>
            <w:r/>
            <w:r>
              <w:rPr>
                <w:rFonts w:ascii="宋体" w:hAnsi="宋体" w:eastAsia="宋体"/>
                <w:b w:val="0"/>
                <w:sz w:val="18"/>
              </w:rPr>
              <w:t>三、巩固练习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这些题都是一位数除三位数的除法，为什么有的商是两位数，而有的商是三位数？商的位数与被除数、除数有什么关系？</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同学们，通过今天的学习，你们有什么收获？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一、复习导入</w:t>
            </w:r>
          </w:p>
        </w:tc>
        <w:tc>
          <w:tcPr>
            <w:tcW w:type="dxa" w:w="3061"/>
          </w:tcPr>
          <w:p>
            <w:pPr>
              <w:spacing w:after="20" w:line="276" w:lineRule="auto"/>
            </w:pPr>
            <w:r/>
            <w:r>
              <w:rPr>
                <w:rFonts w:ascii="宋体" w:hAnsi="宋体" w:eastAsia="宋体"/>
                <w:b w:val="0"/>
                <w:sz w:val="18"/>
              </w:rPr>
              <w:t>课件出示习题。</w:t>
            </w:r>
          </w:p>
          <w:p>
            <w:pPr>
              <w:spacing w:after="20" w:line="276" w:lineRule="auto"/>
            </w:pPr>
            <w:r>
              <w:rPr>
                <w:rFonts w:ascii="宋体" w:hAnsi="宋体" w:eastAsia="宋体"/>
                <w:b w:val="0"/>
                <w:sz w:val="18"/>
              </w:rPr>
              <w:t>列竖式计算。</w:t>
            </w:r>
          </w:p>
          <w:p>
            <w:pPr>
              <w:spacing w:after="20" w:line="276" w:lineRule="auto"/>
            </w:pPr>
            <w:r>
              <w:rPr>
                <w:rFonts w:ascii="宋体" w:hAnsi="宋体" w:eastAsia="宋体"/>
                <w:b w:val="0"/>
                <w:sz w:val="18"/>
              </w:rPr>
              <w:t>565÷5＝　　　　　　435÷3＝</w:t>
            </w:r>
          </w:p>
          <w:p>
            <w:pPr>
              <w:spacing w:after="20" w:line="276" w:lineRule="auto"/>
            </w:pPr>
            <w:r>
              <w:rPr>
                <w:rFonts w:ascii="宋体" w:hAnsi="宋体" w:eastAsia="宋体"/>
                <w:b w:val="0"/>
                <w:sz w:val="18"/>
              </w:rPr>
              <w:t>指名学生板演，集体评议。</w:t>
            </w:r>
          </w:p>
          <w:p>
            <w:pPr>
              <w:spacing w:after="20" w:line="276" w:lineRule="auto"/>
            </w:pPr>
            <w:r>
              <w:rPr>
                <w:rFonts w:ascii="宋体" w:hAnsi="宋体" w:eastAsia="宋体"/>
                <w:b w:val="0"/>
                <w:sz w:val="18"/>
              </w:rPr>
              <w:t>师：看来同学们对前面的计算都掌握得非常好。今天我们继续学习一位数除三位数。[板书课题：一位数除三位数(商是两位数)]</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二、合作探究</w:t>
            </w:r>
          </w:p>
        </w:tc>
        <w:tc>
          <w:tcPr>
            <w:tcW w:type="dxa" w:w="3061"/>
          </w:tcPr>
          <w:p>
            <w:pPr>
              <w:spacing w:after="20" w:line="276" w:lineRule="auto"/>
            </w:pPr>
            <w:r/>
            <w:r>
              <w:rPr>
                <w:rFonts w:ascii="宋体" w:hAnsi="宋体" w:eastAsia="宋体"/>
                <w:b w:val="0"/>
                <w:sz w:val="18"/>
              </w:rPr>
              <w:t>1.课件出示教科书P17例3。</w:t>
            </w:r>
          </w:p>
          <w:p>
            <w:pPr>
              <w:spacing w:after="20" w:line="276" w:lineRule="auto"/>
            </w:pPr>
            <w:r>
              <w:rPr>
                <w:rFonts w:ascii="宋体" w:hAnsi="宋体" w:eastAsia="宋体"/>
                <w:b w:val="0"/>
                <w:sz w:val="18"/>
              </w:rPr>
              <w:t>学校的石榴树结了148个石榴，平均分给6个年级。每个年级分得多少个？还剩几个？</w:t>
            </w:r>
          </w:p>
          <w:p>
            <w:pPr>
              <w:spacing w:after="20" w:line="276" w:lineRule="auto"/>
            </w:pPr>
            <w:r>
              <w:rPr>
                <w:rFonts w:ascii="宋体" w:hAnsi="宋体" w:eastAsia="宋体"/>
                <w:b w:val="0"/>
                <w:sz w:val="18"/>
              </w:rPr>
              <w:t>师：怎么列式？</w:t>
            </w:r>
          </w:p>
          <w:p>
            <w:pPr>
              <w:spacing w:after="20" w:line="276" w:lineRule="auto"/>
            </w:pPr>
            <w:r>
              <w:rPr>
                <w:rFonts w:ascii="宋体" w:hAnsi="宋体" w:eastAsia="宋体"/>
                <w:b w:val="0"/>
                <w:sz w:val="18"/>
              </w:rPr>
              <w:t>2．自主计算，理解算理。</w:t>
            </w:r>
          </w:p>
          <w:p>
            <w:pPr>
              <w:spacing w:after="20" w:line="276" w:lineRule="auto"/>
            </w:pPr>
            <w:r>
              <w:rPr>
                <w:rFonts w:ascii="宋体" w:hAnsi="宋体" w:eastAsia="宋体"/>
                <w:b w:val="0"/>
                <w:sz w:val="18"/>
              </w:rPr>
              <w:t>师：这道题和复习题中的两道题有什么不同？</w:t>
            </w:r>
          </w:p>
          <w:p>
            <w:pPr>
              <w:spacing w:after="20" w:line="276" w:lineRule="auto"/>
            </w:pPr>
            <w:r>
              <w:rPr>
                <w:rFonts w:ascii="宋体" w:hAnsi="宋体" w:eastAsia="宋体"/>
                <w:b w:val="0"/>
                <w:sz w:val="18"/>
              </w:rPr>
              <w:t>引导学生发现：用6除百位上的1不够商1。</w:t>
            </w:r>
          </w:p>
          <w:p>
            <w:pPr>
              <w:spacing w:after="20" w:line="276" w:lineRule="auto"/>
            </w:pPr>
            <w:r>
              <w:rPr>
                <w:rFonts w:ascii="宋体" w:hAnsi="宋体" w:eastAsia="宋体"/>
                <w:b w:val="0"/>
                <w:sz w:val="18"/>
              </w:rPr>
              <w:t>师：1个百除以6，商不够1个百怎么办？先独立想一想，然后把你的想法和同桌说一说。</w:t>
            </w:r>
          </w:p>
          <w:p>
            <w:pPr>
              <w:spacing w:after="20" w:line="276" w:lineRule="auto"/>
            </w:pPr>
            <w:r>
              <w:rPr>
                <w:rFonts w:ascii="宋体" w:hAnsi="宋体" w:eastAsia="宋体"/>
                <w:b w:val="0"/>
                <w:sz w:val="18"/>
              </w:rPr>
              <w:t>(1)学生独尝试笔算，教师巡视。</w:t>
            </w:r>
          </w:p>
          <w:p>
            <w:pPr>
              <w:spacing w:after="20" w:line="276" w:lineRule="auto"/>
            </w:pPr>
            <w:r>
              <w:rPr>
                <w:rFonts w:ascii="宋体" w:hAnsi="宋体" w:eastAsia="宋体"/>
                <w:b w:val="0"/>
                <w:sz w:val="18"/>
              </w:rPr>
              <w:t>(2)交流展示算法。</w:t>
            </w:r>
          </w:p>
          <w:p>
            <w:pPr>
              <w:spacing w:after="20" w:line="276" w:lineRule="auto"/>
            </w:pPr>
            <w:r>
              <w:rPr>
                <w:rFonts w:ascii="宋体" w:hAnsi="宋体" w:eastAsia="宋体"/>
                <w:b w:val="0"/>
                <w:sz w:val="18"/>
              </w:rPr>
              <w:t>结合学生交流说算法。</w:t>
            </w:r>
          </w:p>
          <w:p>
            <w:pPr>
              <w:spacing w:after="20" w:line="276" w:lineRule="auto"/>
            </w:pPr>
            <w:r>
              <w:rPr>
                <w:rFonts w:ascii="宋体" w:hAnsi="宋体" w:eastAsia="宋体"/>
                <w:b w:val="0"/>
                <w:sz w:val="18"/>
              </w:rPr>
              <w:t>第一步：先分14个十，14个十除以6商2，商2写在十位上，还剩下2个十，剩下的2个十和个位的8个一合起来是28个一。</w:t>
            </w:r>
          </w:p>
          <w:p>
            <w:pPr>
              <w:spacing w:after="20" w:line="276" w:lineRule="auto"/>
            </w:pPr>
            <w:r>
              <w:rPr>
                <w:rFonts w:ascii="宋体" w:hAnsi="宋体" w:eastAsia="宋体"/>
                <w:b w:val="0"/>
                <w:sz w:val="18"/>
              </w:rPr>
              <w:t>第二步：再分28个一，28个一除以6商4，商4写在个位上，还余4个一。</w:t>
            </w:r>
          </w:p>
          <w:p>
            <w:pPr>
              <w:spacing w:after="20" w:line="276" w:lineRule="auto"/>
            </w:pPr>
            <w:r>
              <w:rPr>
                <w:rFonts w:ascii="宋体" w:hAnsi="宋体" w:eastAsia="宋体"/>
                <w:b w:val="0"/>
                <w:sz w:val="18"/>
              </w:rPr>
              <w:t>结合交流板书如下：</w:t>
            </w:r>
          </w:p>
          <w:p>
            <w:pPr>
              <w:spacing w:after="20" w:line="276" w:lineRule="auto"/>
            </w:pPr>
            <w:r>
              <w:rPr>
                <w:rFonts w:ascii="宋体" w:hAnsi="宋体" w:eastAsia="宋体"/>
                <w:b w:val="0"/>
                <w:sz w:val="18"/>
              </w:rPr>
              <w:t>(3)结合题目，说一说竖式中每个数表示的实际意义。</w:t>
            </w:r>
          </w:p>
          <w:p>
            <w:pPr>
              <w:spacing w:after="20" w:line="276" w:lineRule="auto"/>
            </w:pPr>
            <w:r>
              <w:rPr>
                <w:rFonts w:ascii="宋体" w:hAnsi="宋体" w:eastAsia="宋体"/>
                <w:b w:val="0"/>
                <w:sz w:val="18"/>
              </w:rPr>
              <w:t>3．验算。</w:t>
            </w:r>
          </w:p>
          <w:p>
            <w:pPr>
              <w:spacing w:after="20" w:line="276" w:lineRule="auto"/>
            </w:pPr>
            <w:r>
              <w:rPr>
                <w:rFonts w:ascii="宋体" w:hAnsi="宋体" w:eastAsia="宋体"/>
                <w:b w:val="0"/>
                <w:sz w:val="18"/>
              </w:rPr>
              <w:t>师：有余数的除法怎样验算？你会验算“148÷6”吗？</w:t>
            </w:r>
          </w:p>
          <w:p>
            <w:pPr>
              <w:spacing w:after="20" w:line="276" w:lineRule="auto"/>
            </w:pPr>
            <w:r>
              <w:rPr>
                <w:rFonts w:ascii="宋体" w:hAnsi="宋体" w:eastAsia="宋体"/>
                <w:b w:val="0"/>
                <w:sz w:val="18"/>
              </w:rPr>
              <w:t>教师根据学生回答板书。</w:t>
            </w:r>
          </w:p>
          <w:p>
            <w:pPr>
              <w:spacing w:after="20" w:line="276" w:lineRule="auto"/>
            </w:pPr>
            <w:r>
              <w:rPr>
                <w:rFonts w:ascii="宋体" w:hAnsi="宋体" w:eastAsia="宋体"/>
                <w:b w:val="0"/>
                <w:sz w:val="18"/>
              </w:rPr>
              <w:t>4．梳理算法。</w:t>
            </w:r>
          </w:p>
          <w:p>
            <w:pPr>
              <w:spacing w:after="20" w:line="276" w:lineRule="auto"/>
            </w:pPr>
            <w:r>
              <w:rPr>
                <w:rFonts w:ascii="宋体" w:hAnsi="宋体" w:eastAsia="宋体"/>
                <w:b w:val="0"/>
                <w:sz w:val="18"/>
              </w:rPr>
              <w:t>理顺算法，课件呈现算理。</w:t>
            </w:r>
          </w:p>
          <w:p>
            <w:pPr>
              <w:spacing w:after="20" w:line="276" w:lineRule="auto"/>
            </w:pPr>
            <w:r>
              <w:rPr>
                <w:rFonts w:ascii="宋体" w:hAnsi="宋体" w:eastAsia="宋体"/>
                <w:b w:val="0"/>
                <w:sz w:val="18"/>
              </w:rPr>
              <w:t>师：我们一起来完整地回顾一下148÷6的计算过程。</w:t>
            </w:r>
          </w:p>
          <w:p>
            <w:pPr>
              <w:spacing w:after="20" w:line="276" w:lineRule="auto"/>
            </w:pPr>
            <w:r>
              <w:rPr>
                <w:rFonts w:ascii="宋体" w:hAnsi="宋体" w:eastAsia="宋体"/>
                <w:b w:val="0"/>
                <w:sz w:val="18"/>
              </w:rPr>
              <w:t>课件完整地呈现计算过程。</w:t>
            </w:r>
          </w:p>
          <w:p>
            <w:pPr>
              <w:spacing w:after="20" w:line="276" w:lineRule="auto"/>
            </w:pPr>
            <w:r>
              <w:rPr>
                <w:rFonts w:ascii="宋体" w:hAnsi="宋体" w:eastAsia="宋体"/>
                <w:b w:val="0"/>
                <w:sz w:val="18"/>
              </w:rPr>
              <w:t>根据学生讨论交流归纳：</w:t>
            </w:r>
          </w:p>
          <w:p>
            <w:pPr>
              <w:spacing w:after="20" w:line="276" w:lineRule="auto"/>
            </w:pPr>
            <w:r>
              <w:rPr>
                <w:rFonts w:ascii="宋体" w:hAnsi="宋体" w:eastAsia="宋体"/>
                <w:b w:val="0"/>
                <w:sz w:val="18"/>
              </w:rPr>
              <w:t>(1)先用除数试除被除数的最高位，如果它比除数小，再试除前两位。</w:t>
            </w:r>
          </w:p>
          <w:p>
            <w:pPr>
              <w:spacing w:after="20" w:line="276" w:lineRule="auto"/>
            </w:pPr>
            <w:r>
              <w:rPr>
                <w:rFonts w:ascii="宋体" w:hAnsi="宋体" w:eastAsia="宋体"/>
                <w:b w:val="0"/>
                <w:sz w:val="18"/>
              </w:rPr>
              <w:t>(2)除到被除数的哪一位，就把商写在那一位的上面。</w:t>
            </w:r>
          </w:p>
          <w:p>
            <w:pPr>
              <w:spacing w:after="20" w:line="276" w:lineRule="auto"/>
            </w:pPr>
            <w:r>
              <w:rPr>
                <w:rFonts w:ascii="宋体" w:hAnsi="宋体" w:eastAsia="宋体"/>
                <w:b w:val="0"/>
                <w:sz w:val="18"/>
              </w:rPr>
              <w:t>(3)每求出一位商，余下的数必须比除数小。</w:t>
            </w:r>
          </w:p>
        </w:tc>
        <w:tc>
          <w:tcPr>
            <w:tcW w:type="dxa" w:w="3061"/>
          </w:tcPr>
          <w:p>
            <w:pPr>
              <w:spacing w:after="20" w:line="276" w:lineRule="auto"/>
            </w:pPr>
            <w:r/>
            <w:r>
              <w:rPr>
                <w:rFonts w:ascii="宋体" w:hAnsi="宋体" w:eastAsia="宋体"/>
                <w:b w:val="0"/>
                <w:sz w:val="18"/>
              </w:rPr>
              <w:t>学生很快就能说出148÷6，同时列出竖式。</w:t>
            </w:r>
          </w:p>
          <w:p>
            <w:pPr>
              <w:spacing w:after="20" w:line="276" w:lineRule="auto"/>
            </w:pPr>
            <w:r>
              <w:rPr>
                <w:rFonts w:ascii="宋体" w:hAnsi="宋体" w:eastAsia="宋体"/>
                <w:b w:val="0"/>
                <w:sz w:val="18"/>
              </w:rPr>
              <w:t>学生通过讨论发现：可以把1个百化成10个十，和十位上的4个十合起来是14个十，这样148就转化成了14个十和8个一。结合刚才的发现，课件出示转化过程。</w:t>
            </w:r>
          </w:p>
          <w:p>
            <w:pPr>
              <w:spacing w:after="20" w:line="276" w:lineRule="auto"/>
            </w:pPr>
            <w:r>
              <w:rPr>
                <w:rFonts w:ascii="宋体" w:hAnsi="宋体" w:eastAsia="宋体"/>
                <w:b w:val="0"/>
                <w:sz w:val="18"/>
              </w:rPr>
              <w:t>根据“商×除数＋余数＝被除数”来验算。</w:t>
            </w:r>
          </w:p>
          <w:p>
            <w:pPr>
              <w:spacing w:after="20" w:line="276" w:lineRule="auto"/>
            </w:pPr>
            <w:r>
              <w:rPr>
                <w:rFonts w:ascii="宋体" w:hAnsi="宋体" w:eastAsia="宋体"/>
                <w:b w:val="0"/>
                <w:sz w:val="18"/>
              </w:rPr>
              <w:t>讨论：除数是一位数的除法怎样计算？</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设计递进式探究活动，引导学生在动手实践与合作交流中经历知识形成过程，突破本课重难点，核心问题："怎么列式？"</w:t>
            </w:r>
          </w:p>
        </w:tc>
      </w:tr>
      <w:tr>
        <w:tc>
          <w:tcPr>
            <w:tcW w:type="dxa" w:w="1474"/>
          </w:tcPr>
          <w:p>
            <w:pPr>
              <w:spacing w:after="20" w:line="276" w:lineRule="auto"/>
            </w:pPr>
            <w:r>
              <w:rPr>
                <w:b/>
              </w:rPr>
            </w:r>
            <w:r>
              <w:rPr>
                <w:rFonts w:ascii="宋体" w:hAnsi="宋体" w:eastAsia="宋体"/>
                <w:b/>
                <w:sz w:val="18"/>
              </w:rPr>
              <w:t>三、巩固练习</w:t>
            </w:r>
          </w:p>
        </w:tc>
        <w:tc>
          <w:tcPr>
            <w:tcW w:type="dxa" w:w="3061"/>
          </w:tcPr>
          <w:p>
            <w:pPr>
              <w:spacing w:after="20" w:line="276" w:lineRule="auto"/>
            </w:pPr>
            <w:r/>
            <w:r>
              <w:rPr>
                <w:rFonts w:ascii="宋体" w:hAnsi="宋体" w:eastAsia="宋体"/>
                <w:b w:val="0"/>
                <w:sz w:val="18"/>
              </w:rPr>
              <w:t>1.完成教科书P18“做一做”第1，2题。</w:t>
            </w:r>
          </w:p>
          <w:p>
            <w:pPr>
              <w:spacing w:after="20" w:line="276" w:lineRule="auto"/>
            </w:pPr>
            <w:r>
              <w:rPr>
                <w:rFonts w:ascii="宋体" w:hAnsi="宋体" w:eastAsia="宋体"/>
                <w:b w:val="0"/>
                <w:sz w:val="18"/>
              </w:rPr>
              <w:t>选择部分题指名学生板演，其余题让学生独立完成，同桌互相检查订正。根据练习中出现的错误，教师进行指正引导。</w:t>
            </w:r>
          </w:p>
          <w:p>
            <w:pPr>
              <w:spacing w:after="20" w:line="276" w:lineRule="auto"/>
            </w:pPr>
            <w:r>
              <w:rPr>
                <w:rFonts w:ascii="宋体" w:hAnsi="宋体" w:eastAsia="宋体"/>
                <w:b w:val="0"/>
                <w:sz w:val="18"/>
              </w:rPr>
              <w:t>师：这些题都是一位数除三位数的除法，为什么有的商是两位数，而有的商是三位数？商的位数与被除数、除数有什么关系？</w:t>
            </w:r>
          </w:p>
          <w:p>
            <w:pPr>
              <w:spacing w:after="20" w:line="276" w:lineRule="auto"/>
            </w:pPr>
            <w:r>
              <w:rPr>
                <w:rFonts w:ascii="宋体" w:hAnsi="宋体" w:eastAsia="宋体"/>
                <w:b w:val="0"/>
                <w:sz w:val="18"/>
              </w:rPr>
              <w:t>引导学生发现可以根据除数与被除数首位上的数的大小关系来判断商是几位数。</w:t>
            </w:r>
          </w:p>
          <w:p>
            <w:pPr>
              <w:spacing w:after="20" w:line="276" w:lineRule="auto"/>
            </w:pPr>
            <w:r>
              <w:rPr>
                <w:rFonts w:ascii="宋体" w:hAnsi="宋体" w:eastAsia="宋体"/>
                <w:b w:val="0"/>
                <w:sz w:val="18"/>
              </w:rPr>
              <w:t>2．完成教科书P19“练习三”第5，6题。</w:t>
            </w:r>
          </w:p>
          <w:p>
            <w:pPr>
              <w:spacing w:after="20" w:line="276" w:lineRule="auto"/>
            </w:pPr>
            <w:r>
              <w:rPr>
                <w:rFonts w:ascii="宋体" w:hAnsi="宋体" w:eastAsia="宋体"/>
                <w:b w:val="0"/>
                <w:sz w:val="18"/>
              </w:rPr>
              <w:t>3．完成教科书P20“练习三”第7题。</w:t>
            </w:r>
          </w:p>
          <w:p>
            <w:pPr>
              <w:spacing w:after="20" w:line="276" w:lineRule="auto"/>
            </w:pPr>
            <w:r>
              <w:rPr>
                <w:rFonts w:ascii="宋体" w:hAnsi="宋体" w:eastAsia="宋体"/>
                <w:b w:val="0"/>
                <w:sz w:val="18"/>
              </w:rPr>
              <w:t>先连一连，然后说一说是怎样判断的。</w:t>
            </w:r>
          </w:p>
          <w:p>
            <w:pPr>
              <w:spacing w:after="20" w:line="276" w:lineRule="auto"/>
            </w:pPr>
            <w:r>
              <w:rPr>
                <w:rFonts w:ascii="宋体" w:hAnsi="宋体" w:eastAsia="宋体"/>
                <w:b w:val="0"/>
                <w:sz w:val="18"/>
              </w:rPr>
              <w:t>师小结：做笔算除法时，先观察被除数最高位上的数，用它与除数比大小，判断出商的位数。</w:t>
            </w:r>
          </w:p>
          <w:p>
            <w:pPr>
              <w:spacing w:after="20" w:line="276" w:lineRule="auto"/>
            </w:pPr>
            <w:r>
              <w:rPr>
                <w:rFonts w:ascii="宋体" w:hAnsi="宋体" w:eastAsia="宋体"/>
                <w:b w:val="0"/>
                <w:sz w:val="18"/>
              </w:rPr>
              <w:t>4．完成教科书P20“练习三”第8～11题。</w:t>
            </w:r>
          </w:p>
          <w:p>
            <w:pPr>
              <w:spacing w:after="20" w:line="276" w:lineRule="auto"/>
            </w:pPr>
            <w:r>
              <w:rPr>
                <w:rFonts w:ascii="宋体" w:hAnsi="宋体" w:eastAsia="宋体"/>
                <w:b w:val="0"/>
                <w:sz w:val="18"/>
              </w:rPr>
              <w:t>让学生独立完成，教师巡视指导，集体评议。</w:t>
            </w:r>
          </w:p>
          <w:p>
            <w:pPr>
              <w:spacing w:after="20" w:line="276" w:lineRule="auto"/>
            </w:pPr>
            <w:r>
              <w:rPr>
                <w:rFonts w:ascii="宋体" w:hAnsi="宋体" w:eastAsia="宋体"/>
                <w:b w:val="0"/>
                <w:sz w:val="18"/>
              </w:rPr>
              <w:t>5．完成教科书P20“练习三”第12题。</w:t>
            </w:r>
          </w:p>
          <w:p>
            <w:pPr>
              <w:spacing w:after="20" w:line="276" w:lineRule="auto"/>
            </w:pPr>
            <w:r>
              <w:rPr>
                <w:rFonts w:ascii="宋体" w:hAnsi="宋体" w:eastAsia="宋体"/>
                <w:b w:val="0"/>
                <w:sz w:val="18"/>
              </w:rPr>
              <w:t>(1)学生尝试完成。</w:t>
            </w:r>
          </w:p>
          <w:p>
            <w:pPr>
              <w:spacing w:after="20" w:line="276" w:lineRule="auto"/>
            </w:pPr>
            <w:r>
              <w:rPr>
                <w:rFonts w:ascii="宋体" w:hAnsi="宋体" w:eastAsia="宋体"/>
                <w:b w:val="0"/>
                <w:sz w:val="18"/>
              </w:rPr>
              <w:t>(2)交流方法。</w:t>
            </w:r>
          </w:p>
          <w:p>
            <w:pPr>
              <w:spacing w:after="20" w:line="276" w:lineRule="auto"/>
            </w:pPr>
            <w:r>
              <w:rPr>
                <w:rFonts w:ascii="宋体" w:hAnsi="宋体" w:eastAsia="宋体"/>
                <w:b w:val="0"/>
                <w:sz w:val="18"/>
              </w:rPr>
              <w:t>师小结：被除数百位够整除，商就是三位数，百位不够整除，商就是两位。</w:t>
            </w:r>
          </w:p>
        </w:tc>
        <w:tc>
          <w:tcPr>
            <w:tcW w:type="dxa" w:w="3061"/>
          </w:tcPr>
          <w:p>
            <w:pPr>
              <w:spacing w:after="20" w:line="276" w:lineRule="auto"/>
            </w:pPr>
            <w:r/>
            <w:r>
              <w:rPr>
                <w:rFonts w:ascii="宋体" w:hAnsi="宋体" w:eastAsia="宋体"/>
                <w:b w:val="0"/>
                <w:sz w:val="18"/>
              </w:rPr>
              <w:t>学生独立完成后交流。</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这些题都是一位数除三位数的除法，为什么有的商是两位数，而有的商是三位数？商的位数与被除数、除数有什么关系？"</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师：同学们，通过今天的学习，你们有什么收获？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一位数除三位数(商是两位数)的笔算，设计时，先复习两道计算题，为探索新知铺垫。在例3的教学中，先对比复习题，发现问题，被除数的最高位不够商1怎么办？引发学生思考，在讨论中明确方法，并借助小正方体的直观操作过程图理解转化的过程，有效突破了难点。随后一步一步有序引导学生计算并说算理，让学生经历计算的全过程。最后小组讨论计算方法，让学生结合具体计算，明白竖式计算需要遵循的一般步骤和要点。</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教科书P17～18例3及“做一做”，教科书P19～20“练习三”第5～12题。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通过学生的自主探究，发现笔算中的难点问题，教师逐步引导学生思考关键问题，如“1个百除以6，商不够1个百怎么办”，把问题抛给学生，让学生在解决难点的同时理解算理，进一步形成笔算除法的一般思路，同时借助几何直观理解算理。本课中，少数学生对于正确判断商是几位数还存在问题，导致商的位置写错，在教学过程中应注意引导学生通过验算来判断所得商是否正确，使学生逐步养成验算的习惯。</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用除法估算解决问题</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用除法估算解决问题</w:t>
            </w:r>
          </w:p>
        </w:tc>
        <w:tc>
          <w:tcPr>
            <w:tcW w:type="dxa" w:w="6009"/>
          </w:tcPr>
          <w:p>
            <w:pPr>
              <w:spacing w:after="20" w:line="276" w:lineRule="auto"/>
            </w:pPr>
            <w:r/>
            <w:r>
              <w:rPr>
                <w:rFonts w:ascii="宋体" w:hAnsi="宋体" w:eastAsia="宋体"/>
                <w:b w:val="0"/>
                <w:sz w:val="20"/>
              </w:rPr>
              <w:t>第2单元 除数是一位数的除法（口算除法）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学生已经会计算表内除法和一位数乘整十、整百数的口算。这些口算经验是帮助学生学习除数是一位数的口算除法的重要基础。学生在二年级学习了“表内除法”和“有余数的除法”，对竖式有最基础的了解，但本单元的笔算除法需要学生学会综合运用乘法、减法、加法等知识与方法，而除法竖式的演算是一种数学思维的特殊表达方式，学生在对除的顺序和竖式的写法的理解与掌握上会有一定的困难。</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教学内容：教科书P12例4及“做一做”，教科书P14“练习二”第7～10题。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（1）结合实际情境能把被除数估成整十或整百数进行计算，在解决问题的过程中体会估算方法的多样性和估算的价值，关注估算结果的合理性。</w:t>
      </w:r>
    </w:p>
    <w:p>
      <w:pPr>
        <w:spacing w:after="20" w:line="300" w:lineRule="auto"/>
        <w:ind w:firstLine="400"/>
      </w:pPr>
      <w:r>
        <w:rPr>
          <w:rFonts w:ascii="宋体" w:hAnsi="宋体" w:eastAsia="宋体"/>
          <w:b w:val="0"/>
          <w:sz w:val="20"/>
        </w:rPr>
        <w:t>（2）经历用估算解决问题的过程，培养学生的估算意识和推理能力。</w:t>
      </w:r>
    </w:p>
    <w:p>
      <w:pPr>
        <w:spacing w:after="20" w:line="300" w:lineRule="auto"/>
        <w:ind w:firstLine="400"/>
      </w:pPr>
      <w:r>
        <w:rPr>
          <w:rFonts w:ascii="宋体" w:hAnsi="宋体" w:eastAsia="宋体"/>
          <w:b w:val="0"/>
          <w:sz w:val="20"/>
        </w:rPr>
        <w:t>（3）调动学生已有的经验，激发学生学习数学的兴趣。</w:t>
      </w:r>
    </w:p>
    <w:p>
      <w:pPr>
        <w:spacing w:after="20" w:line="300" w:lineRule="auto"/>
      </w:pPr>
      <w:r>
        <w:rPr>
          <w:rFonts w:ascii="宋体" w:hAnsi="宋体" w:eastAsia="宋体"/>
          <w:b w:val="0"/>
          <w:sz w:val="20"/>
        </w:rPr>
        <w:t>教学重点：会根据具体情境合理进行估算。</w:t>
      </w:r>
    </w:p>
    <w:p>
      <w:pPr>
        <w:spacing w:after="20" w:line="300" w:lineRule="auto"/>
      </w:pPr>
      <w:r>
        <w:rPr>
          <w:rFonts w:ascii="宋体" w:hAnsi="宋体" w:eastAsia="宋体"/>
          <w:b w:val="0"/>
          <w:sz w:val="20"/>
        </w:rPr>
        <w:t>教学难点：理解估算结果的合理性。</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二、自主探究</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仔细读题，你读到了哪些信息？需要解决什么问题？；“平均每天大约骑行多少千米”中大约是什么意思？</w:t>
            </w:r>
          </w:p>
        </w:tc>
        <w:tc>
          <w:tcPr>
            <w:tcW w:type="dxa" w:w="1361"/>
          </w:tcPr>
          <w:p>
            <w:pPr>
              <w:spacing w:after="20" w:line="276" w:lineRule="auto"/>
            </w:pPr>
            <w:r/>
            <w:r>
              <w:rPr>
                <w:rFonts w:ascii="宋体" w:hAnsi="宋体" w:eastAsia="宋体"/>
                <w:b w:val="0"/>
                <w:sz w:val="18"/>
              </w:rPr>
              <w:t>19分钟</w:t>
            </w:r>
          </w:p>
        </w:tc>
      </w:tr>
      <w:tr>
        <w:tc>
          <w:tcPr>
            <w:tcW w:type="dxa" w:w="2835"/>
          </w:tcPr>
          <w:p>
            <w:pPr>
              <w:spacing w:after="20" w:line="276" w:lineRule="auto"/>
            </w:pPr>
            <w:r/>
            <w:r>
              <w:rPr>
                <w:rFonts w:ascii="宋体" w:hAnsi="宋体" w:eastAsia="宋体"/>
                <w:b w:val="0"/>
                <w:sz w:val="18"/>
              </w:rPr>
              <w:t>三、巩固应用</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通过这节课的学习，你们获得了哪些知识？</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一、复习导入</w:t>
            </w:r>
          </w:p>
        </w:tc>
        <w:tc>
          <w:tcPr>
            <w:tcW w:type="dxa" w:w="3061"/>
          </w:tcPr>
          <w:p>
            <w:pPr>
              <w:spacing w:after="20" w:line="276" w:lineRule="auto"/>
            </w:pPr>
            <w:r/>
            <w:r>
              <w:rPr>
                <w:rFonts w:ascii="宋体" w:hAnsi="宋体" w:eastAsia="宋体"/>
                <w:b w:val="0"/>
                <w:sz w:val="18"/>
              </w:rPr>
              <w:t>师：请大家口算出这些算式的得数。</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口算。</w:t>
            </w:r>
          </w:p>
          <w:p>
            <w:pPr>
              <w:spacing w:after="20" w:line="276" w:lineRule="auto"/>
            </w:pPr>
            <w:r>
              <w:rPr>
                <w:rFonts w:ascii="宋体" w:hAnsi="宋体" w:eastAsia="宋体"/>
                <w:b w:val="0"/>
                <w:sz w:val="18"/>
              </w:rPr>
              <w:t>150÷3＝　　 　270÷9＝　　 　450÷5＝</w:t>
            </w:r>
          </w:p>
          <w:p>
            <w:pPr>
              <w:spacing w:after="20" w:line="276" w:lineRule="auto"/>
            </w:pPr>
            <w:r>
              <w:rPr>
                <w:rFonts w:ascii="宋体" w:hAnsi="宋体" w:eastAsia="宋体"/>
                <w:b w:val="0"/>
                <w:sz w:val="18"/>
              </w:rPr>
              <w:t>88÷4＝        3200÷8＝      96÷3＝</w:t>
            </w:r>
          </w:p>
          <w:p>
            <w:pPr>
              <w:spacing w:after="20" w:line="276" w:lineRule="auto"/>
            </w:pPr>
            <w:r>
              <w:rPr>
                <w:rFonts w:ascii="宋体" w:hAnsi="宋体" w:eastAsia="宋体"/>
                <w:b w:val="0"/>
                <w:sz w:val="18"/>
              </w:rPr>
              <w:t>210÷7＝       420÷6＝       2000÷4＝</w:t>
            </w:r>
          </w:p>
          <w:p>
            <w:pPr>
              <w:spacing w:after="20" w:line="276" w:lineRule="auto"/>
            </w:pPr>
            <w:r>
              <w:rPr>
                <w:rFonts w:ascii="宋体" w:hAnsi="宋体" w:eastAsia="宋体"/>
                <w:b w:val="0"/>
                <w:sz w:val="18"/>
              </w:rPr>
              <w:t>师：通过前面的学习，我们已经掌握除数是一位数的口算方法，这一节课我们一起来学习解决问题。(板书课题：用除法估算解决问题)</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二、自主探究</w:t>
            </w:r>
          </w:p>
        </w:tc>
        <w:tc>
          <w:tcPr>
            <w:tcW w:type="dxa" w:w="3061"/>
          </w:tcPr>
          <w:p>
            <w:pPr>
              <w:spacing w:after="20" w:line="276" w:lineRule="auto"/>
            </w:pPr>
            <w:r/>
            <w:r>
              <w:rPr>
                <w:rFonts w:ascii="宋体" w:hAnsi="宋体" w:eastAsia="宋体"/>
                <w:b w:val="0"/>
                <w:sz w:val="18"/>
              </w:rPr>
              <w:t>课件出示教科书P12例4。</w:t>
            </w:r>
          </w:p>
          <w:p>
            <w:pPr>
              <w:spacing w:after="20" w:line="276" w:lineRule="auto"/>
            </w:pPr>
            <w:r>
              <w:rPr>
                <w:rFonts w:ascii="宋体" w:hAnsi="宋体" w:eastAsia="宋体"/>
                <w:b w:val="0"/>
                <w:sz w:val="18"/>
              </w:rPr>
              <w:t>李叔叔骑自行车旅行，3天一共骑行283千米。李叔叔平均每天大约骑行多少千米？</w:t>
            </w:r>
          </w:p>
          <w:p>
            <w:pPr>
              <w:spacing w:after="20" w:line="276" w:lineRule="auto"/>
            </w:pPr>
            <w:r>
              <w:rPr>
                <w:rFonts w:ascii="宋体" w:hAnsi="宋体" w:eastAsia="宋体"/>
                <w:b w:val="0"/>
                <w:sz w:val="18"/>
              </w:rPr>
              <w:t>1．理解题意。</w:t>
            </w:r>
          </w:p>
          <w:p>
            <w:pPr>
              <w:spacing w:after="20" w:line="276" w:lineRule="auto"/>
            </w:pPr>
            <w:r>
              <w:rPr>
                <w:rFonts w:ascii="宋体" w:hAnsi="宋体" w:eastAsia="宋体"/>
                <w:b w:val="0"/>
                <w:sz w:val="18"/>
              </w:rPr>
              <w:t>(1)师：仔细读题，你读到了哪些信息？需要解决什么问题？</w:t>
            </w:r>
          </w:p>
          <w:p>
            <w:pPr>
              <w:spacing w:after="20" w:line="276" w:lineRule="auto"/>
            </w:pPr>
            <w:r>
              <w:rPr>
                <w:rFonts w:ascii="宋体" w:hAnsi="宋体" w:eastAsia="宋体"/>
                <w:b w:val="0"/>
                <w:sz w:val="18"/>
              </w:rPr>
              <w:t>根据学生交流板书：</w:t>
            </w:r>
          </w:p>
          <w:p>
            <w:pPr>
              <w:spacing w:after="20" w:line="276" w:lineRule="auto"/>
            </w:pPr>
            <w:r>
              <w:rPr>
                <w:rFonts w:ascii="宋体" w:hAnsi="宋体" w:eastAsia="宋体"/>
                <w:b w:val="0"/>
                <w:sz w:val="18"/>
              </w:rPr>
              <w:t>3天　骑行283千米　平均每天大约骑行多少千米</w:t>
            </w:r>
          </w:p>
          <w:p>
            <w:pPr>
              <w:spacing w:after="20" w:line="276" w:lineRule="auto"/>
            </w:pPr>
            <w:r>
              <w:rPr>
                <w:rFonts w:ascii="宋体" w:hAnsi="宋体" w:eastAsia="宋体"/>
                <w:b w:val="0"/>
                <w:sz w:val="18"/>
              </w:rPr>
              <w:t>(2)师：“平均每天大约骑行多少千米”中大约是什么意思？</w:t>
            </w:r>
          </w:p>
          <w:p>
            <w:pPr>
              <w:spacing w:after="20" w:line="276" w:lineRule="auto"/>
            </w:pPr>
            <w:r>
              <w:rPr>
                <w:rFonts w:ascii="宋体" w:hAnsi="宋体" w:eastAsia="宋体"/>
                <w:b w:val="0"/>
                <w:sz w:val="18"/>
              </w:rPr>
              <w:t>引导学生发现求每天大约骑行多少千米，不用算出准确结果。</w:t>
            </w:r>
          </w:p>
          <w:p>
            <w:pPr>
              <w:spacing w:after="20" w:line="276" w:lineRule="auto"/>
            </w:pPr>
            <w:r>
              <w:rPr>
                <w:rFonts w:ascii="宋体" w:hAnsi="宋体" w:eastAsia="宋体"/>
                <w:b w:val="0"/>
                <w:sz w:val="18"/>
              </w:rPr>
              <w:t>2．尝试解答。</w:t>
            </w:r>
          </w:p>
          <w:p>
            <w:pPr>
              <w:spacing w:after="20" w:line="276" w:lineRule="auto"/>
            </w:pPr>
            <w:r>
              <w:rPr>
                <w:rFonts w:ascii="宋体" w:hAnsi="宋体" w:eastAsia="宋体"/>
                <w:b w:val="0"/>
                <w:sz w:val="18"/>
              </w:rPr>
              <w:t>(1)独立尝试。</w:t>
            </w:r>
          </w:p>
          <w:p>
            <w:pPr>
              <w:spacing w:after="20" w:line="276" w:lineRule="auto"/>
            </w:pPr>
            <w:r>
              <w:rPr>
                <w:rFonts w:ascii="宋体" w:hAnsi="宋体" w:eastAsia="宋体"/>
                <w:b w:val="0"/>
                <w:sz w:val="18"/>
              </w:rPr>
              <w:t>(2)汇报交流。</w:t>
            </w:r>
          </w:p>
          <w:p>
            <w:pPr>
              <w:spacing w:after="20" w:line="276" w:lineRule="auto"/>
            </w:pPr>
            <w:r>
              <w:rPr>
                <w:rFonts w:ascii="宋体" w:hAnsi="宋体" w:eastAsia="宋体"/>
                <w:b w:val="0"/>
                <w:sz w:val="18"/>
              </w:rPr>
              <w:t>逐一展示学生的估算方法，可能有如下方法：</w:t>
            </w:r>
          </w:p>
          <w:p>
            <w:pPr>
              <w:spacing w:after="20" w:line="276" w:lineRule="auto"/>
            </w:pPr>
            <w:r>
              <w:rPr>
                <w:rFonts w:ascii="宋体" w:hAnsi="宋体" w:eastAsia="宋体"/>
                <w:b w:val="0"/>
                <w:sz w:val="18"/>
              </w:rPr>
              <w:t>方法1：把283千米看成300千米。</w:t>
            </w:r>
          </w:p>
          <w:p>
            <w:pPr>
              <w:spacing w:after="20" w:line="276" w:lineRule="auto"/>
            </w:pPr>
            <w:r>
              <w:rPr>
                <w:rFonts w:ascii="宋体" w:hAnsi="宋体" w:eastAsia="宋体"/>
                <w:b w:val="0"/>
                <w:sz w:val="18"/>
              </w:rPr>
              <w:t>师：为什么这里把“283千米看成300千米”来估算？</w:t>
            </w:r>
          </w:p>
          <w:p>
            <w:pPr>
              <w:spacing w:after="20" w:line="276" w:lineRule="auto"/>
            </w:pPr>
            <w:r>
              <w:rPr>
                <w:rFonts w:ascii="宋体" w:hAnsi="宋体" w:eastAsia="宋体"/>
                <w:b w:val="0"/>
                <w:sz w:val="18"/>
              </w:rPr>
              <w:t>方法2：把283千米看成270千米。</w:t>
            </w:r>
          </w:p>
          <w:p>
            <w:pPr>
              <w:spacing w:after="20" w:line="276" w:lineRule="auto"/>
            </w:pPr>
            <w:r>
              <w:rPr>
                <w:rFonts w:ascii="宋体" w:hAnsi="宋体" w:eastAsia="宋体"/>
                <w:b w:val="0"/>
                <w:sz w:val="18"/>
              </w:rPr>
              <w:t>师：为什么这里把“283千米看成270千米”来估算？</w:t>
            </w:r>
          </w:p>
          <w:p>
            <w:pPr>
              <w:spacing w:after="20" w:line="276" w:lineRule="auto"/>
            </w:pPr>
            <w:r>
              <w:rPr>
                <w:rFonts w:ascii="宋体" w:hAnsi="宋体" w:eastAsia="宋体"/>
                <w:b w:val="0"/>
                <w:sz w:val="18"/>
              </w:rPr>
              <w:t>(3)讨论优化。</w:t>
            </w:r>
          </w:p>
          <w:p>
            <w:pPr>
              <w:spacing w:after="20" w:line="276" w:lineRule="auto"/>
            </w:pPr>
            <w:r>
              <w:rPr>
                <w:rFonts w:ascii="宋体" w:hAnsi="宋体" w:eastAsia="宋体"/>
                <w:b w:val="0"/>
                <w:sz w:val="18"/>
              </w:rPr>
              <w:t>师：为什么有的同学把283估成300，有的估成270？这两种情况都合理吗？</w:t>
            </w:r>
          </w:p>
          <w:p>
            <w:pPr>
              <w:spacing w:after="20" w:line="276" w:lineRule="auto"/>
            </w:pPr>
            <w:r>
              <w:rPr>
                <w:rFonts w:ascii="宋体" w:hAnsi="宋体" w:eastAsia="宋体"/>
                <w:b w:val="0"/>
                <w:sz w:val="18"/>
              </w:rPr>
              <w:t>通过讨论发现两种情况都是合理的。被除数283大于270小于300，所以90&lt;283÷3&lt;100，李叔叔实际平均每天骑行的路程比90千米多，比100千米少。</w:t>
            </w:r>
          </w:p>
          <w:p>
            <w:pPr>
              <w:spacing w:after="20" w:line="276" w:lineRule="auto"/>
            </w:pPr>
            <w:r>
              <w:rPr>
                <w:rFonts w:ascii="宋体" w:hAnsi="宋体" w:eastAsia="宋体"/>
                <w:b w:val="0"/>
                <w:sz w:val="18"/>
              </w:rPr>
              <w:t>(4)规范解答并板书。</w:t>
            </w:r>
          </w:p>
          <w:p>
            <w:pPr>
              <w:spacing w:after="20" w:line="276" w:lineRule="auto"/>
            </w:pPr>
            <w:r>
              <w:rPr>
                <w:rFonts w:ascii="宋体" w:hAnsi="宋体" w:eastAsia="宋体"/>
                <w:b w:val="0"/>
                <w:sz w:val="18"/>
              </w:rPr>
              <w:t>(5)师：在实际生活中，这样的例子多吗？谁能举例说说？</w:t>
            </w:r>
          </w:p>
        </w:tc>
        <w:tc>
          <w:tcPr>
            <w:tcW w:type="dxa" w:w="3061"/>
          </w:tcPr>
          <w:p>
            <w:pPr>
              <w:spacing w:after="20" w:line="276" w:lineRule="auto"/>
            </w:pPr>
            <w:r/>
            <w:r>
              <w:rPr>
                <w:rFonts w:ascii="宋体" w:hAnsi="宋体" w:eastAsia="宋体"/>
                <w:b w:val="0"/>
                <w:sz w:val="18"/>
              </w:rPr>
              <w:t>学生先独立思考，再在小组内互相说一说是怎样想的。教师巡视，选取有代表性的方法准备展示。</w:t>
            </w:r>
          </w:p>
          <w:p>
            <w:pPr>
              <w:spacing w:after="20" w:line="276" w:lineRule="auto"/>
            </w:pPr>
            <w:r>
              <w:rPr>
                <w:rFonts w:ascii="宋体" w:hAnsi="宋体" w:eastAsia="宋体"/>
                <w:b w:val="0"/>
                <w:sz w:val="18"/>
              </w:rPr>
              <w:t>学生如有其他合理的方法都可以展示。</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设计递进式探究活动，引导学生在动手实践与合作交流中经历知识形成过程，突破本课重难点，核心问题："仔细读题，你读到了哪些信息？需要解决什么问题？"</w:t>
            </w:r>
          </w:p>
        </w:tc>
      </w:tr>
      <w:tr>
        <w:tc>
          <w:tcPr>
            <w:tcW w:type="dxa" w:w="1474"/>
          </w:tcPr>
          <w:p>
            <w:pPr>
              <w:spacing w:after="20" w:line="276" w:lineRule="auto"/>
            </w:pPr>
            <w:r>
              <w:rPr>
                <w:b/>
              </w:rPr>
            </w:r>
            <w:r>
              <w:rPr>
                <w:rFonts w:ascii="宋体" w:hAnsi="宋体" w:eastAsia="宋体"/>
                <w:b/>
                <w:sz w:val="18"/>
              </w:rPr>
              <w:t>三、巩固应用</w:t>
            </w:r>
          </w:p>
        </w:tc>
        <w:tc>
          <w:tcPr>
            <w:tcW w:type="dxa" w:w="3061"/>
          </w:tcPr>
          <w:p>
            <w:pPr>
              <w:spacing w:after="20" w:line="276" w:lineRule="auto"/>
            </w:pPr>
            <w:r/>
            <w:r>
              <w:rPr>
                <w:rFonts w:ascii="宋体" w:hAnsi="宋体" w:eastAsia="宋体"/>
                <w:b w:val="0"/>
                <w:sz w:val="18"/>
              </w:rPr>
              <w:t>1.完成教科书P12“做一做”第1题。</w:t>
            </w:r>
          </w:p>
          <w:p>
            <w:pPr>
              <w:spacing w:after="20" w:line="276" w:lineRule="auto"/>
            </w:pPr>
            <w:r>
              <w:rPr>
                <w:rFonts w:ascii="宋体" w:hAnsi="宋体" w:eastAsia="宋体"/>
                <w:b w:val="0"/>
                <w:sz w:val="18"/>
              </w:rPr>
              <w:t>(1)读题理解题意。</w:t>
            </w:r>
          </w:p>
          <w:p>
            <w:pPr>
              <w:spacing w:after="20" w:line="276" w:lineRule="auto"/>
            </w:pPr>
            <w:r>
              <w:rPr>
                <w:rFonts w:ascii="宋体" w:hAnsi="宋体" w:eastAsia="宋体"/>
                <w:b w:val="0"/>
                <w:sz w:val="18"/>
              </w:rPr>
              <w:t>(2)独立完成后汇报交流方法。</w:t>
            </w:r>
          </w:p>
          <w:p>
            <w:pPr>
              <w:spacing w:after="20" w:line="276" w:lineRule="auto"/>
            </w:pPr>
            <w:r>
              <w:rPr>
                <w:rFonts w:ascii="宋体" w:hAnsi="宋体" w:eastAsia="宋体"/>
                <w:b w:val="0"/>
                <w:sz w:val="18"/>
              </w:rPr>
              <w:t>2．完成教科书P12“做一做”第2题。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(2)汇报交流方法。</w:t>
            </w:r>
          </w:p>
          <w:p>
            <w:pPr>
              <w:spacing w:after="20" w:line="276" w:lineRule="auto"/>
            </w:pPr>
            <w:r>
              <w:rPr>
                <w:rFonts w:ascii="宋体" w:hAnsi="宋体" w:eastAsia="宋体"/>
                <w:b w:val="0"/>
                <w:sz w:val="18"/>
              </w:rPr>
              <w:t>3．完成教科书P14“练习二”第7题。</w:t>
            </w:r>
          </w:p>
          <w:p>
            <w:pPr>
              <w:spacing w:after="20" w:line="276" w:lineRule="auto"/>
            </w:pPr>
            <w:r>
              <w:rPr>
                <w:rFonts w:ascii="宋体" w:hAnsi="宋体" w:eastAsia="宋体"/>
                <w:b w:val="0"/>
                <w:sz w:val="18"/>
              </w:rPr>
              <w:t>(1)读题获取信息。</w:t>
            </w:r>
          </w:p>
          <w:p>
            <w:pPr>
              <w:spacing w:after="20" w:line="276" w:lineRule="auto"/>
            </w:pPr>
            <w:r>
              <w:rPr>
                <w:rFonts w:ascii="宋体" w:hAnsi="宋体" w:eastAsia="宋体"/>
                <w:b w:val="0"/>
                <w:sz w:val="18"/>
              </w:rPr>
              <w:t>(2)学生独立完成后交流方法。</w:t>
            </w:r>
          </w:p>
          <w:p>
            <w:pPr>
              <w:spacing w:after="20" w:line="276" w:lineRule="auto"/>
            </w:pPr>
            <w:r>
              <w:rPr>
                <w:rFonts w:ascii="宋体" w:hAnsi="宋体" w:eastAsia="宋体"/>
                <w:b w:val="0"/>
                <w:sz w:val="18"/>
              </w:rPr>
              <w:t>4．完成教科书P14“练习二”第8题。</w:t>
            </w:r>
          </w:p>
          <w:p>
            <w:pPr>
              <w:spacing w:after="20" w:line="276" w:lineRule="auto"/>
            </w:pPr>
            <w:r>
              <w:rPr>
                <w:rFonts w:ascii="宋体" w:hAnsi="宋体" w:eastAsia="宋体"/>
                <w:b w:val="0"/>
                <w:sz w:val="18"/>
              </w:rPr>
              <w:t>5．完成教科书P14“练习二”第9题。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(2)汇报交流方法。</w:t>
            </w:r>
          </w:p>
          <w:p>
            <w:pPr>
              <w:spacing w:after="20" w:line="276" w:lineRule="auto"/>
            </w:pPr>
            <w:r>
              <w:rPr>
                <w:rFonts w:ascii="宋体" w:hAnsi="宋体" w:eastAsia="宋体"/>
                <w:b w:val="0"/>
                <w:sz w:val="18"/>
              </w:rPr>
              <w:t>6．完成教科书P14“练习二”第10题。</w:t>
            </w:r>
          </w:p>
          <w:p>
            <w:pPr>
              <w:spacing w:after="20" w:line="276" w:lineRule="auto"/>
            </w:pPr>
            <w:r>
              <w:rPr>
                <w:rFonts w:ascii="宋体" w:hAnsi="宋体" w:eastAsia="宋体"/>
                <w:b w:val="0"/>
                <w:sz w:val="18"/>
              </w:rPr>
              <w:t>(1)独立估一估。</w:t>
            </w:r>
          </w:p>
          <w:p>
            <w:pPr>
              <w:spacing w:after="20" w:line="276" w:lineRule="auto"/>
            </w:pPr>
            <w:r>
              <w:rPr>
                <w:rFonts w:ascii="宋体" w:hAnsi="宋体" w:eastAsia="宋体"/>
                <w:b w:val="0"/>
                <w:sz w:val="18"/>
              </w:rPr>
              <w:t>(2)交流方法。</w:t>
            </w:r>
          </w:p>
        </w:tc>
        <w:tc>
          <w:tcPr>
            <w:tcW w:type="dxa" w:w="3061"/>
          </w:tcPr>
          <w:p>
            <w:pPr>
              <w:spacing w:after="20" w:line="276" w:lineRule="auto"/>
            </w:pPr>
            <w:r/>
            <w:r>
              <w:rPr>
                <w:rFonts w:ascii="宋体" w:hAnsi="宋体" w:eastAsia="宋体"/>
                <w:b w:val="0"/>
                <w:sz w:val="18"/>
              </w:rPr>
              <w:t>学生独立完成后交流方法。</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师：通过这节课的学习，你们获得了哪些知识？</w:t>
            </w:r>
          </w:p>
          <w:p>
            <w:pPr>
              <w:spacing w:after="20" w:line="276" w:lineRule="auto"/>
            </w:pPr>
            <w:r>
              <w:rPr>
                <w:rFonts w:ascii="宋体" w:hAnsi="宋体" w:eastAsia="宋体"/>
                <w:b w:val="0"/>
                <w:sz w:val="18"/>
              </w:rPr>
              <w:t>师生交流后小结：用估算解决问题时，可以有多个估算方法，一般估算出一个数据的范围，再估出一个比较接近的数。</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本节课教学用除数是一位数的除法估算解决问题，首先出示例题，让学生说信息和问题，培养学生从现实素材中提取数学信息的能力。在理解“大约”含义的基础上，明确用“估算”解决问题的策略。在估算时，放手让学生尝试估算，方法不同，估算的结果不同，充分展示学生的估算方法，然后引导学生推理得到精确结果的范围，从而选取一个更合理的数值。这样的设计，引导学生体会估算方法的多样性，关注合理性。</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教科书P12例4及“做一做”，教科书P14“练习二”第7～10题。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估算的教学中，除法的估算是最难把握的，也是学生学习的难点。本节课通过在具体的生活情境中学习估算，有利于学生理解估算的意义。引导学生在讨论交流中，体会到：解决某一问题可以有多个估算方法，而这些方法中会有某种估算方法，对于解决这个问题更具合理性。</w:t>
      </w:r>
    </w:p>
    <w:p>
      <w:r>
        <w:br w:type="page"/>
      </w:r>
    </w:p>
    <w:p>
      <w:pPr>
        <w:spacing w:after="80" w:line="300" w:lineRule="auto"/>
      </w:pPr>
      <w:r>
        <w:rPr>
          <w:rFonts w:ascii="黑体" w:hAnsi="黑体" w:eastAsia="黑体"/>
          <w:b/>
          <w:sz w:val="24"/>
        </w:rPr>
        <w:t>二、课时教学方案（第7课时）</w:t>
      </w:r>
    </w:p>
    <w:p>
      <w:pPr>
        <w:spacing w:after="80" w:line="300" w:lineRule="auto"/>
      </w:pPr>
      <w:r>
        <w:rPr>
          <w:rFonts w:ascii="黑体" w:hAnsi="黑体" w:eastAsia="黑体"/>
          <w:b/>
          <w:sz w:val="24"/>
        </w:rPr>
        <w:t>第7课时　商中间有0的除法</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第7课时　商中间有0的除法</w:t>
            </w:r>
          </w:p>
        </w:tc>
        <w:tc>
          <w:tcPr>
            <w:tcW w:type="dxa" w:w="6009"/>
          </w:tcPr>
          <w:p>
            <w:pPr>
              <w:spacing w:after="20" w:line="276" w:lineRule="auto"/>
            </w:pPr>
            <w:r/>
            <w:r>
              <w:rPr>
                <w:rFonts w:ascii="宋体" w:hAnsi="宋体" w:eastAsia="宋体"/>
                <w:b w:val="0"/>
                <w:sz w:val="20"/>
              </w:rPr>
              <w:t>第2单元 除数是一位数的除法（笔算除法）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学生已经会计算表内除法和一位数乘整十、整百数的口算。这些口算经验是帮助学生学习除数是一位数的口算除法的重要基础。学生在二年级学习了“表内除法”和“有余数的除法”，对竖式有最基础的了解，但本单元的笔算除法需要学生学会综合运用乘法、减法、加法等知识与方法，而除法竖式的演算是一种数学思维的特殊表达方式，学生在对除的顺序和竖式的写法的理解与掌握上会有一定的困难。</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教学内容：教科书P22～23例4、例5及“做一做”，教科书P25～26“练习四”第1～3，7题。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（1）理解“0除以任何不是0的数，都得0”的道理，能正确口算有关0的除法。</w:t>
      </w:r>
    </w:p>
    <w:p>
      <w:pPr>
        <w:spacing w:after="20" w:line="300" w:lineRule="auto"/>
        <w:ind w:firstLine="400"/>
      </w:pPr>
      <w:r>
        <w:rPr>
          <w:rFonts w:ascii="宋体" w:hAnsi="宋体" w:eastAsia="宋体"/>
          <w:b w:val="0"/>
          <w:sz w:val="20"/>
        </w:rPr>
        <w:t>（2）理解和掌握商中间有0的除法的算理和算法，并能正确地进行计算，掌握笔算的简便写法。</w:t>
      </w:r>
    </w:p>
    <w:p>
      <w:pPr>
        <w:spacing w:after="20" w:line="300" w:lineRule="auto"/>
        <w:ind w:firstLine="400"/>
      </w:pPr>
      <w:r>
        <w:rPr>
          <w:rFonts w:ascii="宋体" w:hAnsi="宋体" w:eastAsia="宋体"/>
          <w:b w:val="0"/>
          <w:sz w:val="20"/>
        </w:rPr>
        <w:t>（3）在解决实际问题的过程中，感受数学与日常生活的紧密联系，增强自主探究的意识，提高合作交流的能力。</w:t>
      </w:r>
    </w:p>
    <w:p>
      <w:pPr>
        <w:spacing w:after="20" w:line="300" w:lineRule="auto"/>
      </w:pPr>
      <w:r>
        <w:rPr>
          <w:rFonts w:ascii="宋体" w:hAnsi="宋体" w:eastAsia="宋体"/>
          <w:b w:val="0"/>
          <w:sz w:val="20"/>
        </w:rPr>
        <w:t>教学重点：理解并掌握商中间有0的除法的计算方法，并能正确地进行计算。</w:t>
      </w:r>
    </w:p>
    <w:p>
      <w:pPr>
        <w:spacing w:after="20" w:line="300" w:lineRule="auto"/>
      </w:pPr>
      <w:r>
        <w:rPr>
          <w:rFonts w:ascii="宋体" w:hAnsi="宋体" w:eastAsia="宋体"/>
          <w:b w:val="0"/>
          <w:sz w:val="20"/>
        </w:rPr>
        <w:t>教学难点：理解“当除到被除数的某一位不够商1时，应在这一位商0”的算理；掌握商中间有0的笔算除法的简便写法。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这几道题有什么共同的特点？</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二、学习有关“0”的除法</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仔细观察这些算式，你有什么发现？；0除以的数可不可以是0呢？ 你能计算出0÷0的结果吗？</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三、学习新知</w:t>
            </w:r>
          </w:p>
        </w:tc>
        <w:tc>
          <w:tcPr>
            <w:tcW w:type="dxa" w:w="1814"/>
          </w:tcPr>
          <w:p>
            <w:pPr>
              <w:spacing w:after="20" w:line="276" w:lineRule="auto"/>
            </w:pPr>
            <w:r/>
            <w:r>
              <w:rPr>
                <w:rFonts w:ascii="宋体" w:hAnsi="宋体" w:eastAsia="宋体"/>
                <w:b w:val="0"/>
                <w:sz w:val="18"/>
              </w:rPr>
              <w:t>课件、教科书、情境图</w:t>
            </w:r>
          </w:p>
        </w:tc>
        <w:tc>
          <w:tcPr>
            <w:tcW w:type="dxa" w:w="3402"/>
          </w:tcPr>
          <w:p>
            <w:pPr>
              <w:spacing w:after="20" w:line="276" w:lineRule="auto"/>
            </w:pPr>
            <w:r/>
            <w:r>
              <w:rPr>
                <w:rFonts w:ascii="宋体" w:hAnsi="宋体" w:eastAsia="宋体"/>
                <w:b w:val="0"/>
                <w:sz w:val="18"/>
              </w:rPr>
              <w:t>从图中，你获得了哪些数学信息？要解决的问题是什么？你会列式吗？；208÷2等于多少？你能列竖式表示出计算过程吗？</w:t>
            </w:r>
          </w:p>
        </w:tc>
        <w:tc>
          <w:tcPr>
            <w:tcW w:type="dxa" w:w="1361"/>
          </w:tcPr>
          <w:p>
            <w:pPr>
              <w:spacing w:after="20" w:line="276" w:lineRule="auto"/>
            </w:pPr>
            <w:r/>
            <w:r>
              <w:rPr>
                <w:rFonts w:ascii="宋体" w:hAnsi="宋体" w:eastAsia="宋体"/>
                <w:b w:val="0"/>
                <w:sz w:val="18"/>
              </w:rPr>
              <w:t>17分钟</w:t>
            </w:r>
          </w:p>
        </w:tc>
      </w:tr>
      <w:tr>
        <w:tc>
          <w:tcPr>
            <w:tcW w:type="dxa" w:w="2835"/>
          </w:tcPr>
          <w:p>
            <w:pPr>
              <w:spacing w:after="20" w:line="276" w:lineRule="auto"/>
            </w:pPr>
            <w:r/>
            <w:r>
              <w:rPr>
                <w:rFonts w:ascii="宋体" w:hAnsi="宋体" w:eastAsia="宋体"/>
                <w:b w:val="0"/>
                <w:sz w:val="18"/>
              </w:rPr>
              <w:t>四、巩固练习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同学们，通过今天的学习，你们有什么收获？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一、复习导入</w:t>
            </w:r>
          </w:p>
        </w:tc>
        <w:tc>
          <w:tcPr>
            <w:tcW w:type="dxa" w:w="3061"/>
          </w:tcPr>
          <w:p>
            <w:pPr>
              <w:spacing w:after="20" w:line="276" w:lineRule="auto"/>
            </w:pPr>
            <w:r/>
            <w:r>
              <w:rPr>
                <w:rFonts w:ascii="宋体" w:hAnsi="宋体" w:eastAsia="宋体"/>
                <w:b w:val="0"/>
                <w:sz w:val="18"/>
              </w:rPr>
              <w:t>1.课件出示，让学生读出3个数。</w:t>
            </w:r>
          </w:p>
          <w:p>
            <w:pPr>
              <w:spacing w:after="20" w:line="276" w:lineRule="auto"/>
            </w:pPr>
            <w:r>
              <w:rPr>
                <w:rFonts w:ascii="宋体" w:hAnsi="宋体" w:eastAsia="宋体"/>
                <w:b w:val="0"/>
                <w:sz w:val="18"/>
              </w:rPr>
              <w:t>28　　　　208　　　　280</w:t>
            </w:r>
          </w:p>
          <w:p>
            <w:pPr>
              <w:spacing w:after="20" w:line="276" w:lineRule="auto"/>
            </w:pPr>
            <w:r>
              <w:rPr>
                <w:rFonts w:ascii="宋体" w:hAnsi="宋体" w:eastAsia="宋体"/>
                <w:b w:val="0"/>
                <w:sz w:val="18"/>
              </w:rPr>
              <w:t>师：这3个数中，有的数中有0，有的数中没有0，0所在的位置不同，所表示的数也就不同。</w:t>
            </w:r>
          </w:p>
          <w:p>
            <w:pPr>
              <w:spacing w:after="20" w:line="276" w:lineRule="auto"/>
            </w:pPr>
            <w:r>
              <w:rPr>
                <w:rFonts w:ascii="宋体" w:hAnsi="宋体" w:eastAsia="宋体"/>
                <w:b w:val="0"/>
                <w:sz w:val="18"/>
              </w:rPr>
              <w:t>2．课件出示，让学生口答。</w:t>
            </w:r>
          </w:p>
          <w:p>
            <w:pPr>
              <w:spacing w:after="20" w:line="276" w:lineRule="auto"/>
            </w:pPr>
            <w:r>
              <w:rPr>
                <w:rFonts w:ascii="宋体" w:hAnsi="宋体" w:eastAsia="宋体"/>
                <w:b w:val="0"/>
                <w:sz w:val="18"/>
              </w:rPr>
              <w:t>4×0＝　　　　209×0＝　　　　500×0＝</w:t>
            </w:r>
          </w:p>
          <w:p>
            <w:pPr>
              <w:spacing w:after="20" w:line="276" w:lineRule="auto"/>
            </w:pPr>
            <w:r>
              <w:rPr>
                <w:rFonts w:ascii="宋体" w:hAnsi="宋体" w:eastAsia="宋体"/>
                <w:b w:val="0"/>
                <w:sz w:val="18"/>
              </w:rPr>
              <w:t>0×0＝        0×1＝          0×10＝</w:t>
            </w:r>
          </w:p>
          <w:p>
            <w:pPr>
              <w:spacing w:after="20" w:line="276" w:lineRule="auto"/>
            </w:pPr>
            <w:r>
              <w:rPr>
                <w:rFonts w:ascii="宋体" w:hAnsi="宋体" w:eastAsia="宋体"/>
                <w:b w:val="0"/>
                <w:sz w:val="18"/>
              </w:rPr>
              <w:t>师：这几道题有什么共同的特点？</w:t>
            </w:r>
          </w:p>
          <w:p>
            <w:pPr>
              <w:spacing w:after="20" w:line="276" w:lineRule="auto"/>
            </w:pPr>
            <w:r>
              <w:rPr>
                <w:rFonts w:ascii="宋体" w:hAnsi="宋体" w:eastAsia="宋体"/>
                <w:b w:val="0"/>
                <w:sz w:val="18"/>
              </w:rPr>
              <w:t>师：今天继续学习笔算除法。(板书课题：商中间有0的除法)</w:t>
            </w:r>
          </w:p>
        </w:tc>
        <w:tc>
          <w:tcPr>
            <w:tcW w:type="dxa" w:w="3061"/>
          </w:tcPr>
          <w:p>
            <w:pPr>
              <w:spacing w:after="20" w:line="276" w:lineRule="auto"/>
            </w:pPr>
            <w:r/>
            <w:r>
              <w:rPr>
                <w:rFonts w:ascii="宋体" w:hAnsi="宋体" w:eastAsia="宋体"/>
                <w:b w:val="0"/>
                <w:sz w:val="18"/>
              </w:rPr>
              <w:t>预设1：这几道题都是有关0的乘法，乘积都是0。</w:t>
            </w:r>
          </w:p>
          <w:p>
            <w:pPr>
              <w:spacing w:after="20" w:line="276" w:lineRule="auto"/>
            </w:pPr>
            <w:r>
              <w:rPr>
                <w:rFonts w:ascii="宋体" w:hAnsi="宋体" w:eastAsia="宋体"/>
                <w:b w:val="0"/>
                <w:sz w:val="18"/>
              </w:rPr>
              <w:t>预设2：0乘任何数都得0。</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创设情境激活学生已有经验，自然引出本课学习内容，激发学习兴趣，核心问题："这几道题有什么共同的特点？"</w:t>
            </w:r>
          </w:p>
        </w:tc>
      </w:tr>
      <w:tr>
        <w:tc>
          <w:tcPr>
            <w:tcW w:type="dxa" w:w="1474"/>
          </w:tcPr>
          <w:p>
            <w:pPr>
              <w:spacing w:after="20" w:line="276" w:lineRule="auto"/>
            </w:pPr>
            <w:r>
              <w:rPr>
                <w:b/>
              </w:rPr>
            </w:r>
            <w:r>
              <w:rPr>
                <w:rFonts w:ascii="宋体" w:hAnsi="宋体" w:eastAsia="宋体"/>
                <w:b/>
                <w:sz w:val="18"/>
              </w:rPr>
              <w:t>二、学习有关“0”的除法</w:t>
            </w:r>
          </w:p>
        </w:tc>
        <w:tc>
          <w:tcPr>
            <w:tcW w:type="dxa" w:w="3061"/>
          </w:tcPr>
          <w:p>
            <w:pPr>
              <w:spacing w:after="20" w:line="276" w:lineRule="auto"/>
            </w:pPr>
            <w:r/>
            <w:r>
              <w:rPr>
                <w:rFonts w:ascii="宋体" w:hAnsi="宋体" w:eastAsia="宋体"/>
                <w:b w:val="0"/>
                <w:sz w:val="18"/>
              </w:rPr>
              <w:t>课件出示教科书P22例4。</w:t>
            </w:r>
          </w:p>
          <w:p>
            <w:pPr>
              <w:spacing w:after="20" w:line="276" w:lineRule="auto"/>
            </w:pPr>
            <w:r>
              <w:rPr>
                <w:rFonts w:ascii="宋体" w:hAnsi="宋体" w:eastAsia="宋体"/>
                <w:b w:val="0"/>
                <w:sz w:val="18"/>
              </w:rPr>
              <w:t>0÷5＝　　　　0÷2＝　　　　0÷4＝</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(2)交流结果和想法。</w:t>
            </w:r>
          </w:p>
          <w:p>
            <w:pPr>
              <w:spacing w:after="20" w:line="276" w:lineRule="auto"/>
            </w:pPr>
            <w:r>
              <w:rPr>
                <w:rFonts w:ascii="宋体" w:hAnsi="宋体" w:eastAsia="宋体"/>
                <w:b w:val="0"/>
                <w:sz w:val="18"/>
              </w:rPr>
              <w:t>第一题，想0和5相乘得0，所以0÷5＝0；第二题，想0和2相乘得0，所以0÷2＝0；第三题，想0和4相乘得0，所以0÷4＝0。</w:t>
            </w:r>
          </w:p>
          <w:p>
            <w:pPr>
              <w:spacing w:after="20" w:line="276" w:lineRule="auto"/>
            </w:pPr>
            <w:r>
              <w:rPr>
                <w:rFonts w:ascii="宋体" w:hAnsi="宋体" w:eastAsia="宋体"/>
                <w:b w:val="0"/>
                <w:sz w:val="18"/>
              </w:rPr>
              <w:t>师：仔细观察这些算式，你有什么发现？</w:t>
            </w:r>
          </w:p>
          <w:p>
            <w:pPr>
              <w:spacing w:after="20" w:line="276" w:lineRule="auto"/>
            </w:pPr>
            <w:r>
              <w:rPr>
                <w:rFonts w:ascii="宋体" w:hAnsi="宋体" w:eastAsia="宋体"/>
                <w:b w:val="0"/>
                <w:sz w:val="18"/>
              </w:rPr>
              <w:t>师：0除以的数可不可以是0呢？ 你能计算出0÷0的结果吗？</w:t>
            </w:r>
          </w:p>
          <w:p>
            <w:pPr>
              <w:spacing w:after="20" w:line="276" w:lineRule="auto"/>
            </w:pPr>
            <w:r>
              <w:rPr>
                <w:rFonts w:ascii="宋体" w:hAnsi="宋体" w:eastAsia="宋体"/>
                <w:b w:val="0"/>
                <w:sz w:val="18"/>
              </w:rPr>
              <w:t>师：可不可以说“0除以任何数都得0”呢？(不可以)</w:t>
            </w:r>
          </w:p>
          <w:p>
            <w:pPr>
              <w:spacing w:after="20" w:line="276" w:lineRule="auto"/>
            </w:pPr>
            <w:r>
              <w:rPr>
                <w:rFonts w:ascii="宋体" w:hAnsi="宋体" w:eastAsia="宋体"/>
                <w:b w:val="0"/>
                <w:sz w:val="18"/>
              </w:rPr>
              <w:t>根据学生交流总结：0除以任何不是0的数，都得0。(板书)</w:t>
            </w:r>
          </w:p>
        </w:tc>
        <w:tc>
          <w:tcPr>
            <w:tcW w:type="dxa" w:w="3061"/>
          </w:tcPr>
          <w:p>
            <w:pPr>
              <w:spacing w:after="20" w:line="276" w:lineRule="auto"/>
            </w:pPr>
            <w:r/>
            <w:r>
              <w:rPr>
                <w:rFonts w:ascii="宋体" w:hAnsi="宋体" w:eastAsia="宋体"/>
                <w:b w:val="0"/>
                <w:sz w:val="18"/>
              </w:rPr>
              <w:t>学生可能会说“0除以任何数都得0”。</w:t>
            </w:r>
          </w:p>
          <w:p>
            <w:pPr>
              <w:spacing w:after="20" w:line="276" w:lineRule="auto"/>
            </w:pPr>
            <w:r>
              <w:rPr>
                <w:rFonts w:ascii="宋体" w:hAnsi="宋体" w:eastAsia="宋体"/>
                <w:b w:val="0"/>
                <w:sz w:val="18"/>
              </w:rPr>
              <w:t>预设1：因为0×0＝0，所以0÷0＝0。</w:t>
            </w:r>
          </w:p>
          <w:p>
            <w:pPr>
              <w:spacing w:after="20" w:line="276" w:lineRule="auto"/>
            </w:pPr>
            <w:r>
              <w:rPr>
                <w:rFonts w:ascii="宋体" w:hAnsi="宋体" w:eastAsia="宋体"/>
                <w:b w:val="0"/>
                <w:sz w:val="18"/>
              </w:rPr>
              <w:t>预设2：我说0÷0＝1，因为0×1＝0；我还可以说0÷0＝2，因为0×2＝0。</w:t>
            </w:r>
          </w:p>
          <w:p>
            <w:pPr>
              <w:spacing w:after="20" w:line="276" w:lineRule="auto"/>
            </w:pPr>
            <w:r>
              <w:rPr>
                <w:rFonts w:ascii="宋体" w:hAnsi="宋体" w:eastAsia="宋体"/>
                <w:b w:val="0"/>
                <w:sz w:val="18"/>
              </w:rPr>
              <w:t>预设3：这样看来，0÷0的得数可以是任何数了，这是没有意义的。</w:t>
            </w:r>
          </w:p>
        </w:tc>
        <w:tc>
          <w:tcPr>
            <w:tcW w:type="dxa" w:w="1814"/>
          </w:tcPr>
          <w:p>
            <w:pPr>
              <w:spacing w:after="20" w:line="276" w:lineRule="auto"/>
            </w:pPr>
            <w:r/>
            <w:r>
              <w:rPr>
                <w:rFonts w:ascii="宋体" w:hAnsi="宋体" w:eastAsia="宋体"/>
                <w:b w:val="0"/>
                <w:sz w:val="18"/>
              </w:rPr>
              <w:t>围绕环节目标组织学习活动，引导学生主动参与、积极思考，核心问题："仔细观察这些算式，你有什么发现？"</w:t>
            </w:r>
          </w:p>
        </w:tc>
      </w:tr>
      <w:tr>
        <w:tc>
          <w:tcPr>
            <w:tcW w:type="dxa" w:w="1474"/>
          </w:tcPr>
          <w:p>
            <w:pPr>
              <w:spacing w:after="20" w:line="276" w:lineRule="auto"/>
            </w:pPr>
            <w:r>
              <w:rPr>
                <w:b/>
              </w:rPr>
            </w:r>
            <w:r>
              <w:rPr>
                <w:rFonts w:ascii="宋体" w:hAnsi="宋体" w:eastAsia="宋体"/>
                <w:b/>
                <w:sz w:val="18"/>
              </w:rPr>
              <w:t>三、学习新知</w:t>
            </w:r>
          </w:p>
        </w:tc>
        <w:tc>
          <w:tcPr>
            <w:tcW w:type="dxa" w:w="3061"/>
          </w:tcPr>
          <w:p>
            <w:pPr>
              <w:spacing w:after="20" w:line="276" w:lineRule="auto"/>
            </w:pPr>
            <w:r/>
            <w:r>
              <w:rPr>
                <w:rFonts w:ascii="宋体" w:hAnsi="宋体" w:eastAsia="宋体"/>
                <w:b w:val="0"/>
                <w:sz w:val="18"/>
              </w:rPr>
              <w:t>1.被除数中间有0的除法。</w:t>
            </w:r>
          </w:p>
          <w:p>
            <w:pPr>
              <w:spacing w:after="20" w:line="276" w:lineRule="auto"/>
            </w:pPr>
            <w:r>
              <w:rPr>
                <w:rFonts w:ascii="宋体" w:hAnsi="宋体" w:eastAsia="宋体"/>
                <w:b w:val="0"/>
                <w:sz w:val="18"/>
              </w:rPr>
              <w:t>(1)课件出示教科书P22例5情境图及第(1)题。</w:t>
            </w:r>
          </w:p>
          <w:p>
            <w:pPr>
              <w:spacing w:after="20" w:line="276" w:lineRule="auto"/>
            </w:pPr>
            <w:r>
              <w:rPr>
                <w:rFonts w:ascii="宋体" w:hAnsi="宋体" w:eastAsia="宋体"/>
                <w:b w:val="0"/>
                <w:sz w:val="18"/>
              </w:rPr>
              <w:t>(1)小亮买了2套《中国古典名著》，每套合多少钱？</w:t>
            </w:r>
          </w:p>
          <w:p>
            <w:pPr>
              <w:spacing w:after="20" w:line="276" w:lineRule="auto"/>
            </w:pPr>
            <w:r>
              <w:rPr>
                <w:rFonts w:ascii="宋体" w:hAnsi="宋体" w:eastAsia="宋体"/>
                <w:b w:val="0"/>
                <w:sz w:val="18"/>
              </w:rPr>
              <w:t>师：从图中，你获得了哪些数学信息？要解决的问题是什么？你会列式吗？</w:t>
            </w:r>
          </w:p>
          <w:p>
            <w:pPr>
              <w:spacing w:after="20" w:line="276" w:lineRule="auto"/>
            </w:pPr>
            <w:r>
              <w:rPr>
                <w:rFonts w:ascii="宋体" w:hAnsi="宋体" w:eastAsia="宋体"/>
                <w:b w:val="0"/>
                <w:sz w:val="18"/>
              </w:rPr>
              <w:t>(2)探究算法。</w:t>
            </w:r>
          </w:p>
          <w:p>
            <w:pPr>
              <w:spacing w:after="20" w:line="276" w:lineRule="auto"/>
            </w:pPr>
            <w:r>
              <w:rPr>
                <w:rFonts w:ascii="宋体" w:hAnsi="宋体" w:eastAsia="宋体"/>
                <w:b w:val="0"/>
                <w:sz w:val="18"/>
              </w:rPr>
              <w:t>师：208÷2等于多少？你能列竖式表示出计算过程吗？动笔试一试。</w:t>
            </w:r>
          </w:p>
          <w:p>
            <w:pPr>
              <w:spacing w:after="20" w:line="276" w:lineRule="auto"/>
            </w:pPr>
            <w:r>
              <w:rPr>
                <w:rFonts w:ascii="宋体" w:hAnsi="宋体" w:eastAsia="宋体"/>
                <w:b w:val="0"/>
                <w:sz w:val="18"/>
              </w:rPr>
              <w:t>(3)集体交流，明确算理算法。</w:t>
            </w:r>
          </w:p>
          <w:p>
            <w:pPr>
              <w:spacing w:after="20" w:line="276" w:lineRule="auto"/>
            </w:pPr>
            <w:r>
              <w:rPr>
                <w:rFonts w:ascii="宋体" w:hAnsi="宋体" w:eastAsia="宋体"/>
                <w:b w:val="0"/>
                <w:sz w:val="18"/>
              </w:rPr>
              <w:t>请学生展示竖式计算过程，并说说自己的想法。</w:t>
            </w:r>
          </w:p>
          <w:p>
            <w:pPr>
              <w:spacing w:after="20" w:line="276" w:lineRule="auto"/>
            </w:pPr>
            <w:r>
              <w:rPr>
                <w:rFonts w:ascii="宋体" w:hAnsi="宋体" w:eastAsia="宋体"/>
                <w:b w:val="0"/>
                <w:sz w:val="18"/>
              </w:rPr>
              <w:t>师：小组讨论，哪些算法正确？</w:t>
            </w:r>
          </w:p>
          <w:p>
            <w:pPr>
              <w:spacing w:after="20" w:line="276" w:lineRule="auto"/>
            </w:pPr>
            <w:r>
              <w:rPr>
                <w:rFonts w:ascii="宋体" w:hAnsi="宋体" w:eastAsia="宋体"/>
                <w:b w:val="0"/>
                <w:sz w:val="18"/>
              </w:rPr>
              <w:t>师：十位上的0除以2，商是几？算法①和算法②哪种更简便？</w:t>
            </w:r>
          </w:p>
          <w:p>
            <w:pPr>
              <w:spacing w:after="20" w:line="276" w:lineRule="auto"/>
            </w:pPr>
            <w:r>
              <w:rPr>
                <w:rFonts w:ascii="宋体" w:hAnsi="宋体" w:eastAsia="宋体"/>
                <w:b w:val="0"/>
                <w:sz w:val="18"/>
              </w:rPr>
              <w:t>师生交流后小结：在笔算除法时，如果遇到被除数哪一位上的数是0而且前一位没有余数，就直接在这一位上商0，这种写法更简便。</w:t>
            </w:r>
          </w:p>
          <w:p>
            <w:pPr>
              <w:spacing w:after="20" w:line="276" w:lineRule="auto"/>
            </w:pPr>
            <w:r>
              <w:rPr>
                <w:rFonts w:ascii="宋体" w:hAnsi="宋体" w:eastAsia="宋体"/>
                <w:b w:val="0"/>
                <w:sz w:val="18"/>
              </w:rPr>
              <w:t>师：请同学们用简便写法在纸上写出208÷2的计算过程，同桌之间互相说说是怎么算的。</w:t>
            </w:r>
          </w:p>
          <w:p>
            <w:pPr>
              <w:spacing w:after="20" w:line="276" w:lineRule="auto"/>
            </w:pPr>
            <w:r>
              <w:rPr>
                <w:rFonts w:ascii="宋体" w:hAnsi="宋体" w:eastAsia="宋体"/>
                <w:b w:val="0"/>
                <w:sz w:val="18"/>
              </w:rPr>
              <w:t>教师板书208÷2的竖式简便写法。</w:t>
            </w:r>
          </w:p>
          <w:p>
            <w:pPr>
              <w:spacing w:after="20" w:line="276" w:lineRule="auto"/>
            </w:pPr>
            <w:r>
              <w:rPr>
                <w:rFonts w:ascii="宋体" w:hAnsi="宋体" w:eastAsia="宋体"/>
                <w:b w:val="0"/>
                <w:sz w:val="18"/>
              </w:rPr>
              <w:t>2．学习被除数十位上的数比除数小的除法。</w:t>
            </w:r>
          </w:p>
          <w:p>
            <w:pPr>
              <w:spacing w:after="20" w:line="276" w:lineRule="auto"/>
            </w:pPr>
            <w:r>
              <w:rPr>
                <w:rFonts w:ascii="宋体" w:hAnsi="宋体" w:eastAsia="宋体"/>
                <w:b w:val="0"/>
                <w:sz w:val="18"/>
              </w:rPr>
              <w:t>(1)课件出示教科书P23例5第(2)题。</w:t>
            </w:r>
          </w:p>
          <w:p>
            <w:pPr>
              <w:spacing w:after="20" w:line="276" w:lineRule="auto"/>
            </w:pPr>
            <w:r>
              <w:rPr>
                <w:rFonts w:ascii="宋体" w:hAnsi="宋体" w:eastAsia="宋体"/>
                <w:b w:val="0"/>
                <w:sz w:val="18"/>
              </w:rPr>
              <w:t>(2)小丽买了2套《少儿百科全书》，每套合多少钱？</w:t>
            </w:r>
          </w:p>
          <w:p>
            <w:pPr>
              <w:spacing w:after="20" w:line="276" w:lineRule="auto"/>
            </w:pPr>
            <w:r>
              <w:rPr>
                <w:rFonts w:ascii="宋体" w:hAnsi="宋体" w:eastAsia="宋体"/>
                <w:b w:val="0"/>
                <w:sz w:val="18"/>
              </w:rPr>
              <w:t>师：你会列式吗？</w:t>
            </w:r>
          </w:p>
          <w:p>
            <w:pPr>
              <w:spacing w:after="20" w:line="276" w:lineRule="auto"/>
            </w:pPr>
            <w:r>
              <w:rPr>
                <w:rFonts w:ascii="宋体" w:hAnsi="宋体" w:eastAsia="宋体"/>
                <w:b w:val="0"/>
                <w:sz w:val="18"/>
              </w:rPr>
              <w:t>(2)尝试计算。</w:t>
            </w:r>
          </w:p>
          <w:p>
            <w:pPr>
              <w:spacing w:after="20" w:line="276" w:lineRule="auto"/>
            </w:pPr>
            <w:r>
              <w:rPr>
                <w:rFonts w:ascii="宋体" w:hAnsi="宋体" w:eastAsia="宋体"/>
                <w:b w:val="0"/>
                <w:sz w:val="18"/>
              </w:rPr>
              <w:t>(3)交流算法。</w:t>
            </w:r>
          </w:p>
          <w:p>
            <w:pPr>
              <w:spacing w:after="20" w:line="276" w:lineRule="auto"/>
            </w:pPr>
            <w:r>
              <w:rPr>
                <w:rFonts w:ascii="宋体" w:hAnsi="宋体" w:eastAsia="宋体"/>
                <w:b w:val="0"/>
                <w:sz w:val="18"/>
              </w:rPr>
              <w:t>展示如下两种：(有错误的算法随后可以展示)</w:t>
            </w:r>
          </w:p>
          <w:p>
            <w:pPr>
              <w:spacing w:after="20" w:line="276" w:lineRule="auto"/>
            </w:pPr>
            <w:r>
              <w:rPr>
                <w:rFonts w:ascii="宋体" w:hAnsi="宋体" w:eastAsia="宋体"/>
                <w:b w:val="0"/>
                <w:sz w:val="18"/>
              </w:rPr>
              <w:t>师：十位上的1除以2，不够商1怎么办？为什么要商0？那一步可以省略吗？</w:t>
            </w:r>
          </w:p>
          <w:p>
            <w:pPr>
              <w:spacing w:after="20" w:line="276" w:lineRule="auto"/>
            </w:pPr>
            <w:r>
              <w:rPr>
                <w:rFonts w:ascii="宋体" w:hAnsi="宋体" w:eastAsia="宋体"/>
                <w:b w:val="0"/>
                <w:sz w:val="18"/>
              </w:rPr>
              <w:t>结合算理说一说商0的道理。强调尽量用简便写法。</w:t>
            </w:r>
          </w:p>
          <w:p>
            <w:pPr>
              <w:spacing w:after="20" w:line="276" w:lineRule="auto"/>
            </w:pPr>
            <w:r>
              <w:rPr>
                <w:rFonts w:ascii="宋体" w:hAnsi="宋体" w:eastAsia="宋体"/>
                <w:b w:val="0"/>
                <w:sz w:val="18"/>
              </w:rPr>
              <w:t>教师板书216÷2的竖式简便写法。</w:t>
            </w:r>
          </w:p>
          <w:p>
            <w:pPr>
              <w:spacing w:after="20" w:line="276" w:lineRule="auto"/>
            </w:pPr>
            <w:r>
              <w:rPr>
                <w:rFonts w:ascii="宋体" w:hAnsi="宋体" w:eastAsia="宋体"/>
                <w:b w:val="0"/>
                <w:sz w:val="18"/>
              </w:rPr>
              <w:t>3．梳理算法。</w:t>
            </w:r>
          </w:p>
          <w:p>
            <w:pPr>
              <w:spacing w:after="20" w:line="276" w:lineRule="auto"/>
            </w:pPr>
            <w:r>
              <w:rPr>
                <w:rFonts w:ascii="宋体" w:hAnsi="宋体" w:eastAsia="宋体"/>
                <w:b w:val="0"/>
                <w:sz w:val="18"/>
              </w:rPr>
              <w:t>教师引导学生观察例5中的算式，思考：今天学的笔算除法要注意什么？</w:t>
            </w:r>
          </w:p>
          <w:p>
            <w:pPr>
              <w:spacing w:after="20" w:line="276" w:lineRule="auto"/>
            </w:pPr>
            <w:r>
              <w:rPr>
                <w:rFonts w:ascii="宋体" w:hAnsi="宋体" w:eastAsia="宋体"/>
                <w:b w:val="0"/>
                <w:sz w:val="18"/>
              </w:rPr>
              <w:t>师生交流后小结：做笔算除法时，除到被除数的十位不够商1，就直接在十位上商0占位。</w:t>
            </w:r>
          </w:p>
        </w:tc>
        <w:tc>
          <w:tcPr>
            <w:tcW w:type="dxa" w:w="3061"/>
          </w:tcPr>
          <w:p>
            <w:pPr>
              <w:spacing w:after="20" w:line="276" w:lineRule="auto"/>
            </w:pPr>
            <w:r/>
            <w:r>
              <w:rPr>
                <w:rFonts w:ascii="宋体" w:hAnsi="宋体" w:eastAsia="宋体"/>
                <w:b w:val="0"/>
                <w:sz w:val="18"/>
              </w:rPr>
              <w:t>学生交流并汇报算式：208÷2。</w:t>
            </w:r>
          </w:p>
          <w:p>
            <w:pPr>
              <w:spacing w:after="20" w:line="276" w:lineRule="auto"/>
            </w:pPr>
            <w:r>
              <w:rPr>
                <w:rFonts w:ascii="宋体" w:hAnsi="宋体" w:eastAsia="宋体"/>
                <w:b w:val="0"/>
                <w:sz w:val="18"/>
              </w:rPr>
              <w:t>学生可能有如下算法：</w:t>
            </w:r>
          </w:p>
          <w:p>
            <w:pPr>
              <w:spacing w:after="20" w:line="276" w:lineRule="auto"/>
            </w:pPr>
            <w:r>
              <w:rPr>
                <w:rFonts w:ascii="宋体" w:hAnsi="宋体" w:eastAsia="宋体"/>
                <w:b w:val="0"/>
                <w:sz w:val="18"/>
              </w:rPr>
              <w:t>通过观察容易发现：算法①和算法②是正确的，算法③是错误的，因为14×2的积不等于208。</w:t>
            </w:r>
          </w:p>
          <w:p>
            <w:pPr>
              <w:spacing w:after="20" w:line="276" w:lineRule="auto"/>
            </w:pPr>
            <w:r>
              <w:rPr>
                <w:rFonts w:ascii="宋体" w:hAnsi="宋体" w:eastAsia="宋体"/>
                <w:b w:val="0"/>
                <w:sz w:val="18"/>
              </w:rPr>
              <w:t>学生汇报算式：216÷2。</w:t>
            </w:r>
          </w:p>
          <w:p>
            <w:pPr>
              <w:spacing w:after="20" w:line="276" w:lineRule="auto"/>
            </w:pPr>
            <w:r>
              <w:rPr>
                <w:rFonts w:ascii="宋体" w:hAnsi="宋体" w:eastAsia="宋体"/>
                <w:b w:val="0"/>
                <w:sz w:val="18"/>
              </w:rPr>
              <w:t>学生独立尝试用竖式计算，指名运用不同算法的学生展示。</w:t>
            </w:r>
          </w:p>
        </w:tc>
        <w:tc>
          <w:tcPr>
            <w:tcW w:type="dxa" w:w="1814"/>
          </w:tcPr>
          <w:p>
            <w:pPr>
              <w:spacing w:after="20" w:line="276" w:lineRule="auto"/>
            </w:pPr>
            <w:r/>
            <w:r>
              <w:rPr>
                <w:rFonts w:ascii="宋体" w:hAnsi="宋体" w:eastAsia="宋体"/>
                <w:b w:val="0"/>
                <w:sz w:val="18"/>
              </w:rPr>
              <w:t>围绕环节目标组织学习活动，引导学生主动参与、积极思考，核心问题："从图中，你获得了哪些数学信息？要解决的问题是什么？你会列式吗？"</w:t>
            </w:r>
          </w:p>
        </w:tc>
      </w:tr>
      <w:tr>
        <w:tc>
          <w:tcPr>
            <w:tcW w:type="dxa" w:w="1474"/>
          </w:tcPr>
          <w:p>
            <w:pPr>
              <w:spacing w:after="20" w:line="276" w:lineRule="auto"/>
            </w:pPr>
            <w:r>
              <w:rPr>
                <w:b/>
              </w:rPr>
            </w:r>
            <w:r>
              <w:rPr>
                <w:rFonts w:ascii="宋体" w:hAnsi="宋体" w:eastAsia="宋体"/>
                <w:b/>
                <w:sz w:val="18"/>
              </w:rPr>
              <w:t>四、巩固练习</w:t>
            </w:r>
          </w:p>
        </w:tc>
        <w:tc>
          <w:tcPr>
            <w:tcW w:type="dxa" w:w="3061"/>
          </w:tcPr>
          <w:p>
            <w:pPr>
              <w:spacing w:after="20" w:line="276" w:lineRule="auto"/>
            </w:pPr>
            <w:r/>
            <w:r>
              <w:rPr>
                <w:rFonts w:ascii="宋体" w:hAnsi="宋体" w:eastAsia="宋体"/>
                <w:b w:val="0"/>
                <w:sz w:val="18"/>
              </w:rPr>
              <w:t>1.完成教科书P23“做一做”第1，2，3题。</w:t>
            </w:r>
          </w:p>
          <w:p>
            <w:pPr>
              <w:spacing w:after="20" w:line="276" w:lineRule="auto"/>
            </w:pPr>
            <w:r>
              <w:rPr>
                <w:rFonts w:ascii="宋体" w:hAnsi="宋体" w:eastAsia="宋体"/>
                <w:b w:val="0"/>
                <w:sz w:val="18"/>
              </w:rPr>
              <w:t>2．完成教科书P25“练习四”第1题。</w:t>
            </w:r>
          </w:p>
          <w:p>
            <w:pPr>
              <w:spacing w:after="20" w:line="276" w:lineRule="auto"/>
            </w:pPr>
            <w:r>
              <w:rPr>
                <w:rFonts w:ascii="宋体" w:hAnsi="宋体" w:eastAsia="宋体"/>
                <w:b w:val="0"/>
                <w:sz w:val="18"/>
              </w:rPr>
              <w:t>3．完成教科书P25“练习四”第2题。</w:t>
            </w:r>
          </w:p>
          <w:p>
            <w:pPr>
              <w:spacing w:after="20" w:line="276" w:lineRule="auto"/>
            </w:pPr>
            <w:r>
              <w:rPr>
                <w:rFonts w:ascii="宋体" w:hAnsi="宋体" w:eastAsia="宋体"/>
                <w:b w:val="0"/>
                <w:sz w:val="18"/>
              </w:rPr>
              <w:t>先独立思考完成，再集体交流，指名学生汇报结果。</w:t>
            </w:r>
          </w:p>
          <w:p>
            <w:pPr>
              <w:spacing w:after="20" w:line="276" w:lineRule="auto"/>
            </w:pPr>
            <w:r>
              <w:rPr>
                <w:rFonts w:ascii="宋体" w:hAnsi="宋体" w:eastAsia="宋体"/>
                <w:b w:val="0"/>
                <w:sz w:val="18"/>
              </w:rPr>
              <w:t>4．完成教科书P25“练习四”第3题。</w:t>
            </w:r>
          </w:p>
          <w:p>
            <w:pPr>
              <w:spacing w:after="20" w:line="276" w:lineRule="auto"/>
            </w:pPr>
            <w:r>
              <w:rPr>
                <w:rFonts w:ascii="宋体" w:hAnsi="宋体" w:eastAsia="宋体"/>
                <w:b w:val="0"/>
                <w:sz w:val="18"/>
              </w:rPr>
              <w:t>(1)思考：要解决这个问题，先要求什么？</w:t>
            </w:r>
          </w:p>
          <w:p>
            <w:pPr>
              <w:spacing w:after="20" w:line="276" w:lineRule="auto"/>
            </w:pPr>
            <w:r>
              <w:rPr>
                <w:rFonts w:ascii="宋体" w:hAnsi="宋体" w:eastAsia="宋体"/>
                <w:b w:val="0"/>
                <w:sz w:val="18"/>
              </w:rPr>
              <w:t>明确先要分别求出每把藤椅和每把餐椅的价钱。</w:t>
            </w:r>
          </w:p>
          <w:p>
            <w:pPr>
              <w:spacing w:after="20" w:line="276" w:lineRule="auto"/>
            </w:pPr>
            <w:r>
              <w:rPr>
                <w:rFonts w:ascii="宋体" w:hAnsi="宋体" w:eastAsia="宋体"/>
                <w:b w:val="0"/>
                <w:sz w:val="18"/>
              </w:rPr>
              <w:t>(2)学生独立完成。</w:t>
            </w:r>
          </w:p>
          <w:p>
            <w:pPr>
              <w:spacing w:after="20" w:line="276" w:lineRule="auto"/>
            </w:pPr>
            <w:r>
              <w:rPr>
                <w:rFonts w:ascii="宋体" w:hAnsi="宋体" w:eastAsia="宋体"/>
                <w:b w:val="0"/>
                <w:sz w:val="18"/>
              </w:rPr>
              <w:t>5．完成教科书P26“练习四”第7题。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(2)交流判断方法，说一说哪些通过观察算式就能判断，哪些估一估就能判断。</w:t>
            </w:r>
          </w:p>
        </w:tc>
        <w:tc>
          <w:tcPr>
            <w:tcW w:type="dxa" w:w="3061"/>
          </w:tcPr>
          <w:p>
            <w:pPr>
              <w:spacing w:after="20" w:line="276" w:lineRule="auto"/>
            </w:pPr>
            <w:r/>
            <w:r>
              <w:rPr>
                <w:rFonts w:ascii="宋体" w:hAnsi="宋体" w:eastAsia="宋体"/>
                <w:b w:val="0"/>
                <w:sz w:val="18"/>
              </w:rPr>
              <w:t>学生自主完成后集体核对，说说各自的计算方法。</w:t>
            </w:r>
          </w:p>
          <w:p>
            <w:pPr>
              <w:spacing w:after="20" w:line="276" w:lineRule="auto"/>
            </w:pPr>
            <w:r>
              <w:rPr>
                <w:rFonts w:ascii="宋体" w:hAnsi="宋体" w:eastAsia="宋体"/>
                <w:b w:val="0"/>
                <w:sz w:val="18"/>
              </w:rPr>
              <w:t>学生先独立笔算，指名到黑板板演，再集体订正。</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师：同学们，通过今天的学习，你们有什么收获？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本节课先教学有关“0”的除法，引导学生用“想乘法算除法”的方法算出结果，再观察算式发现规律。例5的教学，重点放在研究竖式计算的方法上，先放手让学生探索，在交流过程中提出关键性问题“十位上应该商几”，让学生结合算理说一说商0的道理，进而掌握算法。探讨出方法后，组织学生讨论简便方法，体会数学的简洁美。</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教科书P22～23例4、例5及“做一做”，教科书P25～26“练习四”第1～3，7题。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主要教学商中间有0的除法的笔算方法。教学中放手让学生自主探究，在小组中合作交流。根据学生的笔算情况，把正确的与错误的、竖式简便的与不简便的计算进行对比辨析，有效帮助学生理解算理，掌握算法。教学时引导学生进行反思：错在哪里？怎样避免这些错误？少数学生对于除到中间一步，被除数不够商1时的情况掌握还不够好，容易漏掉商十位上的0，可以引导学生用验算、估算的方法来判断得到的商是否准确。</w:t>
      </w:r>
    </w:p>
    <w:p>
      <w:r>
        <w:br w:type="page"/>
      </w:r>
    </w:p>
    <w:p>
      <w:pPr>
        <w:spacing w:after="80" w:line="300" w:lineRule="auto"/>
      </w:pPr>
      <w:r>
        <w:rPr>
          <w:rFonts w:ascii="黑体" w:hAnsi="黑体" w:eastAsia="黑体"/>
          <w:b/>
          <w:sz w:val="24"/>
        </w:rPr>
        <w:t>二、课时教学方案（第8课时）</w:t>
      </w:r>
    </w:p>
    <w:p>
      <w:pPr>
        <w:spacing w:after="80" w:line="300" w:lineRule="auto"/>
      </w:pPr>
      <w:r>
        <w:rPr>
          <w:rFonts w:ascii="黑体" w:hAnsi="黑体" w:eastAsia="黑体"/>
          <w:b/>
          <w:sz w:val="24"/>
        </w:rPr>
        <w:t>第8课时　商末尾有0的除法</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第8课时　商末尾有0的除法</w:t>
            </w:r>
          </w:p>
        </w:tc>
        <w:tc>
          <w:tcPr>
            <w:tcW w:type="dxa" w:w="6009"/>
          </w:tcPr>
          <w:p>
            <w:pPr>
              <w:spacing w:after="20" w:line="276" w:lineRule="auto"/>
            </w:pPr>
            <w:r/>
            <w:r>
              <w:rPr>
                <w:rFonts w:ascii="宋体" w:hAnsi="宋体" w:eastAsia="宋体"/>
                <w:b w:val="0"/>
                <w:sz w:val="20"/>
              </w:rPr>
              <w:t>第2单元 除数是一位数的除法（笔算除法）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学生已经会计算表内除法和一位数乘整十、整百数的口算。这些口算经验是帮助学生学习除数是一位数的口算除法的重要基础。学生在二年级学习了“表内除法”和“有余数的除法”，对竖式有最基础的了解，但本单元的笔算除法需要学生学会综合运用乘法、减法、加法等知识与方法，而除法竖式的演算是一种数学思维的特殊表达方式，学生在对除的顺序和竖式的写法的理解与掌握上会有一定的困难。</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教学内容：教科书P24例6及“做一做”，教科书P25～26“练习四”第4，5，8～*12题。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（1）引导学生经历一位数除三位数(商末尾有0)的除法的笔算方法的探究过程，理解并掌握商末尾有0的除法的计算方法，并能正确进行计算。</w:t>
      </w:r>
    </w:p>
    <w:p>
      <w:pPr>
        <w:spacing w:after="20" w:line="300" w:lineRule="auto"/>
        <w:ind w:firstLine="400"/>
      </w:pPr>
      <w:r>
        <w:rPr>
          <w:rFonts w:ascii="宋体" w:hAnsi="宋体" w:eastAsia="宋体"/>
          <w:b w:val="0"/>
          <w:sz w:val="20"/>
        </w:rPr>
        <w:t>（2）使学生能够积极参与探索算法的活动，积累数学活动经验。</w:t>
      </w:r>
    </w:p>
    <w:p>
      <w:pPr>
        <w:spacing w:after="20" w:line="300" w:lineRule="auto"/>
        <w:ind w:firstLine="400"/>
      </w:pPr>
      <w:r>
        <w:rPr>
          <w:rFonts w:ascii="宋体" w:hAnsi="宋体" w:eastAsia="宋体"/>
          <w:b w:val="0"/>
          <w:sz w:val="20"/>
        </w:rPr>
        <w:t>（3）感受数学与生活的联系，体会到在数学学习活动中充满着探究与创造的可能，培养学生比较辨别的能力和运用知识解决问题的能力。</w:t>
      </w:r>
    </w:p>
    <w:p>
      <w:pPr>
        <w:spacing w:after="20" w:line="300" w:lineRule="auto"/>
      </w:pPr>
      <w:r>
        <w:rPr>
          <w:rFonts w:ascii="宋体" w:hAnsi="宋体" w:eastAsia="宋体"/>
          <w:b w:val="0"/>
          <w:sz w:val="20"/>
        </w:rPr>
        <w:t>教学重点：掌握“商末尾有0的除法”的笔算方法。</w:t>
      </w:r>
    </w:p>
    <w:p>
      <w:pPr>
        <w:spacing w:after="20" w:line="300" w:lineRule="auto"/>
      </w:pPr>
      <w:r>
        <w:rPr>
          <w:rFonts w:ascii="宋体" w:hAnsi="宋体" w:eastAsia="宋体"/>
          <w:b w:val="0"/>
          <w:sz w:val="20"/>
        </w:rPr>
        <w:t>教学难点：理解“除到被除数的十位正好除完时，商的个位上不够商1，就要商0”的算理。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一、复习引入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二、学习新知</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你获得了哪些数学信息？要解决的问题是什么？；怎样列式？</w:t>
            </w:r>
          </w:p>
        </w:tc>
        <w:tc>
          <w:tcPr>
            <w:tcW w:type="dxa" w:w="1361"/>
          </w:tcPr>
          <w:p>
            <w:pPr>
              <w:spacing w:after="20" w:line="276" w:lineRule="auto"/>
            </w:pPr>
            <w:r/>
            <w:r>
              <w:rPr>
                <w:rFonts w:ascii="宋体" w:hAnsi="宋体" w:eastAsia="宋体"/>
                <w:b w:val="0"/>
                <w:sz w:val="18"/>
              </w:rPr>
              <w:t>19分钟</w:t>
            </w:r>
          </w:p>
        </w:tc>
      </w:tr>
      <w:tr>
        <w:tc>
          <w:tcPr>
            <w:tcW w:type="dxa" w:w="2835"/>
          </w:tcPr>
          <w:p>
            <w:pPr>
              <w:spacing w:after="20" w:line="276" w:lineRule="auto"/>
            </w:pPr>
            <w:r/>
            <w:r>
              <w:rPr>
                <w:rFonts w:ascii="宋体" w:hAnsi="宋体" w:eastAsia="宋体"/>
                <w:b w:val="0"/>
                <w:sz w:val="18"/>
              </w:rPr>
              <w:t>②学生自主验算后展示。(适时板书)</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三、巩固练习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同学们，通过今天的学习，你们有什么收获？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一、复习引入</w:t>
            </w:r>
          </w:p>
        </w:tc>
        <w:tc>
          <w:tcPr>
            <w:tcW w:type="dxa" w:w="3061"/>
          </w:tcPr>
          <w:p>
            <w:pPr>
              <w:spacing w:after="20" w:line="276" w:lineRule="auto"/>
            </w:pPr>
            <w:r/>
            <w:r>
              <w:rPr>
                <w:rFonts w:ascii="宋体" w:hAnsi="宋体" w:eastAsia="宋体"/>
                <w:b w:val="0"/>
                <w:sz w:val="18"/>
              </w:rPr>
              <w:t>课件出示习题，学生完成后集体订正。</w:t>
            </w:r>
          </w:p>
          <w:p>
            <w:pPr>
              <w:spacing w:after="20" w:line="276" w:lineRule="auto"/>
            </w:pPr>
            <w:r>
              <w:rPr>
                <w:rFonts w:ascii="宋体" w:hAnsi="宋体" w:eastAsia="宋体"/>
                <w:b w:val="0"/>
                <w:sz w:val="18"/>
              </w:rPr>
              <w:t>计算下列各题。</w:t>
            </w:r>
          </w:p>
          <w:p>
            <w:pPr>
              <w:spacing w:after="20" w:line="276" w:lineRule="auto"/>
            </w:pPr>
            <w:r>
              <w:rPr>
                <w:rFonts w:ascii="宋体" w:hAnsi="宋体" w:eastAsia="宋体"/>
                <w:b w:val="0"/>
                <w:sz w:val="18"/>
              </w:rPr>
              <w:t>808÷4＝　　　　　　　　615÷3＝</w:t>
            </w:r>
          </w:p>
          <w:p>
            <w:pPr>
              <w:spacing w:after="20" w:line="276" w:lineRule="auto"/>
            </w:pPr>
            <w:r>
              <w:rPr>
                <w:rFonts w:ascii="宋体" w:hAnsi="宋体" w:eastAsia="宋体"/>
                <w:b w:val="0"/>
                <w:sz w:val="18"/>
              </w:rPr>
              <w:t>师：上节课学习了商中间有0的除法，今天这节课来学习商末尾有0的除法。(板书课题：商末尾有0的除法)</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二、学习新知</w:t>
            </w:r>
          </w:p>
        </w:tc>
        <w:tc>
          <w:tcPr>
            <w:tcW w:type="dxa" w:w="3061"/>
          </w:tcPr>
          <w:p>
            <w:pPr>
              <w:spacing w:after="20" w:line="276" w:lineRule="auto"/>
            </w:pPr>
            <w:r/>
            <w:r>
              <w:rPr>
                <w:rFonts w:ascii="宋体" w:hAnsi="宋体" w:eastAsia="宋体"/>
                <w:b w:val="0"/>
                <w:sz w:val="18"/>
              </w:rPr>
              <w:t>1.被除数个位是0的除法。</w:t>
            </w:r>
          </w:p>
          <w:p>
            <w:pPr>
              <w:spacing w:after="20" w:line="276" w:lineRule="auto"/>
            </w:pPr>
            <w:r>
              <w:rPr>
                <w:rFonts w:ascii="宋体" w:hAnsi="宋体" w:eastAsia="宋体"/>
                <w:b w:val="0"/>
                <w:sz w:val="18"/>
              </w:rPr>
              <w:t>(1)课件出示教科书P24例6部分内容。</w:t>
            </w:r>
          </w:p>
          <w:p>
            <w:pPr>
              <w:spacing w:after="20" w:line="276" w:lineRule="auto"/>
            </w:pPr>
            <w:r>
              <w:rPr>
                <w:rFonts w:ascii="宋体" w:hAnsi="宋体" w:eastAsia="宋体"/>
                <w:b w:val="0"/>
                <w:sz w:val="18"/>
              </w:rPr>
              <w:t>师：你获得了哪些数学信息？要解决的问题是什么？</w:t>
            </w:r>
          </w:p>
          <w:p>
            <w:pPr>
              <w:spacing w:after="20" w:line="276" w:lineRule="auto"/>
            </w:pPr>
            <w:r>
              <w:rPr>
                <w:rFonts w:ascii="宋体" w:hAnsi="宋体" w:eastAsia="宋体"/>
                <w:b w:val="0"/>
                <w:sz w:val="18"/>
              </w:rPr>
              <w:t>师：怎样列式？</w:t>
            </w:r>
          </w:p>
          <w:p>
            <w:pPr>
              <w:spacing w:after="20" w:line="276" w:lineRule="auto"/>
            </w:pPr>
            <w:r>
              <w:rPr>
                <w:rFonts w:ascii="宋体" w:hAnsi="宋体" w:eastAsia="宋体"/>
                <w:b w:val="0"/>
                <w:sz w:val="18"/>
              </w:rPr>
              <w:t>(2)学生独立计算，教师巡视。</w:t>
            </w:r>
          </w:p>
          <w:p>
            <w:pPr>
              <w:spacing w:after="20" w:line="276" w:lineRule="auto"/>
            </w:pPr>
            <w:r>
              <w:rPr>
                <w:rFonts w:ascii="宋体" w:hAnsi="宋体" w:eastAsia="宋体"/>
                <w:b w:val="0"/>
                <w:sz w:val="18"/>
              </w:rPr>
              <w:t>(3)全班交流。</w:t>
            </w:r>
          </w:p>
          <w:p>
            <w:pPr>
              <w:spacing w:after="20" w:line="276" w:lineRule="auto"/>
            </w:pPr>
            <w:r>
              <w:rPr>
                <w:rFonts w:ascii="宋体" w:hAnsi="宋体" w:eastAsia="宋体"/>
                <w:b w:val="0"/>
                <w:sz w:val="18"/>
              </w:rPr>
              <w:t>①先板演展示常规方法，再展示简便写法。</w:t>
            </w:r>
          </w:p>
          <w:p>
            <w:pPr>
              <w:spacing w:after="20" w:line="276" w:lineRule="auto"/>
            </w:pPr>
            <w:r>
              <w:rPr>
                <w:rFonts w:ascii="宋体" w:hAnsi="宋体" w:eastAsia="宋体"/>
                <w:b w:val="0"/>
                <w:sz w:val="18"/>
              </w:rPr>
              <w:t>650÷5＝130(根)</w:t>
            </w:r>
          </w:p>
          <w:p>
            <w:pPr>
              <w:spacing w:after="20" w:line="276" w:lineRule="auto"/>
            </w:pPr>
            <w:r>
              <w:rPr>
                <w:rFonts w:ascii="宋体" w:hAnsi="宋体" w:eastAsia="宋体"/>
                <w:b w:val="0"/>
                <w:sz w:val="18"/>
              </w:rPr>
              <w:t>师：你认为算法a和算法b哪种算法正确呢？</w:t>
            </w:r>
          </w:p>
          <w:p>
            <w:pPr>
              <w:spacing w:after="20" w:line="276" w:lineRule="auto"/>
            </w:pPr>
            <w:r>
              <w:rPr>
                <w:rFonts w:ascii="宋体" w:hAnsi="宋体" w:eastAsia="宋体"/>
                <w:b w:val="0"/>
                <w:sz w:val="18"/>
              </w:rPr>
              <w:t>师：结合竖式讨论：当商的个位上为0时，这个0为什么一定要写？写竖式时哪一过程可以省略？</w:t>
            </w:r>
          </w:p>
          <w:p>
            <w:pPr>
              <w:spacing w:after="20" w:line="276" w:lineRule="auto"/>
            </w:pPr>
            <w:r>
              <w:rPr>
                <w:rFonts w:ascii="宋体" w:hAnsi="宋体" w:eastAsia="宋体"/>
                <w:b w:val="0"/>
                <w:sz w:val="18"/>
              </w:rPr>
              <w:t>师生讨论明确：0起占位作用，所以商的个位这个0一定要写；写竖式时，由于0除以任何不是0的数都得0，所以省略用0作被除数这一过程。</w:t>
            </w:r>
          </w:p>
          <w:p>
            <w:pPr>
              <w:spacing w:after="20" w:line="276" w:lineRule="auto"/>
            </w:pPr>
            <w:r>
              <w:rPr>
                <w:rFonts w:ascii="宋体" w:hAnsi="宋体" w:eastAsia="宋体"/>
                <w:b w:val="0"/>
                <w:sz w:val="18"/>
              </w:rPr>
              <w:t>②展示学生典型错误并交流。</w:t>
            </w:r>
          </w:p>
          <w:p>
            <w:pPr>
              <w:spacing w:after="20" w:line="276" w:lineRule="auto"/>
            </w:pPr>
            <w:r>
              <w:rPr>
                <w:rFonts w:ascii="宋体" w:hAnsi="宋体" w:eastAsia="宋体"/>
                <w:b w:val="0"/>
                <w:sz w:val="18"/>
              </w:rPr>
              <w:t>2．被除数个位上的数比除数小的除法。</w:t>
            </w:r>
          </w:p>
          <w:p>
            <w:pPr>
              <w:spacing w:after="20" w:line="276" w:lineRule="auto"/>
            </w:pPr>
            <w:r>
              <w:rPr>
                <w:rFonts w:ascii="宋体" w:hAnsi="宋体" w:eastAsia="宋体"/>
                <w:b w:val="0"/>
                <w:sz w:val="18"/>
              </w:rPr>
              <w:t>(1)课件出示教科书P24例6第(2)题。</w:t>
            </w:r>
          </w:p>
          <w:p>
            <w:pPr>
              <w:spacing w:after="20" w:line="276" w:lineRule="auto"/>
            </w:pPr>
            <w:r>
              <w:rPr>
                <w:rFonts w:ascii="宋体" w:hAnsi="宋体" w:eastAsia="宋体"/>
                <w:b w:val="0"/>
                <w:sz w:val="18"/>
              </w:rPr>
              <w:t>师：怎样列式？</w:t>
            </w:r>
          </w:p>
          <w:p>
            <w:pPr>
              <w:spacing w:after="20" w:line="276" w:lineRule="auto"/>
            </w:pPr>
            <w:r>
              <w:rPr>
                <w:rFonts w:ascii="宋体" w:hAnsi="宋体" w:eastAsia="宋体"/>
                <w:b w:val="0"/>
                <w:sz w:val="18"/>
              </w:rPr>
              <w:t>(2)学生独立计算。</w:t>
            </w:r>
          </w:p>
          <w:p>
            <w:pPr>
              <w:spacing w:after="20" w:line="276" w:lineRule="auto"/>
            </w:pPr>
            <w:r>
              <w:rPr>
                <w:rFonts w:ascii="宋体" w:hAnsi="宋体" w:eastAsia="宋体"/>
                <w:b w:val="0"/>
                <w:sz w:val="18"/>
              </w:rPr>
              <w:t>(3)交流展示算法。(结合板演进行)</w:t>
            </w:r>
          </w:p>
          <w:p>
            <w:pPr>
              <w:spacing w:after="20" w:line="276" w:lineRule="auto"/>
            </w:pPr>
            <w:r>
              <w:rPr>
                <w:rFonts w:ascii="宋体" w:hAnsi="宋体" w:eastAsia="宋体"/>
                <w:b w:val="0"/>
                <w:sz w:val="18"/>
              </w:rPr>
              <w:t>245÷8＝30(根)……5(元)</w:t>
            </w:r>
          </w:p>
          <w:p>
            <w:pPr>
              <w:spacing w:after="20" w:line="276" w:lineRule="auto"/>
            </w:pPr>
            <w:r>
              <w:rPr>
                <w:rFonts w:ascii="宋体" w:hAnsi="宋体" w:eastAsia="宋体"/>
                <w:b w:val="0"/>
                <w:sz w:val="18"/>
              </w:rPr>
              <w:t>师：结合竖式讨论：个位还余5，为什么商的个位写0?</w:t>
            </w:r>
          </w:p>
          <w:p>
            <w:pPr>
              <w:spacing w:after="20" w:line="276" w:lineRule="auto"/>
            </w:pPr>
            <w:r>
              <w:rPr>
                <w:rFonts w:ascii="宋体" w:hAnsi="宋体" w:eastAsia="宋体"/>
                <w:b w:val="0"/>
                <w:sz w:val="18"/>
              </w:rPr>
              <w:t>(4)验算。</w:t>
            </w:r>
          </w:p>
          <w:p>
            <w:pPr>
              <w:spacing w:after="20" w:line="276" w:lineRule="auto"/>
            </w:pPr>
            <w:r>
              <w:rPr>
                <w:rFonts w:ascii="宋体" w:hAnsi="宋体" w:eastAsia="宋体"/>
                <w:b w:val="0"/>
                <w:sz w:val="18"/>
              </w:rPr>
              <w:t>①师：计算正确吗？你会验算有余数的除法吗？</w:t>
            </w:r>
          </w:p>
        </w:tc>
        <w:tc>
          <w:tcPr>
            <w:tcW w:type="dxa" w:w="3061"/>
          </w:tcPr>
          <w:p>
            <w:pPr>
              <w:spacing w:after="20" w:line="276" w:lineRule="auto"/>
            </w:pPr>
            <w:r/>
            <w:r>
              <w:rPr>
                <w:rFonts w:ascii="宋体" w:hAnsi="宋体" w:eastAsia="宋体"/>
                <w:b w:val="0"/>
                <w:sz w:val="18"/>
              </w:rPr>
              <w:t>学生汇报算式：650÷5。</w:t>
            </w:r>
          </w:p>
          <w:p>
            <w:pPr>
              <w:spacing w:after="20" w:line="276" w:lineRule="auto"/>
            </w:pPr>
            <w:r>
              <w:rPr>
                <w:rFonts w:ascii="宋体" w:hAnsi="宋体" w:eastAsia="宋体"/>
                <w:b w:val="0"/>
                <w:sz w:val="18"/>
              </w:rPr>
              <w:t>预设1：认为算法a是正确的，因为算法b最下面的0的位置不正确。</w:t>
            </w:r>
          </w:p>
          <w:p>
            <w:pPr>
              <w:spacing w:after="20" w:line="276" w:lineRule="auto"/>
            </w:pPr>
            <w:r>
              <w:rPr>
                <w:rFonts w:ascii="宋体" w:hAnsi="宋体" w:eastAsia="宋体"/>
                <w:b w:val="0"/>
                <w:sz w:val="18"/>
              </w:rPr>
              <w:t>预设2：个位上0÷5＝0这一步可以省略不写，所以个位的0不用落下来，可以直接在商的个位上写0，而竖式下面的0是15个十减去15个十得到的，所以应该对齐十位。</w:t>
            </w:r>
          </w:p>
          <w:p>
            <w:pPr>
              <w:spacing w:after="20" w:line="276" w:lineRule="auto"/>
            </w:pPr>
            <w:r>
              <w:rPr>
                <w:rFonts w:ascii="宋体" w:hAnsi="宋体" w:eastAsia="宋体"/>
                <w:b w:val="0"/>
                <w:sz w:val="18"/>
              </w:rPr>
              <w:t>学生汇报算式：245÷8。</w:t>
            </w:r>
          </w:p>
          <w:p>
            <w:pPr>
              <w:spacing w:after="20" w:line="276" w:lineRule="auto"/>
            </w:pPr>
            <w:r>
              <w:rPr>
                <w:rFonts w:ascii="宋体" w:hAnsi="宋体" w:eastAsia="宋体"/>
                <w:b w:val="0"/>
                <w:sz w:val="18"/>
              </w:rPr>
              <w:t>学生用竖式计算，教师在了解学生的计算方法后，有针对性地指名学生到黑板上进行板演。</w:t>
            </w:r>
          </w:p>
          <w:p>
            <w:pPr>
              <w:spacing w:after="20" w:line="276" w:lineRule="auto"/>
            </w:pPr>
            <w:r>
              <w:rPr>
                <w:rFonts w:ascii="宋体" w:hAnsi="宋体" w:eastAsia="宋体"/>
                <w:b w:val="0"/>
                <w:sz w:val="18"/>
              </w:rPr>
              <w:t>讨论明确：个位的5除以8不够商1，直接商0占位，个位上的5就是余数。</w:t>
            </w:r>
          </w:p>
        </w:tc>
        <w:tc>
          <w:tcPr>
            <w:tcW w:type="dxa" w:w="1814"/>
          </w:tcPr>
          <w:p>
            <w:pPr>
              <w:spacing w:after="20" w:line="276" w:lineRule="auto"/>
            </w:pPr>
            <w:r/>
            <w:r>
              <w:rPr>
                <w:rFonts w:ascii="宋体" w:hAnsi="宋体" w:eastAsia="宋体"/>
                <w:b w:val="0"/>
                <w:sz w:val="18"/>
              </w:rPr>
              <w:t>围绕环节目标组织学习活动，引导学生主动参与、积极思考，核心问题："你获得了哪些数学信息？要解决的问题是什么？"</w:t>
            </w:r>
          </w:p>
        </w:tc>
      </w:tr>
      <w:tr>
        <w:tc>
          <w:tcPr>
            <w:tcW w:type="dxa" w:w="1474"/>
          </w:tcPr>
          <w:p>
            <w:pPr>
              <w:spacing w:after="20" w:line="276" w:lineRule="auto"/>
            </w:pPr>
            <w:r>
              <w:rPr>
                <w:b/>
              </w:rPr>
            </w:r>
            <w:r>
              <w:rPr>
                <w:rFonts w:ascii="宋体" w:hAnsi="宋体" w:eastAsia="宋体"/>
                <w:b/>
                <w:sz w:val="18"/>
              </w:rPr>
              <w:t>②学生自主验算后展示。(适时板书)</w:t>
            </w:r>
          </w:p>
        </w:tc>
        <w:tc>
          <w:tcPr>
            <w:tcW w:type="dxa" w:w="3061"/>
          </w:tcPr>
          <w:p>
            <w:pPr>
              <w:spacing w:after="20" w:line="276" w:lineRule="auto"/>
            </w:pPr>
            <w:r/>
            <w:r>
              <w:rPr>
                <w:rFonts w:ascii="宋体" w:hAnsi="宋体" w:eastAsia="宋体"/>
                <w:b w:val="0"/>
                <w:sz w:val="18"/>
              </w:rPr>
              <w:t>利用商×除数＋余数，看是否等于被除数。</w:t>
            </w:r>
          </w:p>
          <w:p>
            <w:pPr>
              <w:spacing w:after="20" w:line="276" w:lineRule="auto"/>
            </w:pPr>
            <w:r>
              <w:rPr>
                <w:rFonts w:ascii="宋体" w:hAnsi="宋体" w:eastAsia="宋体"/>
                <w:b w:val="0"/>
                <w:sz w:val="18"/>
              </w:rPr>
              <w:t>3．小结梳理算法。</w:t>
            </w:r>
          </w:p>
          <w:p>
            <w:pPr>
              <w:spacing w:after="20" w:line="276" w:lineRule="auto"/>
            </w:pPr>
            <w:r>
              <w:rPr>
                <w:rFonts w:ascii="宋体" w:hAnsi="宋体" w:eastAsia="宋体"/>
                <w:b w:val="0"/>
                <w:sz w:val="18"/>
              </w:rPr>
              <w:t>想一想：在除的过程中，什么情况下直接商0?</w:t>
            </w:r>
          </w:p>
          <w:p>
            <w:pPr>
              <w:spacing w:after="20" w:line="276" w:lineRule="auto"/>
            </w:pPr>
            <w:r>
              <w:rPr>
                <w:rFonts w:ascii="宋体" w:hAnsi="宋体" w:eastAsia="宋体"/>
                <w:b w:val="0"/>
                <w:sz w:val="18"/>
              </w:rPr>
              <w:t>在学生充分讨论交流的情况下小结：在求出商的最高位数以后，除到被除数的哪一位不够商1，就对着这一位商0。</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w:t>
            </w:r>
          </w:p>
        </w:tc>
      </w:tr>
      <w:tr>
        <w:tc>
          <w:tcPr>
            <w:tcW w:type="dxa" w:w="1474"/>
          </w:tcPr>
          <w:p>
            <w:pPr>
              <w:spacing w:after="20" w:line="276" w:lineRule="auto"/>
            </w:pPr>
            <w:r>
              <w:rPr>
                <w:b/>
              </w:rPr>
            </w:r>
            <w:r>
              <w:rPr>
                <w:rFonts w:ascii="宋体" w:hAnsi="宋体" w:eastAsia="宋体"/>
                <w:b/>
                <w:sz w:val="18"/>
              </w:rPr>
              <w:t>三、巩固练习</w:t>
            </w:r>
          </w:p>
        </w:tc>
        <w:tc>
          <w:tcPr>
            <w:tcW w:type="dxa" w:w="3061"/>
          </w:tcPr>
          <w:p>
            <w:pPr>
              <w:spacing w:after="20" w:line="276" w:lineRule="auto"/>
            </w:pPr>
            <w:r/>
            <w:r>
              <w:rPr>
                <w:rFonts w:ascii="宋体" w:hAnsi="宋体" w:eastAsia="宋体"/>
                <w:b w:val="0"/>
                <w:sz w:val="18"/>
              </w:rPr>
              <w:t>1.完成教科书P24“做一做”第1、2题。</w:t>
            </w:r>
          </w:p>
          <w:p>
            <w:pPr>
              <w:spacing w:after="20" w:line="276" w:lineRule="auto"/>
            </w:pPr>
            <w:r>
              <w:rPr>
                <w:rFonts w:ascii="宋体" w:hAnsi="宋体" w:eastAsia="宋体"/>
                <w:b w:val="0"/>
                <w:sz w:val="18"/>
              </w:rPr>
              <w:t>选出部分算式指名学生板演，叙述自己的计算过程，其余算式让学生独立完成，集体评议，并交流发现的典型错例。</w:t>
            </w:r>
          </w:p>
          <w:p>
            <w:pPr>
              <w:spacing w:after="20" w:line="276" w:lineRule="auto"/>
            </w:pPr>
            <w:r>
              <w:rPr>
                <w:rFonts w:ascii="宋体" w:hAnsi="宋体" w:eastAsia="宋体"/>
                <w:b w:val="0"/>
                <w:sz w:val="18"/>
              </w:rPr>
              <w:t>2．完成教科书P25“练习四”第4题。</w:t>
            </w:r>
          </w:p>
          <w:p>
            <w:pPr>
              <w:spacing w:after="20" w:line="276" w:lineRule="auto"/>
            </w:pPr>
            <w:r>
              <w:rPr>
                <w:rFonts w:ascii="宋体" w:hAnsi="宋体" w:eastAsia="宋体"/>
                <w:b w:val="0"/>
                <w:sz w:val="18"/>
              </w:rPr>
              <w:t>独立完成后集体订正。</w:t>
            </w:r>
          </w:p>
          <w:p>
            <w:pPr>
              <w:spacing w:after="20" w:line="276" w:lineRule="auto"/>
            </w:pPr>
            <w:r>
              <w:rPr>
                <w:rFonts w:ascii="宋体" w:hAnsi="宋体" w:eastAsia="宋体"/>
                <w:b w:val="0"/>
                <w:sz w:val="18"/>
              </w:rPr>
              <w:t>3．完成教科书P25“练习四”第5题。</w:t>
            </w:r>
          </w:p>
          <w:p>
            <w:pPr>
              <w:spacing w:after="20" w:line="276" w:lineRule="auto"/>
            </w:pPr>
            <w:r>
              <w:rPr>
                <w:rFonts w:ascii="宋体" w:hAnsi="宋体" w:eastAsia="宋体"/>
                <w:b w:val="0"/>
                <w:sz w:val="18"/>
              </w:rPr>
              <w:t>(1)根据问题寻找所需要的数据列式计算。</w:t>
            </w:r>
          </w:p>
          <w:p>
            <w:pPr>
              <w:spacing w:after="20" w:line="276" w:lineRule="auto"/>
            </w:pPr>
            <w:r>
              <w:rPr>
                <w:rFonts w:ascii="宋体" w:hAnsi="宋体" w:eastAsia="宋体"/>
                <w:b w:val="0"/>
                <w:sz w:val="18"/>
              </w:rPr>
              <w:t>(2)交流展示。</w:t>
            </w:r>
          </w:p>
          <w:p>
            <w:pPr>
              <w:spacing w:after="20" w:line="276" w:lineRule="auto"/>
            </w:pPr>
            <w:r>
              <w:rPr>
                <w:rFonts w:ascii="宋体" w:hAnsi="宋体" w:eastAsia="宋体"/>
                <w:b w:val="0"/>
                <w:sz w:val="18"/>
              </w:rPr>
              <w:t>4．完成教科书P26“练习四”第8题。</w:t>
            </w:r>
          </w:p>
          <w:p>
            <w:pPr>
              <w:spacing w:after="20" w:line="276" w:lineRule="auto"/>
            </w:pPr>
            <w:r>
              <w:rPr>
                <w:rFonts w:ascii="宋体" w:hAnsi="宋体" w:eastAsia="宋体"/>
                <w:b w:val="0"/>
                <w:sz w:val="18"/>
              </w:rPr>
              <w:t>观察各题的计算错在哪里，再独立完成，同桌互相交流，集体订正。</w:t>
            </w:r>
          </w:p>
          <w:p>
            <w:pPr>
              <w:spacing w:after="20" w:line="276" w:lineRule="auto"/>
            </w:pPr>
            <w:r>
              <w:rPr>
                <w:rFonts w:ascii="宋体" w:hAnsi="宋体" w:eastAsia="宋体"/>
                <w:b w:val="0"/>
                <w:sz w:val="18"/>
              </w:rPr>
              <w:t>5．完成教科书P26“练习四”第9～11题。</w:t>
            </w:r>
          </w:p>
          <w:p>
            <w:pPr>
              <w:spacing w:after="20" w:line="276" w:lineRule="auto"/>
            </w:pPr>
            <w:r>
              <w:rPr>
                <w:rFonts w:ascii="宋体" w:hAnsi="宋体" w:eastAsia="宋体"/>
                <w:b w:val="0"/>
                <w:sz w:val="18"/>
              </w:rPr>
              <w:t>6．完成教科书P26“练习四”第*12题。</w:t>
            </w:r>
          </w:p>
          <w:p>
            <w:pPr>
              <w:spacing w:after="20" w:line="276" w:lineRule="auto"/>
            </w:pPr>
            <w:r>
              <w:rPr>
                <w:rFonts w:ascii="宋体" w:hAnsi="宋体" w:eastAsia="宋体"/>
                <w:b w:val="0"/>
                <w:sz w:val="18"/>
              </w:rPr>
              <w:t>(1)以为例示范教学，师生共同完成，强调商的十位和个位商0占位的问题。</w:t>
            </w:r>
          </w:p>
          <w:p>
            <w:pPr>
              <w:spacing w:after="20" w:line="276" w:lineRule="auto"/>
            </w:pPr>
            <w:r>
              <w:rPr>
                <w:rFonts w:ascii="宋体" w:hAnsi="宋体" w:eastAsia="宋体"/>
                <w:b w:val="0"/>
                <w:sz w:val="18"/>
              </w:rPr>
              <w:t>(2)学生尝试完成其余三题，教师巡视。</w:t>
            </w:r>
          </w:p>
        </w:tc>
        <w:tc>
          <w:tcPr>
            <w:tcW w:type="dxa" w:w="3061"/>
          </w:tcPr>
          <w:p>
            <w:pPr>
              <w:spacing w:after="20" w:line="276" w:lineRule="auto"/>
            </w:pPr>
            <w:r/>
            <w:r>
              <w:rPr>
                <w:rFonts w:ascii="宋体" w:hAnsi="宋体" w:eastAsia="宋体"/>
                <w:b w:val="0"/>
                <w:sz w:val="18"/>
              </w:rPr>
              <w:t>学生独立完成后交流。</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师：同学们，通过今天的学习，你们有什么收获？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商末尾有0的除法和商中间有0的除法的算理和算法都是一样的，在设计时，出示例题列出算式后，放手让学生独立完成，再根据学生笔算情况，把竖式简便的和不简便的、正确的与错误的进行对比，在对比中理解个位不够商1时，为什么要写0；写竖式时，哪一步可以省略不写。最后让学生对“商0”的各种情况进行总结规律，让学生学会从丰富的事例中抽象概括出规律，培养学生的抽象概括能力。</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教科书P24例6及“做一做”，教科书P25～26“练习四”第4，5，8～*12题。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教学中通过引导学生回顾上节课所学的内容来引入新知识，让学生大胆尝试、充分交流，在比较与辨析中掌握新知识，理解在商末尾商0占位的算理。这节课学生学得比较轻松，少数学生对于简便写法不太习惯，不能马上接受，还需要教师重点指导。在计算中，学生容易漏写商中间、商末尾的0及余数中的0，需要引导学生自我反思，加深印象。</w:t>
      </w:r>
    </w:p>
    <w:p>
      <w:r>
        <w:br w:type="page"/>
      </w:r>
    </w:p>
    <w:p>
      <w:pPr>
        <w:spacing w:after="80" w:line="300" w:lineRule="auto"/>
      </w:pPr>
      <w:r>
        <w:rPr>
          <w:rFonts w:ascii="黑体" w:hAnsi="黑体" w:eastAsia="黑体"/>
          <w:b/>
          <w:sz w:val="24"/>
        </w:rPr>
        <w:t>二、课时教学方案（第9课时）</w:t>
      </w:r>
    </w:p>
    <w:p>
      <w:pPr>
        <w:spacing w:after="80" w:line="300" w:lineRule="auto"/>
      </w:pPr>
      <w:r>
        <w:rPr>
          <w:rFonts w:ascii="黑体" w:hAnsi="黑体" w:eastAsia="黑体"/>
          <w:b/>
          <w:sz w:val="24"/>
        </w:rPr>
        <w:t>第9课时　解决问题(1)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第9课时　解决问题(1)</w:t>
            </w:r>
          </w:p>
        </w:tc>
        <w:tc>
          <w:tcPr>
            <w:tcW w:type="dxa" w:w="6009"/>
          </w:tcPr>
          <w:p>
            <w:pPr>
              <w:spacing w:after="20" w:line="276" w:lineRule="auto"/>
            </w:pPr>
            <w:r/>
            <w:r>
              <w:rPr>
                <w:rFonts w:ascii="宋体" w:hAnsi="宋体" w:eastAsia="宋体"/>
                <w:b w:val="0"/>
                <w:sz w:val="20"/>
              </w:rPr>
              <w:t>第2单元 除数是一位数的除法（笔算除法）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学生已经会计算表内除法和一位数乘整十、整百数的口算。这些口算经验是帮助学生学习除数是一位数的口算除法的重要基础。学生在二年级学习了“表内除法”和“有余数的除法”，对竖式有最基础的了解，但本单元的笔算除法需要学生学会综合运用乘法、减法、加法等知识与方法，而除法竖式的演算是一种数学思维的特殊表达方式，学生在对除的顺序和竖式的写法的理解与掌握上会有一定的困难。</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教学内容：教科书P27例7及P29“做一做”第1题，教科书P29～30“练习五”第1～3，6题。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（1）经历发现问题、提出问题、解决问题的过程，会用连乘解决问题。</w:t>
      </w:r>
    </w:p>
    <w:p>
      <w:pPr>
        <w:spacing w:after="20" w:line="300" w:lineRule="auto"/>
        <w:ind w:firstLine="400"/>
      </w:pPr>
      <w:r>
        <w:rPr>
          <w:rFonts w:ascii="宋体" w:hAnsi="宋体" w:eastAsia="宋体"/>
          <w:b w:val="0"/>
          <w:sz w:val="20"/>
        </w:rPr>
        <w:t>（2）培养多角度观察问题，会用两种方法解决同一问题，初步形成综合运用数学知识解决问题的能力。</w:t>
      </w:r>
    </w:p>
    <w:p>
      <w:pPr>
        <w:spacing w:after="20" w:line="300" w:lineRule="auto"/>
        <w:ind w:firstLine="400"/>
      </w:pPr>
      <w:r>
        <w:rPr>
          <w:rFonts w:ascii="宋体" w:hAnsi="宋体" w:eastAsia="宋体"/>
          <w:b w:val="0"/>
          <w:sz w:val="20"/>
        </w:rPr>
        <w:t>（3）在探究中体会数学与生活的密切联系，获得解决问题的成功体验。</w:t>
      </w:r>
    </w:p>
    <w:p>
      <w:pPr>
        <w:spacing w:after="20" w:line="300" w:lineRule="auto"/>
      </w:pPr>
      <w:r>
        <w:rPr>
          <w:rFonts w:ascii="宋体" w:hAnsi="宋体" w:eastAsia="宋体"/>
          <w:b w:val="0"/>
          <w:sz w:val="20"/>
        </w:rPr>
        <w:t>教学重点：学会用连乘解决问题，体现解题策略的多样化。</w:t>
      </w:r>
    </w:p>
    <w:p>
      <w:pPr>
        <w:spacing w:after="20" w:line="300" w:lineRule="auto"/>
      </w:pPr>
      <w:r>
        <w:rPr>
          <w:rFonts w:ascii="宋体" w:hAnsi="宋体" w:eastAsia="宋体"/>
          <w:b w:val="0"/>
          <w:sz w:val="20"/>
        </w:rPr>
        <w:t>教学难点：会用不同方法解决问题，形成解题策略。</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二、解决问题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每箱个数×箱数＝总个数</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每个价钱×总个数＝总价钱</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每个价钱×每箱个数＝每箱价钱</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每箱价钱×箱数＝总价钱</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三、巩固运用</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每行人数×行数＝每个方阵人数</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每个方阵人数×方阵数＝总人数</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每个方阵行数×方阵数＝总行数</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每行人数×总行数＝总人数</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四、课堂小结　　师：通过这节课的学习，你们有什么收获？</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一、复习导入</w:t>
            </w:r>
          </w:p>
        </w:tc>
        <w:tc>
          <w:tcPr>
            <w:tcW w:type="dxa" w:w="3061"/>
          </w:tcPr>
          <w:p>
            <w:pPr>
              <w:spacing w:after="20" w:line="276" w:lineRule="auto"/>
            </w:pPr>
            <w:r/>
            <w:r>
              <w:rPr>
                <w:rFonts w:ascii="宋体" w:hAnsi="宋体" w:eastAsia="宋体"/>
                <w:b w:val="0"/>
                <w:sz w:val="18"/>
              </w:rPr>
              <w:t>课件出示习题，学生完成后集体订正。</w:t>
            </w:r>
          </w:p>
          <w:p>
            <w:pPr>
              <w:spacing w:after="20" w:line="276" w:lineRule="auto"/>
            </w:pPr>
            <w:r>
              <w:rPr>
                <w:rFonts w:ascii="宋体" w:hAnsi="宋体" w:eastAsia="宋体"/>
                <w:b w:val="0"/>
                <w:sz w:val="18"/>
              </w:rPr>
              <w:t>1．口算。</w:t>
            </w:r>
          </w:p>
          <w:p>
            <w:pPr>
              <w:spacing w:after="20" w:line="276" w:lineRule="auto"/>
            </w:pPr>
            <w:r>
              <w:rPr>
                <w:rFonts w:ascii="宋体" w:hAnsi="宋体" w:eastAsia="宋体"/>
                <w:b w:val="0"/>
                <w:sz w:val="18"/>
              </w:rPr>
              <w:t>4×6＝　　　　20×4＝　　　　3×2×40＝</w:t>
            </w:r>
          </w:p>
          <w:p>
            <w:pPr>
              <w:spacing w:after="20" w:line="276" w:lineRule="auto"/>
            </w:pPr>
            <w:r>
              <w:rPr>
                <w:rFonts w:ascii="宋体" w:hAnsi="宋体" w:eastAsia="宋体"/>
                <w:b w:val="0"/>
                <w:sz w:val="18"/>
              </w:rPr>
              <w:t>10×4×2＝    5×4×9＝      4×25×6＝</w:t>
            </w:r>
          </w:p>
          <w:p>
            <w:pPr>
              <w:spacing w:after="20" w:line="276" w:lineRule="auto"/>
            </w:pPr>
            <w:r>
              <w:rPr>
                <w:rFonts w:ascii="宋体" w:hAnsi="宋体" w:eastAsia="宋体"/>
                <w:b w:val="0"/>
                <w:sz w:val="18"/>
              </w:rPr>
              <w:t>2．口头列式计算。</w:t>
            </w:r>
          </w:p>
          <w:p>
            <w:pPr>
              <w:spacing w:after="20" w:line="276" w:lineRule="auto"/>
            </w:pPr>
            <w:r>
              <w:rPr>
                <w:rFonts w:ascii="宋体" w:hAnsi="宋体" w:eastAsia="宋体"/>
                <w:b w:val="0"/>
                <w:sz w:val="18"/>
              </w:rPr>
              <w:t>某超市一周卖出2箱保温杯，每箱4个，一共卖出多少个？</w:t>
            </w:r>
          </w:p>
          <w:p>
            <w:pPr>
              <w:spacing w:after="20" w:line="276" w:lineRule="auto"/>
            </w:pPr>
            <w:r>
              <w:rPr>
                <w:rFonts w:ascii="宋体" w:hAnsi="宋体" w:eastAsia="宋体"/>
                <w:b w:val="0"/>
                <w:sz w:val="18"/>
              </w:rPr>
              <w:t>师：如果增加一个条件：“每个保温杯售价50元”，求“一共卖了多少钱”你会解决吗？今天我们就来解决这一类问题。[板书课题：解决问题(1)]</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二、解决问题</w:t>
            </w:r>
          </w:p>
        </w:tc>
        <w:tc>
          <w:tcPr>
            <w:tcW w:type="dxa" w:w="3061"/>
          </w:tcPr>
          <w:p>
            <w:pPr>
              <w:spacing w:after="20" w:line="276" w:lineRule="auto"/>
            </w:pPr>
            <w:r/>
            <w:r>
              <w:rPr>
                <w:rFonts w:ascii="宋体" w:hAnsi="宋体" w:eastAsia="宋体"/>
                <w:b w:val="0"/>
                <w:sz w:val="18"/>
              </w:rPr>
              <w:t>课件出示教科书P27例7。</w:t>
            </w:r>
          </w:p>
          <w:p>
            <w:pPr>
              <w:spacing w:after="20" w:line="276" w:lineRule="auto"/>
            </w:pPr>
            <w:r>
              <w:rPr>
                <w:rFonts w:ascii="宋体" w:hAnsi="宋体" w:eastAsia="宋体"/>
                <w:b w:val="0"/>
                <w:sz w:val="18"/>
              </w:rPr>
              <w:t>某超市一周卖出2箱保温杯，每箱4个。每个保温杯售价50元。一共卖了多少钱？</w:t>
            </w:r>
          </w:p>
          <w:p>
            <w:pPr>
              <w:spacing w:after="20" w:line="276" w:lineRule="auto"/>
            </w:pPr>
            <w:r>
              <w:rPr>
                <w:rFonts w:ascii="宋体" w:hAnsi="宋体" w:eastAsia="宋体"/>
                <w:b w:val="0"/>
                <w:sz w:val="18"/>
              </w:rPr>
              <w:t>1．阅读理解。</w:t>
            </w:r>
          </w:p>
          <w:p>
            <w:pPr>
              <w:spacing w:after="20" w:line="276" w:lineRule="auto"/>
            </w:pPr>
            <w:r>
              <w:rPr>
                <w:rFonts w:ascii="宋体" w:hAnsi="宋体" w:eastAsia="宋体"/>
                <w:b w:val="0"/>
                <w:sz w:val="18"/>
              </w:rPr>
              <w:t>师：解决问题先要阅读理解题意，请你用自己的方式表示已知条件和问题。</w:t>
            </w:r>
          </w:p>
          <w:p>
            <w:pPr>
              <w:spacing w:after="20" w:line="276" w:lineRule="auto"/>
            </w:pPr>
            <w:r>
              <w:rPr>
                <w:rFonts w:ascii="宋体" w:hAnsi="宋体" w:eastAsia="宋体"/>
                <w:b w:val="0"/>
                <w:sz w:val="18"/>
              </w:rPr>
              <w:t>(1)学生独立摘录，教师巡视，选取典型的方法准备交流。</w:t>
            </w:r>
          </w:p>
          <w:p>
            <w:pPr>
              <w:spacing w:after="20" w:line="276" w:lineRule="auto"/>
            </w:pPr>
            <w:r>
              <w:rPr>
                <w:rFonts w:ascii="宋体" w:hAnsi="宋体" w:eastAsia="宋体"/>
                <w:b w:val="0"/>
                <w:sz w:val="18"/>
              </w:rPr>
              <w:t>(2)展示学生的成果。</w:t>
            </w:r>
          </w:p>
          <w:p>
            <w:pPr>
              <w:spacing w:after="20" w:line="276" w:lineRule="auto"/>
            </w:pPr>
            <w:r>
              <w:rPr>
                <w:rFonts w:ascii="宋体" w:hAnsi="宋体" w:eastAsia="宋体"/>
                <w:b w:val="0"/>
                <w:sz w:val="18"/>
              </w:rPr>
              <w:t>展示后聚焦画图的方法，如：</w:t>
            </w:r>
          </w:p>
          <w:p>
            <w:pPr>
              <w:spacing w:after="20" w:line="276" w:lineRule="auto"/>
            </w:pPr>
            <w:r>
              <w:rPr>
                <w:rFonts w:ascii="宋体" w:hAnsi="宋体" w:eastAsia="宋体"/>
                <w:b w:val="0"/>
                <w:sz w:val="18"/>
              </w:rPr>
              <w:t>2．分析解答。</w:t>
            </w:r>
          </w:p>
          <w:p>
            <w:pPr>
              <w:spacing w:after="20" w:line="276" w:lineRule="auto"/>
            </w:pPr>
            <w:r>
              <w:rPr>
                <w:rFonts w:ascii="宋体" w:hAnsi="宋体" w:eastAsia="宋体"/>
                <w:b w:val="0"/>
                <w:sz w:val="18"/>
              </w:rPr>
              <w:t>(1)独立尝试。</w:t>
            </w:r>
          </w:p>
          <w:p>
            <w:pPr>
              <w:spacing w:after="20" w:line="276" w:lineRule="auto"/>
            </w:pPr>
            <w:r>
              <w:rPr>
                <w:rFonts w:ascii="宋体" w:hAnsi="宋体" w:eastAsia="宋体"/>
                <w:b w:val="0"/>
                <w:sz w:val="18"/>
              </w:rPr>
              <w:t>师：请完成的同学在小组里互相说一说你是怎么想的。</w:t>
            </w:r>
          </w:p>
          <w:p>
            <w:pPr>
              <w:spacing w:after="20" w:line="276" w:lineRule="auto"/>
            </w:pPr>
            <w:r>
              <w:rPr>
                <w:rFonts w:ascii="宋体" w:hAnsi="宋体" w:eastAsia="宋体"/>
                <w:b w:val="0"/>
                <w:sz w:val="18"/>
              </w:rPr>
              <w:t>(2)展示交流。</w:t>
            </w:r>
          </w:p>
          <w:p>
            <w:pPr>
              <w:spacing w:after="20" w:line="276" w:lineRule="auto"/>
            </w:pPr>
            <w:r>
              <w:rPr>
                <w:rFonts w:ascii="宋体" w:hAnsi="宋体" w:eastAsia="宋体"/>
                <w:b w:val="0"/>
                <w:sz w:val="18"/>
              </w:rPr>
              <w:t>师：刚才老师在巡视的过程中，发现同学们能用不同的方法解决这个问题。谁愿意将自己的思路展示给大家，让大家一起分享你的成果？(适时板书)</w:t>
            </w:r>
          </w:p>
          <w:p>
            <w:pPr>
              <w:spacing w:after="20" w:line="276" w:lineRule="auto"/>
            </w:pPr>
            <w:r>
              <w:rPr>
                <w:rFonts w:ascii="宋体" w:hAnsi="宋体" w:eastAsia="宋体"/>
                <w:b w:val="0"/>
                <w:sz w:val="18"/>
              </w:rPr>
              <w:t>①一共卖出多少个保温杯？</w:t>
            </w:r>
          </w:p>
        </w:tc>
        <w:tc>
          <w:tcPr>
            <w:tcW w:type="dxa" w:w="3061"/>
          </w:tcPr>
          <w:p>
            <w:pPr>
              <w:spacing w:after="20" w:line="276" w:lineRule="auto"/>
            </w:pPr>
            <w:r/>
            <w:r>
              <w:rPr>
                <w:rFonts w:ascii="宋体" w:hAnsi="宋体" w:eastAsia="宋体"/>
                <w:b w:val="0"/>
                <w:sz w:val="18"/>
              </w:rPr>
              <w:t>学生独立思考，教师巡视。</w:t>
            </w:r>
          </w:p>
          <w:p>
            <w:pPr>
              <w:spacing w:after="20" w:line="276" w:lineRule="auto"/>
            </w:pPr>
            <w:r>
              <w:rPr>
                <w:rFonts w:ascii="宋体" w:hAnsi="宋体" w:eastAsia="宋体"/>
                <w:b w:val="0"/>
                <w:sz w:val="18"/>
              </w:rPr>
              <w:t>方法一：先根据“2箱保温杯，每箱4个”，可以先求出一共卖出多少个保温杯，再求一共卖了多少钱？步骤如下：</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每箱个数×箱数＝总个数</w:t>
            </w:r>
          </w:p>
        </w:tc>
        <w:tc>
          <w:tcPr>
            <w:tcW w:type="dxa" w:w="3061"/>
          </w:tcPr>
          <w:p>
            <w:pPr>
              <w:spacing w:after="20" w:line="276" w:lineRule="auto"/>
            </w:pPr>
            <w:r/>
            <w:r>
              <w:rPr>
                <w:rFonts w:ascii="宋体" w:hAnsi="宋体" w:eastAsia="宋体"/>
                <w:b w:val="0"/>
                <w:sz w:val="18"/>
              </w:rPr>
              <w:t>4×2＝8(个)</w:t>
            </w:r>
          </w:p>
          <w:p>
            <w:pPr>
              <w:spacing w:after="20" w:line="276" w:lineRule="auto"/>
            </w:pPr>
            <w:r>
              <w:rPr>
                <w:rFonts w:ascii="宋体" w:hAnsi="宋体" w:eastAsia="宋体"/>
                <w:b w:val="0"/>
                <w:sz w:val="18"/>
              </w:rPr>
              <w:t>②一共卖了多少钱？</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每个价钱×总个数＝总价钱</w:t>
            </w:r>
          </w:p>
        </w:tc>
        <w:tc>
          <w:tcPr>
            <w:tcW w:type="dxa" w:w="3061"/>
          </w:tcPr>
          <w:p>
            <w:pPr>
              <w:spacing w:after="20" w:line="276" w:lineRule="auto"/>
            </w:pPr>
            <w:r/>
            <w:r>
              <w:rPr>
                <w:rFonts w:ascii="宋体" w:hAnsi="宋体" w:eastAsia="宋体"/>
                <w:b w:val="0"/>
                <w:sz w:val="18"/>
              </w:rPr>
              <w:t>50×8＝400(元)</w:t>
            </w:r>
          </w:p>
          <w:p>
            <w:pPr>
              <w:spacing w:after="20" w:line="276" w:lineRule="auto"/>
            </w:pPr>
            <w:r>
              <w:rPr>
                <w:rFonts w:ascii="宋体" w:hAnsi="宋体" w:eastAsia="宋体"/>
                <w:b w:val="0"/>
                <w:sz w:val="18"/>
              </w:rPr>
              <w:t>综合算式：50×(4×2)</w:t>
            </w:r>
          </w:p>
          <w:p>
            <w:pPr>
              <w:spacing w:after="20" w:line="276" w:lineRule="auto"/>
            </w:pPr>
            <w:r>
              <w:rPr>
                <w:rFonts w:ascii="宋体" w:hAnsi="宋体" w:eastAsia="宋体"/>
                <w:b w:val="0"/>
                <w:sz w:val="18"/>
              </w:rPr>
              <w:t>方法二：可以从问题出发，要求“一共卖了多少钱”，想到可以用“每箱价钱×箱数”，先求出每箱卖了多少钱。</w:t>
            </w:r>
          </w:p>
          <w:p>
            <w:pPr>
              <w:spacing w:after="20" w:line="276" w:lineRule="auto"/>
            </w:pPr>
            <w:r>
              <w:rPr>
                <w:rFonts w:ascii="宋体" w:hAnsi="宋体" w:eastAsia="宋体"/>
                <w:b w:val="0"/>
                <w:sz w:val="18"/>
              </w:rPr>
              <w:t>①每箱卖了多少钱？</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每个价钱×每箱个数＝每箱价钱</w:t>
            </w:r>
          </w:p>
        </w:tc>
        <w:tc>
          <w:tcPr>
            <w:tcW w:type="dxa" w:w="3061"/>
          </w:tcPr>
          <w:p>
            <w:pPr>
              <w:spacing w:after="20" w:line="276" w:lineRule="auto"/>
            </w:pPr>
            <w:r/>
            <w:r>
              <w:rPr>
                <w:rFonts w:ascii="宋体" w:hAnsi="宋体" w:eastAsia="宋体"/>
                <w:b w:val="0"/>
                <w:sz w:val="18"/>
              </w:rPr>
              <w:t>50×4＝200(元)</w:t>
            </w:r>
          </w:p>
          <w:p>
            <w:pPr>
              <w:spacing w:after="20" w:line="276" w:lineRule="auto"/>
            </w:pPr>
            <w:r>
              <w:rPr>
                <w:rFonts w:ascii="宋体" w:hAnsi="宋体" w:eastAsia="宋体"/>
                <w:b w:val="0"/>
                <w:sz w:val="18"/>
              </w:rPr>
              <w:t>②一共卖了多少钱？</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每箱价钱×箱数＝总价钱</w:t>
            </w:r>
          </w:p>
        </w:tc>
        <w:tc>
          <w:tcPr>
            <w:tcW w:type="dxa" w:w="3061"/>
          </w:tcPr>
          <w:p>
            <w:pPr>
              <w:spacing w:after="20" w:line="276" w:lineRule="auto"/>
            </w:pPr>
            <w:r/>
            <w:r>
              <w:rPr>
                <w:rFonts w:ascii="宋体" w:hAnsi="宋体" w:eastAsia="宋体"/>
                <w:b w:val="0"/>
                <w:sz w:val="18"/>
              </w:rPr>
              <w:t>200×2＝400(元)</w:t>
            </w:r>
          </w:p>
          <w:p>
            <w:pPr>
              <w:spacing w:after="20" w:line="276" w:lineRule="auto"/>
            </w:pPr>
            <w:r>
              <w:rPr>
                <w:rFonts w:ascii="宋体" w:hAnsi="宋体" w:eastAsia="宋体"/>
                <w:b w:val="0"/>
                <w:sz w:val="18"/>
              </w:rPr>
              <w:t>综合算式：50×4×2</w:t>
            </w:r>
          </w:p>
          <w:p>
            <w:pPr>
              <w:spacing w:after="20" w:line="276" w:lineRule="auto"/>
            </w:pPr>
            <w:r>
              <w:rPr>
                <w:rFonts w:ascii="宋体" w:hAnsi="宋体" w:eastAsia="宋体"/>
                <w:b w:val="0"/>
                <w:sz w:val="18"/>
              </w:rPr>
              <w:t>3．回顾反思。</w:t>
            </w:r>
          </w:p>
        </w:tc>
        <w:tc>
          <w:tcPr>
            <w:tcW w:type="dxa" w:w="3061"/>
          </w:tcPr>
          <w:p>
            <w:pPr>
              <w:spacing w:after="20" w:line="276" w:lineRule="auto"/>
            </w:pPr>
            <w:r/>
            <w:r>
              <w:rPr>
                <w:rFonts w:ascii="宋体" w:hAnsi="宋体" w:eastAsia="宋体"/>
                <w:b w:val="0"/>
                <w:sz w:val="18"/>
              </w:rPr>
              <w:t>讨论：上面两种方法有什么相同的地方？</w:t>
            </w:r>
          </w:p>
          <w:p>
            <w:pPr>
              <w:spacing w:after="20" w:line="276" w:lineRule="auto"/>
            </w:pPr>
            <w:r>
              <w:rPr>
                <w:rFonts w:ascii="宋体" w:hAnsi="宋体" w:eastAsia="宋体"/>
                <w:b w:val="0"/>
                <w:sz w:val="18"/>
              </w:rPr>
              <w:t>交流后明确：都是利用乘法的意义来分析数量关系，用乘法两步计算来解决问题。</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三、巩固运用</w:t>
            </w:r>
          </w:p>
        </w:tc>
        <w:tc>
          <w:tcPr>
            <w:tcW w:type="dxa" w:w="3061"/>
          </w:tcPr>
          <w:p>
            <w:pPr>
              <w:spacing w:after="20" w:line="276" w:lineRule="auto"/>
            </w:pPr>
            <w:r/>
            <w:r>
              <w:rPr>
                <w:rFonts w:ascii="宋体" w:hAnsi="宋体" w:eastAsia="宋体"/>
                <w:b w:val="0"/>
                <w:sz w:val="18"/>
              </w:rPr>
              <w:t>1.完成教科书P29“做一做”第1题。</w:t>
            </w:r>
          </w:p>
          <w:p>
            <w:pPr>
              <w:spacing w:after="20" w:line="276" w:lineRule="auto"/>
            </w:pPr>
            <w:r>
              <w:rPr>
                <w:rFonts w:ascii="宋体" w:hAnsi="宋体" w:eastAsia="宋体"/>
                <w:b w:val="0"/>
                <w:sz w:val="18"/>
              </w:rPr>
              <w:t>(1)先分步列算式，说一说每一步的意义和数量关系，再列综合算式，教师巡视，指名不同方法上台板演。</w:t>
            </w:r>
          </w:p>
          <w:p>
            <w:pPr>
              <w:spacing w:after="20" w:line="276" w:lineRule="auto"/>
            </w:pPr>
            <w:r>
              <w:rPr>
                <w:rFonts w:ascii="宋体" w:hAnsi="宋体" w:eastAsia="宋体"/>
                <w:b w:val="0"/>
                <w:sz w:val="18"/>
              </w:rPr>
              <w:t>(2)结合不同方法交流步骤及每一步的数量关系。</w:t>
            </w:r>
          </w:p>
          <w:p>
            <w:pPr>
              <w:spacing w:after="20" w:line="276" w:lineRule="auto"/>
            </w:pPr>
            <w:r>
              <w:rPr>
                <w:rFonts w:ascii="宋体" w:hAnsi="宋体" w:eastAsia="宋体"/>
                <w:b w:val="0"/>
                <w:sz w:val="18"/>
              </w:rPr>
              <w:t>方法一：①先求每个方阵有多少人。</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每行人数×行数＝每个方阵人数</w:t>
            </w:r>
          </w:p>
        </w:tc>
        <w:tc>
          <w:tcPr>
            <w:tcW w:type="dxa" w:w="3061"/>
          </w:tcPr>
          <w:p>
            <w:pPr>
              <w:spacing w:after="20" w:line="276" w:lineRule="auto"/>
            </w:pPr>
            <w:r/>
            <w:r>
              <w:rPr>
                <w:rFonts w:ascii="宋体" w:hAnsi="宋体" w:eastAsia="宋体"/>
                <w:b w:val="0"/>
                <w:sz w:val="18"/>
              </w:rPr>
              <w:t>4×5＝20(人)</w:t>
            </w:r>
          </w:p>
          <w:p>
            <w:pPr>
              <w:spacing w:after="20" w:line="276" w:lineRule="auto"/>
            </w:pPr>
            <w:r>
              <w:rPr>
                <w:rFonts w:ascii="宋体" w:hAnsi="宋体" w:eastAsia="宋体"/>
                <w:b w:val="0"/>
                <w:sz w:val="18"/>
              </w:rPr>
              <w:t>②再求3个方阵一共有多少人。</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每个方阵人数×方阵数＝总人数</w:t>
            </w:r>
          </w:p>
        </w:tc>
        <w:tc>
          <w:tcPr>
            <w:tcW w:type="dxa" w:w="3061"/>
          </w:tcPr>
          <w:p>
            <w:pPr>
              <w:spacing w:after="20" w:line="276" w:lineRule="auto"/>
            </w:pPr>
            <w:r/>
            <w:r>
              <w:rPr>
                <w:rFonts w:ascii="宋体" w:hAnsi="宋体" w:eastAsia="宋体"/>
                <w:b w:val="0"/>
                <w:sz w:val="18"/>
              </w:rPr>
              <w:t>20×3＝60(人)</w:t>
            </w:r>
          </w:p>
          <w:p>
            <w:pPr>
              <w:spacing w:after="20" w:line="276" w:lineRule="auto"/>
            </w:pPr>
            <w:r>
              <w:rPr>
                <w:rFonts w:ascii="宋体" w:hAnsi="宋体" w:eastAsia="宋体"/>
                <w:b w:val="0"/>
                <w:sz w:val="18"/>
              </w:rPr>
              <w:t>综合算式：4×5×3＝60(人)</w:t>
            </w:r>
          </w:p>
          <w:p>
            <w:pPr>
              <w:spacing w:after="20" w:line="276" w:lineRule="auto"/>
            </w:pPr>
            <w:r>
              <w:rPr>
                <w:rFonts w:ascii="宋体" w:hAnsi="宋体" w:eastAsia="宋体"/>
                <w:b w:val="0"/>
                <w:sz w:val="18"/>
              </w:rPr>
              <w:t>方法二：①先求3个方阵有多少行。</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每个方阵行数×方阵数＝总行数</w:t>
            </w:r>
          </w:p>
        </w:tc>
        <w:tc>
          <w:tcPr>
            <w:tcW w:type="dxa" w:w="3061"/>
          </w:tcPr>
          <w:p>
            <w:pPr>
              <w:spacing w:after="20" w:line="276" w:lineRule="auto"/>
            </w:pPr>
            <w:r/>
            <w:r>
              <w:rPr>
                <w:rFonts w:ascii="宋体" w:hAnsi="宋体" w:eastAsia="宋体"/>
                <w:b w:val="0"/>
                <w:sz w:val="18"/>
              </w:rPr>
              <w:t>5×3＝15(行)</w:t>
            </w:r>
          </w:p>
          <w:p>
            <w:pPr>
              <w:spacing w:after="20" w:line="276" w:lineRule="auto"/>
            </w:pPr>
            <w:r>
              <w:rPr>
                <w:rFonts w:ascii="宋体" w:hAnsi="宋体" w:eastAsia="宋体"/>
                <w:b w:val="0"/>
                <w:sz w:val="18"/>
              </w:rPr>
              <w:t>②再求3个方阵一共有多少人？</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每行人数×总行数＝总人数</w:t>
            </w:r>
          </w:p>
        </w:tc>
        <w:tc>
          <w:tcPr>
            <w:tcW w:type="dxa" w:w="3061"/>
          </w:tcPr>
          <w:p>
            <w:pPr>
              <w:spacing w:after="20" w:line="276" w:lineRule="auto"/>
            </w:pPr>
            <w:r/>
            <w:r>
              <w:rPr>
                <w:rFonts w:ascii="宋体" w:hAnsi="宋体" w:eastAsia="宋体"/>
                <w:b w:val="0"/>
                <w:sz w:val="18"/>
              </w:rPr>
              <w:t>4×15＝60(人)</w:t>
            </w:r>
          </w:p>
          <w:p>
            <w:pPr>
              <w:spacing w:after="20" w:line="276" w:lineRule="auto"/>
            </w:pPr>
            <w:r>
              <w:rPr>
                <w:rFonts w:ascii="宋体" w:hAnsi="宋体" w:eastAsia="宋体"/>
                <w:b w:val="0"/>
                <w:sz w:val="18"/>
              </w:rPr>
              <w:t>综合算式：4×(5×3)＝60(人)</w:t>
            </w:r>
          </w:p>
          <w:p>
            <w:pPr>
              <w:spacing w:after="20" w:line="276" w:lineRule="auto"/>
            </w:pPr>
            <w:r>
              <w:rPr>
                <w:rFonts w:ascii="宋体" w:hAnsi="宋体" w:eastAsia="宋体"/>
                <w:b w:val="0"/>
                <w:sz w:val="18"/>
              </w:rPr>
              <w:t>2．完成教科书P29“练习五”第1题。</w:t>
            </w:r>
          </w:p>
          <w:p>
            <w:pPr>
              <w:spacing w:after="20" w:line="276" w:lineRule="auto"/>
            </w:pPr>
            <w:r>
              <w:rPr>
                <w:rFonts w:ascii="宋体" w:hAnsi="宋体" w:eastAsia="宋体"/>
                <w:b w:val="0"/>
                <w:sz w:val="18"/>
              </w:rPr>
              <w:t>(1)阅读理解题意后分步列式并说一说每一步的意义。</w:t>
            </w:r>
          </w:p>
          <w:p>
            <w:pPr>
              <w:spacing w:after="20" w:line="276" w:lineRule="auto"/>
            </w:pPr>
            <w:r>
              <w:rPr>
                <w:rFonts w:ascii="宋体" w:hAnsi="宋体" w:eastAsia="宋体"/>
                <w:b w:val="0"/>
                <w:sz w:val="18"/>
              </w:rPr>
              <w:t>(2)汇报交流。</w:t>
            </w:r>
          </w:p>
          <w:p>
            <w:pPr>
              <w:spacing w:after="20" w:line="276" w:lineRule="auto"/>
            </w:pPr>
            <w:r>
              <w:rPr>
                <w:rFonts w:ascii="宋体" w:hAnsi="宋体" w:eastAsia="宋体"/>
                <w:b w:val="0"/>
                <w:sz w:val="18"/>
              </w:rPr>
              <w:t>3．完成教科书P29“练习五”第2，3题。</w:t>
            </w:r>
          </w:p>
          <w:p>
            <w:pPr>
              <w:spacing w:after="20" w:line="276" w:lineRule="auto"/>
            </w:pPr>
            <w:r>
              <w:rPr>
                <w:rFonts w:ascii="宋体" w:hAnsi="宋体" w:eastAsia="宋体"/>
                <w:b w:val="0"/>
                <w:sz w:val="18"/>
              </w:rPr>
              <w:t>4．完成教科书P30“练习五”第6题。</w:t>
            </w:r>
          </w:p>
          <w:p>
            <w:pPr>
              <w:spacing w:after="20" w:line="276" w:lineRule="auto"/>
            </w:pPr>
            <w:r>
              <w:rPr>
                <w:rFonts w:ascii="宋体" w:hAnsi="宋体" w:eastAsia="宋体"/>
                <w:b w:val="0"/>
                <w:sz w:val="18"/>
              </w:rPr>
              <w:t>(1)“来回”什么意思？</w:t>
            </w:r>
          </w:p>
          <w:p>
            <w:pPr>
              <w:spacing w:after="20" w:line="276" w:lineRule="auto"/>
            </w:pPr>
            <w:r>
              <w:rPr>
                <w:rFonts w:ascii="宋体" w:hAnsi="宋体" w:eastAsia="宋体"/>
                <w:b w:val="0"/>
                <w:sz w:val="18"/>
              </w:rPr>
              <w:t>(2)学生独立完成后交流。</w:t>
            </w:r>
          </w:p>
        </w:tc>
        <w:tc>
          <w:tcPr>
            <w:tcW w:type="dxa" w:w="3061"/>
          </w:tcPr>
          <w:p>
            <w:pPr>
              <w:spacing w:after="20" w:line="276" w:lineRule="auto"/>
            </w:pPr>
            <w:r/>
            <w:r>
              <w:rPr>
                <w:rFonts w:ascii="宋体" w:hAnsi="宋体" w:eastAsia="宋体"/>
                <w:b w:val="0"/>
                <w:sz w:val="18"/>
              </w:rPr>
              <w:t>学生独立完成后交流不同方法，强调每一步算式的数量关系和意义。</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四、课堂小结　　师：通过这节课的学习，你们有什么收获？</w:t>
            </w:r>
          </w:p>
        </w:tc>
        <w:tc>
          <w:tcPr>
            <w:tcW w:type="dxa" w:w="3061"/>
          </w:tcPr>
          <w:p>
            <w:pPr>
              <w:spacing w:after="20" w:line="276" w:lineRule="auto"/>
            </w:pPr>
            <w:r/>
            <w:r>
              <w:rPr>
                <w:rFonts w:ascii="宋体" w:hAnsi="宋体" w:eastAsia="宋体"/>
                <w:b w:val="0"/>
                <w:sz w:val="18"/>
              </w:rPr>
              <w:t>——</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本节课教学用乘法两步计算来解决问题，设计时按照解决问题的三个步骤教学，阅读理解环节，通过画图来梳理已知条件和问题，直观呈现了思维过程，教给了学生阅读理解的方法。分析解答环节借助图引导学生分析数量关系，独立尝试，在汇报交流中明确先解答什么，再解答什么，分析每一步的数量关系，熟悉解决两步计算问题的过程和不同方法。回顾反思环节在方法比较中找相同的地方，对数量关系进行总结。</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教科书P27例7及P29“做一做”第1题，教科书P29～30“练习五”第1～3，6题。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教学中，遵循解决问题的三个步骤教学，让学生经历自主收集、理解数学信息，寻找解决问题的方法，回顾反思的过程。有意识地引导学生从不同角度去分析信息，深刻领会不同解法的算理，理解不同解法所表示的不同的数量关系。这样教学使学生逐步养成从多角度观察问题的习惯，逐步提高学生分析问题和解决问题的能力。学生在课堂中占据着主体地位，学习积极性也更加高涨。</w:t>
      </w:r>
    </w:p>
    <w:p>
      <w:r>
        <w:br w:type="page"/>
      </w:r>
    </w:p>
    <w:p>
      <w:pPr>
        <w:spacing w:after="80" w:line="300" w:lineRule="auto"/>
      </w:pPr>
      <w:r>
        <w:rPr>
          <w:rFonts w:ascii="黑体" w:hAnsi="黑体" w:eastAsia="黑体"/>
          <w:b/>
          <w:sz w:val="24"/>
        </w:rPr>
        <w:t>二、课时教学方案（第10课时）</w:t>
      </w:r>
    </w:p>
    <w:p>
      <w:pPr>
        <w:spacing w:after="80" w:line="300" w:lineRule="auto"/>
      </w:pPr>
      <w:r>
        <w:rPr>
          <w:rFonts w:ascii="黑体" w:hAnsi="黑体" w:eastAsia="黑体"/>
          <w:b/>
          <w:sz w:val="24"/>
        </w:rPr>
        <w:t>第10课时　解决问题(2)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第10课时　解决问题(2)</w:t>
            </w:r>
          </w:p>
        </w:tc>
        <w:tc>
          <w:tcPr>
            <w:tcW w:type="dxa" w:w="6009"/>
          </w:tcPr>
          <w:p>
            <w:pPr>
              <w:spacing w:after="20" w:line="276" w:lineRule="auto"/>
            </w:pPr>
            <w:r/>
            <w:r>
              <w:rPr>
                <w:rFonts w:ascii="宋体" w:hAnsi="宋体" w:eastAsia="宋体"/>
                <w:b w:val="0"/>
                <w:sz w:val="20"/>
              </w:rPr>
              <w:t>第2单元 除数是一位数的除法（笔算除法）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学生已经会计算表内除法和一位数乘整十、整百数的口算。这些口算经验是帮助学生学习除数是一位数的口算除法的重要基础。学生在二年级学习了“表内除法”和“有余数的除法”，对竖式有最基础的了解，但本单元的笔算除法需要学生学会综合运用乘法、减法、加法等知识与方法，而除法竖式的演算是一种数学思维的特殊表达方式，学生在对除的顺序和竖式的写法的理解与掌握上会有一定的困难。</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教学内容：教科书P28例8及P29“做一做”第2题，教科书P29～30“练习五”第4，5，7～9题。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（1）经历发现问题、提出问题、分析解决问题的过程，学会用除法解决两步计算的问题。</w:t>
      </w:r>
    </w:p>
    <w:p>
      <w:pPr>
        <w:spacing w:after="20" w:line="300" w:lineRule="auto"/>
        <w:ind w:firstLine="400"/>
      </w:pPr>
      <w:r>
        <w:rPr>
          <w:rFonts w:ascii="宋体" w:hAnsi="宋体" w:eastAsia="宋体"/>
          <w:b w:val="0"/>
          <w:sz w:val="20"/>
        </w:rPr>
        <w:t>（2）在独立思考与自主交流的过程中，培养学生多角度观察问题、解决问题的能力，体现解决问题策略的多样化。</w:t>
      </w:r>
    </w:p>
    <w:p>
      <w:pPr>
        <w:spacing w:after="20" w:line="300" w:lineRule="auto"/>
        <w:ind w:firstLine="400"/>
      </w:pPr>
      <w:r>
        <w:rPr>
          <w:rFonts w:ascii="宋体" w:hAnsi="宋体" w:eastAsia="宋体"/>
          <w:b w:val="0"/>
          <w:sz w:val="20"/>
        </w:rPr>
        <w:t>（3）通过解决具体的问题，感受数学在日常生活中的应用。</w:t>
      </w:r>
    </w:p>
    <w:p>
      <w:pPr>
        <w:spacing w:after="20" w:line="300" w:lineRule="auto"/>
      </w:pPr>
      <w:r>
        <w:rPr>
          <w:rFonts w:ascii="宋体" w:hAnsi="宋体" w:eastAsia="宋体"/>
          <w:b w:val="0"/>
          <w:sz w:val="20"/>
        </w:rPr>
        <w:t>教学重点：学会用除法解决两步计算的问题，体现解题策略的多样化。</w:t>
      </w:r>
    </w:p>
    <w:p>
      <w:pPr>
        <w:spacing w:after="20" w:line="300" w:lineRule="auto"/>
      </w:pPr>
      <w:r>
        <w:rPr>
          <w:rFonts w:ascii="宋体" w:hAnsi="宋体" w:eastAsia="宋体"/>
          <w:b w:val="0"/>
          <w:sz w:val="20"/>
        </w:rPr>
        <w:t>教学难点：用多种方法解决问题。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二、解决问题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请仔细读题，你了解到了哪些数学信息？要解决的问题是什么？；谁愿意把自己的方法和大家分享？</w:t>
            </w:r>
          </w:p>
        </w:tc>
        <w:tc>
          <w:tcPr>
            <w:tcW w:type="dxa" w:w="1361"/>
          </w:tcPr>
          <w:p>
            <w:pPr>
              <w:spacing w:after="20" w:line="276" w:lineRule="auto"/>
            </w:pPr>
            <w:r/>
            <w:r>
              <w:rPr>
                <w:rFonts w:ascii="宋体" w:hAnsi="宋体" w:eastAsia="宋体"/>
                <w:b w:val="0"/>
                <w:sz w:val="18"/>
              </w:rPr>
              <w:t>18分钟</w:t>
            </w:r>
          </w:p>
        </w:tc>
      </w:tr>
      <w:tr>
        <w:tc>
          <w:tcPr>
            <w:tcW w:type="dxa" w:w="2835"/>
          </w:tcPr>
          <w:p>
            <w:pPr>
              <w:spacing w:after="20" w:line="276" w:lineRule="auto"/>
            </w:pPr>
            <w:r/>
            <w:r>
              <w:rPr>
                <w:rFonts w:ascii="宋体" w:hAnsi="宋体" w:eastAsia="宋体"/>
                <w:b w:val="0"/>
                <w:sz w:val="18"/>
              </w:rPr>
              <w:t>三、巩固运用</w:t>
            </w:r>
          </w:p>
        </w:tc>
        <w:tc>
          <w:tcPr>
            <w:tcW w:type="dxa" w:w="1814"/>
          </w:tcPr>
          <w:p>
            <w:pPr>
              <w:spacing w:after="20" w:line="276" w:lineRule="auto"/>
            </w:pPr>
            <w:r/>
            <w:r>
              <w:rPr>
                <w:rFonts w:ascii="宋体" w:hAnsi="宋体" w:eastAsia="宋体"/>
                <w:b w:val="0"/>
                <w:sz w:val="18"/>
              </w:rPr>
              <w:t>教科书、教科书P29～30、线段图、课件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通过这节课的学习，你们有什么收获？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一、复习导入</w:t>
            </w:r>
          </w:p>
        </w:tc>
        <w:tc>
          <w:tcPr>
            <w:tcW w:type="dxa" w:w="3061"/>
          </w:tcPr>
          <w:p>
            <w:pPr>
              <w:spacing w:after="20" w:line="276" w:lineRule="auto"/>
            </w:pPr>
            <w:r/>
            <w:r>
              <w:rPr>
                <w:rFonts w:ascii="宋体" w:hAnsi="宋体" w:eastAsia="宋体"/>
                <w:b w:val="0"/>
                <w:sz w:val="18"/>
              </w:rPr>
              <w:t>课件出示习题，学生完成后集体订正。</w:t>
            </w:r>
          </w:p>
          <w:p>
            <w:pPr>
              <w:spacing w:after="20" w:line="276" w:lineRule="auto"/>
            </w:pPr>
            <w:r>
              <w:rPr>
                <w:rFonts w:ascii="宋体" w:hAnsi="宋体" w:eastAsia="宋体"/>
                <w:b w:val="0"/>
                <w:sz w:val="18"/>
              </w:rPr>
              <w:t>口算。</w:t>
            </w:r>
          </w:p>
          <w:p>
            <w:pPr>
              <w:spacing w:after="20" w:line="276" w:lineRule="auto"/>
            </w:pPr>
            <w:r>
              <w:rPr>
                <w:rFonts w:ascii="宋体" w:hAnsi="宋体" w:eastAsia="宋体"/>
                <w:b w:val="0"/>
                <w:sz w:val="18"/>
              </w:rPr>
              <w:t>45÷9＝　　　　120÷3＝　　　　200÷5＝</w:t>
            </w:r>
          </w:p>
          <w:p>
            <w:pPr>
              <w:spacing w:after="20" w:line="276" w:lineRule="auto"/>
            </w:pPr>
            <w:r>
              <w:rPr>
                <w:rFonts w:ascii="宋体" w:hAnsi="宋体" w:eastAsia="宋体"/>
                <w:b w:val="0"/>
                <w:sz w:val="18"/>
              </w:rPr>
              <w:t>60÷6＝        400÷4＝        210÷3＝</w:t>
            </w:r>
          </w:p>
          <w:p>
            <w:pPr>
              <w:spacing w:after="20" w:line="276" w:lineRule="auto"/>
            </w:pPr>
            <w:r>
              <w:rPr>
                <w:rFonts w:ascii="宋体" w:hAnsi="宋体" w:eastAsia="宋体"/>
                <w:b w:val="0"/>
                <w:sz w:val="18"/>
              </w:rPr>
              <w:t>70×5＝        450÷9＝        810÷9＝</w:t>
            </w:r>
          </w:p>
          <w:p>
            <w:pPr>
              <w:spacing w:after="20" w:line="276" w:lineRule="auto"/>
            </w:pPr>
            <w:r>
              <w:rPr>
                <w:rFonts w:ascii="宋体" w:hAnsi="宋体" w:eastAsia="宋体"/>
                <w:b w:val="0"/>
                <w:sz w:val="18"/>
              </w:rPr>
              <w:t>师：上节课我们学习了用乘法的意义来分析数量关系解决问题，这节课我们来学习用除法的意义来分析数量关系解决问题。[板书课题：解决问题(2)]</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二、解决问题</w:t>
            </w:r>
          </w:p>
        </w:tc>
        <w:tc>
          <w:tcPr>
            <w:tcW w:type="dxa" w:w="3061"/>
          </w:tcPr>
          <w:p>
            <w:pPr>
              <w:spacing w:after="20" w:line="276" w:lineRule="auto"/>
            </w:pPr>
            <w:r/>
            <w:r>
              <w:rPr>
                <w:rFonts w:ascii="宋体" w:hAnsi="宋体" w:eastAsia="宋体"/>
                <w:b w:val="0"/>
                <w:sz w:val="18"/>
              </w:rPr>
              <w:t>课件出示教科书P28例8。</w:t>
            </w:r>
          </w:p>
          <w:p>
            <w:pPr>
              <w:spacing w:after="20" w:line="276" w:lineRule="auto"/>
            </w:pPr>
            <w:r>
              <w:rPr>
                <w:rFonts w:ascii="宋体" w:hAnsi="宋体" w:eastAsia="宋体"/>
                <w:b w:val="0"/>
                <w:sz w:val="18"/>
              </w:rPr>
              <w:t>三年级女生进行集体舞表演。老师将参加表演的60人平均分成2队，每队再平均分成3组。每组有多少人？</w:t>
            </w:r>
          </w:p>
          <w:p>
            <w:pPr>
              <w:spacing w:after="20" w:line="276" w:lineRule="auto"/>
            </w:pPr>
            <w:r>
              <w:rPr>
                <w:rFonts w:ascii="宋体" w:hAnsi="宋体" w:eastAsia="宋体"/>
                <w:b w:val="0"/>
                <w:sz w:val="18"/>
              </w:rPr>
              <w:t>1．阅读理解。</w:t>
            </w:r>
          </w:p>
          <w:p>
            <w:pPr>
              <w:spacing w:after="20" w:line="276" w:lineRule="auto"/>
            </w:pPr>
            <w:r>
              <w:rPr>
                <w:rFonts w:ascii="宋体" w:hAnsi="宋体" w:eastAsia="宋体"/>
                <w:b w:val="0"/>
                <w:sz w:val="18"/>
              </w:rPr>
              <w:t>师：请仔细读题，你了解到了哪些数学信息？要解决的问题是什么？(适时板书)</w:t>
            </w:r>
          </w:p>
          <w:p>
            <w:pPr>
              <w:spacing w:after="20" w:line="276" w:lineRule="auto"/>
            </w:pPr>
            <w:r>
              <w:rPr>
                <w:rFonts w:ascii="宋体" w:hAnsi="宋体" w:eastAsia="宋体"/>
                <w:b w:val="0"/>
                <w:sz w:val="18"/>
              </w:rPr>
              <w:t>根据学生回答摘录条件和问题。</w:t>
            </w:r>
          </w:p>
          <w:p>
            <w:pPr>
              <w:spacing w:after="20" w:line="276" w:lineRule="auto"/>
            </w:pPr>
            <w:r>
              <w:rPr>
                <w:rFonts w:ascii="宋体" w:hAnsi="宋体" w:eastAsia="宋体"/>
                <w:b w:val="0"/>
                <w:sz w:val="18"/>
              </w:rPr>
              <w:t>2．分析解答。</w:t>
            </w:r>
          </w:p>
          <w:p>
            <w:pPr>
              <w:spacing w:after="20" w:line="276" w:lineRule="auto"/>
            </w:pPr>
            <w:r>
              <w:rPr>
                <w:rFonts w:ascii="宋体" w:hAnsi="宋体" w:eastAsia="宋体"/>
                <w:b w:val="0"/>
                <w:sz w:val="18"/>
              </w:rPr>
              <w:t>(1)画图分析题意。</w:t>
            </w:r>
          </w:p>
          <w:p>
            <w:pPr>
              <w:spacing w:after="20" w:line="276" w:lineRule="auto"/>
            </w:pPr>
            <w:r>
              <w:rPr>
                <w:rFonts w:ascii="宋体" w:hAnsi="宋体" w:eastAsia="宋体"/>
                <w:b w:val="0"/>
                <w:sz w:val="18"/>
              </w:rPr>
              <w:t>师：请你尝试画图分析题意。</w:t>
            </w:r>
          </w:p>
          <w:p>
            <w:pPr>
              <w:spacing w:after="20" w:line="276" w:lineRule="auto"/>
            </w:pPr>
            <w:r>
              <w:rPr>
                <w:rFonts w:ascii="宋体" w:hAnsi="宋体" w:eastAsia="宋体"/>
                <w:b w:val="0"/>
                <w:sz w:val="18"/>
              </w:rPr>
              <w:t>根据学生情况重点展示如下两种：</w:t>
            </w:r>
          </w:p>
          <w:p>
            <w:pPr>
              <w:spacing w:after="20" w:line="276" w:lineRule="auto"/>
            </w:pPr>
            <w:r>
              <w:rPr>
                <w:rFonts w:ascii="宋体" w:hAnsi="宋体" w:eastAsia="宋体"/>
                <w:b w:val="0"/>
                <w:sz w:val="18"/>
              </w:rPr>
              <w:t>(2)结合图形尝试分步列式解答，再小组交流汇报结果。</w:t>
            </w:r>
          </w:p>
          <w:p>
            <w:pPr>
              <w:spacing w:after="20" w:line="276" w:lineRule="auto"/>
            </w:pPr>
            <w:r>
              <w:rPr>
                <w:rFonts w:ascii="宋体" w:hAnsi="宋体" w:eastAsia="宋体"/>
                <w:b w:val="0"/>
                <w:sz w:val="18"/>
              </w:rPr>
              <w:t>(3)汇报交流，教师适时板书。</w:t>
            </w:r>
          </w:p>
          <w:p>
            <w:pPr>
              <w:spacing w:after="20" w:line="276" w:lineRule="auto"/>
            </w:pPr>
            <w:r>
              <w:rPr>
                <w:rFonts w:ascii="宋体" w:hAnsi="宋体" w:eastAsia="宋体"/>
                <w:b w:val="0"/>
                <w:sz w:val="18"/>
              </w:rPr>
              <w:t>师：谁愿意把自己的方法和大家分享？</w:t>
            </w:r>
          </w:p>
          <w:p>
            <w:pPr>
              <w:spacing w:after="20" w:line="276" w:lineRule="auto"/>
            </w:pPr>
            <w:r>
              <w:rPr>
                <w:rFonts w:ascii="宋体" w:hAnsi="宋体" w:eastAsia="宋体"/>
                <w:b w:val="0"/>
                <w:sz w:val="18"/>
              </w:rPr>
              <w:t>①每队有多少人？</w:t>
            </w:r>
          </w:p>
          <w:p>
            <w:pPr>
              <w:spacing w:after="20" w:line="276" w:lineRule="auto"/>
            </w:pPr>
            <w:r>
              <w:rPr>
                <w:rFonts w:ascii="宋体" w:hAnsi="宋体" w:eastAsia="宋体"/>
                <w:b w:val="0"/>
                <w:sz w:val="18"/>
              </w:rPr>
              <w:t>60÷2＝30(人)</w:t>
            </w:r>
          </w:p>
          <w:p>
            <w:pPr>
              <w:spacing w:after="20" w:line="276" w:lineRule="auto"/>
            </w:pPr>
            <w:r>
              <w:rPr>
                <w:rFonts w:ascii="宋体" w:hAnsi="宋体" w:eastAsia="宋体"/>
                <w:b w:val="0"/>
                <w:sz w:val="18"/>
              </w:rPr>
              <w:t>②每组有多少人？</w:t>
            </w:r>
          </w:p>
          <w:p>
            <w:pPr>
              <w:spacing w:after="20" w:line="276" w:lineRule="auto"/>
            </w:pPr>
            <w:r>
              <w:rPr>
                <w:rFonts w:ascii="宋体" w:hAnsi="宋体" w:eastAsia="宋体"/>
                <w:b w:val="0"/>
                <w:sz w:val="18"/>
              </w:rPr>
              <w:t>30÷3＝10(人)</w:t>
            </w:r>
          </w:p>
          <w:p>
            <w:pPr>
              <w:spacing w:after="20" w:line="276" w:lineRule="auto"/>
            </w:pPr>
            <w:r>
              <w:rPr>
                <w:rFonts w:ascii="宋体" w:hAnsi="宋体" w:eastAsia="宋体"/>
                <w:b w:val="0"/>
                <w:sz w:val="18"/>
              </w:rPr>
              <w:t>综合算式：60÷2÷3</w:t>
            </w:r>
          </w:p>
          <w:p>
            <w:pPr>
              <w:spacing w:after="20" w:line="276" w:lineRule="auto"/>
            </w:pPr>
            <w:r>
              <w:rPr>
                <w:rFonts w:ascii="宋体" w:hAnsi="宋体" w:eastAsia="宋体"/>
                <w:b w:val="0"/>
                <w:sz w:val="18"/>
              </w:rPr>
              <w:t>方法二：从问题“每组有多少人”出发分析解决。</w:t>
            </w:r>
          </w:p>
          <w:p>
            <w:pPr>
              <w:spacing w:after="20" w:line="276" w:lineRule="auto"/>
            </w:pPr>
            <w:r>
              <w:rPr>
                <w:rFonts w:ascii="宋体" w:hAnsi="宋体" w:eastAsia="宋体"/>
                <w:b w:val="0"/>
                <w:sz w:val="18"/>
              </w:rPr>
              <w:t>①一共有多少组？</w:t>
            </w:r>
          </w:p>
          <w:p>
            <w:pPr>
              <w:spacing w:after="20" w:line="276" w:lineRule="auto"/>
            </w:pPr>
            <w:r>
              <w:rPr>
                <w:rFonts w:ascii="宋体" w:hAnsi="宋体" w:eastAsia="宋体"/>
                <w:b w:val="0"/>
                <w:sz w:val="18"/>
              </w:rPr>
              <w:t>3×2＝6(组)</w:t>
            </w:r>
          </w:p>
          <w:p>
            <w:pPr>
              <w:spacing w:after="20" w:line="276" w:lineRule="auto"/>
            </w:pPr>
            <w:r>
              <w:rPr>
                <w:rFonts w:ascii="宋体" w:hAnsi="宋体" w:eastAsia="宋体"/>
                <w:b w:val="0"/>
                <w:sz w:val="18"/>
              </w:rPr>
              <w:t>②每组有多少人？</w:t>
            </w:r>
          </w:p>
          <w:p>
            <w:pPr>
              <w:spacing w:after="20" w:line="276" w:lineRule="auto"/>
            </w:pPr>
            <w:r>
              <w:rPr>
                <w:rFonts w:ascii="宋体" w:hAnsi="宋体" w:eastAsia="宋体"/>
                <w:b w:val="0"/>
                <w:sz w:val="18"/>
              </w:rPr>
              <w:t>60÷6＝10(人)</w:t>
            </w:r>
          </w:p>
          <w:p>
            <w:pPr>
              <w:spacing w:after="20" w:line="276" w:lineRule="auto"/>
            </w:pPr>
            <w:r>
              <w:rPr>
                <w:rFonts w:ascii="宋体" w:hAnsi="宋体" w:eastAsia="宋体"/>
                <w:b w:val="0"/>
                <w:sz w:val="18"/>
              </w:rPr>
              <w:t>综合算式：60÷(3×2)</w:t>
            </w:r>
          </w:p>
          <w:p>
            <w:pPr>
              <w:spacing w:after="20" w:line="276" w:lineRule="auto"/>
            </w:pPr>
            <w:r>
              <w:rPr>
                <w:rFonts w:ascii="宋体" w:hAnsi="宋体" w:eastAsia="宋体"/>
                <w:b w:val="0"/>
                <w:sz w:val="18"/>
              </w:rPr>
              <w:t>3．回顾反思。</w:t>
            </w:r>
          </w:p>
          <w:p>
            <w:pPr>
              <w:spacing w:after="20" w:line="276" w:lineRule="auto"/>
            </w:pPr>
            <w:r>
              <w:rPr>
                <w:rFonts w:ascii="宋体" w:hAnsi="宋体" w:eastAsia="宋体"/>
                <w:b w:val="0"/>
                <w:sz w:val="18"/>
              </w:rPr>
              <w:t>(1)师：怎样检验解答是否正确呢？</w:t>
            </w:r>
          </w:p>
          <w:p>
            <w:pPr>
              <w:spacing w:after="20" w:line="276" w:lineRule="auto"/>
            </w:pPr>
            <w:r>
              <w:rPr>
                <w:rFonts w:ascii="宋体" w:hAnsi="宋体" w:eastAsia="宋体"/>
                <w:b w:val="0"/>
                <w:sz w:val="18"/>
              </w:rPr>
              <w:t>10×3×2＝60(人)，解答正确。(适时板书)</w:t>
            </w:r>
          </w:p>
          <w:p>
            <w:pPr>
              <w:spacing w:after="20" w:line="276" w:lineRule="auto"/>
            </w:pPr>
            <w:r>
              <w:rPr>
                <w:rFonts w:ascii="宋体" w:hAnsi="宋体" w:eastAsia="宋体"/>
                <w:b w:val="0"/>
                <w:sz w:val="18"/>
              </w:rPr>
              <w:t>(2)师：上面两种方法有什么相同的地方？</w:t>
            </w:r>
          </w:p>
          <w:p>
            <w:pPr>
              <w:spacing w:after="20" w:line="276" w:lineRule="auto"/>
            </w:pPr>
            <w:r>
              <w:rPr>
                <w:rFonts w:ascii="宋体" w:hAnsi="宋体" w:eastAsia="宋体"/>
                <w:b w:val="0"/>
                <w:sz w:val="18"/>
              </w:rPr>
              <w:t>引导学生发现：都是利用除法的意义来分析数量关系，用除法两步计算来解决问题。</w:t>
            </w:r>
          </w:p>
        </w:tc>
        <w:tc>
          <w:tcPr>
            <w:tcW w:type="dxa" w:w="3061"/>
          </w:tcPr>
          <w:p>
            <w:pPr>
              <w:spacing w:after="20" w:line="276" w:lineRule="auto"/>
            </w:pPr>
            <w:r/>
            <w:r>
              <w:rPr>
                <w:rFonts w:ascii="宋体" w:hAnsi="宋体" w:eastAsia="宋体"/>
                <w:b w:val="0"/>
                <w:sz w:val="18"/>
              </w:rPr>
              <w:t>方法一：先从“60人平均分成2队”出发分析解决。</w:t>
            </w:r>
          </w:p>
          <w:p>
            <w:pPr>
              <w:spacing w:after="20" w:line="276" w:lineRule="auto"/>
            </w:pPr>
            <w:r>
              <w:rPr>
                <w:rFonts w:ascii="宋体" w:hAnsi="宋体" w:eastAsia="宋体"/>
                <w:b w:val="0"/>
                <w:sz w:val="18"/>
              </w:rPr>
              <w:t>交流后出示方法：</w:t>
            </w:r>
          </w:p>
        </w:tc>
        <w:tc>
          <w:tcPr>
            <w:tcW w:type="dxa" w:w="1814"/>
          </w:tcPr>
          <w:p>
            <w:pPr>
              <w:spacing w:after="20" w:line="276" w:lineRule="auto"/>
            </w:pPr>
            <w:r/>
            <w:r>
              <w:rPr>
                <w:rFonts w:ascii="宋体" w:hAnsi="宋体" w:eastAsia="宋体"/>
                <w:b w:val="0"/>
                <w:sz w:val="18"/>
              </w:rPr>
              <w:t>围绕环节目标组织学习活动，引导学生主动参与、积极思考，核心问题："请仔细读题，你了解到了哪些数学信息？要解决的问题是什么？"</w:t>
            </w:r>
          </w:p>
        </w:tc>
      </w:tr>
      <w:tr>
        <w:tc>
          <w:tcPr>
            <w:tcW w:type="dxa" w:w="1474"/>
          </w:tcPr>
          <w:p>
            <w:pPr>
              <w:spacing w:after="20" w:line="276" w:lineRule="auto"/>
            </w:pPr>
            <w:r>
              <w:rPr>
                <w:b/>
              </w:rPr>
            </w:r>
            <w:r>
              <w:rPr>
                <w:rFonts w:ascii="宋体" w:hAnsi="宋体" w:eastAsia="宋体"/>
                <w:b/>
                <w:sz w:val="18"/>
              </w:rPr>
              <w:t>三、巩固运用</w:t>
            </w:r>
          </w:p>
        </w:tc>
        <w:tc>
          <w:tcPr>
            <w:tcW w:type="dxa" w:w="3061"/>
          </w:tcPr>
          <w:p>
            <w:pPr>
              <w:spacing w:after="20" w:line="276" w:lineRule="auto"/>
            </w:pPr>
            <w:r/>
            <w:r>
              <w:rPr>
                <w:rFonts w:ascii="宋体" w:hAnsi="宋体" w:eastAsia="宋体"/>
                <w:b w:val="0"/>
                <w:sz w:val="18"/>
              </w:rPr>
              <w:t>1.完成教科书P29“做一做”第2题。</w:t>
            </w:r>
          </w:p>
          <w:p>
            <w:pPr>
              <w:spacing w:after="20" w:line="276" w:lineRule="auto"/>
            </w:pPr>
            <w:r>
              <w:rPr>
                <w:rFonts w:ascii="宋体" w:hAnsi="宋体" w:eastAsia="宋体"/>
                <w:b w:val="0"/>
                <w:sz w:val="18"/>
              </w:rPr>
              <w:t>让学生认真读题，先独立解答，再集体评议。</w:t>
            </w:r>
          </w:p>
          <w:p>
            <w:pPr>
              <w:spacing w:after="20" w:line="276" w:lineRule="auto"/>
            </w:pPr>
            <w:r>
              <w:rPr>
                <w:rFonts w:ascii="宋体" w:hAnsi="宋体" w:eastAsia="宋体"/>
                <w:b w:val="0"/>
                <w:sz w:val="18"/>
              </w:rPr>
              <w:t>2．完成教科书P29～30“练习五”第4，5题。</w:t>
            </w:r>
          </w:p>
          <w:p>
            <w:pPr>
              <w:spacing w:after="20" w:line="276" w:lineRule="auto"/>
            </w:pPr>
            <w:r>
              <w:rPr>
                <w:rFonts w:ascii="宋体" w:hAnsi="宋体" w:eastAsia="宋体"/>
                <w:b w:val="0"/>
                <w:sz w:val="18"/>
              </w:rPr>
              <w:t>3．完成教科书P30“练习五”第7，8题。</w:t>
            </w:r>
          </w:p>
          <w:p>
            <w:pPr>
              <w:spacing w:after="20" w:line="276" w:lineRule="auto"/>
            </w:pPr>
            <w:r>
              <w:rPr>
                <w:rFonts w:ascii="宋体" w:hAnsi="宋体" w:eastAsia="宋体"/>
                <w:b w:val="0"/>
                <w:sz w:val="18"/>
              </w:rPr>
              <w:t>先让学生认真读题，收集数学信息，独立解答，再集体评价。</w:t>
            </w:r>
          </w:p>
          <w:p>
            <w:pPr>
              <w:spacing w:after="20" w:line="276" w:lineRule="auto"/>
            </w:pPr>
            <w:r>
              <w:rPr>
                <w:rFonts w:ascii="宋体" w:hAnsi="宋体" w:eastAsia="宋体"/>
                <w:b w:val="0"/>
                <w:sz w:val="18"/>
              </w:rPr>
              <w:t>4．完成教科书P30“练习五”第9题。</w:t>
            </w:r>
          </w:p>
          <w:p>
            <w:pPr>
              <w:spacing w:after="20" w:line="276" w:lineRule="auto"/>
            </w:pPr>
            <w:r>
              <w:rPr>
                <w:rFonts w:ascii="宋体" w:hAnsi="宋体" w:eastAsia="宋体"/>
                <w:b w:val="0"/>
                <w:sz w:val="18"/>
              </w:rPr>
              <w:t>先读懂每一幅线段图的图意，再根据线段图来表示生活中的实际问题，最后列式计算。</w:t>
            </w:r>
          </w:p>
        </w:tc>
        <w:tc>
          <w:tcPr>
            <w:tcW w:type="dxa" w:w="3061"/>
          </w:tcPr>
          <w:p>
            <w:pPr>
              <w:spacing w:after="20" w:line="276" w:lineRule="auto"/>
            </w:pPr>
            <w:r/>
            <w:r>
              <w:rPr>
                <w:rFonts w:ascii="宋体" w:hAnsi="宋体" w:eastAsia="宋体"/>
                <w:b w:val="0"/>
                <w:sz w:val="18"/>
              </w:rPr>
              <w:t>有的学生可能思考先求一箱有多少个，再求960个可以装多少箱，列综合算式为960÷(6×8)＝960÷48，而960÷48还不会计算。此时教师要先肯定学生的方法，再告诉学生将来学习了除数是两位数的除法就能计算出结果了。</w:t>
            </w:r>
          </w:p>
          <w:p>
            <w:pPr>
              <w:spacing w:after="20" w:line="276" w:lineRule="auto"/>
            </w:pPr>
            <w:r>
              <w:rPr>
                <w:rFonts w:ascii="宋体" w:hAnsi="宋体" w:eastAsia="宋体"/>
                <w:b w:val="0"/>
                <w:sz w:val="18"/>
              </w:rPr>
              <w:t>学生读题，独立解答后小组间互相交流。</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师：通过这节课的学习，你们有什么收获？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例8的教学活动过程与例7相仿，设计时仍然按照解决问题的三个步骤教学，教学时放手更充分一些，读题获取信息后，画图分析数量关系，将思维直观化，再让学生独立尝试、讨论等方式，让学生主动探索解决问题的方法。使学生通过自己的分析寻找一种或两种解决问题的方法，并与同学进行交流，让学生在不断探索与创造的气氛中发展创新意识。</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解决问题(2)</w:t>
      </w:r>
    </w:p>
    <w:p>
      <w:pPr>
        <w:spacing w:after="40" w:line="300" w:lineRule="auto"/>
      </w:pPr>
      <w:r>
        <w:rPr>
          <w:rFonts w:ascii="宋体" w:hAnsi="宋体" w:eastAsia="宋体"/>
          <w:b w:val="0"/>
          <w:sz w:val="20"/>
        </w:rPr>
        <w:t>阅读理解：</w:t>
      </w:r>
    </w:p>
    <w:p>
      <w:pPr>
        <w:spacing w:after="40" w:line="300" w:lineRule="auto"/>
      </w:pPr>
      <w:r>
        <w:rPr>
          <w:rFonts w:ascii="宋体" w:hAnsi="宋体" w:eastAsia="宋体"/>
          <w:b w:val="0"/>
          <w:sz w:val="20"/>
        </w:rPr>
        <w:t>分析解答：</w:t>
      </w:r>
    </w:p>
    <w:p>
      <w:pPr>
        <w:spacing w:after="40" w:line="300" w:lineRule="auto"/>
      </w:pPr>
      <w:r>
        <w:rPr>
          <w:rFonts w:ascii="宋体" w:hAnsi="宋体" w:eastAsia="宋体"/>
          <w:b w:val="0"/>
          <w:sz w:val="20"/>
        </w:rPr>
        <w:t>综合算式：</w:t>
      </w:r>
    </w:p>
    <w:p>
      <w:pPr>
        <w:spacing w:after="40" w:line="300" w:lineRule="auto"/>
      </w:pPr>
      <w:r>
        <w:rPr>
          <w:rFonts w:ascii="宋体" w:hAnsi="宋体" w:eastAsia="宋体"/>
          <w:b w:val="0"/>
          <w:sz w:val="20"/>
        </w:rPr>
        <w:t>60÷2÷3　　　　　　　　60÷(3×2)</w:t>
      </w:r>
    </w:p>
    <w:p>
      <w:pPr>
        <w:spacing w:after="40" w:line="300" w:lineRule="auto"/>
      </w:pPr>
      <w:r>
        <w:rPr>
          <w:rFonts w:ascii="宋体" w:hAnsi="宋体" w:eastAsia="宋体"/>
          <w:b w:val="0"/>
          <w:sz w:val="20"/>
        </w:rPr>
        <w:t>回顾反思：</w:t>
      </w:r>
    </w:p>
    <w:p>
      <w:pPr>
        <w:spacing w:after="40" w:line="300" w:lineRule="auto"/>
      </w:pPr>
      <w:r>
        <w:rPr>
          <w:rFonts w:ascii="宋体" w:hAnsi="宋体" w:eastAsia="宋体"/>
          <w:b w:val="0"/>
          <w:sz w:val="20"/>
        </w:rPr>
        <w:t>10×3×2＝60(人)，解答正确。</w:t>
      </w:r>
    </w:p>
    <w:p>
      <w:pPr>
        <w:spacing w:after="40" w:line="300" w:lineRule="auto"/>
      </w:pPr>
      <w:r>
        <w:rPr>
          <w:rFonts w:ascii="宋体" w:hAnsi="宋体" w:eastAsia="宋体"/>
          <w:b w:val="0"/>
          <w:sz w:val="20"/>
        </w:rPr>
        <w:t>答：每组有10人。</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教科书P28例8及P29“做一做”第2题，教科书P29～30“练习五”第4，5，7～9题。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的教学注重让学生经历自主探索解决问题的方法的过程，由于有了例7的经验，本节课学生分步列式难度不大，列综合算式第一种方法难度不大，但第二种方法要合理使用小括号，是学生学习的难点，教学时要注意引导学生思考“为什么要用到小括号”。</w:t>
      </w:r>
    </w:p>
    <w:p>
      <w:r>
        <w:br w:type="page"/>
      </w:r>
    </w:p>
    <w:p>
      <w:pPr>
        <w:spacing w:after="80" w:line="300" w:lineRule="auto"/>
      </w:pPr>
      <w:r>
        <w:rPr>
          <w:rFonts w:ascii="黑体" w:hAnsi="黑体" w:eastAsia="黑体"/>
          <w:b/>
          <w:sz w:val="24"/>
        </w:rPr>
        <w:t>二、课时教学方案（第11课时）</w:t>
      </w:r>
    </w:p>
    <w:p>
      <w:pPr>
        <w:spacing w:after="80" w:line="300" w:lineRule="auto"/>
      </w:pPr>
      <w:r>
        <w:rPr>
          <w:rFonts w:ascii="黑体" w:hAnsi="黑体" w:eastAsia="黑体"/>
          <w:b/>
          <w:sz w:val="24"/>
        </w:rPr>
        <w:t>第11课时　解决问题(3)</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第11课时　解决问题(3)</w:t>
            </w:r>
          </w:p>
        </w:tc>
        <w:tc>
          <w:tcPr>
            <w:tcW w:type="dxa" w:w="6009"/>
          </w:tcPr>
          <w:p>
            <w:pPr>
              <w:spacing w:after="20" w:line="276" w:lineRule="auto"/>
            </w:pPr>
            <w:r/>
            <w:r>
              <w:rPr>
                <w:rFonts w:ascii="宋体" w:hAnsi="宋体" w:eastAsia="宋体"/>
                <w:b w:val="0"/>
                <w:sz w:val="20"/>
              </w:rPr>
              <w:t>第2单元 除数是一位数的除法（笔算除法）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学生已经会计算表内除法和一位数乘整十、整百数的口算。这些口算经验是帮助学生学习除数是一位数的口算除法的重要基础。学生在二年级学习了“表内除法”和“有余数的除法”，对竖式有最基础的了解，但本单元的笔算除法需要学生学会综合运用乘法、减法、加法等知识与方法，而除法竖式的演算是一种数学思维的特殊表达方式，学生在对除的顺序和竖式的写法的理解与掌握上会有一定的困难。</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教学内容：教科书P31例9及P33“做一做”第1题，教科书P33～34“练习六”第1，2，4，7题。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（1）能运用乘、除法的知识解决含有“归一”数量关系的实际问题。</w:t>
      </w:r>
    </w:p>
    <w:p>
      <w:pPr>
        <w:spacing w:after="20" w:line="300" w:lineRule="auto"/>
        <w:ind w:firstLine="400"/>
      </w:pPr>
      <w:r>
        <w:rPr>
          <w:rFonts w:ascii="宋体" w:hAnsi="宋体" w:eastAsia="宋体"/>
          <w:b w:val="0"/>
          <w:sz w:val="20"/>
        </w:rPr>
        <w:t>（2）在解决问题的过程中感悟单价、数量和总价之间的数量关系。</w:t>
      </w:r>
    </w:p>
    <w:p>
      <w:pPr>
        <w:spacing w:after="20" w:line="300" w:lineRule="auto"/>
        <w:ind w:firstLine="400"/>
      </w:pPr>
      <w:r>
        <w:rPr>
          <w:rFonts w:ascii="宋体" w:hAnsi="宋体" w:eastAsia="宋体"/>
          <w:b w:val="0"/>
          <w:sz w:val="20"/>
        </w:rPr>
        <w:t>（3）通过真实问题情境的解决，激发学生的学习兴趣，从而使学生感受到数学与生活的密切联系，培养学生的数学情感。</w:t>
      </w:r>
    </w:p>
    <w:p>
      <w:pPr>
        <w:spacing w:after="20" w:line="300" w:lineRule="auto"/>
      </w:pPr>
      <w:r>
        <w:rPr>
          <w:rFonts w:ascii="宋体" w:hAnsi="宋体" w:eastAsia="宋体"/>
          <w:b w:val="0"/>
          <w:sz w:val="20"/>
        </w:rPr>
        <w:t>教学重点：理解“归一问题”中各数量间的关系。</w:t>
      </w:r>
    </w:p>
    <w:p>
      <w:pPr>
        <w:spacing w:after="20" w:line="300" w:lineRule="auto"/>
      </w:pPr>
      <w:r>
        <w:rPr>
          <w:rFonts w:ascii="宋体" w:hAnsi="宋体" w:eastAsia="宋体"/>
          <w:b w:val="0"/>
          <w:sz w:val="20"/>
        </w:rPr>
        <w:t>教学难点：建立“归一问题”的数学模型，感悟数量关系。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一、复习引入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二、解决问题</w:t>
            </w:r>
          </w:p>
        </w:tc>
        <w:tc>
          <w:tcPr>
            <w:tcW w:type="dxa" w:w="1814"/>
          </w:tcPr>
          <w:p>
            <w:pPr>
              <w:spacing w:after="20" w:line="276" w:lineRule="auto"/>
            </w:pPr>
            <w:r/>
            <w:r>
              <w:rPr>
                <w:rFonts w:ascii="宋体" w:hAnsi="宋体" w:eastAsia="宋体"/>
                <w:b w:val="0"/>
                <w:sz w:val="18"/>
              </w:rPr>
              <w:t>课件、教科书、线段图</w:t>
            </w:r>
          </w:p>
        </w:tc>
        <w:tc>
          <w:tcPr>
            <w:tcW w:type="dxa" w:w="3402"/>
          </w:tcPr>
          <w:p>
            <w:pPr>
              <w:spacing w:after="20" w:line="276" w:lineRule="auto"/>
            </w:pPr>
            <w:r/>
            <w:r>
              <w:rPr>
                <w:rFonts w:ascii="宋体" w:hAnsi="宋体" w:eastAsia="宋体"/>
                <w:b w:val="0"/>
                <w:sz w:val="18"/>
              </w:rPr>
              <w:t>观察两种思路，你有什么发现？</w:t>
            </w:r>
          </w:p>
        </w:tc>
        <w:tc>
          <w:tcPr>
            <w:tcW w:type="dxa" w:w="1361"/>
          </w:tcPr>
          <w:p>
            <w:pPr>
              <w:spacing w:after="20" w:line="276" w:lineRule="auto"/>
            </w:pPr>
            <w:r/>
            <w:r>
              <w:rPr>
                <w:rFonts w:ascii="宋体" w:hAnsi="宋体" w:eastAsia="宋体"/>
                <w:b w:val="0"/>
                <w:sz w:val="18"/>
              </w:rPr>
              <w:t>14分钟</w:t>
            </w:r>
          </w:p>
        </w:tc>
      </w:tr>
      <w:tr>
        <w:tc>
          <w:tcPr>
            <w:tcW w:type="dxa" w:w="2835"/>
          </w:tcPr>
          <w:p>
            <w:pPr>
              <w:spacing w:after="20" w:line="276" w:lineRule="auto"/>
            </w:pPr>
            <w:r/>
            <w:r>
              <w:rPr>
                <w:rFonts w:ascii="宋体" w:hAnsi="宋体" w:eastAsia="宋体"/>
                <w:b w:val="0"/>
                <w:sz w:val="18"/>
              </w:rPr>
              <w:t>＝450(元)</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怎样检验解答是否正确呢？；回顾一下，我们是怎样解决这个问题的？</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三、巩固知识，应用拓展</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两个问题中都出现了“照这样计算”，是什么意思？</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通过今天的学习，你们有什么收获？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一、复习引入</w:t>
            </w:r>
          </w:p>
        </w:tc>
        <w:tc>
          <w:tcPr>
            <w:tcW w:type="dxa" w:w="3061"/>
          </w:tcPr>
          <w:p>
            <w:pPr>
              <w:spacing w:after="20" w:line="276" w:lineRule="auto"/>
            </w:pPr>
            <w:r/>
            <w:r>
              <w:rPr>
                <w:rFonts w:ascii="宋体" w:hAnsi="宋体" w:eastAsia="宋体"/>
                <w:b w:val="0"/>
                <w:sz w:val="18"/>
              </w:rPr>
              <w:t>课件出示习题，学生独立完成后集体订正。</w:t>
            </w:r>
          </w:p>
          <w:p>
            <w:pPr>
              <w:spacing w:after="20" w:line="276" w:lineRule="auto"/>
            </w:pPr>
            <w:r>
              <w:rPr>
                <w:rFonts w:ascii="宋体" w:hAnsi="宋体" w:eastAsia="宋体"/>
                <w:b w:val="0"/>
                <w:sz w:val="18"/>
              </w:rPr>
              <w:t>口算。</w:t>
            </w:r>
          </w:p>
          <w:p>
            <w:pPr>
              <w:spacing w:after="20" w:line="276" w:lineRule="auto"/>
            </w:pPr>
            <w:r>
              <w:rPr>
                <w:rFonts w:ascii="宋体" w:hAnsi="宋体" w:eastAsia="宋体"/>
                <w:b w:val="0"/>
                <w:sz w:val="18"/>
              </w:rPr>
              <w:t>25÷5×9＝　 　40÷8×6＝　 　72÷9×3＝</w:t>
            </w:r>
          </w:p>
          <w:p>
            <w:pPr>
              <w:spacing w:after="20" w:line="276" w:lineRule="auto"/>
            </w:pPr>
            <w:r>
              <w:rPr>
                <w:rFonts w:ascii="宋体" w:hAnsi="宋体" w:eastAsia="宋体"/>
                <w:b w:val="0"/>
                <w:sz w:val="18"/>
              </w:rPr>
              <w:t>6×6÷4＝      8÷2×5＝      56÷7×4＝</w:t>
            </w:r>
          </w:p>
          <w:p>
            <w:pPr>
              <w:spacing w:after="20" w:line="276" w:lineRule="auto"/>
            </w:pPr>
            <w:r>
              <w:rPr>
                <w:rFonts w:ascii="宋体" w:hAnsi="宋体" w:eastAsia="宋体"/>
                <w:b w:val="0"/>
                <w:sz w:val="18"/>
              </w:rPr>
              <w:t>师：今天继续学习利用乘除法的意义分析数量关系解决问题。[板书课题：解决问题(3)]</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二、解决问题</w:t>
            </w:r>
          </w:p>
        </w:tc>
        <w:tc>
          <w:tcPr>
            <w:tcW w:type="dxa" w:w="3061"/>
          </w:tcPr>
          <w:p>
            <w:pPr>
              <w:spacing w:after="20" w:line="276" w:lineRule="auto"/>
            </w:pPr>
            <w:r/>
            <w:r>
              <w:rPr>
                <w:rFonts w:ascii="宋体" w:hAnsi="宋体" w:eastAsia="宋体"/>
                <w:b w:val="0"/>
                <w:sz w:val="18"/>
              </w:rPr>
              <w:t>课件出示教科书P31例9。</w:t>
            </w:r>
          </w:p>
          <w:p>
            <w:pPr>
              <w:spacing w:after="20" w:line="276" w:lineRule="auto"/>
            </w:pPr>
            <w:r>
              <w:rPr>
                <w:rFonts w:ascii="宋体" w:hAnsi="宋体" w:eastAsia="宋体"/>
                <w:b w:val="0"/>
                <w:sz w:val="18"/>
              </w:rPr>
              <w:t>王师傅买了4棵树苗，共花了300元。如果按照同样的价钱买6棵，需要多少钱？</w:t>
            </w:r>
          </w:p>
          <w:p>
            <w:pPr>
              <w:spacing w:after="20" w:line="276" w:lineRule="auto"/>
            </w:pPr>
            <w:r>
              <w:rPr>
                <w:rFonts w:ascii="宋体" w:hAnsi="宋体" w:eastAsia="宋体"/>
                <w:b w:val="0"/>
                <w:sz w:val="18"/>
              </w:rPr>
              <w:t>1．阅读理解。</w:t>
            </w:r>
          </w:p>
          <w:p>
            <w:pPr>
              <w:spacing w:after="20" w:line="276" w:lineRule="auto"/>
            </w:pPr>
            <w:r>
              <w:rPr>
                <w:rFonts w:ascii="宋体" w:hAnsi="宋体" w:eastAsia="宋体"/>
                <w:b w:val="0"/>
                <w:sz w:val="18"/>
              </w:rPr>
              <w:t>师：我们一起画线段图表示已知条件和要解决的问题。</w:t>
            </w:r>
          </w:p>
          <w:p>
            <w:pPr>
              <w:spacing w:after="20" w:line="276" w:lineRule="auto"/>
            </w:pPr>
            <w:r>
              <w:rPr>
                <w:rFonts w:ascii="宋体" w:hAnsi="宋体" w:eastAsia="宋体"/>
                <w:b w:val="0"/>
                <w:sz w:val="18"/>
              </w:rPr>
              <w:t>教师引导学生逐一画图，形成如下线段图。(适时板书)</w:t>
            </w:r>
          </w:p>
          <w:p>
            <w:pPr>
              <w:spacing w:after="20" w:line="276" w:lineRule="auto"/>
            </w:pPr>
            <w:r>
              <w:rPr>
                <w:rFonts w:ascii="宋体" w:hAnsi="宋体" w:eastAsia="宋体"/>
                <w:b w:val="0"/>
                <w:sz w:val="18"/>
              </w:rPr>
              <w:t>2．分析解答。</w:t>
            </w:r>
          </w:p>
          <w:p>
            <w:pPr>
              <w:spacing w:after="20" w:line="276" w:lineRule="auto"/>
            </w:pPr>
            <w:r>
              <w:rPr>
                <w:rFonts w:ascii="宋体" w:hAnsi="宋体" w:eastAsia="宋体"/>
                <w:b w:val="0"/>
                <w:sz w:val="18"/>
              </w:rPr>
              <w:t>(1)独立思考。</w:t>
            </w:r>
          </w:p>
          <w:p>
            <w:pPr>
              <w:spacing w:after="20" w:line="276" w:lineRule="auto"/>
            </w:pPr>
            <w:r>
              <w:rPr>
                <w:rFonts w:ascii="宋体" w:hAnsi="宋体" w:eastAsia="宋体"/>
                <w:b w:val="0"/>
                <w:sz w:val="18"/>
              </w:rPr>
              <w:t>结合线段图思考怎样解决，想一想思路。</w:t>
            </w:r>
          </w:p>
          <w:p>
            <w:pPr>
              <w:spacing w:after="20" w:line="276" w:lineRule="auto"/>
            </w:pPr>
            <w:r>
              <w:rPr>
                <w:rFonts w:ascii="宋体" w:hAnsi="宋体" w:eastAsia="宋体"/>
                <w:b w:val="0"/>
                <w:sz w:val="18"/>
              </w:rPr>
              <w:t>(2)小组交流。</w:t>
            </w:r>
          </w:p>
          <w:p>
            <w:pPr>
              <w:spacing w:after="20" w:line="276" w:lineRule="auto"/>
            </w:pPr>
            <w:r>
              <w:rPr>
                <w:rFonts w:ascii="宋体" w:hAnsi="宋体" w:eastAsia="宋体"/>
                <w:b w:val="0"/>
                <w:sz w:val="18"/>
              </w:rPr>
              <w:t>(3)全班交流。</w:t>
            </w:r>
          </w:p>
          <w:p>
            <w:pPr>
              <w:spacing w:after="20" w:line="276" w:lineRule="auto"/>
            </w:pPr>
            <w:r>
              <w:rPr>
                <w:rFonts w:ascii="宋体" w:hAnsi="宋体" w:eastAsia="宋体"/>
                <w:b w:val="0"/>
                <w:sz w:val="18"/>
              </w:rPr>
              <w:t>根据巡视掌握的情况组织全班同学进行汇报，按如下思路汇报。(适时板书)</w:t>
            </w:r>
          </w:p>
          <w:p>
            <w:pPr>
              <w:spacing w:after="20" w:line="276" w:lineRule="auto"/>
            </w:pPr>
            <w:r>
              <w:rPr>
                <w:rFonts w:ascii="宋体" w:hAnsi="宋体" w:eastAsia="宋体"/>
                <w:b w:val="0"/>
                <w:sz w:val="18"/>
              </w:rPr>
              <w:t>思路一：从条件出发，根据4棵树苗的总价钱，可以求出什么？(1棵树苗的价钱)再求什么？(6棵树苗的总价钱)</w:t>
            </w:r>
          </w:p>
          <w:p>
            <w:pPr>
              <w:spacing w:after="20" w:line="276" w:lineRule="auto"/>
            </w:pPr>
            <w:r>
              <w:rPr>
                <w:rFonts w:ascii="宋体" w:hAnsi="宋体" w:eastAsia="宋体"/>
                <w:b w:val="0"/>
                <w:sz w:val="18"/>
              </w:rPr>
              <w:t>思路二：从问题出发，要求6棵树苗的总价钱，需要知道什么？(1棵树苗的价钱)怎样求？</w:t>
            </w:r>
          </w:p>
          <w:p>
            <w:pPr>
              <w:spacing w:after="20" w:line="276" w:lineRule="auto"/>
            </w:pPr>
            <w:r>
              <w:rPr>
                <w:rFonts w:ascii="宋体" w:hAnsi="宋体" w:eastAsia="宋体"/>
                <w:b w:val="0"/>
                <w:sz w:val="18"/>
              </w:rPr>
              <w:t>根据学生交流课件逐一出示。</w:t>
            </w:r>
          </w:p>
          <w:p>
            <w:pPr>
              <w:spacing w:after="20" w:line="276" w:lineRule="auto"/>
            </w:pPr>
            <w:r>
              <w:rPr>
                <w:rFonts w:ascii="宋体" w:hAnsi="宋体" w:eastAsia="宋体"/>
                <w:b w:val="0"/>
                <w:sz w:val="18"/>
              </w:rPr>
              <w:t>师：观察两种思路，你有什么发现？</w:t>
            </w:r>
          </w:p>
          <w:p>
            <w:pPr>
              <w:spacing w:after="20" w:line="276" w:lineRule="auto"/>
            </w:pPr>
            <w:r>
              <w:rPr>
                <w:rFonts w:ascii="宋体" w:hAnsi="宋体" w:eastAsia="宋体"/>
                <w:b w:val="0"/>
                <w:sz w:val="18"/>
              </w:rPr>
              <w:t>小结：两种思路都是先求出1棵树苗多少钱。</w:t>
            </w:r>
          </w:p>
          <w:p>
            <w:pPr>
              <w:spacing w:after="20" w:line="276" w:lineRule="auto"/>
            </w:pPr>
            <w:r>
              <w:rPr>
                <w:rFonts w:ascii="宋体" w:hAnsi="宋体" w:eastAsia="宋体"/>
                <w:b w:val="0"/>
                <w:sz w:val="18"/>
              </w:rPr>
              <w:t>(4)列式解答。</w:t>
            </w:r>
          </w:p>
          <w:p>
            <w:pPr>
              <w:spacing w:after="20" w:line="276" w:lineRule="auto"/>
            </w:pPr>
            <w:r>
              <w:rPr>
                <w:rFonts w:ascii="宋体" w:hAnsi="宋体" w:eastAsia="宋体"/>
                <w:b w:val="0"/>
                <w:sz w:val="18"/>
              </w:rPr>
              <w:t>综合算式：　300÷4×6</w:t>
            </w:r>
          </w:p>
        </w:tc>
        <w:tc>
          <w:tcPr>
            <w:tcW w:type="dxa" w:w="3061"/>
          </w:tcPr>
          <w:p>
            <w:pPr>
              <w:spacing w:after="20" w:line="276" w:lineRule="auto"/>
            </w:pPr>
            <w:r/>
            <w:r>
              <w:rPr>
                <w:rFonts w:ascii="宋体" w:hAnsi="宋体" w:eastAsia="宋体"/>
                <w:b w:val="0"/>
                <w:sz w:val="18"/>
              </w:rPr>
              <w:t>小组交流解题思路，教师巡视了解情况。</w:t>
            </w:r>
          </w:p>
          <w:p>
            <w:pPr>
              <w:spacing w:after="20" w:line="276" w:lineRule="auto"/>
            </w:pPr>
            <w:r>
              <w:rPr>
                <w:rFonts w:ascii="宋体" w:hAnsi="宋体" w:eastAsia="宋体"/>
                <w:b w:val="0"/>
                <w:sz w:val="18"/>
              </w:rPr>
              <w:t>学生列出算式汇报。(适时板书)</w:t>
            </w:r>
          </w:p>
        </w:tc>
        <w:tc>
          <w:tcPr>
            <w:tcW w:type="dxa" w:w="1814"/>
          </w:tcPr>
          <w:p>
            <w:pPr>
              <w:spacing w:after="20" w:line="276" w:lineRule="auto"/>
            </w:pPr>
            <w:r/>
            <w:r>
              <w:rPr>
                <w:rFonts w:ascii="宋体" w:hAnsi="宋体" w:eastAsia="宋体"/>
                <w:b w:val="0"/>
                <w:sz w:val="18"/>
              </w:rPr>
              <w:t>围绕环节目标组织学习活动，引导学生主动参与、积极思考，核心问题："观察两种思路，你有什么发现？"</w:t>
            </w:r>
          </w:p>
        </w:tc>
      </w:tr>
      <w:tr>
        <w:tc>
          <w:tcPr>
            <w:tcW w:type="dxa" w:w="1474"/>
          </w:tcPr>
          <w:p>
            <w:pPr>
              <w:spacing w:after="20" w:line="276" w:lineRule="auto"/>
            </w:pPr>
            <w:r>
              <w:rPr>
                <w:b/>
              </w:rPr>
            </w:r>
            <w:r>
              <w:rPr>
                <w:rFonts w:ascii="宋体" w:hAnsi="宋体" w:eastAsia="宋体"/>
                <w:b/>
                <w:sz w:val="18"/>
              </w:rPr>
              <w:t>＝450(元)</w:t>
            </w:r>
          </w:p>
        </w:tc>
        <w:tc>
          <w:tcPr>
            <w:tcW w:type="dxa" w:w="3061"/>
          </w:tcPr>
          <w:p>
            <w:pPr>
              <w:spacing w:after="20" w:line="276" w:lineRule="auto"/>
            </w:pPr>
            <w:r/>
            <w:r>
              <w:rPr>
                <w:rFonts w:ascii="宋体" w:hAnsi="宋体" w:eastAsia="宋体"/>
                <w:b w:val="0"/>
                <w:sz w:val="18"/>
              </w:rPr>
              <w:t>3．回顾反思。</w:t>
            </w:r>
          </w:p>
          <w:p>
            <w:pPr>
              <w:spacing w:after="20" w:line="276" w:lineRule="auto"/>
            </w:pPr>
            <w:r>
              <w:rPr>
                <w:rFonts w:ascii="宋体" w:hAnsi="宋体" w:eastAsia="宋体"/>
                <w:b w:val="0"/>
                <w:sz w:val="18"/>
              </w:rPr>
              <w:t>师：怎样检验解答是否正确呢？</w:t>
            </w:r>
          </w:p>
          <w:p>
            <w:pPr>
              <w:spacing w:after="20" w:line="276" w:lineRule="auto"/>
            </w:pPr>
            <w:r>
              <w:rPr>
                <w:rFonts w:ascii="宋体" w:hAnsi="宋体" w:eastAsia="宋体"/>
                <w:b w:val="0"/>
                <w:sz w:val="18"/>
              </w:rPr>
              <w:t>450÷6＝75(元)，75×4＝300(元)。解答正确。</w:t>
            </w:r>
          </w:p>
          <w:p>
            <w:pPr>
              <w:spacing w:after="20" w:line="276" w:lineRule="auto"/>
            </w:pPr>
            <w:r>
              <w:rPr>
                <w:rFonts w:ascii="宋体" w:hAnsi="宋体" w:eastAsia="宋体"/>
                <w:b w:val="0"/>
                <w:sz w:val="18"/>
              </w:rPr>
              <w:t>师：回顾一下，我们是怎样解决这个问题的？</w:t>
            </w:r>
          </w:p>
          <w:p>
            <w:pPr>
              <w:spacing w:after="20" w:line="276" w:lineRule="auto"/>
            </w:pPr>
            <w:r>
              <w:rPr>
                <w:rFonts w:ascii="宋体" w:hAnsi="宋体" w:eastAsia="宋体"/>
                <w:b w:val="0"/>
                <w:sz w:val="18"/>
              </w:rPr>
              <w:t>引导学生发现：可以从已知条件出发想一想能求出什么，也可以从问题出发想一想要求出什么。</w:t>
            </w:r>
          </w:p>
        </w:tc>
        <w:tc>
          <w:tcPr>
            <w:tcW w:type="dxa" w:w="3061"/>
          </w:tcPr>
          <w:p>
            <w:pPr>
              <w:spacing w:after="20" w:line="276" w:lineRule="auto"/>
            </w:pPr>
            <w:r/>
            <w:r>
              <w:rPr>
                <w:rFonts w:ascii="宋体" w:hAnsi="宋体" w:eastAsia="宋体"/>
                <w:b w:val="0"/>
                <w:sz w:val="18"/>
              </w:rPr>
              <w:t>交流后出示方法：(适时板书)</w:t>
            </w:r>
          </w:p>
        </w:tc>
        <w:tc>
          <w:tcPr>
            <w:tcW w:type="dxa" w:w="1814"/>
          </w:tcPr>
          <w:p>
            <w:pPr>
              <w:spacing w:after="20" w:line="276" w:lineRule="auto"/>
            </w:pPr>
            <w:r/>
            <w:r>
              <w:rPr>
                <w:rFonts w:ascii="宋体" w:hAnsi="宋体" w:eastAsia="宋体"/>
                <w:b w:val="0"/>
                <w:sz w:val="18"/>
              </w:rPr>
              <w:t>围绕环节目标组织学习活动，引导学生主动参与、积极思考，核心问题："怎样检验解答是否正确呢？"</w:t>
            </w:r>
          </w:p>
        </w:tc>
      </w:tr>
      <w:tr>
        <w:tc>
          <w:tcPr>
            <w:tcW w:type="dxa" w:w="1474"/>
          </w:tcPr>
          <w:p>
            <w:pPr>
              <w:spacing w:after="20" w:line="276" w:lineRule="auto"/>
            </w:pPr>
            <w:r>
              <w:rPr>
                <w:b/>
              </w:rPr>
            </w:r>
            <w:r>
              <w:rPr>
                <w:rFonts w:ascii="宋体" w:hAnsi="宋体" w:eastAsia="宋体"/>
                <w:b/>
                <w:sz w:val="18"/>
              </w:rPr>
              <w:t>三、巩固知识，应用拓展</w:t>
            </w:r>
          </w:p>
        </w:tc>
        <w:tc>
          <w:tcPr>
            <w:tcW w:type="dxa" w:w="3061"/>
          </w:tcPr>
          <w:p>
            <w:pPr>
              <w:spacing w:after="20" w:line="276" w:lineRule="auto"/>
            </w:pPr>
            <w:r/>
            <w:r>
              <w:rPr>
                <w:rFonts w:ascii="宋体" w:hAnsi="宋体" w:eastAsia="宋体"/>
                <w:b w:val="0"/>
                <w:sz w:val="18"/>
              </w:rPr>
              <w:t>1.完成教科书P33“做一做”第1题。</w:t>
            </w:r>
          </w:p>
          <w:p>
            <w:pPr>
              <w:spacing w:after="20" w:line="276" w:lineRule="auto"/>
            </w:pPr>
            <w:r>
              <w:rPr>
                <w:rFonts w:ascii="宋体" w:hAnsi="宋体" w:eastAsia="宋体"/>
                <w:b w:val="0"/>
                <w:sz w:val="18"/>
              </w:rPr>
              <w:t>师：两个问题中都出现了“照这样计算”，是什么意思？</w:t>
            </w:r>
          </w:p>
          <w:p>
            <w:pPr>
              <w:spacing w:after="20" w:line="276" w:lineRule="auto"/>
            </w:pPr>
            <w:r>
              <w:rPr>
                <w:rFonts w:ascii="宋体" w:hAnsi="宋体" w:eastAsia="宋体"/>
                <w:b w:val="0"/>
                <w:sz w:val="18"/>
              </w:rPr>
              <w:t>引导学生明确：每辆卡车每次可运货的吨数一样。</w:t>
            </w:r>
          </w:p>
          <w:p>
            <w:pPr>
              <w:spacing w:after="20" w:line="276" w:lineRule="auto"/>
            </w:pPr>
            <w:r>
              <w:rPr>
                <w:rFonts w:ascii="宋体" w:hAnsi="宋体" w:eastAsia="宋体"/>
                <w:b w:val="0"/>
                <w:sz w:val="18"/>
              </w:rPr>
              <w:t>(1)学生尝试解答。</w:t>
            </w:r>
          </w:p>
          <w:p>
            <w:pPr>
              <w:spacing w:after="20" w:line="276" w:lineRule="auto"/>
            </w:pPr>
            <w:r>
              <w:rPr>
                <w:rFonts w:ascii="宋体" w:hAnsi="宋体" w:eastAsia="宋体"/>
                <w:b w:val="0"/>
                <w:sz w:val="18"/>
              </w:rPr>
              <w:t>(2)交流展示。</w:t>
            </w:r>
          </w:p>
          <w:p>
            <w:pPr>
              <w:spacing w:after="20" w:line="276" w:lineRule="auto"/>
            </w:pPr>
            <w:r>
              <w:rPr>
                <w:rFonts w:ascii="宋体" w:hAnsi="宋体" w:eastAsia="宋体"/>
                <w:b w:val="0"/>
                <w:sz w:val="18"/>
              </w:rPr>
              <w:t>注意：两问第一步都是用除法求出每辆卡车每次可运货吨数，第二步不同，第一问求9辆卡车每次运货总吨数，用乘法计算；第二问求需要的卡车总数量，用除法计算。</w:t>
            </w:r>
          </w:p>
          <w:p>
            <w:pPr>
              <w:spacing w:after="20" w:line="276" w:lineRule="auto"/>
            </w:pPr>
            <w:r>
              <w:rPr>
                <w:rFonts w:ascii="宋体" w:hAnsi="宋体" w:eastAsia="宋体"/>
                <w:b w:val="0"/>
                <w:sz w:val="18"/>
              </w:rPr>
              <w:t>2．完成教科书P33“练习六”第1，2题。</w:t>
            </w:r>
          </w:p>
          <w:p>
            <w:pPr>
              <w:spacing w:after="20" w:line="276" w:lineRule="auto"/>
            </w:pPr>
            <w:r>
              <w:rPr>
                <w:rFonts w:ascii="宋体" w:hAnsi="宋体" w:eastAsia="宋体"/>
                <w:b w:val="0"/>
                <w:sz w:val="18"/>
              </w:rPr>
              <w:t>3．完成教科书P33“练习六”第4题。</w:t>
            </w:r>
          </w:p>
          <w:p>
            <w:pPr>
              <w:spacing w:after="20" w:line="276" w:lineRule="auto"/>
            </w:pPr>
            <w:r>
              <w:rPr>
                <w:rFonts w:ascii="宋体" w:hAnsi="宋体" w:eastAsia="宋体"/>
                <w:b w:val="0"/>
                <w:sz w:val="18"/>
              </w:rPr>
              <w:t>思考：第一步先求什么？第二步用什么方法计算？</w:t>
            </w:r>
          </w:p>
          <w:p>
            <w:pPr>
              <w:spacing w:after="20" w:line="276" w:lineRule="auto"/>
            </w:pPr>
            <w:r>
              <w:rPr>
                <w:rFonts w:ascii="宋体" w:hAnsi="宋体" w:eastAsia="宋体"/>
                <w:b w:val="0"/>
                <w:sz w:val="18"/>
              </w:rPr>
              <w:t>4．完成教科书P34“练习六”第7题。</w:t>
            </w:r>
          </w:p>
          <w:p>
            <w:pPr>
              <w:spacing w:after="20" w:line="276" w:lineRule="auto"/>
            </w:pPr>
            <w:r>
              <w:rPr>
                <w:rFonts w:ascii="宋体" w:hAnsi="宋体" w:eastAsia="宋体"/>
                <w:b w:val="0"/>
                <w:sz w:val="18"/>
              </w:rPr>
              <w:t>(1)看图读懂图意。</w:t>
            </w:r>
          </w:p>
          <w:p>
            <w:pPr>
              <w:spacing w:after="20" w:line="276" w:lineRule="auto"/>
            </w:pPr>
            <w:r>
              <w:rPr>
                <w:rFonts w:ascii="宋体" w:hAnsi="宋体" w:eastAsia="宋体"/>
                <w:b w:val="0"/>
                <w:sz w:val="18"/>
              </w:rPr>
              <w:t>(2)根据图意独立完成3个问题后交流。</w:t>
            </w:r>
          </w:p>
        </w:tc>
        <w:tc>
          <w:tcPr>
            <w:tcW w:type="dxa" w:w="3061"/>
          </w:tcPr>
          <w:p>
            <w:pPr>
              <w:spacing w:after="20" w:line="276" w:lineRule="auto"/>
            </w:pPr>
            <w:r/>
            <w:r>
              <w:rPr>
                <w:rFonts w:ascii="宋体" w:hAnsi="宋体" w:eastAsia="宋体"/>
                <w:b w:val="0"/>
                <w:sz w:val="18"/>
              </w:rPr>
              <w:t>学生独立完成，然后集体评议。关注学生是否能找到不变量。</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通过有层次的练习及时反馈学情，巩固新知，培养学生灵活运用知识解决问题的能力，核心问题："两个问题中都出现了“照这样计算”，是什么意思？"</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师：通过今天的学习，你们有什么收获？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本节课继续按照解决问题的三个步骤教学，阅读理解环节师生一起画线段图来表示已知条件和要求的问题，体现数形结合分析数量关系的方法。分析解答环节放手让学生尝试探究解题思路，渗透解决问题的两种方法即分析法和综合法。思路交流后引导学生找出相同点，帮助学生建立此类问题的模型，找到更好的解决问题的方法。</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解决问题(3)</w:t>
      </w:r>
    </w:p>
    <w:p>
      <w:pPr>
        <w:spacing w:after="40" w:line="300" w:lineRule="auto"/>
      </w:pPr>
      <w:r>
        <w:rPr>
          <w:rFonts w:ascii="宋体" w:hAnsi="宋体" w:eastAsia="宋体"/>
          <w:b w:val="0"/>
          <w:sz w:val="20"/>
        </w:rPr>
        <w:t>阅读理解：</w:t>
      </w:r>
    </w:p>
    <w:p>
      <w:pPr>
        <w:spacing w:after="40" w:line="300" w:lineRule="auto"/>
      </w:pPr>
      <w:r>
        <w:rPr>
          <w:rFonts w:ascii="宋体" w:hAnsi="宋体" w:eastAsia="宋体"/>
          <w:b w:val="0"/>
          <w:sz w:val="20"/>
        </w:rPr>
        <w:t>分析解答：</w:t>
      </w:r>
    </w:p>
    <w:p>
      <w:pPr>
        <w:spacing w:after="40" w:line="300" w:lineRule="auto"/>
      </w:pPr>
      <w:r>
        <w:rPr>
          <w:rFonts w:ascii="宋体" w:hAnsi="宋体" w:eastAsia="宋体"/>
          <w:b w:val="0"/>
          <w:sz w:val="20"/>
        </w:rPr>
        <w:t>回顾反思：</w:t>
      </w:r>
    </w:p>
    <w:p>
      <w:pPr>
        <w:spacing w:after="40" w:line="300" w:lineRule="auto"/>
      </w:pPr>
      <w:r>
        <w:rPr>
          <w:rFonts w:ascii="宋体" w:hAnsi="宋体" w:eastAsia="宋体"/>
          <w:b w:val="0"/>
          <w:sz w:val="20"/>
        </w:rPr>
        <w:t>450÷6＝75(元)，75×4＝300(元)。解答正确。</w:t>
      </w:r>
    </w:p>
    <w:p>
      <w:pPr>
        <w:spacing w:after="40" w:line="300" w:lineRule="auto"/>
      </w:pPr>
      <w:r>
        <w:rPr>
          <w:rFonts w:ascii="宋体" w:hAnsi="宋体" w:eastAsia="宋体"/>
          <w:b w:val="0"/>
          <w:sz w:val="20"/>
        </w:rPr>
        <w:t>答：如果买6棵，需要450元。</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教科书P31例9及P33“做一做”第1题，教科书P33～34“练习六”第1，2，4，7题。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课的教学重点是“归一问题”，教学时要引导学生学会用线段图来表示已知条件和问题，分析数量关系。要加强画图方法的指导和读图能力的培养。大部分学生都能从条件入手解决问题，对于完整地表述思路过程的能力需要加强。</w:t>
      </w:r>
    </w:p>
    <w:p>
      <w:r>
        <w:br w:type="page"/>
      </w:r>
    </w:p>
    <w:p>
      <w:pPr>
        <w:spacing w:after="80" w:line="300" w:lineRule="auto"/>
      </w:pPr>
      <w:r>
        <w:rPr>
          <w:rFonts w:ascii="黑体" w:hAnsi="黑体" w:eastAsia="黑体"/>
          <w:b/>
          <w:sz w:val="24"/>
        </w:rPr>
        <w:t>二、课时教学方案（第12课时）</w:t>
      </w:r>
    </w:p>
    <w:p>
      <w:pPr>
        <w:spacing w:after="80" w:line="300" w:lineRule="auto"/>
      </w:pPr>
      <w:r>
        <w:rPr>
          <w:rFonts w:ascii="黑体" w:hAnsi="黑体" w:eastAsia="黑体"/>
          <w:b/>
          <w:sz w:val="24"/>
        </w:rPr>
        <w:t>第12课时　解决问题(4)</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第12课时　解决问题(4)</w:t>
            </w:r>
          </w:p>
        </w:tc>
        <w:tc>
          <w:tcPr>
            <w:tcW w:type="dxa" w:w="6009"/>
          </w:tcPr>
          <w:p>
            <w:pPr>
              <w:spacing w:after="20" w:line="276" w:lineRule="auto"/>
            </w:pPr>
            <w:r/>
            <w:r>
              <w:rPr>
                <w:rFonts w:ascii="宋体" w:hAnsi="宋体" w:eastAsia="宋体"/>
                <w:b w:val="0"/>
                <w:sz w:val="20"/>
              </w:rPr>
              <w:t>第2单元 除数是一位数的除法（笔算除法）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学生已经会计算表内除法和一位数乘整十、整百数的口算。这些口算经验是帮助学生学习除数是一位数的口算除法的重要基础。学生在二年级学习了“表内除法”和“有余数的除法”，对竖式有最基础的了解，但本单元的笔算除法需要学生学会综合运用乘法、减法、加法等知识与方法，而除法竖式的演算是一种数学思维的特殊表达方式，学生在对除的顺序和竖式的写法的理解与掌握上会有一定的困难。</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教学内容：教科书P32例10及P33“做一做”第2题，教科书P33～34“练习六”第3，5，6，8题。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（1）能运用乘、除法的知识解决含有“归总”数量关系的实际问题。</w:t>
      </w:r>
    </w:p>
    <w:p>
      <w:pPr>
        <w:spacing w:after="20" w:line="300" w:lineRule="auto"/>
        <w:ind w:firstLine="400"/>
      </w:pPr>
      <w:r>
        <w:rPr>
          <w:rFonts w:ascii="宋体" w:hAnsi="宋体" w:eastAsia="宋体"/>
          <w:b w:val="0"/>
          <w:sz w:val="20"/>
        </w:rPr>
        <w:t>（2）在解决问题的过程中感悟每小时行驶的路程、时间和路程的数量关系。</w:t>
      </w:r>
    </w:p>
    <w:p>
      <w:pPr>
        <w:spacing w:after="20" w:line="300" w:lineRule="auto"/>
        <w:ind w:firstLine="400"/>
      </w:pPr>
      <w:r>
        <w:rPr>
          <w:rFonts w:ascii="宋体" w:hAnsi="宋体" w:eastAsia="宋体"/>
          <w:b w:val="0"/>
          <w:sz w:val="20"/>
        </w:rPr>
        <w:t>（3）通过真实问题情境的解决，激发学生的学习兴趣，从而使学生感受到数学与生活的密切联系，培养学生的数学情感。</w:t>
      </w:r>
    </w:p>
    <w:p>
      <w:pPr>
        <w:spacing w:after="20" w:line="300" w:lineRule="auto"/>
      </w:pPr>
      <w:r>
        <w:rPr>
          <w:rFonts w:ascii="宋体" w:hAnsi="宋体" w:eastAsia="宋体"/>
          <w:b w:val="0"/>
          <w:sz w:val="20"/>
        </w:rPr>
        <w:t>教学重点：理解“归总问题”中各数量间的关系。</w:t>
      </w:r>
    </w:p>
    <w:p>
      <w:pPr>
        <w:spacing w:after="20" w:line="300" w:lineRule="auto"/>
      </w:pPr>
      <w:r>
        <w:rPr>
          <w:rFonts w:ascii="宋体" w:hAnsi="宋体" w:eastAsia="宋体"/>
          <w:b w:val="0"/>
          <w:sz w:val="20"/>
        </w:rPr>
        <w:t>教学难点：建立“归总问题”的数学模型，感悟数量关系。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一、复习引入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二、解决问题</w:t>
            </w:r>
          </w:p>
        </w:tc>
        <w:tc>
          <w:tcPr>
            <w:tcW w:type="dxa" w:w="1814"/>
          </w:tcPr>
          <w:p>
            <w:pPr>
              <w:spacing w:after="20" w:line="276" w:lineRule="auto"/>
            </w:pPr>
            <w:r/>
            <w:r>
              <w:rPr>
                <w:rFonts w:ascii="宋体" w:hAnsi="宋体" w:eastAsia="宋体"/>
                <w:b w:val="0"/>
                <w:sz w:val="18"/>
              </w:rPr>
              <w:t>课件、教科书、线段图</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轿车 │ ？ │ 2</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观察两种思路，你有什么发现？；怎样检验解答是否正确呢？</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三、巩固知识，应用拓展</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通过今天的学习，你们有什么收获？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一、复习引入</w:t>
            </w:r>
          </w:p>
        </w:tc>
        <w:tc>
          <w:tcPr>
            <w:tcW w:type="dxa" w:w="3061"/>
          </w:tcPr>
          <w:p>
            <w:pPr>
              <w:spacing w:after="20" w:line="276" w:lineRule="auto"/>
            </w:pPr>
            <w:r/>
            <w:r>
              <w:rPr>
                <w:rFonts w:ascii="宋体" w:hAnsi="宋体" w:eastAsia="宋体"/>
                <w:b w:val="0"/>
                <w:sz w:val="18"/>
              </w:rPr>
              <w:t>课件出示习题，学生独立完成后集体订正。</w:t>
            </w:r>
          </w:p>
          <w:p>
            <w:pPr>
              <w:spacing w:after="20" w:line="276" w:lineRule="auto"/>
            </w:pPr>
            <w:r>
              <w:rPr>
                <w:rFonts w:ascii="宋体" w:hAnsi="宋体" w:eastAsia="宋体"/>
                <w:b w:val="0"/>
                <w:sz w:val="18"/>
              </w:rPr>
              <w:t>口算。</w:t>
            </w:r>
          </w:p>
          <w:p>
            <w:pPr>
              <w:spacing w:after="20" w:line="276" w:lineRule="auto"/>
            </w:pPr>
            <w:r>
              <w:rPr>
                <w:rFonts w:ascii="宋体" w:hAnsi="宋体" w:eastAsia="宋体"/>
                <w:b w:val="0"/>
                <w:sz w:val="18"/>
              </w:rPr>
              <w:t>9×4÷6＝　 　40×6÷8＝　 　54÷9×10＝</w:t>
            </w:r>
          </w:p>
          <w:p>
            <w:pPr>
              <w:spacing w:after="20" w:line="276" w:lineRule="auto"/>
            </w:pPr>
            <w:r>
              <w:rPr>
                <w:rFonts w:ascii="宋体" w:hAnsi="宋体" w:eastAsia="宋体"/>
                <w:b w:val="0"/>
                <w:sz w:val="18"/>
              </w:rPr>
              <w:t>3×12÷9＝    4×15÷6＝     8×6÷4＝</w:t>
            </w:r>
          </w:p>
          <w:p>
            <w:pPr>
              <w:spacing w:after="20" w:line="276" w:lineRule="auto"/>
            </w:pPr>
            <w:r>
              <w:rPr>
                <w:rFonts w:ascii="宋体" w:hAnsi="宋体" w:eastAsia="宋体"/>
                <w:b w:val="0"/>
                <w:sz w:val="18"/>
              </w:rPr>
              <w:t>师：今天继续学习利用乘除法的意义分析数量关系解决问题。[板书课题：解决问题(4)]</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二、解决问题</w:t>
            </w:r>
          </w:p>
        </w:tc>
        <w:tc>
          <w:tcPr>
            <w:tcW w:type="dxa" w:w="3061"/>
          </w:tcPr>
          <w:p>
            <w:pPr>
              <w:spacing w:after="20" w:line="276" w:lineRule="auto"/>
            </w:pPr>
            <w:r/>
            <w:r>
              <w:rPr>
                <w:rFonts w:ascii="宋体" w:hAnsi="宋体" w:eastAsia="宋体"/>
                <w:b w:val="0"/>
                <w:sz w:val="18"/>
              </w:rPr>
              <w:t>课件出示教科书P32例10。</w:t>
            </w:r>
          </w:p>
          <w:p>
            <w:pPr>
              <w:spacing w:after="20" w:line="276" w:lineRule="auto"/>
            </w:pPr>
            <w:r>
              <w:rPr>
                <w:rFonts w:ascii="宋体" w:hAnsi="宋体" w:eastAsia="宋体"/>
                <w:b w:val="0"/>
                <w:sz w:val="18"/>
              </w:rPr>
              <w:t>张叔叔开货车从A城到B城。货车每小时行驶60千米，3小时到达。黄叔叔开轿车从A城去B城，2小时到达。轿车平均每小时行驶多少千米？</w:t>
            </w:r>
          </w:p>
          <w:p>
            <w:pPr>
              <w:spacing w:after="20" w:line="276" w:lineRule="auto"/>
            </w:pPr>
            <w:r>
              <w:rPr>
                <w:rFonts w:ascii="宋体" w:hAnsi="宋体" w:eastAsia="宋体"/>
                <w:b w:val="0"/>
                <w:sz w:val="18"/>
              </w:rPr>
              <w:t>1．阅读理解。</w:t>
            </w:r>
          </w:p>
          <w:p>
            <w:pPr>
              <w:spacing w:after="20" w:line="276" w:lineRule="auto"/>
            </w:pPr>
            <w:r>
              <w:rPr>
                <w:rFonts w:ascii="宋体" w:hAnsi="宋体" w:eastAsia="宋体"/>
                <w:b w:val="0"/>
                <w:sz w:val="18"/>
              </w:rPr>
              <w:t>师：上节课我们学会用画线段图表示已知条件和要解决的问题，这节课我们尝试用表格来表示。</w:t>
            </w:r>
          </w:p>
          <w:p>
            <w:pPr>
              <w:spacing w:after="20" w:line="276" w:lineRule="auto"/>
            </w:pPr>
            <w:r>
              <w:rPr>
                <w:rFonts w:ascii="宋体" w:hAnsi="宋体" w:eastAsia="宋体"/>
                <w:b w:val="0"/>
                <w:sz w:val="18"/>
              </w:rPr>
              <w:t>教师引导学生画表格，形成如下表格。(适时板书)</w:t>
            </w:r>
          </w:p>
          <w:p>
            <w:pPr>
              <w:spacing w:after="20" w:line="276" w:lineRule="auto"/>
            </w:pPr>
            <w:r>
              <w:rPr>
                <w:rFonts w:ascii="宋体" w:hAnsi="宋体" w:eastAsia="宋体"/>
                <w:b w:val="0"/>
                <w:sz w:val="18"/>
              </w:rPr>
              <w:t>车型 │ 每小时行驶的路程/千米 │ 时间/时</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轿车 │ ？ │ 2</w:t>
            </w:r>
          </w:p>
        </w:tc>
        <w:tc>
          <w:tcPr>
            <w:tcW w:type="dxa" w:w="3061"/>
          </w:tcPr>
          <w:p>
            <w:pPr>
              <w:spacing w:after="20" w:line="276" w:lineRule="auto"/>
            </w:pPr>
            <w:r/>
            <w:r>
              <w:rPr>
                <w:rFonts w:ascii="宋体" w:hAnsi="宋体" w:eastAsia="宋体"/>
                <w:b w:val="0"/>
                <w:sz w:val="18"/>
              </w:rPr>
              <w:t>两辆车行驶的路程相等。</w:t>
            </w:r>
          </w:p>
          <w:p>
            <w:pPr>
              <w:spacing w:after="20" w:line="276" w:lineRule="auto"/>
            </w:pPr>
            <w:r>
              <w:rPr>
                <w:rFonts w:ascii="宋体" w:hAnsi="宋体" w:eastAsia="宋体"/>
                <w:b w:val="0"/>
                <w:sz w:val="18"/>
              </w:rPr>
              <w:t>2．分析解答。</w:t>
            </w:r>
          </w:p>
          <w:p>
            <w:pPr>
              <w:spacing w:after="20" w:line="276" w:lineRule="auto"/>
            </w:pPr>
            <w:r>
              <w:rPr>
                <w:rFonts w:ascii="宋体" w:hAnsi="宋体" w:eastAsia="宋体"/>
                <w:b w:val="0"/>
                <w:sz w:val="18"/>
              </w:rPr>
              <w:t>(1)独立思考。</w:t>
            </w:r>
          </w:p>
          <w:p>
            <w:pPr>
              <w:spacing w:after="20" w:line="276" w:lineRule="auto"/>
            </w:pPr>
            <w:r>
              <w:rPr>
                <w:rFonts w:ascii="宋体" w:hAnsi="宋体" w:eastAsia="宋体"/>
                <w:b w:val="0"/>
                <w:sz w:val="18"/>
              </w:rPr>
              <w:t>结合表格思考怎样解决，想一想思路。</w:t>
            </w:r>
          </w:p>
          <w:p>
            <w:pPr>
              <w:spacing w:after="20" w:line="276" w:lineRule="auto"/>
            </w:pPr>
            <w:r>
              <w:rPr>
                <w:rFonts w:ascii="宋体" w:hAnsi="宋体" w:eastAsia="宋体"/>
                <w:b w:val="0"/>
                <w:sz w:val="18"/>
              </w:rPr>
              <w:t>(2)小组交流。</w:t>
            </w:r>
          </w:p>
          <w:p>
            <w:pPr>
              <w:spacing w:after="20" w:line="276" w:lineRule="auto"/>
            </w:pPr>
            <w:r>
              <w:rPr>
                <w:rFonts w:ascii="宋体" w:hAnsi="宋体" w:eastAsia="宋体"/>
                <w:b w:val="0"/>
                <w:sz w:val="18"/>
              </w:rPr>
              <w:t>(3)全班交流。</w:t>
            </w:r>
          </w:p>
          <w:p>
            <w:pPr>
              <w:spacing w:after="20" w:line="276" w:lineRule="auto"/>
            </w:pPr>
            <w:r>
              <w:rPr>
                <w:rFonts w:ascii="宋体" w:hAnsi="宋体" w:eastAsia="宋体"/>
                <w:b w:val="0"/>
                <w:sz w:val="18"/>
              </w:rPr>
              <w:t>根据巡视掌握的情况组织全班同学进行汇报，按如下思路汇报。</w:t>
            </w:r>
          </w:p>
          <w:p>
            <w:pPr>
              <w:spacing w:after="20" w:line="276" w:lineRule="auto"/>
            </w:pPr>
            <w:r>
              <w:rPr>
                <w:rFonts w:ascii="宋体" w:hAnsi="宋体" w:eastAsia="宋体"/>
                <w:b w:val="0"/>
                <w:sz w:val="18"/>
              </w:rPr>
              <w:t>思路一：从条件出发，根据货车每小时行驶的路程和所用时间，可以求出什么？(两个城市之间的路程)</w:t>
            </w:r>
          </w:p>
          <w:p>
            <w:pPr>
              <w:spacing w:after="20" w:line="276" w:lineRule="auto"/>
            </w:pPr>
            <w:r>
              <w:rPr>
                <w:rFonts w:ascii="宋体" w:hAnsi="宋体" w:eastAsia="宋体"/>
                <w:b w:val="0"/>
                <w:sz w:val="18"/>
              </w:rPr>
              <w:t>思路二：从问题出发，知道了轿车的行驶时间，要求出轿车每小时行驶的路程，需要先求出什么？(两个城市之间的路程)</w:t>
            </w:r>
          </w:p>
          <w:p>
            <w:pPr>
              <w:spacing w:after="20" w:line="276" w:lineRule="auto"/>
            </w:pPr>
            <w:r>
              <w:rPr>
                <w:rFonts w:ascii="宋体" w:hAnsi="宋体" w:eastAsia="宋体"/>
                <w:b w:val="0"/>
                <w:sz w:val="18"/>
              </w:rPr>
              <w:t>师：观察两种思路，你有什么发现？</w:t>
            </w:r>
          </w:p>
          <w:p>
            <w:pPr>
              <w:spacing w:after="20" w:line="276" w:lineRule="auto"/>
            </w:pPr>
            <w:r>
              <w:rPr>
                <w:rFonts w:ascii="宋体" w:hAnsi="宋体" w:eastAsia="宋体"/>
                <w:b w:val="0"/>
                <w:sz w:val="18"/>
              </w:rPr>
              <w:t>小结：两种思路都是先求出两个城市之间的路程。</w:t>
            </w:r>
          </w:p>
          <w:p>
            <w:pPr>
              <w:spacing w:after="20" w:line="276" w:lineRule="auto"/>
            </w:pPr>
            <w:r>
              <w:rPr>
                <w:rFonts w:ascii="宋体" w:hAnsi="宋体" w:eastAsia="宋体"/>
                <w:b w:val="0"/>
                <w:sz w:val="18"/>
              </w:rPr>
              <w:t>(4)列式解答。</w:t>
            </w:r>
          </w:p>
          <w:p>
            <w:pPr>
              <w:spacing w:after="20" w:line="276" w:lineRule="auto"/>
            </w:pPr>
            <w:r>
              <w:rPr>
                <w:rFonts w:ascii="宋体" w:hAnsi="宋体" w:eastAsia="宋体"/>
                <w:b w:val="0"/>
                <w:sz w:val="18"/>
              </w:rPr>
              <w:t>3．回顾反思。</w:t>
            </w:r>
          </w:p>
          <w:p>
            <w:pPr>
              <w:spacing w:after="20" w:line="276" w:lineRule="auto"/>
            </w:pPr>
            <w:r>
              <w:rPr>
                <w:rFonts w:ascii="宋体" w:hAnsi="宋体" w:eastAsia="宋体"/>
                <w:b w:val="0"/>
                <w:sz w:val="18"/>
              </w:rPr>
              <w:t>师：怎样检验解答是否正确呢？</w:t>
            </w:r>
          </w:p>
          <w:p>
            <w:pPr>
              <w:spacing w:after="20" w:line="276" w:lineRule="auto"/>
            </w:pPr>
            <w:r>
              <w:rPr>
                <w:rFonts w:ascii="宋体" w:hAnsi="宋体" w:eastAsia="宋体"/>
                <w:b w:val="0"/>
                <w:sz w:val="18"/>
              </w:rPr>
              <w:t>90×2＝180(千米)　60×3＝180(千米)</w:t>
            </w:r>
          </w:p>
          <w:p>
            <w:pPr>
              <w:spacing w:after="20" w:line="276" w:lineRule="auto"/>
            </w:pPr>
            <w:r>
              <w:rPr>
                <w:rFonts w:ascii="宋体" w:hAnsi="宋体" w:eastAsia="宋体"/>
                <w:b w:val="0"/>
                <w:sz w:val="18"/>
              </w:rPr>
              <w:t>路程相等，解答正确。</w:t>
            </w:r>
          </w:p>
          <w:p>
            <w:pPr>
              <w:spacing w:after="20" w:line="276" w:lineRule="auto"/>
            </w:pPr>
            <w:r>
              <w:rPr>
                <w:rFonts w:ascii="宋体" w:hAnsi="宋体" w:eastAsia="宋体"/>
                <w:b w:val="0"/>
                <w:sz w:val="18"/>
              </w:rPr>
              <w:t>师：回顾一下，我们是借助什么梳理数量关系的？</w:t>
            </w:r>
          </w:p>
          <w:p>
            <w:pPr>
              <w:spacing w:after="20" w:line="276" w:lineRule="auto"/>
            </w:pPr>
            <w:r>
              <w:rPr>
                <w:rFonts w:ascii="宋体" w:hAnsi="宋体" w:eastAsia="宋体"/>
                <w:b w:val="0"/>
                <w:sz w:val="18"/>
              </w:rPr>
              <w:t>引导学生发现：列表可以帮我们把数量关系梳理得更清楚。</w:t>
            </w:r>
          </w:p>
        </w:tc>
        <w:tc>
          <w:tcPr>
            <w:tcW w:type="dxa" w:w="3061"/>
          </w:tcPr>
          <w:p>
            <w:pPr>
              <w:spacing w:after="20" w:line="276" w:lineRule="auto"/>
            </w:pPr>
            <w:r/>
            <w:r>
              <w:rPr>
                <w:rFonts w:ascii="宋体" w:hAnsi="宋体" w:eastAsia="宋体"/>
                <w:b w:val="0"/>
                <w:sz w:val="18"/>
              </w:rPr>
              <w:t>小组交流解题思路，教师巡视了解情况。</w:t>
            </w:r>
          </w:p>
          <w:p>
            <w:pPr>
              <w:spacing w:after="20" w:line="276" w:lineRule="auto"/>
            </w:pPr>
            <w:r>
              <w:rPr>
                <w:rFonts w:ascii="宋体" w:hAnsi="宋体" w:eastAsia="宋体"/>
                <w:b w:val="0"/>
                <w:sz w:val="18"/>
              </w:rPr>
              <w:t>学生列出算式汇报。(适时板书)</w:t>
            </w:r>
          </w:p>
          <w:p>
            <w:pPr>
              <w:spacing w:after="20" w:line="276" w:lineRule="auto"/>
            </w:pPr>
            <w:r>
              <w:rPr>
                <w:rFonts w:ascii="宋体" w:hAnsi="宋体" w:eastAsia="宋体"/>
                <w:b w:val="0"/>
                <w:sz w:val="18"/>
              </w:rPr>
              <w:t>交流后出示方法：(适时板书)</w:t>
            </w:r>
          </w:p>
        </w:tc>
        <w:tc>
          <w:tcPr>
            <w:tcW w:type="dxa" w:w="1814"/>
          </w:tcPr>
          <w:p>
            <w:pPr>
              <w:spacing w:after="20" w:line="276" w:lineRule="auto"/>
            </w:pPr>
            <w:r/>
            <w:r>
              <w:rPr>
                <w:rFonts w:ascii="宋体" w:hAnsi="宋体" w:eastAsia="宋体"/>
                <w:b w:val="0"/>
                <w:sz w:val="18"/>
              </w:rPr>
              <w:t>围绕环节目标组织学习活动，引导学生主动参与、积极思考，核心问题："观察两种思路，你有什么发现？"</w:t>
            </w:r>
          </w:p>
        </w:tc>
      </w:tr>
      <w:tr>
        <w:tc>
          <w:tcPr>
            <w:tcW w:type="dxa" w:w="1474"/>
          </w:tcPr>
          <w:p>
            <w:pPr>
              <w:spacing w:after="20" w:line="276" w:lineRule="auto"/>
            </w:pPr>
            <w:r>
              <w:rPr>
                <w:b/>
              </w:rPr>
            </w:r>
            <w:r>
              <w:rPr>
                <w:rFonts w:ascii="宋体" w:hAnsi="宋体" w:eastAsia="宋体"/>
                <w:b/>
                <w:sz w:val="18"/>
              </w:rPr>
              <w:t>三、巩固知识，应用拓展</w:t>
            </w:r>
          </w:p>
        </w:tc>
        <w:tc>
          <w:tcPr>
            <w:tcW w:type="dxa" w:w="3061"/>
          </w:tcPr>
          <w:p>
            <w:pPr>
              <w:spacing w:after="20" w:line="276" w:lineRule="auto"/>
            </w:pPr>
            <w:r/>
            <w:r>
              <w:rPr>
                <w:rFonts w:ascii="宋体" w:hAnsi="宋体" w:eastAsia="宋体"/>
                <w:b w:val="0"/>
                <w:sz w:val="18"/>
              </w:rPr>
              <w:t>1.完成教科书P33“做一做”第2题。</w:t>
            </w:r>
          </w:p>
          <w:p>
            <w:pPr>
              <w:spacing w:after="20" w:line="276" w:lineRule="auto"/>
            </w:pPr>
            <w:r>
              <w:rPr>
                <w:rFonts w:ascii="宋体" w:hAnsi="宋体" w:eastAsia="宋体"/>
                <w:b w:val="0"/>
                <w:sz w:val="18"/>
              </w:rPr>
              <w:t>(1)学生尝试解答。</w:t>
            </w:r>
          </w:p>
          <w:p>
            <w:pPr>
              <w:spacing w:after="20" w:line="276" w:lineRule="auto"/>
            </w:pPr>
            <w:r>
              <w:rPr>
                <w:rFonts w:ascii="宋体" w:hAnsi="宋体" w:eastAsia="宋体"/>
                <w:b w:val="0"/>
                <w:sz w:val="18"/>
              </w:rPr>
              <w:t>(2)交流展示。</w:t>
            </w:r>
          </w:p>
          <w:p>
            <w:pPr>
              <w:spacing w:after="20" w:line="276" w:lineRule="auto"/>
            </w:pPr>
            <w:r>
              <w:rPr>
                <w:rFonts w:ascii="宋体" w:hAnsi="宋体" w:eastAsia="宋体"/>
                <w:b w:val="0"/>
                <w:sz w:val="18"/>
              </w:rPr>
              <w:t>2．完成教科书P33“练习六”第3，5题。</w:t>
            </w:r>
          </w:p>
          <w:p>
            <w:pPr>
              <w:spacing w:after="20" w:line="276" w:lineRule="auto"/>
            </w:pPr>
            <w:r>
              <w:rPr>
                <w:rFonts w:ascii="宋体" w:hAnsi="宋体" w:eastAsia="宋体"/>
                <w:b w:val="0"/>
                <w:sz w:val="18"/>
              </w:rPr>
              <w:t>3．完成教科书P34“练习六”第6题。</w:t>
            </w:r>
          </w:p>
          <w:p>
            <w:pPr>
              <w:spacing w:after="20" w:line="276" w:lineRule="auto"/>
            </w:pPr>
            <w:r>
              <w:rPr>
                <w:rFonts w:ascii="宋体" w:hAnsi="宋体" w:eastAsia="宋体"/>
                <w:b w:val="0"/>
                <w:sz w:val="18"/>
              </w:rPr>
              <w:t>(1)思考：每一个表格要先求出什么？</w:t>
            </w:r>
          </w:p>
          <w:p>
            <w:pPr>
              <w:spacing w:after="20" w:line="276" w:lineRule="auto"/>
            </w:pPr>
            <w:r>
              <w:rPr>
                <w:rFonts w:ascii="宋体" w:hAnsi="宋体" w:eastAsia="宋体"/>
                <w:b w:val="0"/>
                <w:sz w:val="18"/>
              </w:rPr>
              <w:t>(2)学生独立完成后交流。</w:t>
            </w:r>
          </w:p>
          <w:p>
            <w:pPr>
              <w:spacing w:after="20" w:line="276" w:lineRule="auto"/>
            </w:pPr>
            <w:r>
              <w:rPr>
                <w:rFonts w:ascii="宋体" w:hAnsi="宋体" w:eastAsia="宋体"/>
                <w:b w:val="0"/>
                <w:sz w:val="18"/>
              </w:rPr>
              <w:t>4．完成教科书P34“练习六”第8题。</w:t>
            </w:r>
          </w:p>
          <w:p>
            <w:pPr>
              <w:spacing w:after="20" w:line="276" w:lineRule="auto"/>
            </w:pPr>
            <w:r>
              <w:rPr>
                <w:rFonts w:ascii="宋体" w:hAnsi="宋体" w:eastAsia="宋体"/>
                <w:b w:val="0"/>
                <w:sz w:val="18"/>
              </w:rPr>
              <w:t>(1)看图读懂图意。</w:t>
            </w:r>
          </w:p>
          <w:p>
            <w:pPr>
              <w:spacing w:after="20" w:line="276" w:lineRule="auto"/>
            </w:pPr>
            <w:r>
              <w:rPr>
                <w:rFonts w:ascii="宋体" w:hAnsi="宋体" w:eastAsia="宋体"/>
                <w:b w:val="0"/>
                <w:sz w:val="18"/>
              </w:rPr>
              <w:t>(2)根据图意说生活问题再列式计算。</w:t>
            </w:r>
          </w:p>
        </w:tc>
        <w:tc>
          <w:tcPr>
            <w:tcW w:type="dxa" w:w="3061"/>
          </w:tcPr>
          <w:p>
            <w:pPr>
              <w:spacing w:after="20" w:line="276" w:lineRule="auto"/>
            </w:pPr>
            <w:r/>
            <w:r>
              <w:rPr>
                <w:rFonts w:ascii="宋体" w:hAnsi="宋体" w:eastAsia="宋体"/>
                <w:b w:val="0"/>
                <w:sz w:val="18"/>
              </w:rPr>
              <w:t>学生独立完成然后集体评议。关注学生是否能找到不变量。</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师：通过今天的学习，你们有什么收获？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本节课按照解决问题的三个步骤教学，阅读理解环节师生一起列表格来表示已知条件和要求的问题，清晰明了地呈现数量关系，丰富了学生分析数量关系的方法。分析解答环节有了上面表格的分析，学生有了抓手，放手让学生尝试探究解题思路，进一步渗透解决问题的两种方法即分析法和综合法。思路交流后引导学生找出相同点，帮助学生建立此类问题的模型，找到更好的解决问题的方法。</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教科书P32例10及P33“做一做”第2题，教科书P33～34“练习六”第3，5，6，8题。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课的教学重点是“归总问题”，教学时要引导学生学会用表格来表示已知条件和问题，分析数量关系。表格已经将数量关系梳理的很清楚，如何列式解决问题对于学生来说难度不大，主要是要进一步强化学生从条件或问题出发来分析解题思路。</w:t>
      </w:r>
    </w:p>
    <w:p>
      <w:r>
        <w:br w:type="page"/>
      </w:r>
    </w:p>
    <w:p>
      <w:pPr>
        <w:spacing w:after="80" w:line="300" w:lineRule="auto"/>
      </w:pPr>
      <w:r>
        <w:rPr>
          <w:rFonts w:ascii="黑体" w:hAnsi="黑体" w:eastAsia="黑体"/>
          <w:b/>
          <w:sz w:val="24"/>
        </w:rPr>
        <w:t>二、课时教学方案（第13课时）</w:t>
      </w:r>
    </w:p>
    <w:p>
      <w:pPr>
        <w:spacing w:after="80" w:line="300" w:lineRule="auto"/>
      </w:pPr>
      <w:r>
        <w:rPr>
          <w:rFonts w:ascii="黑体" w:hAnsi="黑体" w:eastAsia="黑体"/>
          <w:b/>
          <w:sz w:val="24"/>
        </w:rPr>
        <w:t>第13课时　整理和复习</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第13课时　整理和复习</w:t>
            </w:r>
          </w:p>
        </w:tc>
        <w:tc>
          <w:tcPr>
            <w:tcW w:type="dxa" w:w="6009"/>
          </w:tcPr>
          <w:p>
            <w:pPr>
              <w:spacing w:after="20" w:line="276" w:lineRule="auto"/>
            </w:pPr>
            <w:r/>
            <w:r>
              <w:rPr>
                <w:rFonts w:ascii="宋体" w:hAnsi="宋体" w:eastAsia="宋体"/>
                <w:b w:val="0"/>
                <w:sz w:val="20"/>
              </w:rPr>
              <w:t>第2单元 除数是一位数的除法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学生已经会计算表内除法和一位数乘整十、整百数的口算。这些口算经验是帮助学生学习除数是一位数的口算除法的重要基础。学生在二年级学习了“表内除法”和“有余数的除法”，对竖式有最基础的了解，但本单元的笔算除法需要学生学会综合运用乘法、减法、加法等知识与方法，而除法竖式的演算是一种数学思维的特殊表达方式，学生在对除的顺序和竖式的写法的理解与掌握上会有一定的困难。</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教学内容：教科书P35～36“整理和复习”，教科书P37～38“练习七”第1～9题。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（1）经历整理和复习的过程，厘清知识脉络，进行分类归纳，学会有序整理的学习方法，提高学习能力，形成清晰、完整的知识结构。</w:t>
      </w:r>
    </w:p>
    <w:p>
      <w:pPr>
        <w:spacing w:after="20" w:line="300" w:lineRule="auto"/>
        <w:ind w:firstLine="400"/>
      </w:pPr>
      <w:r>
        <w:rPr>
          <w:rFonts w:ascii="宋体" w:hAnsi="宋体" w:eastAsia="宋体"/>
          <w:b w:val="0"/>
          <w:sz w:val="20"/>
        </w:rPr>
        <w:t>（2）进一步巩固除数是一位数的除法的知识，能熟练、准确地进行计算，提高解决问题的能力。</w:t>
      </w:r>
    </w:p>
    <w:p>
      <w:pPr>
        <w:spacing w:after="20" w:line="300" w:lineRule="auto"/>
        <w:ind w:firstLine="400"/>
      </w:pPr>
      <w:r>
        <w:rPr>
          <w:rFonts w:ascii="宋体" w:hAnsi="宋体" w:eastAsia="宋体"/>
          <w:b w:val="0"/>
          <w:sz w:val="20"/>
        </w:rPr>
        <w:t>（3）在解决问题的过程中获得成功的体验，感受数学研究的趣味性。</w:t>
      </w:r>
    </w:p>
    <w:p>
      <w:pPr>
        <w:spacing w:after="20" w:line="300" w:lineRule="auto"/>
      </w:pPr>
      <w:r>
        <w:rPr>
          <w:rFonts w:ascii="宋体" w:hAnsi="宋体" w:eastAsia="宋体"/>
          <w:b w:val="0"/>
          <w:sz w:val="20"/>
        </w:rPr>
        <w:t>教学重点：进一步巩固本单元所学知识，对本单元知识查漏补缺。</w:t>
      </w:r>
    </w:p>
    <w:p>
      <w:pPr>
        <w:spacing w:after="20" w:line="300" w:lineRule="auto"/>
      </w:pPr>
      <w:r>
        <w:rPr>
          <w:rFonts w:ascii="宋体" w:hAnsi="宋体" w:eastAsia="宋体"/>
          <w:b w:val="0"/>
          <w:sz w:val="20"/>
        </w:rPr>
        <w:t>教学难点：系统化、结构化的整理知识。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一、回顾引入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这个单元我们学习的是除数是一位数的除法，具体包括哪些内容呢？</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二、逐一梳理</w:t>
            </w:r>
          </w:p>
        </w:tc>
        <w:tc>
          <w:tcPr>
            <w:tcW w:type="dxa" w:w="1814"/>
          </w:tcPr>
          <w:p>
            <w:pPr>
              <w:spacing w:after="20" w:line="276" w:lineRule="auto"/>
            </w:pPr>
            <w:r/>
            <w:r>
              <w:rPr>
                <w:rFonts w:ascii="宋体" w:hAnsi="宋体" w:eastAsia="宋体"/>
                <w:b w:val="0"/>
                <w:sz w:val="18"/>
              </w:rPr>
              <w:t>课件、教科书、线段图</w:t>
            </w:r>
          </w:p>
        </w:tc>
        <w:tc>
          <w:tcPr>
            <w:tcW w:type="dxa" w:w="3402"/>
          </w:tcPr>
          <w:p>
            <w:pPr>
              <w:spacing w:after="20" w:line="276" w:lineRule="auto"/>
            </w:pPr>
            <w:r/>
            <w:r>
              <w:rPr>
                <w:rFonts w:ascii="宋体" w:hAnsi="宋体" w:eastAsia="宋体"/>
                <w:b w:val="0"/>
                <w:sz w:val="18"/>
              </w:rPr>
              <w:t>笔算除法要注意什么？和前面学的乘法、除法有什么联系和区别？；我们是如何分析有关乘法和除法的数量关系的？</w:t>
            </w:r>
          </w:p>
        </w:tc>
        <w:tc>
          <w:tcPr>
            <w:tcW w:type="dxa" w:w="1361"/>
          </w:tcPr>
          <w:p>
            <w:pPr>
              <w:spacing w:after="20" w:line="276" w:lineRule="auto"/>
            </w:pPr>
            <w:r/>
            <w:r>
              <w:rPr>
                <w:rFonts w:ascii="宋体" w:hAnsi="宋体" w:eastAsia="宋体"/>
                <w:b w:val="0"/>
                <w:sz w:val="18"/>
              </w:rPr>
              <w:t>20分钟</w:t>
            </w:r>
          </w:p>
        </w:tc>
      </w:tr>
      <w:tr>
        <w:tc>
          <w:tcPr>
            <w:tcW w:type="dxa" w:w="2835"/>
          </w:tcPr>
          <w:p>
            <w:pPr>
              <w:spacing w:after="20" w:line="276" w:lineRule="auto"/>
            </w:pPr>
            <w:r/>
            <w:r>
              <w:rPr>
                <w:rFonts w:ascii="宋体" w:hAnsi="宋体" w:eastAsia="宋体"/>
                <w:b w:val="0"/>
                <w:sz w:val="18"/>
              </w:rPr>
              <w:t>三、应用提升</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通过本节课的整理和复习，你有哪些收获？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一、回顾引入</w:t>
            </w:r>
          </w:p>
        </w:tc>
        <w:tc>
          <w:tcPr>
            <w:tcW w:type="dxa" w:w="3061"/>
          </w:tcPr>
          <w:p>
            <w:pPr>
              <w:spacing w:after="20" w:line="276" w:lineRule="auto"/>
            </w:pPr>
            <w:r/>
            <w:r>
              <w:rPr>
                <w:rFonts w:ascii="宋体" w:hAnsi="宋体" w:eastAsia="宋体"/>
                <w:b w:val="0"/>
                <w:sz w:val="18"/>
              </w:rPr>
              <w:t>1.初步回顾。</w:t>
            </w:r>
          </w:p>
          <w:p>
            <w:pPr>
              <w:spacing w:after="20" w:line="276" w:lineRule="auto"/>
            </w:pPr>
            <w:r>
              <w:rPr>
                <w:rFonts w:ascii="宋体" w:hAnsi="宋体" w:eastAsia="宋体"/>
                <w:b w:val="0"/>
                <w:sz w:val="18"/>
              </w:rPr>
              <w:t>师：这个单元我们学习的是除数是一位数的除法，具体包括哪些内容呢？</w:t>
            </w:r>
          </w:p>
          <w:p>
            <w:pPr>
              <w:spacing w:after="20" w:line="276" w:lineRule="auto"/>
            </w:pPr>
            <w:r>
              <w:rPr>
                <w:rFonts w:ascii="宋体" w:hAnsi="宋体" w:eastAsia="宋体"/>
                <w:b w:val="0"/>
                <w:sz w:val="18"/>
              </w:rPr>
              <w:t>引导学生简单回顾。</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师：今天这节课我们就来整理和复习本单元所学的知识。(板书课题：整理和复习)</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创设情境激活学生已有经验，自然引出本课学习内容，激发学习兴趣，核心问题："这个单元我们学习的是除数是一位数的除法，具体包括哪些内容呢？"</w:t>
            </w:r>
          </w:p>
        </w:tc>
      </w:tr>
      <w:tr>
        <w:tc>
          <w:tcPr>
            <w:tcW w:type="dxa" w:w="1474"/>
          </w:tcPr>
          <w:p>
            <w:pPr>
              <w:spacing w:after="20" w:line="276" w:lineRule="auto"/>
            </w:pPr>
            <w:r>
              <w:rPr>
                <w:b/>
              </w:rPr>
            </w:r>
            <w:r>
              <w:rPr>
                <w:rFonts w:ascii="宋体" w:hAnsi="宋体" w:eastAsia="宋体"/>
                <w:b/>
                <w:sz w:val="18"/>
              </w:rPr>
              <w:t>二、逐一梳理</w:t>
            </w:r>
          </w:p>
        </w:tc>
        <w:tc>
          <w:tcPr>
            <w:tcW w:type="dxa" w:w="3061"/>
          </w:tcPr>
          <w:p>
            <w:pPr>
              <w:spacing w:after="20" w:line="276" w:lineRule="auto"/>
            </w:pPr>
            <w:r/>
            <w:r>
              <w:rPr>
                <w:rFonts w:ascii="宋体" w:hAnsi="宋体" w:eastAsia="宋体"/>
                <w:b w:val="0"/>
                <w:sz w:val="18"/>
              </w:rPr>
              <w:t>1.口算。</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2．笔算。</w:t>
            </w:r>
          </w:p>
          <w:p>
            <w:pPr>
              <w:spacing w:after="20" w:line="276" w:lineRule="auto"/>
            </w:pPr>
            <w:r>
              <w:rPr>
                <w:rFonts w:ascii="宋体" w:hAnsi="宋体" w:eastAsia="宋体"/>
                <w:b w:val="0"/>
                <w:sz w:val="18"/>
              </w:rPr>
              <w:t>(1)完成教科书P37“练习七”第1题。</w:t>
            </w:r>
          </w:p>
          <w:p>
            <w:pPr>
              <w:spacing w:after="20" w:line="276" w:lineRule="auto"/>
            </w:pPr>
            <w:r>
              <w:rPr>
                <w:rFonts w:ascii="宋体" w:hAnsi="宋体" w:eastAsia="宋体"/>
                <w:b w:val="0"/>
                <w:sz w:val="18"/>
              </w:rPr>
              <w:t>四个小组分工共同完成。</w:t>
            </w:r>
          </w:p>
          <w:p>
            <w:pPr>
              <w:spacing w:after="20" w:line="276" w:lineRule="auto"/>
            </w:pPr>
            <w:r>
              <w:rPr>
                <w:rFonts w:ascii="宋体" w:hAnsi="宋体" w:eastAsia="宋体"/>
                <w:b w:val="0"/>
                <w:sz w:val="18"/>
              </w:rPr>
              <w:t>(2)师：笔算除法要注意什么？和前面学的乘法、除法有什么联系和区别？跟小组同学交流一下。</w:t>
            </w:r>
          </w:p>
          <w:p>
            <w:pPr>
              <w:spacing w:after="20" w:line="276" w:lineRule="auto"/>
            </w:pPr>
            <w:r>
              <w:rPr>
                <w:rFonts w:ascii="宋体" w:hAnsi="宋体" w:eastAsia="宋体"/>
                <w:b w:val="0"/>
                <w:sz w:val="18"/>
              </w:rPr>
              <w:t>①笔算除法时，除到哪一位，商就写在那一位的上面，不够除时要商0占位。</w:t>
            </w:r>
          </w:p>
          <w:p>
            <w:pPr>
              <w:spacing w:after="20" w:line="276" w:lineRule="auto"/>
            </w:pPr>
            <w:r>
              <w:rPr>
                <w:rFonts w:ascii="宋体" w:hAnsi="宋体" w:eastAsia="宋体"/>
                <w:b w:val="0"/>
                <w:sz w:val="18"/>
              </w:rPr>
              <w:t>②除法的计算是从高位算起，加法、减法和乘法都是从个位算起。</w:t>
            </w:r>
          </w:p>
          <w:p>
            <w:pPr>
              <w:spacing w:after="20" w:line="276" w:lineRule="auto"/>
            </w:pPr>
            <w:r>
              <w:rPr>
                <w:rFonts w:ascii="宋体" w:hAnsi="宋体" w:eastAsia="宋体"/>
                <w:b w:val="0"/>
                <w:sz w:val="18"/>
              </w:rPr>
              <w:t>③除法可以用乘法来验算。</w:t>
            </w:r>
          </w:p>
          <w:p>
            <w:pPr>
              <w:spacing w:after="20" w:line="276" w:lineRule="auto"/>
            </w:pPr>
            <w:r>
              <w:rPr>
                <w:rFonts w:ascii="宋体" w:hAnsi="宋体" w:eastAsia="宋体"/>
                <w:b w:val="0"/>
                <w:sz w:val="18"/>
              </w:rPr>
              <w:t>无余数：商×除数＝被除数</w:t>
            </w:r>
          </w:p>
          <w:p>
            <w:pPr>
              <w:spacing w:after="20" w:line="276" w:lineRule="auto"/>
            </w:pPr>
            <w:r>
              <w:rPr>
                <w:rFonts w:ascii="宋体" w:hAnsi="宋体" w:eastAsia="宋体"/>
                <w:b w:val="0"/>
                <w:sz w:val="18"/>
              </w:rPr>
              <w:t>有余数：商×除数＋余数＝被除数</w:t>
            </w:r>
          </w:p>
          <w:p>
            <w:pPr>
              <w:spacing w:after="20" w:line="276" w:lineRule="auto"/>
            </w:pPr>
            <w:r>
              <w:rPr>
                <w:rFonts w:ascii="宋体" w:hAnsi="宋体" w:eastAsia="宋体"/>
                <w:b w:val="0"/>
                <w:sz w:val="18"/>
              </w:rPr>
              <w:t>3．解决问题。</w:t>
            </w:r>
          </w:p>
          <w:p>
            <w:pPr>
              <w:spacing w:after="20" w:line="276" w:lineRule="auto"/>
            </w:pPr>
            <w:r>
              <w:rPr>
                <w:rFonts w:ascii="宋体" w:hAnsi="宋体" w:eastAsia="宋体"/>
                <w:b w:val="0"/>
                <w:sz w:val="18"/>
              </w:rPr>
              <w:t>(1)完成教科书P36四个问题。</w:t>
            </w:r>
          </w:p>
          <w:p>
            <w:pPr>
              <w:spacing w:after="20" w:line="276" w:lineRule="auto"/>
            </w:pPr>
            <w:r>
              <w:rPr>
                <w:rFonts w:ascii="宋体" w:hAnsi="宋体" w:eastAsia="宋体"/>
                <w:b w:val="0"/>
                <w:sz w:val="18"/>
              </w:rPr>
              <w:t>(2)师：我们是如何分析有关乘法和除法的数量关系的？</w:t>
            </w:r>
          </w:p>
          <w:p>
            <w:pPr>
              <w:spacing w:after="20" w:line="276" w:lineRule="auto"/>
            </w:pPr>
            <w:r>
              <w:rPr>
                <w:rFonts w:ascii="宋体" w:hAnsi="宋体" w:eastAsia="宋体"/>
                <w:b w:val="0"/>
                <w:sz w:val="18"/>
              </w:rPr>
              <w:t>引导学生小结：(适时板书)</w:t>
            </w:r>
          </w:p>
          <w:p>
            <w:pPr>
              <w:spacing w:after="20" w:line="276" w:lineRule="auto"/>
            </w:pPr>
            <w:r>
              <w:rPr>
                <w:rFonts w:ascii="宋体" w:hAnsi="宋体" w:eastAsia="宋体"/>
                <w:b w:val="0"/>
                <w:sz w:val="18"/>
              </w:rPr>
              <w:t>①可以画线段图和列表分析数量关系。</w:t>
            </w:r>
          </w:p>
          <w:p>
            <w:pPr>
              <w:spacing w:after="20" w:line="276" w:lineRule="auto"/>
            </w:pPr>
            <w:r>
              <w:rPr>
                <w:rFonts w:ascii="宋体" w:hAnsi="宋体" w:eastAsia="宋体"/>
                <w:b w:val="0"/>
                <w:sz w:val="18"/>
              </w:rPr>
              <w:t>②分析问题时，可以从条件出发思考，也可以从问题出发思考。</w:t>
            </w:r>
          </w:p>
          <w:p>
            <w:pPr>
              <w:spacing w:after="20" w:line="276" w:lineRule="auto"/>
            </w:pPr>
            <w:r>
              <w:rPr>
                <w:rFonts w:ascii="宋体" w:hAnsi="宋体" w:eastAsia="宋体"/>
                <w:b w:val="0"/>
                <w:sz w:val="18"/>
              </w:rPr>
              <w:t>4．形成知识结构图。</w:t>
            </w:r>
          </w:p>
          <w:p>
            <w:pPr>
              <w:spacing w:after="20" w:line="276" w:lineRule="auto"/>
            </w:pPr>
            <w:r>
              <w:rPr>
                <w:rFonts w:ascii="宋体" w:hAnsi="宋体" w:eastAsia="宋体"/>
                <w:b w:val="0"/>
                <w:sz w:val="18"/>
              </w:rPr>
              <w:t>师：本单元所学的知识可以整理成黑板上的“知识结构图”。</w:t>
            </w:r>
          </w:p>
        </w:tc>
        <w:tc>
          <w:tcPr>
            <w:tcW w:type="dxa" w:w="3061"/>
          </w:tcPr>
          <w:p>
            <w:pPr>
              <w:spacing w:after="20" w:line="276" w:lineRule="auto"/>
            </w:pPr>
            <w:r/>
            <w:r>
              <w:rPr>
                <w:rFonts w:ascii="宋体" w:hAnsi="宋体" w:eastAsia="宋体"/>
                <w:b w:val="0"/>
                <w:sz w:val="18"/>
              </w:rPr>
              <w:t>学生完成交流后小结口算方法：都可以转化为表内除法口算。(适时板书)</w:t>
            </w:r>
          </w:p>
          <w:p>
            <w:pPr>
              <w:spacing w:after="20" w:line="276" w:lineRule="auto"/>
            </w:pPr>
            <w:r>
              <w:rPr>
                <w:rFonts w:ascii="宋体" w:hAnsi="宋体" w:eastAsia="宋体"/>
                <w:b w:val="0"/>
                <w:sz w:val="18"/>
              </w:rPr>
              <w:t>交流后小结：(适时板书)</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引导学生回顾梳理本课所学，完善认知结构，提升归纳与反思能力，核心问题："笔算除法要注意什么？和前面学的乘法、除法有什么联系和区别？"</w:t>
            </w:r>
          </w:p>
        </w:tc>
      </w:tr>
      <w:tr>
        <w:tc>
          <w:tcPr>
            <w:tcW w:type="dxa" w:w="1474"/>
          </w:tcPr>
          <w:p>
            <w:pPr>
              <w:spacing w:after="20" w:line="276" w:lineRule="auto"/>
            </w:pPr>
            <w:r>
              <w:rPr>
                <w:b/>
              </w:rPr>
            </w:r>
            <w:r>
              <w:rPr>
                <w:rFonts w:ascii="宋体" w:hAnsi="宋体" w:eastAsia="宋体"/>
                <w:b/>
                <w:sz w:val="18"/>
              </w:rPr>
              <w:t>三、应用提升</w:t>
            </w:r>
          </w:p>
        </w:tc>
        <w:tc>
          <w:tcPr>
            <w:tcW w:type="dxa" w:w="3061"/>
          </w:tcPr>
          <w:p>
            <w:pPr>
              <w:spacing w:after="20" w:line="276" w:lineRule="auto"/>
            </w:pPr>
            <w:r/>
            <w:r>
              <w:rPr>
                <w:rFonts w:ascii="宋体" w:hAnsi="宋体" w:eastAsia="宋体"/>
                <w:b w:val="0"/>
                <w:sz w:val="18"/>
              </w:rPr>
              <w:t>1.完成教科书P37“练习七”第2～4题。</w:t>
            </w:r>
          </w:p>
          <w:p>
            <w:pPr>
              <w:spacing w:after="20" w:line="276" w:lineRule="auto"/>
            </w:pPr>
            <w:r>
              <w:rPr>
                <w:rFonts w:ascii="宋体" w:hAnsi="宋体" w:eastAsia="宋体"/>
                <w:b w:val="0"/>
                <w:sz w:val="18"/>
              </w:rPr>
              <w:t>2．完成教科书P37“练习七”第5题。</w:t>
            </w:r>
          </w:p>
          <w:p>
            <w:pPr>
              <w:spacing w:after="20" w:line="276" w:lineRule="auto"/>
            </w:pPr>
            <w:r>
              <w:rPr>
                <w:rFonts w:ascii="宋体" w:hAnsi="宋体" w:eastAsia="宋体"/>
                <w:b w:val="0"/>
                <w:sz w:val="18"/>
              </w:rPr>
              <w:t>3．完成教科书P37“练习七”第6题。</w:t>
            </w:r>
          </w:p>
          <w:p>
            <w:pPr>
              <w:spacing w:after="20" w:line="276" w:lineRule="auto"/>
            </w:pPr>
            <w:r>
              <w:rPr>
                <w:rFonts w:ascii="宋体" w:hAnsi="宋体" w:eastAsia="宋体"/>
                <w:b w:val="0"/>
                <w:sz w:val="18"/>
              </w:rPr>
              <w:t>尝试画图理解题意，结合图思考“第一段的长度是第二段的2倍”也就是将绳子平均分成了几份？</w:t>
            </w:r>
          </w:p>
          <w:p>
            <w:pPr>
              <w:spacing w:after="20" w:line="276" w:lineRule="auto"/>
            </w:pPr>
            <w:r>
              <w:rPr>
                <w:rFonts w:ascii="宋体" w:hAnsi="宋体" w:eastAsia="宋体"/>
                <w:b w:val="0"/>
                <w:sz w:val="18"/>
              </w:rPr>
              <w:t>4．完成教科书P38“练习七”第7～9题。</w:t>
            </w:r>
          </w:p>
        </w:tc>
        <w:tc>
          <w:tcPr>
            <w:tcW w:type="dxa" w:w="3061"/>
          </w:tcPr>
          <w:p>
            <w:pPr>
              <w:spacing w:after="20" w:line="276" w:lineRule="auto"/>
            </w:pPr>
            <w:r/>
            <w:r>
              <w:rPr>
                <w:rFonts w:ascii="宋体" w:hAnsi="宋体" w:eastAsia="宋体"/>
                <w:b w:val="0"/>
                <w:sz w:val="18"/>
              </w:rPr>
              <w:t>学生独立完成后集体订正。</w:t>
            </w:r>
          </w:p>
          <w:p>
            <w:pPr>
              <w:spacing w:after="20" w:line="276" w:lineRule="auto"/>
            </w:pPr>
            <w:r>
              <w:rPr>
                <w:rFonts w:ascii="宋体" w:hAnsi="宋体" w:eastAsia="宋体"/>
                <w:b w:val="0"/>
                <w:sz w:val="18"/>
              </w:rPr>
              <w:t>学生独立完成后说一说是怎样估算的。</w:t>
            </w:r>
          </w:p>
          <w:p>
            <w:pPr>
              <w:spacing w:after="20" w:line="276" w:lineRule="auto"/>
            </w:pPr>
            <w:r>
              <w:rPr>
                <w:rFonts w:ascii="宋体" w:hAnsi="宋体" w:eastAsia="宋体"/>
                <w:b w:val="0"/>
                <w:sz w:val="18"/>
              </w:rPr>
              <w:t>学生独立完成后集体订正。</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师：通过本节课的整理和复习，你有哪些收获？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整理和复习的教学，在设计时，先让学生回顾单元知识，再引导学生分知识点逐一梳理，结合具体题目，把平时所学的知识进行沟通，认识知识之间的联系，进一步加深对所学知识的理解。通过逐一整理形成知识结构图，将零散的知识纵横联系，使之系统化，结构化，有一个整体的意识。最后设计一系列的计算和应用，解决学生在计算中容易出错的问题，在解决问题的过程中掌握分析数量关系的方法，分析问题时，学会从条件出发思考或从问题出发思考。</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教科书P35～36“整理和复习”，教科书P37～38“练习七”第1～9题。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是对除数是一位数的除法的整理和复习。在本节课中，学生能够根据教科书逐一梳理，但整理的知识点比较碎片化，零散，没有整体意识，需要通过知识结构图引导学生将知识点串联，掌握知识之间的内在联系。但由于时间比较紧，处理的练习比较多，可能有些细节还没能到位，若能充分利用小组资源，集体评议，展示错例再订正，效果会更好。</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