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第5单元 数据的收集与整理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数据的收集与整理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统计与概率</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本单元主要学习一些简单的统计图表知识，初步经历数据的收集、整理、描述和分析的全部过程，学会用简单的方法收集和整理数据，掌握统计数据的记录方法，会用统计表呈现整理的数据。</w:t>
      </w:r>
    </w:p>
    <w:p>
      <w:pPr>
        <w:spacing w:after="80" w:line="300" w:lineRule="auto"/>
        <w:ind w:firstLine="400"/>
      </w:pPr>
      <w:r>
        <w:rPr>
          <w:rFonts w:ascii="宋体" w:hAnsi="宋体" w:eastAsia="宋体"/>
          <w:b w:val="0"/>
          <w:sz w:val="20"/>
        </w:rPr>
        <w:t>本部分知识是对以前非正式的统计表整理和呈现数据知识的延伸，也是学生学习建立正式统计表表象的重要环节，更是今后学习统计知识的铺垫。教科书依托学生熟悉的情境，以收集数据、记录数据和呈现数据为主，引导学生学习调查的方法并初步了解统计表，认识复式统计表，同时对数据进行简单的分析，从而使学生经历统计的全过程。教学内容主要分为两个层次：一是学习用调查法收集数据，学习记录数据的方法，体会用“正”字记录数据的优点，初步了解统计表；二是认识复式统计表，感受对于多个数据用复式统计表的优势；三是对数据进行分段整理。这些内容都非常注重对数据的简单分析，而且能较好地体现数据分析的现实意义，可以让学生更好地体会到统计的价值，并培养学生的数据分析观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学生在二年级学习过“分类与整理”，已经接触过与统计相关的内容，学习了比较、分类与整理，会在分类的基础上用非正式的统计表整理与呈现数据。在日常生活中，学生也已经积累了较多的生活经验。所以本单元的入手点对于学生来说很好找，填写统计表时不会感到太困难。其关键在于引导学生学会根据实际需要收集信息、整理数据，能对数据进行简单的分析。难点在于将两个单式统计表合成复式统计表，用复式统计表呈现分段整理的数据。</w:t>
      </w:r>
    </w:p>
    <w:p>
      <w:pPr>
        <w:spacing w:after="80" w:line="300" w:lineRule="auto"/>
        <w:ind w:firstLine="400"/>
      </w:pPr>
      <w:r>
        <w:rPr>
          <w:rFonts w:ascii="宋体" w:hAnsi="宋体" w:eastAsia="宋体"/>
          <w:b w:val="0"/>
          <w:sz w:val="20"/>
        </w:rPr>
        <w:t>让学生经历简单的数据收集、整理和分析的过程，可以逐步发展他们的数据分析观念。但是，统计方法和意义的体验、数据观念的发展不是一蹴而就的，需要在多次的经历中不断积淀，逐步内化。</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应用意识：感悟到现实生活中有大量与数据有关的问题，能运用统计的方法收集需要的数据，并根据数据解决实际问题。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第1课时：经历简单的数据收集和整理的过程，学习用调查法来收集数据，会用自己的方式记录数据，并体会用“正”字记录数据的优点。</w:t>
      </w:r>
    </w:p>
    <w:p>
      <w:pPr>
        <w:spacing w:after="20" w:line="300" w:lineRule="auto"/>
        <w:ind w:firstLine="400"/>
      </w:pPr>
      <w:r>
        <w:rPr>
          <w:rFonts w:ascii="宋体" w:hAnsi="宋体" w:eastAsia="宋体"/>
          <w:b w:val="0"/>
          <w:sz w:val="20"/>
        </w:rPr>
        <w:t>第2课时：在具体的统计活动中经历复式统计表的形成过程，初步认识复式统计表，并能对统计表中的数据进行简单的分析。</w:t>
      </w:r>
    </w:p>
    <w:p>
      <w:pPr>
        <w:spacing w:after="20" w:line="300" w:lineRule="auto"/>
        <w:ind w:firstLine="400"/>
      </w:pPr>
      <w:r>
        <w:rPr>
          <w:rFonts w:ascii="宋体" w:hAnsi="宋体" w:eastAsia="宋体"/>
          <w:b w:val="0"/>
          <w:sz w:val="20"/>
        </w:rPr>
        <w:t>第3课时：结合具体实例学会分段方法并能根据分段统计的结果进行分析和判断。</w:t>
      </w:r>
    </w:p>
    <w:p>
      <w:pPr>
        <w:spacing w:after="20" w:line="300" w:lineRule="auto"/>
        <w:ind w:firstLine="400"/>
      </w:pPr>
      <w:r>
        <w:rPr>
          <w:rFonts w:ascii="宋体" w:hAnsi="宋体" w:eastAsia="宋体"/>
          <w:b w:val="0"/>
          <w:sz w:val="20"/>
        </w:rPr>
        <w:t>第4课时：整理本单元的学习内容，进一步熟悉数据整理的过程，巩固数据整理的基本方法。</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在解决问题的过程中经历统计的完整过程，让学生感受统计的价值。教科书中提出了诸多贴近生活的实际问题，让学生在解决问题的过程中经历收集数据、整理数据、分析数据的完整过程，进而利用数据解决简单的实际问题。例题的选择重在贴近生活，便于学生去理解，并且在细节上更注重科学性和严谨性。</w:t>
      </w:r>
    </w:p>
    <w:p>
      <w:pPr>
        <w:spacing w:after="20" w:line="300" w:lineRule="auto"/>
      </w:pPr>
      <w:r>
        <w:rPr>
          <w:rFonts w:ascii="宋体" w:hAnsi="宋体" w:eastAsia="宋体"/>
          <w:b w:val="0"/>
          <w:sz w:val="20"/>
        </w:rPr>
        <w:t>● 统计数据的背后蕴含着丰富的信息，只有经过分析读懂这些信息，才能实现统计的最终目的。学生在经历了统计的全部过程之后，在最后的数据分析上，由于年龄较小，有些表达会很牵强、片面，甚至会出现跟数据完全无关的内容。教师要设计合适的问题，引导学生去观察、整理、分析数据，获得数据中所蕴含的信息，经过思考后再去得到自己的观点，使学生体会到数据的力量。</w:t>
      </w:r>
    </w:p>
    <w:p>
      <w:pPr>
        <w:spacing w:after="20" w:line="300" w:lineRule="auto"/>
      </w:pPr>
      <w:r>
        <w:rPr>
          <w:rFonts w:ascii="宋体" w:hAnsi="宋体" w:eastAsia="宋体"/>
          <w:b w:val="0"/>
          <w:sz w:val="20"/>
        </w:rPr>
        <w:t>● 让学生经历复式统计表产生的过程，进一步体验统计的方法和意义。本单元教学时，切不可单纯地将复式统计表的认识和填写作为唯一的教学目标，而应以更宽广的视角来审视与设计教学的过程。在学生应用已有的知识解决问题的基础上，引导学生从解决问题的角度，发现单式统计表存在的局限性，自主“创造”出功能更强的复式统计表，体会复式统计表的优越性，体验数据整理方法的多样性。最后，教师还要引导学生通过对复式统计表的多角度解读，获得对数据分析方法的切身体验，体会数据中包含的丰富信息。</w:t>
      </w:r>
    </w:p>
    <w:p>
      <w:pPr>
        <w:spacing w:after="20" w:line="300" w:lineRule="auto"/>
      </w:pPr>
      <w:r>
        <w:rPr>
          <w:rFonts w:ascii="宋体" w:hAnsi="宋体" w:eastAsia="宋体"/>
          <w:b w:val="0"/>
          <w:sz w:val="20"/>
        </w:rPr>
        <w:t>● 体会分段整理的意义，了解分段整理对评价的作用。分段整理是日常生活中常用的方法，教学时，不能仅仅为了分段而分段，或者仅仅是将数据进行分段统计。要结合实际问题让学生理解分段整理的意义，如对一个班的教学评价、学生身体素质评价等，要考虑到全体的数据，都常常用到分段整理的数据，进行整体评价。</w:t>
      </w:r>
    </w:p>
    <w:p>
      <w:pPr>
        <w:spacing w:after="20" w:line="300" w:lineRule="auto"/>
      </w:pPr>
      <w:r>
        <w:rPr>
          <w:rFonts w:ascii="宋体" w:hAnsi="宋体" w:eastAsia="宋体"/>
          <w:b w:val="0"/>
          <w:sz w:val="20"/>
        </w:rPr>
        <w:t>【素养体现】</w:t>
      </w:r>
    </w:p>
    <w:p>
      <w:pPr>
        <w:spacing w:after="20" w:line="300" w:lineRule="auto"/>
      </w:pPr>
      <w:r>
        <w:rPr>
          <w:rFonts w:ascii="宋体" w:hAnsi="宋体" w:eastAsia="宋体"/>
          <w:b w:val="0"/>
          <w:sz w:val="20"/>
        </w:rPr>
        <w:t>数据分析观念：知道在现实生活中，有许多问题应当先做调查研究，收集数据，感受到数据包含的信息；知道一组数据可以用不同方式记录，会选择合适的方式准确记录数据。会制作单式、复式统计表，能用统计表整理收集到的数据，并对数据进行分段整理分析。</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数据的收集与整理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经历简单的数据收集和整理的过程，学习用调查法来收集数据，会用自己的方式记录数据，并体会用“正”字记录数据的优点。</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复式统计表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在具体的统计活动中经历复式统计表的形成过程，初步认识复式统计表，并能对统计表中的数据进行简单的分析。</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分段整理数据</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结合具体实例学会分段方法并能根据分段统计的结果进行分析和判断。</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整理本单元的学习内容，进一步熟悉数据整理的过程，巩固数据整理的基本方法。</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数据的收集与整理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数据的收集与整理</w:t>
            </w:r>
          </w:p>
        </w:tc>
        <w:tc>
          <w:tcPr>
            <w:tcW w:type="dxa" w:w="6009"/>
          </w:tcPr>
          <w:p>
            <w:pPr>
              <w:spacing w:after="20" w:line="276" w:lineRule="auto"/>
            </w:pPr>
            <w:r/>
            <w:r>
              <w:rPr>
                <w:rFonts w:ascii="宋体" w:hAnsi="宋体" w:eastAsia="宋体"/>
                <w:b w:val="0"/>
                <w:sz w:val="20"/>
              </w:rPr>
              <w:t>第5单元 数据的收集与整理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二年级学习过“分类与整理”，已经接触过与统计相关的内容，学习了比较、分类与整理，会在分类的基础上用非正式的统计表整理与呈现数据。在日常生活中，学生也已经积累了较多的生活经验。所以本单元的入手点对于学生来说很好找，填写统计表时不会感到太困难。其关键在于引导学生学会根据实际需要收集信息、整理数据，能对数据进行简单的分析。难点在于将两个单式统计表合成复式统计表，用复式统计表呈现分段整理的数据。</w:t>
      </w:r>
    </w:p>
    <w:p>
      <w:pPr>
        <w:spacing w:after="80" w:line="300" w:lineRule="auto"/>
        <w:ind w:firstLine="400"/>
      </w:pPr>
      <w:r>
        <w:rPr>
          <w:rFonts w:ascii="宋体" w:hAnsi="宋体" w:eastAsia="宋体"/>
          <w:b w:val="0"/>
          <w:sz w:val="20"/>
        </w:rPr>
        <w:t>让学生经历简单的数据收集、整理和分析的过程，可以逐步发展他们的数据分析观念。但是，统计方法和意义的体验、数据观念的发展不是一蹴而就的，需要在多次的经历中不断积淀，逐步内化。</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教学内容：教科书P65～66例1及“做一做”。</w:t>
      </w:r>
    </w:p>
    <w:p>
      <w:pPr>
        <w:spacing w:after="80" w:line="300" w:lineRule="auto"/>
        <w:ind w:firstLine="400"/>
      </w:pPr>
      <w:r>
        <w:rPr>
          <w:rFonts w:ascii="宋体" w:hAnsi="宋体" w:eastAsia="宋体"/>
          <w:b w:val="0"/>
          <w:sz w:val="20"/>
        </w:rPr>
        <w:t>教学准备：课件、调查问卷。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（1）经历简单的数据收集和整理的过程，学习用调查法来收集数据，会用自己的方式记录数据，并体会用“正”字记录数据的优点。</w:t>
      </w:r>
    </w:p>
    <w:p>
      <w:pPr>
        <w:spacing w:after="20" w:line="300" w:lineRule="auto"/>
        <w:ind w:firstLine="400"/>
      </w:pPr>
      <w:r>
        <w:rPr>
          <w:rFonts w:ascii="宋体" w:hAnsi="宋体" w:eastAsia="宋体"/>
          <w:b w:val="0"/>
          <w:sz w:val="20"/>
        </w:rPr>
        <w:t>（2）了解统计表，能用统计表呈现整理的数据。通过对数据进行简单的分析，感受数据中蕴含着丰富的信息，体会统计在决策中的作用，感受统计的价值。</w:t>
      </w:r>
    </w:p>
    <w:p>
      <w:pPr>
        <w:spacing w:after="20" w:line="300" w:lineRule="auto"/>
        <w:ind w:firstLine="400"/>
      </w:pPr>
      <w:r>
        <w:rPr>
          <w:rFonts w:ascii="宋体" w:hAnsi="宋体" w:eastAsia="宋体"/>
          <w:b w:val="0"/>
          <w:sz w:val="20"/>
        </w:rPr>
        <w:t>（3）经历统计的过程，积累基本的统计经验，培养初步的数据分析观念。</w:t>
      </w:r>
    </w:p>
    <w:p>
      <w:pPr>
        <w:spacing w:after="20" w:line="300" w:lineRule="auto"/>
      </w:pPr>
      <w:r>
        <w:rPr>
          <w:rFonts w:ascii="宋体" w:hAnsi="宋体" w:eastAsia="宋体"/>
          <w:b w:val="0"/>
          <w:sz w:val="20"/>
        </w:rPr>
        <w:t>教学重点：会用调查法收集数据，初步了解统计表。</w:t>
      </w:r>
    </w:p>
    <w:p>
      <w:pPr>
        <w:spacing w:after="20" w:line="300" w:lineRule="auto"/>
      </w:pPr>
      <w:r>
        <w:rPr>
          <w:rFonts w:ascii="宋体" w:hAnsi="宋体" w:eastAsia="宋体"/>
          <w:b w:val="0"/>
          <w:sz w:val="20"/>
        </w:rPr>
        <w:t>教学难点：经历用调查法收集和整理数据的过程。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一、谈话激趣，引入新课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同学们，你们喜欢旅游吗？我们班准备组织春游，你们想去哪里呢？；你们想去哪里呢？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二、亲历统计过程，体会收集数据的形式和方法</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在这四个地点中，你选择哪个地方？要想知道选择哪个地点的同学最多，我们可以用什么方法？；人数较少，全体同学都在现场的时候，采用举手的方式统计数据还是可以的。如果要调查全校的同学，这种方式可以吗？</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三、实践应用，熟悉数据收集与整理的过程。</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同学们，通过今天的学习，你们有什么收获？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一、谈话激趣，引入新课</w:t>
            </w:r>
          </w:p>
        </w:tc>
        <w:tc>
          <w:tcPr>
            <w:tcW w:type="dxa" w:w="3061"/>
          </w:tcPr>
          <w:p>
            <w:pPr>
              <w:spacing w:after="20" w:line="276" w:lineRule="auto"/>
            </w:pPr>
            <w:r/>
            <w:r>
              <w:rPr>
                <w:rFonts w:ascii="宋体" w:hAnsi="宋体" w:eastAsia="宋体"/>
                <w:b w:val="0"/>
                <w:sz w:val="18"/>
              </w:rPr>
              <w:t>师：同学们，你们喜欢旅游吗？我们班准备组织春游，你们想去哪里呢？</w:t>
            </w:r>
          </w:p>
          <w:p>
            <w:pPr>
              <w:spacing w:after="20" w:line="276" w:lineRule="auto"/>
            </w:pPr>
            <w:r>
              <w:rPr>
                <w:rFonts w:ascii="宋体" w:hAnsi="宋体" w:eastAsia="宋体"/>
                <w:b w:val="0"/>
                <w:sz w:val="18"/>
              </w:rPr>
              <w:t>师：春游需要考虑到时间、经费、安全、有意义等方面的因素，所以学校初步确定了从以下四个地点中选择一个。</w:t>
            </w:r>
          </w:p>
          <w:p>
            <w:pPr>
              <w:spacing w:after="20" w:line="276" w:lineRule="auto"/>
            </w:pPr>
            <w:r>
              <w:rPr>
                <w:rFonts w:ascii="宋体" w:hAnsi="宋体" w:eastAsia="宋体"/>
                <w:b w:val="0"/>
                <w:sz w:val="18"/>
              </w:rPr>
              <w:t>课件出示教科书P65的四个备选地点图。</w:t>
            </w:r>
          </w:p>
          <w:p>
            <w:pPr>
              <w:spacing w:after="20" w:line="276" w:lineRule="auto"/>
            </w:pPr>
            <w:r>
              <w:rPr>
                <w:rFonts w:ascii="宋体" w:hAnsi="宋体" w:eastAsia="宋体"/>
                <w:b w:val="0"/>
                <w:sz w:val="18"/>
              </w:rPr>
              <w:t>师：你们想去哪里呢？</w:t>
            </w:r>
          </w:p>
          <w:p>
            <w:pPr>
              <w:spacing w:after="20" w:line="276" w:lineRule="auto"/>
            </w:pPr>
            <w:r>
              <w:rPr>
                <w:rFonts w:ascii="宋体" w:hAnsi="宋体" w:eastAsia="宋体"/>
                <w:b w:val="0"/>
                <w:sz w:val="18"/>
              </w:rPr>
              <w:t>师：看来同学们想去的地点不全相同，按每个人的选择确定春游地点可以吗？</w:t>
            </w:r>
          </w:p>
          <w:p>
            <w:pPr>
              <w:spacing w:after="20" w:line="276" w:lineRule="auto"/>
            </w:pPr>
            <w:r>
              <w:rPr>
                <w:rFonts w:ascii="宋体" w:hAnsi="宋体" w:eastAsia="宋体"/>
                <w:b w:val="0"/>
                <w:sz w:val="18"/>
              </w:rPr>
              <w:t>师：选哪个地点呢？大家讨论一下。</w:t>
            </w:r>
          </w:p>
          <w:p>
            <w:pPr>
              <w:spacing w:after="20" w:line="276" w:lineRule="auto"/>
            </w:pPr>
            <w:r>
              <w:rPr>
                <w:rFonts w:ascii="宋体" w:hAnsi="宋体" w:eastAsia="宋体"/>
                <w:b w:val="0"/>
                <w:sz w:val="18"/>
              </w:rPr>
              <w:t>师：怎么知道哪个地点是大多数同学选择的呢？</w:t>
            </w:r>
          </w:p>
          <w:p>
            <w:pPr>
              <w:spacing w:after="20" w:line="276" w:lineRule="auto"/>
            </w:pPr>
            <w:r>
              <w:rPr>
                <w:rFonts w:ascii="宋体" w:hAnsi="宋体" w:eastAsia="宋体"/>
                <w:b w:val="0"/>
                <w:sz w:val="18"/>
              </w:rPr>
              <w:t>师：刚才你们说的调查就是收集数据常用的方法。要知道选择每个地点的学生人数，首先要进行数据的收集。(板书课题：数据的收集与整理)</w:t>
            </w:r>
          </w:p>
        </w:tc>
        <w:tc>
          <w:tcPr>
            <w:tcW w:type="dxa" w:w="3061"/>
          </w:tcPr>
          <w:p>
            <w:pPr>
              <w:spacing w:after="20" w:line="276" w:lineRule="auto"/>
            </w:pPr>
            <w:r/>
            <w:r>
              <w:rPr>
                <w:rFonts w:ascii="宋体" w:hAnsi="宋体" w:eastAsia="宋体"/>
                <w:b w:val="0"/>
                <w:sz w:val="18"/>
              </w:rPr>
              <w:t>不同的学生想去的地点不同。</w:t>
            </w:r>
          </w:p>
          <w:p>
            <w:pPr>
              <w:spacing w:after="20" w:line="276" w:lineRule="auto"/>
            </w:pPr>
            <w:r>
              <w:rPr>
                <w:rFonts w:ascii="宋体" w:hAnsi="宋体" w:eastAsia="宋体"/>
                <w:b w:val="0"/>
                <w:sz w:val="18"/>
              </w:rPr>
              <w:t>不同的学生会有不同的选择。</w:t>
            </w:r>
          </w:p>
          <w:p>
            <w:pPr>
              <w:spacing w:after="20" w:line="276" w:lineRule="auto"/>
            </w:pPr>
            <w:r>
              <w:rPr>
                <w:rFonts w:ascii="宋体" w:hAnsi="宋体" w:eastAsia="宋体"/>
                <w:b w:val="0"/>
                <w:sz w:val="18"/>
              </w:rPr>
              <w:t>学生发言讨论后得出：春游的地点只能选一个。</w:t>
            </w:r>
          </w:p>
          <w:p>
            <w:pPr>
              <w:spacing w:after="20" w:line="276" w:lineRule="auto"/>
            </w:pPr>
            <w:r>
              <w:rPr>
                <w:rFonts w:ascii="宋体" w:hAnsi="宋体" w:eastAsia="宋体"/>
                <w:b w:val="0"/>
                <w:sz w:val="18"/>
              </w:rPr>
              <w:t>学生展开讨论后，引导学生认识到：要少数服从多数，以大部分同学选择的一个地点作为春游的地点比较好。</w:t>
            </w:r>
          </w:p>
          <w:p>
            <w:pPr>
              <w:spacing w:after="20" w:line="276" w:lineRule="auto"/>
            </w:pPr>
            <w:r>
              <w:rPr>
                <w:rFonts w:ascii="宋体" w:hAnsi="宋体" w:eastAsia="宋体"/>
                <w:b w:val="0"/>
                <w:sz w:val="18"/>
              </w:rPr>
              <w:t>可以对班里的同学进行调查。</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创设情境激活学生已有经验，自然引出本课学习内容，激发学习兴趣，核心问题："同学们，你们喜欢旅游吗？我们班准备组织春游，你们想去哪里呢？"</w:t>
            </w:r>
          </w:p>
        </w:tc>
      </w:tr>
      <w:tr>
        <w:tc>
          <w:tcPr>
            <w:tcW w:type="dxa" w:w="1474"/>
          </w:tcPr>
          <w:p>
            <w:pPr>
              <w:spacing w:after="20" w:line="276" w:lineRule="auto"/>
            </w:pPr>
            <w:r>
              <w:rPr>
                <w:b/>
              </w:rPr>
            </w:r>
            <w:r>
              <w:rPr>
                <w:rFonts w:ascii="宋体" w:hAnsi="宋体" w:eastAsia="宋体"/>
                <w:b/>
                <w:sz w:val="18"/>
              </w:rPr>
              <w:t>二、亲历统计过程，体会收集数据的形式和方法</w:t>
            </w:r>
          </w:p>
        </w:tc>
        <w:tc>
          <w:tcPr>
            <w:tcW w:type="dxa" w:w="3061"/>
          </w:tcPr>
          <w:p>
            <w:pPr>
              <w:spacing w:after="20" w:line="276" w:lineRule="auto"/>
            </w:pPr>
            <w:r/>
            <w:r>
              <w:rPr>
                <w:rFonts w:ascii="宋体" w:hAnsi="宋体" w:eastAsia="宋体"/>
                <w:b w:val="0"/>
                <w:sz w:val="18"/>
              </w:rPr>
              <w:t>1.采用不同方法调查。</w:t>
            </w:r>
          </w:p>
          <w:p>
            <w:pPr>
              <w:spacing w:after="20" w:line="276" w:lineRule="auto"/>
            </w:pPr>
            <w:r>
              <w:rPr>
                <w:rFonts w:ascii="宋体" w:hAnsi="宋体" w:eastAsia="宋体"/>
                <w:b w:val="0"/>
                <w:sz w:val="18"/>
              </w:rPr>
              <w:t>师：在这四个地点中，你选择哪个地方？要想知道选择哪个地点的同学最多，我们可以用什么方法？</w:t>
            </w:r>
          </w:p>
          <w:p>
            <w:pPr>
              <w:spacing w:after="20" w:line="276" w:lineRule="auto"/>
            </w:pPr>
            <w:r>
              <w:rPr>
                <w:rFonts w:ascii="宋体" w:hAnsi="宋体" w:eastAsia="宋体"/>
                <w:b w:val="0"/>
                <w:sz w:val="18"/>
              </w:rPr>
              <w:t>(1)举手调查。</w:t>
            </w:r>
          </w:p>
          <w:p>
            <w:pPr>
              <w:spacing w:after="20" w:line="276" w:lineRule="auto"/>
            </w:pPr>
            <w:r>
              <w:rPr>
                <w:rFonts w:ascii="宋体" w:hAnsi="宋体" w:eastAsia="宋体"/>
                <w:b w:val="0"/>
                <w:sz w:val="18"/>
              </w:rPr>
              <w:t>师：我们用举手的方式进行调查。请听规则：班里每名同学都要参加调查，并且每个人只能选一个地方。每当老师说出一个地方，选择这个地方的同学就举手。</w:t>
            </w:r>
          </w:p>
          <w:p>
            <w:pPr>
              <w:spacing w:after="20" w:line="276" w:lineRule="auto"/>
            </w:pPr>
            <w:r>
              <w:rPr>
                <w:rFonts w:ascii="宋体" w:hAnsi="宋体" w:eastAsia="宋体"/>
                <w:b w:val="0"/>
                <w:sz w:val="18"/>
              </w:rPr>
              <w:t>统计过程中，教师参与第一个地点的数据统计，后面几个地点的统计，可让学生充当教师的角色来统计，其余学生充当验证官，并完整表述整个过程。</w:t>
            </w:r>
          </w:p>
          <w:p>
            <w:pPr>
              <w:spacing w:after="20" w:line="276" w:lineRule="auto"/>
            </w:pPr>
            <w:r>
              <w:rPr>
                <w:rFonts w:ascii="宋体" w:hAnsi="宋体" w:eastAsia="宋体"/>
                <w:b w:val="0"/>
                <w:sz w:val="18"/>
              </w:rPr>
              <w:t>师：人数较少，全体同学都在现场的时候，采用举手的方式统计数据还是可以的。如果要调查全校的同学，这种方式可以吗？</w:t>
            </w:r>
          </w:p>
          <w:p>
            <w:pPr>
              <w:spacing w:after="20" w:line="276" w:lineRule="auto"/>
            </w:pPr>
            <w:r>
              <w:rPr>
                <w:rFonts w:ascii="宋体" w:hAnsi="宋体" w:eastAsia="宋体"/>
                <w:b w:val="0"/>
                <w:sz w:val="18"/>
              </w:rPr>
              <w:t>师：所以我们要根据实际情况选用不同的调查方式。</w:t>
            </w:r>
          </w:p>
          <w:p>
            <w:pPr>
              <w:spacing w:after="20" w:line="276" w:lineRule="auto"/>
            </w:pPr>
            <w:r>
              <w:rPr>
                <w:rFonts w:ascii="宋体" w:hAnsi="宋体" w:eastAsia="宋体"/>
                <w:b w:val="0"/>
                <w:sz w:val="18"/>
              </w:rPr>
              <w:t>(2)填写调查问卷调查。</w:t>
            </w:r>
          </w:p>
          <w:p>
            <w:pPr>
              <w:spacing w:after="20" w:line="276" w:lineRule="auto"/>
            </w:pPr>
            <w:r>
              <w:rPr>
                <w:rFonts w:ascii="宋体" w:hAnsi="宋体" w:eastAsia="宋体"/>
                <w:b w:val="0"/>
                <w:sz w:val="18"/>
              </w:rPr>
              <w:t>师：用调查问卷进行调查是现在常用的调查方式，不受人数的限制，数据收集也较准确，而且还可以在线上进行。</w:t>
            </w:r>
          </w:p>
          <w:p>
            <w:pPr>
              <w:spacing w:after="20" w:line="276" w:lineRule="auto"/>
            </w:pPr>
            <w:r>
              <w:rPr>
                <w:rFonts w:ascii="宋体" w:hAnsi="宋体" w:eastAsia="宋体"/>
                <w:b w:val="0"/>
                <w:sz w:val="18"/>
              </w:rPr>
              <w:t>课件出示教科书P65调查问卷。</w:t>
            </w:r>
          </w:p>
          <w:p>
            <w:pPr>
              <w:spacing w:after="20" w:line="276" w:lineRule="auto"/>
            </w:pPr>
            <w:r>
              <w:rPr>
                <w:rFonts w:ascii="宋体" w:hAnsi="宋体" w:eastAsia="宋体"/>
                <w:b w:val="0"/>
                <w:sz w:val="18"/>
              </w:rPr>
              <w:t>师介绍调查问卷：这个就是调查问卷。为了确定同学们选择各个地点的人数，以问题的形式记载调查内容。</w:t>
            </w:r>
          </w:p>
          <w:p>
            <w:pPr>
              <w:spacing w:after="20" w:line="276" w:lineRule="auto"/>
            </w:pPr>
            <w:r>
              <w:rPr>
                <w:rFonts w:ascii="宋体" w:hAnsi="宋体" w:eastAsia="宋体"/>
                <w:b w:val="0"/>
                <w:sz w:val="18"/>
              </w:rPr>
              <w:t>教师发放调查问卷。</w:t>
            </w:r>
          </w:p>
          <w:p>
            <w:pPr>
              <w:spacing w:after="20" w:line="276" w:lineRule="auto"/>
            </w:pPr>
            <w:r>
              <w:rPr>
                <w:rFonts w:ascii="宋体" w:hAnsi="宋体" w:eastAsia="宋体"/>
                <w:b w:val="0"/>
                <w:sz w:val="18"/>
              </w:rPr>
              <w:t>师：调查的规则跟前面一样，班里每名同学都要参加调查，并且每个人只能选一个地点。在你选择的地点前面的方框里打“√”。</w:t>
            </w:r>
          </w:p>
          <w:p>
            <w:pPr>
              <w:spacing w:after="20" w:line="276" w:lineRule="auto"/>
            </w:pPr>
            <w:r>
              <w:rPr>
                <w:rFonts w:ascii="宋体" w:hAnsi="宋体" w:eastAsia="宋体"/>
                <w:b w:val="0"/>
                <w:sz w:val="18"/>
              </w:rPr>
              <w:t>2．收集并记录数据。</w:t>
            </w:r>
          </w:p>
          <w:p>
            <w:pPr>
              <w:spacing w:after="20" w:line="276" w:lineRule="auto"/>
            </w:pPr>
            <w:r>
              <w:rPr>
                <w:rFonts w:ascii="宋体" w:hAnsi="宋体" w:eastAsia="宋体"/>
                <w:b w:val="0"/>
                <w:sz w:val="18"/>
              </w:rPr>
              <w:t>师：调查问卷都填好了，我们怎么统计每个地方有多少人选择呢？</w:t>
            </w:r>
          </w:p>
          <w:p>
            <w:pPr>
              <w:spacing w:after="20" w:line="276" w:lineRule="auto"/>
            </w:pPr>
            <w:r>
              <w:rPr>
                <w:rFonts w:ascii="宋体" w:hAnsi="宋体" w:eastAsia="宋体"/>
                <w:b w:val="0"/>
                <w:sz w:val="18"/>
              </w:rPr>
              <w:t>师：同学们思考一下，用什么方法记录统计结果呢？</w:t>
            </w:r>
          </w:p>
          <w:p>
            <w:pPr>
              <w:spacing w:after="20" w:line="276" w:lineRule="auto"/>
            </w:pPr>
            <w:r>
              <w:rPr>
                <w:rFonts w:ascii="宋体" w:hAnsi="宋体" w:eastAsia="宋体"/>
                <w:b w:val="0"/>
                <w:sz w:val="18"/>
              </w:rPr>
              <w:t>师：好！老师报每张调查问卷上选择的地点，同学们按照自己喜欢的方式做记号。</w:t>
            </w:r>
          </w:p>
          <w:p>
            <w:pPr>
              <w:spacing w:after="20" w:line="276" w:lineRule="auto"/>
            </w:pPr>
            <w:r>
              <w:rPr>
                <w:rFonts w:ascii="宋体" w:hAnsi="宋体" w:eastAsia="宋体"/>
                <w:b w:val="0"/>
                <w:sz w:val="18"/>
              </w:rPr>
              <w:t>点2个同学板演，用不同的记号记录数据。</w:t>
            </w:r>
          </w:p>
          <w:p>
            <w:pPr>
              <w:spacing w:after="20" w:line="276" w:lineRule="auto"/>
            </w:pPr>
            <w:r>
              <w:rPr>
                <w:rFonts w:ascii="宋体" w:hAnsi="宋体" w:eastAsia="宋体"/>
                <w:b w:val="0"/>
                <w:sz w:val="18"/>
              </w:rPr>
              <w:t>统计完成后，教师引导学生对集中记录方法进行评价，检验数据统计是否正确。</w:t>
            </w:r>
          </w:p>
          <w:p>
            <w:pPr>
              <w:spacing w:after="20" w:line="276" w:lineRule="auto"/>
            </w:pPr>
            <w:r>
              <w:rPr>
                <w:rFonts w:ascii="宋体" w:hAnsi="宋体" w:eastAsia="宋体"/>
                <w:b w:val="0"/>
                <w:sz w:val="18"/>
              </w:rPr>
              <w:t>3．对比分析不同记录方法。</w:t>
            </w:r>
          </w:p>
          <w:p>
            <w:pPr>
              <w:spacing w:after="20" w:line="276" w:lineRule="auto"/>
            </w:pPr>
            <w:r>
              <w:rPr>
                <w:rFonts w:ascii="宋体" w:hAnsi="宋体" w:eastAsia="宋体"/>
                <w:b w:val="0"/>
                <w:sz w:val="18"/>
              </w:rPr>
              <w:t>师：同学们观察这些记录方法，你喜欢用哪种方法？说说你的理由。</w:t>
            </w:r>
          </w:p>
          <w:p>
            <w:pPr>
              <w:spacing w:after="20" w:line="276" w:lineRule="auto"/>
            </w:pPr>
            <w:r>
              <w:rPr>
                <w:rFonts w:ascii="宋体" w:hAnsi="宋体" w:eastAsia="宋体"/>
                <w:b w:val="0"/>
                <w:sz w:val="18"/>
              </w:rPr>
              <w:t>师：这些记录方法中，1个“正”字有5画，代表5人，我们数的时候就比较简便，几个正字，就用5乘几，再加上不满一个正字的笔画数，有几画就代表有几人。(适时板书)</w:t>
            </w:r>
          </w:p>
          <w:p>
            <w:pPr>
              <w:spacing w:after="20" w:line="276" w:lineRule="auto"/>
            </w:pPr>
            <w:r>
              <w:rPr>
                <w:rFonts w:ascii="宋体" w:hAnsi="宋体" w:eastAsia="宋体"/>
                <w:b w:val="0"/>
                <w:sz w:val="18"/>
              </w:rPr>
              <w:t>4．认识简单的统计表，整理数据。</w:t>
            </w:r>
          </w:p>
          <w:p>
            <w:pPr>
              <w:spacing w:after="20" w:line="276" w:lineRule="auto"/>
            </w:pPr>
            <w:r>
              <w:rPr>
                <w:rFonts w:ascii="宋体" w:hAnsi="宋体" w:eastAsia="宋体"/>
                <w:b w:val="0"/>
                <w:sz w:val="18"/>
              </w:rPr>
              <w:t>师：我们通过调查问卷，知道了春游选择每个地点的人数，为了让大家看得更清楚，可以用表格来呈现结果。</w:t>
            </w:r>
          </w:p>
          <w:p>
            <w:pPr>
              <w:spacing w:after="20" w:line="276" w:lineRule="auto"/>
            </w:pPr>
            <w:r>
              <w:rPr>
                <w:rFonts w:ascii="宋体" w:hAnsi="宋体" w:eastAsia="宋体"/>
                <w:b w:val="0"/>
                <w:sz w:val="18"/>
              </w:rPr>
              <w:t>教师边引导学生发现数据的特点，边板书地点、人数、动物园、植物园、游乐园、科技馆，并画出表格。</w:t>
            </w:r>
          </w:p>
          <w:p>
            <w:pPr>
              <w:spacing w:after="20" w:line="276" w:lineRule="auto"/>
            </w:pPr>
            <w:r>
              <w:rPr>
                <w:rFonts w:ascii="宋体" w:hAnsi="宋体" w:eastAsia="宋体"/>
                <w:b w:val="0"/>
                <w:sz w:val="18"/>
              </w:rPr>
              <w:t>师：同学们，刚才我们将统计结果用表格的形式展示出来了，这种表格就是简单的统计表。统计表中的这些数据分别是多少？</w:t>
            </w:r>
          </w:p>
          <w:p>
            <w:pPr>
              <w:spacing w:after="20" w:line="276" w:lineRule="auto"/>
            </w:pPr>
            <w:r>
              <w:rPr>
                <w:rFonts w:ascii="宋体" w:hAnsi="宋体" w:eastAsia="宋体"/>
                <w:b w:val="0"/>
                <w:sz w:val="18"/>
              </w:rPr>
              <w:t>根据实际数据完善统计表。</w:t>
            </w:r>
          </w:p>
          <w:p>
            <w:pPr>
              <w:spacing w:after="20" w:line="276" w:lineRule="auto"/>
            </w:pPr>
            <w:r>
              <w:rPr>
                <w:rFonts w:ascii="宋体" w:hAnsi="宋体" w:eastAsia="宋体"/>
                <w:b w:val="0"/>
                <w:sz w:val="18"/>
              </w:rPr>
              <w:t>师：仔细观察统计表，统计表包括哪些项目？</w:t>
            </w:r>
          </w:p>
          <w:p>
            <w:pPr>
              <w:spacing w:after="20" w:line="276" w:lineRule="auto"/>
            </w:pPr>
            <w:r>
              <w:rPr>
                <w:rFonts w:ascii="宋体" w:hAnsi="宋体" w:eastAsia="宋体"/>
                <w:b w:val="0"/>
                <w:sz w:val="18"/>
              </w:rPr>
              <w:t>师小结：单式统计表中，每一行最左边的称为横标题，是指每一横行内数据的意义；上面一行都是纵标题，是指每一纵栏内数据的意义。</w:t>
            </w:r>
          </w:p>
          <w:p>
            <w:pPr>
              <w:spacing w:after="20" w:line="276" w:lineRule="auto"/>
            </w:pPr>
            <w:r>
              <w:rPr>
                <w:rFonts w:ascii="宋体" w:hAnsi="宋体" w:eastAsia="宋体"/>
                <w:b w:val="0"/>
                <w:sz w:val="18"/>
              </w:rPr>
              <w:t>5．读统计表，解决问题。</w:t>
            </w:r>
          </w:p>
          <w:p>
            <w:pPr>
              <w:spacing w:after="20" w:line="276" w:lineRule="auto"/>
            </w:pPr>
            <w:r>
              <w:rPr>
                <w:rFonts w:ascii="宋体" w:hAnsi="宋体" w:eastAsia="宋体"/>
                <w:b w:val="0"/>
                <w:sz w:val="18"/>
              </w:rPr>
              <w:t>课件出示教科书P66统计表下的问题(1)、(2)。</w:t>
            </w:r>
          </w:p>
          <w:p>
            <w:pPr>
              <w:spacing w:after="20" w:line="276" w:lineRule="auto"/>
            </w:pPr>
            <w:r>
              <w:rPr>
                <w:rFonts w:ascii="宋体" w:hAnsi="宋体" w:eastAsia="宋体"/>
                <w:b w:val="0"/>
                <w:sz w:val="18"/>
              </w:rPr>
              <w:t>课件出示教科书P66统计表下的问题(3)。</w:t>
            </w:r>
          </w:p>
          <w:p>
            <w:pPr>
              <w:spacing w:after="20" w:line="276" w:lineRule="auto"/>
            </w:pPr>
            <w:r>
              <w:rPr>
                <w:rFonts w:ascii="宋体" w:hAnsi="宋体" w:eastAsia="宋体"/>
                <w:b w:val="0"/>
                <w:sz w:val="18"/>
              </w:rPr>
              <w:t>6．回顾整理，感受统计的优越性。</w:t>
            </w:r>
          </w:p>
          <w:p>
            <w:pPr>
              <w:spacing w:after="20" w:line="276" w:lineRule="auto"/>
            </w:pPr>
            <w:r>
              <w:rPr>
                <w:rFonts w:ascii="宋体" w:hAnsi="宋体" w:eastAsia="宋体"/>
                <w:b w:val="0"/>
                <w:sz w:val="18"/>
              </w:rPr>
              <w:t>师：我们确定了春游的地点，同学们回顾一下，这个地点是怎么确定的？</w:t>
            </w:r>
          </w:p>
          <w:p>
            <w:pPr>
              <w:spacing w:after="20" w:line="276" w:lineRule="auto"/>
            </w:pPr>
            <w:r>
              <w:rPr>
                <w:rFonts w:ascii="宋体" w:hAnsi="宋体" w:eastAsia="宋体"/>
                <w:b w:val="0"/>
                <w:sz w:val="18"/>
              </w:rPr>
              <w:t>引导学生梳理：调查、收集数据、整理数据、根据数据分析、确定。(板书)</w:t>
            </w:r>
          </w:p>
          <w:p>
            <w:pPr>
              <w:spacing w:after="20" w:line="276" w:lineRule="auto"/>
            </w:pPr>
            <w:r>
              <w:rPr>
                <w:rFonts w:ascii="宋体" w:hAnsi="宋体" w:eastAsia="宋体"/>
                <w:b w:val="0"/>
                <w:sz w:val="18"/>
              </w:rPr>
              <w:t>师：这就是用数据说话！这样解决问题是否合理？</w:t>
            </w:r>
          </w:p>
          <w:p>
            <w:pPr>
              <w:spacing w:after="20" w:line="276" w:lineRule="auto"/>
            </w:pPr>
            <w:r>
              <w:rPr>
                <w:rFonts w:ascii="宋体" w:hAnsi="宋体" w:eastAsia="宋体"/>
                <w:b w:val="0"/>
                <w:sz w:val="18"/>
              </w:rPr>
              <w:t>集体讨论、交流。</w:t>
            </w:r>
          </w:p>
        </w:tc>
        <w:tc>
          <w:tcPr>
            <w:tcW w:type="dxa" w:w="3061"/>
          </w:tcPr>
          <w:p>
            <w:pPr>
              <w:spacing w:after="20" w:line="276" w:lineRule="auto"/>
            </w:pPr>
            <w:r/>
            <w:r>
              <w:rPr>
                <w:rFonts w:ascii="宋体" w:hAnsi="宋体" w:eastAsia="宋体"/>
                <w:b w:val="0"/>
                <w:sz w:val="18"/>
              </w:rPr>
              <w:t>学生自由发言。学生会选择多种收集数据的方法，例如“举手”“数一数”“站到一起”等。</w:t>
            </w:r>
          </w:p>
          <w:p>
            <w:pPr>
              <w:spacing w:after="20" w:line="276" w:lineRule="auto"/>
            </w:pPr>
            <w:r>
              <w:rPr>
                <w:rFonts w:ascii="宋体" w:hAnsi="宋体" w:eastAsia="宋体"/>
                <w:b w:val="0"/>
                <w:sz w:val="18"/>
              </w:rPr>
              <w:t>会有部分学生重复举手，导致最后结果混乱。同时也会有学生发现问题，改善情况。</w:t>
            </w:r>
          </w:p>
          <w:p>
            <w:pPr>
              <w:spacing w:after="20" w:line="276" w:lineRule="auto"/>
            </w:pPr>
            <w:r>
              <w:rPr>
                <w:rFonts w:ascii="宋体" w:hAnsi="宋体" w:eastAsia="宋体"/>
                <w:b w:val="0"/>
                <w:sz w:val="18"/>
              </w:rPr>
              <w:t>不可以，人数多，不好组织，花费时间多，而且很容易数错。</w:t>
            </w:r>
          </w:p>
          <w:p>
            <w:pPr>
              <w:spacing w:after="20" w:line="276" w:lineRule="auto"/>
            </w:pPr>
            <w:r>
              <w:rPr>
                <w:rFonts w:ascii="宋体" w:hAnsi="宋体" w:eastAsia="宋体"/>
                <w:b w:val="0"/>
                <w:sz w:val="18"/>
              </w:rPr>
              <w:t>学生填写完调查问卷后，集中收起来。</w:t>
            </w:r>
          </w:p>
          <w:p>
            <w:pPr>
              <w:spacing w:after="20" w:line="276" w:lineRule="auto"/>
            </w:pPr>
            <w:r>
              <w:rPr>
                <w:rFonts w:ascii="宋体" w:hAnsi="宋体" w:eastAsia="宋体"/>
                <w:b w:val="0"/>
                <w:sz w:val="18"/>
              </w:rPr>
              <w:t>预设1：分类，将调查问卷按照选动物园、植物园、游乐园、科技馆的四个选项，分成四类，再数一数每类有多少张，就是每个地点有多少人选择。</w:t>
            </w:r>
          </w:p>
          <w:p>
            <w:pPr>
              <w:spacing w:after="20" w:line="276" w:lineRule="auto"/>
            </w:pPr>
            <w:r>
              <w:rPr>
                <w:rFonts w:ascii="宋体" w:hAnsi="宋体" w:eastAsia="宋体"/>
                <w:b w:val="0"/>
                <w:sz w:val="18"/>
              </w:rPr>
              <w:t>预设2：一个人报数，另一个人做记号，再数一数各个地点有多少人选择。</w:t>
            </w:r>
          </w:p>
          <w:p>
            <w:pPr>
              <w:spacing w:after="20" w:line="276" w:lineRule="auto"/>
            </w:pPr>
            <w:r>
              <w:rPr>
                <w:rFonts w:ascii="宋体" w:hAnsi="宋体" w:eastAsia="宋体"/>
                <w:b w:val="0"/>
                <w:sz w:val="18"/>
              </w:rPr>
              <w:t>用画“√”、写“正”字等方法。</w:t>
            </w:r>
          </w:p>
          <w:p>
            <w:pPr>
              <w:spacing w:after="20" w:line="276" w:lineRule="auto"/>
            </w:pPr>
            <w:r>
              <w:rPr>
                <w:rFonts w:ascii="宋体" w:hAnsi="宋体" w:eastAsia="宋体"/>
                <w:b w:val="0"/>
                <w:sz w:val="18"/>
              </w:rPr>
              <w:t>每种方法都有人喜欢，都有自己的理由。</w:t>
            </w:r>
          </w:p>
          <w:p>
            <w:pPr>
              <w:spacing w:after="20" w:line="276" w:lineRule="auto"/>
            </w:pPr>
            <w:r>
              <w:rPr>
                <w:rFonts w:ascii="宋体" w:hAnsi="宋体" w:eastAsia="宋体"/>
                <w:b w:val="0"/>
                <w:sz w:val="18"/>
              </w:rPr>
              <w:t>上面一行是地点，就是选择的每个地点；下面一行是人数，就是选择每个地点的人数；最左边的一列分别表示同行右边的内容。</w:t>
            </w:r>
          </w:p>
          <w:p>
            <w:pPr>
              <w:spacing w:after="20" w:line="276" w:lineRule="auto"/>
            </w:pPr>
            <w:r>
              <w:rPr>
                <w:rFonts w:ascii="宋体" w:hAnsi="宋体" w:eastAsia="宋体"/>
                <w:b w:val="0"/>
                <w:sz w:val="18"/>
              </w:rPr>
              <w:t>学生根据单式统计表中的数据回答。</w:t>
            </w:r>
          </w:p>
          <w:p>
            <w:pPr>
              <w:spacing w:after="20" w:line="276" w:lineRule="auto"/>
            </w:pPr>
            <w:r>
              <w:rPr>
                <w:rFonts w:ascii="宋体" w:hAnsi="宋体" w:eastAsia="宋体"/>
                <w:b w:val="0"/>
                <w:sz w:val="18"/>
              </w:rPr>
              <w:t>选择人数最多的地点。</w:t>
            </w:r>
          </w:p>
        </w:tc>
        <w:tc>
          <w:tcPr>
            <w:tcW w:type="dxa" w:w="1814"/>
          </w:tcPr>
          <w:p>
            <w:pPr>
              <w:spacing w:after="20" w:line="276" w:lineRule="auto"/>
            </w:pPr>
            <w:r/>
            <w:r>
              <w:rPr>
                <w:rFonts w:ascii="宋体" w:hAnsi="宋体" w:eastAsia="宋体"/>
                <w:b w:val="0"/>
                <w:sz w:val="18"/>
              </w:rPr>
              <w:t>围绕环节目标组织学习活动，引导学生主动参与、积极思考，核心问题："在这四个地点中，你选择哪个地方？要想知道选择哪个地点的同学最多，我们可以用什么方法？"</w:t>
            </w:r>
          </w:p>
        </w:tc>
      </w:tr>
      <w:tr>
        <w:tc>
          <w:tcPr>
            <w:tcW w:type="dxa" w:w="1474"/>
          </w:tcPr>
          <w:p>
            <w:pPr>
              <w:spacing w:after="20" w:line="276" w:lineRule="auto"/>
            </w:pPr>
            <w:r>
              <w:rPr>
                <w:b/>
              </w:rPr>
            </w:r>
            <w:r>
              <w:rPr>
                <w:rFonts w:ascii="宋体" w:hAnsi="宋体" w:eastAsia="宋体"/>
                <w:b/>
                <w:sz w:val="18"/>
              </w:rPr>
              <w:t>三、实践应用，熟悉数据收集与整理的过程。</w:t>
            </w:r>
          </w:p>
        </w:tc>
        <w:tc>
          <w:tcPr>
            <w:tcW w:type="dxa" w:w="3061"/>
          </w:tcPr>
          <w:p>
            <w:pPr>
              <w:spacing w:after="20" w:line="276" w:lineRule="auto"/>
            </w:pPr>
            <w:r/>
            <w:r>
              <w:rPr>
                <w:rFonts w:ascii="宋体" w:hAnsi="宋体" w:eastAsia="宋体"/>
                <w:b w:val="0"/>
                <w:sz w:val="18"/>
              </w:rPr>
              <w:t>1.完成教科书P66“做一做”第1题。</w:t>
            </w:r>
          </w:p>
          <w:p>
            <w:pPr>
              <w:spacing w:after="20" w:line="276" w:lineRule="auto"/>
            </w:pPr>
            <w:r>
              <w:rPr>
                <w:rFonts w:ascii="宋体" w:hAnsi="宋体" w:eastAsia="宋体"/>
                <w:b w:val="0"/>
                <w:sz w:val="18"/>
              </w:rPr>
              <w:t>(1)根据收集的数据，学生独立在教科书上将表格填写完整。</w:t>
            </w:r>
          </w:p>
          <w:p>
            <w:pPr>
              <w:spacing w:after="20" w:line="276" w:lineRule="auto"/>
            </w:pPr>
            <w:r>
              <w:rPr>
                <w:rFonts w:ascii="宋体" w:hAnsi="宋体" w:eastAsia="宋体"/>
                <w:b w:val="0"/>
                <w:sz w:val="18"/>
              </w:rPr>
              <w:t>(2)师生互动，一起解决第(2)题。</w:t>
            </w:r>
          </w:p>
          <w:p>
            <w:pPr>
              <w:spacing w:after="20" w:line="276" w:lineRule="auto"/>
            </w:pPr>
            <w:r>
              <w:rPr>
                <w:rFonts w:ascii="宋体" w:hAnsi="宋体" w:eastAsia="宋体"/>
                <w:b w:val="0"/>
                <w:sz w:val="18"/>
              </w:rPr>
              <w:t>2．完成教科书P66“做一做”第2题。</w:t>
            </w:r>
          </w:p>
          <w:p>
            <w:pPr>
              <w:spacing w:after="20" w:line="276" w:lineRule="auto"/>
            </w:pPr>
            <w:r>
              <w:rPr>
                <w:rFonts w:ascii="宋体" w:hAnsi="宋体" w:eastAsia="宋体"/>
                <w:b w:val="0"/>
                <w:sz w:val="18"/>
              </w:rPr>
              <w:t>(1)师生讨论怎么确定购买哪些水果。</w:t>
            </w:r>
          </w:p>
          <w:p>
            <w:pPr>
              <w:spacing w:after="20" w:line="276" w:lineRule="auto"/>
            </w:pPr>
            <w:r>
              <w:rPr>
                <w:rFonts w:ascii="宋体" w:hAnsi="宋体" w:eastAsia="宋体"/>
                <w:b w:val="0"/>
                <w:sz w:val="18"/>
              </w:rPr>
              <w:t>(2)学生小组合作完成。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学生熟悉的生活需求为载体，让学生感受到调查数据，根据数据分析、确定的科学性。并在此基础上，让学生经历数据收集、整理的全过程，并结合现实让学生了解到，调查问卷是收集数据的重要方式，用统计表整理数据简单清晰。</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教科书P65～66例1及“做一做”。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把“统计”这一数学知识还原到学生的生活背景中，引导学生体验数据的收集、整理、分析的全过程，了解统计的意义以及方法。但在数据整理环节，学生用不同的方式做记录，需要较长的时间，教师要做好充分预设，组织紧凑点，提升活动的有效性。</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复式统计表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复式统计表</w:t>
            </w:r>
          </w:p>
        </w:tc>
        <w:tc>
          <w:tcPr>
            <w:tcW w:type="dxa" w:w="6009"/>
          </w:tcPr>
          <w:p>
            <w:pPr>
              <w:spacing w:after="20" w:line="276" w:lineRule="auto"/>
            </w:pPr>
            <w:r/>
            <w:r>
              <w:rPr>
                <w:rFonts w:ascii="宋体" w:hAnsi="宋体" w:eastAsia="宋体"/>
                <w:b w:val="0"/>
                <w:sz w:val="20"/>
              </w:rPr>
              <w:t>第5单元 数据的收集与整理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二年级学习过“分类与整理”，已经接触过与统计相关的内容，学习了比较、分类与整理，会在分类的基础上用非正式的统计表整理与呈现数据。在日常生活中，学生也已经积累了较多的生活经验。所以本单元的入手点对于学生来说很好找，填写统计表时不会感到太困难。其关键在于引导学生学会根据实际需要收集信息、整理数据，能对数据进行简单的分析。难点在于将两个单式统计表合成复式统计表，用复式统计表呈现分段整理的数据。</w:t>
      </w:r>
    </w:p>
    <w:p>
      <w:pPr>
        <w:spacing w:after="80" w:line="300" w:lineRule="auto"/>
        <w:ind w:firstLine="400"/>
      </w:pPr>
      <w:r>
        <w:rPr>
          <w:rFonts w:ascii="宋体" w:hAnsi="宋体" w:eastAsia="宋体"/>
          <w:b w:val="0"/>
          <w:sz w:val="20"/>
        </w:rPr>
        <w:t>让学生经历简单的数据收集、整理和分析的过程，可以逐步发展他们的数据分析观念。但是，统计方法和意义的体验、数据观念的发展不是一蹴而就的，需要在多次的经历中不断积淀，逐步内化。</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教学内容：教科书P67例2及P68“做一做”。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（1）在具体的统计活动中经历复式统计表的形成过程，初步认识复式统计表，并能对统计表中的数据进行简单的分析。</w:t>
      </w:r>
    </w:p>
    <w:p>
      <w:pPr>
        <w:spacing w:after="20" w:line="300" w:lineRule="auto"/>
        <w:ind w:firstLine="400"/>
      </w:pPr>
      <w:r>
        <w:rPr>
          <w:rFonts w:ascii="宋体" w:hAnsi="宋体" w:eastAsia="宋体"/>
          <w:b w:val="0"/>
          <w:sz w:val="20"/>
        </w:rPr>
        <w:t>（2）在经历收集、整理、描述和分析数据的过程中，体会复式统计表的价值。</w:t>
      </w:r>
    </w:p>
    <w:p>
      <w:pPr>
        <w:spacing w:after="20" w:line="300" w:lineRule="auto"/>
        <w:ind w:firstLine="400"/>
      </w:pPr>
      <w:r>
        <w:rPr>
          <w:rFonts w:ascii="宋体" w:hAnsi="宋体" w:eastAsia="宋体"/>
          <w:b w:val="0"/>
          <w:sz w:val="20"/>
        </w:rPr>
        <w:t>（3）进一步感受统计与现实生活的联系，增强学数学、用数学的主动性，培养数学应用意识。</w:t>
      </w:r>
    </w:p>
    <w:p>
      <w:pPr>
        <w:spacing w:after="20" w:line="300" w:lineRule="auto"/>
      </w:pPr>
      <w:r>
        <w:rPr>
          <w:rFonts w:ascii="宋体" w:hAnsi="宋体" w:eastAsia="宋体"/>
          <w:b w:val="0"/>
          <w:sz w:val="20"/>
        </w:rPr>
        <w:t>教学重点：认识复式统计表，能从不同角度分析统计表中的数据信息。</w:t>
      </w:r>
    </w:p>
    <w:p>
      <w:pPr>
        <w:spacing w:after="20" w:line="300" w:lineRule="auto"/>
      </w:pPr>
      <w:r>
        <w:rPr>
          <w:rFonts w:ascii="宋体" w:hAnsi="宋体" w:eastAsia="宋体"/>
          <w:b w:val="0"/>
          <w:sz w:val="20"/>
        </w:rPr>
        <w:t>教学难点：根据统计表中的数据特点，获得一些有价值的结论。</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一、创设情境，引发统计需求</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课余时间，你们最喜欢哪种运动项目？；足球、篮球、游泳、乒乓球、跳绳、踢毽子这些运动项目中，你最喜欢哪种呢？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二、合作探究，制作复式统计表</w:t>
            </w:r>
          </w:p>
        </w:tc>
        <w:tc>
          <w:tcPr>
            <w:tcW w:type="dxa" w:w="1814"/>
          </w:tcPr>
          <w:p>
            <w:pPr>
              <w:spacing w:after="20" w:line="276" w:lineRule="auto"/>
            </w:pPr>
            <w:r/>
            <w:r>
              <w:rPr>
                <w:rFonts w:ascii="宋体" w:hAnsi="宋体" w:eastAsia="宋体"/>
                <w:b w:val="0"/>
                <w:sz w:val="18"/>
              </w:rPr>
              <w:t>课件、统计表、教科书</w:t>
            </w:r>
          </w:p>
        </w:tc>
        <w:tc>
          <w:tcPr>
            <w:tcW w:type="dxa" w:w="3402"/>
          </w:tcPr>
          <w:p>
            <w:pPr>
              <w:spacing w:after="20" w:line="276" w:lineRule="auto"/>
            </w:pPr>
            <w:r/>
            <w:r>
              <w:rPr>
                <w:rFonts w:ascii="宋体" w:hAnsi="宋体" w:eastAsia="宋体"/>
                <w:b w:val="0"/>
                <w:sz w:val="18"/>
              </w:rPr>
              <w:t>这里有六种运动项目，现在想又快又清楚地表示出我们班同学最喜欢哪种运动项目，我们应该采取什么方式进行调查呢？；从课件出示的表中，你得到了哪些信息？</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三、巩固练习，应用复式统计表</w:t>
            </w:r>
          </w:p>
        </w:tc>
        <w:tc>
          <w:tcPr>
            <w:tcW w:type="dxa" w:w="1814"/>
          </w:tcPr>
          <w:p>
            <w:pPr>
              <w:spacing w:after="20" w:line="276" w:lineRule="auto"/>
            </w:pPr>
            <w:r/>
            <w:r>
              <w:rPr>
                <w:rFonts w:ascii="宋体" w:hAnsi="宋体" w:eastAsia="宋体"/>
                <w:b w:val="0"/>
                <w:sz w:val="18"/>
              </w:rPr>
              <w:t>教科书、统计表、课件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一、创设情境，引发统计需求</w:t>
            </w:r>
          </w:p>
        </w:tc>
        <w:tc>
          <w:tcPr>
            <w:tcW w:type="dxa" w:w="3061"/>
          </w:tcPr>
          <w:p>
            <w:pPr>
              <w:spacing w:after="20" w:line="276" w:lineRule="auto"/>
            </w:pPr>
            <w:r/>
            <w:r>
              <w:rPr>
                <w:rFonts w:ascii="宋体" w:hAnsi="宋体" w:eastAsia="宋体"/>
                <w:b w:val="0"/>
                <w:sz w:val="18"/>
              </w:rPr>
              <w:t>师：课余时间，你们最喜欢哪种运动项目？</w:t>
            </w:r>
          </w:p>
          <w:p>
            <w:pPr>
              <w:spacing w:after="20" w:line="276" w:lineRule="auto"/>
            </w:pPr>
            <w:r>
              <w:rPr>
                <w:rFonts w:ascii="宋体" w:hAnsi="宋体" w:eastAsia="宋体"/>
                <w:b w:val="0"/>
                <w:sz w:val="18"/>
              </w:rPr>
              <w:t>师：足球、篮球、游泳、乒乓球、跳绳、踢毽子这些运动项目中，你最喜欢哪种呢？</w:t>
            </w:r>
          </w:p>
          <w:p>
            <w:pPr>
              <w:spacing w:after="20" w:line="276" w:lineRule="auto"/>
            </w:pPr>
            <w:r>
              <w:rPr>
                <w:rFonts w:ascii="宋体" w:hAnsi="宋体" w:eastAsia="宋体"/>
                <w:b w:val="0"/>
                <w:sz w:val="18"/>
              </w:rPr>
              <w:t>师：看来同学们都有自己最喜欢的运动项目。那么要想知道全班男生、女生分别最喜欢什么运动项目，该怎么办呢？今天我们就来做这样的统计。</w:t>
            </w:r>
          </w:p>
        </w:tc>
        <w:tc>
          <w:tcPr>
            <w:tcW w:type="dxa" w:w="3061"/>
          </w:tcPr>
          <w:p>
            <w:pPr>
              <w:spacing w:after="20" w:line="276" w:lineRule="auto"/>
            </w:pPr>
            <w:r/>
            <w:r>
              <w:rPr>
                <w:rFonts w:ascii="宋体" w:hAnsi="宋体" w:eastAsia="宋体"/>
                <w:b w:val="0"/>
                <w:sz w:val="18"/>
              </w:rPr>
              <w:t>学生说出各种喜欢的运动项目。</w:t>
            </w:r>
          </w:p>
          <w:p>
            <w:pPr>
              <w:spacing w:after="20" w:line="276" w:lineRule="auto"/>
            </w:pPr>
            <w:r>
              <w:rPr>
                <w:rFonts w:ascii="宋体" w:hAnsi="宋体" w:eastAsia="宋体"/>
                <w:b w:val="0"/>
                <w:sz w:val="18"/>
              </w:rPr>
              <w:t>学生会选择自己最喜欢的运动项目，争相发表自己的意见。</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创设情境激活学生已有经验，自然引出本课学习内容，激发学习兴趣，核心问题："课余时间，你们最喜欢哪种运动项目？"</w:t>
            </w:r>
          </w:p>
        </w:tc>
      </w:tr>
      <w:tr>
        <w:tc>
          <w:tcPr>
            <w:tcW w:type="dxa" w:w="1474"/>
          </w:tcPr>
          <w:p>
            <w:pPr>
              <w:spacing w:after="20" w:line="276" w:lineRule="auto"/>
            </w:pPr>
            <w:r>
              <w:rPr>
                <w:b/>
              </w:rPr>
            </w:r>
            <w:r>
              <w:rPr>
                <w:rFonts w:ascii="宋体" w:hAnsi="宋体" w:eastAsia="宋体"/>
                <w:b/>
                <w:sz w:val="18"/>
              </w:rPr>
              <w:t>二、合作探究，制作复式统计表</w:t>
            </w:r>
          </w:p>
        </w:tc>
        <w:tc>
          <w:tcPr>
            <w:tcW w:type="dxa" w:w="3061"/>
          </w:tcPr>
          <w:p>
            <w:pPr>
              <w:spacing w:after="20" w:line="276" w:lineRule="auto"/>
            </w:pPr>
            <w:r/>
            <w:r>
              <w:rPr>
                <w:rFonts w:ascii="宋体" w:hAnsi="宋体" w:eastAsia="宋体"/>
                <w:b w:val="0"/>
                <w:sz w:val="18"/>
              </w:rPr>
              <w:t>1.调查统计。</w:t>
            </w:r>
          </w:p>
          <w:p>
            <w:pPr>
              <w:spacing w:after="20" w:line="276" w:lineRule="auto"/>
            </w:pPr>
            <w:r>
              <w:rPr>
                <w:rFonts w:ascii="宋体" w:hAnsi="宋体" w:eastAsia="宋体"/>
                <w:b w:val="0"/>
                <w:sz w:val="18"/>
              </w:rPr>
              <w:t>(1)选择适当的方法收集数据。</w:t>
            </w:r>
          </w:p>
          <w:p>
            <w:pPr>
              <w:spacing w:after="20" w:line="276" w:lineRule="auto"/>
            </w:pPr>
            <w:r>
              <w:rPr>
                <w:rFonts w:ascii="宋体" w:hAnsi="宋体" w:eastAsia="宋体"/>
                <w:b w:val="0"/>
                <w:sz w:val="18"/>
              </w:rPr>
              <w:t>师：这里有六种运动项目，现在想又快又清楚地表示出我们班同学最喜欢哪种运动项目，我们应该采取什么方式进行调查呢？每位同学只能选一种运动项目。</w:t>
            </w:r>
          </w:p>
          <w:p>
            <w:pPr>
              <w:spacing w:after="20" w:line="276" w:lineRule="auto"/>
            </w:pPr>
            <w:r>
              <w:rPr>
                <w:rFonts w:ascii="宋体" w:hAnsi="宋体" w:eastAsia="宋体"/>
                <w:b w:val="0"/>
                <w:sz w:val="18"/>
              </w:rPr>
              <w:t>师生集体讨论后共同决定采用男生、女生分开统计的方法，请学生现场组织，并进行统计。</w:t>
            </w:r>
          </w:p>
          <w:p>
            <w:pPr>
              <w:spacing w:after="20" w:line="276" w:lineRule="auto"/>
            </w:pPr>
            <w:r>
              <w:rPr>
                <w:rFonts w:ascii="宋体" w:hAnsi="宋体" w:eastAsia="宋体"/>
                <w:b w:val="0"/>
                <w:sz w:val="18"/>
              </w:rPr>
              <w:t>(2)完成数据的收集与整理。</w:t>
            </w:r>
          </w:p>
          <w:p>
            <w:pPr>
              <w:spacing w:after="20" w:line="276" w:lineRule="auto"/>
            </w:pPr>
            <w:r>
              <w:rPr>
                <w:rFonts w:ascii="宋体" w:hAnsi="宋体" w:eastAsia="宋体"/>
                <w:b w:val="0"/>
                <w:sz w:val="18"/>
              </w:rPr>
              <w:t>课件分别出示男生、女生最喜欢的运动项目人数情况统计表。(数据根据各班的实际情况填写)</w:t>
            </w:r>
          </w:p>
          <w:p>
            <w:pPr>
              <w:spacing w:after="20" w:line="276" w:lineRule="auto"/>
            </w:pPr>
            <w:r>
              <w:rPr>
                <w:rFonts w:ascii="宋体" w:hAnsi="宋体" w:eastAsia="宋体"/>
                <w:b w:val="0"/>
                <w:sz w:val="18"/>
              </w:rPr>
              <w:t>2．描述与分析。</w:t>
            </w:r>
          </w:p>
          <w:p>
            <w:pPr>
              <w:spacing w:after="20" w:line="276" w:lineRule="auto"/>
            </w:pPr>
            <w:r>
              <w:rPr>
                <w:rFonts w:ascii="宋体" w:hAnsi="宋体" w:eastAsia="宋体"/>
                <w:b w:val="0"/>
                <w:sz w:val="18"/>
              </w:rPr>
              <w:t>师：从课件出示的表中，你得到了哪些信息？</w:t>
            </w:r>
          </w:p>
          <w:p>
            <w:pPr>
              <w:spacing w:after="20" w:line="276" w:lineRule="auto"/>
            </w:pPr>
            <w:r>
              <w:rPr>
                <w:rFonts w:ascii="宋体" w:hAnsi="宋体" w:eastAsia="宋体"/>
                <w:b w:val="0"/>
                <w:sz w:val="18"/>
              </w:rPr>
              <w:t>师：你分别是看哪个表知道男生和女生最喜欢的运动项目人数情况的呢？</w:t>
            </w:r>
          </w:p>
          <w:p>
            <w:pPr>
              <w:spacing w:after="20" w:line="276" w:lineRule="auto"/>
            </w:pPr>
            <w:r>
              <w:rPr>
                <w:rFonts w:ascii="宋体" w:hAnsi="宋体" w:eastAsia="宋体"/>
                <w:b w:val="0"/>
                <w:sz w:val="18"/>
              </w:rPr>
              <w:t>师：我想知道哪些运动项目是男生、女生都比较喜欢的，要看哪个表？</w:t>
            </w:r>
          </w:p>
          <w:p>
            <w:pPr>
              <w:spacing w:after="20" w:line="276" w:lineRule="auto"/>
            </w:pPr>
            <w:r>
              <w:rPr>
                <w:rFonts w:ascii="宋体" w:hAnsi="宋体" w:eastAsia="宋体"/>
                <w:b w:val="0"/>
                <w:sz w:val="18"/>
              </w:rPr>
              <w:t>师：上面两个统计表只能分别反映出男生、女生最喜欢的运动项目人数情况，要进行比较或知道总人数确实不方便。那我们能不能想办法重新设计一个新的统计表来解决这个问题呢？</w:t>
            </w:r>
          </w:p>
          <w:p>
            <w:pPr>
              <w:spacing w:after="20" w:line="276" w:lineRule="auto"/>
            </w:pPr>
            <w:r>
              <w:rPr>
                <w:rFonts w:ascii="宋体" w:hAnsi="宋体" w:eastAsia="宋体"/>
                <w:b w:val="0"/>
                <w:sz w:val="18"/>
              </w:rPr>
              <w:t>师：很多同学想到了把这两个表合成一个表，那么怎么合呢？</w:t>
            </w:r>
          </w:p>
          <w:p>
            <w:pPr>
              <w:spacing w:after="20" w:line="276" w:lineRule="auto"/>
            </w:pPr>
            <w:r>
              <w:rPr>
                <w:rFonts w:ascii="宋体" w:hAnsi="宋体" w:eastAsia="宋体"/>
                <w:b w:val="0"/>
                <w:sz w:val="18"/>
              </w:rPr>
              <w:t>3．经历过程，逐步完善，形成复式统计表。</w:t>
            </w:r>
          </w:p>
          <w:p>
            <w:pPr>
              <w:spacing w:after="20" w:line="276" w:lineRule="auto"/>
            </w:pPr>
            <w:r>
              <w:rPr>
                <w:rFonts w:ascii="宋体" w:hAnsi="宋体" w:eastAsia="宋体"/>
                <w:b w:val="0"/>
                <w:sz w:val="18"/>
              </w:rPr>
              <w:t>(1)合并统计表。</w:t>
            </w:r>
          </w:p>
          <w:p>
            <w:pPr>
              <w:spacing w:after="20" w:line="276" w:lineRule="auto"/>
            </w:pPr>
            <w:r>
              <w:rPr>
                <w:rFonts w:ascii="宋体" w:hAnsi="宋体" w:eastAsia="宋体"/>
                <w:b w:val="0"/>
                <w:sz w:val="18"/>
              </w:rPr>
              <w:t>教师用课件演示，把两个统计表移在一起。</w:t>
            </w:r>
          </w:p>
          <w:p>
            <w:pPr>
              <w:spacing w:after="20" w:line="276" w:lineRule="auto"/>
            </w:pPr>
            <w:r>
              <w:rPr>
                <w:rFonts w:ascii="宋体" w:hAnsi="宋体" w:eastAsia="宋体"/>
                <w:b w:val="0"/>
                <w:sz w:val="18"/>
              </w:rPr>
              <w:t>(2)精简统计表。</w:t>
            </w:r>
          </w:p>
          <w:p>
            <w:pPr>
              <w:spacing w:after="20" w:line="276" w:lineRule="auto"/>
            </w:pPr>
            <w:r>
              <w:rPr>
                <w:rFonts w:ascii="宋体" w:hAnsi="宋体" w:eastAsia="宋体"/>
                <w:b w:val="0"/>
                <w:sz w:val="18"/>
              </w:rPr>
              <w:t>师：对这个统计表，你们感觉怎样？有什么建议？</w:t>
            </w:r>
          </w:p>
          <w:p>
            <w:pPr>
              <w:spacing w:after="20" w:line="276" w:lineRule="auto"/>
            </w:pPr>
            <w:r>
              <w:rPr>
                <w:rFonts w:ascii="宋体" w:hAnsi="宋体" w:eastAsia="宋体"/>
                <w:b w:val="0"/>
                <w:sz w:val="18"/>
              </w:rPr>
              <w:t>师：我们可以怎样把表格精简一下呢？想一想，把你的想法和你的同桌说一说。</w:t>
            </w:r>
          </w:p>
          <w:p>
            <w:pPr>
              <w:spacing w:after="20" w:line="276" w:lineRule="auto"/>
            </w:pPr>
            <w:r>
              <w:rPr>
                <w:rFonts w:ascii="宋体" w:hAnsi="宋体" w:eastAsia="宋体"/>
                <w:b w:val="0"/>
                <w:sz w:val="18"/>
              </w:rPr>
              <w:t>教师根据学生的汇报用课件演示精简过程并呈现最后的复式统计表。</w:t>
            </w:r>
          </w:p>
          <w:p>
            <w:pPr>
              <w:spacing w:after="20" w:line="276" w:lineRule="auto"/>
            </w:pPr>
            <w:r>
              <w:rPr>
                <w:rFonts w:ascii="宋体" w:hAnsi="宋体" w:eastAsia="宋体"/>
                <w:b w:val="0"/>
                <w:sz w:val="18"/>
              </w:rPr>
              <w:t>4．分析对比，感悟优势。</w:t>
            </w:r>
          </w:p>
          <w:p>
            <w:pPr>
              <w:spacing w:after="20" w:line="276" w:lineRule="auto"/>
            </w:pPr>
            <w:r>
              <w:rPr>
                <w:rFonts w:ascii="宋体" w:hAnsi="宋体" w:eastAsia="宋体"/>
                <w:b w:val="0"/>
                <w:sz w:val="18"/>
              </w:rPr>
              <w:t>(1)数据分析。</w:t>
            </w:r>
          </w:p>
          <w:p>
            <w:pPr>
              <w:spacing w:after="20" w:line="276" w:lineRule="auto"/>
            </w:pPr>
            <w:r>
              <w:rPr>
                <w:rFonts w:ascii="宋体" w:hAnsi="宋体" w:eastAsia="宋体"/>
                <w:b w:val="0"/>
                <w:sz w:val="18"/>
              </w:rPr>
              <w:t>师：这个表包含哪几项内容？根据这个表，你能很快回答下面的几个问题吗？</w:t>
            </w:r>
          </w:p>
          <w:p>
            <w:pPr>
              <w:spacing w:after="20" w:line="276" w:lineRule="auto"/>
            </w:pPr>
            <w:r>
              <w:rPr>
                <w:rFonts w:ascii="宋体" w:hAnsi="宋体" w:eastAsia="宋体"/>
                <w:b w:val="0"/>
                <w:sz w:val="18"/>
              </w:rPr>
              <w:t>课件出示教科书P67例2复式统计表下的问题。</w:t>
            </w:r>
          </w:p>
          <w:p>
            <w:pPr>
              <w:spacing w:after="20" w:line="276" w:lineRule="auto"/>
            </w:pPr>
            <w:r>
              <w:rPr>
                <w:rFonts w:ascii="宋体" w:hAnsi="宋体" w:eastAsia="宋体"/>
                <w:b w:val="0"/>
                <w:sz w:val="18"/>
              </w:rPr>
              <w:t>(2)比较异同，确认复式统计表的优势。</w:t>
            </w:r>
          </w:p>
          <w:p>
            <w:pPr>
              <w:spacing w:after="20" w:line="276" w:lineRule="auto"/>
            </w:pPr>
            <w:r>
              <w:rPr>
                <w:rFonts w:ascii="宋体" w:hAnsi="宋体" w:eastAsia="宋体"/>
                <w:b w:val="0"/>
                <w:sz w:val="18"/>
              </w:rPr>
              <w:t>师：观察这个统计表和前面的两个单式统计表，你们更喜欢哪种？为什么？</w:t>
            </w:r>
          </w:p>
          <w:p>
            <w:pPr>
              <w:spacing w:after="20" w:line="276" w:lineRule="auto"/>
            </w:pPr>
            <w:r>
              <w:rPr>
                <w:rFonts w:ascii="宋体" w:hAnsi="宋体" w:eastAsia="宋体"/>
                <w:b w:val="0"/>
                <w:sz w:val="18"/>
              </w:rPr>
              <w:t>师小结：像这样，把两个单式统计表的内容合在一起就成了一个复式统计表。(板书课题：复式统计表)</w:t>
            </w:r>
          </w:p>
          <w:p>
            <w:pPr>
              <w:spacing w:after="20" w:line="276" w:lineRule="auto"/>
            </w:pPr>
            <w:r>
              <w:rPr>
                <w:rFonts w:ascii="宋体" w:hAnsi="宋体" w:eastAsia="宋体"/>
                <w:b w:val="0"/>
                <w:sz w:val="18"/>
              </w:rPr>
              <w:t>师：比较一下单式统计表和复式统计表，它们有什么相同和不同呢？</w:t>
            </w:r>
          </w:p>
          <w:p>
            <w:pPr>
              <w:spacing w:after="20" w:line="276" w:lineRule="auto"/>
            </w:pPr>
            <w:r>
              <w:rPr>
                <w:rFonts w:ascii="宋体" w:hAnsi="宋体" w:eastAsia="宋体"/>
                <w:b w:val="0"/>
                <w:sz w:val="18"/>
              </w:rPr>
              <w:t>教师进一步引导学生思考：复式统计表有什么优点？在什么情况下用复式统计表比较好？</w:t>
            </w:r>
          </w:p>
        </w:tc>
        <w:tc>
          <w:tcPr>
            <w:tcW w:type="dxa" w:w="3061"/>
          </w:tcPr>
          <w:p>
            <w:pPr>
              <w:spacing w:after="20" w:line="276" w:lineRule="auto"/>
            </w:pPr>
            <w:r/>
            <w:r>
              <w:rPr>
                <w:rFonts w:ascii="宋体" w:hAnsi="宋体" w:eastAsia="宋体"/>
                <w:b w:val="0"/>
                <w:sz w:val="18"/>
              </w:rPr>
              <w:t>预设1：认为全班举手表决比较容易统计。</w:t>
            </w:r>
          </w:p>
          <w:p>
            <w:pPr>
              <w:spacing w:after="20" w:line="276" w:lineRule="auto"/>
            </w:pPr>
            <w:r>
              <w:rPr>
                <w:rFonts w:ascii="宋体" w:hAnsi="宋体" w:eastAsia="宋体"/>
                <w:b w:val="0"/>
                <w:sz w:val="18"/>
              </w:rPr>
              <w:t>预设2：男生和女生的特点不同，喜欢的运动项目差别较大，应该分开统计。</w:t>
            </w:r>
          </w:p>
          <w:p>
            <w:pPr>
              <w:spacing w:after="20" w:line="276" w:lineRule="auto"/>
            </w:pPr>
            <w:r>
              <w:rPr>
                <w:rFonts w:ascii="宋体" w:hAnsi="宋体" w:eastAsia="宋体"/>
                <w:b w:val="0"/>
                <w:sz w:val="18"/>
              </w:rPr>
              <w:t>我知道了男生最喜欢的运动项目人数情况……我知道了女生最喜欢的运动项目人数情况……</w:t>
            </w:r>
          </w:p>
          <w:p>
            <w:pPr>
              <w:spacing w:after="20" w:line="276" w:lineRule="auto"/>
            </w:pPr>
            <w:r>
              <w:rPr>
                <w:rFonts w:ascii="宋体" w:hAnsi="宋体" w:eastAsia="宋体"/>
                <w:b w:val="0"/>
                <w:sz w:val="18"/>
              </w:rPr>
              <w:t>看第一个表，知道男生最喜欢的运动项目人数情况；看第二个表，知道女生最喜欢的运动项目人数情况。</w:t>
            </w:r>
          </w:p>
          <w:p>
            <w:pPr>
              <w:spacing w:after="20" w:line="276" w:lineRule="auto"/>
            </w:pPr>
            <w:r>
              <w:rPr>
                <w:rFonts w:ascii="宋体" w:hAnsi="宋体" w:eastAsia="宋体"/>
                <w:b w:val="0"/>
                <w:sz w:val="18"/>
              </w:rPr>
              <w:t>既要看第一个表，也要看第二个表。这样来回地看很容易看错，而且很麻烦。</w:t>
            </w:r>
          </w:p>
          <w:p>
            <w:pPr>
              <w:spacing w:after="20" w:line="276" w:lineRule="auto"/>
            </w:pPr>
            <w:r>
              <w:rPr>
                <w:rFonts w:ascii="宋体" w:hAnsi="宋体" w:eastAsia="宋体"/>
                <w:b w:val="0"/>
                <w:sz w:val="18"/>
              </w:rPr>
              <w:t>学生独立思考，并在组内交流自己的想法。</w:t>
            </w:r>
          </w:p>
          <w:p>
            <w:pPr>
              <w:spacing w:after="20" w:line="276" w:lineRule="auto"/>
            </w:pPr>
            <w:r>
              <w:rPr>
                <w:rFonts w:ascii="宋体" w:hAnsi="宋体" w:eastAsia="宋体"/>
                <w:b w:val="0"/>
                <w:sz w:val="18"/>
              </w:rPr>
              <w:t>引导学生知道第一个表统计的是男生最喜欢的运动项目人数情况，第二个表统计的是女生最喜欢的运动项目人数情况。这两个表中的运动项目都一样，所以可以把这两个表合成一个表。</w:t>
            </w:r>
          </w:p>
          <w:p>
            <w:pPr>
              <w:spacing w:after="20" w:line="276" w:lineRule="auto"/>
            </w:pPr>
            <w:r>
              <w:rPr>
                <w:rFonts w:ascii="宋体" w:hAnsi="宋体" w:eastAsia="宋体"/>
                <w:b w:val="0"/>
                <w:sz w:val="18"/>
              </w:rPr>
              <w:t>这个统计表不太简洁；数据有两组，看不出哪组数据是男生的，哪组数据是女生的。</w:t>
            </w:r>
          </w:p>
          <w:p>
            <w:pPr>
              <w:spacing w:after="20" w:line="276" w:lineRule="auto"/>
            </w:pPr>
            <w:r>
              <w:rPr>
                <w:rFonts w:ascii="宋体" w:hAnsi="宋体" w:eastAsia="宋体"/>
                <w:b w:val="0"/>
                <w:sz w:val="18"/>
              </w:rPr>
              <w:t>学生根据复式统计表中的数据自由表达。</w:t>
            </w:r>
          </w:p>
          <w:p>
            <w:pPr>
              <w:spacing w:after="20" w:line="276" w:lineRule="auto"/>
            </w:pPr>
            <w:r>
              <w:rPr>
                <w:rFonts w:ascii="宋体" w:hAnsi="宋体" w:eastAsia="宋体"/>
                <w:b w:val="0"/>
                <w:sz w:val="18"/>
              </w:rPr>
              <w:t>单式统计表通常只表示一组数据，复式统计表通常能表示两组或几组相关数据。(板书)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里有六种运动项目，现在想又快又清楚地表示出我们班同学最喜欢哪种运动项目，我们应该采取什么方式进行调查呢？"</w:t>
            </w:r>
          </w:p>
        </w:tc>
      </w:tr>
      <w:tr>
        <w:tc>
          <w:tcPr>
            <w:tcW w:type="dxa" w:w="1474"/>
          </w:tcPr>
          <w:p>
            <w:pPr>
              <w:spacing w:after="20" w:line="276" w:lineRule="auto"/>
            </w:pPr>
            <w:r>
              <w:rPr>
                <w:b/>
              </w:rPr>
            </w:r>
            <w:r>
              <w:rPr>
                <w:rFonts w:ascii="宋体" w:hAnsi="宋体" w:eastAsia="宋体"/>
                <w:b/>
                <w:sz w:val="18"/>
              </w:rPr>
              <w:t>三、巩固练习，应用复式统计表</w:t>
            </w:r>
          </w:p>
        </w:tc>
        <w:tc>
          <w:tcPr>
            <w:tcW w:type="dxa" w:w="3061"/>
          </w:tcPr>
          <w:p>
            <w:pPr>
              <w:spacing w:after="20" w:line="276" w:lineRule="auto"/>
            </w:pPr>
            <w:r/>
            <w:r>
              <w:rPr>
                <w:rFonts w:ascii="宋体" w:hAnsi="宋体" w:eastAsia="宋体"/>
                <w:b w:val="0"/>
                <w:sz w:val="18"/>
              </w:rPr>
              <w:t>1.完成教科书P68“做一做”第1题。</w:t>
            </w:r>
          </w:p>
          <w:p>
            <w:pPr>
              <w:spacing w:after="20" w:line="276" w:lineRule="auto"/>
            </w:pPr>
            <w:r>
              <w:rPr>
                <w:rFonts w:ascii="宋体" w:hAnsi="宋体" w:eastAsia="宋体"/>
                <w:b w:val="0"/>
                <w:sz w:val="18"/>
              </w:rPr>
              <w:t>第(1)题让学生自主填表，同桌互相检查。第(2)题指名学生回答。</w:t>
            </w:r>
          </w:p>
          <w:p>
            <w:pPr>
              <w:spacing w:after="20" w:line="276" w:lineRule="auto"/>
            </w:pPr>
            <w:r>
              <w:rPr>
                <w:rFonts w:ascii="宋体" w:hAnsi="宋体" w:eastAsia="宋体"/>
                <w:b w:val="0"/>
                <w:sz w:val="18"/>
              </w:rPr>
              <w:t>2．完成教科书P68“做一做”第2题。</w:t>
            </w:r>
          </w:p>
        </w:tc>
        <w:tc>
          <w:tcPr>
            <w:tcW w:type="dxa" w:w="3061"/>
          </w:tcPr>
          <w:p>
            <w:pPr>
              <w:spacing w:after="20" w:line="276" w:lineRule="auto"/>
            </w:pPr>
            <w:r/>
            <w:r>
              <w:rPr>
                <w:rFonts w:ascii="宋体" w:hAnsi="宋体" w:eastAsia="宋体"/>
                <w:b w:val="0"/>
                <w:sz w:val="18"/>
              </w:rPr>
              <w:t>学生根据调查的结果自主填写数据信息，巩固对复式统计表的认识。</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让学生在具体的情境中，感知单式统计表的局限性，产生复式统计表的需求，经历复式统计表的形成过程，感知复式统计表的优越性。同时，在对比分析中体会在统计多个数据时，可以用复式统计表。</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复式统计表</w:t>
      </w:r>
    </w:p>
    <w:p>
      <w:pPr>
        <w:spacing w:after="40" w:line="300" w:lineRule="auto"/>
      </w:pPr>
      <w:r>
        <w:rPr>
          <w:rFonts w:ascii="宋体" w:hAnsi="宋体" w:eastAsia="宋体"/>
          <w:b w:val="0"/>
          <w:sz w:val="20"/>
        </w:rPr>
        <w:t>单式统计表通常只表示一组数据，复式统计表通常能表示两组或几组相关数据。</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教科书P67例2及P68“做一做”。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统计在日常生活中应用非常广泛，但是统计的教学较为枯燥，教师往往会轻视统计的教学，忽略对学生数据整理和分析能力的培养。本课教学中，在情境中让学生经历统计的过程，以及复式统计表的产生过程，同时在实际生活中加以运用，有效培养了学生的数据分析观念。</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分段整理数据</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分段整理数据</w:t>
            </w:r>
          </w:p>
        </w:tc>
        <w:tc>
          <w:tcPr>
            <w:tcW w:type="dxa" w:w="6009"/>
          </w:tcPr>
          <w:p>
            <w:pPr>
              <w:spacing w:after="20" w:line="276" w:lineRule="auto"/>
            </w:pPr>
            <w:r/>
            <w:r>
              <w:rPr>
                <w:rFonts w:ascii="宋体" w:hAnsi="宋体" w:eastAsia="宋体"/>
                <w:b w:val="0"/>
                <w:sz w:val="20"/>
              </w:rPr>
              <w:t>第5单元 数据的收集与整理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二年级学习过“分类与整理”，已经接触过与统计相关的内容，学习了比较、分类与整理，会在分类的基础上用非正式的统计表整理与呈现数据。在日常生活中，学生也已经积累了较多的生活经验。所以本单元的入手点对于学生来说很好找，填写统计表时不会感到太困难。其关键在于引导学生学会根据实际需要收集信息、整理数据，能对数据进行简单的分析。难点在于将两个单式统计表合成复式统计表，用复式统计表呈现分段整理的数据。</w:t>
      </w:r>
    </w:p>
    <w:p>
      <w:pPr>
        <w:spacing w:after="80" w:line="300" w:lineRule="auto"/>
        <w:ind w:firstLine="400"/>
      </w:pPr>
      <w:r>
        <w:rPr>
          <w:rFonts w:ascii="宋体" w:hAnsi="宋体" w:eastAsia="宋体"/>
          <w:b w:val="0"/>
          <w:sz w:val="20"/>
        </w:rPr>
        <w:t>让学生经历简单的数据收集、整理和分析的过程，可以逐步发展他们的数据分析观念。但是，统计方法和意义的体验、数据观念的发展不是一蹴而就的，需要在多次的经历中不断积淀，逐步内化。</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教学内容：教科书P69～70例3及“做一做”。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（1）结合具体实例学会分段方法并能根据分段统计的结果进行分析和判断。</w:t>
      </w:r>
    </w:p>
    <w:p>
      <w:pPr>
        <w:spacing w:after="20" w:line="300" w:lineRule="auto"/>
        <w:ind w:firstLine="400"/>
      </w:pPr>
      <w:r>
        <w:rPr>
          <w:rFonts w:ascii="宋体" w:hAnsi="宋体" w:eastAsia="宋体"/>
          <w:b w:val="0"/>
          <w:sz w:val="20"/>
        </w:rPr>
        <w:t>（2）在实际教学活动中，体会复式分段统计在对事物进行综合分析判断时的作用。</w:t>
      </w:r>
    </w:p>
    <w:p>
      <w:pPr>
        <w:spacing w:after="20" w:line="300" w:lineRule="auto"/>
        <w:ind w:firstLine="400"/>
      </w:pPr>
      <w:r>
        <w:rPr>
          <w:rFonts w:ascii="宋体" w:hAnsi="宋体" w:eastAsia="宋体"/>
          <w:b w:val="0"/>
          <w:sz w:val="20"/>
        </w:rPr>
        <w:t>（3）在探索知识的过程中，发展数据分析观念，提高运用数据分析问题、解决问题的能力。</w:t>
      </w:r>
    </w:p>
    <w:p>
      <w:pPr>
        <w:spacing w:after="20" w:line="300" w:lineRule="auto"/>
      </w:pPr>
      <w:r>
        <w:rPr>
          <w:rFonts w:ascii="宋体" w:hAnsi="宋体" w:eastAsia="宋体"/>
          <w:b w:val="0"/>
          <w:sz w:val="20"/>
        </w:rPr>
        <w:t>教学重点：在具体统计活动中，学会分段整理的方法，认识分段统计表。</w:t>
      </w:r>
    </w:p>
    <w:p>
      <w:pPr>
        <w:spacing w:after="20" w:line="300" w:lineRule="auto"/>
      </w:pPr>
      <w:r>
        <w:rPr>
          <w:rFonts w:ascii="宋体" w:hAnsi="宋体" w:eastAsia="宋体"/>
          <w:b w:val="0"/>
          <w:sz w:val="20"/>
        </w:rPr>
        <w:t>教学难点：理解复式分段统计表各部分的意义。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同学们喜欢体育活动吗？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二、合作探究，经历分段统计表的形成</w:t>
            </w:r>
          </w:p>
        </w:tc>
        <w:tc>
          <w:tcPr>
            <w:tcW w:type="dxa" w:w="1814"/>
          </w:tcPr>
          <w:p>
            <w:pPr>
              <w:spacing w:after="20" w:line="276" w:lineRule="auto"/>
            </w:pPr>
            <w:r/>
            <w:r>
              <w:rPr>
                <w:rFonts w:ascii="宋体" w:hAnsi="宋体" w:eastAsia="宋体"/>
                <w:b w:val="0"/>
                <w:sz w:val="18"/>
              </w:rPr>
              <w:t>统计表、课件、教科书</w:t>
            </w:r>
          </w:p>
        </w:tc>
        <w:tc>
          <w:tcPr>
            <w:tcW w:type="dxa" w:w="3402"/>
          </w:tcPr>
          <w:p>
            <w:pPr>
              <w:spacing w:after="20" w:line="276" w:lineRule="auto"/>
            </w:pPr>
            <w:r/>
            <w:r>
              <w:rPr>
                <w:rFonts w:ascii="宋体" w:hAnsi="宋体" w:eastAsia="宋体"/>
                <w:b w:val="0"/>
                <w:sz w:val="18"/>
              </w:rPr>
              <w:t>通过这一段时间的锻炼，我们班同学跳绳的水平有了很大的提高，课前我把大家的成绩记录下来了，观察表格，你能发现哪些数学信息？；男生和女生谁的成绩好？谁有好的办法？</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三(1)班学生一分钟跳绳成绩分段统计表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合计 │  │  │  │</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这个统计表，也是一个复式统计表。对比刚才的统计表，复式分段统计表有什么优点？</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三、运用分段统计表解决问题</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从这张统计表里，你发现了什么？；跳绳水平在哪个等级的人数最多？全班优秀的有多少人？全班不及格的有多少人？</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四、实践应用</w:t>
            </w:r>
          </w:p>
        </w:tc>
        <w:tc>
          <w:tcPr>
            <w:tcW w:type="dxa" w:w="1814"/>
          </w:tcPr>
          <w:p>
            <w:pPr>
              <w:spacing w:after="20" w:line="276" w:lineRule="auto"/>
            </w:pPr>
            <w:r/>
            <w:r>
              <w:rPr>
                <w:rFonts w:ascii="宋体" w:hAnsi="宋体" w:eastAsia="宋体"/>
                <w:b w:val="0"/>
                <w:sz w:val="18"/>
              </w:rPr>
              <w:t>教科书、统计表、课件</w:t>
            </w:r>
          </w:p>
        </w:tc>
        <w:tc>
          <w:tcPr>
            <w:tcW w:type="dxa" w:w="3402"/>
          </w:tcPr>
          <w:p>
            <w:pPr>
              <w:spacing w:after="20" w:line="276" w:lineRule="auto"/>
            </w:pPr>
            <w:r/>
            <w:r>
              <w:rPr>
                <w:rFonts w:ascii="宋体" w:hAnsi="宋体" w:eastAsia="宋体"/>
                <w:b w:val="0"/>
                <w:sz w:val="18"/>
              </w:rPr>
              <w:t>这里的横标题、纵标题表示什么意思？</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同学们回顾一下，进行分段整理要经历哪几个步骤？</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师：同学们喜欢体育活动吗？体育活动可以锻炼我们的身体，增强我们的体质，所以我校开展了阳光体育大课间的活动，下面就让我们共同感受体育的魅力，分享体育带给我们的欢乐。</w:t>
            </w:r>
          </w:p>
          <w:p>
            <w:pPr>
              <w:spacing w:after="20" w:line="276" w:lineRule="auto"/>
            </w:pPr>
            <w:r>
              <w:rPr>
                <w:rFonts w:ascii="宋体" w:hAnsi="宋体" w:eastAsia="宋体"/>
                <w:b w:val="0"/>
                <w:sz w:val="18"/>
              </w:rPr>
              <w:t>课件出示同学参加体育大课间的图片。</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创设情境激活学生已有经验，自然引出本课学习内容，激发学习兴趣，核心问题："同学们喜欢体育活动吗？"</w:t>
            </w:r>
          </w:p>
        </w:tc>
      </w:tr>
      <w:tr>
        <w:tc>
          <w:tcPr>
            <w:tcW w:type="dxa" w:w="1474"/>
          </w:tcPr>
          <w:p>
            <w:pPr>
              <w:spacing w:after="20" w:line="276" w:lineRule="auto"/>
            </w:pPr>
            <w:r>
              <w:rPr>
                <w:b/>
              </w:rPr>
            </w:r>
            <w:r>
              <w:rPr>
                <w:rFonts w:ascii="宋体" w:hAnsi="宋体" w:eastAsia="宋体"/>
                <w:b/>
                <w:sz w:val="18"/>
              </w:rPr>
              <w:t>二、合作探究，经历分段统计表的形成</w:t>
            </w:r>
          </w:p>
        </w:tc>
        <w:tc>
          <w:tcPr>
            <w:tcW w:type="dxa" w:w="3061"/>
          </w:tcPr>
          <w:p>
            <w:pPr>
              <w:spacing w:after="20" w:line="276" w:lineRule="auto"/>
            </w:pPr>
            <w:r/>
            <w:r>
              <w:rPr>
                <w:rFonts w:ascii="宋体" w:hAnsi="宋体" w:eastAsia="宋体"/>
                <w:b w:val="0"/>
                <w:sz w:val="18"/>
              </w:rPr>
              <w:t>1.单式分段统计表。</w:t>
            </w:r>
          </w:p>
          <w:p>
            <w:pPr>
              <w:spacing w:after="20" w:line="276" w:lineRule="auto"/>
            </w:pPr>
            <w:r>
              <w:rPr>
                <w:rFonts w:ascii="宋体" w:hAnsi="宋体" w:eastAsia="宋体"/>
                <w:b w:val="0"/>
                <w:sz w:val="18"/>
              </w:rPr>
              <w:t>(1)收集数据。</w:t>
            </w:r>
          </w:p>
          <w:p>
            <w:pPr>
              <w:spacing w:after="20" w:line="276" w:lineRule="auto"/>
            </w:pPr>
            <w:r>
              <w:rPr>
                <w:rFonts w:ascii="宋体" w:hAnsi="宋体" w:eastAsia="宋体"/>
                <w:b w:val="0"/>
                <w:sz w:val="18"/>
              </w:rPr>
              <w:t>师：通过这一段时间的锻炼，我们班同学跳绳的水平有了很大的提高，课前我把大家的成绩记录下来了，观察表格，你能发现哪些数学信息？</w:t>
            </w:r>
          </w:p>
          <w:p>
            <w:pPr>
              <w:spacing w:after="20" w:line="276" w:lineRule="auto"/>
            </w:pPr>
            <w:r>
              <w:rPr>
                <w:rFonts w:ascii="宋体" w:hAnsi="宋体" w:eastAsia="宋体"/>
                <w:b w:val="0"/>
                <w:sz w:val="18"/>
              </w:rPr>
              <w:t>课件呈现教科书P69三(1)班学生一分钟跳绳成绩统计表。</w:t>
            </w:r>
          </w:p>
          <w:p>
            <w:pPr>
              <w:spacing w:after="20" w:line="276" w:lineRule="auto"/>
            </w:pPr>
            <w:r>
              <w:rPr>
                <w:rFonts w:ascii="宋体" w:hAnsi="宋体" w:eastAsia="宋体"/>
                <w:b w:val="0"/>
                <w:sz w:val="18"/>
              </w:rPr>
              <w:t>师：男生和女生谁的成绩好？谁有好的办法？</w:t>
            </w:r>
          </w:p>
          <w:p>
            <w:pPr>
              <w:spacing w:after="20" w:line="276" w:lineRule="auto"/>
            </w:pPr>
            <w:r>
              <w:rPr>
                <w:rFonts w:ascii="宋体" w:hAnsi="宋体" w:eastAsia="宋体"/>
                <w:b w:val="0"/>
                <w:sz w:val="18"/>
              </w:rPr>
              <w:t>师：总成绩能较好地反映出每组的整体水平，如果想要知道他们的具体差异呢？现在的这个统计表容易看出来吗？(不容易)</w:t>
            </w:r>
          </w:p>
          <w:p>
            <w:pPr>
              <w:spacing w:after="20" w:line="276" w:lineRule="auto"/>
            </w:pPr>
            <w:r>
              <w:rPr>
                <w:rFonts w:ascii="宋体" w:hAnsi="宋体" w:eastAsia="宋体"/>
                <w:b w:val="0"/>
                <w:sz w:val="18"/>
              </w:rPr>
              <w:t>师：下一步我们需要对收集到的这些数据进行整理，可以进行分段统计。(板书课题：分段整理数据)</w:t>
            </w:r>
          </w:p>
          <w:p>
            <w:pPr>
              <w:spacing w:after="20" w:line="276" w:lineRule="auto"/>
            </w:pPr>
            <w:r>
              <w:rPr>
                <w:rFonts w:ascii="宋体" w:hAnsi="宋体" w:eastAsia="宋体"/>
                <w:b w:val="0"/>
                <w:sz w:val="18"/>
              </w:rPr>
              <w:t>师：怎么分段比较好？</w:t>
            </w:r>
          </w:p>
          <w:p>
            <w:pPr>
              <w:spacing w:after="20" w:line="276" w:lineRule="auto"/>
            </w:pPr>
            <w:r>
              <w:rPr>
                <w:rFonts w:ascii="宋体" w:hAnsi="宋体" w:eastAsia="宋体"/>
                <w:b w:val="0"/>
                <w:sz w:val="18"/>
              </w:rPr>
              <w:t>引导学生尝试分段，交流自己的分段方法。</w:t>
            </w:r>
          </w:p>
          <w:p>
            <w:pPr>
              <w:spacing w:after="20" w:line="276" w:lineRule="auto"/>
            </w:pPr>
            <w:r>
              <w:rPr>
                <w:rFonts w:ascii="宋体" w:hAnsi="宋体" w:eastAsia="宋体"/>
                <w:b w:val="0"/>
                <w:sz w:val="18"/>
              </w:rPr>
              <w:t>(2)整理数据。</w:t>
            </w:r>
          </w:p>
          <w:p>
            <w:pPr>
              <w:spacing w:after="20" w:line="276" w:lineRule="auto"/>
            </w:pPr>
            <w:r>
              <w:rPr>
                <w:rFonts w:ascii="宋体" w:hAnsi="宋体" w:eastAsia="宋体"/>
                <w:b w:val="0"/>
                <w:sz w:val="18"/>
              </w:rPr>
              <w:t>师：在对数据进行分段整理时，如何分段很重要，要依据需要或者一定的标准进行分段。可以按照《国家学生体质健康标准(2014年修订)》三年级学生一分钟跳绳等级评定划分。</w:t>
            </w:r>
          </w:p>
          <w:p>
            <w:pPr>
              <w:spacing w:after="20" w:line="276" w:lineRule="auto"/>
            </w:pPr>
            <w:r>
              <w:rPr>
                <w:rFonts w:ascii="宋体" w:hAnsi="宋体" w:eastAsia="宋体"/>
                <w:b w:val="0"/>
                <w:sz w:val="18"/>
              </w:rPr>
              <w:t>课件出示教科书P69上面三年级学生一分钟跳绳等级评定标准。</w:t>
            </w:r>
          </w:p>
          <w:p>
            <w:pPr>
              <w:spacing w:after="20" w:line="276" w:lineRule="auto"/>
            </w:pPr>
            <w:r>
              <w:rPr>
                <w:rFonts w:ascii="宋体" w:hAnsi="宋体" w:eastAsia="宋体"/>
                <w:b w:val="0"/>
                <w:sz w:val="18"/>
              </w:rPr>
              <w:t>师：男生和女生的评定标准相同吗？一分钟跳120次属于什么等级？108次呢？</w:t>
            </w:r>
          </w:p>
          <w:p>
            <w:pPr>
              <w:spacing w:after="20" w:line="276" w:lineRule="auto"/>
            </w:pPr>
            <w:r>
              <w:rPr>
                <w:rFonts w:ascii="宋体" w:hAnsi="宋体" w:eastAsia="宋体"/>
                <w:b w:val="0"/>
                <w:sz w:val="18"/>
              </w:rPr>
              <w:t>师：我们在整理数据时，按照这个等级评定标准的数据范围分段，看男生、女生达到每个等级的各有多少人。</w:t>
            </w:r>
          </w:p>
          <w:p>
            <w:pPr>
              <w:spacing w:after="20" w:line="276" w:lineRule="auto"/>
            </w:pPr>
            <w:r>
              <w:rPr>
                <w:rFonts w:ascii="宋体" w:hAnsi="宋体" w:eastAsia="宋体"/>
                <w:b w:val="0"/>
                <w:sz w:val="18"/>
              </w:rPr>
              <w:t>课件呈现男生、女生的单式分段统计表。</w:t>
            </w:r>
          </w:p>
          <w:p>
            <w:pPr>
              <w:spacing w:after="20" w:line="276" w:lineRule="auto"/>
            </w:pPr>
            <w:r>
              <w:rPr>
                <w:rFonts w:ascii="宋体" w:hAnsi="宋体" w:eastAsia="宋体"/>
                <w:b w:val="0"/>
                <w:sz w:val="18"/>
              </w:rPr>
              <w:t>2．复式分段统计表。</w:t>
            </w:r>
          </w:p>
          <w:p>
            <w:pPr>
              <w:spacing w:after="20" w:line="276" w:lineRule="auto"/>
            </w:pPr>
            <w:r>
              <w:rPr>
                <w:rFonts w:ascii="宋体" w:hAnsi="宋体" w:eastAsia="宋体"/>
                <w:b w:val="0"/>
                <w:sz w:val="18"/>
              </w:rPr>
              <w:t>师：我们分别对男生和女生达到的各等级评定标准的分段数据的情况做了分段统计，如果要知道全班的怎么办？</w:t>
            </w:r>
          </w:p>
          <w:p>
            <w:pPr>
              <w:spacing w:after="20" w:line="276" w:lineRule="auto"/>
            </w:pPr>
            <w:r>
              <w:rPr>
                <w:rFonts w:ascii="宋体" w:hAnsi="宋体" w:eastAsia="宋体"/>
                <w:b w:val="0"/>
                <w:sz w:val="18"/>
              </w:rPr>
              <w:t>师生交流，逐步引出复式分段统计表。</w:t>
            </w:r>
          </w:p>
          <w:p>
            <w:pPr>
              <w:spacing w:after="20" w:line="276" w:lineRule="auto"/>
            </w:pPr>
            <w:r>
              <w:rPr>
                <w:rFonts w:ascii="宋体" w:hAnsi="宋体" w:eastAsia="宋体"/>
                <w:b w:val="0"/>
                <w:sz w:val="18"/>
              </w:rPr>
              <w:t>(1)理解横标题的意义。</w:t>
            </w:r>
          </w:p>
          <w:p>
            <w:pPr>
              <w:spacing w:after="20" w:line="276" w:lineRule="auto"/>
            </w:pPr>
            <w:r>
              <w:rPr>
                <w:rFonts w:ascii="宋体" w:hAnsi="宋体" w:eastAsia="宋体"/>
                <w:b w:val="0"/>
                <w:sz w:val="18"/>
              </w:rPr>
              <w:t>师：跟复式统计表相同，我们可以将两个单式分段统计表合并在一起。同学们看看，这两个统计表的横标题相同吗？</w:t>
            </w:r>
          </w:p>
          <w:p>
            <w:pPr>
              <w:spacing w:after="20" w:line="276" w:lineRule="auto"/>
            </w:pPr>
            <w:r>
              <w:rPr>
                <w:rFonts w:ascii="宋体" w:hAnsi="宋体" w:eastAsia="宋体"/>
                <w:b w:val="0"/>
                <w:sz w:val="18"/>
              </w:rPr>
              <w:t>师：那我们用哪个数据段作为横标题呢？</w:t>
            </w:r>
          </w:p>
          <w:p>
            <w:pPr>
              <w:spacing w:after="20" w:line="276" w:lineRule="auto"/>
            </w:pPr>
            <w:r>
              <w:rPr>
                <w:rFonts w:ascii="宋体" w:hAnsi="宋体" w:eastAsia="宋体"/>
                <w:b w:val="0"/>
                <w:sz w:val="18"/>
              </w:rPr>
              <w:t>再次引导学生看《国家学生体质健康标准(2014年修订)》中的评定标准。引导学生发现，男生和女生的评定标准不同，但是等级设定是相同的，都是优秀、良好、及格、不及格四个等级，可以以等级为横标题。</w:t>
            </w:r>
          </w:p>
          <w:p>
            <w:pPr>
              <w:spacing w:after="20" w:line="276" w:lineRule="auto"/>
            </w:pPr>
            <w:r>
              <w:rPr>
                <w:rFonts w:ascii="宋体" w:hAnsi="宋体" w:eastAsia="宋体"/>
                <w:b w:val="0"/>
                <w:sz w:val="18"/>
              </w:rPr>
              <w:t>课件演示将两个单式分段统计表合并成复式分段统计表，并将分段数据替换为等级。</w:t>
            </w:r>
          </w:p>
          <w:p>
            <w:pPr>
              <w:spacing w:after="20" w:line="276" w:lineRule="auto"/>
            </w:pPr>
            <w:r>
              <w:rPr>
                <w:rFonts w:ascii="宋体" w:hAnsi="宋体" w:eastAsia="宋体"/>
                <w:b w:val="0"/>
                <w:sz w:val="18"/>
              </w:rPr>
              <w:t>(2)理解纵标题的意义。</w:t>
            </w:r>
          </w:p>
          <w:p>
            <w:pPr>
              <w:spacing w:after="20" w:line="276" w:lineRule="auto"/>
            </w:pPr>
            <w:r>
              <w:rPr>
                <w:rFonts w:ascii="宋体" w:hAnsi="宋体" w:eastAsia="宋体"/>
                <w:b w:val="0"/>
                <w:sz w:val="18"/>
              </w:rPr>
              <w:t>师：第二行、第三行分别统计男生、女生各等级的人数。第二行、第三行最左边纵标题还是男生人数、女生人数。我们要知道全班的达标情况，该怎么办呢？</w:t>
            </w:r>
          </w:p>
          <w:p>
            <w:pPr>
              <w:spacing w:after="20" w:line="276" w:lineRule="auto"/>
            </w:pPr>
            <w:r>
              <w:rPr>
                <w:rFonts w:ascii="宋体" w:hAnsi="宋体" w:eastAsia="宋体"/>
                <w:b w:val="0"/>
                <w:sz w:val="18"/>
              </w:rPr>
              <w:t>师生讨论，引导学生发现在男、女生人数那一列下面加上“合计”，统计出全班各等级的人数。</w:t>
            </w:r>
          </w:p>
          <w:p>
            <w:pPr>
              <w:spacing w:after="20" w:line="276" w:lineRule="auto"/>
            </w:pPr>
            <w:r>
              <w:rPr>
                <w:rFonts w:ascii="宋体" w:hAnsi="宋体" w:eastAsia="宋体"/>
                <w:b w:val="0"/>
                <w:sz w:val="18"/>
              </w:rPr>
              <w:t>课件演示复式分段统计表中增加“合计”栏，并呈现最后的复式分段统计表。</w:t>
            </w:r>
          </w:p>
          <w:p>
            <w:pPr>
              <w:spacing w:after="20" w:line="276" w:lineRule="auto"/>
            </w:pPr>
            <w:r>
              <w:rPr>
                <w:rFonts w:ascii="宋体" w:hAnsi="宋体" w:eastAsia="宋体"/>
                <w:b w:val="0"/>
                <w:sz w:val="18"/>
              </w:rPr>
              <w:t>师：你知道合计数据怎样得来的吗？</w:t>
            </w:r>
          </w:p>
        </w:tc>
        <w:tc>
          <w:tcPr>
            <w:tcW w:type="dxa" w:w="3061"/>
          </w:tcPr>
          <w:p>
            <w:pPr>
              <w:spacing w:after="20" w:line="276" w:lineRule="auto"/>
            </w:pPr>
            <w:r/>
            <w:r>
              <w:rPr>
                <w:rFonts w:ascii="宋体" w:hAnsi="宋体" w:eastAsia="宋体"/>
                <w:b w:val="0"/>
                <w:sz w:val="18"/>
              </w:rPr>
              <w:t>学生可能说通过总成绩进行比较。</w:t>
            </w:r>
          </w:p>
          <w:p>
            <w:pPr>
              <w:spacing w:after="20" w:line="276" w:lineRule="auto"/>
            </w:pPr>
            <w:r>
              <w:rPr>
                <w:rFonts w:ascii="宋体" w:hAnsi="宋体" w:eastAsia="宋体"/>
                <w:b w:val="0"/>
                <w:sz w:val="18"/>
              </w:rPr>
              <w:t>小组合作完成统计表。</w:t>
            </w:r>
          </w:p>
          <w:p>
            <w:pPr>
              <w:spacing w:after="20" w:line="276" w:lineRule="auto"/>
            </w:pPr>
            <w:r>
              <w:rPr>
                <w:rFonts w:ascii="宋体" w:hAnsi="宋体" w:eastAsia="宋体"/>
                <w:b w:val="0"/>
                <w:sz w:val="18"/>
              </w:rPr>
              <w:t>横标题的数据段不同。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通过这一段时间的锻炼，我们班同学跳绳的水平有了很大的提高，课前我把大家的成绩记录下来了，观察表格，你能发现哪些数学信息？"</w:t>
            </w:r>
          </w:p>
        </w:tc>
      </w:tr>
      <w:tr>
        <w:tc>
          <w:tcPr>
            <w:tcW w:type="dxa" w:w="1474"/>
          </w:tcPr>
          <w:p>
            <w:pPr>
              <w:spacing w:after="20" w:line="276" w:lineRule="auto"/>
            </w:pPr>
            <w:r>
              <w:rPr>
                <w:b/>
              </w:rPr>
            </w:r>
            <w:r>
              <w:rPr>
                <w:rFonts w:ascii="宋体" w:hAnsi="宋体" w:eastAsia="宋体"/>
                <w:b/>
                <w:sz w:val="18"/>
              </w:rPr>
              <w:t>三(1)班学生一分钟跳绳成绩分段统计表</w:t>
            </w:r>
          </w:p>
        </w:tc>
        <w:tc>
          <w:tcPr>
            <w:tcW w:type="dxa" w:w="3061"/>
          </w:tcPr>
          <w:p>
            <w:pPr>
              <w:spacing w:after="20" w:line="276" w:lineRule="auto"/>
            </w:pPr>
            <w:r/>
            <w:r>
              <w:rPr>
                <w:rFonts w:ascii="宋体" w:hAnsi="宋体" w:eastAsia="宋体"/>
                <w:b w:val="0"/>
                <w:sz w:val="18"/>
              </w:rPr>
              <w:t>等级 │ 不及格 │ 及格 │ 良好 │ 优秀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合计 │  │  │  │</w:t>
            </w:r>
          </w:p>
        </w:tc>
        <w:tc>
          <w:tcPr>
            <w:tcW w:type="dxa" w:w="3061"/>
          </w:tcPr>
          <w:p>
            <w:pPr>
              <w:spacing w:after="20" w:line="276" w:lineRule="auto"/>
            </w:pPr>
            <w:r/>
            <w:r>
              <w:rPr>
                <w:rFonts w:ascii="宋体" w:hAnsi="宋体" w:eastAsia="宋体"/>
                <w:b w:val="0"/>
                <w:sz w:val="18"/>
              </w:rPr>
              <w:t>(3)复式分段统计的优点。</w:t>
            </w:r>
          </w:p>
          <w:p>
            <w:pPr>
              <w:spacing w:after="20" w:line="276" w:lineRule="auto"/>
            </w:pPr>
            <w:r>
              <w:rPr>
                <w:rFonts w:ascii="宋体" w:hAnsi="宋体" w:eastAsia="宋体"/>
                <w:b w:val="0"/>
                <w:sz w:val="18"/>
              </w:rPr>
              <w:t>师：这个统计表，也是一个复式统计表。对比刚才的统计表，复式分段统计表有什么优点？</w:t>
            </w:r>
          </w:p>
        </w:tc>
        <w:tc>
          <w:tcPr>
            <w:tcW w:type="dxa" w:w="3061"/>
          </w:tcPr>
          <w:p>
            <w:pPr>
              <w:spacing w:after="20" w:line="276" w:lineRule="auto"/>
            </w:pPr>
            <w:r/>
            <w:r>
              <w:rPr>
                <w:rFonts w:ascii="宋体" w:hAnsi="宋体" w:eastAsia="宋体"/>
                <w:b w:val="0"/>
                <w:sz w:val="18"/>
              </w:rPr>
              <w:t>将男生、女生四个标准段的人数对应合起来。</w:t>
            </w:r>
          </w:p>
          <w:p>
            <w:pPr>
              <w:spacing w:after="20" w:line="276" w:lineRule="auto"/>
            </w:pPr>
            <w:r>
              <w:rPr>
                <w:rFonts w:ascii="宋体" w:hAnsi="宋体" w:eastAsia="宋体"/>
                <w:b w:val="0"/>
                <w:sz w:val="18"/>
              </w:rPr>
              <w:t>同桌合作完成复式分段统计表，教师组织反馈交流。</w:t>
            </w:r>
          </w:p>
          <w:p>
            <w:pPr>
              <w:spacing w:after="20" w:line="276" w:lineRule="auto"/>
            </w:pPr>
            <w:r>
              <w:rPr>
                <w:rFonts w:ascii="宋体" w:hAnsi="宋体" w:eastAsia="宋体"/>
                <w:b w:val="0"/>
                <w:sz w:val="18"/>
              </w:rPr>
              <w:t>学生交流，然后课件总结：数据更清楚，更便于我们比较观察。</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围绕环节目标组织学习活动，引导学生主动参与、积极思考，核心问题："这个统计表，也是一个复式统计表。对比刚才的统计表，复式分段统计表有什么优点？"</w:t>
            </w:r>
          </w:p>
        </w:tc>
      </w:tr>
      <w:tr>
        <w:tc>
          <w:tcPr>
            <w:tcW w:type="dxa" w:w="1474"/>
          </w:tcPr>
          <w:p>
            <w:pPr>
              <w:spacing w:after="20" w:line="276" w:lineRule="auto"/>
            </w:pPr>
            <w:r>
              <w:rPr>
                <w:b/>
              </w:rPr>
            </w:r>
            <w:r>
              <w:rPr>
                <w:rFonts w:ascii="宋体" w:hAnsi="宋体" w:eastAsia="宋体"/>
                <w:b/>
                <w:sz w:val="18"/>
              </w:rPr>
              <w:t>三、运用分段统计表解决问题</w:t>
            </w:r>
          </w:p>
        </w:tc>
        <w:tc>
          <w:tcPr>
            <w:tcW w:type="dxa" w:w="3061"/>
          </w:tcPr>
          <w:p>
            <w:pPr>
              <w:spacing w:after="20" w:line="276" w:lineRule="auto"/>
            </w:pPr>
            <w:r/>
            <w:r>
              <w:rPr>
                <w:rFonts w:ascii="宋体" w:hAnsi="宋体" w:eastAsia="宋体"/>
                <w:b w:val="0"/>
                <w:sz w:val="18"/>
              </w:rPr>
              <w:t>师：从这张统计表里，你发现了什么？</w:t>
            </w:r>
          </w:p>
          <w:p>
            <w:pPr>
              <w:spacing w:after="20" w:line="276" w:lineRule="auto"/>
            </w:pPr>
            <w:r>
              <w:rPr>
                <w:rFonts w:ascii="宋体" w:hAnsi="宋体" w:eastAsia="宋体"/>
                <w:b w:val="0"/>
                <w:sz w:val="18"/>
              </w:rPr>
              <w:t>师：跳绳水平在哪个等级的人数最多？全班优秀的有多少人？全班不及格的有多少人？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通过有层次的练习及时反馈学情，巩固新知，培养学生灵活运用知识解决问题的能力，核心问题："从这张统计表里，你发现了什么？"</w:t>
            </w:r>
          </w:p>
        </w:tc>
      </w:tr>
      <w:tr>
        <w:tc>
          <w:tcPr>
            <w:tcW w:type="dxa" w:w="1474"/>
          </w:tcPr>
          <w:p>
            <w:pPr>
              <w:spacing w:after="20" w:line="276" w:lineRule="auto"/>
            </w:pPr>
            <w:r>
              <w:rPr>
                <w:b/>
              </w:rPr>
            </w:r>
            <w:r>
              <w:rPr>
                <w:rFonts w:ascii="宋体" w:hAnsi="宋体" w:eastAsia="宋体"/>
                <w:b/>
                <w:sz w:val="18"/>
              </w:rPr>
              <w:t>四、实践应用</w:t>
            </w:r>
          </w:p>
        </w:tc>
        <w:tc>
          <w:tcPr>
            <w:tcW w:type="dxa" w:w="3061"/>
          </w:tcPr>
          <w:p>
            <w:pPr>
              <w:spacing w:after="20" w:line="276" w:lineRule="auto"/>
            </w:pPr>
            <w:r/>
            <w:r>
              <w:rPr>
                <w:rFonts w:ascii="宋体" w:hAnsi="宋体" w:eastAsia="宋体"/>
                <w:b w:val="0"/>
                <w:sz w:val="18"/>
              </w:rPr>
              <w:t>师：我们现在现场调查，完成教科书P70“做一做”。</w:t>
            </w:r>
          </w:p>
          <w:p>
            <w:pPr>
              <w:spacing w:after="20" w:line="276" w:lineRule="auto"/>
            </w:pPr>
            <w:r>
              <w:rPr>
                <w:rFonts w:ascii="宋体" w:hAnsi="宋体" w:eastAsia="宋体"/>
                <w:b w:val="0"/>
                <w:sz w:val="18"/>
              </w:rPr>
              <w:t>师：这里的横标题、纵标题表示什么意思？</w:t>
            </w:r>
          </w:p>
          <w:p>
            <w:pPr>
              <w:spacing w:after="20" w:line="276" w:lineRule="auto"/>
            </w:pPr>
            <w:r>
              <w:rPr>
                <w:rFonts w:ascii="宋体" w:hAnsi="宋体" w:eastAsia="宋体"/>
                <w:b w:val="0"/>
                <w:sz w:val="18"/>
              </w:rPr>
              <w:t>引导学生读懂统计表各部分的意思，再让学生分组完成。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通过有层次的练习及时反馈学情，巩固新知，培养学生灵活运用知识解决问题的能力，核心问题："这里的横标题、纵标题表示什么意思？"</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师：同学们回顾一下，进行分段整理要经历哪几个步骤？</w:t>
            </w:r>
          </w:p>
          <w:p>
            <w:pPr>
              <w:spacing w:after="20" w:line="276" w:lineRule="auto"/>
            </w:pPr>
            <w:r>
              <w:rPr>
                <w:rFonts w:ascii="宋体" w:hAnsi="宋体" w:eastAsia="宋体"/>
                <w:b w:val="0"/>
                <w:sz w:val="18"/>
              </w:rPr>
              <w:t>根据学生的交流，教师板书：确定分段标准——确定统计表中的横标题、纵标题——数据整理。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分段整理的统计表是复式统计表，但是它比上节课学习的复式统计表要复杂得多。本节课以学生熟悉的跳绳活动为载体，以统计数据为线索，让学生经历分段统计表的形成过程，即收集数据——确定分段标准——确定统计表中的横标题、纵标题——数据整理，在此基础上理解统计表中各部分的意义。发展学生数据分析观念的同时，让学生掌握必要的数据整理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分段整理数据</w:t>
      </w:r>
    </w:p>
    <w:p>
      <w:pPr>
        <w:spacing w:after="40" w:line="300" w:lineRule="auto"/>
      </w:pPr>
      <w:r>
        <w:rPr>
          <w:rFonts w:ascii="宋体" w:hAnsi="宋体" w:eastAsia="宋体"/>
          <w:b w:val="0"/>
          <w:sz w:val="20"/>
        </w:rPr>
        <w:t>确定分段标准——确定统计表中的横标题、纵标题——数据整理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教科书P69～70例3及“做一做”。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回顾整节课的教学过程，学生将数据分段整理成单式统计表时，进行还很顺利，因为表中各标题与提供的原始数据统计表一致。在后面将单式分段统计表合并成复式分段统计表时，部分学生理解不到位，特别是将“分段数据”转化成“分段等级”时，有些学生还难以理解，在后面的练习中，还需要进一步指导。</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整理和复习</w:t>
            </w:r>
          </w:p>
        </w:tc>
        <w:tc>
          <w:tcPr>
            <w:tcW w:type="dxa" w:w="6009"/>
          </w:tcPr>
          <w:p>
            <w:pPr>
              <w:spacing w:after="20" w:line="276" w:lineRule="auto"/>
            </w:pPr>
            <w:r/>
            <w:r>
              <w:rPr>
                <w:rFonts w:ascii="宋体" w:hAnsi="宋体" w:eastAsia="宋体"/>
                <w:b w:val="0"/>
                <w:sz w:val="20"/>
              </w:rPr>
              <w:t>第5单元 数据的收集与整理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二年级学习过“分类与整理”，已经接触过与统计相关的内容，学习了比较、分类与整理，会在分类的基础上用非正式的统计表整理与呈现数据。在日常生活中，学生也已经积累了较多的生活经验。所以本单元的入手点对于学生来说很好找，填写统计表时不会感到太困难。其关键在于引导学生学会根据实际需要收集信息、整理数据，能对数据进行简单的分析。难点在于将两个单式统计表合成复式统计表，用复式统计表呈现分段整理的数据。</w:t>
      </w:r>
    </w:p>
    <w:p>
      <w:pPr>
        <w:spacing w:after="80" w:line="300" w:lineRule="auto"/>
        <w:ind w:firstLine="400"/>
      </w:pPr>
      <w:r>
        <w:rPr>
          <w:rFonts w:ascii="宋体" w:hAnsi="宋体" w:eastAsia="宋体"/>
          <w:b w:val="0"/>
          <w:sz w:val="20"/>
        </w:rPr>
        <w:t>让学生经历简单的数据收集、整理和分析的过程，可以逐步发展他们的数据分析观念。但是，统计方法和意义的体验、数据观念的发展不是一蹴而就的，需要在多次的经历中不断积淀，逐步内化。</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教学内容：教科书P73“整理和复习”及P74～76“练习十五”第1～5题。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（1）整理本单元的学习内容，进一步熟悉数据整理的过程，巩固数据整理的基本方法。</w:t>
      </w:r>
    </w:p>
    <w:p>
      <w:pPr>
        <w:spacing w:after="20" w:line="300" w:lineRule="auto"/>
        <w:ind w:firstLine="400"/>
      </w:pPr>
      <w:r>
        <w:rPr>
          <w:rFonts w:ascii="宋体" w:hAnsi="宋体" w:eastAsia="宋体"/>
          <w:b w:val="0"/>
          <w:sz w:val="20"/>
        </w:rPr>
        <w:t>（2）进一步熟悉单式统计表、复式统计表和复式分段统计表。能根据实际需要选择合适的统计表整理数据，能准确地读出表中的数据信息。</w:t>
      </w:r>
    </w:p>
    <w:p>
      <w:pPr>
        <w:spacing w:after="20" w:line="300" w:lineRule="auto"/>
        <w:ind w:firstLine="400"/>
      </w:pPr>
      <w:r>
        <w:rPr>
          <w:rFonts w:ascii="宋体" w:hAnsi="宋体" w:eastAsia="宋体"/>
          <w:b w:val="0"/>
          <w:sz w:val="20"/>
        </w:rPr>
        <w:t>（3）能运用统计数据解决问题，发展数据分析观念，提高运用数据分析问题、解决问题的能力。</w:t>
      </w:r>
    </w:p>
    <w:p>
      <w:pPr>
        <w:spacing w:after="20" w:line="300" w:lineRule="auto"/>
      </w:pPr>
      <w:r>
        <w:rPr>
          <w:rFonts w:ascii="宋体" w:hAnsi="宋体" w:eastAsia="宋体"/>
          <w:b w:val="0"/>
          <w:sz w:val="20"/>
        </w:rPr>
        <w:t>教学重点：经历统计全过程，会填写并读各类统计表。</w:t>
      </w:r>
    </w:p>
    <w:p>
      <w:pPr>
        <w:spacing w:after="20" w:line="300" w:lineRule="auto"/>
      </w:pPr>
      <w:r>
        <w:rPr>
          <w:rFonts w:ascii="宋体" w:hAnsi="宋体" w:eastAsia="宋体"/>
          <w:b w:val="0"/>
          <w:sz w:val="20"/>
        </w:rPr>
        <w:t>教学难点：填写统计表及运用统计数据解决问题。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一、整理“知识结构图”</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本单元，我们学习了数据的收集与整理，大家回顾一下，主要包括哪些内容？；这些表都是呈现数据的主要方式，也是我们分析数据的重要工具。这些表中的数据是怎么来的呢？</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二、实践应用，深化理解</w:t>
            </w:r>
          </w:p>
        </w:tc>
        <w:tc>
          <w:tcPr>
            <w:tcW w:type="dxa" w:w="1814"/>
          </w:tcPr>
          <w:p>
            <w:pPr>
              <w:spacing w:after="20" w:line="276" w:lineRule="auto"/>
            </w:pPr>
            <w:r/>
            <w:r>
              <w:rPr>
                <w:rFonts w:ascii="宋体" w:hAnsi="宋体" w:eastAsia="宋体"/>
                <w:b w:val="0"/>
                <w:sz w:val="18"/>
              </w:rPr>
              <w:t>教科书、课件、统计表</w:t>
            </w:r>
          </w:p>
        </w:tc>
        <w:tc>
          <w:tcPr>
            <w:tcW w:type="dxa" w:w="3402"/>
          </w:tcPr>
          <w:p>
            <w:pPr>
              <w:spacing w:after="20" w:line="276" w:lineRule="auto"/>
            </w:pPr>
            <w:r/>
            <w:r>
              <w:rPr>
                <w:rFonts w:ascii="宋体" w:hAnsi="宋体" w:eastAsia="宋体"/>
                <w:b w:val="0"/>
                <w:sz w:val="18"/>
              </w:rPr>
              <w:t>如果想要比较三(2)班同学一年级时和三年级时的成绩等级情况，你有什么好方法？；比较一下三(2)班同学一年级时和三年级时的成绩等级情况，你有什么发现？</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一、整理“知识结构图”</w:t>
            </w:r>
          </w:p>
        </w:tc>
        <w:tc>
          <w:tcPr>
            <w:tcW w:type="dxa" w:w="3061"/>
          </w:tcPr>
          <w:p>
            <w:pPr>
              <w:spacing w:after="20" w:line="276" w:lineRule="auto"/>
            </w:pPr>
            <w:r/>
            <w:r>
              <w:rPr>
                <w:rFonts w:ascii="宋体" w:hAnsi="宋体" w:eastAsia="宋体"/>
                <w:b w:val="0"/>
                <w:sz w:val="18"/>
              </w:rPr>
              <w:t>1.知识回顾，自主构建“知识结构图”。</w:t>
            </w:r>
          </w:p>
          <w:p>
            <w:pPr>
              <w:spacing w:after="20" w:line="276" w:lineRule="auto"/>
            </w:pPr>
            <w:r>
              <w:rPr>
                <w:rFonts w:ascii="宋体" w:hAnsi="宋体" w:eastAsia="宋体"/>
                <w:b w:val="0"/>
                <w:sz w:val="18"/>
              </w:rPr>
              <w:t>师：本单元，我们学习了数据的收集与整理，大家回顾一下，主要包括哪些内容？</w:t>
            </w:r>
          </w:p>
          <w:p>
            <w:pPr>
              <w:spacing w:after="20" w:line="276" w:lineRule="auto"/>
            </w:pPr>
            <w:r>
              <w:rPr>
                <w:rFonts w:ascii="宋体" w:hAnsi="宋体" w:eastAsia="宋体"/>
                <w:b w:val="0"/>
                <w:sz w:val="18"/>
              </w:rPr>
              <w:t>师：这些表都是呈现数据的主要方式，也是我们分析数据的重要工具。这些表中的数据是怎么来的呢？</w:t>
            </w:r>
          </w:p>
          <w:p>
            <w:pPr>
              <w:spacing w:after="20" w:line="276" w:lineRule="auto"/>
            </w:pPr>
            <w:r>
              <w:rPr>
                <w:rFonts w:ascii="宋体" w:hAnsi="宋体" w:eastAsia="宋体"/>
                <w:b w:val="0"/>
                <w:sz w:val="18"/>
              </w:rPr>
              <w:t>引导学生回顾单元的学习内容。</w:t>
            </w:r>
          </w:p>
          <w:p>
            <w:pPr>
              <w:spacing w:after="20" w:line="276" w:lineRule="auto"/>
            </w:pPr>
            <w:r>
              <w:rPr>
                <w:rFonts w:ascii="宋体" w:hAnsi="宋体" w:eastAsia="宋体"/>
                <w:b w:val="0"/>
                <w:sz w:val="18"/>
              </w:rPr>
              <w:t>师：你们用自己的方式将本单元的内容用“知识结构图”的形式呈现出来吗？</w:t>
            </w:r>
          </w:p>
          <w:p>
            <w:pPr>
              <w:spacing w:after="20" w:line="276" w:lineRule="auto"/>
            </w:pPr>
            <w:r>
              <w:rPr>
                <w:rFonts w:ascii="宋体" w:hAnsi="宋体" w:eastAsia="宋体"/>
                <w:b w:val="0"/>
                <w:sz w:val="18"/>
              </w:rPr>
              <w:t>2．展示交流，完善“知识结构图”。</w:t>
            </w:r>
          </w:p>
          <w:p>
            <w:pPr>
              <w:spacing w:after="20" w:line="276" w:lineRule="auto"/>
            </w:pPr>
            <w:r>
              <w:rPr>
                <w:rFonts w:ascii="宋体" w:hAnsi="宋体" w:eastAsia="宋体"/>
                <w:b w:val="0"/>
                <w:sz w:val="18"/>
              </w:rPr>
              <w:t>3．建构知识间联系。</w:t>
            </w:r>
          </w:p>
          <w:p>
            <w:pPr>
              <w:spacing w:after="20" w:line="276" w:lineRule="auto"/>
            </w:pPr>
            <w:r>
              <w:rPr>
                <w:rFonts w:ascii="宋体" w:hAnsi="宋体" w:eastAsia="宋体"/>
                <w:b w:val="0"/>
                <w:sz w:val="18"/>
              </w:rPr>
              <w:t>师：观察这个“知识结构”图，我们在整理数据的时候，用到了哪些以前学过的知识呢？</w:t>
            </w:r>
          </w:p>
          <w:p>
            <w:pPr>
              <w:spacing w:after="20" w:line="276" w:lineRule="auto"/>
            </w:pPr>
            <w:r>
              <w:rPr>
                <w:rFonts w:ascii="宋体" w:hAnsi="宋体" w:eastAsia="宋体"/>
                <w:b w:val="0"/>
                <w:sz w:val="18"/>
              </w:rPr>
              <w:t>师小结：知识间都是相互联系的，前面学习的“分类与整理”其实就是简单的数据收集和整理，其中数据的收集和整理方法可以运用本单元的数据收集和整理中。</w:t>
            </w:r>
          </w:p>
          <w:p>
            <w:pPr>
              <w:spacing w:after="20" w:line="276" w:lineRule="auto"/>
            </w:pPr>
            <w:r>
              <w:rPr>
                <w:rFonts w:ascii="宋体" w:hAnsi="宋体" w:eastAsia="宋体"/>
                <w:b w:val="0"/>
                <w:sz w:val="18"/>
              </w:rPr>
              <w:t>师：除了统计表，还有其他方式能呈现数据吗？</w:t>
            </w:r>
          </w:p>
        </w:tc>
        <w:tc>
          <w:tcPr>
            <w:tcW w:type="dxa" w:w="3061"/>
          </w:tcPr>
          <w:p>
            <w:pPr>
              <w:spacing w:after="20" w:line="276" w:lineRule="auto"/>
            </w:pPr>
            <w:r/>
            <w:r>
              <w:rPr>
                <w:rFonts w:ascii="宋体" w:hAnsi="宋体" w:eastAsia="宋体"/>
                <w:b w:val="0"/>
                <w:sz w:val="18"/>
              </w:rPr>
              <w:t>学生能说出具体的学习内容，如单式统计表、复式统计表、分段整理等。</w:t>
            </w:r>
          </w:p>
          <w:p>
            <w:pPr>
              <w:spacing w:after="20" w:line="276" w:lineRule="auto"/>
            </w:pPr>
            <w:r>
              <w:rPr>
                <w:rFonts w:ascii="宋体" w:hAnsi="宋体" w:eastAsia="宋体"/>
                <w:b w:val="0"/>
                <w:sz w:val="18"/>
              </w:rPr>
              <w:t>学生自主构建“知识结构图”，教师巡视指导。</w:t>
            </w:r>
          </w:p>
          <w:p>
            <w:pPr>
              <w:spacing w:after="20" w:line="276" w:lineRule="auto"/>
            </w:pPr>
            <w:r>
              <w:rPr>
                <w:rFonts w:ascii="宋体" w:hAnsi="宋体" w:eastAsia="宋体"/>
                <w:b w:val="0"/>
                <w:sz w:val="18"/>
              </w:rPr>
              <w:t>学生展示交流自己建构的“知识结构图”，教师边评价边引导完善，并适时板书。</w:t>
            </w:r>
          </w:p>
          <w:p>
            <w:pPr>
              <w:spacing w:after="20" w:line="276" w:lineRule="auto"/>
            </w:pPr>
            <w:r>
              <w:rPr>
                <w:rFonts w:ascii="宋体" w:hAnsi="宋体" w:eastAsia="宋体"/>
                <w:b w:val="0"/>
                <w:sz w:val="18"/>
              </w:rPr>
              <w:t>预设1：将数据分段整理就是将数据分类，运用了以前的分类与整理的方法。</w:t>
            </w:r>
          </w:p>
          <w:p>
            <w:pPr>
              <w:spacing w:after="20" w:line="276" w:lineRule="auto"/>
            </w:pPr>
            <w:r>
              <w:rPr>
                <w:rFonts w:ascii="宋体" w:hAnsi="宋体" w:eastAsia="宋体"/>
                <w:b w:val="0"/>
                <w:sz w:val="18"/>
              </w:rPr>
              <w:t>预设2：用非正式的统计表记录数据，也是原来“分类与整理”中用到的记录数据的方式。</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引导学生回顾梳理本课所学，完善认知结构，提升归纳与反思能力，核心问题："本单元，我们学习了数据的收集与整理，大家回顾一下，主要包括哪些内容？"</w:t>
            </w:r>
          </w:p>
        </w:tc>
      </w:tr>
      <w:tr>
        <w:tc>
          <w:tcPr>
            <w:tcW w:type="dxa" w:w="1474"/>
          </w:tcPr>
          <w:p>
            <w:pPr>
              <w:spacing w:after="20" w:line="276" w:lineRule="auto"/>
            </w:pPr>
            <w:r>
              <w:rPr>
                <w:b/>
              </w:rPr>
            </w:r>
            <w:r>
              <w:rPr>
                <w:rFonts w:ascii="宋体" w:hAnsi="宋体" w:eastAsia="宋体"/>
                <w:b/>
                <w:sz w:val="18"/>
              </w:rPr>
              <w:t>二、实践应用，深化理解</w:t>
            </w:r>
          </w:p>
        </w:tc>
        <w:tc>
          <w:tcPr>
            <w:tcW w:type="dxa" w:w="3061"/>
          </w:tcPr>
          <w:p>
            <w:pPr>
              <w:spacing w:after="20" w:line="276" w:lineRule="auto"/>
            </w:pPr>
            <w:r/>
            <w:r>
              <w:rPr>
                <w:rFonts w:ascii="宋体" w:hAnsi="宋体" w:eastAsia="宋体"/>
                <w:b w:val="0"/>
                <w:sz w:val="18"/>
              </w:rPr>
              <w:t>1.完成教科书P74“练习十五”第1，2题。</w:t>
            </w:r>
          </w:p>
          <w:p>
            <w:pPr>
              <w:spacing w:after="20" w:line="276" w:lineRule="auto"/>
            </w:pPr>
            <w:r>
              <w:rPr>
                <w:rFonts w:ascii="宋体" w:hAnsi="宋体" w:eastAsia="宋体"/>
                <w:b w:val="0"/>
                <w:sz w:val="18"/>
              </w:rPr>
              <w:t>(1)学生自主在教科书上完成。</w:t>
            </w:r>
          </w:p>
          <w:p>
            <w:pPr>
              <w:spacing w:after="20" w:line="276" w:lineRule="auto"/>
            </w:pPr>
            <w:r>
              <w:rPr>
                <w:rFonts w:ascii="宋体" w:hAnsi="宋体" w:eastAsia="宋体"/>
                <w:b w:val="0"/>
                <w:sz w:val="18"/>
              </w:rPr>
              <w:t>(2)课件呈现问题，师生交流评价。</w:t>
            </w:r>
          </w:p>
          <w:p>
            <w:pPr>
              <w:spacing w:after="20" w:line="276" w:lineRule="auto"/>
            </w:pPr>
            <w:r>
              <w:rPr>
                <w:rFonts w:ascii="宋体" w:hAnsi="宋体" w:eastAsia="宋体"/>
                <w:b w:val="0"/>
                <w:sz w:val="18"/>
              </w:rPr>
              <w:t>第1题引导学生分析如果缺勤的两名同学参与投票，会有哪几种情况，每种情况会形成怎样的结果。</w:t>
            </w:r>
          </w:p>
          <w:p>
            <w:pPr>
              <w:spacing w:after="20" w:line="276" w:lineRule="auto"/>
            </w:pPr>
            <w:r>
              <w:rPr>
                <w:rFonts w:ascii="宋体" w:hAnsi="宋体" w:eastAsia="宋体"/>
                <w:b w:val="0"/>
                <w:sz w:val="18"/>
              </w:rPr>
              <w:t>第2题引导学生说说数据是怎么计算出来的，给出的建议是根据什么得出来的。</w:t>
            </w:r>
          </w:p>
          <w:p>
            <w:pPr>
              <w:spacing w:after="20" w:line="276" w:lineRule="auto"/>
            </w:pPr>
            <w:r>
              <w:rPr>
                <w:rFonts w:ascii="宋体" w:hAnsi="宋体" w:eastAsia="宋体"/>
                <w:b w:val="0"/>
                <w:sz w:val="18"/>
              </w:rPr>
              <w:t>2．完成教科书P75“练习十五”第3题。</w:t>
            </w:r>
          </w:p>
          <w:p>
            <w:pPr>
              <w:spacing w:after="20" w:line="276" w:lineRule="auto"/>
            </w:pPr>
            <w:r>
              <w:rPr>
                <w:rFonts w:ascii="宋体" w:hAnsi="宋体" w:eastAsia="宋体"/>
                <w:b w:val="0"/>
                <w:sz w:val="18"/>
              </w:rPr>
              <w:t>(1)课件出示教科书中本题的两个统计表，让学生说一说从这两个表中知道了什么信息。</w:t>
            </w:r>
          </w:p>
          <w:p>
            <w:pPr>
              <w:spacing w:after="20" w:line="276" w:lineRule="auto"/>
            </w:pPr>
            <w:r>
              <w:rPr>
                <w:rFonts w:ascii="宋体" w:hAnsi="宋体" w:eastAsia="宋体"/>
                <w:b w:val="0"/>
                <w:sz w:val="18"/>
              </w:rPr>
              <w:t>师：如果想要比较三(2)班同学一年级时和三年级时的成绩等级情况，你有什么好方法？</w:t>
            </w:r>
          </w:p>
          <w:p>
            <w:pPr>
              <w:spacing w:after="20" w:line="276" w:lineRule="auto"/>
            </w:pPr>
            <w:r>
              <w:rPr>
                <w:rFonts w:ascii="宋体" w:hAnsi="宋体" w:eastAsia="宋体"/>
                <w:b w:val="0"/>
                <w:sz w:val="18"/>
              </w:rPr>
              <w:t>(2)学生独立完成复式统计表，再集体订正，重点说说要怎样收集数据。</w:t>
            </w:r>
          </w:p>
          <w:p>
            <w:pPr>
              <w:spacing w:after="20" w:line="276" w:lineRule="auto"/>
            </w:pPr>
            <w:r>
              <w:rPr>
                <w:rFonts w:ascii="宋体" w:hAnsi="宋体" w:eastAsia="宋体"/>
                <w:b w:val="0"/>
                <w:sz w:val="18"/>
              </w:rPr>
              <w:t>(3)分析复式统计表，交流从表中获得的信息。</w:t>
            </w:r>
          </w:p>
          <w:p>
            <w:pPr>
              <w:spacing w:after="20" w:line="276" w:lineRule="auto"/>
            </w:pPr>
            <w:r>
              <w:rPr>
                <w:rFonts w:ascii="宋体" w:hAnsi="宋体" w:eastAsia="宋体"/>
                <w:b w:val="0"/>
                <w:sz w:val="18"/>
              </w:rPr>
              <w:t>师：比较一下三(2)班同学一年级时和三年级时的成绩等级情况，你有什么发现？</w:t>
            </w:r>
          </w:p>
          <w:p>
            <w:pPr>
              <w:spacing w:after="20" w:line="276" w:lineRule="auto"/>
            </w:pPr>
            <w:r>
              <w:rPr>
                <w:rFonts w:ascii="宋体" w:hAnsi="宋体" w:eastAsia="宋体"/>
                <w:b w:val="0"/>
                <w:sz w:val="18"/>
              </w:rPr>
              <w:t>3．完成教科书P76“练习十五”第4题。</w:t>
            </w:r>
          </w:p>
          <w:p>
            <w:pPr>
              <w:spacing w:after="20" w:line="276" w:lineRule="auto"/>
            </w:pPr>
            <w:r>
              <w:rPr>
                <w:rFonts w:ascii="宋体" w:hAnsi="宋体" w:eastAsia="宋体"/>
                <w:b w:val="0"/>
                <w:sz w:val="18"/>
              </w:rPr>
              <w:t>(1)学生观察单式统计表中的横栏和纵栏的项目，说说知道了哪些信息。</w:t>
            </w:r>
          </w:p>
          <w:p>
            <w:pPr>
              <w:spacing w:after="20" w:line="276" w:lineRule="auto"/>
            </w:pPr>
            <w:r>
              <w:rPr>
                <w:rFonts w:ascii="宋体" w:hAnsi="宋体" w:eastAsia="宋体"/>
                <w:b w:val="0"/>
                <w:sz w:val="18"/>
              </w:rPr>
              <w:t>(2)学生根据复式统计表中横栏和纵栏项目统计数据。</w:t>
            </w:r>
          </w:p>
          <w:p>
            <w:pPr>
              <w:spacing w:after="20" w:line="276" w:lineRule="auto"/>
            </w:pPr>
            <w:r>
              <w:rPr>
                <w:rFonts w:ascii="宋体" w:hAnsi="宋体" w:eastAsia="宋体"/>
                <w:b w:val="0"/>
                <w:sz w:val="18"/>
              </w:rPr>
              <w:t>(3)根据数据解决问题。</w:t>
            </w:r>
          </w:p>
          <w:p>
            <w:pPr>
              <w:spacing w:after="20" w:line="276" w:lineRule="auto"/>
            </w:pPr>
            <w:r>
              <w:rPr>
                <w:rFonts w:ascii="宋体" w:hAnsi="宋体" w:eastAsia="宋体"/>
                <w:b w:val="0"/>
                <w:sz w:val="18"/>
              </w:rPr>
              <w:t>4．完成教科书P76“练习十五”第5题。</w:t>
            </w:r>
          </w:p>
          <w:p>
            <w:pPr>
              <w:spacing w:after="20" w:line="276" w:lineRule="auto"/>
            </w:pPr>
            <w:r>
              <w:rPr>
                <w:rFonts w:ascii="宋体" w:hAnsi="宋体" w:eastAsia="宋体"/>
                <w:b w:val="0"/>
                <w:sz w:val="18"/>
              </w:rPr>
              <w:t>(1)师生一起读题，明确解决问题的目标。</w:t>
            </w:r>
          </w:p>
          <w:p>
            <w:pPr>
              <w:spacing w:after="20" w:line="276" w:lineRule="auto"/>
            </w:pPr>
            <w:r>
              <w:rPr>
                <w:rFonts w:ascii="宋体" w:hAnsi="宋体" w:eastAsia="宋体"/>
                <w:b w:val="0"/>
                <w:sz w:val="18"/>
              </w:rPr>
              <w:t>(2)学生讨论，要订购运动鞋，需要做哪些事情？</w:t>
            </w:r>
          </w:p>
        </w:tc>
        <w:tc>
          <w:tcPr>
            <w:tcW w:type="dxa" w:w="3061"/>
          </w:tcPr>
          <w:p>
            <w:pPr>
              <w:spacing w:after="20" w:line="276" w:lineRule="auto"/>
            </w:pPr>
            <w:r/>
            <w:r>
              <w:rPr>
                <w:rFonts w:ascii="宋体" w:hAnsi="宋体" w:eastAsia="宋体"/>
                <w:b w:val="0"/>
                <w:sz w:val="18"/>
              </w:rPr>
              <w:t>知道了成绩分四个等级，可以数出一年级时和三年级时各等级的人数。</w:t>
            </w:r>
          </w:p>
          <w:p>
            <w:pPr>
              <w:spacing w:after="20" w:line="276" w:lineRule="auto"/>
            </w:pPr>
            <w:r>
              <w:rPr>
                <w:rFonts w:ascii="宋体" w:hAnsi="宋体" w:eastAsia="宋体"/>
                <w:b w:val="0"/>
                <w:sz w:val="18"/>
              </w:rPr>
              <w:t>制作复式统计表，看起来清楚明白。</w:t>
            </w:r>
          </w:p>
          <w:p>
            <w:pPr>
              <w:spacing w:after="20" w:line="276" w:lineRule="auto"/>
            </w:pPr>
            <w:r>
              <w:rPr>
                <w:rFonts w:ascii="宋体" w:hAnsi="宋体" w:eastAsia="宋体"/>
                <w:b w:val="0"/>
                <w:sz w:val="18"/>
              </w:rPr>
              <w:t>预设1：这个班一年级时有1个成绩不及格，三年级时所有人成绩都及格了。</w:t>
            </w:r>
          </w:p>
          <w:p>
            <w:pPr>
              <w:spacing w:after="20" w:line="276" w:lineRule="auto"/>
            </w:pPr>
            <w:r>
              <w:rPr>
                <w:rFonts w:ascii="宋体" w:hAnsi="宋体" w:eastAsia="宋体"/>
                <w:b w:val="0"/>
                <w:sz w:val="18"/>
              </w:rPr>
              <w:t>预设2：这个班三年级时的成绩总体上比一年级时好。</w:t>
            </w:r>
          </w:p>
          <w:p>
            <w:pPr>
              <w:spacing w:after="20" w:line="276" w:lineRule="auto"/>
            </w:pPr>
            <w:r>
              <w:rPr>
                <w:rFonts w:ascii="宋体" w:hAnsi="宋体" w:eastAsia="宋体"/>
                <w:b w:val="0"/>
                <w:sz w:val="18"/>
              </w:rPr>
              <w:t>预设1：明确要调查—整理数据—确定每个尺码的鞋需要多少双。</w:t>
            </w:r>
          </w:p>
          <w:p>
            <w:pPr>
              <w:spacing w:after="20" w:line="276" w:lineRule="auto"/>
            </w:pPr>
            <w:r>
              <w:rPr>
                <w:rFonts w:ascii="宋体" w:hAnsi="宋体" w:eastAsia="宋体"/>
                <w:b w:val="0"/>
                <w:sz w:val="18"/>
              </w:rPr>
              <w:t>预设2：要调查市场，了解有哪些品牌的运动鞋以及不同品牌的运动鞋的质量和舒适度。</w:t>
            </w:r>
          </w:p>
          <w:p>
            <w:pPr>
              <w:spacing w:after="20" w:line="276" w:lineRule="auto"/>
            </w:pPr>
            <w:r>
              <w:rPr>
                <w:rFonts w:ascii="宋体" w:hAnsi="宋体" w:eastAsia="宋体"/>
                <w:b w:val="0"/>
                <w:sz w:val="18"/>
              </w:rPr>
              <w:t>预设3：调查了解不同运动鞋的价格。</w:t>
            </w:r>
          </w:p>
          <w:p>
            <w:pPr>
              <w:spacing w:after="20" w:line="276" w:lineRule="auto"/>
            </w:pPr>
            <w:r>
              <w:rPr>
                <w:rFonts w:ascii="宋体" w:hAnsi="宋体" w:eastAsia="宋体"/>
                <w:b w:val="0"/>
                <w:sz w:val="18"/>
              </w:rPr>
              <w:t>学生分小组活动，课后调查并完成订购方案。</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通过有层次的练习及时反馈学情，巩固新知，培养学生灵活运用知识解决问题的能力，核心问题："如果想要比较三(2)班同学一年级时和三年级时的成绩等级情况，你有什么好方法？"</w:t>
            </w:r>
          </w:p>
        </w:tc>
      </w:tr>
      <w:tr>
        <w:tc>
          <w:tcPr>
            <w:tcW w:type="dxa" w:w="1474"/>
          </w:tcPr>
          <w:p>
            <w:pPr>
              <w:spacing w:after="20" w:line="276" w:lineRule="auto"/>
            </w:pPr>
            <w:r>
              <w:rPr>
                <w:b/>
              </w:rPr>
            </w:r>
            <w:r>
              <w:rPr>
                <w:rFonts w:ascii="宋体" w:hAnsi="宋体" w:eastAsia="宋体"/>
                <w:b/>
                <w:sz w:val="18"/>
              </w:rPr>
              <w:t>三、课堂小结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学生自主建构“知识结构图”的基础上组织全班同学交流展示，相互启发和质疑，引导学生发现自己设计中的不足，进行完善，形成相对完整的“知识结构图”。通过问题引领，沟通各知识间的联系，形成知识体系。在练习中进一步巩固和提升对数据收集与整理方法的认识，发展学生的数据分析观念。</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教科书P73“整理和复习”及P74～76“练习十五”第1～5题。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重点是引导学生建构“知识结构图”，熟悉数据收集与整理的全过程。教师与学生一起进行统计、交流，营造了一个和谐、愉快的学习氛围，学生对知识体系的了解效果比较好。相较于前面的新授内容，本节课的练习并不难，学生都能自主解决。教科书P76“练习十五”第5题是一个开放题，需要学生结合实际进行调查，组织学生小组合作课后完成。</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