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人教版三年级数学下册</w:t>
      </w:r>
    </w:p>
    <w:p>
      <w:pPr>
        <w:spacing w:after="80" w:line="300" w:lineRule="auto"/>
        <w:jc w:val="center"/>
      </w:pPr>
      <w:r>
        <w:rPr>
          <w:rFonts w:ascii="黑体" w:hAnsi="黑体" w:eastAsia="黑体"/>
          <w:b/>
          <w:sz w:val="26"/>
        </w:rPr>
        <w:t>第6单元 小数的初步认识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第6单元 小数的初步认识</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4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【教材解读】</w:t>
      </w:r>
    </w:p>
    <w:p>
      <w:pPr>
        <w:spacing w:after="80" w:line="300" w:lineRule="auto"/>
        <w:ind w:firstLine="400"/>
      </w:pPr>
      <w:r>
        <w:rPr>
          <w:rFonts w:ascii="宋体" w:hAnsi="宋体" w:eastAsia="宋体"/>
          <w:b w:val="0"/>
          <w:sz w:val="20"/>
        </w:rPr>
        <w:t>本单元是学生学习小数知识的开始，主要内容包括认识小数、小数的大小比较和简单的小数加、减法。教科书以学生熟悉的日常事物和活动为场景，通过人民币、米制系统、面积、数尺这样的直观、半直观模型来帮助学生初步认识小数，让学生在熟悉的、有交流内容的、能说出具体事例的情境支持下，充分感知小数概念。</w:t>
      </w:r>
    </w:p>
    <w:p>
      <w:pPr>
        <w:spacing w:after="80" w:line="300" w:lineRule="auto"/>
        <w:ind w:firstLine="400"/>
      </w:pPr>
      <w:r>
        <w:rPr>
          <w:rFonts w:ascii="宋体" w:hAnsi="宋体" w:eastAsia="宋体"/>
          <w:b w:val="0"/>
          <w:sz w:val="20"/>
        </w:rPr>
        <w:t>小数的初步认识是学生对数的认识的一次重要拓展，它与整数相比，在意义、书写形式、计数单位、计算法则等方面有某些相同的地方，但也有一定的差异。这部分内容的教与学，是在学生初步认识了分数，会计算简单的同分母分数加、减法，并且学习了常用计量单位的基础上进行的，只是对小数进行初步认识，认识小数部分都只有一或两位的小数及一位小数的加、减法。小数加、减法是对小数的进一步认识，加深对小数意义的理解，为今后系统地学习小数打下基础。</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【学情分析】</w:t>
      </w:r>
    </w:p>
    <w:p>
      <w:pPr>
        <w:spacing w:after="80" w:line="300" w:lineRule="auto"/>
        <w:ind w:firstLine="400"/>
      </w:pPr>
      <w:r>
        <w:rPr>
          <w:rFonts w:ascii="宋体" w:hAnsi="宋体" w:eastAsia="宋体"/>
          <w:b w:val="0"/>
          <w:sz w:val="20"/>
        </w:rPr>
        <w:t>学生对小数的认识是数概念的一次拓展，它需要经历一个由感性认识到理性认识的发展过程。小数在现实生活中有着广泛的应用，即便是一、二年级的学生，也经常会接触到一些小数。但是由于思维定势的作用，对小数的位值理解，学生还是有困难，需要多结合具体的情境理解。因此教科书主要是让学生借助具体的量和几何直观图，直观感受小数与十进制分数之间的关系，初步认识小数。</w:t>
      </w:r>
    </w:p>
    <w:p>
      <w:pPr>
        <w:spacing w:after="80" w:line="300" w:lineRule="auto"/>
        <w:ind w:firstLine="400"/>
      </w:pPr>
      <w:r>
        <w:rPr>
          <w:rFonts w:ascii="宋体" w:hAnsi="宋体" w:eastAsia="宋体"/>
          <w:b w:val="0"/>
          <w:sz w:val="20"/>
        </w:rPr>
        <w:t>【教学策略】</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单元素养目标：</w:t>
      </w:r>
    </w:p>
    <w:p>
      <w:pPr>
        <w:spacing w:after="40" w:line="300" w:lineRule="auto"/>
        <w:ind w:firstLine="400"/>
      </w:pPr>
      <w:r>
        <w:rPr>
          <w:rFonts w:ascii="宋体" w:hAnsi="宋体" w:eastAsia="宋体"/>
          <w:b w:val="0"/>
          <w:sz w:val="20"/>
        </w:rPr>
        <w:t>数感：结合真实的情境理解小数的意义，能用小数表示数量，知道小数各部分的名称及表示意义；能理解小数是十进制分数的另一种表现形式；能结合具体情境理解整数、小数和分数之间的内在联系。能根据具体情境比较小数的大小，能根据小数的大小关系写出直尺或数尺上各点表示的小数或描出表示小数的点。</w:t>
      </w:r>
    </w:p>
    <w:p>
      <w:pPr>
        <w:spacing w:after="40" w:line="300" w:lineRule="auto"/>
        <w:ind w:firstLine="400"/>
      </w:pPr>
      <w:r>
        <w:rPr>
          <w:rFonts w:ascii="宋体" w:hAnsi="宋体" w:eastAsia="宋体"/>
          <w:b w:val="0"/>
          <w:sz w:val="20"/>
        </w:rPr>
        <w:t>运算能力：能结合具体的情境理解一位小数加、减法的算理，沟通整数加、减法和小数加、减法的联系，会进行一位小数的加、减法计算。</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第1课时：结合实际情境认识小数，初步理解小数的意义，能正确读、写小数。知道以“米”为单位、以“元”为单位的小数的实际含义。</w:t>
      </w:r>
    </w:p>
    <w:p>
      <w:pPr>
        <w:spacing w:after="20" w:line="300" w:lineRule="auto"/>
        <w:ind w:firstLine="400"/>
      </w:pPr>
      <w:r>
        <w:rPr>
          <w:rFonts w:ascii="宋体" w:hAnsi="宋体" w:eastAsia="宋体"/>
          <w:b w:val="0"/>
          <w:sz w:val="20"/>
        </w:rPr>
        <w:t>第2课时：理解并掌握比较两个小数大小的方法，会正确比较两个小数的大小，并会解决简单的实际问题。</w:t>
      </w:r>
    </w:p>
    <w:p>
      <w:pPr>
        <w:spacing w:after="20" w:line="300" w:lineRule="auto"/>
        <w:ind w:firstLine="400"/>
      </w:pPr>
      <w:r>
        <w:rPr>
          <w:rFonts w:ascii="宋体" w:hAnsi="宋体" w:eastAsia="宋体"/>
          <w:b w:val="0"/>
          <w:sz w:val="20"/>
        </w:rPr>
        <w:t>第3课时：结合具体情境，理解小数加、减法的意义，理解一位小数加、减法的算理，掌握一位小数加、减法的计算方法，并能正确进行计算。</w:t>
      </w:r>
    </w:p>
    <w:p>
      <w:pPr>
        <w:spacing w:after="20" w:line="300" w:lineRule="auto"/>
        <w:ind w:firstLine="400"/>
      </w:pPr>
      <w:r>
        <w:rPr>
          <w:rFonts w:ascii="宋体" w:hAnsi="宋体" w:eastAsia="宋体"/>
          <w:b w:val="0"/>
          <w:sz w:val="20"/>
        </w:rPr>
        <w:t>第4课时：整理本单元的学习内容，沟通整数、分数和小数之间的联系，形成知识体系。</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紧密结合生活情境，帮助学生在具体事件中了解小数的含义。在初步认识小数的教学过程中，应重视具体情境下的表述，不要急于归纳体会含义；要充分利用学生的生活经历和已有认知，激活相关经验和相关知识基础，引导学生在多次表述中感悟小数的含义。</w:t>
      </w:r>
    </w:p>
    <w:p>
      <w:pPr>
        <w:spacing w:after="20" w:line="300" w:lineRule="auto"/>
      </w:pPr>
      <w:r>
        <w:rPr>
          <w:rFonts w:ascii="宋体" w:hAnsi="宋体" w:eastAsia="宋体"/>
          <w:b w:val="0"/>
          <w:sz w:val="20"/>
        </w:rPr>
        <w:t>● 把握小数初步认识的学习要求。作为小数的初步认识，本单元教学应当注意把握两点：一是本单元是“小数的初步认识”，不要把小数作为一个抽象的“数”来研究，不要出现数位、计数单位等概念，应结合具体的“量”和面积、数尺等直观模型来认识；二是小数的大小比较和小数加、减法。</w:t>
      </w:r>
    </w:p>
    <w:p>
      <w:pPr>
        <w:spacing w:after="20" w:line="300" w:lineRule="auto"/>
      </w:pPr>
      <w:r>
        <w:rPr>
          <w:rFonts w:ascii="宋体" w:hAnsi="宋体" w:eastAsia="宋体"/>
          <w:b w:val="0"/>
          <w:sz w:val="20"/>
        </w:rPr>
        <w:t>● 帮助学生建立知识间的联系，从数的发展角度理解小数的意义。小数与整数一样都是十进制，计数单位是在整数的基础上进一步拓展，在教学时，要引导学生理解，同一个量，用不同的单位，可以用整数表示，也可以用小数表示，所以本质上，这两个量是相等的，如1厘米＝分米＝0.1分米，从而沟通整数、分数、小数的内在联系，小数是十进制分数的另一种表现形式，为后面的学习奠定基础。</w:t>
      </w:r>
    </w:p>
    <w:p>
      <w:pPr>
        <w:spacing w:after="20" w:line="300" w:lineRule="auto"/>
      </w:pPr>
      <w:r>
        <w:rPr>
          <w:rFonts w:ascii="宋体" w:hAnsi="宋体" w:eastAsia="宋体"/>
          <w:b w:val="0"/>
          <w:sz w:val="20"/>
        </w:rPr>
        <w:t>● 在小数加、减法计算中进一步理解小数的意义。依据课程标准的要求，要关注数学的本质，体现数学知识的一致性。在小学阶段，要让学生体会到无论是整数、小数还是分数的加、减法，都是相同计数单位相加、减。所以在教学时，要沟通整数加、减法与小数加、减法之间的联系，先让学生通过单位转换，将小数转化成整数计算，再列竖式推导小数计算的计算方法，引导学生理解小数加、减法与整数加、减法的一致性，都是相同数位对齐相加、减。有了这样的基础，学生后续学习多位小数的加、减法就很容易理解了。</w:t>
      </w:r>
    </w:p>
    <w:p>
      <w:pPr>
        <w:spacing w:after="20" w:line="300" w:lineRule="auto"/>
      </w:pPr>
      <w:r>
        <w:rPr>
          <w:rFonts w:ascii="宋体" w:hAnsi="宋体" w:eastAsia="宋体"/>
          <w:b w:val="0"/>
          <w:sz w:val="20"/>
        </w:rPr>
        <w:t>【素养体现】</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认识小数</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结合实际情境认识小数，初步理解小数的意义，能正确读、写小数。知道以“米”为单位、以“元”为单位的小数的实际含义。</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小数的大小比较</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理解并掌握比较两个小数大小的方法，会正确比较两个小数的大小，并会解决简单的实际问题。</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简单的小数加、减法</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结合具体情境，理解小数加、减法的意义，理解一位小数加、减法的算理，掌握一位小数加、减法的计算方法，并能正确进行计算。</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整理和复习</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整理本单元的学习内容，沟通整数、分数和小数之间的联系，形成知识体系。</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认识小数</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认识小数</w:t>
            </w:r>
          </w:p>
        </w:tc>
        <w:tc>
          <w:tcPr>
            <w:tcW w:type="dxa" w:w="6009"/>
          </w:tcPr>
          <w:p>
            <w:pPr>
              <w:spacing w:after="20" w:line="276" w:lineRule="auto"/>
            </w:pPr>
            <w:r/>
            <w:r>
              <w:rPr>
                <w:rFonts w:ascii="宋体" w:hAnsi="宋体" w:eastAsia="宋体"/>
                <w:b w:val="0"/>
                <w:sz w:val="20"/>
              </w:rPr>
              <w:t>第6单元 小数的初步认识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学生对小数的认识是数概念的一次拓展，它需要经历一个由感性认识到理性认识的发展过程。小数在现实生活中有着广泛的应用，即便是一、二年级的学生，也经常会接触到一些小数。但是由于思维定势的作用，对小数的位值理解，学生还是有困难，需要多结合具体的情境理解。因此教科书主要是让学生借助具体的量和几何直观图，直观感受小数与十进制分数之间的关系，初步认识小数。</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教学内容：教科书P86～88例1，例2及“做一做”，教科书P91“练习十六”第1，2题。</w:t>
      </w:r>
    </w:p>
    <w:p>
      <w:pPr>
        <w:spacing w:after="80" w:line="300" w:lineRule="auto"/>
        <w:ind w:firstLine="400"/>
      </w:pPr>
      <w:r>
        <w:rPr>
          <w:rFonts w:ascii="宋体" w:hAnsi="宋体" w:eastAsia="宋体"/>
          <w:b w:val="0"/>
          <w:sz w:val="20"/>
        </w:rPr>
        <w:t>教学准备：课件、直尺、米尺。</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（1）结合实际情境认识小数，初步理解小数的意义，能正确读、写小数。知道以“米”为单位、以“元”为单位的小数的实际含义。</w:t>
      </w:r>
    </w:p>
    <w:p>
      <w:pPr>
        <w:spacing w:after="20" w:line="300" w:lineRule="auto"/>
        <w:ind w:firstLine="400"/>
      </w:pPr>
      <w:r>
        <w:rPr>
          <w:rFonts w:ascii="宋体" w:hAnsi="宋体" w:eastAsia="宋体"/>
          <w:b w:val="0"/>
          <w:sz w:val="20"/>
        </w:rPr>
        <w:t>（2）通过观察、主动探究、小组合作等学习方式，经历小数的意义的建构过程，培养学生的分析能力和推理能力。</w:t>
      </w:r>
    </w:p>
    <w:p>
      <w:pPr>
        <w:spacing w:after="20" w:line="300" w:lineRule="auto"/>
        <w:ind w:firstLine="400"/>
      </w:pPr>
      <w:r>
        <w:rPr>
          <w:rFonts w:ascii="宋体" w:hAnsi="宋体" w:eastAsia="宋体"/>
          <w:b w:val="0"/>
          <w:sz w:val="20"/>
        </w:rPr>
        <w:t>（3）让学生初步感知小数在生活中的作用，感受数学与生活的联系，培养学生学习数学的兴趣。</w:t>
      </w:r>
    </w:p>
    <w:p>
      <w:pPr>
        <w:spacing w:after="20" w:line="300" w:lineRule="auto"/>
      </w:pPr>
      <w:r>
        <w:rPr>
          <w:rFonts w:ascii="宋体" w:hAnsi="宋体" w:eastAsia="宋体"/>
          <w:b w:val="0"/>
          <w:sz w:val="20"/>
        </w:rPr>
        <w:t>教学重点：能认、读、写简单的小数，并在具体情境中理解小数的含义。</w:t>
      </w:r>
    </w:p>
    <w:p>
      <w:pPr>
        <w:spacing w:after="20" w:line="300" w:lineRule="auto"/>
      </w:pPr>
      <w:r>
        <w:rPr>
          <w:rFonts w:ascii="宋体" w:hAnsi="宋体" w:eastAsia="宋体"/>
          <w:b w:val="0"/>
          <w:sz w:val="20"/>
        </w:rPr>
        <w:t>教学难点：通过米尺模型，认识0.1米与米、0.01米与米之间的关系。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一、情境导入</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同学们回忆一下，我们认识了哪些数？；下面的这些数，你们见过吗？</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二、探究小数的读法</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这些小数该怎么读呢？；为什么会出现这么多的读法呢？</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三、探究小数的意义</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从图中你能获得哪些信息？；同学们，你们会只用“米”作单位表示小华的身高吗？1米是1米，3分米是多少米呢？</w:t>
            </w:r>
          </w:p>
        </w:tc>
        <w:tc>
          <w:tcPr>
            <w:tcW w:type="dxa" w:w="1361"/>
          </w:tcPr>
          <w:p>
            <w:pPr>
              <w:spacing w:after="20" w:line="276" w:lineRule="auto"/>
            </w:pPr>
            <w:r/>
            <w:r>
              <w:rPr>
                <w:rFonts w:ascii="宋体" w:hAnsi="宋体" w:eastAsia="宋体"/>
                <w:b w:val="0"/>
                <w:sz w:val="18"/>
              </w:rPr>
              <w:t>21分钟</w:t>
            </w:r>
          </w:p>
        </w:tc>
      </w:tr>
      <w:tr>
        <w:tc>
          <w:tcPr>
            <w:tcW w:type="dxa" w:w="2835"/>
          </w:tcPr>
          <w:p>
            <w:pPr>
              <w:spacing w:after="20" w:line="276" w:lineRule="auto"/>
            </w:pPr>
            <w:r/>
            <w:r>
              <w:rPr>
                <w:rFonts w:ascii="宋体" w:hAnsi="宋体" w:eastAsia="宋体"/>
                <w:b w:val="0"/>
                <w:sz w:val="18"/>
              </w:rPr>
              <w:t>四、巩固练习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通过联系，你发现了什么？</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同学们，通过本节课的学习，你们有哪些收获呢？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一、情境导入</w:t>
            </w:r>
          </w:p>
        </w:tc>
        <w:tc>
          <w:tcPr>
            <w:tcW w:type="dxa" w:w="3061"/>
          </w:tcPr>
          <w:p>
            <w:pPr>
              <w:spacing w:after="20" w:line="276" w:lineRule="auto"/>
            </w:pPr>
            <w:r/>
            <w:r>
              <w:rPr>
                <w:rFonts w:ascii="宋体" w:hAnsi="宋体" w:eastAsia="宋体"/>
                <w:b w:val="0"/>
                <w:sz w:val="18"/>
              </w:rPr>
              <w:t>师：同学们回忆一下，我们认识了哪些数？</w:t>
            </w:r>
          </w:p>
          <w:p>
            <w:pPr>
              <w:spacing w:after="20" w:line="276" w:lineRule="auto"/>
            </w:pPr>
            <w:r>
              <w:rPr>
                <w:rFonts w:ascii="宋体" w:hAnsi="宋体" w:eastAsia="宋体"/>
                <w:b w:val="0"/>
                <w:sz w:val="18"/>
              </w:rPr>
              <w:t>师：我们学习过像0、1、2、3这样的整数，还学习过像、、这样的分数。</w:t>
            </w:r>
          </w:p>
          <w:p>
            <w:pPr>
              <w:spacing w:after="20" w:line="276" w:lineRule="auto"/>
            </w:pPr>
            <w:r>
              <w:rPr>
                <w:rFonts w:ascii="宋体" w:hAnsi="宋体" w:eastAsia="宋体"/>
                <w:b w:val="0"/>
                <w:sz w:val="18"/>
              </w:rPr>
              <w:t>师：下面的这些数，你们见过吗？</w:t>
            </w:r>
          </w:p>
          <w:p>
            <w:pPr>
              <w:spacing w:after="20" w:line="276" w:lineRule="auto"/>
            </w:pPr>
            <w:r>
              <w:rPr>
                <w:rFonts w:ascii="宋体" w:hAnsi="宋体" w:eastAsia="宋体"/>
                <w:b w:val="0"/>
                <w:sz w:val="18"/>
              </w:rPr>
              <w:t>课件呈现教科书P86情境图。</w:t>
            </w:r>
          </w:p>
          <w:p>
            <w:pPr>
              <w:spacing w:after="20" w:line="276" w:lineRule="auto"/>
            </w:pPr>
            <w:r>
              <w:rPr>
                <w:rFonts w:ascii="宋体" w:hAnsi="宋体" w:eastAsia="宋体"/>
                <w:b w:val="0"/>
                <w:sz w:val="18"/>
              </w:rPr>
              <w:t>师：请同学们观察图中出现的数，你有什么发现？</w:t>
            </w:r>
          </w:p>
          <w:p>
            <w:pPr>
              <w:spacing w:after="20" w:line="276" w:lineRule="auto"/>
            </w:pPr>
            <w:r>
              <w:rPr>
                <w:rFonts w:ascii="宋体" w:hAnsi="宋体" w:eastAsia="宋体"/>
                <w:b w:val="0"/>
                <w:sz w:val="18"/>
              </w:rPr>
              <w:t>师：像3.45、0.85、2.60和36.6这样的数叫作小数。这个小圆点叫作小数点。今天我们就来一起认识小数。(板书课题：认识小数)</w:t>
            </w:r>
          </w:p>
        </w:tc>
        <w:tc>
          <w:tcPr>
            <w:tcW w:type="dxa" w:w="3061"/>
          </w:tcPr>
          <w:p>
            <w:pPr>
              <w:spacing w:after="20" w:line="276" w:lineRule="auto"/>
            </w:pPr>
            <w:r/>
            <w:r>
              <w:rPr>
                <w:rFonts w:ascii="宋体" w:hAnsi="宋体" w:eastAsia="宋体"/>
                <w:b w:val="0"/>
                <w:sz w:val="18"/>
              </w:rPr>
              <w:t>学生举例说明学习过整数、分数。</w:t>
            </w:r>
          </w:p>
          <w:p>
            <w:pPr>
              <w:spacing w:after="20" w:line="276" w:lineRule="auto"/>
            </w:pPr>
            <w:r>
              <w:rPr>
                <w:rFonts w:ascii="宋体" w:hAnsi="宋体" w:eastAsia="宋体"/>
                <w:b w:val="0"/>
                <w:sz w:val="18"/>
              </w:rPr>
              <w:t>大多数学生能发现：图中出现的数和原来学的整数不一样，这些数中都有一个小圆点。</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创设情境激活学生已有经验，自然引出本课学习内容，激发学习兴趣，核心问题："同学们回忆一下，我们认识了哪些数？"</w:t>
            </w:r>
          </w:p>
        </w:tc>
      </w:tr>
      <w:tr>
        <w:tc>
          <w:tcPr>
            <w:tcW w:type="dxa" w:w="1474"/>
          </w:tcPr>
          <w:p>
            <w:pPr>
              <w:spacing w:after="20" w:line="276" w:lineRule="auto"/>
            </w:pPr>
            <w:r>
              <w:rPr>
                <w:b/>
              </w:rPr>
            </w:r>
            <w:r>
              <w:rPr>
                <w:rFonts w:ascii="宋体" w:hAnsi="宋体" w:eastAsia="宋体"/>
                <w:b/>
                <w:sz w:val="18"/>
              </w:rPr>
              <w:t>二、探究小数的读法</w:t>
            </w:r>
          </w:p>
        </w:tc>
        <w:tc>
          <w:tcPr>
            <w:tcW w:type="dxa" w:w="3061"/>
          </w:tcPr>
          <w:p>
            <w:pPr>
              <w:spacing w:after="20" w:line="276" w:lineRule="auto"/>
            </w:pPr>
            <w:r/>
            <w:r>
              <w:rPr>
                <w:rFonts w:ascii="宋体" w:hAnsi="宋体" w:eastAsia="宋体"/>
                <w:b w:val="0"/>
                <w:sz w:val="18"/>
              </w:rPr>
              <w:t>师：这些小数该怎么读呢？每个同学自己先读一读。</w:t>
            </w:r>
          </w:p>
          <w:p>
            <w:pPr>
              <w:spacing w:after="20" w:line="276" w:lineRule="auto"/>
            </w:pPr>
            <w:r>
              <w:rPr>
                <w:rFonts w:ascii="宋体" w:hAnsi="宋体" w:eastAsia="宋体"/>
                <w:b w:val="0"/>
                <w:sz w:val="18"/>
              </w:rPr>
              <w:t>读完后，教师指名学生起来读第一个小数。</w:t>
            </w:r>
          </w:p>
          <w:p>
            <w:pPr>
              <w:spacing w:after="20" w:line="276" w:lineRule="auto"/>
            </w:pPr>
            <w:r>
              <w:rPr>
                <w:rFonts w:ascii="宋体" w:hAnsi="宋体" w:eastAsia="宋体"/>
                <w:b w:val="0"/>
                <w:sz w:val="18"/>
              </w:rPr>
              <w:t>师：为什么会出现这么多的读法呢？</w:t>
            </w:r>
          </w:p>
          <w:p>
            <w:pPr>
              <w:spacing w:after="20" w:line="276" w:lineRule="auto"/>
            </w:pPr>
            <w:r>
              <w:rPr>
                <w:rFonts w:ascii="宋体" w:hAnsi="宋体" w:eastAsia="宋体"/>
                <w:b w:val="0"/>
                <w:sz w:val="18"/>
              </w:rPr>
              <w:t>师小结：小数的读法：小数点左边是小数的整数部分，从整数部分读起，整数部分按整数的读法来读，小数点读作“点”，小数点右边是小数的小数部分，小数部分从左往右依次读出每个数字。(出示课件并适时板书)</w:t>
            </w:r>
          </w:p>
          <w:p>
            <w:pPr>
              <w:spacing w:after="20" w:line="276" w:lineRule="auto"/>
            </w:pPr>
            <w:r>
              <w:rPr>
                <w:rFonts w:ascii="宋体" w:hAnsi="宋体" w:eastAsia="宋体"/>
                <w:b w:val="0"/>
                <w:sz w:val="18"/>
              </w:rPr>
              <w:t>师：用我们刚才总结的方法，同桌之间相互读一读这些小数：0.85、2.60、36.6。</w:t>
            </w:r>
          </w:p>
        </w:tc>
        <w:tc>
          <w:tcPr>
            <w:tcW w:type="dxa" w:w="3061"/>
          </w:tcPr>
          <w:p>
            <w:pPr>
              <w:spacing w:after="20" w:line="276" w:lineRule="auto"/>
            </w:pPr>
            <w:r/>
            <w:r>
              <w:rPr>
                <w:rFonts w:ascii="宋体" w:hAnsi="宋体" w:eastAsia="宋体"/>
                <w:b w:val="0"/>
                <w:sz w:val="18"/>
              </w:rPr>
              <w:t>有的读作三点四五，有的读作三点四十五，有的读作三百点四五，还有的读作三百点四十五。</w:t>
            </w:r>
          </w:p>
          <w:p>
            <w:pPr>
              <w:spacing w:after="20" w:line="276" w:lineRule="auto"/>
            </w:pPr>
            <w:r>
              <w:rPr>
                <w:rFonts w:ascii="宋体" w:hAnsi="宋体" w:eastAsia="宋体"/>
                <w:b w:val="0"/>
                <w:sz w:val="18"/>
              </w:rPr>
              <w:t>因为这个数中有个小数点，我们不知道这个小数点的左边和右边该怎么读。</w:t>
            </w:r>
          </w:p>
          <w:p>
            <w:pPr>
              <w:spacing w:after="20" w:line="276" w:lineRule="auto"/>
            </w:pPr>
            <w:r>
              <w:rPr>
                <w:rFonts w:ascii="宋体" w:hAnsi="宋体" w:eastAsia="宋体"/>
                <w:b w:val="0"/>
                <w:sz w:val="18"/>
              </w:rPr>
              <w:t>通过教师小结的方法，大部分学生能读出这些小数，分别是：零点八五、二点六零、三十六点六。其中2.60后面的0要读出来，36.6的小数点左边有两位，要读成“三十六”，不能读成“三六”。</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设计递进式探究活动，引导学生在动手实践与合作交流中经历知识形成过程，突破本课重难点，核心问题："这些小数该怎么读呢？"</w:t>
            </w:r>
          </w:p>
        </w:tc>
      </w:tr>
      <w:tr>
        <w:tc>
          <w:tcPr>
            <w:tcW w:type="dxa" w:w="1474"/>
          </w:tcPr>
          <w:p>
            <w:pPr>
              <w:spacing w:after="20" w:line="276" w:lineRule="auto"/>
            </w:pPr>
            <w:r>
              <w:rPr>
                <w:b/>
              </w:rPr>
            </w:r>
            <w:r>
              <w:rPr>
                <w:rFonts w:ascii="宋体" w:hAnsi="宋体" w:eastAsia="宋体"/>
                <w:b/>
                <w:sz w:val="18"/>
              </w:rPr>
              <w:t>三、探究小数的意义</w:t>
            </w:r>
          </w:p>
        </w:tc>
        <w:tc>
          <w:tcPr>
            <w:tcW w:type="dxa" w:w="3061"/>
          </w:tcPr>
          <w:p>
            <w:pPr>
              <w:spacing w:after="20" w:line="276" w:lineRule="auto"/>
            </w:pPr>
            <w:r/>
            <w:r>
              <w:rPr>
                <w:rFonts w:ascii="宋体" w:hAnsi="宋体" w:eastAsia="宋体"/>
                <w:b w:val="0"/>
                <w:sz w:val="18"/>
              </w:rPr>
              <w:t>1.探究一位小数的意义。</w:t>
            </w:r>
          </w:p>
          <w:p>
            <w:pPr>
              <w:spacing w:after="20" w:line="276" w:lineRule="auto"/>
            </w:pPr>
            <w:r>
              <w:rPr>
                <w:rFonts w:ascii="宋体" w:hAnsi="宋体" w:eastAsia="宋体"/>
                <w:b w:val="0"/>
                <w:sz w:val="18"/>
              </w:rPr>
              <w:t>课件出示教科书P87例1情境图。</w:t>
            </w:r>
          </w:p>
          <w:p>
            <w:pPr>
              <w:spacing w:after="20" w:line="276" w:lineRule="auto"/>
            </w:pPr>
            <w:r>
              <w:rPr>
                <w:rFonts w:ascii="宋体" w:hAnsi="宋体" w:eastAsia="宋体"/>
                <w:b w:val="0"/>
                <w:sz w:val="18"/>
              </w:rPr>
              <w:t>师：从图中你能获得哪些信息？</w:t>
            </w:r>
          </w:p>
          <w:p>
            <w:pPr>
              <w:spacing w:after="20" w:line="276" w:lineRule="auto"/>
            </w:pPr>
            <w:r>
              <w:rPr>
                <w:rFonts w:ascii="宋体" w:hAnsi="宋体" w:eastAsia="宋体"/>
                <w:b w:val="0"/>
                <w:sz w:val="18"/>
              </w:rPr>
              <w:t>师：同学们，你们会只用“米”作单位表示小华的身高吗？1米是1米，3分米是多少米呢？请同学们借助米尺图，以小组为单位讨论一下。</w:t>
            </w:r>
          </w:p>
          <w:p>
            <w:pPr>
              <w:spacing w:after="20" w:line="276" w:lineRule="auto"/>
            </w:pPr>
            <w:r>
              <w:rPr>
                <w:rFonts w:ascii="宋体" w:hAnsi="宋体" w:eastAsia="宋体"/>
                <w:b w:val="0"/>
                <w:sz w:val="18"/>
              </w:rPr>
              <w:t>教师根据学生回答出示课件。</w:t>
            </w:r>
          </w:p>
          <w:p>
            <w:pPr>
              <w:spacing w:after="20" w:line="276" w:lineRule="auto"/>
            </w:pPr>
            <w:r>
              <w:rPr>
                <w:rFonts w:ascii="宋体" w:hAnsi="宋体" w:eastAsia="宋体"/>
                <w:b w:val="0"/>
                <w:sz w:val="18"/>
              </w:rPr>
              <w:t>师：同学们，我们知道1分米是米，还知道1分米是0.1米，那么0.1米和米之间是什么关系？为什么？</w:t>
            </w:r>
          </w:p>
          <w:p>
            <w:pPr>
              <w:spacing w:after="20" w:line="276" w:lineRule="auto"/>
            </w:pPr>
            <w:r>
              <w:rPr>
                <w:rFonts w:ascii="宋体" w:hAnsi="宋体" w:eastAsia="宋体"/>
                <w:b w:val="0"/>
                <w:sz w:val="18"/>
              </w:rPr>
              <w:t>师：通过以上分析，同学们会用“米”作单位表示小华的身高吗？</w:t>
            </w:r>
          </w:p>
          <w:p>
            <w:pPr>
              <w:spacing w:after="20" w:line="276" w:lineRule="auto"/>
            </w:pPr>
            <w:r>
              <w:rPr>
                <w:rFonts w:ascii="宋体" w:hAnsi="宋体" w:eastAsia="宋体"/>
                <w:b w:val="0"/>
                <w:sz w:val="18"/>
              </w:rPr>
              <w:t>师小结：(1)小数是分数的另一种表现形式，分母是10的分数可以写成一位小数。(适时板书)</w:t>
            </w:r>
          </w:p>
          <w:p>
            <w:pPr>
              <w:spacing w:after="20" w:line="276" w:lineRule="auto"/>
            </w:pPr>
            <w:r>
              <w:rPr>
                <w:rFonts w:ascii="宋体" w:hAnsi="宋体" w:eastAsia="宋体"/>
                <w:b w:val="0"/>
                <w:sz w:val="18"/>
              </w:rPr>
              <w:t>(2)小数的写法：先写整数部分，按整数的写法来写，如果整数部分是零，就直接写0，再在个位数字的右下角点上小数点，最后依次写出小数部分每个数字。</w:t>
            </w:r>
          </w:p>
          <w:p>
            <w:pPr>
              <w:spacing w:after="20" w:line="276" w:lineRule="auto"/>
            </w:pPr>
            <w:r>
              <w:rPr>
                <w:rFonts w:ascii="宋体" w:hAnsi="宋体" w:eastAsia="宋体"/>
                <w:b w:val="0"/>
                <w:sz w:val="18"/>
              </w:rPr>
              <w:t>2．类比迁移，拓展认识小数含义。</w:t>
            </w:r>
          </w:p>
          <w:p>
            <w:pPr>
              <w:spacing w:after="20" w:line="276" w:lineRule="auto"/>
            </w:pPr>
            <w:r>
              <w:rPr>
                <w:rFonts w:ascii="宋体" w:hAnsi="宋体" w:eastAsia="宋体"/>
                <w:b w:val="0"/>
                <w:sz w:val="18"/>
              </w:rPr>
              <w:t>师：请大家看看4.3元中的“3”，它能表示哪些含义？</w:t>
            </w:r>
          </w:p>
          <w:p>
            <w:pPr>
              <w:spacing w:after="20" w:line="276" w:lineRule="auto"/>
            </w:pPr>
            <w:r>
              <w:rPr>
                <w:rFonts w:ascii="宋体" w:hAnsi="宋体" w:eastAsia="宋体"/>
                <w:b w:val="0"/>
                <w:sz w:val="18"/>
              </w:rPr>
              <w:t>3．探究两位小数的意义。</w:t>
            </w:r>
          </w:p>
          <w:p>
            <w:pPr>
              <w:spacing w:after="20" w:line="276" w:lineRule="auto"/>
            </w:pPr>
            <w:r>
              <w:rPr>
                <w:rFonts w:ascii="宋体" w:hAnsi="宋体" w:eastAsia="宋体"/>
                <w:b w:val="0"/>
                <w:sz w:val="18"/>
              </w:rPr>
              <w:t>课件出示教科书P88例2。</w:t>
            </w:r>
          </w:p>
          <w:p>
            <w:pPr>
              <w:spacing w:after="20" w:line="276" w:lineRule="auto"/>
            </w:pPr>
            <w:r>
              <w:rPr>
                <w:rFonts w:ascii="宋体" w:hAnsi="宋体" w:eastAsia="宋体"/>
                <w:b w:val="0"/>
                <w:sz w:val="18"/>
              </w:rPr>
              <w:t>师：同学们，你们会用“米”作单位表示小刚的身高吗？1米是1米，34厘米是多少米呢？请同学们拿出米尺，在米尺上找出1米34厘米，以小组为单位讨论，再汇报结果。</w:t>
            </w:r>
          </w:p>
          <w:p>
            <w:pPr>
              <w:spacing w:after="20" w:line="276" w:lineRule="auto"/>
            </w:pPr>
            <w:r>
              <w:rPr>
                <w:rFonts w:ascii="宋体" w:hAnsi="宋体" w:eastAsia="宋体"/>
                <w:b w:val="0"/>
                <w:sz w:val="18"/>
              </w:rPr>
              <w:t>师：用小数表示1米34厘米，写小数时1米是整米数，可直接作为小数的整数部分，小数点右边的数字表示比1米更小的量，即34厘米＝0.34米，写在小数点的后面，所以1米34厘米用“米”作单位是1.34米。</w:t>
            </w:r>
          </w:p>
          <w:p>
            <w:pPr>
              <w:spacing w:after="20" w:line="276" w:lineRule="auto"/>
            </w:pPr>
            <w:r>
              <w:rPr>
                <w:rFonts w:ascii="宋体" w:hAnsi="宋体" w:eastAsia="宋体"/>
                <w:b w:val="0"/>
                <w:sz w:val="18"/>
              </w:rPr>
              <w:t>师：谁能说说两位小数与分数的关系？</w:t>
            </w:r>
          </w:p>
        </w:tc>
        <w:tc>
          <w:tcPr>
            <w:tcW w:type="dxa" w:w="3061"/>
          </w:tcPr>
          <w:p>
            <w:pPr>
              <w:spacing w:after="20" w:line="276" w:lineRule="auto"/>
            </w:pPr>
            <w:r/>
            <w:r>
              <w:rPr>
                <w:rFonts w:ascii="宋体" w:hAnsi="宋体" w:eastAsia="宋体"/>
                <w:b w:val="0"/>
                <w:sz w:val="18"/>
              </w:rPr>
              <w:t>大部分同学能知道，小华的身高为1米3分米。</w:t>
            </w:r>
          </w:p>
          <w:p>
            <w:pPr>
              <w:spacing w:after="20" w:line="276" w:lineRule="auto"/>
            </w:pPr>
            <w:r>
              <w:rPr>
                <w:rFonts w:ascii="宋体" w:hAnsi="宋体" w:eastAsia="宋体"/>
                <w:b w:val="0"/>
                <w:sz w:val="18"/>
              </w:rPr>
              <w:t>因为1米有10分米，把1米平均分成10份，每份是1分米，1分米用分数表示是米，也可以写成小数0.1米；3分米是米，也是3个1分米，也就是3个0.1米，即0.3米。</w:t>
            </w:r>
          </w:p>
          <w:p>
            <w:pPr>
              <w:spacing w:after="20" w:line="276" w:lineRule="auto"/>
            </w:pPr>
            <w:r>
              <w:rPr>
                <w:rFonts w:ascii="宋体" w:hAnsi="宋体" w:eastAsia="宋体"/>
                <w:b w:val="0"/>
                <w:sz w:val="18"/>
              </w:rPr>
              <w:t>0.1米和米是相等的，因为它们表示的长度都是1分米。1分米＝米＝0.1米，3分米＝米＝0.3米。可以看出，小数是分数的另一种表现形式，十分之几的数可以写成零点几。(适时板书)</w:t>
            </w:r>
          </w:p>
          <w:p>
            <w:pPr>
              <w:spacing w:after="20" w:line="276" w:lineRule="auto"/>
            </w:pPr>
            <w:r>
              <w:rPr>
                <w:rFonts w:ascii="宋体" w:hAnsi="宋体" w:eastAsia="宋体"/>
                <w:b w:val="0"/>
                <w:sz w:val="18"/>
              </w:rPr>
              <w:t>用小数表示1米3分米，写小数时1米是整米数，可直接作为小数的整数部分，小数点右边的数字表示比1米更小的量，即3分米＝0.3米，3写在小数点的后面，所以1米3分米用“米”作单位是1.3米。(适时板书)</w:t>
            </w:r>
          </w:p>
          <w:p>
            <w:pPr>
              <w:spacing w:after="20" w:line="276" w:lineRule="auto"/>
            </w:pPr>
            <w:r>
              <w:rPr>
                <w:rFonts w:ascii="宋体" w:hAnsi="宋体" w:eastAsia="宋体"/>
                <w:b w:val="0"/>
                <w:sz w:val="18"/>
              </w:rPr>
              <w:t>可以表示3角、元、0.3元，因为1元＝10角，3角＝元，也就是0.3元。</w:t>
            </w:r>
          </w:p>
          <w:p>
            <w:pPr>
              <w:spacing w:after="20" w:line="276" w:lineRule="auto"/>
            </w:pPr>
            <w:r>
              <w:rPr>
                <w:rFonts w:ascii="宋体" w:hAnsi="宋体" w:eastAsia="宋体"/>
                <w:b w:val="0"/>
                <w:sz w:val="18"/>
              </w:rPr>
              <w:t>因为1米有100厘米，把1米平均分成100份，每份是1厘米，1厘米用分数表示是米，还可以写成0.01米；4厘米是4个1厘米，也就是4个0.01米，即0.04米；34厘米就是34个1厘米，也就是34个0.01米，即0.34米。(适时板书)</w:t>
            </w:r>
          </w:p>
          <w:p>
            <w:pPr>
              <w:spacing w:after="20" w:line="276" w:lineRule="auto"/>
            </w:pPr>
            <w:r>
              <w:rPr>
                <w:rFonts w:ascii="宋体" w:hAnsi="宋体" w:eastAsia="宋体"/>
                <w:b w:val="0"/>
                <w:sz w:val="18"/>
              </w:rPr>
              <w:t>学生独立完成教科书P88例2。</w:t>
            </w:r>
          </w:p>
          <w:p>
            <w:pPr>
              <w:spacing w:after="20" w:line="276" w:lineRule="auto"/>
            </w:pPr>
            <w:r>
              <w:rPr>
                <w:rFonts w:ascii="宋体" w:hAnsi="宋体" w:eastAsia="宋体"/>
                <w:b w:val="0"/>
                <w:sz w:val="18"/>
              </w:rPr>
              <w:t>分母是100的分数可以写成两位小数。(教师适时板书)</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设计递进式探究活动，引导学生在动手实践与合作交流中经历知识形成过程，突破本课重难点，核心问题："从图中你能获得哪些信息？"</w:t>
            </w:r>
          </w:p>
        </w:tc>
      </w:tr>
      <w:tr>
        <w:tc>
          <w:tcPr>
            <w:tcW w:type="dxa" w:w="1474"/>
          </w:tcPr>
          <w:p>
            <w:pPr>
              <w:spacing w:after="20" w:line="276" w:lineRule="auto"/>
            </w:pPr>
            <w:r>
              <w:rPr>
                <w:b/>
              </w:rPr>
            </w:r>
            <w:r>
              <w:rPr>
                <w:rFonts w:ascii="宋体" w:hAnsi="宋体" w:eastAsia="宋体"/>
                <w:b/>
                <w:sz w:val="18"/>
              </w:rPr>
              <w:t>四、巩固练习</w:t>
            </w:r>
          </w:p>
        </w:tc>
        <w:tc>
          <w:tcPr>
            <w:tcW w:type="dxa" w:w="3061"/>
          </w:tcPr>
          <w:p>
            <w:pPr>
              <w:spacing w:after="20" w:line="276" w:lineRule="auto"/>
            </w:pPr>
            <w:r/>
            <w:r>
              <w:rPr>
                <w:rFonts w:ascii="宋体" w:hAnsi="宋体" w:eastAsia="宋体"/>
                <w:b w:val="0"/>
                <w:sz w:val="18"/>
              </w:rPr>
              <w:t>1.完成教科书P88“做一做”第1题。</w:t>
            </w:r>
          </w:p>
          <w:p>
            <w:pPr>
              <w:spacing w:after="20" w:line="276" w:lineRule="auto"/>
            </w:pPr>
            <w:r>
              <w:rPr>
                <w:rFonts w:ascii="宋体" w:hAnsi="宋体" w:eastAsia="宋体"/>
                <w:b w:val="0"/>
                <w:sz w:val="18"/>
              </w:rPr>
              <w:t>2．完成教科书P88“做一做”第2题。</w:t>
            </w:r>
          </w:p>
          <w:p>
            <w:pPr>
              <w:spacing w:after="20" w:line="276" w:lineRule="auto"/>
            </w:pPr>
            <w:r>
              <w:rPr>
                <w:rFonts w:ascii="宋体" w:hAnsi="宋体" w:eastAsia="宋体"/>
                <w:b w:val="0"/>
                <w:sz w:val="18"/>
              </w:rPr>
              <w:t>师：通过联系，你发现了什么？</w:t>
            </w:r>
          </w:p>
          <w:p>
            <w:pPr>
              <w:spacing w:after="20" w:line="276" w:lineRule="auto"/>
            </w:pPr>
            <w:r>
              <w:rPr>
                <w:rFonts w:ascii="宋体" w:hAnsi="宋体" w:eastAsia="宋体"/>
                <w:b w:val="0"/>
                <w:sz w:val="18"/>
              </w:rPr>
              <w:t>再次引导学生总结，分母是10的分数可以写成一位小数，分母是100的小数可以写成两位小数。</w:t>
            </w:r>
          </w:p>
          <w:p>
            <w:pPr>
              <w:spacing w:after="20" w:line="276" w:lineRule="auto"/>
            </w:pPr>
            <w:r>
              <w:rPr>
                <w:rFonts w:ascii="宋体" w:hAnsi="宋体" w:eastAsia="宋体"/>
                <w:b w:val="0"/>
                <w:sz w:val="18"/>
              </w:rPr>
              <w:t>3．完成教科书P91“练习十六”第1，2题。</w:t>
            </w:r>
          </w:p>
        </w:tc>
        <w:tc>
          <w:tcPr>
            <w:tcW w:type="dxa" w:w="3061"/>
          </w:tcPr>
          <w:p>
            <w:pPr>
              <w:spacing w:after="20" w:line="276" w:lineRule="auto"/>
            </w:pPr>
            <w:r/>
            <w:r>
              <w:rPr>
                <w:rFonts w:ascii="宋体" w:hAnsi="宋体" w:eastAsia="宋体"/>
                <w:b w:val="0"/>
                <w:sz w:val="18"/>
              </w:rPr>
              <w:t>学生独立完成后并与同学交流订正。</w:t>
            </w:r>
          </w:p>
          <w:p>
            <w:pPr>
              <w:spacing w:after="20" w:line="276" w:lineRule="auto"/>
            </w:pPr>
            <w:r>
              <w:rPr>
                <w:rFonts w:ascii="宋体" w:hAnsi="宋体" w:eastAsia="宋体"/>
                <w:b w:val="0"/>
                <w:sz w:val="18"/>
              </w:rPr>
              <w:t>学生独立完成后交流分享，重点引导学生说说1元8角5分是多少元，怎么想的。</w:t>
            </w:r>
          </w:p>
          <w:p>
            <w:pPr>
              <w:spacing w:after="20" w:line="276" w:lineRule="auto"/>
            </w:pPr>
            <w:r>
              <w:rPr>
                <w:rFonts w:ascii="宋体" w:hAnsi="宋体" w:eastAsia="宋体"/>
                <w:b w:val="0"/>
                <w:sz w:val="18"/>
              </w:rPr>
              <w:t>学生独立完成后与同学交流订正。</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通过有层次的练习及时反馈学情，巩固新知，培养学生灵活运用知识解决问题的能力，核心问题："通过联系，你发现了什么？"</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师：同学们，通过本节课的学习，你们有哪些收获呢？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充分调动学生的已有经验，通过米制系统、数尺等直观、半直观模型来帮助学生初步认识小数，让学生在熟悉的、有交流内容的、能说出具体事例的情境支持下，充分感知小数概念。</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教科书P86～88例1，例2及“做一做”，教科书P91“练习十六”第1，2题。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课教学中，学生在理解只用“米”作单位的小数表示含义时，有一些困难，特别是厘米转化成米，学生难以适应在小数点后要添一个0。教学时，要充分地让学生表达、辨析，通过语言表达理顺数学思维，借助分母是10、100的分数与小数之间的联系体会小数的含义。</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小数的大小比较</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小数的大小比较</w:t>
            </w:r>
          </w:p>
        </w:tc>
        <w:tc>
          <w:tcPr>
            <w:tcW w:type="dxa" w:w="6009"/>
          </w:tcPr>
          <w:p>
            <w:pPr>
              <w:spacing w:after="20" w:line="276" w:lineRule="auto"/>
            </w:pPr>
            <w:r/>
            <w:r>
              <w:rPr>
                <w:rFonts w:ascii="宋体" w:hAnsi="宋体" w:eastAsia="宋体"/>
                <w:b w:val="0"/>
                <w:sz w:val="20"/>
              </w:rPr>
              <w:t>第6单元 小数的初步认识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学生对小数的认识是数概念的一次拓展，它需要经历一个由感性认识到理性认识的发展过程。小数在现实生活中有着广泛的应用，即便是一、二年级的学生，也经常会接触到一些小数。但是由于思维定势的作用，对小数的位值理解，学生还是有困难，需要多结合具体的情境理解。因此教科书主要是让学生借助具体的量和几何直观图，直观感受小数与十进制分数之间的关系，初步认识小数。</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教学内容：教科书P89例3及“做一做”，教科书P91“练习十六”第3题。</w:t>
      </w:r>
    </w:p>
    <w:p>
      <w:pPr>
        <w:spacing w:after="80" w:line="300" w:lineRule="auto"/>
        <w:ind w:firstLine="400"/>
      </w:pPr>
      <w:r>
        <w:rPr>
          <w:rFonts w:ascii="宋体" w:hAnsi="宋体" w:eastAsia="宋体"/>
          <w:b w:val="0"/>
          <w:sz w:val="20"/>
        </w:rPr>
        <w:t>教学准备：课件、卷尺。</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（1）理解并掌握比较两个小数大小的方法，会正确比较两个小数的大小，并会解决简单的实际问题。</w:t>
      </w:r>
    </w:p>
    <w:p>
      <w:pPr>
        <w:spacing w:after="20" w:line="300" w:lineRule="auto"/>
        <w:ind w:firstLine="400"/>
      </w:pPr>
      <w:r>
        <w:rPr>
          <w:rFonts w:ascii="宋体" w:hAnsi="宋体" w:eastAsia="宋体"/>
          <w:b w:val="0"/>
          <w:sz w:val="20"/>
        </w:rPr>
        <w:t>（2）在独立自主、合作交流的活动中，培养学生思维的有序性和抽象概括能力。</w:t>
      </w:r>
    </w:p>
    <w:p>
      <w:pPr>
        <w:spacing w:after="20" w:line="300" w:lineRule="auto"/>
        <w:ind w:firstLine="400"/>
      </w:pPr>
      <w:r>
        <w:rPr>
          <w:rFonts w:ascii="宋体" w:hAnsi="宋体" w:eastAsia="宋体"/>
          <w:b w:val="0"/>
          <w:sz w:val="20"/>
        </w:rPr>
        <w:t>（3）进一步体会数学和生活的联系，渗透比较的思想，培养学生的应用意识。</w:t>
      </w:r>
    </w:p>
    <w:p>
      <w:pPr>
        <w:spacing w:after="20" w:line="300" w:lineRule="auto"/>
      </w:pPr>
      <w:r>
        <w:rPr>
          <w:rFonts w:ascii="宋体" w:hAnsi="宋体" w:eastAsia="宋体"/>
          <w:b w:val="0"/>
          <w:sz w:val="20"/>
        </w:rPr>
        <w:t>教学重点：会比较两个小数的大小。</w:t>
      </w:r>
    </w:p>
    <w:p>
      <w:pPr>
        <w:spacing w:after="20" w:line="300" w:lineRule="auto"/>
      </w:pPr>
      <w:r>
        <w:rPr>
          <w:rFonts w:ascii="宋体" w:hAnsi="宋体" w:eastAsia="宋体"/>
          <w:b w:val="0"/>
          <w:sz w:val="20"/>
        </w:rPr>
        <w:t>教学难点：探究并掌握小数大小比较的一般方法。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同学们，这些数是什么数？你们是怎样比较它们的大小的呢？；小数又该如何比较大小呢？</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二、探究新知识</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从表中，你能获得哪些信息呢？；这四名男生中谁的跳高成绩最好呢？</w:t>
            </w:r>
          </w:p>
        </w:tc>
        <w:tc>
          <w:tcPr>
            <w:tcW w:type="dxa" w:w="1361"/>
          </w:tcPr>
          <w:p>
            <w:pPr>
              <w:spacing w:after="20" w:line="276" w:lineRule="auto"/>
            </w:pPr>
            <w:r/>
            <w:r>
              <w:rPr>
                <w:rFonts w:ascii="宋体" w:hAnsi="宋体" w:eastAsia="宋体"/>
                <w:b w:val="0"/>
                <w:sz w:val="18"/>
              </w:rPr>
              <w:t>25分钟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同学们，通过本节课的学习，你们有哪些收获呢？比较小数大小的方法是怎样的？</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一、复习导入</w:t>
            </w:r>
          </w:p>
        </w:tc>
        <w:tc>
          <w:tcPr>
            <w:tcW w:type="dxa" w:w="3061"/>
          </w:tcPr>
          <w:p>
            <w:pPr>
              <w:spacing w:after="20" w:line="276" w:lineRule="auto"/>
            </w:pPr>
            <w:r/>
            <w:r>
              <w:rPr>
                <w:rFonts w:ascii="宋体" w:hAnsi="宋体" w:eastAsia="宋体"/>
                <w:b w:val="0"/>
                <w:sz w:val="18"/>
              </w:rPr>
              <w:t>1.课件出示习题。</w:t>
            </w:r>
          </w:p>
          <w:p>
            <w:pPr>
              <w:spacing w:after="20" w:line="276" w:lineRule="auto"/>
            </w:pPr>
            <w:r>
              <w:rPr>
                <w:rFonts w:ascii="宋体" w:hAnsi="宋体" w:eastAsia="宋体"/>
                <w:b w:val="0"/>
                <w:sz w:val="18"/>
              </w:rPr>
              <w:t>比较下面各数的大小。</w:t>
            </w:r>
          </w:p>
          <w:p>
            <w:pPr>
              <w:spacing w:after="20" w:line="276" w:lineRule="auto"/>
            </w:pPr>
            <w:r>
              <w:rPr>
                <w:rFonts w:ascii="宋体" w:hAnsi="宋体" w:eastAsia="宋体"/>
                <w:b w:val="0"/>
                <w:sz w:val="18"/>
              </w:rPr>
              <w:t>16○12　　　　　　　　28○38</w:t>
            </w:r>
          </w:p>
          <w:p>
            <w:pPr>
              <w:spacing w:after="20" w:line="276" w:lineRule="auto"/>
            </w:pPr>
            <w:r>
              <w:rPr>
                <w:rFonts w:ascii="宋体" w:hAnsi="宋体" w:eastAsia="宋体"/>
                <w:b w:val="0"/>
                <w:sz w:val="18"/>
              </w:rPr>
              <w:t>286○384　　　　　　  1029○978</w:t>
            </w:r>
          </w:p>
          <w:p>
            <w:pPr>
              <w:spacing w:after="20" w:line="276" w:lineRule="auto"/>
            </w:pPr>
            <w:r>
              <w:rPr>
                <w:rFonts w:ascii="宋体" w:hAnsi="宋体" w:eastAsia="宋体"/>
                <w:b w:val="0"/>
                <w:sz w:val="18"/>
              </w:rPr>
              <w:t>师：同学们，这些数是什么数？你们是怎样比较它们的大小的呢？</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师：小数又该如何比较大小呢？今天我们一起来探究小数的大小比较。(板书课题：小数的大小比较)</w:t>
            </w:r>
          </w:p>
        </w:tc>
        <w:tc>
          <w:tcPr>
            <w:tcW w:type="dxa" w:w="3061"/>
          </w:tcPr>
          <w:p>
            <w:pPr>
              <w:spacing w:after="20" w:line="276" w:lineRule="auto"/>
            </w:pPr>
            <w:r/>
            <w:r>
              <w:rPr>
                <w:rFonts w:ascii="宋体" w:hAnsi="宋体" w:eastAsia="宋体"/>
                <w:b w:val="0"/>
                <w:sz w:val="18"/>
              </w:rPr>
              <w:t>这些都是整数，比较大小有两种不同的情况：位数不同的，位数多的数就大；位数相同的，要从高位比起，相同数位上的数大的那个数就大。</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创设情境激活学生已有经验，自然引出本课学习内容，激发学习兴趣，核心问题："同学们，这些数是什么数？你们是怎样比较它们的大小的呢？"</w:t>
            </w:r>
          </w:p>
        </w:tc>
      </w:tr>
      <w:tr>
        <w:tc>
          <w:tcPr>
            <w:tcW w:type="dxa" w:w="1474"/>
          </w:tcPr>
          <w:p>
            <w:pPr>
              <w:spacing w:after="20" w:line="276" w:lineRule="auto"/>
            </w:pPr>
            <w:r>
              <w:rPr>
                <w:b/>
              </w:rPr>
            </w:r>
            <w:r>
              <w:rPr>
                <w:rFonts w:ascii="宋体" w:hAnsi="宋体" w:eastAsia="宋体"/>
                <w:b/>
                <w:sz w:val="18"/>
              </w:rPr>
              <w:t>二、探究新知识</w:t>
            </w:r>
          </w:p>
        </w:tc>
        <w:tc>
          <w:tcPr>
            <w:tcW w:type="dxa" w:w="3061"/>
          </w:tcPr>
          <w:p>
            <w:pPr>
              <w:spacing w:after="20" w:line="276" w:lineRule="auto"/>
            </w:pPr>
            <w:r/>
            <w:r>
              <w:rPr>
                <w:rFonts w:ascii="宋体" w:hAnsi="宋体" w:eastAsia="宋体"/>
                <w:b w:val="0"/>
                <w:sz w:val="18"/>
              </w:rPr>
              <w:t>1.了解信息。</w:t>
            </w:r>
          </w:p>
          <w:p>
            <w:pPr>
              <w:spacing w:after="20" w:line="276" w:lineRule="auto"/>
            </w:pPr>
            <w:r>
              <w:rPr>
                <w:rFonts w:ascii="宋体" w:hAnsi="宋体" w:eastAsia="宋体"/>
                <w:b w:val="0"/>
                <w:sz w:val="18"/>
              </w:rPr>
              <w:t>课件出示教科书P89例3。</w:t>
            </w:r>
          </w:p>
          <w:p>
            <w:pPr>
              <w:spacing w:after="20" w:line="276" w:lineRule="auto"/>
            </w:pPr>
            <w:r>
              <w:rPr>
                <w:rFonts w:ascii="宋体" w:hAnsi="宋体" w:eastAsia="宋体"/>
                <w:b w:val="0"/>
                <w:sz w:val="18"/>
              </w:rPr>
              <w:t>师：从表中，你能获得哪些信息呢？</w:t>
            </w:r>
          </w:p>
          <w:p>
            <w:pPr>
              <w:spacing w:after="20" w:line="276" w:lineRule="auto"/>
            </w:pPr>
            <w:r>
              <w:rPr>
                <w:rFonts w:ascii="宋体" w:hAnsi="宋体" w:eastAsia="宋体"/>
                <w:b w:val="0"/>
                <w:sz w:val="18"/>
              </w:rPr>
              <w:t>2．方法探究。</w:t>
            </w:r>
          </w:p>
          <w:p>
            <w:pPr>
              <w:spacing w:after="20" w:line="276" w:lineRule="auto"/>
            </w:pPr>
            <w:r>
              <w:rPr>
                <w:rFonts w:ascii="宋体" w:hAnsi="宋体" w:eastAsia="宋体"/>
                <w:b w:val="0"/>
                <w:sz w:val="18"/>
              </w:rPr>
              <w:t>师：这四名男生中谁的跳高成绩最好呢？</w:t>
            </w:r>
          </w:p>
          <w:p>
            <w:pPr>
              <w:spacing w:after="20" w:line="276" w:lineRule="auto"/>
            </w:pPr>
            <w:r>
              <w:rPr>
                <w:rFonts w:ascii="宋体" w:hAnsi="宋体" w:eastAsia="宋体"/>
                <w:b w:val="0"/>
                <w:sz w:val="18"/>
              </w:rPr>
              <w:t>师：这两个小组的同学都是先比较的1.20米和1.10米，这是为什么？</w:t>
            </w:r>
          </w:p>
          <w:p>
            <w:pPr>
              <w:spacing w:after="20" w:line="276" w:lineRule="auto"/>
            </w:pPr>
            <w:r>
              <w:rPr>
                <w:rFonts w:ascii="宋体" w:hAnsi="宋体" w:eastAsia="宋体"/>
                <w:b w:val="0"/>
                <w:sz w:val="18"/>
              </w:rPr>
              <w:t>师：那么如何把这四名男生的跳高成绩进行排名呢？</w:t>
            </w:r>
          </w:p>
          <w:p>
            <w:pPr>
              <w:spacing w:after="20" w:line="276" w:lineRule="auto"/>
            </w:pPr>
            <w:r>
              <w:rPr>
                <w:rFonts w:ascii="宋体" w:hAnsi="宋体" w:eastAsia="宋体"/>
                <w:b w:val="0"/>
                <w:sz w:val="18"/>
              </w:rPr>
              <w:t>观察比较得出：1.20米&gt;1.10米&gt;0.96米&gt;0.88米。</w:t>
            </w:r>
          </w:p>
          <w:p>
            <w:pPr>
              <w:spacing w:after="20" w:line="276" w:lineRule="auto"/>
            </w:pPr>
            <w:r>
              <w:rPr>
                <w:rFonts w:ascii="宋体" w:hAnsi="宋体" w:eastAsia="宋体"/>
                <w:b w:val="0"/>
                <w:sz w:val="18"/>
              </w:rPr>
              <w:t>师：如果我们不采用上面两个小组的方法，能不能给他们排名呢？先想一想，我们在以前比较整数大小的时候是怎么比较的？</w:t>
            </w:r>
          </w:p>
          <w:p>
            <w:pPr>
              <w:spacing w:after="20" w:line="276" w:lineRule="auto"/>
            </w:pPr>
            <w:r>
              <w:rPr>
                <w:rFonts w:ascii="宋体" w:hAnsi="宋体" w:eastAsia="宋体"/>
                <w:b w:val="0"/>
                <w:sz w:val="18"/>
              </w:rPr>
              <w:t>师生得出名次，即第一名是小刚，第二名是小林，第三名是小强，第四名是小明。</w:t>
            </w:r>
          </w:p>
          <w:p>
            <w:pPr>
              <w:spacing w:after="20" w:line="276" w:lineRule="auto"/>
            </w:pPr>
            <w:r>
              <w:rPr>
                <w:rFonts w:ascii="宋体" w:hAnsi="宋体" w:eastAsia="宋体"/>
                <w:b w:val="0"/>
                <w:sz w:val="18"/>
              </w:rPr>
              <w:t>师：你能总结一下小数比较大小的方法吗？</w:t>
            </w:r>
          </w:p>
          <w:p>
            <w:pPr>
              <w:spacing w:after="20" w:line="276" w:lineRule="auto"/>
            </w:pPr>
            <w:r>
              <w:rPr>
                <w:rFonts w:ascii="宋体" w:hAnsi="宋体" w:eastAsia="宋体"/>
                <w:b w:val="0"/>
                <w:sz w:val="18"/>
              </w:rPr>
              <w:t>结合学生的回答，教师课件呈现并适时板书。</w:t>
            </w:r>
          </w:p>
        </w:tc>
        <w:tc>
          <w:tcPr>
            <w:tcW w:type="dxa" w:w="3061"/>
          </w:tcPr>
          <w:p>
            <w:pPr>
              <w:spacing w:after="20" w:line="276" w:lineRule="auto"/>
            </w:pPr>
            <w:r/>
            <w:r>
              <w:rPr>
                <w:rFonts w:ascii="宋体" w:hAnsi="宋体" w:eastAsia="宋体"/>
                <w:b w:val="0"/>
                <w:sz w:val="18"/>
              </w:rPr>
              <w:t>从表中，知道四名男生的跳高成绩分别是：小明0.88米，小刚1.20米，小强0.96米，小林1.10米。</w:t>
            </w:r>
          </w:p>
          <w:p>
            <w:pPr>
              <w:spacing w:after="20" w:line="276" w:lineRule="auto"/>
            </w:pPr>
            <w:r>
              <w:rPr>
                <w:rFonts w:ascii="宋体" w:hAnsi="宋体" w:eastAsia="宋体"/>
                <w:b w:val="0"/>
                <w:sz w:val="18"/>
              </w:rPr>
              <w:t>学生借助卷尺以小组为单位讨论交流，再汇报结果。</w:t>
            </w:r>
          </w:p>
          <w:p>
            <w:pPr>
              <w:spacing w:after="20" w:line="276" w:lineRule="auto"/>
            </w:pPr>
            <w:r>
              <w:rPr>
                <w:rFonts w:ascii="宋体" w:hAnsi="宋体" w:eastAsia="宋体"/>
                <w:b w:val="0"/>
                <w:sz w:val="18"/>
              </w:rPr>
              <w:t>预设1：小刚的跳高成绩最好。因为1.20米是12分米，1.10米是11分米。因为12分米比11分米长，所以1.20米比1.10米高。</w:t>
            </w:r>
          </w:p>
          <w:p>
            <w:pPr>
              <w:spacing w:after="20" w:line="276" w:lineRule="auto"/>
            </w:pPr>
            <w:r>
              <w:rPr>
                <w:rFonts w:ascii="宋体" w:hAnsi="宋体" w:eastAsia="宋体"/>
                <w:b w:val="0"/>
                <w:sz w:val="18"/>
              </w:rPr>
              <w:t>预设2：卷尺上，1.20米是120厘米，1.10米是110厘米，因为120厘米比110厘米长，所以1.20米比1.10米高。</w:t>
            </w:r>
          </w:p>
          <w:p>
            <w:pPr>
              <w:spacing w:after="20" w:line="276" w:lineRule="auto"/>
            </w:pPr>
            <w:r>
              <w:rPr>
                <w:rFonts w:ascii="宋体" w:hAnsi="宋体" w:eastAsia="宋体"/>
                <w:b w:val="0"/>
                <w:sz w:val="18"/>
              </w:rPr>
              <w:t>因为这两名同学的跳高成绩都超过了1米，另外两名同学的跳高成绩都不到1米。</w:t>
            </w:r>
          </w:p>
          <w:p>
            <w:pPr>
              <w:spacing w:after="20" w:line="276" w:lineRule="auto"/>
            </w:pPr>
            <w:r>
              <w:rPr>
                <w:rFonts w:ascii="宋体" w:hAnsi="宋体" w:eastAsia="宋体"/>
                <w:b w:val="0"/>
                <w:sz w:val="18"/>
              </w:rPr>
              <w:t>学生分小组进行讨论。</w:t>
            </w:r>
          </w:p>
          <w:p>
            <w:pPr>
              <w:spacing w:after="20" w:line="276" w:lineRule="auto"/>
            </w:pPr>
            <w:r>
              <w:rPr>
                <w:rFonts w:ascii="宋体" w:hAnsi="宋体" w:eastAsia="宋体"/>
                <w:b w:val="0"/>
                <w:sz w:val="18"/>
              </w:rPr>
              <w:t>预设1：根据它们在卷尺上所对应的刻度的位置进行比较。(课件出示教科书P89例3的卷尺图)</w:t>
            </w:r>
          </w:p>
          <w:p>
            <w:pPr>
              <w:spacing w:after="20" w:line="276" w:lineRule="auto"/>
            </w:pPr>
            <w:r>
              <w:rPr>
                <w:rFonts w:ascii="宋体" w:hAnsi="宋体" w:eastAsia="宋体"/>
                <w:b w:val="0"/>
                <w:sz w:val="18"/>
              </w:rPr>
              <w:t>预设2：化成厘米来比较大小，0.88米＝88厘米，1.20米＝120厘米，1.10米＝110厘米，0.96米＝96厘米。120厘米&gt;110厘米&gt;96厘米&gt;88厘米，所以1.20米&gt;1.10米&gt;0.96米&gt;0.88米。</w:t>
            </w:r>
          </w:p>
          <w:p>
            <w:pPr>
              <w:spacing w:after="20" w:line="276" w:lineRule="auto"/>
            </w:pPr>
            <w:r>
              <w:rPr>
                <w:rFonts w:ascii="宋体" w:hAnsi="宋体" w:eastAsia="宋体"/>
                <w:b w:val="0"/>
                <w:sz w:val="18"/>
              </w:rPr>
              <w:t>以1米为分界线，超过1米的有1.10米和1.20米，不到1米的有0.88米和0.96米。1.20米＞1.10米，0.96米＞0.88米，所以1.20米&gt;1.10米&gt;0.96米&gt;0.88米。</w:t>
            </w:r>
          </w:p>
          <w:p>
            <w:pPr>
              <w:spacing w:after="20" w:line="276" w:lineRule="auto"/>
            </w:pPr>
            <w:r>
              <w:rPr>
                <w:rFonts w:ascii="宋体" w:hAnsi="宋体" w:eastAsia="宋体"/>
                <w:b w:val="0"/>
                <w:sz w:val="18"/>
              </w:rPr>
              <w:t>先比较整数部分，整数部分大的那个数就大；如果整数部分相同，就比较小数部分，小数部分大的那个数就大。</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设计递进式探究活动，引导学生在动手实践与合作交流中经历知识形成过程，突破本课重难点，核心问题："从表中，你能获得哪些信息呢？"</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1.完成教科书P89“做一做”第1，2题。</w:t>
            </w:r>
          </w:p>
          <w:p>
            <w:pPr>
              <w:spacing w:after="20" w:line="276" w:lineRule="auto"/>
            </w:pPr>
            <w:r>
              <w:rPr>
                <w:rFonts w:ascii="宋体" w:hAnsi="宋体" w:eastAsia="宋体"/>
                <w:b w:val="0"/>
                <w:sz w:val="18"/>
              </w:rPr>
              <w:t>2．完成教科书P91“练习十六”第3题。</w:t>
            </w:r>
          </w:p>
        </w:tc>
        <w:tc>
          <w:tcPr>
            <w:tcW w:type="dxa" w:w="3061"/>
          </w:tcPr>
          <w:p>
            <w:pPr>
              <w:spacing w:after="20" w:line="276" w:lineRule="auto"/>
            </w:pPr>
            <w:r/>
            <w:r>
              <w:rPr>
                <w:rFonts w:ascii="宋体" w:hAnsi="宋体" w:eastAsia="宋体"/>
                <w:b w:val="0"/>
                <w:sz w:val="18"/>
              </w:rPr>
              <w:t>学生独立完成，教师巡视指导，在全班集中交流评价。</w:t>
            </w:r>
          </w:p>
          <w:p>
            <w:pPr>
              <w:spacing w:after="20" w:line="276" w:lineRule="auto"/>
            </w:pPr>
            <w:r>
              <w:rPr>
                <w:rFonts w:ascii="宋体" w:hAnsi="宋体" w:eastAsia="宋体"/>
                <w:b w:val="0"/>
                <w:sz w:val="18"/>
              </w:rPr>
              <w:t>学生独立完成后，全班集中交流，教师选择部分典型题目要求学生说比较方法。</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师：同学们，通过本节课的学习，你们有哪些收获呢？比较小数大小的方法是怎样的？</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这节课的内容与前面所学的整数大小的比较有内在联系，教学时充分利用这些有利的条件，给学生创设自主探究的空间。让学生根据已有的知识经验尝试对小数的大小进行比较，沟通新旧知识之间的联系，发挥知识的迁移作用。鼓励学生从多角度思考，将整数的比较方法类推到小数的比较中。</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教科书P89例3及“做一做”，教科书P91“练习十六”第3题。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有了比较整数大小的经验，比较两个小数的大小学生容易接受。但是将4个数按大小顺序排序，需要引导。特别是分段比较法，将4个数分成大于1和小于1的两部分，再分别比较的方法，需要教师引导。教学时，要鼓励学生从多角度思考，结合具体情境体会小数比较大小策略的多样性。</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简单的小数加、减法</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简单的小数加、减法</w:t>
            </w:r>
          </w:p>
        </w:tc>
        <w:tc>
          <w:tcPr>
            <w:tcW w:type="dxa" w:w="6009"/>
          </w:tcPr>
          <w:p>
            <w:pPr>
              <w:spacing w:after="20" w:line="276" w:lineRule="auto"/>
            </w:pPr>
            <w:r/>
            <w:r>
              <w:rPr>
                <w:rFonts w:ascii="宋体" w:hAnsi="宋体" w:eastAsia="宋体"/>
                <w:b w:val="0"/>
                <w:sz w:val="20"/>
              </w:rPr>
              <w:t>第6单元 小数的初步认识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学生对小数的认识是数概念的一次拓展，它需要经历一个由感性认识到理性认识的发展过程。小数在现实生活中有着广泛的应用，即便是一、二年级的学生，也经常会接触到一些小数。但是由于思维定势的作用，对小数的位值理解，学生还是有困难，需要多结合具体的情境理解。因此教科书主要是让学生借助具体的量和几何直观图，直观感受小数与十进制分数之间的关系，初步认识小数。</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教学内容：教科书P90例4及“做一做”，教科书P91～92“练习十六”第4，5题。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（1）结合具体情境，理解小数加、减法的意义，理解一位小数加、减法的算理，掌握一位小数加、减法的计算方法，并能正确进行计算。</w:t>
      </w:r>
    </w:p>
    <w:p>
      <w:pPr>
        <w:spacing w:after="20" w:line="300" w:lineRule="auto"/>
        <w:ind w:firstLine="400"/>
      </w:pPr>
      <w:r>
        <w:rPr>
          <w:rFonts w:ascii="宋体" w:hAnsi="宋体" w:eastAsia="宋体"/>
          <w:b w:val="0"/>
          <w:sz w:val="20"/>
        </w:rPr>
        <w:t>（2）体会知识之间的联系，感悟数学来源于生活。</w:t>
      </w:r>
    </w:p>
    <w:p>
      <w:pPr>
        <w:spacing w:after="20" w:line="300" w:lineRule="auto"/>
      </w:pPr>
      <w:r>
        <w:rPr>
          <w:rFonts w:ascii="宋体" w:hAnsi="宋体" w:eastAsia="宋体"/>
          <w:b w:val="0"/>
          <w:sz w:val="20"/>
        </w:rPr>
        <w:t>教学重点：理解并掌握一位小数加、减法的计算方法。</w:t>
      </w:r>
    </w:p>
    <w:p>
      <w:pPr>
        <w:spacing w:after="20" w:line="300" w:lineRule="auto"/>
      </w:pPr>
      <w:r>
        <w:rPr>
          <w:rFonts w:ascii="宋体" w:hAnsi="宋体" w:eastAsia="宋体"/>
          <w:b w:val="0"/>
          <w:sz w:val="20"/>
        </w:rPr>
        <w:t>教学难点：理解小数加、减法的算理。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一、创设情境，揭示课题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同学们，“六一”儿童节快到了，文具店赶在“六一”前夕开业，我们一起去看看吧！仔细观察这张价格表，你能了解到哪些信息？；要买一支铅笔和一个笔袋，一共多少钱呢？一个卷笔刀比一块橡皮贵多少钱呢？该怎么列式计算呢？</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二、自主探究，合作交流</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大家有结果了吗？；哪个小组来汇报你们的算法？</w:t>
            </w:r>
          </w:p>
        </w:tc>
        <w:tc>
          <w:tcPr>
            <w:tcW w:type="dxa" w:w="1361"/>
          </w:tcPr>
          <w:p>
            <w:pPr>
              <w:spacing w:after="20" w:line="276" w:lineRule="auto"/>
            </w:pPr>
            <w:r/>
            <w:r>
              <w:rPr>
                <w:rFonts w:ascii="宋体" w:hAnsi="宋体" w:eastAsia="宋体"/>
                <w:b w:val="0"/>
                <w:sz w:val="18"/>
              </w:rPr>
              <w:t>25分钟</w:t>
            </w:r>
          </w:p>
        </w:tc>
      </w:tr>
      <w:tr>
        <w:tc>
          <w:tcPr>
            <w:tcW w:type="dxa" w:w="2835"/>
          </w:tcPr>
          <w:p>
            <w:pPr>
              <w:spacing w:after="20" w:line="276" w:lineRule="auto"/>
            </w:pPr>
            <w:r/>
            <w:r>
              <w:rPr>
                <w:rFonts w:ascii="宋体" w:hAnsi="宋体" w:eastAsia="宋体"/>
                <w:b w:val="0"/>
                <w:sz w:val="18"/>
              </w:rPr>
              <w:t>三、实践应用，列式计算</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同学们，本节课我们学习了小数加、减法，你认为小数加、减法与整数加、减法有什么相同的地方和不同的地方？</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一、创设情境，揭示课题</w:t>
            </w:r>
          </w:p>
        </w:tc>
        <w:tc>
          <w:tcPr>
            <w:tcW w:type="dxa" w:w="3061"/>
          </w:tcPr>
          <w:p>
            <w:pPr>
              <w:spacing w:after="20" w:line="276" w:lineRule="auto"/>
            </w:pPr>
            <w:r/>
            <w:r>
              <w:rPr>
                <w:rFonts w:ascii="宋体" w:hAnsi="宋体" w:eastAsia="宋体"/>
                <w:b w:val="0"/>
                <w:sz w:val="18"/>
              </w:rPr>
              <w:t>师：同学们，“六一”儿童节快到了，文具店赶在“六一”前夕开业，我们一起去看看吧！仔细观察这张价格表，你能了解到哪些信息？</w:t>
            </w:r>
          </w:p>
          <w:p>
            <w:pPr>
              <w:spacing w:after="20" w:line="276" w:lineRule="auto"/>
            </w:pPr>
            <w:r>
              <w:rPr>
                <w:rFonts w:ascii="宋体" w:hAnsi="宋体" w:eastAsia="宋体"/>
                <w:b w:val="0"/>
                <w:sz w:val="18"/>
              </w:rPr>
              <w:t>课件出示教科书P90例4价格表。</w:t>
            </w:r>
          </w:p>
          <w:p>
            <w:pPr>
              <w:spacing w:after="20" w:line="276" w:lineRule="auto"/>
            </w:pPr>
            <w:r>
              <w:rPr>
                <w:rFonts w:ascii="宋体" w:hAnsi="宋体" w:eastAsia="宋体"/>
                <w:b w:val="0"/>
                <w:sz w:val="18"/>
              </w:rPr>
              <w:t>师：要买一支铅笔和一个笔袋，一共多少钱呢？一个卷笔刀比一块橡皮贵多少钱呢？该怎么列式计算呢？</w:t>
            </w:r>
          </w:p>
          <w:p>
            <w:pPr>
              <w:spacing w:after="20" w:line="276" w:lineRule="auto"/>
            </w:pPr>
            <w:r>
              <w:rPr>
                <w:rFonts w:ascii="宋体" w:hAnsi="宋体" w:eastAsia="宋体"/>
                <w:b w:val="0"/>
                <w:sz w:val="18"/>
              </w:rPr>
              <w:t>师：这节课我们将要学习的简单的小数加、减法能帮助我们解答上面的问题。(板书课题：简单的小数加、减法)</w:t>
            </w:r>
          </w:p>
        </w:tc>
        <w:tc>
          <w:tcPr>
            <w:tcW w:type="dxa" w:w="3061"/>
          </w:tcPr>
          <w:p>
            <w:pPr>
              <w:spacing w:after="20" w:line="276" w:lineRule="auto"/>
            </w:pPr>
            <w:r/>
            <w:r>
              <w:rPr>
                <w:rFonts w:ascii="宋体" w:hAnsi="宋体" w:eastAsia="宋体"/>
                <w:b w:val="0"/>
                <w:sz w:val="18"/>
              </w:rPr>
              <w:t>学生会把表中的6种商品的单价汇报出来。</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六一”儿童节快到了，文具店赶在“六一”前夕开业，我们一起去看看吧！仔细观察这张价格表，你能了解到哪些信息？"</w:t>
            </w:r>
          </w:p>
        </w:tc>
      </w:tr>
      <w:tr>
        <w:tc>
          <w:tcPr>
            <w:tcW w:type="dxa" w:w="1474"/>
          </w:tcPr>
          <w:p>
            <w:pPr>
              <w:spacing w:after="20" w:line="276" w:lineRule="auto"/>
            </w:pPr>
            <w:r>
              <w:rPr>
                <w:b/>
              </w:rPr>
            </w:r>
            <w:r>
              <w:rPr>
                <w:rFonts w:ascii="宋体" w:hAnsi="宋体" w:eastAsia="宋体"/>
                <w:b/>
                <w:sz w:val="18"/>
              </w:rPr>
              <w:t>二、自主探究，合作交流</w:t>
            </w:r>
          </w:p>
        </w:tc>
        <w:tc>
          <w:tcPr>
            <w:tcW w:type="dxa" w:w="3061"/>
          </w:tcPr>
          <w:p>
            <w:pPr>
              <w:spacing w:after="20" w:line="276" w:lineRule="auto"/>
            </w:pPr>
            <w:r/>
            <w:r>
              <w:rPr>
                <w:rFonts w:ascii="宋体" w:hAnsi="宋体" w:eastAsia="宋体"/>
                <w:b w:val="0"/>
                <w:sz w:val="18"/>
              </w:rPr>
              <w:t>1.探究小数加法。</w:t>
            </w:r>
          </w:p>
          <w:p>
            <w:pPr>
              <w:spacing w:after="20" w:line="276" w:lineRule="auto"/>
            </w:pPr>
            <w:r>
              <w:rPr>
                <w:rFonts w:ascii="宋体" w:hAnsi="宋体" w:eastAsia="宋体"/>
                <w:b w:val="0"/>
                <w:sz w:val="18"/>
              </w:rPr>
              <w:t>(1)学生自主列式，探究算法。</w:t>
            </w:r>
          </w:p>
          <w:p>
            <w:pPr>
              <w:spacing w:after="20" w:line="276" w:lineRule="auto"/>
            </w:pPr>
            <w:r>
              <w:rPr>
                <w:rFonts w:ascii="宋体" w:hAnsi="宋体" w:eastAsia="宋体"/>
                <w:b w:val="0"/>
                <w:sz w:val="18"/>
              </w:rPr>
              <w:t>课件出示教科书P90例4第(1)题。</w:t>
            </w:r>
          </w:p>
          <w:p>
            <w:pPr>
              <w:spacing w:after="20" w:line="276" w:lineRule="auto"/>
            </w:pPr>
            <w:r>
              <w:rPr>
                <w:rFonts w:ascii="宋体" w:hAnsi="宋体" w:eastAsia="宋体"/>
                <w:b w:val="0"/>
                <w:sz w:val="18"/>
              </w:rPr>
              <w:t>师：请同学们独立解决这个问题。</w:t>
            </w:r>
          </w:p>
          <w:p>
            <w:pPr>
              <w:spacing w:after="20" w:line="276" w:lineRule="auto"/>
            </w:pPr>
            <w:r>
              <w:rPr>
                <w:rFonts w:ascii="宋体" w:hAnsi="宋体" w:eastAsia="宋体"/>
                <w:b w:val="0"/>
                <w:sz w:val="18"/>
              </w:rPr>
              <w:t>(2)小组交流汇报，教师根据学生汇报出示课件。</w:t>
            </w:r>
          </w:p>
          <w:p>
            <w:pPr>
              <w:spacing w:after="20" w:line="276" w:lineRule="auto"/>
            </w:pPr>
            <w:r>
              <w:rPr>
                <w:rFonts w:ascii="宋体" w:hAnsi="宋体" w:eastAsia="宋体"/>
                <w:b w:val="0"/>
                <w:sz w:val="18"/>
              </w:rPr>
              <w:t>师：大家有结果了吗？请在小组内互相说说你的做法和想法。</w:t>
            </w:r>
          </w:p>
          <w:p>
            <w:pPr>
              <w:spacing w:after="20" w:line="276" w:lineRule="auto"/>
            </w:pPr>
            <w:r>
              <w:rPr>
                <w:rFonts w:ascii="宋体" w:hAnsi="宋体" w:eastAsia="宋体"/>
                <w:b w:val="0"/>
                <w:sz w:val="18"/>
              </w:rPr>
              <w:t>师：哪个小组来汇报你们的算法？</w:t>
            </w:r>
          </w:p>
          <w:p>
            <w:pPr>
              <w:spacing w:after="20" w:line="276" w:lineRule="auto"/>
            </w:pPr>
            <w:r>
              <w:rPr>
                <w:rFonts w:ascii="宋体" w:hAnsi="宋体" w:eastAsia="宋体"/>
                <w:b w:val="0"/>
                <w:sz w:val="18"/>
              </w:rPr>
              <w:t>师：小数加、减法怎样列竖式计算呢？列竖式时，怎么对齐？</w:t>
            </w:r>
          </w:p>
          <w:p>
            <w:pPr>
              <w:spacing w:after="20" w:line="276" w:lineRule="auto"/>
            </w:pPr>
            <w:r>
              <w:rPr>
                <w:rFonts w:ascii="宋体" w:hAnsi="宋体" w:eastAsia="宋体"/>
                <w:b w:val="0"/>
                <w:sz w:val="18"/>
              </w:rPr>
              <w:t>教师指定一个小组板演竖式，让学生边板演边说算理，重点说计算的过程。</w:t>
            </w:r>
          </w:p>
          <w:p>
            <w:pPr>
              <w:spacing w:after="20" w:line="276" w:lineRule="auto"/>
            </w:pPr>
            <w:r>
              <w:rPr>
                <w:rFonts w:ascii="宋体" w:hAnsi="宋体" w:eastAsia="宋体"/>
                <w:b w:val="0"/>
                <w:sz w:val="18"/>
              </w:rPr>
              <w:t>师：从哪一位加起？小数部分5加8满十了怎么办？</w:t>
            </w:r>
          </w:p>
          <w:p>
            <w:pPr>
              <w:spacing w:after="20" w:line="276" w:lineRule="auto"/>
            </w:pPr>
            <w:r>
              <w:rPr>
                <w:rFonts w:ascii="宋体" w:hAnsi="宋体" w:eastAsia="宋体"/>
                <w:b w:val="0"/>
                <w:sz w:val="18"/>
              </w:rPr>
              <w:t>教师适时给予指导，使学生能规范竖式书写格式。</w:t>
            </w:r>
          </w:p>
          <w:p>
            <w:pPr>
              <w:spacing w:after="20" w:line="276" w:lineRule="auto"/>
            </w:pPr>
            <w:r>
              <w:rPr>
                <w:rFonts w:ascii="宋体" w:hAnsi="宋体" w:eastAsia="宋体"/>
                <w:b w:val="0"/>
                <w:sz w:val="18"/>
              </w:rPr>
              <w:t>2．探究小数减法。</w:t>
            </w:r>
          </w:p>
          <w:p>
            <w:pPr>
              <w:spacing w:after="20" w:line="276" w:lineRule="auto"/>
            </w:pPr>
            <w:r>
              <w:rPr>
                <w:rFonts w:ascii="宋体" w:hAnsi="宋体" w:eastAsia="宋体"/>
                <w:b w:val="0"/>
                <w:sz w:val="18"/>
              </w:rPr>
              <w:t>课件出示教科书P90例4第(2)题。</w:t>
            </w:r>
          </w:p>
          <w:p>
            <w:pPr>
              <w:spacing w:after="20" w:line="276" w:lineRule="auto"/>
            </w:pPr>
            <w:r>
              <w:rPr>
                <w:rFonts w:ascii="宋体" w:hAnsi="宋体" w:eastAsia="宋体"/>
                <w:b w:val="0"/>
                <w:sz w:val="18"/>
              </w:rPr>
              <w:t>师：请同学们独立解决这个问题。</w:t>
            </w:r>
          </w:p>
          <w:p>
            <w:pPr>
              <w:spacing w:after="20" w:line="276" w:lineRule="auto"/>
            </w:pPr>
            <w:r>
              <w:rPr>
                <w:rFonts w:ascii="宋体" w:hAnsi="宋体" w:eastAsia="宋体"/>
                <w:b w:val="0"/>
                <w:sz w:val="18"/>
              </w:rPr>
              <w:t>教师指定一个小组板演竖式，让学生边板演边说算理，重点说计算的过程。</w:t>
            </w:r>
          </w:p>
          <w:p>
            <w:pPr>
              <w:spacing w:after="20" w:line="276" w:lineRule="auto"/>
            </w:pPr>
            <w:r>
              <w:rPr>
                <w:rFonts w:ascii="宋体" w:hAnsi="宋体" w:eastAsia="宋体"/>
                <w:b w:val="0"/>
                <w:sz w:val="18"/>
              </w:rPr>
              <w:t>师：从哪一位减起？小数部分的2减3，不够减怎么办？</w:t>
            </w:r>
          </w:p>
          <w:p>
            <w:pPr>
              <w:spacing w:after="20" w:line="276" w:lineRule="auto"/>
            </w:pPr>
            <w:r>
              <w:rPr>
                <w:rFonts w:ascii="宋体" w:hAnsi="宋体" w:eastAsia="宋体"/>
                <w:b w:val="0"/>
                <w:sz w:val="18"/>
              </w:rPr>
              <w:t>3．师生共同归纳。</w:t>
            </w:r>
          </w:p>
          <w:p>
            <w:pPr>
              <w:spacing w:after="20" w:line="276" w:lineRule="auto"/>
            </w:pPr>
            <w:r>
              <w:rPr>
                <w:rFonts w:ascii="宋体" w:hAnsi="宋体" w:eastAsia="宋体"/>
                <w:b w:val="0"/>
                <w:sz w:val="18"/>
              </w:rPr>
              <w:t>师：你能发现这两个竖式中小数点的位置有什么特点吗？</w:t>
            </w:r>
          </w:p>
          <w:p>
            <w:pPr>
              <w:spacing w:after="20" w:line="276" w:lineRule="auto"/>
            </w:pPr>
            <w:r>
              <w:rPr>
                <w:rFonts w:ascii="宋体" w:hAnsi="宋体" w:eastAsia="宋体"/>
                <w:b w:val="0"/>
                <w:sz w:val="18"/>
              </w:rPr>
              <w:t>小数加法竖式中，两个加数与和的小数点要对齐；小数减法竖式中，被减数、减数与差的小数点要对齐。</w:t>
            </w:r>
          </w:p>
          <w:p>
            <w:pPr>
              <w:spacing w:after="20" w:line="276" w:lineRule="auto"/>
            </w:pPr>
            <w:r>
              <w:rPr>
                <w:rFonts w:ascii="宋体" w:hAnsi="宋体" w:eastAsia="宋体"/>
                <w:b w:val="0"/>
                <w:sz w:val="18"/>
              </w:rPr>
              <w:t>师：同学们观察得很仔细，只有小数点对齐了，相同数位才会对齐。(板书)</w:t>
            </w:r>
          </w:p>
          <w:p>
            <w:pPr>
              <w:spacing w:after="20" w:line="276" w:lineRule="auto"/>
            </w:pPr>
            <w:r>
              <w:rPr>
                <w:rFonts w:ascii="宋体" w:hAnsi="宋体" w:eastAsia="宋体"/>
                <w:b w:val="0"/>
                <w:sz w:val="18"/>
              </w:rPr>
              <w:t>师：谁来说说你是怎么算的？</w:t>
            </w:r>
          </w:p>
          <w:p>
            <w:pPr>
              <w:spacing w:after="20" w:line="276" w:lineRule="auto"/>
            </w:pPr>
            <w:r>
              <w:rPr>
                <w:rFonts w:ascii="宋体" w:hAnsi="宋体" w:eastAsia="宋体"/>
                <w:b w:val="0"/>
                <w:sz w:val="18"/>
              </w:rPr>
              <w:t>列竖式计算小数加、减法，小数点要对齐，按整数加、减法的计算方法来计算，进位加的时候满十向前一位进1，退位减的时候不够减向前一位借1。最后再给和或差点上小数点。</w:t>
            </w:r>
          </w:p>
        </w:tc>
        <w:tc>
          <w:tcPr>
            <w:tcW w:type="dxa" w:w="3061"/>
          </w:tcPr>
          <w:p>
            <w:pPr>
              <w:spacing w:after="20" w:line="276" w:lineRule="auto"/>
            </w:pPr>
            <w:r/>
            <w:r>
              <w:rPr>
                <w:rFonts w:ascii="宋体" w:hAnsi="宋体" w:eastAsia="宋体"/>
                <w:b w:val="0"/>
                <w:sz w:val="18"/>
              </w:rPr>
              <w:t>学生自主探索，独立解答。</w:t>
            </w:r>
          </w:p>
          <w:p>
            <w:pPr>
              <w:spacing w:after="20" w:line="276" w:lineRule="auto"/>
            </w:pPr>
            <w:r>
              <w:rPr>
                <w:rFonts w:ascii="宋体" w:hAnsi="宋体" w:eastAsia="宋体"/>
                <w:b w:val="0"/>
                <w:sz w:val="18"/>
              </w:rPr>
              <w:t>预设1：将用“元”作单位的小数改写成用“角”作单位的整数进行计算。1.5元是15角，3.8元是38角，15角＋38角＝53角，53角是5元3角，用“元”作单位是5.3元，所以1.5＋3.8＝5.3(元)。</w:t>
            </w:r>
          </w:p>
          <w:p>
            <w:pPr>
              <w:spacing w:after="20" w:line="276" w:lineRule="auto"/>
            </w:pPr>
            <w:r>
              <w:rPr>
                <w:rFonts w:ascii="宋体" w:hAnsi="宋体" w:eastAsia="宋体"/>
                <w:b w:val="0"/>
                <w:sz w:val="18"/>
              </w:rPr>
              <w:t>学生边汇报，教师边出示课件。</w:t>
            </w:r>
          </w:p>
          <w:p>
            <w:pPr>
              <w:spacing w:after="20" w:line="276" w:lineRule="auto"/>
            </w:pPr>
            <w:r>
              <w:rPr>
                <w:rFonts w:ascii="宋体" w:hAnsi="宋体" w:eastAsia="宋体"/>
                <w:b w:val="0"/>
                <w:sz w:val="18"/>
              </w:rPr>
              <w:t>预设2：列竖式计算。</w:t>
            </w:r>
          </w:p>
          <w:p>
            <w:pPr>
              <w:spacing w:after="20" w:line="276" w:lineRule="auto"/>
            </w:pPr>
            <w:r>
              <w:rPr>
                <w:rFonts w:ascii="宋体" w:hAnsi="宋体" w:eastAsia="宋体"/>
                <w:b w:val="0"/>
                <w:sz w:val="18"/>
              </w:rPr>
              <w:t>从末位加起。5个0.1元加8个0.1元是13个0.1元，就是1元和0.3元，所以要向前一位进1。</w:t>
            </w:r>
          </w:p>
          <w:p>
            <w:pPr>
              <w:spacing w:after="20" w:line="276" w:lineRule="auto"/>
            </w:pPr>
            <w:r>
              <w:rPr>
                <w:rFonts w:ascii="宋体" w:hAnsi="宋体" w:eastAsia="宋体"/>
                <w:b w:val="0"/>
                <w:sz w:val="18"/>
              </w:rPr>
              <w:t>学生自主探索，独立解答。</w:t>
            </w:r>
          </w:p>
          <w:p>
            <w:pPr>
              <w:spacing w:after="20" w:line="276" w:lineRule="auto"/>
            </w:pPr>
            <w:r>
              <w:rPr>
                <w:rFonts w:ascii="宋体" w:hAnsi="宋体" w:eastAsia="宋体"/>
                <w:b w:val="0"/>
                <w:sz w:val="18"/>
              </w:rPr>
              <w:t>有的学生都转化成用“角”作单位来计算，大部分同学直接列竖式计算。</w:t>
            </w:r>
          </w:p>
          <w:p>
            <w:pPr>
              <w:spacing w:after="20" w:line="276" w:lineRule="auto"/>
            </w:pPr>
            <w:r>
              <w:rPr>
                <w:rFonts w:ascii="宋体" w:hAnsi="宋体" w:eastAsia="宋体"/>
                <w:b w:val="0"/>
                <w:sz w:val="18"/>
              </w:rPr>
              <w:t>从末位减起。2个0.1元减3个0.1元，不够减，向整数部分的个位借1元，也就是10个0.1元，与2个0.1元合起来就是12个0.1元，减去3个0.1元就是9个0.1元，所以，对应的小数部分下面写9。</w:t>
            </w:r>
          </w:p>
          <w:p>
            <w:pPr>
              <w:spacing w:after="20" w:line="276" w:lineRule="auto"/>
            </w:pPr>
            <w:r>
              <w:rPr>
                <w:rFonts w:ascii="宋体" w:hAnsi="宋体" w:eastAsia="宋体"/>
                <w:b w:val="0"/>
                <w:sz w:val="18"/>
              </w:rPr>
              <w:t>学生边汇报教师边引导边板书，并帮助学生理解算理。</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设计递进式探究活动，引导学生在动手实践与合作交流中经历知识形成过程，突破本课重难点，核心问题："大家有结果了吗？"</w:t>
            </w:r>
          </w:p>
        </w:tc>
      </w:tr>
      <w:tr>
        <w:tc>
          <w:tcPr>
            <w:tcW w:type="dxa" w:w="1474"/>
          </w:tcPr>
          <w:p>
            <w:pPr>
              <w:spacing w:after="20" w:line="276" w:lineRule="auto"/>
            </w:pPr>
            <w:r>
              <w:rPr>
                <w:b/>
              </w:rPr>
            </w:r>
            <w:r>
              <w:rPr>
                <w:rFonts w:ascii="宋体" w:hAnsi="宋体" w:eastAsia="宋体"/>
                <w:b/>
                <w:sz w:val="18"/>
              </w:rPr>
              <w:t>三、实践应用，列式计算</w:t>
            </w:r>
          </w:p>
        </w:tc>
        <w:tc>
          <w:tcPr>
            <w:tcW w:type="dxa" w:w="3061"/>
          </w:tcPr>
          <w:p>
            <w:pPr>
              <w:spacing w:after="20" w:line="276" w:lineRule="auto"/>
            </w:pPr>
            <w:r/>
            <w:r>
              <w:rPr>
                <w:rFonts w:ascii="宋体" w:hAnsi="宋体" w:eastAsia="宋体"/>
                <w:b w:val="0"/>
                <w:sz w:val="18"/>
              </w:rPr>
              <w:t>1.完成教科书P90“做一做”。</w:t>
            </w:r>
          </w:p>
          <w:p>
            <w:pPr>
              <w:spacing w:after="20" w:line="276" w:lineRule="auto"/>
            </w:pPr>
            <w:r>
              <w:rPr>
                <w:rFonts w:ascii="宋体" w:hAnsi="宋体" w:eastAsia="宋体"/>
                <w:b w:val="0"/>
                <w:sz w:val="18"/>
              </w:rPr>
              <w:t>(1)学生自主在教科书上完成后展示交流。</w:t>
            </w:r>
          </w:p>
          <w:p>
            <w:pPr>
              <w:spacing w:after="20" w:line="276" w:lineRule="auto"/>
            </w:pPr>
            <w:r>
              <w:rPr>
                <w:rFonts w:ascii="宋体" w:hAnsi="宋体" w:eastAsia="宋体"/>
                <w:b w:val="0"/>
                <w:sz w:val="18"/>
              </w:rPr>
              <w:t>(2)教师进一步引导学生交流怎么计算。</w:t>
            </w:r>
          </w:p>
          <w:p>
            <w:pPr>
              <w:spacing w:after="20" w:line="276" w:lineRule="auto"/>
            </w:pPr>
            <w:r>
              <w:rPr>
                <w:rFonts w:ascii="宋体" w:hAnsi="宋体" w:eastAsia="宋体"/>
                <w:b w:val="0"/>
                <w:sz w:val="18"/>
              </w:rPr>
              <w:t>2．完成教科书P91“练习十六”第4题。</w:t>
            </w:r>
          </w:p>
          <w:p>
            <w:pPr>
              <w:spacing w:after="20" w:line="276" w:lineRule="auto"/>
            </w:pPr>
            <w:r>
              <w:rPr>
                <w:rFonts w:ascii="宋体" w:hAnsi="宋体" w:eastAsia="宋体"/>
                <w:b w:val="0"/>
                <w:sz w:val="18"/>
              </w:rPr>
              <w:t>教师引导学生分析每个问题中的数量关系，再列式解答。</w:t>
            </w:r>
          </w:p>
          <w:p>
            <w:pPr>
              <w:spacing w:after="20" w:line="276" w:lineRule="auto"/>
            </w:pPr>
            <w:r>
              <w:rPr>
                <w:rFonts w:ascii="宋体" w:hAnsi="宋体" w:eastAsia="宋体"/>
                <w:b w:val="0"/>
                <w:sz w:val="18"/>
              </w:rPr>
              <w:t>3．完成教科书P92“练习十六”第5题。</w:t>
            </w:r>
          </w:p>
          <w:p>
            <w:pPr>
              <w:spacing w:after="20" w:line="276" w:lineRule="auto"/>
            </w:pPr>
            <w:r>
              <w:rPr>
                <w:rFonts w:ascii="宋体" w:hAnsi="宋体" w:eastAsia="宋体"/>
                <w:b w:val="0"/>
                <w:sz w:val="18"/>
              </w:rPr>
              <w:t>第(1)题引导学生注意减去重叠部分。</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师：同学们，本节课我们学习了小数加、减法，你认为小数加、减法与整数加、减法有什么相同的地方和不同的地方？</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利用购物情境，借助人民币元、角之间的关系，沟通整数与小数加、减法之间的联系，理解算理的同时感受整数与小数加、减法的一致性。在探究过程中，学生观察情境图，自主获取数学信息，自主尝试和探索，掌握计算方法的同时发展分析推理能力。</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教科书P90例4及“做一做”，教科书P91～92“练习十六”第4，5题。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因为都是一位小数相加、减，所以无论是将小数通过单位转换化成整数再计算还是列竖式计算，学生计算都很少出错。但是要让学生体会到相同计数单位相加、减，理解小数点对齐就是为了让小数的相同数位对齐，还是有难度，因为还没有涉及小数的数位，只能用相同计数单位表达。这个地方还需要结合具体的情境多让学生交流。</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整理和复习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整理和复习</w:t>
            </w:r>
          </w:p>
        </w:tc>
        <w:tc>
          <w:tcPr>
            <w:tcW w:type="dxa" w:w="6009"/>
          </w:tcPr>
          <w:p>
            <w:pPr>
              <w:spacing w:after="20" w:line="276" w:lineRule="auto"/>
            </w:pPr>
            <w:r/>
            <w:r>
              <w:rPr>
                <w:rFonts w:ascii="宋体" w:hAnsi="宋体" w:eastAsia="宋体"/>
                <w:b w:val="0"/>
                <w:sz w:val="20"/>
              </w:rPr>
              <w:t>第6单元 小数的初步认识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学生对小数的认识是数概念的一次拓展，它需要经历一个由感性认识到理性认识的发展过程。小数在现实生活中有着广泛的应用，即便是一、二年级的学生，也经常会接触到一些小数。但是由于思维定势的作用，对小数的位值理解，学生还是有困难，需要多结合具体的情境理解。因此教科书主要是让学生借助具体的量和几何直观图，直观感受小数与十进制分数之间的关系，初步认识小数。</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教学内容：教科书P93“整理和复习”，教科书P94“练习十七”第1～4题。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（1）整理本单元的学习内容，沟通整数、分数和小数之间的联系，形成知识体系。</w:t>
      </w:r>
    </w:p>
    <w:p>
      <w:pPr>
        <w:spacing w:after="20" w:line="300" w:lineRule="auto"/>
        <w:ind w:firstLine="400"/>
      </w:pPr>
      <w:r>
        <w:rPr>
          <w:rFonts w:ascii="宋体" w:hAnsi="宋体" w:eastAsia="宋体"/>
          <w:b w:val="0"/>
          <w:sz w:val="20"/>
        </w:rPr>
        <w:t>（2）进一步巩固本单元的学习内容，加深对小数的含义、小数加减法及小数大小比较的理解，发展数感和运算能力。</w:t>
      </w:r>
    </w:p>
    <w:p>
      <w:pPr>
        <w:spacing w:after="20" w:line="300" w:lineRule="auto"/>
        <w:ind w:firstLine="400"/>
      </w:pPr>
      <w:r>
        <w:rPr>
          <w:rFonts w:ascii="宋体" w:hAnsi="宋体" w:eastAsia="宋体"/>
          <w:b w:val="0"/>
          <w:sz w:val="20"/>
        </w:rPr>
        <w:t>（3）进一步发展学生整理知识的能力，积累整理经验。</w:t>
      </w:r>
    </w:p>
    <w:p>
      <w:pPr>
        <w:spacing w:after="20" w:line="300" w:lineRule="auto"/>
      </w:pPr>
      <w:r>
        <w:rPr>
          <w:rFonts w:ascii="宋体" w:hAnsi="宋体" w:eastAsia="宋体"/>
          <w:b w:val="0"/>
          <w:sz w:val="20"/>
        </w:rPr>
        <w:t>教学重点：进一步巩固本单元所学知识。</w:t>
      </w:r>
    </w:p>
    <w:p>
      <w:pPr>
        <w:spacing w:after="20" w:line="300" w:lineRule="auto"/>
      </w:pPr>
      <w:r>
        <w:rPr>
          <w:rFonts w:ascii="宋体" w:hAnsi="宋体" w:eastAsia="宋体"/>
          <w:b w:val="0"/>
          <w:sz w:val="20"/>
        </w:rPr>
        <w:t>教学难点：沟通整数、分数和小数之间的联系。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一、理解“知识结构图”，整理本单元知识</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同学们，学习本单元，你有哪些收获呢？；这是小丽整理的本单元的“知识结构图”，你能看懂吗？</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二、补充完善，自主建构“知识结构图”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你认为小丽的这个“知识结构图”还有需要补充完善的地方吗？；你认为整数、分数和小数之间有怎样的联系呢？</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三、错例分析，查漏补缺</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四、实践应用，复习巩固</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同学们，通过本节课的整理和复习，你有哪些新的收获呢？解决了哪些你学习中不懂的地方呢？</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一、理解“知识结构图”，整理本单元知识</w:t>
            </w:r>
          </w:p>
        </w:tc>
        <w:tc>
          <w:tcPr>
            <w:tcW w:type="dxa" w:w="3061"/>
          </w:tcPr>
          <w:p>
            <w:pPr>
              <w:spacing w:after="20" w:line="276" w:lineRule="auto"/>
            </w:pPr>
            <w:r/>
            <w:r>
              <w:rPr>
                <w:rFonts w:ascii="宋体" w:hAnsi="宋体" w:eastAsia="宋体"/>
                <w:b w:val="0"/>
                <w:sz w:val="18"/>
              </w:rPr>
              <w:t>师：同学们，学习本单元，你有哪些收获呢？(板书课题：整理和复习)</w:t>
            </w:r>
          </w:p>
          <w:p>
            <w:pPr>
              <w:spacing w:after="20" w:line="276" w:lineRule="auto"/>
            </w:pPr>
            <w:r>
              <w:rPr>
                <w:rFonts w:ascii="宋体" w:hAnsi="宋体" w:eastAsia="宋体"/>
                <w:b w:val="0"/>
                <w:sz w:val="18"/>
              </w:rPr>
              <w:t>师：这是小丽整理的本单元的“知识结构图”，你能看懂吗？</w:t>
            </w:r>
          </w:p>
          <w:p>
            <w:pPr>
              <w:spacing w:after="20" w:line="276" w:lineRule="auto"/>
            </w:pPr>
            <w:r>
              <w:rPr>
                <w:rFonts w:ascii="宋体" w:hAnsi="宋体" w:eastAsia="宋体"/>
                <w:b w:val="0"/>
                <w:sz w:val="18"/>
              </w:rPr>
              <w:t>课件呈现教科书P93小丽整理的“知识结构图”。</w:t>
            </w:r>
          </w:p>
          <w:p>
            <w:pPr>
              <w:spacing w:after="20" w:line="276" w:lineRule="auto"/>
            </w:pPr>
            <w:r>
              <w:rPr>
                <w:rFonts w:ascii="宋体" w:hAnsi="宋体" w:eastAsia="宋体"/>
                <w:b w:val="0"/>
                <w:sz w:val="18"/>
              </w:rPr>
              <w:t>师：这个“知识结构图”中包括哪几个部分？</w:t>
            </w:r>
          </w:p>
          <w:p>
            <w:pPr>
              <w:spacing w:after="20" w:line="276" w:lineRule="auto"/>
            </w:pPr>
            <w:r>
              <w:rPr>
                <w:rFonts w:ascii="宋体" w:hAnsi="宋体" w:eastAsia="宋体"/>
                <w:b w:val="0"/>
                <w:sz w:val="18"/>
              </w:rPr>
              <w:t>引导学生理解此“知识结构图”包括三部分：</w:t>
            </w:r>
          </w:p>
          <w:p>
            <w:pPr>
              <w:spacing w:after="20" w:line="276" w:lineRule="auto"/>
            </w:pPr>
            <w:r>
              <w:rPr>
                <w:rFonts w:ascii="宋体" w:hAnsi="宋体" w:eastAsia="宋体"/>
                <w:b w:val="0"/>
                <w:sz w:val="18"/>
              </w:rPr>
              <w:t>第一部分借助单位和直观图，理解小数的意义，小数是十进制分数的另一种书写形式，一位小数的计数单位是0.1。</w:t>
            </w:r>
          </w:p>
          <w:p>
            <w:pPr>
              <w:spacing w:after="20" w:line="276" w:lineRule="auto"/>
            </w:pPr>
            <w:r>
              <w:rPr>
                <w:rFonts w:ascii="宋体" w:hAnsi="宋体" w:eastAsia="宋体"/>
                <w:b w:val="0"/>
                <w:sz w:val="18"/>
              </w:rPr>
              <w:t>第二部分借助直观图理解小数加、减法的意义，相同的计数单位相加、减。</w:t>
            </w:r>
          </w:p>
          <w:p>
            <w:pPr>
              <w:spacing w:after="20" w:line="276" w:lineRule="auto"/>
            </w:pPr>
            <w:r>
              <w:rPr>
                <w:rFonts w:ascii="宋体" w:hAnsi="宋体" w:eastAsia="宋体"/>
                <w:b w:val="0"/>
                <w:sz w:val="18"/>
              </w:rPr>
              <w:t>第三部分通过竖式复习小数加、减法的计算方法，列竖式计算时小数点要对齐。</w:t>
            </w:r>
          </w:p>
          <w:p>
            <w:pPr>
              <w:spacing w:after="20" w:line="276" w:lineRule="auto"/>
            </w:pPr>
            <w:r>
              <w:rPr>
                <w:rFonts w:ascii="宋体" w:hAnsi="宋体" w:eastAsia="宋体"/>
                <w:b w:val="0"/>
                <w:sz w:val="18"/>
              </w:rPr>
              <w:t>教师适时板书。</w:t>
            </w:r>
          </w:p>
        </w:tc>
        <w:tc>
          <w:tcPr>
            <w:tcW w:type="dxa" w:w="3061"/>
          </w:tcPr>
          <w:p>
            <w:pPr>
              <w:spacing w:after="20" w:line="276" w:lineRule="auto"/>
            </w:pPr>
            <w:r/>
            <w:r>
              <w:rPr>
                <w:rFonts w:ascii="宋体" w:hAnsi="宋体" w:eastAsia="宋体"/>
                <w:b w:val="0"/>
                <w:sz w:val="18"/>
              </w:rPr>
              <w:t>学生自由交流。</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引导学生回顾梳理本课所学，完善认知结构，提升归纳与反思能力，核心问题："同学们，学习本单元，你有哪些收获呢？"</w:t>
            </w:r>
          </w:p>
        </w:tc>
      </w:tr>
      <w:tr>
        <w:tc>
          <w:tcPr>
            <w:tcW w:type="dxa" w:w="1474"/>
          </w:tcPr>
          <w:p>
            <w:pPr>
              <w:spacing w:after="20" w:line="276" w:lineRule="auto"/>
            </w:pPr>
            <w:r>
              <w:rPr>
                <w:b/>
              </w:rPr>
            </w:r>
            <w:r>
              <w:rPr>
                <w:rFonts w:ascii="宋体" w:hAnsi="宋体" w:eastAsia="宋体"/>
                <w:b/>
                <w:sz w:val="18"/>
              </w:rPr>
              <w:t>二、补充完善，自主建构“知识结构图”</w:t>
            </w:r>
          </w:p>
        </w:tc>
        <w:tc>
          <w:tcPr>
            <w:tcW w:type="dxa" w:w="3061"/>
          </w:tcPr>
          <w:p>
            <w:pPr>
              <w:spacing w:after="20" w:line="276" w:lineRule="auto"/>
            </w:pPr>
            <w:r/>
            <w:r>
              <w:rPr>
                <w:rFonts w:ascii="宋体" w:hAnsi="宋体" w:eastAsia="宋体"/>
                <w:b w:val="0"/>
                <w:sz w:val="18"/>
              </w:rPr>
              <w:t>1.问题引领，发现问题。</w:t>
            </w:r>
          </w:p>
          <w:p>
            <w:pPr>
              <w:spacing w:after="20" w:line="276" w:lineRule="auto"/>
            </w:pPr>
            <w:r>
              <w:rPr>
                <w:rFonts w:ascii="宋体" w:hAnsi="宋体" w:eastAsia="宋体"/>
                <w:b w:val="0"/>
                <w:sz w:val="18"/>
              </w:rPr>
              <w:t>师：你认为小丽的这个“知识结构图”还有需要补充完善的地方吗？</w:t>
            </w:r>
          </w:p>
          <w:p>
            <w:pPr>
              <w:spacing w:after="20" w:line="276" w:lineRule="auto"/>
            </w:pPr>
            <w:r>
              <w:rPr>
                <w:rFonts w:ascii="宋体" w:hAnsi="宋体" w:eastAsia="宋体"/>
                <w:b w:val="0"/>
                <w:sz w:val="18"/>
              </w:rPr>
              <w:t>引导学生发现，还需补充两位小数的意义、小数的大小比较。</w:t>
            </w:r>
          </w:p>
          <w:p>
            <w:pPr>
              <w:spacing w:after="20" w:line="276" w:lineRule="auto"/>
            </w:pPr>
            <w:r>
              <w:rPr>
                <w:rFonts w:ascii="宋体" w:hAnsi="宋体" w:eastAsia="宋体"/>
                <w:b w:val="0"/>
                <w:sz w:val="18"/>
              </w:rPr>
              <w:t>师：你认为整数、分数和小数之间有怎样的联系呢？</w:t>
            </w:r>
          </w:p>
          <w:p>
            <w:pPr>
              <w:spacing w:after="20" w:line="276" w:lineRule="auto"/>
            </w:pPr>
            <w:r>
              <w:rPr>
                <w:rFonts w:ascii="宋体" w:hAnsi="宋体" w:eastAsia="宋体"/>
                <w:b w:val="0"/>
                <w:sz w:val="18"/>
              </w:rPr>
              <w:t>引导学生交流理解：</w:t>
            </w:r>
          </w:p>
          <w:p>
            <w:pPr>
              <w:spacing w:after="20" w:line="276" w:lineRule="auto"/>
            </w:pPr>
            <w:r>
              <w:rPr>
                <w:rFonts w:ascii="宋体" w:hAnsi="宋体" w:eastAsia="宋体"/>
                <w:b w:val="0"/>
                <w:sz w:val="18"/>
              </w:rPr>
              <w:t>①小数是分数的另一种书写形式；通过单位转换，小数和整数可以相互转化。</w:t>
            </w:r>
          </w:p>
          <w:p>
            <w:pPr>
              <w:spacing w:after="20" w:line="276" w:lineRule="auto"/>
            </w:pPr>
            <w:r>
              <w:rPr>
                <w:rFonts w:ascii="宋体" w:hAnsi="宋体" w:eastAsia="宋体"/>
                <w:b w:val="0"/>
                <w:sz w:val="18"/>
              </w:rPr>
              <w:t>②比较小数的大小时，先看整数部分，整数部分大的那个数大，再比较小数部分，小数部分大的那个数大。小数的加、减法跟整数加、减法类似，都是相同数位上的数相加、减，列竖式时，相同数位对齐。而小数的小数点对齐了就表示相同数位对齐了。</w:t>
            </w:r>
          </w:p>
          <w:p>
            <w:pPr>
              <w:spacing w:after="20" w:line="276" w:lineRule="auto"/>
            </w:pPr>
            <w:r>
              <w:rPr>
                <w:rFonts w:ascii="宋体" w:hAnsi="宋体" w:eastAsia="宋体"/>
                <w:b w:val="0"/>
                <w:sz w:val="18"/>
              </w:rPr>
              <w:t>教师边引导边适时板书。</w:t>
            </w:r>
          </w:p>
          <w:p>
            <w:pPr>
              <w:spacing w:after="20" w:line="276" w:lineRule="auto"/>
            </w:pPr>
            <w:r>
              <w:rPr>
                <w:rFonts w:ascii="宋体" w:hAnsi="宋体" w:eastAsia="宋体"/>
                <w:b w:val="0"/>
                <w:sz w:val="18"/>
              </w:rPr>
              <w:t>师：既然小数和分数、整数有这么紧密的联系和相同的地方，为什么还要学习小数呢？</w:t>
            </w:r>
          </w:p>
          <w:p>
            <w:pPr>
              <w:spacing w:after="20" w:line="276" w:lineRule="auto"/>
            </w:pPr>
            <w:r>
              <w:rPr>
                <w:rFonts w:ascii="宋体" w:hAnsi="宋体" w:eastAsia="宋体"/>
                <w:b w:val="0"/>
                <w:sz w:val="18"/>
              </w:rPr>
              <w:t>师：请同学们根据我们刚才的分析，以小组为单位，自主整理出一个本单元的“知识结构图”。</w:t>
            </w:r>
          </w:p>
          <w:p>
            <w:pPr>
              <w:spacing w:after="20" w:line="276" w:lineRule="auto"/>
            </w:pPr>
            <w:r>
              <w:rPr>
                <w:rFonts w:ascii="宋体" w:hAnsi="宋体" w:eastAsia="宋体"/>
                <w:b w:val="0"/>
                <w:sz w:val="18"/>
              </w:rPr>
              <w:t>教师巡视，听听学生思考，个别指导。</w:t>
            </w:r>
          </w:p>
          <w:p>
            <w:pPr>
              <w:spacing w:after="20" w:line="276" w:lineRule="auto"/>
            </w:pPr>
            <w:r>
              <w:rPr>
                <w:rFonts w:ascii="宋体" w:hAnsi="宋体" w:eastAsia="宋体"/>
                <w:b w:val="0"/>
                <w:sz w:val="18"/>
              </w:rPr>
              <w:t>3．展示交流，互动评价，形成完整的“知识结构图”。</w:t>
            </w:r>
          </w:p>
          <w:p>
            <w:pPr>
              <w:spacing w:after="20" w:line="276" w:lineRule="auto"/>
            </w:pPr>
            <w:r>
              <w:rPr>
                <w:rFonts w:ascii="宋体" w:hAnsi="宋体" w:eastAsia="宋体"/>
                <w:b w:val="0"/>
                <w:sz w:val="18"/>
              </w:rPr>
              <w:t>指名小组展示整理好的“知识结构图”，师生互动评价，教师根据展示内容适时板书。</w:t>
            </w:r>
          </w:p>
        </w:tc>
        <w:tc>
          <w:tcPr>
            <w:tcW w:type="dxa" w:w="3061"/>
          </w:tcPr>
          <w:p>
            <w:pPr>
              <w:spacing w:after="20" w:line="276" w:lineRule="auto"/>
            </w:pPr>
            <w:r/>
            <w:r>
              <w:rPr>
                <w:rFonts w:ascii="宋体" w:hAnsi="宋体" w:eastAsia="宋体"/>
                <w:b w:val="0"/>
                <w:sz w:val="18"/>
              </w:rPr>
              <w:t>预设1：有些数用整数难以表示出来，比如，1.80元，说成1元8角比较麻烦。</w:t>
            </w:r>
          </w:p>
          <w:p>
            <w:pPr>
              <w:spacing w:after="20" w:line="276" w:lineRule="auto"/>
            </w:pPr>
            <w:r>
              <w:rPr>
                <w:rFonts w:ascii="宋体" w:hAnsi="宋体" w:eastAsia="宋体"/>
                <w:b w:val="0"/>
                <w:sz w:val="18"/>
              </w:rPr>
              <w:t>预设2：小数有跟整数、分数不同的地方……</w:t>
            </w:r>
          </w:p>
          <w:p>
            <w:pPr>
              <w:spacing w:after="20" w:line="276" w:lineRule="auto"/>
            </w:pPr>
            <w:r>
              <w:rPr>
                <w:rFonts w:ascii="宋体" w:hAnsi="宋体" w:eastAsia="宋体"/>
                <w:b w:val="0"/>
                <w:sz w:val="18"/>
              </w:rPr>
              <w:t>2．小组合作，自主整理“知识结构图”。</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设计递进式探究活动，引导学生在动手实践与合作交流中经历知识形成过程，突破本课重难点，核心问题："你认为小丽的这个“知识结构图”还有需要补充完善的地方吗？"</w:t>
            </w:r>
          </w:p>
        </w:tc>
      </w:tr>
      <w:tr>
        <w:tc>
          <w:tcPr>
            <w:tcW w:type="dxa" w:w="1474"/>
          </w:tcPr>
          <w:p>
            <w:pPr>
              <w:spacing w:after="20" w:line="276" w:lineRule="auto"/>
            </w:pPr>
            <w:r>
              <w:rPr>
                <w:b/>
              </w:rPr>
            </w:r>
            <w:r>
              <w:rPr>
                <w:rFonts w:ascii="宋体" w:hAnsi="宋体" w:eastAsia="宋体"/>
                <w:b/>
                <w:sz w:val="18"/>
              </w:rPr>
              <w:t>三、错例分析，查漏补缺</w:t>
            </w:r>
          </w:p>
        </w:tc>
        <w:tc>
          <w:tcPr>
            <w:tcW w:type="dxa" w:w="3061"/>
          </w:tcPr>
          <w:p>
            <w:pPr>
              <w:spacing w:after="20" w:line="276" w:lineRule="auto"/>
            </w:pPr>
            <w:r/>
            <w:r>
              <w:rPr>
                <w:rFonts w:ascii="宋体" w:hAnsi="宋体" w:eastAsia="宋体"/>
                <w:b w:val="0"/>
                <w:sz w:val="18"/>
              </w:rPr>
              <w:t>课件出示习题。</w:t>
            </w:r>
          </w:p>
          <w:p>
            <w:pPr>
              <w:spacing w:after="20" w:line="276" w:lineRule="auto"/>
            </w:pPr>
            <w:r>
              <w:rPr>
                <w:rFonts w:ascii="宋体" w:hAnsi="宋体" w:eastAsia="宋体"/>
                <w:b w:val="0"/>
                <w:sz w:val="18"/>
              </w:rPr>
              <w:t>判断。</w:t>
            </w:r>
          </w:p>
          <w:p>
            <w:pPr>
              <w:spacing w:after="20" w:line="276" w:lineRule="auto"/>
            </w:pPr>
            <w:r>
              <w:rPr>
                <w:rFonts w:ascii="宋体" w:hAnsi="宋体" w:eastAsia="宋体"/>
                <w:b w:val="0"/>
                <w:sz w:val="18"/>
              </w:rPr>
              <w:t>(1)6分米用分数表示是分米，用小数表示是0.6分米。(　　)</w:t>
            </w:r>
          </w:p>
          <w:p>
            <w:pPr>
              <w:spacing w:after="20" w:line="276" w:lineRule="auto"/>
            </w:pPr>
            <w:r>
              <w:rPr>
                <w:rFonts w:ascii="宋体" w:hAnsi="宋体" w:eastAsia="宋体"/>
                <w:b w:val="0"/>
                <w:sz w:val="18"/>
              </w:rPr>
              <w:t>(2)小数都比1小。(　　)</w:t>
            </w:r>
          </w:p>
          <w:p>
            <w:pPr>
              <w:spacing w:after="20" w:line="276" w:lineRule="auto"/>
            </w:pPr>
            <w:r>
              <w:rPr>
                <w:rFonts w:ascii="宋体" w:hAnsi="宋体" w:eastAsia="宋体"/>
                <w:b w:val="0"/>
                <w:sz w:val="18"/>
              </w:rPr>
              <w:t>(3)列竖式计算：10.2＋5＝10.7(　　)</w:t>
            </w:r>
          </w:p>
          <w:p>
            <w:pPr>
              <w:spacing w:after="20" w:line="276" w:lineRule="auto"/>
            </w:pPr>
            <w:r>
              <w:rPr>
                <w:rFonts w:ascii="宋体" w:hAnsi="宋体" w:eastAsia="宋体"/>
                <w:b w:val="0"/>
                <w:sz w:val="18"/>
              </w:rPr>
              <w:t>师：请同学们判断对错，并说明理由。</w:t>
            </w:r>
          </w:p>
          <w:p>
            <w:pPr>
              <w:spacing w:after="20" w:line="276" w:lineRule="auto"/>
            </w:pPr>
            <w:r>
              <w:rPr>
                <w:rFonts w:ascii="宋体" w:hAnsi="宋体" w:eastAsia="宋体"/>
                <w:b w:val="0"/>
                <w:sz w:val="18"/>
              </w:rPr>
              <w:t>(2)这个说法是错误的。一个小数的小数点前面可以是任意一个自然数，如红红的身高是1.2米、文文家上个月缴电费206.30元等，这些小数都比1大。所以小数不是都比1小。</w:t>
            </w:r>
          </w:p>
          <w:p>
            <w:pPr>
              <w:spacing w:after="20" w:line="276" w:lineRule="auto"/>
            </w:pPr>
            <w:r>
              <w:rPr>
                <w:rFonts w:ascii="宋体" w:hAnsi="宋体" w:eastAsia="宋体"/>
                <w:b w:val="0"/>
                <w:sz w:val="18"/>
              </w:rPr>
              <w:t>(3)这个说法是错误的。相同数位没有对齐。</w:t>
            </w:r>
          </w:p>
          <w:p>
            <w:pPr>
              <w:spacing w:after="20" w:line="276" w:lineRule="auto"/>
            </w:pPr>
            <w:r>
              <w:rPr>
                <w:rFonts w:ascii="宋体" w:hAnsi="宋体" w:eastAsia="宋体"/>
                <w:b w:val="0"/>
                <w:sz w:val="18"/>
              </w:rPr>
              <w:t>师小结：(1)在整数、小数、分数相互转化的过程中，要注意单位的转化。</w:t>
            </w:r>
          </w:p>
          <w:p>
            <w:pPr>
              <w:spacing w:after="20" w:line="276" w:lineRule="auto"/>
            </w:pPr>
            <w:r>
              <w:rPr>
                <w:rFonts w:ascii="宋体" w:hAnsi="宋体" w:eastAsia="宋体"/>
                <w:b w:val="0"/>
                <w:sz w:val="18"/>
              </w:rPr>
              <w:t>(2)一个小数的小数点前面可以是任意一个自然数，这些小数可能比1大。所以小数不是都比1小。</w:t>
            </w:r>
          </w:p>
          <w:p>
            <w:pPr>
              <w:spacing w:after="20" w:line="276" w:lineRule="auto"/>
            </w:pPr>
            <w:r>
              <w:rPr>
                <w:rFonts w:ascii="宋体" w:hAnsi="宋体" w:eastAsia="宋体"/>
                <w:b w:val="0"/>
                <w:sz w:val="18"/>
              </w:rPr>
              <w:t>(3)计算小数加、减法时，小数点对齐(即相同数位对齐)，整数部分要和整数部分对齐，小数部分要和小数部分对齐。</w:t>
            </w:r>
          </w:p>
          <w:p>
            <w:pPr>
              <w:spacing w:after="20" w:line="276" w:lineRule="auto"/>
            </w:pPr>
            <w:r>
              <w:rPr>
                <w:rFonts w:ascii="宋体" w:hAnsi="宋体" w:eastAsia="宋体"/>
                <w:b w:val="0"/>
                <w:sz w:val="18"/>
              </w:rPr>
              <w:t>教师适时板书。</w:t>
            </w:r>
          </w:p>
        </w:tc>
        <w:tc>
          <w:tcPr>
            <w:tcW w:type="dxa" w:w="3061"/>
          </w:tcPr>
          <w:p>
            <w:pPr>
              <w:spacing w:after="20" w:line="276" w:lineRule="auto"/>
            </w:pPr>
            <w:r/>
            <w:r>
              <w:rPr>
                <w:rFonts w:ascii="宋体" w:hAnsi="宋体" w:eastAsia="宋体"/>
                <w:b w:val="0"/>
                <w:sz w:val="18"/>
              </w:rPr>
              <w:t>(1)这个说法是错误的。6分米用分数和小数表示时，单位应转化成同一类计量单位中的高级单位，也就是分米应转化成米，即6分米＝米＝0.6米。</w:t>
            </w:r>
          </w:p>
          <w:p>
            <w:pPr>
              <w:spacing w:after="20" w:line="276" w:lineRule="auto"/>
            </w:pPr>
            <w:r>
              <w:rPr>
                <w:rFonts w:ascii="宋体" w:hAnsi="宋体" w:eastAsia="宋体"/>
                <w:b w:val="0"/>
                <w:sz w:val="18"/>
              </w:rPr>
              <w:t>学生判断第(3)题是错误的之后，教师引导学生说说正确的竖式计算是怎样的。</w:t>
            </w:r>
          </w:p>
          <w:p>
            <w:pPr>
              <w:spacing w:after="20" w:line="276" w:lineRule="auto"/>
            </w:pPr>
            <w:r>
              <w:rPr>
                <w:rFonts w:ascii="宋体" w:hAnsi="宋体" w:eastAsia="宋体"/>
                <w:b w:val="0"/>
                <w:sz w:val="18"/>
              </w:rPr>
              <w:t>学生辨析后，课件出示正确算法。</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四、实践应用，复习巩固</w:t>
            </w:r>
          </w:p>
        </w:tc>
        <w:tc>
          <w:tcPr>
            <w:tcW w:type="dxa" w:w="3061"/>
          </w:tcPr>
          <w:p>
            <w:pPr>
              <w:spacing w:after="20" w:line="276" w:lineRule="auto"/>
            </w:pPr>
            <w:r/>
            <w:r>
              <w:rPr>
                <w:rFonts w:ascii="宋体" w:hAnsi="宋体" w:eastAsia="宋体"/>
                <w:b w:val="0"/>
                <w:sz w:val="18"/>
              </w:rPr>
              <w:t>1.完成教科书P94“练习十七”第1～3题。</w:t>
            </w:r>
          </w:p>
          <w:p>
            <w:pPr>
              <w:spacing w:after="20" w:line="276" w:lineRule="auto"/>
            </w:pPr>
            <w:r>
              <w:rPr>
                <w:rFonts w:ascii="宋体" w:hAnsi="宋体" w:eastAsia="宋体"/>
                <w:b w:val="0"/>
                <w:sz w:val="18"/>
              </w:rPr>
              <w:t>2．完成教科书P94“练习十七”第4题。</w:t>
            </w:r>
          </w:p>
          <w:p>
            <w:pPr>
              <w:spacing w:after="20" w:line="276" w:lineRule="auto"/>
            </w:pPr>
            <w:r>
              <w:rPr>
                <w:rFonts w:ascii="宋体" w:hAnsi="宋体" w:eastAsia="宋体"/>
                <w:b w:val="0"/>
                <w:sz w:val="18"/>
              </w:rPr>
              <w:t>(1)学生自主写小数。</w:t>
            </w:r>
          </w:p>
          <w:p>
            <w:pPr>
              <w:spacing w:after="20" w:line="276" w:lineRule="auto"/>
            </w:pPr>
            <w:r>
              <w:rPr>
                <w:rFonts w:ascii="宋体" w:hAnsi="宋体" w:eastAsia="宋体"/>
                <w:b w:val="0"/>
                <w:sz w:val="18"/>
              </w:rPr>
              <w:t>(2)交流有多少个小数，自己是怎么写的。</w:t>
            </w:r>
          </w:p>
          <w:p>
            <w:pPr>
              <w:spacing w:after="20" w:line="276" w:lineRule="auto"/>
            </w:pPr>
            <w:r>
              <w:rPr>
                <w:rFonts w:ascii="宋体" w:hAnsi="宋体" w:eastAsia="宋体"/>
                <w:b w:val="0"/>
                <w:sz w:val="18"/>
              </w:rPr>
              <w:t>(3)引导学生有序思考，才能不重复、不遗漏。</w:t>
            </w:r>
          </w:p>
        </w:tc>
        <w:tc>
          <w:tcPr>
            <w:tcW w:type="dxa" w:w="3061"/>
          </w:tcPr>
          <w:p>
            <w:pPr>
              <w:spacing w:after="20" w:line="276" w:lineRule="auto"/>
            </w:pPr>
            <w:r/>
            <w:r>
              <w:rPr>
                <w:rFonts w:ascii="宋体" w:hAnsi="宋体" w:eastAsia="宋体"/>
                <w:b w:val="0"/>
                <w:sz w:val="18"/>
              </w:rPr>
              <w:t>学生自主在教科书上完成后，再全班交流。</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师：同学们，通过本节课的整理和复习，你有哪些新的收获呢？解决了哪些你学习中不懂的地方呢？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问题驱动，引导学生查漏补缺，系统地掌握本单元所学的知识，并建构知识间的联系，将小数的认识纳入到前面已经学习过的整数、分数认知系统中，从而从数学的本质角度认识小数。再通过判断、计算等练习进一步深化对知识理解。</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整理和复习</w:t>
      </w:r>
    </w:p>
    <w:p>
      <w:pPr>
        <w:spacing w:after="40" w:line="300" w:lineRule="auto"/>
      </w:pPr>
      <w:r>
        <w:rPr>
          <w:rFonts w:ascii="宋体" w:hAnsi="宋体" w:eastAsia="宋体"/>
          <w:b w:val="0"/>
          <w:sz w:val="20"/>
        </w:rPr>
        <w:t>小数是十进制分数的另一种书写形式，一位小数的计数单位是0.1。</w:t>
      </w:r>
    </w:p>
    <w:p>
      <w:pPr>
        <w:spacing w:after="40" w:line="300" w:lineRule="auto"/>
      </w:pPr>
      <w:r>
        <w:rPr>
          <w:rFonts w:ascii="宋体" w:hAnsi="宋体" w:eastAsia="宋体"/>
          <w:b w:val="0"/>
          <w:sz w:val="20"/>
        </w:rPr>
        <w:t>比较两个小数的大小：先看整数部分，整数部分大的那个数大；整数部分相同时，再比较小数部分，小数部分大的那个数大。</w:t>
      </w:r>
    </w:p>
    <w:p>
      <w:pPr>
        <w:spacing w:after="40" w:line="300" w:lineRule="auto"/>
      </w:pPr>
      <w:r>
        <w:rPr>
          <w:rFonts w:ascii="宋体" w:hAnsi="宋体" w:eastAsia="宋体"/>
          <w:b w:val="0"/>
          <w:sz w:val="20"/>
        </w:rPr>
        <w:t>小数加、减法：相同数位对齐，相同数位上的数相加、减。(与整数加、减法相似)</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教科书P93“整理和复习”，教科书P94“练习十七”第1～4题。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科书中本节课内容重在整理，引导学生沟通知识间的联系，巩固的练习相对较少，也比较简单。所以增加一道判断题，引导学生突破本单元的学习难点，通过学生的反馈，解决了学生的认知误区，效果比较好。</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