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line="300" w:lineRule="auto"/>
        <w:jc w:val="center"/>
      </w:pPr>
      <w:r>
        <w:rPr>
          <w:rFonts w:ascii="黑体" w:hAnsi="黑体" w:eastAsia="黑体"/>
          <w:b/>
          <w:sz w:val="30"/>
        </w:rPr>
        <w:t>人教版三年级数学下册</w:t>
      </w:r>
    </w:p>
    <w:p>
      <w:pPr>
        <w:spacing w:after="80" w:line="300" w:lineRule="auto"/>
        <w:jc w:val="center"/>
      </w:pPr>
      <w:r>
        <w:rPr>
          <w:rFonts w:ascii="黑体" w:hAnsi="黑体" w:eastAsia="黑体"/>
          <w:b/>
          <w:sz w:val="26"/>
        </w:rPr>
        <w:t>第7单元 复习与关联　规范教案</w:t>
      </w:r>
    </w:p>
    <w:p>
      <w:pPr>
        <w:spacing w:after="160" w:line="300" w:lineRule="auto"/>
        <w:jc w:val="center"/>
      </w:pPr>
      <w:r>
        <w:rPr>
          <w:rFonts w:ascii="楷体" w:hAnsi="楷体" w:eastAsia="楷体"/>
          <w:b w:val="0"/>
          <w:color w:val="606060"/>
          <w:sz w:val="18"/>
        </w:rPr>
        <w:t>依据《温州市小学数学教学常规（2025年版）》附件2（单元教学备课参考格式）、附件3（课时教学备课参考格式）编制</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2381"/>
            <w:shd w:val="clear" w:fill="E8EEF7"/>
          </w:tcPr>
          <w:p>
            <w:pPr>
              <w:spacing w:after="20" w:line="276" w:lineRule="auto"/>
              <w:jc w:val="center"/>
            </w:pPr>
            <w:r/>
            <w:r>
              <w:rPr>
                <w:rFonts w:ascii="黑体" w:hAnsi="黑体" w:eastAsia="黑体"/>
                <w:b/>
                <w:sz w:val="18"/>
              </w:rPr>
              <w:t>项目</w:t>
            </w:r>
          </w:p>
        </w:tc>
        <w:tc>
          <w:tcPr>
            <w:tcW w:type="dxa" w:w="7030"/>
            <w:shd w:val="clear" w:fill="E8EEF7"/>
          </w:tcPr>
          <w:p>
            <w:pPr>
              <w:spacing w:after="20" w:line="276" w:lineRule="auto"/>
              <w:jc w:val="center"/>
            </w:pPr>
            <w:r/>
            <w:r>
              <w:rPr>
                <w:rFonts w:ascii="黑体" w:hAnsi="黑体" w:eastAsia="黑体"/>
                <w:b/>
                <w:sz w:val="18"/>
              </w:rPr>
              <w:t>内容</w:t>
            </w:r>
          </w:p>
        </w:tc>
      </w:tr>
      <w:tr>
        <w:tc>
          <w:tcPr>
            <w:tcW w:type="dxa" w:w="2381"/>
          </w:tcPr>
          <w:p>
            <w:pPr>
              <w:spacing w:after="20" w:line="276" w:lineRule="auto"/>
            </w:pPr>
            <w:r/>
            <w:r>
              <w:rPr>
                <w:rFonts w:ascii="宋体" w:hAnsi="宋体" w:eastAsia="宋体"/>
                <w:b/>
                <w:sz w:val="20"/>
              </w:rPr>
              <w:t>单元内容</w:t>
            </w:r>
          </w:p>
        </w:tc>
        <w:tc>
          <w:tcPr>
            <w:tcW w:type="dxa" w:w="7030"/>
          </w:tcPr>
          <w:p>
            <w:pPr>
              <w:spacing w:after="20" w:line="276" w:lineRule="auto"/>
            </w:pPr>
            <w:r/>
            <w:r>
              <w:rPr>
                <w:rFonts w:ascii="宋体" w:hAnsi="宋体" w:eastAsia="宋体"/>
                <w:b w:val="0"/>
                <w:sz w:val="20"/>
              </w:rPr>
              <w:t>第7单元 复习与关联</w:t>
            </w:r>
          </w:p>
        </w:tc>
      </w:tr>
      <w:tr>
        <w:tc>
          <w:tcPr>
            <w:tcW w:type="dxa" w:w="2381"/>
          </w:tcPr>
          <w:p>
            <w:pPr>
              <w:spacing w:after="20" w:line="276" w:lineRule="auto"/>
            </w:pPr>
            <w:r/>
            <w:r>
              <w:rPr>
                <w:rFonts w:ascii="宋体" w:hAnsi="宋体" w:eastAsia="宋体"/>
                <w:b/>
                <w:sz w:val="20"/>
              </w:rPr>
              <w:t>所属领域</w:t>
            </w:r>
          </w:p>
        </w:tc>
        <w:tc>
          <w:tcPr>
            <w:tcW w:type="dxa" w:w="7030"/>
          </w:tcPr>
          <w:p>
            <w:pPr>
              <w:spacing w:after="20" w:line="276" w:lineRule="auto"/>
            </w:pPr>
            <w:r/>
            <w:r>
              <w:rPr>
                <w:rFonts w:ascii="宋体" w:hAnsi="宋体" w:eastAsia="宋体"/>
                <w:b w:val="0"/>
                <w:sz w:val="20"/>
              </w:rPr>
              <w:t>跨领域（复习）</w:t>
            </w:r>
          </w:p>
        </w:tc>
      </w:tr>
      <w:tr>
        <w:tc>
          <w:tcPr>
            <w:tcW w:type="dxa" w:w="2381"/>
          </w:tcPr>
          <w:p>
            <w:pPr>
              <w:spacing w:after="20" w:line="276" w:lineRule="auto"/>
            </w:pPr>
            <w:r/>
            <w:r>
              <w:rPr>
                <w:rFonts w:ascii="宋体" w:hAnsi="宋体" w:eastAsia="宋体"/>
                <w:b/>
                <w:sz w:val="20"/>
              </w:rPr>
              <w:t>教材版本</w:t>
            </w:r>
          </w:p>
        </w:tc>
        <w:tc>
          <w:tcPr>
            <w:tcW w:type="dxa" w:w="7030"/>
          </w:tcPr>
          <w:p>
            <w:pPr>
              <w:spacing w:after="20" w:line="276" w:lineRule="auto"/>
            </w:pPr>
            <w:r/>
            <w:r>
              <w:rPr>
                <w:rFonts w:ascii="宋体" w:hAnsi="宋体" w:eastAsia="宋体"/>
                <w:b w:val="0"/>
                <w:sz w:val="20"/>
              </w:rPr>
              <w:t>人民教育出版社（人教版）小学数学教科书</w:t>
            </w:r>
          </w:p>
        </w:tc>
      </w:tr>
      <w:tr>
        <w:tc>
          <w:tcPr>
            <w:tcW w:type="dxa" w:w="2381"/>
          </w:tcPr>
          <w:p>
            <w:pPr>
              <w:spacing w:after="20" w:line="276" w:lineRule="auto"/>
            </w:pPr>
            <w:r/>
            <w:r>
              <w:rPr>
                <w:rFonts w:ascii="宋体" w:hAnsi="宋体" w:eastAsia="宋体"/>
                <w:b/>
                <w:sz w:val="20"/>
              </w:rPr>
              <w:t>课时数</w:t>
            </w:r>
          </w:p>
        </w:tc>
        <w:tc>
          <w:tcPr>
            <w:tcW w:type="dxa" w:w="7030"/>
          </w:tcPr>
          <w:p>
            <w:pPr>
              <w:spacing w:after="20" w:line="276" w:lineRule="auto"/>
            </w:pPr>
            <w:r/>
            <w:r>
              <w:rPr>
                <w:rFonts w:ascii="宋体" w:hAnsi="宋体" w:eastAsia="宋体"/>
                <w:b w:val="0"/>
                <w:sz w:val="20"/>
              </w:rPr>
              <w:t>5 课时</w:t>
            </w:r>
          </w:p>
        </w:tc>
      </w:tr>
      <w:tr>
        <w:tc>
          <w:tcPr>
            <w:tcW w:type="dxa" w:w="2381"/>
          </w:tcPr>
          <w:p>
            <w:pPr>
              <w:spacing w:after="20" w:line="276" w:lineRule="auto"/>
            </w:pPr>
            <w:r/>
            <w:r>
              <w:rPr>
                <w:rFonts w:ascii="宋体" w:hAnsi="宋体" w:eastAsia="宋体"/>
                <w:b/>
                <w:sz w:val="20"/>
              </w:rPr>
              <w:t>课型结构</w:t>
            </w:r>
          </w:p>
        </w:tc>
        <w:tc>
          <w:tcPr>
            <w:tcW w:type="dxa" w:w="7030"/>
          </w:tcPr>
          <w:p>
            <w:pPr>
              <w:spacing w:after="20" w:line="276" w:lineRule="auto"/>
            </w:pPr>
            <w:r/>
            <w:r>
              <w:rPr>
                <w:rFonts w:ascii="宋体" w:hAnsi="宋体" w:eastAsia="宋体"/>
                <w:b w:val="0"/>
                <w:sz w:val="20"/>
              </w:rPr>
              <w:t>单元开启课、活动探索课</w:t>
            </w:r>
          </w:p>
        </w:tc>
      </w:tr>
    </w:tbl>
    <w:p>
      <w:pPr>
        <w:spacing w:after="40"/>
      </w:pPr>
    </w:p>
    <w:p>
      <w:pPr>
        <w:spacing w:after="80" w:line="300" w:lineRule="auto"/>
      </w:pPr>
      <w:r>
        <w:rPr>
          <w:rFonts w:ascii="黑体" w:hAnsi="黑体" w:eastAsia="黑体"/>
          <w:b/>
          <w:sz w:val="24"/>
        </w:rPr>
        <w:t>一、单元整体解读</w:t>
      </w:r>
    </w:p>
    <w:p>
      <w:pPr>
        <w:spacing w:after="20" w:line="300" w:lineRule="auto"/>
      </w:pPr>
      <w:r>
        <w:rPr>
          <w:rFonts w:ascii="黑体" w:hAnsi="黑体" w:eastAsia="黑体"/>
          <w:b/>
          <w:sz w:val="21"/>
        </w:rPr>
        <w:t>（一）教材分析</w:t>
      </w:r>
    </w:p>
    <w:p>
      <w:pPr>
        <w:spacing w:after="80" w:line="300" w:lineRule="auto"/>
        <w:ind w:firstLine="400"/>
      </w:pPr>
      <w:r>
        <w:rPr>
          <w:rFonts w:ascii="宋体" w:hAnsi="宋体" w:eastAsia="宋体"/>
          <w:b w:val="0"/>
          <w:sz w:val="20"/>
        </w:rPr>
        <w:t>（见各课时"课前思考·教材分析"。）</w:t>
      </w:r>
    </w:p>
    <w:p>
      <w:pPr>
        <w:spacing w:after="20" w:line="300" w:lineRule="auto"/>
      </w:pPr>
      <w:r>
        <w:rPr>
          <w:rFonts w:ascii="黑体" w:hAnsi="黑体" w:eastAsia="黑体"/>
          <w:b/>
          <w:sz w:val="21"/>
        </w:rPr>
        <w:t>（二）学情分析</w:t>
      </w:r>
    </w:p>
    <w:p>
      <w:pPr>
        <w:spacing w:after="80" w:line="300" w:lineRule="auto"/>
        <w:ind w:firstLine="400"/>
      </w:pPr>
      <w:r>
        <w:rPr>
          <w:rFonts w:ascii="宋体" w:hAnsi="宋体" w:eastAsia="宋体"/>
          <w:b w:val="0"/>
          <w:sz w:val="20"/>
        </w:rPr>
        <w:t>（结合班情诊断学生已有知识基础与学习困难，确定单元学习起点。）</w:t>
      </w:r>
    </w:p>
    <w:p>
      <w:pPr>
        <w:spacing w:after="20" w:line="300" w:lineRule="auto"/>
      </w:pPr>
      <w:r>
        <w:rPr>
          <w:rFonts w:ascii="黑体" w:hAnsi="黑体" w:eastAsia="黑体"/>
          <w:b/>
          <w:sz w:val="21"/>
        </w:rPr>
        <w:t>（三）单元教学目标</w:t>
      </w:r>
    </w:p>
    <w:p>
      <w:pPr>
        <w:spacing w:after="20" w:line="300" w:lineRule="auto"/>
      </w:pPr>
      <w:r>
        <w:rPr>
          <w:rFonts w:ascii="黑体" w:hAnsi="黑体" w:eastAsia="黑体"/>
          <w:b/>
          <w:sz w:val="20"/>
        </w:rPr>
        <w:t>单元课时目标：</w:t>
      </w:r>
    </w:p>
    <w:p>
      <w:pPr>
        <w:spacing w:after="20" w:line="300" w:lineRule="auto"/>
        <w:ind w:firstLine="400"/>
      </w:pPr>
      <w:r>
        <w:rPr>
          <w:rFonts w:ascii="宋体" w:hAnsi="宋体" w:eastAsia="宋体"/>
          <w:b w:val="0"/>
          <w:sz w:val="20"/>
        </w:rPr>
        <w:t>第1课时：通过整理复习，进一步认识小数，会比较小数的大小，发展数感。</w:t>
      </w:r>
    </w:p>
    <w:p>
      <w:pPr>
        <w:spacing w:after="20" w:line="300" w:lineRule="auto"/>
        <w:ind w:firstLine="400"/>
      </w:pPr>
      <w:r>
        <w:rPr>
          <w:rFonts w:ascii="宋体" w:hAnsi="宋体" w:eastAsia="宋体"/>
          <w:b w:val="0"/>
          <w:sz w:val="20"/>
        </w:rPr>
        <w:t>第2课时：进一步掌握用分析法和综合法分析问题，能根据乘、除法以及小数加、减法意义列乘法算式、除法算式以及小数加、减法算式解决问题。</w:t>
      </w:r>
    </w:p>
    <w:p>
      <w:pPr>
        <w:spacing w:after="20" w:line="300" w:lineRule="auto"/>
        <w:ind w:firstLine="400"/>
      </w:pPr>
      <w:r>
        <w:rPr>
          <w:rFonts w:ascii="宋体" w:hAnsi="宋体" w:eastAsia="宋体"/>
          <w:b w:val="0"/>
          <w:sz w:val="20"/>
        </w:rPr>
        <w:t>第3课时：进一步认识图形的轴对称、平移、旋转等运动现象，体会轴对称、平移及旋转的运动现象之间的联系，感受数学美，培养观察能力、想象能力和表达能力，发展初步的空间观念。</w:t>
      </w:r>
    </w:p>
    <w:p>
      <w:pPr>
        <w:spacing w:after="20" w:line="300" w:lineRule="auto"/>
        <w:ind w:firstLine="400"/>
      </w:pPr>
      <w:r>
        <w:rPr>
          <w:rFonts w:ascii="宋体" w:hAnsi="宋体" w:eastAsia="宋体"/>
          <w:b w:val="0"/>
          <w:sz w:val="20"/>
        </w:rPr>
        <w:t>第4课时：再次经历数据收集、记录、整理和分析的过程，进一步巩固用统计表呈现数据的方法，体会调查所得数据的作用，培养初步的数据分析观念。</w:t>
      </w:r>
    </w:p>
    <w:p>
      <w:pPr>
        <w:spacing w:after="20" w:line="300" w:lineRule="auto"/>
        <w:ind w:firstLine="400"/>
      </w:pPr>
      <w:r>
        <w:rPr>
          <w:rFonts w:ascii="宋体" w:hAnsi="宋体" w:eastAsia="宋体"/>
          <w:b w:val="0"/>
          <w:sz w:val="20"/>
        </w:rPr>
        <w:t>第5课时：进一步认识时间单位年、月、日，厘清它们之间的关系，建立时间观念。</w:t>
      </w:r>
    </w:p>
    <w:p>
      <w:pPr>
        <w:spacing w:after="20" w:line="300" w:lineRule="auto"/>
      </w:pPr>
      <w:r>
        <w:rPr>
          <w:rFonts w:ascii="黑体" w:hAnsi="黑体" w:eastAsia="黑体"/>
          <w:b/>
          <w:sz w:val="21"/>
        </w:rPr>
        <w:t>（五）单元课时规划</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020"/>
            <w:shd w:val="clear" w:fill="E8EEF7"/>
          </w:tcPr>
          <w:p>
            <w:pPr>
              <w:spacing w:after="20" w:line="276" w:lineRule="auto"/>
              <w:jc w:val="center"/>
            </w:pPr>
            <w:r/>
            <w:r>
              <w:rPr>
                <w:rFonts w:ascii="黑体" w:hAnsi="黑体" w:eastAsia="黑体"/>
                <w:b/>
                <w:sz w:val="18"/>
              </w:rPr>
              <w:t>课时安排</w:t>
            </w:r>
          </w:p>
        </w:tc>
        <w:tc>
          <w:tcPr>
            <w:tcW w:type="dxa" w:w="3061"/>
            <w:shd w:val="clear" w:fill="E8EEF7"/>
          </w:tcPr>
          <w:p>
            <w:pPr>
              <w:spacing w:after="20" w:line="276" w:lineRule="auto"/>
              <w:jc w:val="center"/>
            </w:pPr>
            <w:r/>
            <w:r>
              <w:rPr>
                <w:rFonts w:ascii="黑体" w:hAnsi="黑体" w:eastAsia="黑体"/>
                <w:b/>
                <w:sz w:val="18"/>
              </w:rPr>
              <w:t>课题</w:t>
            </w:r>
          </w:p>
        </w:tc>
        <w:tc>
          <w:tcPr>
            <w:tcW w:type="dxa" w:w="1814"/>
            <w:shd w:val="clear" w:fill="E8EEF7"/>
          </w:tcPr>
          <w:p>
            <w:pPr>
              <w:spacing w:after="20" w:line="276" w:lineRule="auto"/>
              <w:jc w:val="center"/>
            </w:pPr>
            <w:r/>
            <w:r>
              <w:rPr>
                <w:rFonts w:ascii="黑体" w:hAnsi="黑体" w:eastAsia="黑体"/>
                <w:b/>
                <w:sz w:val="18"/>
              </w:rPr>
              <w:t>课型</w:t>
            </w:r>
          </w:p>
        </w:tc>
        <w:tc>
          <w:tcPr>
            <w:tcW w:type="dxa" w:w="3515"/>
            <w:shd w:val="clear" w:fill="E8EEF7"/>
          </w:tcPr>
          <w:p>
            <w:pPr>
              <w:spacing w:after="20" w:line="276" w:lineRule="auto"/>
              <w:jc w:val="center"/>
            </w:pPr>
            <w:r/>
            <w:r>
              <w:rPr>
                <w:rFonts w:ascii="黑体" w:hAnsi="黑体" w:eastAsia="黑体"/>
                <w:b/>
                <w:sz w:val="18"/>
              </w:rPr>
              <w:t>核心任务</w:t>
            </w:r>
          </w:p>
        </w:tc>
      </w:tr>
      <w:tr>
        <w:tc>
          <w:tcPr>
            <w:tcW w:type="dxa" w:w="1020"/>
          </w:tcPr>
          <w:p>
            <w:pPr>
              <w:spacing w:after="20" w:line="276" w:lineRule="auto"/>
            </w:pPr>
            <w:r/>
            <w:r>
              <w:rPr>
                <w:rFonts w:ascii="宋体" w:hAnsi="宋体" w:eastAsia="宋体"/>
                <w:b w:val="0"/>
                <w:sz w:val="18"/>
              </w:rPr>
              <w:t>第1课时</w:t>
            </w:r>
          </w:p>
        </w:tc>
        <w:tc>
          <w:tcPr>
            <w:tcW w:type="dxa" w:w="3061"/>
          </w:tcPr>
          <w:p>
            <w:pPr>
              <w:spacing w:after="20" w:line="276" w:lineRule="auto"/>
            </w:pPr>
            <w:r/>
            <w:r>
              <w:rPr>
                <w:rFonts w:ascii="宋体" w:hAnsi="宋体" w:eastAsia="宋体"/>
                <w:b w:val="0"/>
                <w:sz w:val="18"/>
              </w:rPr>
              <w:t>数与运算</w:t>
            </w:r>
          </w:p>
        </w:tc>
        <w:tc>
          <w:tcPr>
            <w:tcW w:type="dxa" w:w="1814"/>
          </w:tcPr>
          <w:p>
            <w:pPr>
              <w:spacing w:after="20" w:line="276" w:lineRule="auto"/>
            </w:pPr>
            <w:r/>
            <w:r>
              <w:rPr>
                <w:rFonts w:ascii="宋体" w:hAnsi="宋体" w:eastAsia="宋体"/>
                <w:b w:val="0"/>
                <w:sz w:val="18"/>
              </w:rPr>
              <w:t>单元开启课</w:t>
            </w:r>
          </w:p>
        </w:tc>
        <w:tc>
          <w:tcPr>
            <w:tcW w:type="dxa" w:w="3515"/>
          </w:tcPr>
          <w:p>
            <w:pPr>
              <w:spacing w:after="20" w:line="276" w:lineRule="auto"/>
            </w:pPr>
            <w:r/>
            <w:r>
              <w:rPr>
                <w:rFonts w:ascii="宋体" w:hAnsi="宋体" w:eastAsia="宋体"/>
                <w:b w:val="0"/>
                <w:sz w:val="18"/>
              </w:rPr>
              <w:t>通过整理复习，进一步认识小数，会比较小数的大小，发展数感。</w:t>
            </w:r>
          </w:p>
        </w:tc>
      </w:tr>
      <w:tr>
        <w:tc>
          <w:tcPr>
            <w:tcW w:type="dxa" w:w="1020"/>
          </w:tcPr>
          <w:p>
            <w:pPr>
              <w:spacing w:after="20" w:line="276" w:lineRule="auto"/>
            </w:pPr>
            <w:r/>
            <w:r>
              <w:rPr>
                <w:rFonts w:ascii="宋体" w:hAnsi="宋体" w:eastAsia="宋体"/>
                <w:b w:val="0"/>
                <w:sz w:val="18"/>
              </w:rPr>
              <w:t>第2课时</w:t>
            </w:r>
          </w:p>
        </w:tc>
        <w:tc>
          <w:tcPr>
            <w:tcW w:type="dxa" w:w="3061"/>
          </w:tcPr>
          <w:p>
            <w:pPr>
              <w:spacing w:after="20" w:line="276" w:lineRule="auto"/>
            </w:pPr>
            <w:r/>
            <w:r>
              <w:rPr>
                <w:rFonts w:ascii="宋体" w:hAnsi="宋体" w:eastAsia="宋体"/>
                <w:b w:val="0"/>
                <w:sz w:val="18"/>
              </w:rPr>
              <w:t>数量关系</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进一步掌握用分析法和综合法分析问题，能根据乘、除法以及小数加、减法意义列乘法算式、除法算式以及小数加、减法算式解决问题。</w:t>
            </w:r>
          </w:p>
        </w:tc>
      </w:tr>
      <w:tr>
        <w:tc>
          <w:tcPr>
            <w:tcW w:type="dxa" w:w="1020"/>
          </w:tcPr>
          <w:p>
            <w:pPr>
              <w:spacing w:after="20" w:line="276" w:lineRule="auto"/>
            </w:pPr>
            <w:r/>
            <w:r>
              <w:rPr>
                <w:rFonts w:ascii="宋体" w:hAnsi="宋体" w:eastAsia="宋体"/>
                <w:b w:val="0"/>
                <w:sz w:val="18"/>
              </w:rPr>
              <w:t>第3课时</w:t>
            </w:r>
          </w:p>
        </w:tc>
        <w:tc>
          <w:tcPr>
            <w:tcW w:type="dxa" w:w="3061"/>
          </w:tcPr>
          <w:p>
            <w:pPr>
              <w:spacing w:after="20" w:line="276" w:lineRule="auto"/>
            </w:pPr>
            <w:r/>
            <w:r>
              <w:rPr>
                <w:rFonts w:ascii="宋体" w:hAnsi="宋体" w:eastAsia="宋体"/>
                <w:b w:val="0"/>
                <w:sz w:val="18"/>
              </w:rPr>
              <w:t>图形的认识与测量、位置与运动</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进一步认识图形的轴对称、平移、旋转等运动现象，体会轴对称、平移及旋转的运动现象之间的联系，感受数学美，培养观察能力、想象能力和表达能力，发展初步的空间观念。</w:t>
            </w:r>
          </w:p>
        </w:tc>
      </w:tr>
      <w:tr>
        <w:tc>
          <w:tcPr>
            <w:tcW w:type="dxa" w:w="1020"/>
          </w:tcPr>
          <w:p>
            <w:pPr>
              <w:spacing w:after="20" w:line="276" w:lineRule="auto"/>
            </w:pPr>
            <w:r/>
            <w:r>
              <w:rPr>
                <w:rFonts w:ascii="宋体" w:hAnsi="宋体" w:eastAsia="宋体"/>
                <w:b w:val="0"/>
                <w:sz w:val="18"/>
              </w:rPr>
              <w:t>第4课时</w:t>
            </w:r>
          </w:p>
        </w:tc>
        <w:tc>
          <w:tcPr>
            <w:tcW w:type="dxa" w:w="3061"/>
          </w:tcPr>
          <w:p>
            <w:pPr>
              <w:spacing w:after="20" w:line="276" w:lineRule="auto"/>
            </w:pPr>
            <w:r/>
            <w:r>
              <w:rPr>
                <w:rFonts w:ascii="宋体" w:hAnsi="宋体" w:eastAsia="宋体"/>
                <w:b w:val="0"/>
                <w:sz w:val="18"/>
              </w:rPr>
              <w:t>数据的收集、整理与表达</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再次经历数据收集、记录、整理和分析的过程，进一步巩固用统计表呈现数据的方法，体会调查所得数据的作用，培养初步的数据分析观念。</w:t>
            </w:r>
          </w:p>
        </w:tc>
      </w:tr>
      <w:tr>
        <w:tc>
          <w:tcPr>
            <w:tcW w:type="dxa" w:w="1020"/>
          </w:tcPr>
          <w:p>
            <w:pPr>
              <w:spacing w:after="20" w:line="276" w:lineRule="auto"/>
            </w:pPr>
            <w:r/>
            <w:r>
              <w:rPr>
                <w:rFonts w:ascii="宋体" w:hAnsi="宋体" w:eastAsia="宋体"/>
                <w:b w:val="0"/>
                <w:sz w:val="18"/>
              </w:rPr>
              <w:t>第5课时</w:t>
            </w:r>
          </w:p>
        </w:tc>
        <w:tc>
          <w:tcPr>
            <w:tcW w:type="dxa" w:w="3061"/>
          </w:tcPr>
          <w:p>
            <w:pPr>
              <w:spacing w:after="20" w:line="276" w:lineRule="auto"/>
            </w:pPr>
            <w:r/>
            <w:r>
              <w:rPr>
                <w:rFonts w:ascii="宋体" w:hAnsi="宋体" w:eastAsia="宋体"/>
                <w:b w:val="0"/>
                <w:sz w:val="18"/>
              </w:rPr>
              <w:t>常见的量</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进一步认识时间单位年、月、日，厘清它们之间的关系，建立时间观念。</w:t>
            </w:r>
          </w:p>
        </w:tc>
      </w:tr>
    </w:tbl>
    <w:p>
      <w:pPr>
        <w:spacing w:after="40" w:line="300" w:lineRule="auto"/>
      </w:pPr>
      <w:r>
        <w:rPr>
          <w:rFonts w:ascii="楷体" w:hAnsi="楷体" w:eastAsia="楷体"/>
          <w:b w:val="0"/>
          <w:color w:val="606060"/>
          <w:sz w:val="18"/>
        </w:rPr>
        <w:t>注：课型依据温州市上课常规"单元开启课、活动探索课、专题练习课、自主整理课、主题拓展课"分类。</w:t>
      </w:r>
    </w:p>
    <w:p>
      <w:r>
        <w:br w:type="page"/>
      </w:r>
    </w:p>
    <w:p>
      <w:pPr>
        <w:spacing w:after="80" w:line="300" w:lineRule="auto"/>
      </w:pPr>
      <w:r>
        <w:rPr>
          <w:rFonts w:ascii="黑体" w:hAnsi="黑体" w:eastAsia="黑体"/>
          <w:b/>
          <w:sz w:val="24"/>
        </w:rPr>
        <w:t>二、课时教学方案（第1课时）</w:t>
      </w:r>
    </w:p>
    <w:p>
      <w:pPr>
        <w:spacing w:after="80" w:line="300" w:lineRule="auto"/>
      </w:pPr>
      <w:r>
        <w:rPr>
          <w:rFonts w:ascii="黑体" w:hAnsi="黑体" w:eastAsia="黑体"/>
          <w:b/>
          <w:sz w:val="24"/>
        </w:rPr>
        <w:t>第1课时　数与运算</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第1课时　数与运算</w:t>
            </w:r>
          </w:p>
        </w:tc>
        <w:tc>
          <w:tcPr>
            <w:tcW w:type="dxa" w:w="6009"/>
          </w:tcPr>
          <w:p>
            <w:pPr>
              <w:spacing w:after="20" w:line="276" w:lineRule="auto"/>
            </w:pPr>
            <w:r/>
            <w:r>
              <w:rPr>
                <w:rFonts w:ascii="宋体" w:hAnsi="宋体" w:eastAsia="宋体"/>
                <w:b w:val="0"/>
                <w:sz w:val="20"/>
              </w:rPr>
              <w:t>第7单元 复习与关联</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（结合班情，从作业反馈、课前调查、访谈等途径诊断本班学生学习起点，明确本课学习的现实基础。）</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教学内容：教科书P95～96“数与运算”，教科书P98“应用提升”第1题，教科书P99“练习十八”第1，2，6，7题。</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（1）通过整理复习，进一步认识小数，会比较小数的大小，发展数感。</w:t>
      </w:r>
    </w:p>
    <w:p>
      <w:pPr>
        <w:spacing w:after="20" w:line="300" w:lineRule="auto"/>
        <w:ind w:firstLine="400"/>
      </w:pPr>
      <w:r>
        <w:rPr>
          <w:rFonts w:ascii="宋体" w:hAnsi="宋体" w:eastAsia="宋体"/>
          <w:b w:val="0"/>
          <w:sz w:val="20"/>
        </w:rPr>
        <w:t>（2）梳理本册计算内容，沟通整数运算与小数运算、四则运算之间的关系，进一步提升除数是一位数的除法和小数加、减法的运算能力。</w:t>
      </w:r>
    </w:p>
    <w:p>
      <w:pPr>
        <w:spacing w:after="20" w:line="300" w:lineRule="auto"/>
        <w:ind w:firstLine="400"/>
      </w:pPr>
      <w:r>
        <w:rPr>
          <w:rFonts w:ascii="宋体" w:hAnsi="宋体" w:eastAsia="宋体"/>
          <w:b w:val="0"/>
          <w:sz w:val="20"/>
        </w:rPr>
        <w:t>（3）提高归纳和整理知识的能力，养成探寻知识间联系的习惯。</w:t>
      </w:r>
    </w:p>
    <w:p>
      <w:pPr>
        <w:spacing w:after="20" w:line="300" w:lineRule="auto"/>
      </w:pPr>
      <w:r>
        <w:rPr>
          <w:rFonts w:ascii="宋体" w:hAnsi="宋体" w:eastAsia="宋体"/>
          <w:b w:val="0"/>
          <w:sz w:val="20"/>
        </w:rPr>
        <w:t>教学重点：小数的意义和除数是一位数的除法运算。</w:t>
      </w:r>
    </w:p>
    <w:p>
      <w:pPr>
        <w:spacing w:after="20" w:line="300" w:lineRule="auto"/>
      </w:pPr>
      <w:r>
        <w:rPr>
          <w:rFonts w:ascii="宋体" w:hAnsi="宋体" w:eastAsia="宋体"/>
          <w:b w:val="0"/>
          <w:sz w:val="20"/>
        </w:rPr>
        <w:t>教学难点：沟通各知识间的联系，从知识结构的角度认识小数和进行除数是一位数的除法计算。</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一、谈话导入，揭示课题</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同学们，回顾一下，本学期我们认识了哪些新数？学习了哪些新的运算呢？</w:t>
            </w:r>
          </w:p>
        </w:tc>
        <w:tc>
          <w:tcPr>
            <w:tcW w:type="dxa" w:w="1361"/>
          </w:tcPr>
          <w:p>
            <w:pPr>
              <w:spacing w:after="20" w:line="276" w:lineRule="auto"/>
            </w:pPr>
            <w:r/>
            <w:r>
              <w:rPr>
                <w:rFonts w:ascii="宋体" w:hAnsi="宋体" w:eastAsia="宋体"/>
                <w:b w:val="0"/>
                <w:sz w:val="18"/>
              </w:rPr>
              <w:t>3分钟</w:t>
            </w:r>
          </w:p>
        </w:tc>
      </w:tr>
      <w:tr>
        <w:tc>
          <w:tcPr>
            <w:tcW w:type="dxa" w:w="2835"/>
          </w:tcPr>
          <w:p>
            <w:pPr>
              <w:spacing w:after="20" w:line="276" w:lineRule="auto"/>
            </w:pPr>
            <w:r/>
            <w:r>
              <w:rPr>
                <w:rFonts w:ascii="宋体" w:hAnsi="宋体" w:eastAsia="宋体"/>
                <w:b w:val="0"/>
                <w:sz w:val="18"/>
              </w:rPr>
              <w:t>二、自主建构，交流分享</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都画好了吗？；本学期我们认识了一位小数和两位小数，它们的意义分别是什么？</w:t>
            </w:r>
          </w:p>
        </w:tc>
        <w:tc>
          <w:tcPr>
            <w:tcW w:type="dxa" w:w="1361"/>
          </w:tcPr>
          <w:p>
            <w:pPr>
              <w:spacing w:after="20" w:line="276" w:lineRule="auto"/>
            </w:pPr>
            <w:r/>
            <w:r>
              <w:rPr>
                <w:rFonts w:ascii="宋体" w:hAnsi="宋体" w:eastAsia="宋体"/>
                <w:b w:val="0"/>
                <w:sz w:val="18"/>
              </w:rPr>
              <w:t>26分钟</w:t>
            </w:r>
          </w:p>
        </w:tc>
      </w:tr>
      <w:tr>
        <w:tc>
          <w:tcPr>
            <w:tcW w:type="dxa" w:w="2835"/>
          </w:tcPr>
          <w:p>
            <w:pPr>
              <w:spacing w:after="20" w:line="276" w:lineRule="auto"/>
            </w:pPr>
            <w:r/>
            <w:r>
              <w:rPr>
                <w:rFonts w:ascii="宋体" w:hAnsi="宋体" w:eastAsia="宋体"/>
                <w:b w:val="0"/>
                <w:sz w:val="18"/>
              </w:rPr>
              <w:t>三、巩固与应用</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计算除数是一位数的除法时要注意什么？；计算小数加、减法时要注意什么？</w:t>
            </w:r>
          </w:p>
        </w:tc>
        <w:tc>
          <w:tcPr>
            <w:tcW w:type="dxa" w:w="1361"/>
          </w:tcPr>
          <w:p>
            <w:pPr>
              <w:spacing w:after="20" w:line="276" w:lineRule="auto"/>
            </w:pPr>
            <w:r/>
            <w:r>
              <w:rPr>
                <w:rFonts w:ascii="宋体" w:hAnsi="宋体" w:eastAsia="宋体"/>
                <w:b w:val="0"/>
                <w:sz w:val="18"/>
              </w:rPr>
              <w:t>9分钟</w:t>
            </w:r>
          </w:p>
        </w:tc>
      </w:tr>
      <w:tr>
        <w:tc>
          <w:tcPr>
            <w:tcW w:type="dxa" w:w="2835"/>
          </w:tcPr>
          <w:p>
            <w:pPr>
              <w:spacing w:after="20" w:line="276" w:lineRule="auto"/>
            </w:pPr>
            <w:r/>
            <w:r>
              <w:rPr>
                <w:rFonts w:ascii="宋体" w:hAnsi="宋体" w:eastAsia="宋体"/>
                <w:b w:val="0"/>
                <w:sz w:val="18"/>
              </w:rPr>
              <w:t>四、课堂小结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通过本节课的整理和复习，你有哪些新的收获？</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一、谈话导入，揭示课题</w:t>
            </w:r>
          </w:p>
        </w:tc>
        <w:tc>
          <w:tcPr>
            <w:tcW w:type="dxa" w:w="3061"/>
          </w:tcPr>
          <w:p>
            <w:pPr>
              <w:spacing w:after="20" w:line="276" w:lineRule="auto"/>
            </w:pPr>
            <w:r/>
            <w:r>
              <w:rPr>
                <w:rFonts w:ascii="宋体" w:hAnsi="宋体" w:eastAsia="宋体"/>
                <w:b w:val="0"/>
                <w:sz w:val="18"/>
              </w:rPr>
              <w:t>师：同学们，回顾一下，本学期我们认识了哪些新数？学习了哪些新的运算呢？</w:t>
            </w:r>
          </w:p>
          <w:p>
            <w:pPr>
              <w:spacing w:after="20" w:line="276" w:lineRule="auto"/>
            </w:pPr>
            <w:r>
              <w:rPr>
                <w:rFonts w:ascii="宋体" w:hAnsi="宋体" w:eastAsia="宋体"/>
                <w:b w:val="0"/>
                <w:sz w:val="18"/>
              </w:rPr>
              <w:t>师：本节课我们就一起来整理复习本学期所学的数与运算的相关内容。(板书课题：数与运算)</w:t>
            </w:r>
          </w:p>
        </w:tc>
        <w:tc>
          <w:tcPr>
            <w:tcW w:type="dxa" w:w="3061"/>
          </w:tcPr>
          <w:p>
            <w:pPr>
              <w:spacing w:after="20" w:line="276" w:lineRule="auto"/>
            </w:pPr>
            <w:r/>
            <w:r>
              <w:rPr>
                <w:rFonts w:ascii="宋体" w:hAnsi="宋体" w:eastAsia="宋体"/>
                <w:b w:val="0"/>
                <w:sz w:val="18"/>
              </w:rPr>
              <w:t>学生自由交流。</w:t>
            </w:r>
          </w:p>
        </w:tc>
        <w:tc>
          <w:tcPr>
            <w:tcW w:type="dxa" w:w="1814"/>
          </w:tcPr>
          <w:p>
            <w:pPr>
              <w:spacing w:after="20" w:line="276" w:lineRule="auto"/>
            </w:pPr>
            <w:r/>
            <w:r>
              <w:rPr>
                <w:rFonts w:ascii="宋体" w:hAnsi="宋体" w:eastAsia="宋体"/>
                <w:b w:val="0"/>
                <w:sz w:val="18"/>
              </w:rPr>
              <w:t>创设情境激活学生已有经验，自然引出本课学习内容，激发学习兴趣，核心问题："同学们，回顾一下，本学期我们认识了哪些新数？学习了哪些新的运算呢？"</w:t>
            </w:r>
          </w:p>
        </w:tc>
      </w:tr>
      <w:tr>
        <w:tc>
          <w:tcPr>
            <w:tcW w:type="dxa" w:w="1474"/>
          </w:tcPr>
          <w:p>
            <w:pPr>
              <w:spacing w:after="20" w:line="276" w:lineRule="auto"/>
            </w:pPr>
            <w:r>
              <w:rPr>
                <w:b/>
              </w:rPr>
            </w:r>
            <w:r>
              <w:rPr>
                <w:rFonts w:ascii="宋体" w:hAnsi="宋体" w:eastAsia="宋体"/>
                <w:b/>
                <w:sz w:val="18"/>
              </w:rPr>
              <w:t>二、自主建构，交流分享</w:t>
            </w:r>
          </w:p>
        </w:tc>
        <w:tc>
          <w:tcPr>
            <w:tcW w:type="dxa" w:w="3061"/>
          </w:tcPr>
          <w:p>
            <w:pPr>
              <w:spacing w:after="20" w:line="276" w:lineRule="auto"/>
            </w:pPr>
            <w:r/>
            <w:r>
              <w:rPr>
                <w:rFonts w:ascii="宋体" w:hAnsi="宋体" w:eastAsia="宋体"/>
                <w:b w:val="0"/>
                <w:sz w:val="18"/>
              </w:rPr>
              <w:t>师：同学们将整册教科书大致浏览一下，关于数与运算，本学期我们学习了哪些具体内容，再用自己的方式画出这些内容的“知识结构图”。</w:t>
            </w:r>
          </w:p>
          <w:p>
            <w:pPr>
              <w:spacing w:after="20" w:line="276" w:lineRule="auto"/>
            </w:pPr>
            <w:r>
              <w:rPr>
                <w:rFonts w:ascii="宋体" w:hAnsi="宋体" w:eastAsia="宋体"/>
                <w:b w:val="0"/>
                <w:sz w:val="18"/>
              </w:rPr>
              <w:t>2．展示交流，形成“知识结构图”。</w:t>
            </w:r>
          </w:p>
          <w:p>
            <w:pPr>
              <w:spacing w:after="20" w:line="276" w:lineRule="auto"/>
            </w:pPr>
            <w:r>
              <w:rPr>
                <w:rFonts w:ascii="宋体" w:hAnsi="宋体" w:eastAsia="宋体"/>
                <w:b w:val="0"/>
                <w:sz w:val="18"/>
              </w:rPr>
              <w:t>师：都画好了吗？谁愿意将自己画的与同学们分享一下。</w:t>
            </w:r>
          </w:p>
          <w:p>
            <w:pPr>
              <w:spacing w:after="20" w:line="276" w:lineRule="auto"/>
            </w:pPr>
            <w:r>
              <w:rPr>
                <w:rFonts w:ascii="宋体" w:hAnsi="宋体" w:eastAsia="宋体"/>
                <w:b w:val="0"/>
                <w:sz w:val="18"/>
              </w:rPr>
              <w:t>指名学生上台展示，边展示边汇报自己画的思路。教师根据学生画的边提问边板书，引导学生形成知识结构。</w:t>
            </w:r>
          </w:p>
          <w:p>
            <w:pPr>
              <w:spacing w:after="20" w:line="276" w:lineRule="auto"/>
            </w:pPr>
            <w:r>
              <w:rPr>
                <w:rFonts w:ascii="宋体" w:hAnsi="宋体" w:eastAsia="宋体"/>
                <w:b w:val="0"/>
                <w:sz w:val="18"/>
              </w:rPr>
              <w:t>(1)整理小数的认识。</w:t>
            </w:r>
          </w:p>
          <w:p>
            <w:pPr>
              <w:spacing w:after="20" w:line="276" w:lineRule="auto"/>
            </w:pPr>
            <w:r>
              <w:rPr>
                <w:rFonts w:ascii="宋体" w:hAnsi="宋体" w:eastAsia="宋体"/>
                <w:b w:val="0"/>
                <w:sz w:val="18"/>
              </w:rPr>
              <w:t>师：本学期我们认识了一位小数和两位小数，它们的意义分别是什么？</w:t>
            </w:r>
          </w:p>
          <w:p>
            <w:pPr>
              <w:spacing w:after="20" w:line="276" w:lineRule="auto"/>
            </w:pPr>
            <w:r>
              <w:rPr>
                <w:rFonts w:ascii="宋体" w:hAnsi="宋体" w:eastAsia="宋体"/>
                <w:b w:val="0"/>
                <w:sz w:val="18"/>
              </w:rPr>
              <w:t>师：小数是十进制分数的另一种形式。小数与整数有怎样的联系呢？</w:t>
            </w:r>
          </w:p>
          <w:p>
            <w:pPr>
              <w:spacing w:after="20" w:line="276" w:lineRule="auto"/>
            </w:pPr>
            <w:r>
              <w:rPr>
                <w:rFonts w:ascii="宋体" w:hAnsi="宋体" w:eastAsia="宋体"/>
                <w:b w:val="0"/>
                <w:sz w:val="18"/>
              </w:rPr>
              <w:t>师：怎样比较小数的大小？</w:t>
            </w:r>
          </w:p>
          <w:p>
            <w:pPr>
              <w:spacing w:after="20" w:line="276" w:lineRule="auto"/>
            </w:pPr>
            <w:r>
              <w:rPr>
                <w:rFonts w:ascii="宋体" w:hAnsi="宋体" w:eastAsia="宋体"/>
                <w:b w:val="0"/>
                <w:sz w:val="18"/>
              </w:rPr>
              <w:t>(2)整理小数的加、减法。</w:t>
            </w:r>
          </w:p>
          <w:p>
            <w:pPr>
              <w:spacing w:after="20" w:line="276" w:lineRule="auto"/>
            </w:pPr>
            <w:r>
              <w:rPr>
                <w:rFonts w:ascii="宋体" w:hAnsi="宋体" w:eastAsia="宋体"/>
                <w:b w:val="0"/>
                <w:sz w:val="18"/>
              </w:rPr>
              <w:t>师：同整数、分数一样，小数也可以进行加、减法运算，小数加、减法怎么计算？</w:t>
            </w:r>
          </w:p>
          <w:p>
            <w:pPr>
              <w:spacing w:after="20" w:line="276" w:lineRule="auto"/>
            </w:pPr>
            <w:r>
              <w:rPr>
                <w:rFonts w:ascii="宋体" w:hAnsi="宋体" w:eastAsia="宋体"/>
                <w:b w:val="0"/>
                <w:sz w:val="18"/>
              </w:rPr>
              <w:t>师：列竖式计算小数加、减法时，怎样保证相同数位对齐？</w:t>
            </w:r>
          </w:p>
          <w:p>
            <w:pPr>
              <w:spacing w:after="20" w:line="276" w:lineRule="auto"/>
            </w:pPr>
            <w:r>
              <w:rPr>
                <w:rFonts w:ascii="宋体" w:hAnsi="宋体" w:eastAsia="宋体"/>
                <w:b w:val="0"/>
                <w:sz w:val="18"/>
              </w:rPr>
              <w:t>师小结：因为我们本学期学习的小数都是一位小数相加、减，小数部分的位数都是相同的，所以小数点对齐跟数位对齐差别不大，但是后面我们还会进行小数位数不同的加、减法，如果小数点不对齐，就会导致相同数位没对齐。</w:t>
            </w:r>
          </w:p>
          <w:p>
            <w:pPr>
              <w:spacing w:after="20" w:line="276" w:lineRule="auto"/>
            </w:pPr>
            <w:r>
              <w:rPr>
                <w:rFonts w:ascii="宋体" w:hAnsi="宋体" w:eastAsia="宋体"/>
                <w:b w:val="0"/>
                <w:sz w:val="18"/>
              </w:rPr>
              <w:t>(3)整理除数是一位数的除法。</w:t>
            </w:r>
          </w:p>
          <w:p>
            <w:pPr>
              <w:spacing w:after="20" w:line="276" w:lineRule="auto"/>
            </w:pPr>
            <w:r>
              <w:rPr>
                <w:rFonts w:ascii="宋体" w:hAnsi="宋体" w:eastAsia="宋体"/>
                <w:b w:val="0"/>
                <w:sz w:val="18"/>
              </w:rPr>
              <w:t>师：本学期我们还学习了除数是一位数的除法，你认为在计算时，要注意些什么？</w:t>
            </w:r>
          </w:p>
          <w:p>
            <w:pPr>
              <w:spacing w:after="20" w:line="276" w:lineRule="auto"/>
            </w:pPr>
            <w:r>
              <w:rPr>
                <w:rFonts w:ascii="宋体" w:hAnsi="宋体" w:eastAsia="宋体"/>
                <w:b w:val="0"/>
                <w:sz w:val="18"/>
              </w:rPr>
              <w:t>师小结：除数是一位数的笔算除法，从被除数的首位除起，如果首位不够商1，就看被除数的前两位；除到被除数的哪一位，就把商写在那一位的上面；每次除得的余数必须比除数小。</w:t>
            </w:r>
          </w:p>
          <w:p>
            <w:pPr>
              <w:spacing w:after="20" w:line="276" w:lineRule="auto"/>
            </w:pPr>
            <w:r>
              <w:rPr>
                <w:rFonts w:ascii="宋体" w:hAnsi="宋体" w:eastAsia="宋体"/>
                <w:b w:val="0"/>
                <w:sz w:val="18"/>
              </w:rPr>
              <w:t>师：我们学习了加、减、乘、除四种运算，大家想一想，计算加法、减法和乘法时，都是从哪一位算起？(个位)除法呢？(高位)这点与其他运算不同。</w:t>
            </w:r>
          </w:p>
          <w:p>
            <w:pPr>
              <w:spacing w:after="20" w:line="276" w:lineRule="auto"/>
            </w:pPr>
            <w:r>
              <w:rPr>
                <w:rFonts w:ascii="宋体" w:hAnsi="宋体" w:eastAsia="宋体"/>
                <w:b w:val="0"/>
                <w:sz w:val="18"/>
              </w:rPr>
              <w:t>师：怎么检验除法计算是否正确呢？</w:t>
            </w:r>
          </w:p>
          <w:p>
            <w:pPr>
              <w:spacing w:after="20" w:line="276" w:lineRule="auto"/>
            </w:pPr>
            <w:r>
              <w:rPr>
                <w:rFonts w:ascii="宋体" w:hAnsi="宋体" w:eastAsia="宋体"/>
                <w:b w:val="0"/>
                <w:sz w:val="18"/>
              </w:rPr>
              <w:t>师：可以用乘法检验除法，那乘法可以用除法检验吗？(可以)加法和减法呢？</w:t>
            </w:r>
          </w:p>
          <w:p>
            <w:pPr>
              <w:spacing w:after="20" w:line="276" w:lineRule="auto"/>
            </w:pPr>
            <w:r>
              <w:rPr>
                <w:rFonts w:ascii="宋体" w:hAnsi="宋体" w:eastAsia="宋体"/>
                <w:b w:val="0"/>
                <w:sz w:val="18"/>
              </w:rPr>
              <w:t>师：对！这四种运算之间是相互联系的。</w:t>
            </w:r>
          </w:p>
          <w:p>
            <w:pPr>
              <w:spacing w:after="20" w:line="276" w:lineRule="auto"/>
            </w:pPr>
            <w:r>
              <w:rPr>
                <w:rFonts w:ascii="宋体" w:hAnsi="宋体" w:eastAsia="宋体"/>
                <w:b w:val="0"/>
                <w:sz w:val="18"/>
              </w:rPr>
              <w:t>师生边交流教师边适时板书，形成“知识结构图”。</w:t>
            </w:r>
          </w:p>
        </w:tc>
        <w:tc>
          <w:tcPr>
            <w:tcW w:type="dxa" w:w="3061"/>
          </w:tcPr>
          <w:p>
            <w:pPr>
              <w:spacing w:after="20" w:line="276" w:lineRule="auto"/>
            </w:pPr>
            <w:r/>
            <w:r>
              <w:rPr>
                <w:rFonts w:ascii="宋体" w:hAnsi="宋体" w:eastAsia="宋体"/>
                <w:b w:val="0"/>
                <w:sz w:val="18"/>
              </w:rPr>
              <w:t>1.学生自主画“知识结构图”。</w:t>
            </w:r>
          </w:p>
          <w:p>
            <w:pPr>
              <w:spacing w:after="20" w:line="276" w:lineRule="auto"/>
            </w:pPr>
            <w:r>
              <w:rPr>
                <w:rFonts w:ascii="宋体" w:hAnsi="宋体" w:eastAsia="宋体"/>
                <w:b w:val="0"/>
                <w:sz w:val="18"/>
              </w:rPr>
              <w:t>学生独立画“知识结构图”，教师全班巡视，个别指导。</w:t>
            </w:r>
          </w:p>
          <w:p>
            <w:pPr>
              <w:spacing w:after="20" w:line="276" w:lineRule="auto"/>
            </w:pPr>
            <w:r>
              <w:rPr>
                <w:rFonts w:ascii="宋体" w:hAnsi="宋体" w:eastAsia="宋体"/>
                <w:b w:val="0"/>
                <w:sz w:val="18"/>
              </w:rPr>
              <w:t>分母是10的分数可以写成一位小数，分母是100的分数可以写成两位小数。</w:t>
            </w:r>
          </w:p>
          <w:p>
            <w:pPr>
              <w:spacing w:after="20" w:line="276" w:lineRule="auto"/>
            </w:pPr>
            <w:r>
              <w:rPr>
                <w:rFonts w:ascii="宋体" w:hAnsi="宋体" w:eastAsia="宋体"/>
                <w:b w:val="0"/>
                <w:sz w:val="18"/>
              </w:rPr>
              <w:t>小数也有整数部分，小数与整数都是十进制，同样的量用不同的单位表示，有的时候是整数，有的时候是小数，如2分米是整数，用“米”作单位就是小数，是0.2米。</w:t>
            </w:r>
          </w:p>
          <w:p>
            <w:pPr>
              <w:spacing w:after="20" w:line="276" w:lineRule="auto"/>
            </w:pPr>
            <w:r>
              <w:rPr>
                <w:rFonts w:ascii="宋体" w:hAnsi="宋体" w:eastAsia="宋体"/>
                <w:b w:val="0"/>
                <w:sz w:val="18"/>
              </w:rPr>
              <w:t>小数的大小比较先看整数部分，整数部分大的那个数就大。整数部分相同，再看小数部分，小数部分大的那个数就大。</w:t>
            </w:r>
          </w:p>
          <w:p>
            <w:pPr>
              <w:spacing w:after="20" w:line="276" w:lineRule="auto"/>
            </w:pPr>
            <w:r>
              <w:rPr>
                <w:rFonts w:ascii="宋体" w:hAnsi="宋体" w:eastAsia="宋体"/>
                <w:b w:val="0"/>
                <w:sz w:val="18"/>
              </w:rPr>
              <w:t>小数加、减法运算同整数加、减法运算一样，也是相同数位上的数相加、减，加法计算时，从末位加起，满十向前一位进1；减法计算时，从末位减起，不够减时向前一位借1。</w:t>
            </w:r>
          </w:p>
          <w:p>
            <w:pPr>
              <w:spacing w:after="20" w:line="276" w:lineRule="auto"/>
            </w:pPr>
            <w:r>
              <w:rPr>
                <w:rFonts w:ascii="宋体" w:hAnsi="宋体" w:eastAsia="宋体"/>
                <w:b w:val="0"/>
                <w:sz w:val="18"/>
              </w:rPr>
              <w:t>小数点对齐。</w:t>
            </w:r>
          </w:p>
          <w:p>
            <w:pPr>
              <w:spacing w:after="20" w:line="276" w:lineRule="auto"/>
            </w:pPr>
            <w:r>
              <w:rPr>
                <w:rFonts w:ascii="宋体" w:hAnsi="宋体" w:eastAsia="宋体"/>
                <w:b w:val="0"/>
                <w:sz w:val="18"/>
              </w:rPr>
              <w:t>预设1：每步计算都要运用到乘法口诀，乘法口诀不能错。</w:t>
            </w:r>
          </w:p>
          <w:p>
            <w:pPr>
              <w:spacing w:after="20" w:line="276" w:lineRule="auto"/>
            </w:pPr>
            <w:r>
              <w:rPr>
                <w:rFonts w:ascii="宋体" w:hAnsi="宋体" w:eastAsia="宋体"/>
                <w:b w:val="0"/>
                <w:sz w:val="18"/>
              </w:rPr>
              <w:t>预设2：从高位除起，除到哪一位商就写到那一位上。</w:t>
            </w:r>
          </w:p>
          <w:p>
            <w:pPr>
              <w:spacing w:after="20" w:line="276" w:lineRule="auto"/>
            </w:pPr>
            <w:r>
              <w:rPr>
                <w:rFonts w:ascii="宋体" w:hAnsi="宋体" w:eastAsia="宋体"/>
                <w:b w:val="0"/>
                <w:sz w:val="18"/>
              </w:rPr>
              <w:t>预设3：商中间有0时不能写漏了。</w:t>
            </w:r>
          </w:p>
          <w:p>
            <w:pPr>
              <w:spacing w:after="20" w:line="276" w:lineRule="auto"/>
            </w:pPr>
            <w:r>
              <w:rPr>
                <w:rFonts w:ascii="宋体" w:hAnsi="宋体" w:eastAsia="宋体"/>
                <w:b w:val="0"/>
                <w:sz w:val="18"/>
              </w:rPr>
              <w:t>如果是没有余数的除法，用“商×除数”看是否等于被除数；如果是有余数的除法，用“商×除数＋余数”看是否等于被除数。</w:t>
            </w:r>
          </w:p>
          <w:p>
            <w:pPr>
              <w:spacing w:after="20" w:line="276" w:lineRule="auto"/>
            </w:pPr>
            <w:r>
              <w:rPr>
                <w:rFonts w:ascii="宋体" w:hAnsi="宋体" w:eastAsia="宋体"/>
                <w:b w:val="0"/>
                <w:sz w:val="18"/>
              </w:rPr>
              <w:t>加法和减法互相可以检验，乘法和除法互相可以检验。</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设计递进式探究活动，引导学生在动手实践与合作交流中经历知识形成过程，突破本课重难点，核心问题："都画好了吗？"</w:t>
            </w:r>
          </w:p>
        </w:tc>
      </w:tr>
      <w:tr>
        <w:tc>
          <w:tcPr>
            <w:tcW w:type="dxa" w:w="1474"/>
          </w:tcPr>
          <w:p>
            <w:pPr>
              <w:spacing w:after="20" w:line="276" w:lineRule="auto"/>
            </w:pPr>
            <w:r>
              <w:rPr>
                <w:b/>
              </w:rPr>
            </w:r>
            <w:r>
              <w:rPr>
                <w:rFonts w:ascii="宋体" w:hAnsi="宋体" w:eastAsia="宋体"/>
                <w:b/>
                <w:sz w:val="18"/>
              </w:rPr>
              <w:t>三、巩固与应用</w:t>
            </w:r>
          </w:p>
        </w:tc>
        <w:tc>
          <w:tcPr>
            <w:tcW w:type="dxa" w:w="3061"/>
          </w:tcPr>
          <w:p>
            <w:pPr>
              <w:spacing w:after="20" w:line="276" w:lineRule="auto"/>
            </w:pPr>
            <w:r/>
            <w:r>
              <w:rPr>
                <w:rFonts w:ascii="宋体" w:hAnsi="宋体" w:eastAsia="宋体"/>
                <w:b w:val="0"/>
                <w:sz w:val="18"/>
              </w:rPr>
              <w:t>1.完成教科书P98“应用提升”第1题。</w:t>
            </w:r>
          </w:p>
          <w:p>
            <w:pPr>
              <w:spacing w:after="20" w:line="276" w:lineRule="auto"/>
            </w:pPr>
            <w:r>
              <w:rPr>
                <w:rFonts w:ascii="宋体" w:hAnsi="宋体" w:eastAsia="宋体"/>
                <w:b w:val="0"/>
                <w:sz w:val="18"/>
              </w:rPr>
              <w:t>课件出示教科书P98“应用提升”第1题。</w:t>
            </w:r>
          </w:p>
          <w:p>
            <w:pPr>
              <w:spacing w:after="20" w:line="276" w:lineRule="auto"/>
            </w:pPr>
            <w:r>
              <w:rPr>
                <w:rFonts w:ascii="宋体" w:hAnsi="宋体" w:eastAsia="宋体"/>
                <w:b w:val="0"/>
                <w:sz w:val="18"/>
              </w:rPr>
              <w:t>(1)引导学生读题，明确数学信息和计算方法。</w:t>
            </w:r>
          </w:p>
          <w:p>
            <w:pPr>
              <w:spacing w:after="20" w:line="276" w:lineRule="auto"/>
            </w:pPr>
            <w:r>
              <w:rPr>
                <w:rFonts w:ascii="宋体" w:hAnsi="宋体" w:eastAsia="宋体"/>
                <w:b w:val="0"/>
                <w:sz w:val="18"/>
              </w:rPr>
              <w:t>(2)学生独立在教科书上完成。</w:t>
            </w:r>
          </w:p>
          <w:p>
            <w:pPr>
              <w:spacing w:after="20" w:line="276" w:lineRule="auto"/>
            </w:pPr>
            <w:r>
              <w:rPr>
                <w:rFonts w:ascii="宋体" w:hAnsi="宋体" w:eastAsia="宋体"/>
                <w:b w:val="0"/>
                <w:sz w:val="18"/>
              </w:rPr>
              <w:t>(3)全班集中评价。学生汇报，教师课件呈现正确答案。</w:t>
            </w:r>
          </w:p>
          <w:p>
            <w:pPr>
              <w:spacing w:after="20" w:line="276" w:lineRule="auto"/>
            </w:pPr>
            <w:r>
              <w:rPr>
                <w:rFonts w:ascii="宋体" w:hAnsi="宋体" w:eastAsia="宋体"/>
                <w:b w:val="0"/>
                <w:sz w:val="18"/>
              </w:rPr>
              <w:t>2．完成教科书P99“练习十八”第1题。</w:t>
            </w:r>
          </w:p>
          <w:p>
            <w:pPr>
              <w:spacing w:after="20" w:line="276" w:lineRule="auto"/>
            </w:pPr>
            <w:r>
              <w:rPr>
                <w:rFonts w:ascii="宋体" w:hAnsi="宋体" w:eastAsia="宋体"/>
                <w:b w:val="0"/>
                <w:sz w:val="18"/>
              </w:rPr>
              <w:t>教师逐题指名学生口答，其他同学在教科书上写答案。</w:t>
            </w:r>
          </w:p>
          <w:p>
            <w:pPr>
              <w:spacing w:after="20" w:line="276" w:lineRule="auto"/>
            </w:pPr>
            <w:r>
              <w:rPr>
                <w:rFonts w:ascii="宋体" w:hAnsi="宋体" w:eastAsia="宋体"/>
                <w:b w:val="0"/>
                <w:sz w:val="18"/>
              </w:rPr>
              <w:t>3．完成教科书P99“练习十八”第2题。</w:t>
            </w:r>
          </w:p>
          <w:p>
            <w:pPr>
              <w:spacing w:after="20" w:line="276" w:lineRule="auto"/>
            </w:pPr>
            <w:r>
              <w:rPr>
                <w:rFonts w:ascii="宋体" w:hAnsi="宋体" w:eastAsia="宋体"/>
                <w:b w:val="0"/>
                <w:sz w:val="18"/>
              </w:rPr>
              <w:t>师：计算除数是一位数的除法时要注意什么？</w:t>
            </w:r>
          </w:p>
          <w:p>
            <w:pPr>
              <w:spacing w:after="20" w:line="276" w:lineRule="auto"/>
            </w:pPr>
            <w:r>
              <w:rPr>
                <w:rFonts w:ascii="宋体" w:hAnsi="宋体" w:eastAsia="宋体"/>
                <w:b w:val="0"/>
                <w:sz w:val="18"/>
              </w:rPr>
              <w:t>4．完成教科书P99“练习十八”第6题。</w:t>
            </w:r>
          </w:p>
          <w:p>
            <w:pPr>
              <w:spacing w:after="20" w:line="276" w:lineRule="auto"/>
            </w:pPr>
            <w:r>
              <w:rPr>
                <w:rFonts w:ascii="宋体" w:hAnsi="宋体" w:eastAsia="宋体"/>
                <w:b w:val="0"/>
                <w:sz w:val="18"/>
              </w:rPr>
              <w:t>课件出示教科书P99“练习十八”第6题，学生在教科书上完成后集中评价。</w:t>
            </w:r>
          </w:p>
          <w:p>
            <w:pPr>
              <w:spacing w:after="20" w:line="276" w:lineRule="auto"/>
            </w:pPr>
            <w:r>
              <w:rPr>
                <w:rFonts w:ascii="宋体" w:hAnsi="宋体" w:eastAsia="宋体"/>
                <w:b w:val="0"/>
                <w:sz w:val="18"/>
              </w:rPr>
              <w:t>5．完成教科书P99“练习十八”第7题。</w:t>
            </w:r>
          </w:p>
          <w:p>
            <w:pPr>
              <w:spacing w:after="20" w:line="276" w:lineRule="auto"/>
            </w:pPr>
            <w:r>
              <w:rPr>
                <w:rFonts w:ascii="宋体" w:hAnsi="宋体" w:eastAsia="宋体"/>
                <w:b w:val="0"/>
                <w:sz w:val="18"/>
              </w:rPr>
              <w:t>师：计算小数加、减法时要注意什么？</w:t>
            </w:r>
          </w:p>
        </w:tc>
        <w:tc>
          <w:tcPr>
            <w:tcW w:type="dxa" w:w="3061"/>
          </w:tcPr>
          <w:p>
            <w:pPr>
              <w:spacing w:after="20" w:line="276" w:lineRule="auto"/>
            </w:pPr>
            <w:r/>
            <w:r>
              <w:rPr>
                <w:rFonts w:ascii="宋体" w:hAnsi="宋体" w:eastAsia="宋体"/>
                <w:b w:val="0"/>
                <w:sz w:val="18"/>
              </w:rPr>
              <w:t>学生独立在随堂作业本上完成，再集中评价。</w:t>
            </w:r>
          </w:p>
          <w:p>
            <w:pPr>
              <w:spacing w:after="20" w:line="276" w:lineRule="auto"/>
            </w:pPr>
            <w:r>
              <w:rPr>
                <w:rFonts w:ascii="宋体" w:hAnsi="宋体" w:eastAsia="宋体"/>
                <w:b w:val="0"/>
                <w:sz w:val="18"/>
              </w:rPr>
              <w:t>学生自由交流。</w:t>
            </w:r>
          </w:p>
          <w:p>
            <w:pPr>
              <w:spacing w:after="20" w:line="276" w:lineRule="auto"/>
            </w:pPr>
            <w:r>
              <w:rPr>
                <w:rFonts w:ascii="宋体" w:hAnsi="宋体" w:eastAsia="宋体"/>
                <w:b w:val="0"/>
                <w:sz w:val="18"/>
              </w:rPr>
              <w:t>学生独立在随堂作业本上完成，再集中评价。</w:t>
            </w:r>
          </w:p>
          <w:p>
            <w:pPr>
              <w:spacing w:after="20" w:line="276" w:lineRule="auto"/>
            </w:pPr>
            <w:r>
              <w:rPr>
                <w:rFonts w:ascii="宋体" w:hAnsi="宋体" w:eastAsia="宋体"/>
                <w:b w:val="0"/>
                <w:sz w:val="18"/>
              </w:rPr>
              <w:t>学生自由交流。</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通过有层次的练习及时反馈学情，巩固新知，培养学生灵活运用知识解决问题的能力，核心问题："计算除数是一位数的除法时要注意什么？"</w:t>
            </w:r>
          </w:p>
        </w:tc>
      </w:tr>
      <w:tr>
        <w:tc>
          <w:tcPr>
            <w:tcW w:type="dxa" w:w="1474"/>
          </w:tcPr>
          <w:p>
            <w:pPr>
              <w:spacing w:after="20" w:line="276" w:lineRule="auto"/>
            </w:pPr>
            <w:r>
              <w:rPr>
                <w:b/>
              </w:rPr>
            </w:r>
            <w:r>
              <w:rPr>
                <w:rFonts w:ascii="宋体" w:hAnsi="宋体" w:eastAsia="宋体"/>
                <w:b/>
                <w:sz w:val="18"/>
              </w:rPr>
              <w:t>四、课堂小结</w:t>
            </w:r>
          </w:p>
        </w:tc>
        <w:tc>
          <w:tcPr>
            <w:tcW w:type="dxa" w:w="3061"/>
          </w:tcPr>
          <w:p>
            <w:pPr>
              <w:spacing w:after="20" w:line="276" w:lineRule="auto"/>
            </w:pPr>
            <w:r/>
            <w:r>
              <w:rPr>
                <w:rFonts w:ascii="宋体" w:hAnsi="宋体" w:eastAsia="宋体"/>
                <w:b w:val="0"/>
                <w:sz w:val="18"/>
              </w:rPr>
              <w:t>师：通过本节课的整理和复习，你有哪些新的收获？</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通过整理和复习，主要实现以下目标，一是引导学生沟通知识间的联系，能同化前面所学的知识，形成知识体系。二是在整理和复习时，突出难点和重点，为后续的学习奠定基础。</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教科书P95～96“数与运算”，教科书P98“应用提升”第1题，教科书P99“练习十八”第1，2，6，7题。</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学生前面的学习比较扎实，基础知识落实得比较到位，所以回顾与整理的时候，学生都比较容易。只是在建构“知识结构图”的时候，有的学生考虑比较全面，知识和方法都整理了，有的学生只是将核心内容写了出来。</w:t>
      </w:r>
    </w:p>
    <w:p>
      <w:r>
        <w:br w:type="page"/>
      </w:r>
    </w:p>
    <w:p>
      <w:pPr>
        <w:spacing w:after="80" w:line="300" w:lineRule="auto"/>
      </w:pPr>
      <w:r>
        <w:rPr>
          <w:rFonts w:ascii="黑体" w:hAnsi="黑体" w:eastAsia="黑体"/>
          <w:b/>
          <w:sz w:val="24"/>
        </w:rPr>
        <w:t>二、课时教学方案（第2课时）</w:t>
      </w:r>
    </w:p>
    <w:p>
      <w:pPr>
        <w:spacing w:after="80" w:line="300" w:lineRule="auto"/>
      </w:pPr>
      <w:r>
        <w:rPr>
          <w:rFonts w:ascii="黑体" w:hAnsi="黑体" w:eastAsia="黑体"/>
          <w:b/>
          <w:sz w:val="24"/>
        </w:rPr>
        <w:t>第2课时　数量关系</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第2课时　数量关系</w:t>
            </w:r>
          </w:p>
        </w:tc>
        <w:tc>
          <w:tcPr>
            <w:tcW w:type="dxa" w:w="6009"/>
          </w:tcPr>
          <w:p>
            <w:pPr>
              <w:spacing w:after="20" w:line="276" w:lineRule="auto"/>
            </w:pPr>
            <w:r/>
            <w:r>
              <w:rPr>
                <w:rFonts w:ascii="宋体" w:hAnsi="宋体" w:eastAsia="宋体"/>
                <w:b w:val="0"/>
                <w:sz w:val="20"/>
              </w:rPr>
              <w:t>第7单元 复习与关联</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（结合班情，从作业反馈、课前调查、访谈等途径诊断本班学生学习起点，明确本课学习的现实基础。）</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教学内容：教科书P96“数量关系”，教科书P99～101“练习十八”第3，10，11，12，14，15题。</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（1）进一步掌握用分析法和综合法分析问题，能根据乘、除法以及小数加、减法意义列乘法算式、除法算式以及小数加、减法算式解决问题。</w:t>
      </w:r>
    </w:p>
    <w:p>
      <w:pPr>
        <w:spacing w:after="20" w:line="300" w:lineRule="auto"/>
        <w:ind w:firstLine="400"/>
      </w:pPr>
      <w:r>
        <w:rPr>
          <w:rFonts w:ascii="宋体" w:hAnsi="宋体" w:eastAsia="宋体"/>
          <w:b w:val="0"/>
          <w:sz w:val="20"/>
        </w:rPr>
        <w:t>（2）巩固用画线段图、列表等方法分析数量关系，根据数量关系分步列式或综合列式。</w:t>
      </w:r>
    </w:p>
    <w:p>
      <w:pPr>
        <w:spacing w:after="20" w:line="300" w:lineRule="auto"/>
        <w:ind w:firstLine="400"/>
      </w:pPr>
      <w:r>
        <w:rPr>
          <w:rFonts w:ascii="宋体" w:hAnsi="宋体" w:eastAsia="宋体"/>
          <w:b w:val="0"/>
          <w:sz w:val="20"/>
        </w:rPr>
        <w:t>（3）提升分析问题、解决问题的能力，发展应用意识。</w:t>
      </w:r>
    </w:p>
    <w:p>
      <w:pPr>
        <w:spacing w:after="20" w:line="300" w:lineRule="auto"/>
      </w:pPr>
      <w:r>
        <w:rPr>
          <w:rFonts w:ascii="宋体" w:hAnsi="宋体" w:eastAsia="宋体"/>
          <w:b w:val="0"/>
          <w:sz w:val="20"/>
        </w:rPr>
        <w:t>教学重点：掌握分析问题的思路和用画线段图、列表分析数量关系的方法。</w:t>
      </w:r>
    </w:p>
    <w:p>
      <w:pPr>
        <w:spacing w:after="20" w:line="300" w:lineRule="auto"/>
      </w:pPr>
      <w:r>
        <w:rPr>
          <w:rFonts w:ascii="宋体" w:hAnsi="宋体" w:eastAsia="宋体"/>
          <w:b w:val="0"/>
          <w:sz w:val="20"/>
        </w:rPr>
        <w:t>教学难点：根据实际问题选择分析数量关系的方法。</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一、沟通与交流，引导回顾</w:t>
            </w:r>
          </w:p>
        </w:tc>
        <w:tc>
          <w:tcPr>
            <w:tcW w:type="dxa" w:w="1814"/>
          </w:tcPr>
          <w:p>
            <w:pPr>
              <w:spacing w:after="20" w:line="276" w:lineRule="auto"/>
            </w:pPr>
            <w:r/>
            <w:r>
              <w:rPr>
                <w:rFonts w:ascii="宋体" w:hAnsi="宋体" w:eastAsia="宋体"/>
                <w:b w:val="0"/>
                <w:sz w:val="18"/>
              </w:rPr>
              <w:t>课件、教科书、线段图</w:t>
            </w:r>
          </w:p>
        </w:tc>
        <w:tc>
          <w:tcPr>
            <w:tcW w:type="dxa" w:w="3402"/>
          </w:tcPr>
          <w:p>
            <w:pPr>
              <w:spacing w:after="20" w:line="276" w:lineRule="auto"/>
            </w:pPr>
            <w:r/>
            <w:r>
              <w:rPr>
                <w:rFonts w:ascii="宋体" w:hAnsi="宋体" w:eastAsia="宋体"/>
                <w:b w:val="0"/>
                <w:sz w:val="18"/>
              </w:rPr>
              <w:t>上节课我们复习了数与运算，同学们知道学习运算的主要目的是什么？</w:t>
            </w:r>
          </w:p>
        </w:tc>
        <w:tc>
          <w:tcPr>
            <w:tcW w:type="dxa" w:w="1361"/>
          </w:tcPr>
          <w:p>
            <w:pPr>
              <w:spacing w:after="20" w:line="276" w:lineRule="auto"/>
            </w:pPr>
            <w:r/>
            <w:r>
              <w:rPr>
                <w:rFonts w:ascii="宋体" w:hAnsi="宋体" w:eastAsia="宋体"/>
                <w:b w:val="0"/>
                <w:sz w:val="18"/>
              </w:rPr>
              <w:t>6分钟</w:t>
            </w:r>
          </w:p>
        </w:tc>
      </w:tr>
      <w:tr>
        <w:tc>
          <w:tcPr>
            <w:tcW w:type="dxa" w:w="2835"/>
          </w:tcPr>
          <w:p>
            <w:pPr>
              <w:spacing w:after="20" w:line="276" w:lineRule="auto"/>
            </w:pPr>
            <w:r/>
            <w:r>
              <w:rPr>
                <w:rFonts w:ascii="宋体" w:hAnsi="宋体" w:eastAsia="宋体"/>
                <w:b w:val="0"/>
                <w:sz w:val="18"/>
              </w:rPr>
              <w:t>二、以问题为载体，梳理解决问题的思路和方法</w:t>
            </w:r>
          </w:p>
        </w:tc>
        <w:tc>
          <w:tcPr>
            <w:tcW w:type="dxa" w:w="1814"/>
          </w:tcPr>
          <w:p>
            <w:pPr>
              <w:spacing w:after="20" w:line="276" w:lineRule="auto"/>
            </w:pPr>
            <w:r/>
            <w:r>
              <w:rPr>
                <w:rFonts w:ascii="宋体" w:hAnsi="宋体" w:eastAsia="宋体"/>
                <w:b w:val="0"/>
                <w:sz w:val="18"/>
              </w:rPr>
              <w:t>课件、教科书、线段图</w:t>
            </w:r>
          </w:p>
        </w:tc>
        <w:tc>
          <w:tcPr>
            <w:tcW w:type="dxa" w:w="3402"/>
          </w:tcPr>
          <w:p>
            <w:pPr>
              <w:spacing w:after="20" w:line="276" w:lineRule="auto"/>
            </w:pPr>
            <w:r/>
            <w:r>
              <w:rPr>
                <w:rFonts w:ascii="宋体" w:hAnsi="宋体" w:eastAsia="宋体"/>
                <w:b w:val="0"/>
                <w:sz w:val="18"/>
              </w:rPr>
              <w:t>下面这个问题，你们会解答吗？；我们可以画线段图或列表分析数量关系。这个问题是画线段图合适还是列表合适？为什么？</w:t>
            </w:r>
          </w:p>
        </w:tc>
        <w:tc>
          <w:tcPr>
            <w:tcW w:type="dxa" w:w="1361"/>
          </w:tcPr>
          <w:p>
            <w:pPr>
              <w:spacing w:after="20" w:line="276" w:lineRule="auto"/>
            </w:pPr>
            <w:r/>
            <w:r>
              <w:rPr>
                <w:rFonts w:ascii="宋体" w:hAnsi="宋体" w:eastAsia="宋体"/>
                <w:b w:val="0"/>
                <w:sz w:val="18"/>
              </w:rPr>
              <w:t>23分钟</w:t>
            </w:r>
          </w:p>
        </w:tc>
      </w:tr>
      <w:tr>
        <w:tc>
          <w:tcPr>
            <w:tcW w:type="dxa" w:w="2835"/>
          </w:tcPr>
          <w:p>
            <w:pPr>
              <w:spacing w:after="20" w:line="276" w:lineRule="auto"/>
            </w:pPr>
            <w:r/>
            <w:r>
              <w:rPr>
                <w:rFonts w:ascii="宋体" w:hAnsi="宋体" w:eastAsia="宋体"/>
                <w:b w:val="0"/>
                <w:sz w:val="18"/>
              </w:rPr>
              <w:t>三、实践应用，解决问题</w:t>
            </w:r>
          </w:p>
        </w:tc>
        <w:tc>
          <w:tcPr>
            <w:tcW w:type="dxa" w:w="1814"/>
          </w:tcPr>
          <w:p>
            <w:pPr>
              <w:spacing w:after="20" w:line="276" w:lineRule="auto"/>
            </w:pPr>
            <w:r/>
            <w:r>
              <w:rPr>
                <w:rFonts w:ascii="宋体" w:hAnsi="宋体" w:eastAsia="宋体"/>
                <w:b w:val="0"/>
                <w:sz w:val="18"/>
              </w:rPr>
              <w:t>教科书、线段图、课件</w:t>
            </w:r>
          </w:p>
        </w:tc>
        <w:tc>
          <w:tcPr>
            <w:tcW w:type="dxa" w:w="3402"/>
          </w:tcPr>
          <w:p>
            <w:pPr>
              <w:spacing w:after="20" w:line="276" w:lineRule="auto"/>
            </w:pPr>
            <w:r/>
            <w:r>
              <w:rPr>
                <w:rFonts w:ascii="宋体" w:hAnsi="宋体" w:eastAsia="宋体"/>
                <w:b w:val="0"/>
                <w:sz w:val="18"/>
              </w:rPr>
              <w:t>用什么计算方法？为什么？</w:t>
            </w:r>
          </w:p>
        </w:tc>
        <w:tc>
          <w:tcPr>
            <w:tcW w:type="dxa" w:w="1361"/>
          </w:tcPr>
          <w:p>
            <w:pPr>
              <w:spacing w:after="20" w:line="276" w:lineRule="auto"/>
            </w:pPr>
            <w:r/>
            <w:r>
              <w:rPr>
                <w:rFonts w:ascii="宋体" w:hAnsi="宋体" w:eastAsia="宋体"/>
                <w:b w:val="0"/>
                <w:sz w:val="18"/>
              </w:rPr>
              <w:t>9分钟</w:t>
            </w:r>
          </w:p>
        </w:tc>
      </w:tr>
      <w:tr>
        <w:tc>
          <w:tcPr>
            <w:tcW w:type="dxa" w:w="2835"/>
          </w:tcPr>
          <w:p>
            <w:pPr>
              <w:spacing w:after="20" w:line="276" w:lineRule="auto"/>
            </w:pPr>
            <w:r/>
            <w:r>
              <w:rPr>
                <w:rFonts w:ascii="宋体" w:hAnsi="宋体" w:eastAsia="宋体"/>
                <w:b w:val="0"/>
                <w:sz w:val="18"/>
              </w:rPr>
              <w:t>四、课堂小结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同学们，通过本节课的梳理，你有哪些收获？</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一、沟通与交流，引导回顾</w:t>
            </w:r>
          </w:p>
        </w:tc>
        <w:tc>
          <w:tcPr>
            <w:tcW w:type="dxa" w:w="3061"/>
          </w:tcPr>
          <w:p>
            <w:pPr>
              <w:spacing w:after="20" w:line="276" w:lineRule="auto"/>
            </w:pPr>
            <w:r/>
            <w:r>
              <w:rPr>
                <w:rFonts w:ascii="宋体" w:hAnsi="宋体" w:eastAsia="宋体"/>
                <w:b w:val="0"/>
                <w:sz w:val="18"/>
              </w:rPr>
              <w:t>师：上节课我们复习了数与运算，同学们知道学习运算的主要目的是什么？</w:t>
            </w:r>
          </w:p>
          <w:p>
            <w:pPr>
              <w:spacing w:after="20" w:line="276" w:lineRule="auto"/>
            </w:pPr>
            <w:r>
              <w:rPr>
                <w:rFonts w:ascii="宋体" w:hAnsi="宋体" w:eastAsia="宋体"/>
                <w:b w:val="0"/>
                <w:sz w:val="18"/>
              </w:rPr>
              <w:t>师：运算不仅能发展我们的运算能力，还能提高我们解决问题的能力。而且，一般情况下，解决问题都需要计算。本学期我们用乘、除法和小数加、减法解决了哪些问题？</w:t>
            </w:r>
          </w:p>
          <w:p>
            <w:pPr>
              <w:spacing w:after="20" w:line="276" w:lineRule="auto"/>
            </w:pPr>
            <w:r>
              <w:rPr>
                <w:rFonts w:ascii="宋体" w:hAnsi="宋体" w:eastAsia="宋体"/>
                <w:b w:val="0"/>
                <w:sz w:val="18"/>
              </w:rPr>
              <w:t>课件出示教科书P96“数量关系”，让学生小组讨论线段图与算式之间的对应关系，再指名学生说说。</w:t>
            </w:r>
          </w:p>
          <w:p>
            <w:pPr>
              <w:spacing w:after="20" w:line="276" w:lineRule="auto"/>
            </w:pPr>
            <w:r>
              <w:rPr>
                <w:rFonts w:ascii="宋体" w:hAnsi="宋体" w:eastAsia="宋体"/>
                <w:b w:val="0"/>
                <w:sz w:val="18"/>
              </w:rPr>
              <w:t>师：解决问题时，都是依据数量关系选择运算和列式。(板书课题：数量关系)</w:t>
            </w:r>
          </w:p>
        </w:tc>
        <w:tc>
          <w:tcPr>
            <w:tcW w:type="dxa" w:w="3061"/>
          </w:tcPr>
          <w:p>
            <w:pPr>
              <w:spacing w:after="20" w:line="276" w:lineRule="auto"/>
            </w:pPr>
            <w:r/>
            <w:r>
              <w:rPr>
                <w:rFonts w:ascii="宋体" w:hAnsi="宋体" w:eastAsia="宋体"/>
                <w:b w:val="0"/>
                <w:sz w:val="18"/>
              </w:rPr>
              <w:t>会计算；会用计算解决问题；发展我们的能力。</w:t>
            </w:r>
          </w:p>
        </w:tc>
        <w:tc>
          <w:tcPr>
            <w:tcW w:type="dxa" w:w="1814"/>
          </w:tcPr>
          <w:p>
            <w:pPr>
              <w:spacing w:after="20" w:line="276" w:lineRule="auto"/>
            </w:pPr>
            <w:r/>
            <w:r>
              <w:rPr>
                <w:rFonts w:ascii="宋体" w:hAnsi="宋体" w:eastAsia="宋体"/>
                <w:b w:val="0"/>
                <w:sz w:val="18"/>
              </w:rPr>
              <w:t>创设情境激活学生已有经验，自然引出本课学习内容，激发学习兴趣，核心问题："上节课我们复习了数与运算，同学们知道学习运算的主要目的是什么？"</w:t>
            </w:r>
          </w:p>
        </w:tc>
      </w:tr>
      <w:tr>
        <w:tc>
          <w:tcPr>
            <w:tcW w:type="dxa" w:w="1474"/>
          </w:tcPr>
          <w:p>
            <w:pPr>
              <w:spacing w:after="20" w:line="276" w:lineRule="auto"/>
            </w:pPr>
            <w:r>
              <w:rPr>
                <w:b/>
              </w:rPr>
            </w:r>
            <w:r>
              <w:rPr>
                <w:rFonts w:ascii="宋体" w:hAnsi="宋体" w:eastAsia="宋体"/>
                <w:b/>
                <w:sz w:val="18"/>
              </w:rPr>
              <w:t>二、以问题为载体，梳理解决问题的思路和方法</w:t>
            </w:r>
          </w:p>
        </w:tc>
        <w:tc>
          <w:tcPr>
            <w:tcW w:type="dxa" w:w="3061"/>
          </w:tcPr>
          <w:p>
            <w:pPr>
              <w:spacing w:after="20" w:line="276" w:lineRule="auto"/>
            </w:pPr>
            <w:r/>
            <w:r>
              <w:rPr>
                <w:rFonts w:ascii="宋体" w:hAnsi="宋体" w:eastAsia="宋体"/>
                <w:b w:val="0"/>
                <w:sz w:val="18"/>
              </w:rPr>
              <w:t>师：下面这个问题，你们会解答吗？</w:t>
            </w:r>
          </w:p>
          <w:p>
            <w:pPr>
              <w:spacing w:after="20" w:line="276" w:lineRule="auto"/>
            </w:pPr>
            <w:r>
              <w:rPr>
                <w:rFonts w:ascii="宋体" w:hAnsi="宋体" w:eastAsia="宋体"/>
                <w:b w:val="0"/>
                <w:sz w:val="18"/>
              </w:rPr>
              <w:t>课件呈现教科书P100“练习十八”第10题。</w:t>
            </w:r>
          </w:p>
          <w:p>
            <w:pPr>
              <w:spacing w:after="20" w:line="276" w:lineRule="auto"/>
            </w:pPr>
            <w:r>
              <w:rPr>
                <w:rFonts w:ascii="宋体" w:hAnsi="宋体" w:eastAsia="宋体"/>
                <w:b w:val="0"/>
                <w:sz w:val="18"/>
              </w:rPr>
              <w:t>1．解决问题(1)。</w:t>
            </w:r>
          </w:p>
          <w:p>
            <w:pPr>
              <w:spacing w:after="20" w:line="276" w:lineRule="auto"/>
            </w:pPr>
            <w:r>
              <w:rPr>
                <w:rFonts w:ascii="宋体" w:hAnsi="宋体" w:eastAsia="宋体"/>
                <w:b w:val="0"/>
                <w:sz w:val="18"/>
              </w:rPr>
              <w:t>(1)整理分析数量关系的方法。</w:t>
            </w:r>
          </w:p>
          <w:p>
            <w:pPr>
              <w:spacing w:after="20" w:line="276" w:lineRule="auto"/>
            </w:pPr>
            <w:r>
              <w:rPr>
                <w:rFonts w:ascii="宋体" w:hAnsi="宋体" w:eastAsia="宋体"/>
                <w:b w:val="0"/>
                <w:sz w:val="18"/>
              </w:rPr>
              <w:t>师：我们可以画线段图或列表分析数量关系。这个问题是画线段图合适还是列表合适？为什么？</w:t>
            </w:r>
          </w:p>
          <w:p>
            <w:pPr>
              <w:spacing w:after="20" w:line="276" w:lineRule="auto"/>
            </w:pPr>
            <w:r>
              <w:rPr>
                <w:rFonts w:ascii="宋体" w:hAnsi="宋体" w:eastAsia="宋体"/>
                <w:b w:val="0"/>
                <w:sz w:val="18"/>
              </w:rPr>
              <w:t>(2)整理分析问题的思路。</w:t>
            </w:r>
          </w:p>
          <w:p>
            <w:pPr>
              <w:spacing w:after="20" w:line="276" w:lineRule="auto"/>
            </w:pPr>
            <w:r>
              <w:rPr>
                <w:rFonts w:ascii="宋体" w:hAnsi="宋体" w:eastAsia="宋体"/>
                <w:b w:val="0"/>
                <w:sz w:val="18"/>
              </w:rPr>
              <w:t>师：谁能说说，解决这个问题时，思路是怎样的？也就是你是怎样想的？</w:t>
            </w:r>
          </w:p>
          <w:p>
            <w:pPr>
              <w:spacing w:after="20" w:line="276" w:lineRule="auto"/>
            </w:pPr>
            <w:r>
              <w:rPr>
                <w:rFonts w:ascii="宋体" w:hAnsi="宋体" w:eastAsia="宋体"/>
                <w:b w:val="0"/>
                <w:sz w:val="18"/>
              </w:rPr>
              <w:t>根据学生的交流，教师板书分析法和综合法的思路。</w:t>
            </w:r>
          </w:p>
          <w:p>
            <w:pPr>
              <w:spacing w:after="20" w:line="276" w:lineRule="auto"/>
            </w:pPr>
            <w:r>
              <w:rPr>
                <w:rFonts w:ascii="宋体" w:hAnsi="宋体" w:eastAsia="宋体"/>
                <w:b w:val="0"/>
                <w:sz w:val="18"/>
              </w:rPr>
              <w:t>(3)列式解答。</w:t>
            </w:r>
          </w:p>
          <w:p>
            <w:pPr>
              <w:spacing w:after="20" w:line="276" w:lineRule="auto"/>
            </w:pPr>
            <w:r>
              <w:rPr>
                <w:rFonts w:ascii="宋体" w:hAnsi="宋体" w:eastAsia="宋体"/>
                <w:b w:val="0"/>
                <w:sz w:val="18"/>
              </w:rPr>
              <w:t>师：要求每张纸能做多少个纸飞机，应该用什么计算方法呢？为什么呢？</w:t>
            </w:r>
          </w:p>
          <w:p>
            <w:pPr>
              <w:spacing w:after="20" w:line="276" w:lineRule="auto"/>
            </w:pPr>
            <w:r>
              <w:rPr>
                <w:rFonts w:ascii="宋体" w:hAnsi="宋体" w:eastAsia="宋体"/>
                <w:b w:val="0"/>
                <w:sz w:val="18"/>
              </w:rPr>
              <w:t>师：要求6张纸能做多少个纸飞机，又应该用什么计算方法呢？</w:t>
            </w:r>
          </w:p>
          <w:p>
            <w:pPr>
              <w:spacing w:after="20" w:line="276" w:lineRule="auto"/>
            </w:pPr>
            <w:r>
              <w:rPr>
                <w:rFonts w:ascii="宋体" w:hAnsi="宋体" w:eastAsia="宋体"/>
                <w:b w:val="0"/>
                <w:sz w:val="18"/>
              </w:rPr>
              <w:t>引导学生说列式依据及除法和乘法的意义。</w:t>
            </w:r>
          </w:p>
          <w:p>
            <w:pPr>
              <w:spacing w:after="20" w:line="276" w:lineRule="auto"/>
            </w:pPr>
            <w:r>
              <w:rPr>
                <w:rFonts w:ascii="宋体" w:hAnsi="宋体" w:eastAsia="宋体"/>
                <w:b w:val="0"/>
                <w:sz w:val="18"/>
              </w:rPr>
              <w:t>师：该怎么列式呢？</w:t>
            </w:r>
          </w:p>
          <w:p>
            <w:pPr>
              <w:spacing w:after="20" w:line="276" w:lineRule="auto"/>
            </w:pPr>
            <w:r>
              <w:rPr>
                <w:rFonts w:ascii="宋体" w:hAnsi="宋体" w:eastAsia="宋体"/>
                <w:b w:val="0"/>
                <w:sz w:val="18"/>
              </w:rPr>
              <w:t>分别让学生板演分步算式和综合算式。</w:t>
            </w:r>
          </w:p>
          <w:p>
            <w:pPr>
              <w:spacing w:after="20" w:line="276" w:lineRule="auto"/>
            </w:pPr>
            <w:r>
              <w:rPr>
                <w:rFonts w:ascii="宋体" w:hAnsi="宋体" w:eastAsia="宋体"/>
                <w:b w:val="0"/>
                <w:sz w:val="18"/>
              </w:rPr>
              <w:t>师小结：借助这个问题，回顾了本学期用线段图分析数量关系的方法，解决问题的思路主要有从条件入手和从问题入手两种，并根据乘法和除法的意义及数量关系分别列分步算式和综合算式解决问题。这也是解决问题时分析问题的一般思路和方法。</w:t>
            </w:r>
          </w:p>
          <w:p>
            <w:pPr>
              <w:spacing w:after="20" w:line="276" w:lineRule="auto"/>
            </w:pPr>
            <w:r>
              <w:rPr>
                <w:rFonts w:ascii="宋体" w:hAnsi="宋体" w:eastAsia="宋体"/>
                <w:b w:val="0"/>
                <w:sz w:val="18"/>
              </w:rPr>
              <w:t>2．解决问题(2)。</w:t>
            </w:r>
          </w:p>
          <w:p>
            <w:pPr>
              <w:spacing w:after="20" w:line="276" w:lineRule="auto"/>
            </w:pPr>
            <w:r>
              <w:rPr>
                <w:rFonts w:ascii="宋体" w:hAnsi="宋体" w:eastAsia="宋体"/>
                <w:b w:val="0"/>
                <w:sz w:val="18"/>
              </w:rPr>
              <w:t>(1)同桌交流。</w:t>
            </w:r>
          </w:p>
          <w:p>
            <w:pPr>
              <w:spacing w:after="20" w:line="276" w:lineRule="auto"/>
            </w:pPr>
            <w:r>
              <w:rPr>
                <w:rFonts w:ascii="宋体" w:hAnsi="宋体" w:eastAsia="宋体"/>
                <w:b w:val="0"/>
                <w:sz w:val="18"/>
              </w:rPr>
              <w:t>师：按照解决问题(1)的过程，同桌之间互相交流解决问题(2)的思路和方法。</w:t>
            </w:r>
          </w:p>
          <w:p>
            <w:pPr>
              <w:spacing w:after="20" w:line="276" w:lineRule="auto"/>
            </w:pPr>
            <w:r>
              <w:rPr>
                <w:rFonts w:ascii="宋体" w:hAnsi="宋体" w:eastAsia="宋体"/>
                <w:b w:val="0"/>
                <w:sz w:val="18"/>
              </w:rPr>
              <w:t>(2)全班展示。</w:t>
            </w:r>
          </w:p>
          <w:p>
            <w:pPr>
              <w:spacing w:after="20" w:line="276" w:lineRule="auto"/>
            </w:pPr>
            <w:r>
              <w:rPr>
                <w:rFonts w:ascii="宋体" w:hAnsi="宋体" w:eastAsia="宋体"/>
                <w:b w:val="0"/>
                <w:sz w:val="18"/>
              </w:rPr>
              <w:t>师：要求要做24个纸飞机，需要多少张纸，先要求出什么？</w:t>
            </w:r>
          </w:p>
          <w:p>
            <w:pPr>
              <w:spacing w:after="20" w:line="276" w:lineRule="auto"/>
            </w:pPr>
            <w:r>
              <w:rPr>
                <w:rFonts w:ascii="宋体" w:hAnsi="宋体" w:eastAsia="宋体"/>
                <w:b w:val="0"/>
                <w:sz w:val="18"/>
              </w:rPr>
              <w:t>师：画线段图时跟问题(1)有什么相同的地方，又有什么不同的地方？</w:t>
            </w:r>
          </w:p>
          <w:p>
            <w:pPr>
              <w:spacing w:after="20" w:line="276" w:lineRule="auto"/>
            </w:pPr>
            <w:r>
              <w:rPr>
                <w:rFonts w:ascii="宋体" w:hAnsi="宋体" w:eastAsia="宋体"/>
                <w:b w:val="0"/>
                <w:sz w:val="18"/>
              </w:rPr>
              <w:t>师：列综合算式的时候要注意什么？</w:t>
            </w:r>
          </w:p>
          <w:p>
            <w:pPr>
              <w:spacing w:after="20" w:line="276" w:lineRule="auto"/>
            </w:pPr>
            <w:r>
              <w:rPr>
                <w:rFonts w:ascii="宋体" w:hAnsi="宋体" w:eastAsia="宋体"/>
                <w:b w:val="0"/>
                <w:sz w:val="18"/>
              </w:rPr>
              <w:t>教师指名学生板演综合算式。</w:t>
            </w:r>
          </w:p>
        </w:tc>
        <w:tc>
          <w:tcPr>
            <w:tcW w:type="dxa" w:w="3061"/>
          </w:tcPr>
          <w:p>
            <w:pPr>
              <w:spacing w:after="20" w:line="276" w:lineRule="auto"/>
            </w:pPr>
            <w:r/>
            <w:r>
              <w:rPr>
                <w:rFonts w:ascii="宋体" w:hAnsi="宋体" w:eastAsia="宋体"/>
                <w:b w:val="0"/>
                <w:sz w:val="18"/>
              </w:rPr>
              <w:t>学生自主解答。</w:t>
            </w:r>
          </w:p>
          <w:p>
            <w:pPr>
              <w:spacing w:after="20" w:line="276" w:lineRule="auto"/>
            </w:pPr>
            <w:r>
              <w:rPr>
                <w:rFonts w:ascii="宋体" w:hAnsi="宋体" w:eastAsia="宋体"/>
                <w:b w:val="0"/>
                <w:sz w:val="18"/>
              </w:rPr>
              <w:t>本题信息比较单一，画线段图比较好。对于多个数据并列的问题，列表整理信息比较好。</w:t>
            </w:r>
          </w:p>
          <w:p>
            <w:pPr>
              <w:spacing w:after="20" w:line="276" w:lineRule="auto"/>
            </w:pPr>
            <w:r>
              <w:rPr>
                <w:rFonts w:ascii="宋体" w:hAnsi="宋体" w:eastAsia="宋体"/>
                <w:b w:val="0"/>
                <w:sz w:val="18"/>
              </w:rPr>
              <w:t>学生交流，教师指名学生板演画线段图，其余学生在随堂作业本上自主画出线段图。</w:t>
            </w:r>
          </w:p>
          <w:p>
            <w:pPr>
              <w:spacing w:after="20" w:line="276" w:lineRule="auto"/>
            </w:pPr>
            <w:r>
              <w:rPr>
                <w:rFonts w:ascii="宋体" w:hAnsi="宋体" w:eastAsia="宋体"/>
                <w:b w:val="0"/>
                <w:sz w:val="18"/>
              </w:rPr>
              <w:t>预设1：从条件入手。根据用4张纸做了12个纸飞机，就可以求出每张纸可以做多少个纸飞机，每张纸做的纸飞机个数乘6就是6张纸可以做的纸飞机个数。</w:t>
            </w:r>
          </w:p>
          <w:p>
            <w:pPr>
              <w:spacing w:after="20" w:line="276" w:lineRule="auto"/>
            </w:pPr>
            <w:r>
              <w:rPr>
                <w:rFonts w:ascii="宋体" w:hAnsi="宋体" w:eastAsia="宋体"/>
                <w:b w:val="0"/>
                <w:sz w:val="18"/>
              </w:rPr>
              <w:t>预设2：从问题入手。要求6张纸可以做多少个纸飞机，先要求出每张纸可以做多少个纸飞机，根据条件用4张纸做了12个纸飞机解答。</w:t>
            </w:r>
          </w:p>
          <w:p>
            <w:pPr>
              <w:spacing w:after="20" w:line="276" w:lineRule="auto"/>
            </w:pPr>
            <w:r>
              <w:rPr>
                <w:rFonts w:ascii="宋体" w:hAnsi="宋体" w:eastAsia="宋体"/>
                <w:b w:val="0"/>
                <w:sz w:val="18"/>
              </w:rPr>
              <w:t>预设1：分步列式。预设2：列综合算式。</w:t>
            </w:r>
          </w:p>
          <w:p>
            <w:pPr>
              <w:spacing w:after="20" w:line="276" w:lineRule="auto"/>
            </w:pPr>
            <w:r>
              <w:rPr>
                <w:rFonts w:ascii="宋体" w:hAnsi="宋体" w:eastAsia="宋体"/>
                <w:b w:val="0"/>
                <w:sz w:val="18"/>
              </w:rPr>
              <w:t>同桌之间互相交流，教师个别指导。</w:t>
            </w:r>
          </w:p>
          <w:p>
            <w:pPr>
              <w:spacing w:after="20" w:line="276" w:lineRule="auto"/>
            </w:pPr>
            <w:r>
              <w:rPr>
                <w:rFonts w:ascii="宋体" w:hAnsi="宋体" w:eastAsia="宋体"/>
                <w:b w:val="0"/>
                <w:sz w:val="18"/>
              </w:rPr>
              <w:t>都要画出4张纸可以做12个纸飞机，每张纸可以做多少个纸飞机。问题(1)是画出能做多少个纸飞机，问题(2)是画出需要多少张纸。</w:t>
            </w:r>
          </w:p>
          <w:p>
            <w:pPr>
              <w:spacing w:after="20" w:line="276" w:lineRule="auto"/>
            </w:pPr>
            <w:r>
              <w:rPr>
                <w:rFonts w:ascii="宋体" w:hAnsi="宋体" w:eastAsia="宋体"/>
                <w:b w:val="0"/>
                <w:sz w:val="18"/>
              </w:rPr>
              <w:t>学生交流，教师指名学生板演画线段图，其余学生在随堂作业本上自主画出线段图。</w:t>
            </w:r>
          </w:p>
          <w:p>
            <w:pPr>
              <w:spacing w:after="20" w:line="276" w:lineRule="auto"/>
            </w:pPr>
            <w:r>
              <w:rPr>
                <w:rFonts w:ascii="宋体" w:hAnsi="宋体" w:eastAsia="宋体"/>
                <w:b w:val="0"/>
                <w:sz w:val="18"/>
              </w:rPr>
              <w:t>注意根据运算顺序，添加小括号。</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引导学生回顾梳理本课所学，完善认知结构，提升归纳与反思能力，核心问题："下面这个问题，你们会解答吗？"</w:t>
            </w:r>
          </w:p>
        </w:tc>
      </w:tr>
      <w:tr>
        <w:tc>
          <w:tcPr>
            <w:tcW w:type="dxa" w:w="1474"/>
          </w:tcPr>
          <w:p>
            <w:pPr>
              <w:spacing w:after="20" w:line="276" w:lineRule="auto"/>
            </w:pPr>
            <w:r>
              <w:rPr>
                <w:b/>
              </w:rPr>
            </w:r>
            <w:r>
              <w:rPr>
                <w:rFonts w:ascii="宋体" w:hAnsi="宋体" w:eastAsia="宋体"/>
                <w:b/>
                <w:sz w:val="18"/>
              </w:rPr>
              <w:t>三、实践应用，解决问题</w:t>
            </w:r>
          </w:p>
        </w:tc>
        <w:tc>
          <w:tcPr>
            <w:tcW w:type="dxa" w:w="3061"/>
          </w:tcPr>
          <w:p>
            <w:pPr>
              <w:spacing w:after="20" w:line="276" w:lineRule="auto"/>
            </w:pPr>
            <w:r/>
            <w:r>
              <w:rPr>
                <w:rFonts w:ascii="宋体" w:hAnsi="宋体" w:eastAsia="宋体"/>
                <w:b w:val="0"/>
                <w:sz w:val="18"/>
              </w:rPr>
              <w:t>1.完成教科书P99“练习十八”第3题。</w:t>
            </w:r>
          </w:p>
          <w:p>
            <w:pPr>
              <w:spacing w:after="20" w:line="276" w:lineRule="auto"/>
            </w:pPr>
            <w:r>
              <w:rPr>
                <w:rFonts w:ascii="宋体" w:hAnsi="宋体" w:eastAsia="宋体"/>
                <w:b w:val="0"/>
                <w:sz w:val="18"/>
              </w:rPr>
              <w:t>师：用什么计算方法？为什么？</w:t>
            </w:r>
          </w:p>
          <w:p>
            <w:pPr>
              <w:spacing w:after="20" w:line="276" w:lineRule="auto"/>
            </w:pPr>
            <w:r>
              <w:rPr>
                <w:rFonts w:ascii="宋体" w:hAnsi="宋体" w:eastAsia="宋体"/>
                <w:b w:val="0"/>
                <w:sz w:val="18"/>
              </w:rPr>
              <w:t>2．完成教科书P100“练习十八”第11题。</w:t>
            </w:r>
          </w:p>
          <w:p>
            <w:pPr>
              <w:spacing w:after="20" w:line="276" w:lineRule="auto"/>
            </w:pPr>
            <w:r>
              <w:rPr>
                <w:rFonts w:ascii="宋体" w:hAnsi="宋体" w:eastAsia="宋体"/>
                <w:b w:val="0"/>
                <w:sz w:val="18"/>
              </w:rPr>
              <w:t>(1)学生自主解答，要求画出线段图分析数量关系。</w:t>
            </w:r>
          </w:p>
          <w:p>
            <w:pPr>
              <w:spacing w:after="20" w:line="276" w:lineRule="auto"/>
            </w:pPr>
            <w:r>
              <w:rPr>
                <w:rFonts w:ascii="宋体" w:hAnsi="宋体" w:eastAsia="宋体"/>
                <w:b w:val="0"/>
                <w:sz w:val="18"/>
              </w:rPr>
              <w:t>(2)同桌相互评价，教师个别指导，引导学生说解题思路。</w:t>
            </w:r>
          </w:p>
          <w:p>
            <w:pPr>
              <w:spacing w:after="20" w:line="276" w:lineRule="auto"/>
            </w:pPr>
            <w:r>
              <w:rPr>
                <w:rFonts w:ascii="宋体" w:hAnsi="宋体" w:eastAsia="宋体"/>
                <w:b w:val="0"/>
                <w:sz w:val="18"/>
              </w:rPr>
              <w:t>3．完成教科书P100“练习十八”第12题。</w:t>
            </w:r>
          </w:p>
          <w:p>
            <w:pPr>
              <w:spacing w:after="20" w:line="276" w:lineRule="auto"/>
            </w:pPr>
            <w:r>
              <w:rPr>
                <w:rFonts w:ascii="宋体" w:hAnsi="宋体" w:eastAsia="宋体"/>
                <w:b w:val="0"/>
                <w:sz w:val="18"/>
              </w:rPr>
              <w:t>(1)课件呈现问题，引导学生读取数学信息。</w:t>
            </w:r>
          </w:p>
          <w:p>
            <w:pPr>
              <w:spacing w:after="20" w:line="276" w:lineRule="auto"/>
            </w:pPr>
            <w:r>
              <w:rPr>
                <w:rFonts w:ascii="宋体" w:hAnsi="宋体" w:eastAsia="宋体"/>
                <w:b w:val="0"/>
                <w:sz w:val="18"/>
              </w:rPr>
              <w:t>(2)引导学生交流用什么计算方法，说说为什么。</w:t>
            </w:r>
          </w:p>
          <w:p>
            <w:pPr>
              <w:spacing w:after="20" w:line="276" w:lineRule="auto"/>
            </w:pPr>
            <w:r>
              <w:rPr>
                <w:rFonts w:ascii="宋体" w:hAnsi="宋体" w:eastAsia="宋体"/>
                <w:b w:val="0"/>
                <w:sz w:val="18"/>
              </w:rPr>
              <w:t>(3)学生独立解答。</w:t>
            </w:r>
          </w:p>
          <w:p>
            <w:pPr>
              <w:spacing w:after="20" w:line="276" w:lineRule="auto"/>
            </w:pPr>
            <w:r>
              <w:rPr>
                <w:rFonts w:ascii="宋体" w:hAnsi="宋体" w:eastAsia="宋体"/>
                <w:b w:val="0"/>
                <w:sz w:val="18"/>
              </w:rPr>
              <w:t>(4)让不同的学生交流自己提出的问题及解答方法。</w:t>
            </w:r>
          </w:p>
          <w:p>
            <w:pPr>
              <w:spacing w:after="20" w:line="276" w:lineRule="auto"/>
            </w:pPr>
            <w:r>
              <w:rPr>
                <w:rFonts w:ascii="宋体" w:hAnsi="宋体" w:eastAsia="宋体"/>
                <w:b w:val="0"/>
                <w:sz w:val="18"/>
              </w:rPr>
              <w:t>4．完成教科书P101“练习十八”第14，15题。</w:t>
            </w:r>
          </w:p>
          <w:p>
            <w:pPr>
              <w:spacing w:after="20" w:line="276" w:lineRule="auto"/>
            </w:pPr>
            <w:r>
              <w:rPr>
                <w:rFonts w:ascii="宋体" w:hAnsi="宋体" w:eastAsia="宋体"/>
                <w:b w:val="0"/>
                <w:sz w:val="18"/>
              </w:rPr>
              <w:t>(1)学生独立解答后再集中展示交流。</w:t>
            </w:r>
          </w:p>
          <w:p>
            <w:pPr>
              <w:spacing w:after="20" w:line="276" w:lineRule="auto"/>
            </w:pPr>
            <w:r>
              <w:rPr>
                <w:rFonts w:ascii="宋体" w:hAnsi="宋体" w:eastAsia="宋体"/>
                <w:b w:val="0"/>
                <w:sz w:val="18"/>
              </w:rPr>
              <w:t>(2)引导学生说分析思路，展示分析数量关系的方法。</w:t>
            </w:r>
          </w:p>
        </w:tc>
        <w:tc>
          <w:tcPr>
            <w:tcW w:type="dxa" w:w="3061"/>
          </w:tcPr>
          <w:p>
            <w:pPr>
              <w:spacing w:after="20" w:line="276" w:lineRule="auto"/>
            </w:pPr>
            <w:r/>
            <w:r>
              <w:rPr>
                <w:rFonts w:ascii="宋体" w:hAnsi="宋体" w:eastAsia="宋体"/>
                <w:b w:val="0"/>
                <w:sz w:val="18"/>
              </w:rPr>
              <w:t>学生快速解答，并交流为什么用除法计算。</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通过有层次的练习及时反馈学情，巩固新知，培养学生灵活运用知识解决问题的能力，核心问题："用什么计算方法？为什么？"</w:t>
            </w:r>
          </w:p>
        </w:tc>
      </w:tr>
      <w:tr>
        <w:tc>
          <w:tcPr>
            <w:tcW w:type="dxa" w:w="1474"/>
          </w:tcPr>
          <w:p>
            <w:pPr>
              <w:spacing w:after="20" w:line="276" w:lineRule="auto"/>
            </w:pPr>
            <w:r>
              <w:rPr>
                <w:b/>
              </w:rPr>
            </w:r>
            <w:r>
              <w:rPr>
                <w:rFonts w:ascii="宋体" w:hAnsi="宋体" w:eastAsia="宋体"/>
                <w:b/>
                <w:sz w:val="18"/>
              </w:rPr>
              <w:t>四、课堂小结</w:t>
            </w:r>
          </w:p>
        </w:tc>
        <w:tc>
          <w:tcPr>
            <w:tcW w:type="dxa" w:w="3061"/>
          </w:tcPr>
          <w:p>
            <w:pPr>
              <w:spacing w:after="20" w:line="276" w:lineRule="auto"/>
            </w:pPr>
            <w:r/>
            <w:r>
              <w:rPr>
                <w:rFonts w:ascii="宋体" w:hAnsi="宋体" w:eastAsia="宋体"/>
                <w:b w:val="0"/>
                <w:sz w:val="18"/>
              </w:rPr>
              <w:t>师：同学们，通过本节课的梳理，你有哪些收获？</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以具体的问题为线索，引导学生在解决问题的过程中分析数量关系和梳理解决问题的思路。在梳理过程中，尊重学生已有的知识经验，让学生自主解答，在此基础上交流分享，让学生相互启发和借鉴，发现自己的问题，自主完善，较好地整理本学期解决问题方面的知识和方法。</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教科书P96“数量关系”，教科书P99～101“练习十八”第3，10，11，12，14，15题。</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对于一般的问题，学生习惯于直接列式，不注重解题过程的落实。在复习时，重在引导学生熟悉解决问题的过程，并要经历这个过程。因为低年级的问题比较简单，不呈现过程可以解答出来，但是解决较复杂的问题，只有思路和方法清晰了，解决问题才不容易出错，所以教学过程中要引导学生养成选择合适的方法分析问题、理顺思路的好习惯，有助于学生长远发展。</w:t>
      </w:r>
    </w:p>
    <w:p>
      <w:r>
        <w:br w:type="page"/>
      </w:r>
    </w:p>
    <w:p>
      <w:pPr>
        <w:spacing w:after="80" w:line="300" w:lineRule="auto"/>
      </w:pPr>
      <w:r>
        <w:rPr>
          <w:rFonts w:ascii="黑体" w:hAnsi="黑体" w:eastAsia="黑体"/>
          <w:b/>
          <w:sz w:val="24"/>
        </w:rPr>
        <w:t>二、课时教学方案（第3课时）</w:t>
      </w:r>
    </w:p>
    <w:p>
      <w:pPr>
        <w:spacing w:after="80" w:line="300" w:lineRule="auto"/>
      </w:pPr>
      <w:r>
        <w:rPr>
          <w:rFonts w:ascii="黑体" w:hAnsi="黑体" w:eastAsia="黑体"/>
          <w:b/>
          <w:sz w:val="24"/>
        </w:rPr>
        <w:t>第3课时　图形的认识与测量、位置与运动</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第3课时　图形的认识与测量、位置与运动</w:t>
            </w:r>
          </w:p>
        </w:tc>
        <w:tc>
          <w:tcPr>
            <w:tcW w:type="dxa" w:w="6009"/>
          </w:tcPr>
          <w:p>
            <w:pPr>
              <w:spacing w:after="20" w:line="276" w:lineRule="auto"/>
            </w:pPr>
            <w:r/>
            <w:r>
              <w:rPr>
                <w:rFonts w:ascii="宋体" w:hAnsi="宋体" w:eastAsia="宋体"/>
                <w:b w:val="0"/>
                <w:sz w:val="20"/>
              </w:rPr>
              <w:t>第7单元 复习与关联</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（结合班情，从作业反馈、课前调查、访谈等途径诊断本班学生学习起点，明确本课学习的现实基础。）</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教学内容：教科书P97“图形的认识与测量、位置与运动”，教科书P98“应用提升”第2题，教科书P99～101“练习十八”第4，8，9，13，16题。</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（1）进一步认识图形的轴对称、平移、旋转等运动现象，体会轴对称、平移及旋转的运动现象之间的联系，感受数学美，培养观察能力、想象能力和表达能力，发展初步的空间观念。</w:t>
      </w:r>
    </w:p>
    <w:p>
      <w:pPr>
        <w:spacing w:after="20" w:line="300" w:lineRule="auto"/>
        <w:ind w:firstLine="400"/>
      </w:pPr>
      <w:r>
        <w:rPr>
          <w:rFonts w:ascii="宋体" w:hAnsi="宋体" w:eastAsia="宋体"/>
          <w:b w:val="0"/>
          <w:sz w:val="20"/>
        </w:rPr>
        <w:t>（2）梳理长方形和正方形的相关知识，能从角和边两个角度研究长方形的特征，依据特征推理出长方形和正方形的周长、面积计算方法，发展空间观念。</w:t>
      </w:r>
    </w:p>
    <w:p>
      <w:pPr>
        <w:spacing w:after="20" w:line="300" w:lineRule="auto"/>
        <w:ind w:firstLine="400"/>
      </w:pPr>
      <w:r>
        <w:rPr>
          <w:rFonts w:ascii="宋体" w:hAnsi="宋体" w:eastAsia="宋体"/>
          <w:b w:val="0"/>
          <w:sz w:val="20"/>
        </w:rPr>
        <w:t>（3）理解并掌握平面图形的周长、面积的意义，知道周长与面积区别；知道面积单位的意义，能进行面积单位间的换算；能根据实际选用合适的计量单位表示周长和面积的大小，发展量感。</w:t>
      </w:r>
    </w:p>
    <w:p>
      <w:pPr>
        <w:spacing w:after="20" w:line="300" w:lineRule="auto"/>
      </w:pPr>
      <w:r>
        <w:rPr>
          <w:rFonts w:ascii="宋体" w:hAnsi="宋体" w:eastAsia="宋体"/>
          <w:b w:val="0"/>
          <w:sz w:val="20"/>
        </w:rPr>
        <w:t>教学重点：进一步认识图形的运动，知道长方形和正方形的特征，会运用长方形和正方形的周长及面积计算方法解决问题。</w:t>
      </w:r>
    </w:p>
    <w:p>
      <w:pPr>
        <w:spacing w:after="20" w:line="300" w:lineRule="auto"/>
      </w:pPr>
      <w:r>
        <w:rPr>
          <w:rFonts w:ascii="宋体" w:hAnsi="宋体" w:eastAsia="宋体"/>
          <w:b w:val="0"/>
          <w:sz w:val="20"/>
        </w:rPr>
        <w:t>教学难点：根据实际需要灵活运用长方形和正方形的周长及面积计算方法。</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一、直接揭示课题</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同学们看看教科书的目录，本学期我们学习的内容中，有哪几个单元是有关图形的知识？分别是什么？</w:t>
            </w:r>
          </w:p>
        </w:tc>
        <w:tc>
          <w:tcPr>
            <w:tcW w:type="dxa" w:w="1361"/>
          </w:tcPr>
          <w:p>
            <w:pPr>
              <w:spacing w:after="20" w:line="276" w:lineRule="auto"/>
            </w:pPr>
            <w:r/>
            <w:r>
              <w:rPr>
                <w:rFonts w:ascii="宋体" w:hAnsi="宋体" w:eastAsia="宋体"/>
                <w:b w:val="0"/>
                <w:sz w:val="18"/>
              </w:rPr>
              <w:t>5分钟</w:t>
            </w:r>
          </w:p>
        </w:tc>
      </w:tr>
      <w:tr>
        <w:tc>
          <w:tcPr>
            <w:tcW w:type="dxa" w:w="2835"/>
          </w:tcPr>
          <w:p>
            <w:pPr>
              <w:spacing w:after="20" w:line="276" w:lineRule="auto"/>
            </w:pPr>
            <w:r/>
            <w:r>
              <w:rPr>
                <w:rFonts w:ascii="宋体" w:hAnsi="宋体" w:eastAsia="宋体"/>
                <w:b w:val="0"/>
                <w:sz w:val="18"/>
              </w:rPr>
              <w:t>二、整理复习生活中的运动现象</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在生活中的运动现象中，主要学习了哪几种运动？</w:t>
            </w:r>
          </w:p>
        </w:tc>
        <w:tc>
          <w:tcPr>
            <w:tcW w:type="dxa" w:w="1361"/>
          </w:tcPr>
          <w:p>
            <w:pPr>
              <w:spacing w:after="20" w:line="276" w:lineRule="auto"/>
            </w:pPr>
            <w:r/>
            <w:r>
              <w:rPr>
                <w:rFonts w:ascii="宋体" w:hAnsi="宋体" w:eastAsia="宋体"/>
                <w:b w:val="0"/>
                <w:sz w:val="18"/>
              </w:rPr>
              <w:t>6分钟</w:t>
            </w:r>
          </w:p>
        </w:tc>
      </w:tr>
      <w:tr>
        <w:tc>
          <w:tcPr>
            <w:tcW w:type="dxa" w:w="2835"/>
          </w:tcPr>
          <w:p>
            <w:pPr>
              <w:spacing w:after="20" w:line="276" w:lineRule="auto"/>
            </w:pPr>
            <w:r/>
            <w:r>
              <w:rPr>
                <w:rFonts w:ascii="宋体" w:hAnsi="宋体" w:eastAsia="宋体"/>
                <w:b w:val="0"/>
                <w:sz w:val="18"/>
              </w:rPr>
              <w:t>三、整理复习图形的认识与测量</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在第三单元我们认识了多边形，谁能说说，什么样的图形是多边形？；长方形和正方形与多边形是什么关系？</w:t>
            </w:r>
          </w:p>
        </w:tc>
        <w:tc>
          <w:tcPr>
            <w:tcW w:type="dxa" w:w="1361"/>
          </w:tcPr>
          <w:p>
            <w:pPr>
              <w:spacing w:after="20" w:line="276" w:lineRule="auto"/>
            </w:pPr>
            <w:r/>
            <w:r>
              <w:rPr>
                <w:rFonts w:ascii="宋体" w:hAnsi="宋体" w:eastAsia="宋体"/>
                <w:b w:val="0"/>
                <w:sz w:val="18"/>
              </w:rPr>
              <w:t>14分钟</w:t>
            </w:r>
          </w:p>
        </w:tc>
      </w:tr>
      <w:tr>
        <w:tc>
          <w:tcPr>
            <w:tcW w:type="dxa" w:w="2835"/>
          </w:tcPr>
          <w:p>
            <w:pPr>
              <w:spacing w:after="20" w:line="276" w:lineRule="auto"/>
            </w:pPr>
            <w:r/>
            <w:r>
              <w:rPr>
                <w:rFonts w:ascii="宋体" w:hAnsi="宋体" w:eastAsia="宋体"/>
                <w:b w:val="0"/>
                <w:sz w:val="18"/>
              </w:rPr>
              <w:t>四、巩固练习，深化理解</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你读到了哪些信息？可以怎样解答？；草坪的面积包括哪几部分？</w:t>
            </w:r>
          </w:p>
        </w:tc>
        <w:tc>
          <w:tcPr>
            <w:tcW w:type="dxa" w:w="1361"/>
          </w:tcPr>
          <w:p>
            <w:pPr>
              <w:spacing w:after="20" w:line="276" w:lineRule="auto"/>
            </w:pPr>
            <w:r/>
            <w:r>
              <w:rPr>
                <w:rFonts w:ascii="宋体" w:hAnsi="宋体" w:eastAsia="宋体"/>
                <w:b w:val="0"/>
                <w:sz w:val="18"/>
              </w:rPr>
              <w:t>13分钟</w:t>
            </w:r>
          </w:p>
        </w:tc>
      </w:tr>
      <w:tr>
        <w:tc>
          <w:tcPr>
            <w:tcW w:type="dxa" w:w="2835"/>
          </w:tcPr>
          <w:p>
            <w:pPr>
              <w:spacing w:after="20" w:line="276" w:lineRule="auto"/>
            </w:pPr>
            <w:r/>
            <w:r>
              <w:rPr>
                <w:rFonts w:ascii="宋体" w:hAnsi="宋体" w:eastAsia="宋体"/>
                <w:b w:val="0"/>
                <w:sz w:val="18"/>
              </w:rPr>
              <w:t>五、课堂小结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同学们，本节课我们整理复习了哪些内容？通过本次整理和复习，你有哪些新的收获？</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一、直接揭示课题</w:t>
            </w:r>
          </w:p>
        </w:tc>
        <w:tc>
          <w:tcPr>
            <w:tcW w:type="dxa" w:w="3061"/>
          </w:tcPr>
          <w:p>
            <w:pPr>
              <w:spacing w:after="20" w:line="276" w:lineRule="auto"/>
            </w:pPr>
            <w:r/>
            <w:r>
              <w:rPr>
                <w:rFonts w:ascii="宋体" w:hAnsi="宋体" w:eastAsia="宋体"/>
                <w:b w:val="0"/>
                <w:sz w:val="18"/>
              </w:rPr>
              <w:t>师：同学们看看教科书的目录，本学期我们学习的内容中，有哪几个单元是有关图形的知识？分别是什么？</w:t>
            </w:r>
          </w:p>
          <w:p>
            <w:pPr>
              <w:spacing w:after="20" w:line="276" w:lineRule="auto"/>
            </w:pPr>
            <w:r>
              <w:rPr>
                <w:rFonts w:ascii="宋体" w:hAnsi="宋体" w:eastAsia="宋体"/>
                <w:b w:val="0"/>
                <w:sz w:val="18"/>
              </w:rPr>
              <w:t>师：本学期学习的内容中有三个单元跟图形有关，第一单元是生活中的运动现象，第三单元和第四单元分别认识了长方形和正方形，探究了周长和面积及长方形、正方形的周长和面积计算方法。本节课我们就一起来整理和复习这几个单元的学习内容。(板书课题：图形的认识与测量、位置与运动)</w:t>
            </w:r>
          </w:p>
        </w:tc>
        <w:tc>
          <w:tcPr>
            <w:tcW w:type="dxa" w:w="3061"/>
          </w:tcPr>
          <w:p>
            <w:pPr>
              <w:spacing w:after="20" w:line="276" w:lineRule="auto"/>
            </w:pPr>
            <w:r/>
            <w:r>
              <w:rPr>
                <w:rFonts w:ascii="宋体" w:hAnsi="宋体" w:eastAsia="宋体"/>
                <w:b w:val="0"/>
                <w:sz w:val="18"/>
              </w:rPr>
              <w:t>学生说出每个相关单元的名称。</w:t>
            </w:r>
          </w:p>
        </w:tc>
        <w:tc>
          <w:tcPr>
            <w:tcW w:type="dxa" w:w="1814"/>
          </w:tcPr>
          <w:p>
            <w:pPr>
              <w:spacing w:after="20" w:line="276" w:lineRule="auto"/>
            </w:pPr>
            <w:r/>
            <w:r>
              <w:rPr>
                <w:rFonts w:ascii="宋体" w:hAnsi="宋体" w:eastAsia="宋体"/>
                <w:b w:val="0"/>
                <w:sz w:val="18"/>
              </w:rPr>
              <w:t>围绕环节目标组织学习活动，引导学生主动参与、积极思考，核心问题："同学们看看教科书的目录，本学期我们学习的内容中，有哪几个单元是有关图形的知识？分别是什么？"</w:t>
            </w:r>
          </w:p>
        </w:tc>
      </w:tr>
      <w:tr>
        <w:tc>
          <w:tcPr>
            <w:tcW w:type="dxa" w:w="1474"/>
          </w:tcPr>
          <w:p>
            <w:pPr>
              <w:spacing w:after="20" w:line="276" w:lineRule="auto"/>
            </w:pPr>
            <w:r>
              <w:rPr>
                <w:b/>
              </w:rPr>
            </w:r>
            <w:r>
              <w:rPr>
                <w:rFonts w:ascii="宋体" w:hAnsi="宋体" w:eastAsia="宋体"/>
                <w:b/>
                <w:sz w:val="18"/>
              </w:rPr>
              <w:t>二、整理复习生活中的运动现象</w:t>
            </w:r>
          </w:p>
        </w:tc>
        <w:tc>
          <w:tcPr>
            <w:tcW w:type="dxa" w:w="3061"/>
          </w:tcPr>
          <w:p>
            <w:pPr>
              <w:spacing w:after="20" w:line="276" w:lineRule="auto"/>
            </w:pPr>
            <w:r/>
            <w:r>
              <w:rPr>
                <w:rFonts w:ascii="宋体" w:hAnsi="宋体" w:eastAsia="宋体"/>
                <w:b w:val="0"/>
                <w:sz w:val="18"/>
              </w:rPr>
              <w:t>师：在生活中的运动现象中，主要学习了哪几种运动？请同桌合作，将核心内容用“知识结构图”的形式呈现出来。</w:t>
            </w:r>
          </w:p>
          <w:p>
            <w:pPr>
              <w:spacing w:after="20" w:line="276" w:lineRule="auto"/>
            </w:pPr>
            <w:r>
              <w:rPr>
                <w:rFonts w:ascii="宋体" w:hAnsi="宋体" w:eastAsia="宋体"/>
                <w:b w:val="0"/>
                <w:sz w:val="18"/>
              </w:rPr>
              <w:t>2．展示交流。</w:t>
            </w:r>
          </w:p>
          <w:p>
            <w:pPr>
              <w:spacing w:after="20" w:line="276" w:lineRule="auto"/>
            </w:pPr>
            <w:r>
              <w:rPr>
                <w:rFonts w:ascii="宋体" w:hAnsi="宋体" w:eastAsia="宋体"/>
                <w:b w:val="0"/>
                <w:sz w:val="18"/>
              </w:rPr>
              <w:t>指名学生展示交流“知识结构图”，其他同学补充完善，教师边指导边适时板书。</w:t>
            </w:r>
          </w:p>
          <w:p>
            <w:pPr>
              <w:spacing w:after="20" w:line="276" w:lineRule="auto"/>
            </w:pPr>
            <w:r>
              <w:rPr>
                <w:rFonts w:ascii="宋体" w:hAnsi="宋体" w:eastAsia="宋体"/>
                <w:b w:val="0"/>
                <w:sz w:val="18"/>
              </w:rPr>
              <w:t>3．实践运用。</w:t>
            </w:r>
          </w:p>
          <w:p>
            <w:pPr>
              <w:spacing w:after="20" w:line="276" w:lineRule="auto"/>
            </w:pPr>
            <w:r>
              <w:rPr>
                <w:rFonts w:ascii="宋体" w:hAnsi="宋体" w:eastAsia="宋体"/>
                <w:b w:val="0"/>
                <w:sz w:val="18"/>
              </w:rPr>
              <w:t>(1)课件出示教科书P100“练习十八”第8题。</w:t>
            </w:r>
          </w:p>
          <w:p>
            <w:pPr>
              <w:spacing w:after="20" w:line="276" w:lineRule="auto"/>
            </w:pPr>
            <w:r>
              <w:rPr>
                <w:rFonts w:ascii="宋体" w:hAnsi="宋体" w:eastAsia="宋体"/>
                <w:b w:val="0"/>
                <w:sz w:val="18"/>
              </w:rPr>
              <w:t>(2)课件出示教科书P100“练习十八”第9题。</w:t>
            </w:r>
          </w:p>
        </w:tc>
        <w:tc>
          <w:tcPr>
            <w:tcW w:type="dxa" w:w="3061"/>
          </w:tcPr>
          <w:p>
            <w:pPr>
              <w:spacing w:after="20" w:line="276" w:lineRule="auto"/>
            </w:pPr>
            <w:r/>
            <w:r>
              <w:rPr>
                <w:rFonts w:ascii="宋体" w:hAnsi="宋体" w:eastAsia="宋体"/>
                <w:b w:val="0"/>
                <w:sz w:val="18"/>
              </w:rPr>
              <w:t>1.学生自主画“知识结构图”。</w:t>
            </w:r>
          </w:p>
          <w:p>
            <w:pPr>
              <w:spacing w:after="20" w:line="276" w:lineRule="auto"/>
            </w:pPr>
            <w:r>
              <w:rPr>
                <w:rFonts w:ascii="宋体" w:hAnsi="宋体" w:eastAsia="宋体"/>
                <w:b w:val="0"/>
                <w:sz w:val="18"/>
              </w:rPr>
              <w:t>同桌两人合作，整理图形运动的“知识结构图”。</w:t>
            </w:r>
          </w:p>
          <w:p>
            <w:pPr>
              <w:spacing w:after="20" w:line="276" w:lineRule="auto"/>
            </w:pPr>
            <w:r>
              <w:rPr>
                <w:rFonts w:ascii="宋体" w:hAnsi="宋体" w:eastAsia="宋体"/>
                <w:b w:val="0"/>
                <w:sz w:val="18"/>
              </w:rPr>
              <w:t>学生判断哪些图案是轴对称图形，哪些不是，并说明判断理由。</w:t>
            </w:r>
          </w:p>
          <w:p>
            <w:pPr>
              <w:spacing w:after="20" w:line="276" w:lineRule="auto"/>
            </w:pPr>
            <w:r>
              <w:rPr>
                <w:rFonts w:ascii="宋体" w:hAnsi="宋体" w:eastAsia="宋体"/>
                <w:b w:val="0"/>
                <w:sz w:val="18"/>
              </w:rPr>
              <w:t>学生先在教科书上解答，再汇报交流。教师根据学生的回答，课件动态显示，印证答案是否正确。</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引导学生回顾梳理本课所学，完善认知结构，提升归纳与反思能力，核心问题："在生活中的运动现象中，主要学习了哪几种运动？"</w:t>
            </w:r>
          </w:p>
        </w:tc>
      </w:tr>
      <w:tr>
        <w:tc>
          <w:tcPr>
            <w:tcW w:type="dxa" w:w="1474"/>
          </w:tcPr>
          <w:p>
            <w:pPr>
              <w:spacing w:after="20" w:line="276" w:lineRule="auto"/>
            </w:pPr>
            <w:r>
              <w:rPr>
                <w:b/>
              </w:rPr>
            </w:r>
            <w:r>
              <w:rPr>
                <w:rFonts w:ascii="宋体" w:hAnsi="宋体" w:eastAsia="宋体"/>
                <w:b/>
                <w:sz w:val="18"/>
              </w:rPr>
              <w:t>三、整理复习图形的认识与测量</w:t>
            </w:r>
          </w:p>
        </w:tc>
        <w:tc>
          <w:tcPr>
            <w:tcW w:type="dxa" w:w="3061"/>
          </w:tcPr>
          <w:p>
            <w:pPr>
              <w:spacing w:after="20" w:line="276" w:lineRule="auto"/>
            </w:pPr>
            <w:r/>
            <w:r>
              <w:rPr>
                <w:rFonts w:ascii="宋体" w:hAnsi="宋体" w:eastAsia="宋体"/>
                <w:b w:val="0"/>
                <w:sz w:val="18"/>
              </w:rPr>
              <w:t>1.复习长方形和正方形的特征。</w:t>
            </w:r>
          </w:p>
          <w:p>
            <w:pPr>
              <w:spacing w:after="20" w:line="276" w:lineRule="auto"/>
            </w:pPr>
            <w:r>
              <w:rPr>
                <w:rFonts w:ascii="宋体" w:hAnsi="宋体" w:eastAsia="宋体"/>
                <w:b w:val="0"/>
                <w:sz w:val="18"/>
              </w:rPr>
              <w:t>师：在第三单元我们认识了多边形，谁能说说，什么样的图形是多边形？</w:t>
            </w:r>
          </w:p>
          <w:p>
            <w:pPr>
              <w:spacing w:after="20" w:line="276" w:lineRule="auto"/>
            </w:pPr>
            <w:r>
              <w:rPr>
                <w:rFonts w:ascii="宋体" w:hAnsi="宋体" w:eastAsia="宋体"/>
                <w:b w:val="0"/>
                <w:sz w:val="18"/>
              </w:rPr>
              <w:t>师：长方形和正方形与多边形是什么关系？</w:t>
            </w:r>
          </w:p>
          <w:p>
            <w:pPr>
              <w:spacing w:after="20" w:line="276" w:lineRule="auto"/>
            </w:pPr>
            <w:r>
              <w:rPr>
                <w:rFonts w:ascii="宋体" w:hAnsi="宋体" w:eastAsia="宋体"/>
                <w:b w:val="0"/>
                <w:sz w:val="18"/>
              </w:rPr>
              <w:t>师：我们主要是从哪些角度研究长方形、正方形的特征的呢？它们有什么特征呢？同学们自己整理，用自己的方式呈现出来。</w:t>
            </w:r>
          </w:p>
          <w:p>
            <w:pPr>
              <w:spacing w:after="20" w:line="276" w:lineRule="auto"/>
            </w:pPr>
            <w:r>
              <w:rPr>
                <w:rFonts w:ascii="宋体" w:hAnsi="宋体" w:eastAsia="宋体"/>
                <w:b w:val="0"/>
                <w:sz w:val="18"/>
              </w:rPr>
              <w:t>(2)集体展示交流，细化分支内容。</w:t>
            </w:r>
          </w:p>
          <w:p>
            <w:pPr>
              <w:spacing w:after="20" w:line="276" w:lineRule="auto"/>
            </w:pPr>
            <w:r>
              <w:rPr>
                <w:rFonts w:ascii="宋体" w:hAnsi="宋体" w:eastAsia="宋体"/>
                <w:b w:val="0"/>
                <w:sz w:val="18"/>
              </w:rPr>
              <w:t>(3)教师根据学生发言板书。</w:t>
            </w:r>
          </w:p>
          <w:p>
            <w:pPr>
              <w:spacing w:after="20" w:line="276" w:lineRule="auto"/>
            </w:pPr>
            <w:r>
              <w:rPr>
                <w:rFonts w:ascii="宋体" w:hAnsi="宋体" w:eastAsia="宋体"/>
                <w:b w:val="0"/>
                <w:sz w:val="18"/>
              </w:rPr>
              <w:t>2．复习长方形、正方形的周长与面积。</w:t>
            </w:r>
          </w:p>
          <w:p>
            <w:pPr>
              <w:spacing w:after="20" w:line="276" w:lineRule="auto"/>
            </w:pPr>
            <w:r>
              <w:rPr>
                <w:rFonts w:ascii="宋体" w:hAnsi="宋体" w:eastAsia="宋体"/>
                <w:b w:val="0"/>
                <w:sz w:val="18"/>
              </w:rPr>
              <w:t>师：我们学习了长方形、正方形的周长和面积，什么是周长？什么是面积？</w:t>
            </w:r>
          </w:p>
          <w:p>
            <w:pPr>
              <w:spacing w:after="20" w:line="276" w:lineRule="auto"/>
            </w:pPr>
            <w:r>
              <w:rPr>
                <w:rFonts w:ascii="宋体" w:hAnsi="宋体" w:eastAsia="宋体"/>
                <w:b w:val="0"/>
                <w:sz w:val="18"/>
              </w:rPr>
              <w:t>师：你们会计算长方形、正方形的周长和面积吗？</w:t>
            </w:r>
          </w:p>
          <w:p>
            <w:pPr>
              <w:spacing w:after="20" w:line="276" w:lineRule="auto"/>
            </w:pPr>
            <w:r>
              <w:rPr>
                <w:rFonts w:ascii="宋体" w:hAnsi="宋体" w:eastAsia="宋体"/>
                <w:b w:val="0"/>
                <w:sz w:val="18"/>
              </w:rPr>
              <w:t>课件出示教科书P98“应用提升”第2题。</w:t>
            </w:r>
          </w:p>
          <w:p>
            <w:pPr>
              <w:spacing w:after="20" w:line="276" w:lineRule="auto"/>
            </w:pPr>
            <w:r>
              <w:rPr>
                <w:rFonts w:ascii="宋体" w:hAnsi="宋体" w:eastAsia="宋体"/>
                <w:b w:val="0"/>
                <w:sz w:val="18"/>
              </w:rPr>
              <w:t>(1)学生自主解答。</w:t>
            </w:r>
          </w:p>
          <w:p>
            <w:pPr>
              <w:spacing w:after="20" w:line="276" w:lineRule="auto"/>
            </w:pPr>
            <w:r>
              <w:rPr>
                <w:rFonts w:ascii="宋体" w:hAnsi="宋体" w:eastAsia="宋体"/>
                <w:b w:val="0"/>
                <w:sz w:val="18"/>
              </w:rPr>
              <w:t>(2)集中展示交流。</w:t>
            </w:r>
          </w:p>
          <w:p>
            <w:pPr>
              <w:spacing w:after="20" w:line="276" w:lineRule="auto"/>
            </w:pPr>
            <w:r>
              <w:rPr>
                <w:rFonts w:ascii="宋体" w:hAnsi="宋体" w:eastAsia="宋体"/>
                <w:b w:val="0"/>
                <w:sz w:val="18"/>
              </w:rPr>
              <w:t>(3)在学生展示交流中，教师引导学生整理长方形、正方形的周长与面积计算方法，并辨析周长与面积的区别。</w:t>
            </w:r>
          </w:p>
          <w:p>
            <w:pPr>
              <w:spacing w:after="20" w:line="276" w:lineRule="auto"/>
            </w:pPr>
            <w:r>
              <w:rPr>
                <w:rFonts w:ascii="宋体" w:hAnsi="宋体" w:eastAsia="宋体"/>
                <w:b w:val="0"/>
                <w:sz w:val="18"/>
              </w:rPr>
              <w:t>根据学生的交流，教师补充完善前面板书的表格。</w:t>
            </w:r>
          </w:p>
          <w:p>
            <w:pPr>
              <w:spacing w:after="20" w:line="276" w:lineRule="auto"/>
            </w:pPr>
            <w:r>
              <w:rPr>
                <w:rFonts w:ascii="宋体" w:hAnsi="宋体" w:eastAsia="宋体"/>
                <w:b w:val="0"/>
                <w:sz w:val="18"/>
              </w:rPr>
              <w:t>3．整理复习面积单位。</w:t>
            </w:r>
          </w:p>
          <w:p>
            <w:pPr>
              <w:spacing w:after="20" w:line="276" w:lineRule="auto"/>
            </w:pPr>
            <w:r>
              <w:rPr>
                <w:rFonts w:ascii="宋体" w:hAnsi="宋体" w:eastAsia="宋体"/>
                <w:b w:val="0"/>
                <w:sz w:val="18"/>
              </w:rPr>
              <w:t>师：刚才在计算周长和面积时，分别用了什么单位？</w:t>
            </w:r>
          </w:p>
          <w:p>
            <w:pPr>
              <w:spacing w:after="20" w:line="276" w:lineRule="auto"/>
            </w:pPr>
            <w:r>
              <w:rPr>
                <w:rFonts w:ascii="宋体" w:hAnsi="宋体" w:eastAsia="宋体"/>
                <w:b w:val="0"/>
                <w:sz w:val="18"/>
              </w:rPr>
              <w:t>师：由所带的单位我们应该知道，周长和面积的区别，周长是封闭图形一周的长度，面积是封闭图形的大小。</w:t>
            </w:r>
          </w:p>
          <w:p>
            <w:pPr>
              <w:spacing w:after="20" w:line="276" w:lineRule="auto"/>
            </w:pPr>
            <w:r>
              <w:rPr>
                <w:rFonts w:ascii="宋体" w:hAnsi="宋体" w:eastAsia="宋体"/>
                <w:b w:val="0"/>
                <w:sz w:val="18"/>
              </w:rPr>
              <w:t>师：有哪些面积单位？它们之间的关系是怎样的？</w:t>
            </w:r>
          </w:p>
          <w:p>
            <w:pPr>
              <w:spacing w:after="20" w:line="276" w:lineRule="auto"/>
            </w:pPr>
            <w:r>
              <w:rPr>
                <w:rFonts w:ascii="宋体" w:hAnsi="宋体" w:eastAsia="宋体"/>
                <w:b w:val="0"/>
                <w:sz w:val="18"/>
              </w:rPr>
              <w:t>师：你能根据相邻两个长度单位间的进率是10，解释为什么相邻两个面积单位间的进率是100吗？</w:t>
            </w:r>
          </w:p>
          <w:p>
            <w:pPr>
              <w:spacing w:after="20" w:line="276" w:lineRule="auto"/>
            </w:pPr>
            <w:r>
              <w:rPr>
                <w:rFonts w:ascii="宋体" w:hAnsi="宋体" w:eastAsia="宋体"/>
                <w:b w:val="0"/>
                <w:sz w:val="18"/>
              </w:rPr>
              <w:t>引导学生理解，面积是两条线段的长度相乘，都带有“平方”，进率也相当于是长度进率的“平方”，也就是两个10相乘。</w:t>
            </w:r>
          </w:p>
        </w:tc>
        <w:tc>
          <w:tcPr>
            <w:tcW w:type="dxa" w:w="3061"/>
          </w:tcPr>
          <w:p>
            <w:pPr>
              <w:spacing w:after="20" w:line="276" w:lineRule="auto"/>
            </w:pPr>
            <w:r/>
            <w:r>
              <w:rPr>
                <w:rFonts w:ascii="宋体" w:hAnsi="宋体" w:eastAsia="宋体"/>
                <w:b w:val="0"/>
                <w:sz w:val="18"/>
              </w:rPr>
              <w:t>由多条线段围成的封闭图形是多边形。</w:t>
            </w:r>
          </w:p>
          <w:p>
            <w:pPr>
              <w:spacing w:after="20" w:line="276" w:lineRule="auto"/>
            </w:pPr>
            <w:r>
              <w:rPr>
                <w:rFonts w:ascii="宋体" w:hAnsi="宋体" w:eastAsia="宋体"/>
                <w:b w:val="0"/>
                <w:sz w:val="18"/>
              </w:rPr>
              <w:t>长方形和正方形都属于多边形，是特殊的四边形。</w:t>
            </w:r>
          </w:p>
          <w:p>
            <w:pPr>
              <w:spacing w:after="20" w:line="276" w:lineRule="auto"/>
            </w:pPr>
            <w:r>
              <w:rPr>
                <w:rFonts w:ascii="宋体" w:hAnsi="宋体" w:eastAsia="宋体"/>
                <w:b w:val="0"/>
                <w:sz w:val="18"/>
              </w:rPr>
              <w:t>(1)学生小组讨论并记录整理的内容。</w:t>
            </w:r>
          </w:p>
          <w:p>
            <w:pPr>
              <w:spacing w:after="20" w:line="276" w:lineRule="auto"/>
            </w:pPr>
            <w:r>
              <w:rPr>
                <w:rFonts w:ascii="宋体" w:hAnsi="宋体" w:eastAsia="宋体"/>
                <w:b w:val="0"/>
                <w:sz w:val="18"/>
              </w:rPr>
              <w:t>学生能熟练地说出周长和面积的概念。</w:t>
            </w:r>
          </w:p>
          <w:p>
            <w:pPr>
              <w:spacing w:after="20" w:line="276" w:lineRule="auto"/>
            </w:pPr>
            <w:r>
              <w:rPr>
                <w:rFonts w:ascii="宋体" w:hAnsi="宋体" w:eastAsia="宋体"/>
                <w:b w:val="0"/>
                <w:sz w:val="18"/>
              </w:rPr>
              <w:t>周长用的是长度单位，面积用的是面积单位。</w:t>
            </w:r>
          </w:p>
          <w:p>
            <w:pPr>
              <w:spacing w:after="20" w:line="276" w:lineRule="auto"/>
            </w:pPr>
            <w:r>
              <w:rPr>
                <w:rFonts w:ascii="宋体" w:hAnsi="宋体" w:eastAsia="宋体"/>
                <w:b w:val="0"/>
                <w:sz w:val="18"/>
              </w:rPr>
              <w:t>面积单位：平方厘米平方分米平方米(板书)</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引导学生回顾梳理本课所学，完善认知结构，提升归纳与反思能力，核心问题："在第三单元我们认识了多边形，谁能说说，什么样的图形是多边形？"</w:t>
            </w:r>
          </w:p>
        </w:tc>
      </w:tr>
      <w:tr>
        <w:tc>
          <w:tcPr>
            <w:tcW w:type="dxa" w:w="1474"/>
          </w:tcPr>
          <w:p>
            <w:pPr>
              <w:spacing w:after="20" w:line="276" w:lineRule="auto"/>
            </w:pPr>
            <w:r>
              <w:rPr>
                <w:b/>
              </w:rPr>
            </w:r>
            <w:r>
              <w:rPr>
                <w:rFonts w:ascii="宋体" w:hAnsi="宋体" w:eastAsia="宋体"/>
                <w:b/>
                <w:sz w:val="18"/>
              </w:rPr>
              <w:t>四、巩固练习，深化理解</w:t>
            </w:r>
          </w:p>
        </w:tc>
        <w:tc>
          <w:tcPr>
            <w:tcW w:type="dxa" w:w="3061"/>
          </w:tcPr>
          <w:p>
            <w:pPr>
              <w:spacing w:after="20" w:line="276" w:lineRule="auto"/>
            </w:pPr>
            <w:r/>
            <w:r>
              <w:rPr>
                <w:rFonts w:ascii="宋体" w:hAnsi="宋体" w:eastAsia="宋体"/>
                <w:b w:val="0"/>
                <w:sz w:val="18"/>
              </w:rPr>
              <w:t>1.完成教科书P99“练习十八”第4题。</w:t>
            </w:r>
          </w:p>
          <w:p>
            <w:pPr>
              <w:spacing w:after="20" w:line="276" w:lineRule="auto"/>
            </w:pPr>
            <w:r>
              <w:rPr>
                <w:rFonts w:ascii="宋体" w:hAnsi="宋体" w:eastAsia="宋体"/>
                <w:b w:val="0"/>
                <w:sz w:val="18"/>
              </w:rPr>
              <w:t>(1)学生自主在随堂作业本上完成，集中评价。</w:t>
            </w:r>
          </w:p>
          <w:p>
            <w:pPr>
              <w:spacing w:after="20" w:line="276" w:lineRule="auto"/>
            </w:pPr>
            <w:r>
              <w:rPr>
                <w:rFonts w:ascii="宋体" w:hAnsi="宋体" w:eastAsia="宋体"/>
                <w:b w:val="0"/>
                <w:sz w:val="18"/>
              </w:rPr>
              <w:t>(2)教师引导学生区分周长和面积。</w:t>
            </w:r>
          </w:p>
          <w:p>
            <w:pPr>
              <w:spacing w:after="20" w:line="276" w:lineRule="auto"/>
            </w:pPr>
            <w:r>
              <w:rPr>
                <w:rFonts w:ascii="宋体" w:hAnsi="宋体" w:eastAsia="宋体"/>
                <w:b w:val="0"/>
                <w:sz w:val="18"/>
              </w:rPr>
              <w:t>2．完成教科书P101“练习十八”第13题。</w:t>
            </w:r>
          </w:p>
          <w:p>
            <w:pPr>
              <w:spacing w:after="20" w:line="276" w:lineRule="auto"/>
            </w:pPr>
            <w:r>
              <w:rPr>
                <w:rFonts w:ascii="宋体" w:hAnsi="宋体" w:eastAsia="宋体"/>
                <w:b w:val="0"/>
                <w:sz w:val="18"/>
              </w:rPr>
              <w:t>(1)引导学生整理信息，理顺思路。</w:t>
            </w:r>
          </w:p>
          <w:p>
            <w:pPr>
              <w:spacing w:after="20" w:line="276" w:lineRule="auto"/>
            </w:pPr>
            <w:r>
              <w:rPr>
                <w:rFonts w:ascii="宋体" w:hAnsi="宋体" w:eastAsia="宋体"/>
                <w:b w:val="0"/>
                <w:sz w:val="18"/>
              </w:rPr>
              <w:t>师：你读到了哪些信息？可以怎样解答？</w:t>
            </w:r>
          </w:p>
          <w:p>
            <w:pPr>
              <w:spacing w:after="20" w:line="276" w:lineRule="auto"/>
            </w:pPr>
            <w:r>
              <w:rPr>
                <w:rFonts w:ascii="宋体" w:hAnsi="宋体" w:eastAsia="宋体"/>
                <w:b w:val="0"/>
                <w:sz w:val="18"/>
              </w:rPr>
              <w:t>(2)分析交流后，学生自主解答。</w:t>
            </w:r>
          </w:p>
          <w:p>
            <w:pPr>
              <w:spacing w:after="20" w:line="276" w:lineRule="auto"/>
            </w:pPr>
            <w:r>
              <w:rPr>
                <w:rFonts w:ascii="宋体" w:hAnsi="宋体" w:eastAsia="宋体"/>
                <w:b w:val="0"/>
                <w:sz w:val="18"/>
              </w:rPr>
              <w:t>(3)集中交流，师生互动评价。</w:t>
            </w:r>
          </w:p>
          <w:p>
            <w:pPr>
              <w:spacing w:after="20" w:line="276" w:lineRule="auto"/>
            </w:pPr>
            <w:r>
              <w:rPr>
                <w:rFonts w:ascii="宋体" w:hAnsi="宋体" w:eastAsia="宋体"/>
                <w:b w:val="0"/>
                <w:sz w:val="18"/>
              </w:rPr>
              <w:t>3．完成教科书P101“练习十八”第16题。</w:t>
            </w:r>
          </w:p>
          <w:p>
            <w:pPr>
              <w:spacing w:after="20" w:line="276" w:lineRule="auto"/>
            </w:pPr>
            <w:r>
              <w:rPr>
                <w:rFonts w:ascii="宋体" w:hAnsi="宋体" w:eastAsia="宋体"/>
                <w:b w:val="0"/>
                <w:sz w:val="18"/>
              </w:rPr>
              <w:t>(1)引导学生阅读与理解，明确知道的信息和要求的问题。</w:t>
            </w:r>
          </w:p>
          <w:p>
            <w:pPr>
              <w:spacing w:after="20" w:line="276" w:lineRule="auto"/>
            </w:pPr>
            <w:r>
              <w:rPr>
                <w:rFonts w:ascii="宋体" w:hAnsi="宋体" w:eastAsia="宋体"/>
                <w:b w:val="0"/>
                <w:sz w:val="18"/>
              </w:rPr>
              <w:t>师：草坪的面积包括哪几部分？</w:t>
            </w:r>
          </w:p>
          <w:p>
            <w:pPr>
              <w:spacing w:after="20" w:line="276" w:lineRule="auto"/>
            </w:pPr>
            <w:r>
              <w:rPr>
                <w:rFonts w:ascii="宋体" w:hAnsi="宋体" w:eastAsia="宋体"/>
                <w:b w:val="0"/>
                <w:sz w:val="18"/>
              </w:rPr>
              <w:t>注意引导学生发现，长方形和正方形两块草坪都要减去花坛的面积。</w:t>
            </w:r>
          </w:p>
          <w:p>
            <w:pPr>
              <w:spacing w:after="20" w:line="276" w:lineRule="auto"/>
            </w:pPr>
            <w:r>
              <w:rPr>
                <w:rFonts w:ascii="宋体" w:hAnsi="宋体" w:eastAsia="宋体"/>
                <w:b w:val="0"/>
                <w:sz w:val="18"/>
              </w:rPr>
              <w:t>师：一圈栅栏的长度是求什么？</w:t>
            </w:r>
          </w:p>
          <w:p>
            <w:pPr>
              <w:spacing w:after="20" w:line="276" w:lineRule="auto"/>
            </w:pPr>
            <w:r>
              <w:rPr>
                <w:rFonts w:ascii="宋体" w:hAnsi="宋体" w:eastAsia="宋体"/>
                <w:b w:val="0"/>
                <w:sz w:val="18"/>
              </w:rPr>
              <w:t>引导学生发现草坪四周不包括图形里面的线段。</w:t>
            </w:r>
          </w:p>
          <w:p>
            <w:pPr>
              <w:spacing w:after="20" w:line="276" w:lineRule="auto"/>
            </w:pPr>
            <w:r>
              <w:rPr>
                <w:rFonts w:ascii="宋体" w:hAnsi="宋体" w:eastAsia="宋体"/>
                <w:b w:val="0"/>
                <w:sz w:val="18"/>
              </w:rPr>
              <w:t>(2)学生自主解答</w:t>
            </w:r>
          </w:p>
          <w:p>
            <w:pPr>
              <w:spacing w:after="20" w:line="276" w:lineRule="auto"/>
            </w:pPr>
            <w:r>
              <w:rPr>
                <w:rFonts w:ascii="宋体" w:hAnsi="宋体" w:eastAsia="宋体"/>
                <w:b w:val="0"/>
                <w:sz w:val="18"/>
              </w:rPr>
              <w:t>(3)集中交流评价，针对出现的错误进行辨析，进一步理解周长和面积的意义。</w:t>
            </w:r>
          </w:p>
        </w:tc>
        <w:tc>
          <w:tcPr>
            <w:tcW w:type="dxa" w:w="3061"/>
          </w:tcPr>
          <w:p>
            <w:pPr>
              <w:spacing w:after="20" w:line="276" w:lineRule="auto"/>
            </w:pPr>
            <w:r/>
            <w:r>
              <w:rPr>
                <w:rFonts w:ascii="宋体" w:hAnsi="宋体" w:eastAsia="宋体"/>
                <w:b w:val="0"/>
                <w:sz w:val="18"/>
              </w:rPr>
              <w:t>预设1：根据数据直接计算推理，先算出大长方形的面积：2×1＝2(平方米)，2平方米＝200平方分米，再算出每个小长方形的面积：200÷8＝25(平方分米)，再根据面积计算公式求出小长方形的宽：25÷5＝5(分米)，在此基础上再根据小长方形的长和宽进行划分。</w:t>
            </w:r>
          </w:p>
          <w:p>
            <w:pPr>
              <w:spacing w:after="20" w:line="276" w:lineRule="auto"/>
            </w:pPr>
            <w:r>
              <w:rPr>
                <w:rFonts w:ascii="宋体" w:hAnsi="宋体" w:eastAsia="宋体"/>
                <w:b w:val="0"/>
                <w:sz w:val="18"/>
              </w:rPr>
              <w:t>预设2：先进行单位预算，2米＝20分米，1米＝10分米，再根据小长方形的长是5分米，可以知道沿着大长方形的长边可以分成20÷5＝4(个)5分米，也就是沿着长边分，可以每行分成4个小长方形，分成2行就是8个。1米分成2行，每个小长方形的宽就是10÷2＝5(分米)。</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通过有层次的练习及时反馈学情，巩固新知，培养学生灵活运用知识解决问题的能力，核心问题："你读到了哪些信息？可以怎样解答？"</w:t>
            </w:r>
          </w:p>
        </w:tc>
      </w:tr>
      <w:tr>
        <w:tc>
          <w:tcPr>
            <w:tcW w:type="dxa" w:w="1474"/>
          </w:tcPr>
          <w:p>
            <w:pPr>
              <w:spacing w:after="20" w:line="276" w:lineRule="auto"/>
            </w:pPr>
            <w:r>
              <w:rPr>
                <w:b/>
              </w:rPr>
            </w:r>
            <w:r>
              <w:rPr>
                <w:rFonts w:ascii="宋体" w:hAnsi="宋体" w:eastAsia="宋体"/>
                <w:b/>
                <w:sz w:val="18"/>
              </w:rPr>
              <w:t>五、课堂小结</w:t>
            </w:r>
          </w:p>
        </w:tc>
        <w:tc>
          <w:tcPr>
            <w:tcW w:type="dxa" w:w="3061"/>
          </w:tcPr>
          <w:p>
            <w:pPr>
              <w:spacing w:after="20" w:line="276" w:lineRule="auto"/>
            </w:pPr>
            <w:r/>
            <w:r>
              <w:rPr>
                <w:rFonts w:ascii="宋体" w:hAnsi="宋体" w:eastAsia="宋体"/>
                <w:b w:val="0"/>
                <w:sz w:val="18"/>
              </w:rPr>
              <w:t>师：同学们，本节课我们整理复习了哪些内容？通过本次整理和复习，你有哪些新的收获？</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本学期学习了图形与几何领域中的两个主题，根据学习内容，统一在本节课中进行复习，在整理时按照主题逐步整理。生活中的运动现象较集中，让学生自主画知识结构图。图形的认识与测量、位置与运动涉及的知识点比较多，以问题为载体，引导学生在解决问题的过程中逐步提炼。复习时，突出重点内容，注重知识间的联系。</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教科书P97“图形的认识与测量、位置与运动”，教科书P98“应用提升”第2题，教科书P99～101“练习十八”第4，8，9，13，16题。</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由于在新授课时，对于周长和面积的概念进行了充分的辨析，而且对这两个概念的理解也非常清晰，所以在整理时，学生区分很清楚。但是在整理复习长方形、正方形的相关知识时，学生知道各知识点，却难以想到用表格的形式呈现，不知道怎么设计表格，需要教师引导。完成教科书P101“练习十八”中的第13题和第16题有部分学生出错，需要加强练习。</w:t>
      </w:r>
    </w:p>
    <w:p>
      <w:r>
        <w:br w:type="page"/>
      </w:r>
    </w:p>
    <w:p>
      <w:pPr>
        <w:spacing w:after="80" w:line="300" w:lineRule="auto"/>
      </w:pPr>
      <w:r>
        <w:rPr>
          <w:rFonts w:ascii="黑体" w:hAnsi="黑体" w:eastAsia="黑体"/>
          <w:b/>
          <w:sz w:val="24"/>
        </w:rPr>
        <w:t>二、课时教学方案（第4课时）</w:t>
      </w:r>
    </w:p>
    <w:p>
      <w:pPr>
        <w:spacing w:after="80" w:line="300" w:lineRule="auto"/>
      </w:pPr>
      <w:r>
        <w:rPr>
          <w:rFonts w:ascii="黑体" w:hAnsi="黑体" w:eastAsia="黑体"/>
          <w:b/>
          <w:sz w:val="24"/>
        </w:rPr>
        <w:t>第4课时　数据的收集、整理与表达</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第4课时　数据的收集、整理与表达</w:t>
            </w:r>
          </w:p>
        </w:tc>
        <w:tc>
          <w:tcPr>
            <w:tcW w:type="dxa" w:w="6009"/>
          </w:tcPr>
          <w:p>
            <w:pPr>
              <w:spacing w:after="20" w:line="276" w:lineRule="auto"/>
            </w:pPr>
            <w:r/>
            <w:r>
              <w:rPr>
                <w:rFonts w:ascii="宋体" w:hAnsi="宋体" w:eastAsia="宋体"/>
                <w:b w:val="0"/>
                <w:sz w:val="20"/>
              </w:rPr>
              <w:t>第7单元 复习与关联</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（结合班情，从作业反馈、课前调查、访谈等途径诊断本班学生学习起点，明确本课学习的现实基础。）</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教学内容：教科书P97“数据的收集、整理与表达”。</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（1）再次经历数据收集、记录、整理和分析的过程，进一步巩固用统计表呈现数据的方法，体会调查所得数据的作用，培养初步的数据分析观念。</w:t>
      </w:r>
    </w:p>
    <w:p>
      <w:pPr>
        <w:spacing w:after="20" w:line="300" w:lineRule="auto"/>
        <w:ind w:firstLine="400"/>
      </w:pPr>
      <w:r>
        <w:rPr>
          <w:rFonts w:ascii="宋体" w:hAnsi="宋体" w:eastAsia="宋体"/>
          <w:b w:val="0"/>
          <w:sz w:val="20"/>
        </w:rPr>
        <w:t>（2）通过自主回顾，知道单式统计表和复式统计表的异同及联系，能准确读懂统计表。</w:t>
      </w:r>
    </w:p>
    <w:p>
      <w:pPr>
        <w:spacing w:after="20" w:line="300" w:lineRule="auto"/>
        <w:ind w:firstLine="400"/>
      </w:pPr>
      <w:r>
        <w:rPr>
          <w:rFonts w:ascii="宋体" w:hAnsi="宋体" w:eastAsia="宋体"/>
          <w:b w:val="0"/>
          <w:sz w:val="20"/>
        </w:rPr>
        <w:t>（3）在自主整理和复习中积累整理知识的经验，养成良好的学习习惯。</w:t>
      </w:r>
    </w:p>
    <w:p>
      <w:pPr>
        <w:spacing w:after="20" w:line="300" w:lineRule="auto"/>
      </w:pPr>
      <w:r>
        <w:rPr>
          <w:rFonts w:ascii="宋体" w:hAnsi="宋体" w:eastAsia="宋体"/>
          <w:b w:val="0"/>
          <w:sz w:val="20"/>
        </w:rPr>
        <w:t>教学重点：认识统计表，会运用统计表呈现数据，会读统计表。</w:t>
      </w:r>
    </w:p>
    <w:p>
      <w:pPr>
        <w:spacing w:after="20" w:line="300" w:lineRule="auto"/>
      </w:pPr>
      <w:r>
        <w:rPr>
          <w:rFonts w:ascii="宋体" w:hAnsi="宋体" w:eastAsia="宋体"/>
          <w:b w:val="0"/>
          <w:sz w:val="20"/>
        </w:rPr>
        <w:t>教学难点：根据实际需要选用合适的统计表。</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一、构建“知识结构图”</w:t>
            </w:r>
          </w:p>
        </w:tc>
        <w:tc>
          <w:tcPr>
            <w:tcW w:type="dxa" w:w="1814"/>
          </w:tcPr>
          <w:p>
            <w:pPr>
              <w:spacing w:after="20" w:line="276" w:lineRule="auto"/>
            </w:pPr>
            <w:r/>
            <w:r>
              <w:rPr>
                <w:rFonts w:ascii="宋体" w:hAnsi="宋体" w:eastAsia="宋体"/>
                <w:b w:val="0"/>
                <w:sz w:val="18"/>
              </w:rPr>
              <w:t>统计表、课件</w:t>
            </w:r>
          </w:p>
        </w:tc>
        <w:tc>
          <w:tcPr>
            <w:tcW w:type="dxa" w:w="3402"/>
          </w:tcPr>
          <w:p>
            <w:pPr>
              <w:spacing w:after="20" w:line="276" w:lineRule="auto"/>
            </w:pPr>
            <w:r/>
            <w:r>
              <w:rPr>
                <w:rFonts w:ascii="宋体" w:hAnsi="宋体" w:eastAsia="宋体"/>
                <w:b w:val="0"/>
                <w:sz w:val="18"/>
              </w:rPr>
              <w:t>同学们，我们本学期还学习了数据的收集与整理，大家回顾一下，主要包括哪些内容？；你们能根据数据收集、整理、应用的过程将相关知识用“知识结构图”的形式呈现出来吗？</w:t>
            </w:r>
          </w:p>
        </w:tc>
        <w:tc>
          <w:tcPr>
            <w:tcW w:type="dxa" w:w="1361"/>
          </w:tcPr>
          <w:p>
            <w:pPr>
              <w:spacing w:after="20" w:line="276" w:lineRule="auto"/>
            </w:pPr>
            <w:r/>
            <w:r>
              <w:rPr>
                <w:rFonts w:ascii="宋体" w:hAnsi="宋体" w:eastAsia="宋体"/>
                <w:b w:val="0"/>
                <w:sz w:val="18"/>
              </w:rPr>
              <w:t>15分钟</w:t>
            </w:r>
          </w:p>
        </w:tc>
      </w:tr>
      <w:tr>
        <w:tc>
          <w:tcPr>
            <w:tcW w:type="dxa" w:w="2835"/>
          </w:tcPr>
          <w:p>
            <w:pPr>
              <w:spacing w:after="20" w:line="276" w:lineRule="auto"/>
            </w:pPr>
            <w:r/>
            <w:r>
              <w:rPr>
                <w:rFonts w:ascii="宋体" w:hAnsi="宋体" w:eastAsia="宋体"/>
                <w:b w:val="0"/>
                <w:sz w:val="18"/>
              </w:rPr>
              <w:t>二、实践应用，熟悉过程</w:t>
            </w:r>
          </w:p>
        </w:tc>
        <w:tc>
          <w:tcPr>
            <w:tcW w:type="dxa" w:w="1814"/>
          </w:tcPr>
          <w:p>
            <w:pPr>
              <w:spacing w:after="20" w:line="276" w:lineRule="auto"/>
            </w:pPr>
            <w:r/>
            <w:r>
              <w:rPr>
                <w:rFonts w:ascii="宋体" w:hAnsi="宋体" w:eastAsia="宋体"/>
                <w:b w:val="0"/>
                <w:sz w:val="18"/>
              </w:rPr>
              <w:t>统计表、课件</w:t>
            </w:r>
          </w:p>
        </w:tc>
        <w:tc>
          <w:tcPr>
            <w:tcW w:type="dxa" w:w="3402"/>
          </w:tcPr>
          <w:p>
            <w:pPr>
              <w:spacing w:after="20" w:line="276" w:lineRule="auto"/>
            </w:pPr>
            <w:r/>
            <w:r>
              <w:rPr>
                <w:rFonts w:ascii="宋体" w:hAnsi="宋体" w:eastAsia="宋体"/>
                <w:b w:val="0"/>
                <w:sz w:val="18"/>
              </w:rPr>
              <w:t>用统计表整理数据，该怎么整理呢？；统计表中应该包括哪几项？</w:t>
            </w:r>
          </w:p>
        </w:tc>
        <w:tc>
          <w:tcPr>
            <w:tcW w:type="dxa" w:w="1361"/>
          </w:tcPr>
          <w:p>
            <w:pPr>
              <w:spacing w:after="20" w:line="276" w:lineRule="auto"/>
            </w:pPr>
            <w:r/>
            <w:r>
              <w:rPr>
                <w:rFonts w:ascii="宋体" w:hAnsi="宋体" w:eastAsia="宋体"/>
                <w:b w:val="0"/>
                <w:sz w:val="18"/>
              </w:rPr>
              <w:t>8分钟</w:t>
            </w:r>
          </w:p>
        </w:tc>
      </w:tr>
      <w:tr>
        <w:tc>
          <w:tcPr>
            <w:tcW w:type="dxa" w:w="2835"/>
          </w:tcPr>
          <w:p>
            <w:pPr>
              <w:spacing w:after="20" w:line="276" w:lineRule="auto"/>
            </w:pPr>
            <w:r/>
            <w:r>
              <w:rPr>
                <w:rFonts w:ascii="宋体" w:hAnsi="宋体" w:eastAsia="宋体"/>
                <w:b w:val="0"/>
                <w:sz w:val="18"/>
              </w:rPr>
              <w:t>人数 │  │  │  │</w:t>
            </w:r>
          </w:p>
        </w:tc>
        <w:tc>
          <w:tcPr>
            <w:tcW w:type="dxa" w:w="1814"/>
          </w:tcPr>
          <w:p>
            <w:pPr>
              <w:spacing w:after="20" w:line="276" w:lineRule="auto"/>
            </w:pPr>
            <w:r/>
            <w:r>
              <w:rPr>
                <w:rFonts w:ascii="宋体" w:hAnsi="宋体" w:eastAsia="宋体"/>
                <w:b w:val="0"/>
                <w:sz w:val="18"/>
              </w:rPr>
              <w:t>统计表、课件</w:t>
            </w:r>
          </w:p>
        </w:tc>
        <w:tc>
          <w:tcPr>
            <w:tcW w:type="dxa" w:w="3402"/>
          </w:tcPr>
          <w:p>
            <w:pPr>
              <w:spacing w:after="20" w:line="276" w:lineRule="auto"/>
            </w:pPr>
            <w:r/>
            <w:r>
              <w:rPr>
                <w:rFonts w:ascii="宋体" w:hAnsi="宋体" w:eastAsia="宋体"/>
                <w:b w:val="0"/>
                <w:sz w:val="18"/>
              </w:rPr>
              <w:t>这是三(1)班女生一分钟仰卧起坐的情况统计表，我们现在想知道全班同学一分钟做仰卧起坐的情况，可以怎么做？；你们能归纳一下统计表中应该包括哪些内容吗？</w:t>
            </w:r>
          </w:p>
        </w:tc>
        <w:tc>
          <w:tcPr>
            <w:tcW w:type="dxa" w:w="1361"/>
          </w:tcPr>
          <w:p>
            <w:pPr>
              <w:spacing w:after="20" w:line="276" w:lineRule="auto"/>
            </w:pPr>
            <w:r/>
            <w:r>
              <w:rPr>
                <w:rFonts w:ascii="宋体" w:hAnsi="宋体" w:eastAsia="宋体"/>
                <w:b w:val="0"/>
                <w:sz w:val="18"/>
              </w:rPr>
              <w:t>15分钟</w:t>
            </w:r>
          </w:p>
        </w:tc>
      </w:tr>
      <w:tr>
        <w:tc>
          <w:tcPr>
            <w:tcW w:type="dxa" w:w="2835"/>
          </w:tcPr>
          <w:p>
            <w:pPr>
              <w:spacing w:after="20" w:line="276" w:lineRule="auto"/>
            </w:pPr>
            <w:r/>
            <w:r>
              <w:rPr>
                <w:rFonts w:ascii="宋体" w:hAnsi="宋体" w:eastAsia="宋体"/>
                <w:b w:val="0"/>
                <w:sz w:val="18"/>
              </w:rPr>
              <w:t>三、课堂小结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本节课你们有什么收获呢？</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一、构建“知识结构图”</w:t>
            </w:r>
          </w:p>
        </w:tc>
        <w:tc>
          <w:tcPr>
            <w:tcW w:type="dxa" w:w="3061"/>
          </w:tcPr>
          <w:p>
            <w:pPr>
              <w:spacing w:after="20" w:line="276" w:lineRule="auto"/>
            </w:pPr>
            <w:r/>
            <w:r>
              <w:rPr>
                <w:rFonts w:ascii="宋体" w:hAnsi="宋体" w:eastAsia="宋体"/>
                <w:b w:val="0"/>
                <w:sz w:val="18"/>
              </w:rPr>
              <w:t>师：同学们，我们本学期还学习了数据的收集与整理，大家回顾一下，主要包括哪些内容？(板书课题：数据的收集、整理与表达)</w:t>
            </w:r>
          </w:p>
          <w:p>
            <w:pPr>
              <w:spacing w:after="20" w:line="276" w:lineRule="auto"/>
            </w:pPr>
            <w:r>
              <w:rPr>
                <w:rFonts w:ascii="宋体" w:hAnsi="宋体" w:eastAsia="宋体"/>
                <w:b w:val="0"/>
                <w:sz w:val="18"/>
              </w:rPr>
              <w:t>师：你们能根据数据收集、整理、应用的过程将相关知识用“知识结构图”的形式呈现出来吗？</w:t>
            </w:r>
          </w:p>
          <w:p>
            <w:pPr>
              <w:spacing w:after="20" w:line="276" w:lineRule="auto"/>
            </w:pPr>
            <w:r>
              <w:rPr>
                <w:rFonts w:ascii="宋体" w:hAnsi="宋体" w:eastAsia="宋体"/>
                <w:b w:val="0"/>
                <w:sz w:val="18"/>
              </w:rPr>
              <w:t>2．师生互动，完善“知识结构图”。</w:t>
            </w:r>
          </w:p>
          <w:p>
            <w:pPr>
              <w:spacing w:after="20" w:line="276" w:lineRule="auto"/>
            </w:pPr>
            <w:r>
              <w:rPr>
                <w:rFonts w:ascii="宋体" w:hAnsi="宋体" w:eastAsia="宋体"/>
                <w:b w:val="0"/>
                <w:sz w:val="18"/>
              </w:rPr>
              <w:t>指名学生展示、交流“知识结构图”，生生互动，进行评价。</w:t>
            </w:r>
          </w:p>
          <w:p>
            <w:pPr>
              <w:spacing w:after="20" w:line="276" w:lineRule="auto"/>
            </w:pPr>
            <w:r>
              <w:rPr>
                <w:rFonts w:ascii="宋体" w:hAnsi="宋体" w:eastAsia="宋体"/>
                <w:b w:val="0"/>
                <w:sz w:val="18"/>
              </w:rPr>
              <w:t>师：在解决问题的过程中，经常要用数据说话，用数据时，我们一般要经历哪几个步骤？</w:t>
            </w:r>
          </w:p>
          <w:p>
            <w:pPr>
              <w:spacing w:after="20" w:line="276" w:lineRule="auto"/>
            </w:pPr>
            <w:r>
              <w:rPr>
                <w:rFonts w:ascii="宋体" w:hAnsi="宋体" w:eastAsia="宋体"/>
                <w:b w:val="0"/>
                <w:sz w:val="18"/>
              </w:rPr>
              <w:t>师：我们收集数据的时候一般采用什么方法？</w:t>
            </w:r>
          </w:p>
          <w:p>
            <w:pPr>
              <w:spacing w:after="20" w:line="276" w:lineRule="auto"/>
            </w:pPr>
            <w:r>
              <w:rPr>
                <w:rFonts w:ascii="宋体" w:hAnsi="宋体" w:eastAsia="宋体"/>
                <w:b w:val="0"/>
                <w:sz w:val="18"/>
              </w:rPr>
              <w:t>师：在记录数据的时候采用什么方法比较好？</w:t>
            </w:r>
          </w:p>
          <w:p>
            <w:pPr>
              <w:spacing w:after="20" w:line="276" w:lineRule="auto"/>
            </w:pPr>
            <w:r>
              <w:rPr>
                <w:rFonts w:ascii="宋体" w:hAnsi="宋体" w:eastAsia="宋体"/>
                <w:b w:val="0"/>
                <w:sz w:val="18"/>
              </w:rPr>
              <w:t>师：用什么方式呈现整理的数据呢？(统计表)</w:t>
            </w:r>
          </w:p>
          <w:p>
            <w:pPr>
              <w:spacing w:after="20" w:line="276" w:lineRule="auto"/>
            </w:pPr>
            <w:r>
              <w:rPr>
                <w:rFonts w:ascii="宋体" w:hAnsi="宋体" w:eastAsia="宋体"/>
                <w:b w:val="0"/>
                <w:sz w:val="18"/>
              </w:rPr>
              <w:t>师：现阶段我们学习了用统计表整理数据，后面我们还会学习更多的整理数据的方法。</w:t>
            </w:r>
          </w:p>
          <w:p>
            <w:pPr>
              <w:spacing w:after="20" w:line="276" w:lineRule="auto"/>
            </w:pPr>
            <w:r>
              <w:rPr>
                <w:rFonts w:ascii="宋体" w:hAnsi="宋体" w:eastAsia="宋体"/>
                <w:b w:val="0"/>
                <w:sz w:val="18"/>
              </w:rPr>
              <w:t>师生交流，根据交流教师板书，形成“知识结构图”。</w:t>
            </w:r>
          </w:p>
        </w:tc>
        <w:tc>
          <w:tcPr>
            <w:tcW w:type="dxa" w:w="3061"/>
          </w:tcPr>
          <w:p>
            <w:pPr>
              <w:spacing w:after="20" w:line="276" w:lineRule="auto"/>
            </w:pPr>
            <w:r/>
            <w:r>
              <w:rPr>
                <w:rFonts w:ascii="宋体" w:hAnsi="宋体" w:eastAsia="宋体"/>
                <w:b w:val="0"/>
                <w:sz w:val="18"/>
              </w:rPr>
              <w:t>1.学生自主画“知识结构图”。</w:t>
            </w:r>
          </w:p>
          <w:p>
            <w:pPr>
              <w:spacing w:after="20" w:line="276" w:lineRule="auto"/>
            </w:pPr>
            <w:r>
              <w:rPr>
                <w:rFonts w:ascii="宋体" w:hAnsi="宋体" w:eastAsia="宋体"/>
                <w:b w:val="0"/>
                <w:sz w:val="18"/>
              </w:rPr>
              <w:t>学生自由发言，能说出本学期学习的相关知识点。</w:t>
            </w:r>
          </w:p>
          <w:p>
            <w:pPr>
              <w:spacing w:after="20" w:line="276" w:lineRule="auto"/>
            </w:pPr>
            <w:r>
              <w:rPr>
                <w:rFonts w:ascii="宋体" w:hAnsi="宋体" w:eastAsia="宋体"/>
                <w:b w:val="0"/>
                <w:sz w:val="18"/>
              </w:rPr>
              <w:t>学生独立思考，自主画“知识结构图”。</w:t>
            </w:r>
          </w:p>
          <w:p>
            <w:pPr>
              <w:spacing w:after="20" w:line="276" w:lineRule="auto"/>
            </w:pPr>
            <w:r>
              <w:rPr>
                <w:rFonts w:ascii="宋体" w:hAnsi="宋体" w:eastAsia="宋体"/>
                <w:b w:val="0"/>
                <w:sz w:val="18"/>
              </w:rPr>
              <w:t>引导学生知道要经历“收集数据——记录数据——整理数据——运用数据”的过程。(适时板书)</w:t>
            </w:r>
          </w:p>
          <w:p>
            <w:pPr>
              <w:spacing w:after="20" w:line="276" w:lineRule="auto"/>
            </w:pPr>
            <w:r>
              <w:rPr>
                <w:rFonts w:ascii="宋体" w:hAnsi="宋体" w:eastAsia="宋体"/>
                <w:b w:val="0"/>
                <w:sz w:val="18"/>
              </w:rPr>
              <w:t>举手、问卷调查。</w:t>
            </w:r>
          </w:p>
          <w:p>
            <w:pPr>
              <w:spacing w:after="20" w:line="276" w:lineRule="auto"/>
            </w:pPr>
            <w:r>
              <w:rPr>
                <w:rFonts w:ascii="宋体" w:hAnsi="宋体" w:eastAsia="宋体"/>
                <w:b w:val="0"/>
                <w:sz w:val="18"/>
              </w:rPr>
              <w:t>可以做记号，常用画“正”字记录，一个“正”字五笔，表示数据5。</w:t>
            </w:r>
          </w:p>
        </w:tc>
        <w:tc>
          <w:tcPr>
            <w:tcW w:type="dxa" w:w="1814"/>
          </w:tcPr>
          <w:p>
            <w:pPr>
              <w:spacing w:after="20" w:line="276" w:lineRule="auto"/>
            </w:pPr>
            <w:r/>
            <w:r>
              <w:rPr>
                <w:rFonts w:ascii="宋体" w:hAnsi="宋体" w:eastAsia="宋体"/>
                <w:b w:val="0"/>
                <w:sz w:val="18"/>
              </w:rPr>
              <w:t>围绕环节目标组织学习活动，引导学生主动参与、积极思考，核心问题："同学们，我们本学期还学习了数据的收集与整理，大家回顾一下，主要包括哪些内容？"</w:t>
            </w:r>
          </w:p>
        </w:tc>
      </w:tr>
      <w:tr>
        <w:tc>
          <w:tcPr>
            <w:tcW w:type="dxa" w:w="1474"/>
          </w:tcPr>
          <w:p>
            <w:pPr>
              <w:spacing w:after="20" w:line="276" w:lineRule="auto"/>
            </w:pPr>
            <w:r>
              <w:rPr>
                <w:b/>
              </w:rPr>
            </w:r>
            <w:r>
              <w:rPr>
                <w:rFonts w:ascii="宋体" w:hAnsi="宋体" w:eastAsia="宋体"/>
                <w:b/>
                <w:sz w:val="18"/>
              </w:rPr>
              <w:t>二、实践应用，熟悉过程</w:t>
            </w:r>
          </w:p>
        </w:tc>
        <w:tc>
          <w:tcPr>
            <w:tcW w:type="dxa" w:w="3061"/>
          </w:tcPr>
          <w:p>
            <w:pPr>
              <w:spacing w:after="20" w:line="276" w:lineRule="auto"/>
            </w:pPr>
            <w:r/>
            <w:r>
              <w:rPr>
                <w:rFonts w:ascii="宋体" w:hAnsi="宋体" w:eastAsia="宋体"/>
                <w:b w:val="0"/>
                <w:sz w:val="18"/>
              </w:rPr>
              <w:t>1.整理单式统计表。</w:t>
            </w:r>
          </w:p>
          <w:p>
            <w:pPr>
              <w:spacing w:after="20" w:line="276" w:lineRule="auto"/>
            </w:pPr>
            <w:r>
              <w:rPr>
                <w:rFonts w:ascii="宋体" w:hAnsi="宋体" w:eastAsia="宋体"/>
                <w:b w:val="0"/>
                <w:sz w:val="18"/>
              </w:rPr>
              <w:t>师：用统计表整理数据，该怎么整理呢？</w:t>
            </w:r>
          </w:p>
          <w:p>
            <w:pPr>
              <w:spacing w:after="20" w:line="276" w:lineRule="auto"/>
            </w:pPr>
            <w:r>
              <w:rPr>
                <w:rFonts w:ascii="宋体" w:hAnsi="宋体" w:eastAsia="宋体"/>
                <w:b w:val="0"/>
                <w:sz w:val="18"/>
              </w:rPr>
              <w:t>师：分段整理更容易体现数据。</w:t>
            </w:r>
          </w:p>
          <w:p>
            <w:pPr>
              <w:spacing w:after="20" w:line="276" w:lineRule="auto"/>
            </w:pPr>
            <w:r>
              <w:rPr>
                <w:rFonts w:ascii="宋体" w:hAnsi="宋体" w:eastAsia="宋体"/>
                <w:b w:val="0"/>
                <w:sz w:val="18"/>
              </w:rPr>
              <w:t>课件出示：《国家学生体质健康标准(2014年修订)》三年级学生一分钟仰卧起坐等级评定表。</w:t>
            </w:r>
          </w:p>
          <w:p>
            <w:pPr>
              <w:spacing w:after="20" w:line="276" w:lineRule="auto"/>
            </w:pPr>
            <w:r>
              <w:rPr>
                <w:rFonts w:ascii="宋体" w:hAnsi="宋体" w:eastAsia="宋体"/>
                <w:b w:val="0"/>
                <w:sz w:val="18"/>
              </w:rPr>
              <w:t>师：分段整理是我们常用的整理数据的方法。</w:t>
            </w:r>
          </w:p>
          <w:p>
            <w:pPr>
              <w:spacing w:after="20" w:line="276" w:lineRule="auto"/>
            </w:pPr>
            <w:r>
              <w:rPr>
                <w:rFonts w:ascii="宋体" w:hAnsi="宋体" w:eastAsia="宋体"/>
                <w:b w:val="0"/>
                <w:sz w:val="18"/>
              </w:rPr>
              <w:t>师：统计表中应该包括哪几项？</w:t>
            </w:r>
          </w:p>
          <w:p>
            <w:pPr>
              <w:spacing w:after="20" w:line="276" w:lineRule="auto"/>
            </w:pPr>
            <w:r>
              <w:rPr>
                <w:rFonts w:ascii="宋体" w:hAnsi="宋体" w:eastAsia="宋体"/>
                <w:b w:val="0"/>
                <w:sz w:val="18"/>
              </w:rPr>
              <w:t>在学生交流的基础上，形成以下统计表并出示课件。</w:t>
            </w:r>
          </w:p>
          <w:p>
            <w:pPr>
              <w:spacing w:after="20" w:line="276" w:lineRule="auto"/>
            </w:pPr>
            <w:r>
              <w:rPr>
                <w:rFonts w:ascii="宋体" w:hAnsi="宋体" w:eastAsia="宋体"/>
                <w:b w:val="0"/>
                <w:sz w:val="18"/>
              </w:rPr>
              <w:t>等级 │ 优秀 │ 良好 │ 及格 │ 不及格</w:t>
            </w:r>
          </w:p>
        </w:tc>
        <w:tc>
          <w:tcPr>
            <w:tcW w:type="dxa" w:w="3061"/>
          </w:tcPr>
          <w:p>
            <w:pPr>
              <w:spacing w:after="20" w:line="276" w:lineRule="auto"/>
            </w:pPr>
            <w:r/>
            <w:r>
              <w:rPr>
                <w:rFonts w:ascii="宋体" w:hAnsi="宋体" w:eastAsia="宋体"/>
                <w:b w:val="0"/>
                <w:sz w:val="18"/>
              </w:rPr>
              <w:t>预设1：可以制成单式统计表。</w:t>
            </w:r>
          </w:p>
          <w:p>
            <w:pPr>
              <w:spacing w:after="20" w:line="276" w:lineRule="auto"/>
            </w:pPr>
            <w:r>
              <w:rPr>
                <w:rFonts w:ascii="宋体" w:hAnsi="宋体" w:eastAsia="宋体"/>
                <w:b w:val="0"/>
                <w:sz w:val="18"/>
              </w:rPr>
              <w:t>预设2：制成单式统计表，并且将数据进行分段整理。</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通过有层次的练习及时反馈学情，巩固新知，培养学生灵活运用知识解决问题的能力，核心问题："用统计表整理数据，该怎么整理呢？"</w:t>
            </w:r>
          </w:p>
        </w:tc>
      </w:tr>
      <w:tr>
        <w:tc>
          <w:tcPr>
            <w:tcW w:type="dxa" w:w="1474"/>
          </w:tcPr>
          <w:p>
            <w:pPr>
              <w:spacing w:after="20" w:line="276" w:lineRule="auto"/>
            </w:pPr>
            <w:r>
              <w:rPr>
                <w:b/>
              </w:rPr>
            </w:r>
            <w:r>
              <w:rPr>
                <w:rFonts w:ascii="宋体" w:hAnsi="宋体" w:eastAsia="宋体"/>
                <w:b/>
                <w:sz w:val="18"/>
              </w:rPr>
              <w:t>人数 │  │  │  │</w:t>
            </w:r>
          </w:p>
        </w:tc>
        <w:tc>
          <w:tcPr>
            <w:tcW w:type="dxa" w:w="3061"/>
          </w:tcPr>
          <w:p>
            <w:pPr>
              <w:spacing w:after="20" w:line="276" w:lineRule="auto"/>
            </w:pPr>
            <w:r/>
            <w:r>
              <w:rPr>
                <w:rFonts w:ascii="宋体" w:hAnsi="宋体" w:eastAsia="宋体"/>
                <w:b w:val="0"/>
                <w:sz w:val="18"/>
              </w:rPr>
              <w:t>2．整理复式统计表。</w:t>
            </w:r>
          </w:p>
          <w:p>
            <w:pPr>
              <w:spacing w:after="20" w:line="276" w:lineRule="auto"/>
            </w:pPr>
            <w:r>
              <w:rPr>
                <w:rFonts w:ascii="宋体" w:hAnsi="宋体" w:eastAsia="宋体"/>
                <w:b w:val="0"/>
                <w:sz w:val="18"/>
              </w:rPr>
              <w:t>课件出示三(1)班女生一分钟仰卧起坐成绩。</w:t>
            </w:r>
          </w:p>
          <w:p>
            <w:pPr>
              <w:spacing w:after="20" w:line="276" w:lineRule="auto"/>
            </w:pPr>
            <w:r>
              <w:rPr>
                <w:rFonts w:ascii="宋体" w:hAnsi="宋体" w:eastAsia="宋体"/>
                <w:b w:val="0"/>
                <w:sz w:val="18"/>
              </w:rPr>
              <w:t>师：这是三(1)班女生一分钟仰卧起坐的情况统计表，我们现在想知道全班同学一分钟做仰卧起坐的情况，可以怎么做？</w:t>
            </w:r>
          </w:p>
          <w:p>
            <w:pPr>
              <w:spacing w:after="20" w:line="276" w:lineRule="auto"/>
            </w:pPr>
            <w:r>
              <w:rPr>
                <w:rFonts w:ascii="宋体" w:hAnsi="宋体" w:eastAsia="宋体"/>
                <w:b w:val="0"/>
                <w:sz w:val="18"/>
              </w:rPr>
              <w:t>师：一分钟仰卧起坐男、女生的等级评定标准是一样的，所以可以直接在男生统计表下面加一行，为了分别看清楚男生、女生和全班的情况，可以分成三行整理。(出示课件)</w:t>
            </w:r>
          </w:p>
          <w:p>
            <w:pPr>
              <w:spacing w:after="20" w:line="276" w:lineRule="auto"/>
            </w:pPr>
            <w:r>
              <w:rPr>
                <w:rFonts w:ascii="宋体" w:hAnsi="宋体" w:eastAsia="宋体"/>
                <w:b w:val="0"/>
                <w:sz w:val="18"/>
              </w:rPr>
              <w:t>根据展示整理后的表格回答下列课件中出示的问题。</w:t>
            </w:r>
          </w:p>
          <w:p>
            <w:pPr>
              <w:spacing w:after="20" w:line="276" w:lineRule="auto"/>
            </w:pPr>
            <w:r>
              <w:rPr>
                <w:rFonts w:ascii="宋体" w:hAnsi="宋体" w:eastAsia="宋体"/>
                <w:b w:val="0"/>
                <w:sz w:val="18"/>
              </w:rPr>
              <w:t>3．整理统计表的特点。</w:t>
            </w:r>
          </w:p>
          <w:p>
            <w:pPr>
              <w:spacing w:after="20" w:line="276" w:lineRule="auto"/>
            </w:pPr>
            <w:r>
              <w:rPr>
                <w:rFonts w:ascii="宋体" w:hAnsi="宋体" w:eastAsia="宋体"/>
                <w:b w:val="0"/>
                <w:sz w:val="18"/>
              </w:rPr>
              <w:t>师：你们能归纳一下统计表中应该包括哪些内容吗？</w:t>
            </w:r>
          </w:p>
          <w:p>
            <w:pPr>
              <w:spacing w:after="20" w:line="276" w:lineRule="auto"/>
            </w:pPr>
            <w:r>
              <w:rPr>
                <w:rFonts w:ascii="宋体" w:hAnsi="宋体" w:eastAsia="宋体"/>
                <w:b w:val="0"/>
                <w:sz w:val="18"/>
              </w:rPr>
              <w:t>师：你能发现复式统计表的优点是什么吗？</w:t>
            </w:r>
          </w:p>
        </w:tc>
        <w:tc>
          <w:tcPr>
            <w:tcW w:type="dxa" w:w="3061"/>
          </w:tcPr>
          <w:p>
            <w:pPr>
              <w:spacing w:after="20" w:line="276" w:lineRule="auto"/>
            </w:pPr>
            <w:r/>
            <w:r>
              <w:rPr>
                <w:rFonts w:ascii="宋体" w:hAnsi="宋体" w:eastAsia="宋体"/>
                <w:b w:val="0"/>
                <w:sz w:val="18"/>
              </w:rPr>
              <w:t>学生自主整理，教师巡视指导。</w:t>
            </w:r>
          </w:p>
          <w:p>
            <w:pPr>
              <w:spacing w:after="20" w:line="276" w:lineRule="auto"/>
            </w:pPr>
            <w:r>
              <w:rPr>
                <w:rFonts w:ascii="宋体" w:hAnsi="宋体" w:eastAsia="宋体"/>
                <w:b w:val="0"/>
                <w:sz w:val="18"/>
              </w:rPr>
              <w:t>制成复式统计表，并进行分段整理。</w:t>
            </w:r>
          </w:p>
          <w:p>
            <w:pPr>
              <w:spacing w:after="20" w:line="276" w:lineRule="auto"/>
            </w:pPr>
            <w:r>
              <w:rPr>
                <w:rFonts w:ascii="宋体" w:hAnsi="宋体" w:eastAsia="宋体"/>
                <w:b w:val="0"/>
                <w:sz w:val="18"/>
              </w:rPr>
              <w:t>全班同学一起根据数据完成统计表。</w:t>
            </w:r>
          </w:p>
          <w:p>
            <w:pPr>
              <w:spacing w:after="20" w:line="276" w:lineRule="auto"/>
            </w:pPr>
            <w:r>
              <w:rPr>
                <w:rFonts w:ascii="宋体" w:hAnsi="宋体" w:eastAsia="宋体"/>
                <w:b w:val="0"/>
                <w:sz w:val="18"/>
              </w:rPr>
              <w:t>学生以小组为单位交流讨论，再集体汇报。</w:t>
            </w:r>
          </w:p>
          <w:p>
            <w:pPr>
              <w:spacing w:after="20" w:line="276" w:lineRule="auto"/>
            </w:pPr>
            <w:r>
              <w:rPr>
                <w:rFonts w:ascii="宋体" w:hAnsi="宋体" w:eastAsia="宋体"/>
                <w:b w:val="0"/>
                <w:sz w:val="18"/>
              </w:rPr>
              <w:t>学生很容易通过统计各成绩段的人数得出正确解答。教师引导学生提出新的问题，合理即可。</w:t>
            </w:r>
          </w:p>
          <w:p>
            <w:pPr>
              <w:spacing w:after="20" w:line="276" w:lineRule="auto"/>
            </w:pPr>
            <w:r>
              <w:rPr>
                <w:rFonts w:ascii="宋体" w:hAnsi="宋体" w:eastAsia="宋体"/>
                <w:b w:val="0"/>
                <w:sz w:val="18"/>
              </w:rPr>
              <w:t>(1)统计表的名称；(2)统计表的行数和列数；(3)表中各栏类别；(4)统计的数据。(板书)</w:t>
            </w:r>
          </w:p>
          <w:p>
            <w:pPr>
              <w:spacing w:after="20" w:line="276" w:lineRule="auto"/>
            </w:pPr>
            <w:r>
              <w:rPr>
                <w:rFonts w:ascii="宋体" w:hAnsi="宋体" w:eastAsia="宋体"/>
                <w:b w:val="0"/>
                <w:sz w:val="18"/>
              </w:rPr>
              <w:t>复式统计表可以更加清晰地反映两个(或多个)数据变化的差异。</w:t>
            </w:r>
          </w:p>
        </w:tc>
        <w:tc>
          <w:tcPr>
            <w:tcW w:type="dxa" w:w="1814"/>
          </w:tcPr>
          <w:p>
            <w:pPr>
              <w:spacing w:after="20" w:line="276" w:lineRule="auto"/>
            </w:pPr>
            <w:r/>
            <w:r>
              <w:rPr>
                <w:rFonts w:ascii="宋体" w:hAnsi="宋体" w:eastAsia="宋体"/>
                <w:b w:val="0"/>
                <w:sz w:val="18"/>
              </w:rPr>
              <w:t>围绕环节目标组织学习活动，引导学生主动参与、积极思考，核心问题："这是三(1)班女生一分钟仰卧起坐的情况统计表，我们现在想知道全班同学一分钟做仰卧起坐的情况，可以怎么做？"</w:t>
            </w:r>
          </w:p>
        </w:tc>
      </w:tr>
      <w:tr>
        <w:tc>
          <w:tcPr>
            <w:tcW w:type="dxa" w:w="1474"/>
          </w:tcPr>
          <w:p>
            <w:pPr>
              <w:spacing w:after="20" w:line="276" w:lineRule="auto"/>
            </w:pPr>
            <w:r>
              <w:rPr>
                <w:b/>
              </w:rPr>
            </w:r>
            <w:r>
              <w:rPr>
                <w:rFonts w:ascii="宋体" w:hAnsi="宋体" w:eastAsia="宋体"/>
                <w:b/>
                <w:sz w:val="18"/>
              </w:rPr>
              <w:t>三、课堂小结</w:t>
            </w:r>
          </w:p>
        </w:tc>
        <w:tc>
          <w:tcPr>
            <w:tcW w:type="dxa" w:w="3061"/>
          </w:tcPr>
          <w:p>
            <w:pPr>
              <w:spacing w:after="20" w:line="276" w:lineRule="auto"/>
            </w:pPr>
            <w:r/>
            <w:r>
              <w:rPr>
                <w:rFonts w:ascii="宋体" w:hAnsi="宋体" w:eastAsia="宋体"/>
                <w:b w:val="0"/>
                <w:sz w:val="18"/>
              </w:rPr>
              <w:t>师：本节课你们有什么收获呢？</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通过理论与实践能相结合，整理复习本学期学习的统计知识。首先通过回顾，从理论上知道统计要经历“收集数据——记录数据——整理数据——运用数据”的过程，再结合学生一分钟仰卧起坐的具体情境，让学生实践操作，从而进一步提升数据收集、整理与表达的能力。</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数据的收集、整理和表达</w:t>
      </w:r>
    </w:p>
    <w:p>
      <w:pPr>
        <w:spacing w:after="40" w:line="300" w:lineRule="auto"/>
      </w:pPr>
      <w:r>
        <w:rPr>
          <w:rFonts w:ascii="宋体" w:hAnsi="宋体" w:eastAsia="宋体"/>
          <w:b w:val="0"/>
          <w:sz w:val="20"/>
        </w:rPr>
        <w:t>1．收集数据——举手、调查问卷</w:t>
      </w:r>
    </w:p>
    <w:p>
      <w:pPr>
        <w:spacing w:after="40" w:line="300" w:lineRule="auto"/>
      </w:pPr>
      <w:r>
        <w:rPr>
          <w:rFonts w:ascii="宋体" w:hAnsi="宋体" w:eastAsia="宋体"/>
          <w:b w:val="0"/>
          <w:sz w:val="20"/>
        </w:rPr>
        <w:t>记录数据——做记号，常用画“正”字记录</w:t>
      </w:r>
    </w:p>
    <w:p>
      <w:pPr>
        <w:spacing w:after="40" w:line="300" w:lineRule="auto"/>
      </w:pPr>
      <w:r>
        <w:rPr>
          <w:rFonts w:ascii="宋体" w:hAnsi="宋体" w:eastAsia="宋体"/>
          <w:b w:val="0"/>
          <w:sz w:val="20"/>
        </w:rPr>
        <w:t>整理数据——统计表、分段整理</w:t>
      </w:r>
    </w:p>
    <w:p>
      <w:pPr>
        <w:spacing w:after="40" w:line="300" w:lineRule="auto"/>
      </w:pPr>
      <w:r>
        <w:rPr>
          <w:rFonts w:ascii="宋体" w:hAnsi="宋体" w:eastAsia="宋体"/>
          <w:b w:val="0"/>
          <w:sz w:val="20"/>
        </w:rPr>
        <w:t>运用数据</w:t>
      </w:r>
    </w:p>
    <w:p>
      <w:pPr>
        <w:spacing w:after="40" w:line="300" w:lineRule="auto"/>
      </w:pPr>
      <w:r>
        <w:rPr>
          <w:rFonts w:ascii="宋体" w:hAnsi="宋体" w:eastAsia="宋体"/>
          <w:b w:val="0"/>
          <w:sz w:val="20"/>
        </w:rPr>
        <w:t>2．统计表：(1)统计表的名称；</w:t>
      </w:r>
    </w:p>
    <w:p>
      <w:pPr>
        <w:spacing w:after="40" w:line="300" w:lineRule="auto"/>
      </w:pPr>
      <w:r>
        <w:rPr>
          <w:rFonts w:ascii="宋体" w:hAnsi="宋体" w:eastAsia="宋体"/>
          <w:b w:val="0"/>
          <w:sz w:val="20"/>
        </w:rPr>
        <w:t>(2)统计表的行数和列数；</w:t>
      </w:r>
    </w:p>
    <w:p>
      <w:pPr>
        <w:spacing w:after="40" w:line="300" w:lineRule="auto"/>
      </w:pPr>
      <w:r>
        <w:rPr>
          <w:rFonts w:ascii="宋体" w:hAnsi="宋体" w:eastAsia="宋体"/>
          <w:b w:val="0"/>
          <w:sz w:val="20"/>
        </w:rPr>
        <w:t>(3)表中各栏类别；</w:t>
      </w:r>
    </w:p>
    <w:p>
      <w:pPr>
        <w:spacing w:after="40" w:line="300" w:lineRule="auto"/>
      </w:pPr>
      <w:r>
        <w:rPr>
          <w:rFonts w:ascii="宋体" w:hAnsi="宋体" w:eastAsia="宋体"/>
          <w:b w:val="0"/>
          <w:sz w:val="20"/>
        </w:rPr>
        <w:t>(4)统计的数据。</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教科书P97“数据的收集、整理与表达”。</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按教学目标，本学习的统计内容要求学生经历统计的过程，会运用单式和复式统计表，并没有要求学生自主设计统计表，但是关于统计表的内容要求学生掌握，所以在整理复习时，引导学生思考统计表应该包括哪些内容，再呈现统计表让学生填，为后续学习奠定基础。</w:t>
      </w:r>
    </w:p>
    <w:p>
      <w:r>
        <w:br w:type="page"/>
      </w:r>
    </w:p>
    <w:p>
      <w:pPr>
        <w:spacing w:after="80" w:line="300" w:lineRule="auto"/>
      </w:pPr>
      <w:r>
        <w:rPr>
          <w:rFonts w:ascii="黑体" w:hAnsi="黑体" w:eastAsia="黑体"/>
          <w:b/>
          <w:sz w:val="24"/>
        </w:rPr>
        <w:t>二、课时教学方案（第5课时）</w:t>
      </w:r>
    </w:p>
    <w:p>
      <w:pPr>
        <w:spacing w:after="80" w:line="300" w:lineRule="auto"/>
      </w:pPr>
      <w:r>
        <w:rPr>
          <w:rFonts w:ascii="黑体" w:hAnsi="黑体" w:eastAsia="黑体"/>
          <w:b/>
          <w:sz w:val="24"/>
        </w:rPr>
        <w:t>第5课时　常见的量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第5课时　常见的量</w:t>
            </w:r>
          </w:p>
        </w:tc>
        <w:tc>
          <w:tcPr>
            <w:tcW w:type="dxa" w:w="6009"/>
          </w:tcPr>
          <w:p>
            <w:pPr>
              <w:spacing w:after="20" w:line="276" w:lineRule="auto"/>
            </w:pPr>
            <w:r/>
            <w:r>
              <w:rPr>
                <w:rFonts w:ascii="宋体" w:hAnsi="宋体" w:eastAsia="宋体"/>
                <w:b w:val="0"/>
                <w:sz w:val="20"/>
              </w:rPr>
              <w:t>第7单元 复习与关联</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（结合班情，从作业反馈、课前调查、访谈等途径诊断本班学生学习起点，明确本课学习的现实基础。）</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教学内容：教科书P98“常见的量”，教科书P99“练习十八”第5题。</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（1）进一步认识时间单位年、月、日，厘清它们之间的关系，建立时间观念。</w:t>
      </w:r>
    </w:p>
    <w:p>
      <w:pPr>
        <w:spacing w:after="20" w:line="300" w:lineRule="auto"/>
        <w:ind w:firstLine="400"/>
      </w:pPr>
      <w:r>
        <w:rPr>
          <w:rFonts w:ascii="宋体" w:hAnsi="宋体" w:eastAsia="宋体"/>
          <w:b w:val="0"/>
          <w:sz w:val="20"/>
        </w:rPr>
        <w:t>（2）会用12时计时法和24时计时法表示时间，能进行12时计时法和24时计时法的相互转换，灵活运用24时计时法表示时刻。</w:t>
      </w:r>
    </w:p>
    <w:p>
      <w:pPr>
        <w:spacing w:after="20" w:line="300" w:lineRule="auto"/>
        <w:ind w:firstLine="400"/>
      </w:pPr>
      <w:r>
        <w:rPr>
          <w:rFonts w:ascii="宋体" w:hAnsi="宋体" w:eastAsia="宋体"/>
          <w:b w:val="0"/>
          <w:sz w:val="20"/>
        </w:rPr>
        <w:t>（3）会通过计时法的转换计算简单的经过的时间。</w:t>
      </w:r>
    </w:p>
    <w:p>
      <w:pPr>
        <w:spacing w:after="20" w:line="300" w:lineRule="auto"/>
      </w:pPr>
      <w:r>
        <w:rPr>
          <w:rFonts w:ascii="宋体" w:hAnsi="宋体" w:eastAsia="宋体"/>
          <w:b w:val="0"/>
          <w:sz w:val="20"/>
        </w:rPr>
        <w:t>教学重点：掌握年、月、日之间的关系，24时计时法的运用及经过时间的计算。</w:t>
      </w:r>
    </w:p>
    <w:p>
      <w:pPr>
        <w:spacing w:after="20" w:line="300" w:lineRule="auto"/>
      </w:pPr>
      <w:r>
        <w:rPr>
          <w:rFonts w:ascii="宋体" w:hAnsi="宋体" w:eastAsia="宋体"/>
          <w:b w:val="0"/>
          <w:sz w:val="20"/>
        </w:rPr>
        <w:t>教学难点：理解24时计时法的运用及经过时间的计算。</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一、谈话导入，揭示课题</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同学们，你们知道今天是几月几日吗？；那现在大约是几点呢？</w:t>
            </w:r>
          </w:p>
        </w:tc>
        <w:tc>
          <w:tcPr>
            <w:tcW w:type="dxa" w:w="1361"/>
          </w:tcPr>
          <w:p>
            <w:pPr>
              <w:spacing w:after="20" w:line="276" w:lineRule="auto"/>
            </w:pPr>
            <w:r/>
            <w:r>
              <w:rPr>
                <w:rFonts w:ascii="宋体" w:hAnsi="宋体" w:eastAsia="宋体"/>
                <w:b w:val="0"/>
                <w:sz w:val="18"/>
              </w:rPr>
              <w:t>5分钟</w:t>
            </w:r>
          </w:p>
        </w:tc>
      </w:tr>
      <w:tr>
        <w:tc>
          <w:tcPr>
            <w:tcW w:type="dxa" w:w="2835"/>
          </w:tcPr>
          <w:p>
            <w:pPr>
              <w:spacing w:after="20" w:line="276" w:lineRule="auto"/>
            </w:pPr>
            <w:r/>
            <w:r>
              <w:rPr>
                <w:rFonts w:ascii="宋体" w:hAnsi="宋体" w:eastAsia="宋体"/>
                <w:b w:val="0"/>
                <w:sz w:val="18"/>
              </w:rPr>
              <w:t>二、自主回顾，整理知识</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大家回顾一下，关于时间，我们本学期学习了哪些知识？</w:t>
            </w:r>
          </w:p>
        </w:tc>
        <w:tc>
          <w:tcPr>
            <w:tcW w:type="dxa" w:w="1361"/>
          </w:tcPr>
          <w:p>
            <w:pPr>
              <w:spacing w:after="20" w:line="276" w:lineRule="auto"/>
            </w:pPr>
            <w:r/>
            <w:r>
              <w:rPr>
                <w:rFonts w:ascii="宋体" w:hAnsi="宋体" w:eastAsia="宋体"/>
                <w:b w:val="0"/>
                <w:sz w:val="18"/>
              </w:rPr>
              <w:t>4分钟</w:t>
            </w:r>
          </w:p>
        </w:tc>
      </w:tr>
      <w:tr>
        <w:tc>
          <w:tcPr>
            <w:tcW w:type="dxa" w:w="2835"/>
          </w:tcPr>
          <w:p>
            <w:pPr>
              <w:spacing w:after="20" w:line="276" w:lineRule="auto"/>
            </w:pPr>
            <w:r/>
            <w:r>
              <w:rPr>
                <w:rFonts w:ascii="宋体" w:hAnsi="宋体" w:eastAsia="宋体"/>
                <w:b w:val="0"/>
                <w:sz w:val="18"/>
              </w:rPr>
              <w:t>三、全班交流，建立体系</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我们首先来回顾一下“年”，关于“年”有哪些知识？；平年和闰年是怎么来的？大家知道吗？</w:t>
            </w:r>
          </w:p>
        </w:tc>
        <w:tc>
          <w:tcPr>
            <w:tcW w:type="dxa" w:w="1361"/>
          </w:tcPr>
          <w:p>
            <w:pPr>
              <w:spacing w:after="20" w:line="276" w:lineRule="auto"/>
            </w:pPr>
            <w:r/>
            <w:r>
              <w:rPr>
                <w:rFonts w:ascii="宋体" w:hAnsi="宋体" w:eastAsia="宋体"/>
                <w:b w:val="0"/>
                <w:sz w:val="18"/>
              </w:rPr>
              <w:t>20分钟</w:t>
            </w:r>
          </w:p>
        </w:tc>
      </w:tr>
      <w:tr>
        <w:tc>
          <w:tcPr>
            <w:tcW w:type="dxa" w:w="2835"/>
          </w:tcPr>
          <w:p>
            <w:pPr>
              <w:spacing w:after="20" w:line="276" w:lineRule="auto"/>
            </w:pPr>
            <w:r/>
            <w:r>
              <w:rPr>
                <w:rFonts w:ascii="宋体" w:hAnsi="宋体" w:eastAsia="宋体"/>
                <w:b w:val="0"/>
                <w:sz w:val="18"/>
              </w:rPr>
              <w:t>四、实践应用，巩固提升</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6分钟</w:t>
            </w:r>
          </w:p>
        </w:tc>
      </w:tr>
      <w:tr>
        <w:tc>
          <w:tcPr>
            <w:tcW w:type="dxa" w:w="2835"/>
          </w:tcPr>
          <w:p>
            <w:pPr>
              <w:spacing w:after="20" w:line="276" w:lineRule="auto"/>
            </w:pPr>
            <w:r/>
            <w:r>
              <w:rPr>
                <w:rFonts w:ascii="宋体" w:hAnsi="宋体" w:eastAsia="宋体"/>
                <w:b w:val="0"/>
                <w:sz w:val="18"/>
              </w:rPr>
              <w:t>A．15  B．9  C．11</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3分钟</w:t>
            </w:r>
          </w:p>
        </w:tc>
      </w:tr>
      <w:tr>
        <w:tc>
          <w:tcPr>
            <w:tcW w:type="dxa" w:w="2835"/>
          </w:tcPr>
          <w:p>
            <w:pPr>
              <w:spacing w:after="20" w:line="276" w:lineRule="auto"/>
            </w:pPr>
            <w:r/>
            <w:r>
              <w:rPr>
                <w:rFonts w:ascii="宋体" w:hAnsi="宋体" w:eastAsia="宋体"/>
                <w:b w:val="0"/>
                <w:sz w:val="18"/>
              </w:rPr>
              <w:t>五、课堂小结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同学们，看一看黑板，回顾一下本节课整理的知识，你们还有问题吗？</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一、谈话导入，揭示课题</w:t>
            </w:r>
          </w:p>
        </w:tc>
        <w:tc>
          <w:tcPr>
            <w:tcW w:type="dxa" w:w="3061"/>
          </w:tcPr>
          <w:p>
            <w:pPr>
              <w:spacing w:after="20" w:line="276" w:lineRule="auto"/>
            </w:pPr>
            <w:r/>
            <w:r>
              <w:rPr>
                <w:rFonts w:ascii="宋体" w:hAnsi="宋体" w:eastAsia="宋体"/>
                <w:b w:val="0"/>
                <w:sz w:val="18"/>
              </w:rPr>
              <w:t>师：同学们，你们知道今天是几月几日吗？</w:t>
            </w:r>
          </w:p>
          <w:p>
            <w:pPr>
              <w:spacing w:after="20" w:line="276" w:lineRule="auto"/>
            </w:pPr>
            <w:r>
              <w:rPr>
                <w:rFonts w:ascii="宋体" w:hAnsi="宋体" w:eastAsia="宋体"/>
                <w:b w:val="0"/>
                <w:sz w:val="18"/>
              </w:rPr>
              <w:t>师：那现在大约是几点呢？</w:t>
            </w:r>
          </w:p>
          <w:p>
            <w:pPr>
              <w:spacing w:after="20" w:line="276" w:lineRule="auto"/>
            </w:pPr>
            <w:r>
              <w:rPr>
                <w:rFonts w:ascii="宋体" w:hAnsi="宋体" w:eastAsia="宋体"/>
                <w:b w:val="0"/>
                <w:sz w:val="18"/>
              </w:rPr>
              <w:t>师：这些都是我们实际学习和生活中的问题，都与我们学习的什么知识有关？(与年、月、日和时间有关)今天我们就一起来整理复习“年、月、日”的相关知识！(板书课题：常见的量)</w:t>
            </w:r>
          </w:p>
        </w:tc>
        <w:tc>
          <w:tcPr>
            <w:tcW w:type="dxa" w:w="3061"/>
          </w:tcPr>
          <w:p>
            <w:pPr>
              <w:spacing w:after="20" w:line="276" w:lineRule="auto"/>
            </w:pPr>
            <w:r/>
            <w:r>
              <w:rPr>
                <w:rFonts w:ascii="宋体" w:hAnsi="宋体" w:eastAsia="宋体"/>
                <w:b w:val="0"/>
                <w:sz w:val="18"/>
              </w:rPr>
              <w:t>结合实际让学生说一说，如果学生不知道，教师要给予提示。</w:t>
            </w:r>
          </w:p>
          <w:p>
            <w:pPr>
              <w:spacing w:after="20" w:line="276" w:lineRule="auto"/>
            </w:pPr>
            <w:r>
              <w:rPr>
                <w:rFonts w:ascii="宋体" w:hAnsi="宋体" w:eastAsia="宋体"/>
                <w:b w:val="0"/>
                <w:sz w:val="18"/>
              </w:rPr>
              <w:t>引导学生根据作息时间和上课的时间进行推理分析，得到大约是几点。</w:t>
            </w:r>
          </w:p>
        </w:tc>
        <w:tc>
          <w:tcPr>
            <w:tcW w:type="dxa" w:w="1814"/>
          </w:tcPr>
          <w:p>
            <w:pPr>
              <w:spacing w:after="20" w:line="276" w:lineRule="auto"/>
            </w:pPr>
            <w:r/>
            <w:r>
              <w:rPr>
                <w:rFonts w:ascii="宋体" w:hAnsi="宋体" w:eastAsia="宋体"/>
                <w:b w:val="0"/>
                <w:sz w:val="18"/>
              </w:rPr>
              <w:t>创设情境激活学生已有经验，自然引出本课学习内容，激发学习兴趣，核心问题："同学们，你们知道今天是几月几日吗？"</w:t>
            </w:r>
          </w:p>
        </w:tc>
      </w:tr>
      <w:tr>
        <w:tc>
          <w:tcPr>
            <w:tcW w:type="dxa" w:w="1474"/>
          </w:tcPr>
          <w:p>
            <w:pPr>
              <w:spacing w:after="20" w:line="276" w:lineRule="auto"/>
            </w:pPr>
            <w:r>
              <w:rPr>
                <w:b/>
              </w:rPr>
            </w:r>
            <w:r>
              <w:rPr>
                <w:rFonts w:ascii="宋体" w:hAnsi="宋体" w:eastAsia="宋体"/>
                <w:b/>
                <w:sz w:val="18"/>
              </w:rPr>
              <w:t>二、自主回顾，整理知识</w:t>
            </w:r>
          </w:p>
        </w:tc>
        <w:tc>
          <w:tcPr>
            <w:tcW w:type="dxa" w:w="3061"/>
          </w:tcPr>
          <w:p>
            <w:pPr>
              <w:spacing w:after="20" w:line="276" w:lineRule="auto"/>
            </w:pPr>
            <w:r/>
            <w:r>
              <w:rPr>
                <w:rFonts w:ascii="宋体" w:hAnsi="宋体" w:eastAsia="宋体"/>
                <w:b w:val="0"/>
                <w:sz w:val="18"/>
              </w:rPr>
              <w:t>师：大家回顾一下，关于时间，我们本学期学习了哪些知识？可以翻开教科书看看，回顾一下。</w:t>
            </w:r>
          </w:p>
          <w:p>
            <w:pPr>
              <w:spacing w:after="20" w:line="276" w:lineRule="auto"/>
            </w:pPr>
            <w:r>
              <w:rPr>
                <w:rFonts w:ascii="宋体" w:hAnsi="宋体" w:eastAsia="宋体"/>
                <w:b w:val="0"/>
                <w:sz w:val="18"/>
              </w:rPr>
              <w:t>师：请同学们自主整理，用自己的方式将关于时间的内容整理出来。</w:t>
            </w:r>
          </w:p>
        </w:tc>
        <w:tc>
          <w:tcPr>
            <w:tcW w:type="dxa" w:w="3061"/>
          </w:tcPr>
          <w:p>
            <w:pPr>
              <w:spacing w:after="20" w:line="276" w:lineRule="auto"/>
            </w:pPr>
            <w:r/>
            <w:r>
              <w:rPr>
                <w:rFonts w:ascii="宋体" w:hAnsi="宋体" w:eastAsia="宋体"/>
                <w:b w:val="0"/>
                <w:sz w:val="18"/>
              </w:rPr>
              <w:t>学生自主画“知识结构图”，教师全班巡视，个别指导。</w:t>
            </w:r>
          </w:p>
          <w:p>
            <w:pPr>
              <w:spacing w:after="20" w:line="276" w:lineRule="auto"/>
            </w:pPr>
            <w:r>
              <w:rPr>
                <w:rFonts w:ascii="宋体" w:hAnsi="宋体" w:eastAsia="宋体"/>
                <w:b w:val="0"/>
                <w:sz w:val="18"/>
              </w:rPr>
              <w:t>学生对照教科书，对相关的知识点能提炼出来，但是不一定能建立联系。</w:t>
            </w:r>
          </w:p>
        </w:tc>
        <w:tc>
          <w:tcPr>
            <w:tcW w:type="dxa" w:w="1814"/>
          </w:tcPr>
          <w:p>
            <w:pPr>
              <w:spacing w:after="20" w:line="276" w:lineRule="auto"/>
            </w:pPr>
            <w:r/>
            <w:r>
              <w:rPr>
                <w:rFonts w:ascii="宋体" w:hAnsi="宋体" w:eastAsia="宋体"/>
                <w:b w:val="0"/>
                <w:sz w:val="18"/>
              </w:rPr>
              <w:t>创设情境激活学生已有经验，自然引出本课学习内容，激发学习兴趣，核心问题："大家回顾一下，关于时间，我们本学期学习了哪些知识？"</w:t>
            </w:r>
          </w:p>
        </w:tc>
      </w:tr>
      <w:tr>
        <w:tc>
          <w:tcPr>
            <w:tcW w:type="dxa" w:w="1474"/>
          </w:tcPr>
          <w:p>
            <w:pPr>
              <w:spacing w:after="20" w:line="276" w:lineRule="auto"/>
            </w:pPr>
            <w:r>
              <w:rPr>
                <w:b/>
              </w:rPr>
            </w:r>
            <w:r>
              <w:rPr>
                <w:rFonts w:ascii="宋体" w:hAnsi="宋体" w:eastAsia="宋体"/>
                <w:b/>
                <w:sz w:val="18"/>
              </w:rPr>
              <w:t>三、全班交流，建立体系</w:t>
            </w:r>
          </w:p>
        </w:tc>
        <w:tc>
          <w:tcPr>
            <w:tcW w:type="dxa" w:w="3061"/>
          </w:tcPr>
          <w:p>
            <w:pPr>
              <w:spacing w:after="20" w:line="276" w:lineRule="auto"/>
            </w:pPr>
            <w:r/>
            <w:r>
              <w:rPr>
                <w:rFonts w:ascii="宋体" w:hAnsi="宋体" w:eastAsia="宋体"/>
                <w:b w:val="0"/>
                <w:sz w:val="18"/>
              </w:rPr>
              <w:t>1.整理年历。</w:t>
            </w:r>
          </w:p>
          <w:p>
            <w:pPr>
              <w:spacing w:after="20" w:line="276" w:lineRule="auto"/>
            </w:pPr>
            <w:r>
              <w:rPr>
                <w:rFonts w:ascii="宋体" w:hAnsi="宋体" w:eastAsia="宋体"/>
                <w:b w:val="0"/>
                <w:sz w:val="18"/>
              </w:rPr>
              <w:t>师：我们首先来回顾一下“年”，关于“年”有哪些知识？</w:t>
            </w:r>
          </w:p>
          <w:p>
            <w:pPr>
              <w:spacing w:after="20" w:line="276" w:lineRule="auto"/>
            </w:pPr>
            <w:r>
              <w:rPr>
                <w:rFonts w:ascii="宋体" w:hAnsi="宋体" w:eastAsia="宋体"/>
                <w:b w:val="0"/>
                <w:sz w:val="18"/>
              </w:rPr>
              <w:t>师：平年和闰年是怎么来的？大家知道吗？</w:t>
            </w:r>
          </w:p>
          <w:p>
            <w:pPr>
              <w:spacing w:after="20" w:line="276" w:lineRule="auto"/>
            </w:pPr>
            <w:r>
              <w:rPr>
                <w:rFonts w:ascii="宋体" w:hAnsi="宋体" w:eastAsia="宋体"/>
                <w:b w:val="0"/>
                <w:sz w:val="18"/>
              </w:rPr>
              <w:t>师：平年和闰年是怎么确定的？</w:t>
            </w:r>
          </w:p>
          <w:p>
            <w:pPr>
              <w:spacing w:after="20" w:line="276" w:lineRule="auto"/>
            </w:pPr>
            <w:r>
              <w:rPr>
                <w:rFonts w:ascii="宋体" w:hAnsi="宋体" w:eastAsia="宋体"/>
                <w:b w:val="0"/>
                <w:sz w:val="18"/>
              </w:rPr>
              <w:t>师：除了2月，平年和闰年其他月份的天数都是一样的吗？(是)知道这个，我们可以推出平年的天数和闰年的天数有什么关系？</w:t>
            </w:r>
          </w:p>
          <w:p>
            <w:pPr>
              <w:spacing w:after="20" w:line="276" w:lineRule="auto"/>
            </w:pPr>
            <w:r>
              <w:rPr>
                <w:rFonts w:ascii="宋体" w:hAnsi="宋体" w:eastAsia="宋体"/>
                <w:b w:val="0"/>
                <w:sz w:val="18"/>
              </w:rPr>
              <w:t>师：怎么判断平年和闰年呢？</w:t>
            </w:r>
          </w:p>
          <w:p>
            <w:pPr>
              <w:spacing w:after="20" w:line="276" w:lineRule="auto"/>
            </w:pPr>
            <w:r>
              <w:rPr>
                <w:rFonts w:ascii="宋体" w:hAnsi="宋体" w:eastAsia="宋体"/>
                <w:b w:val="0"/>
                <w:sz w:val="18"/>
              </w:rPr>
              <w:t>结合学生的交流，教师适时板书。</w:t>
            </w:r>
          </w:p>
          <w:p>
            <w:pPr>
              <w:spacing w:after="20" w:line="276" w:lineRule="auto"/>
            </w:pPr>
            <w:r>
              <w:rPr>
                <w:rFonts w:ascii="宋体" w:hAnsi="宋体" w:eastAsia="宋体"/>
                <w:b w:val="0"/>
                <w:sz w:val="18"/>
              </w:rPr>
              <w:t>2．整理大月和小月。</w:t>
            </w:r>
          </w:p>
          <w:p>
            <w:pPr>
              <w:spacing w:after="20" w:line="276" w:lineRule="auto"/>
            </w:pPr>
            <w:r>
              <w:rPr>
                <w:rFonts w:ascii="宋体" w:hAnsi="宋体" w:eastAsia="宋体"/>
                <w:b w:val="0"/>
                <w:sz w:val="18"/>
              </w:rPr>
              <w:t>师：一年12个月中哪些是大月？哪些是小月？</w:t>
            </w:r>
          </w:p>
          <w:p>
            <w:pPr>
              <w:spacing w:after="20" w:line="276" w:lineRule="auto"/>
            </w:pPr>
            <w:r>
              <w:rPr>
                <w:rFonts w:ascii="宋体" w:hAnsi="宋体" w:eastAsia="宋体"/>
                <w:b w:val="0"/>
                <w:sz w:val="18"/>
              </w:rPr>
              <w:t>师：怎么区分大月和小月？怎么记住大月、小月不容易出错？</w:t>
            </w:r>
          </w:p>
          <w:p>
            <w:pPr>
              <w:spacing w:after="20" w:line="276" w:lineRule="auto"/>
            </w:pPr>
            <w:r>
              <w:rPr>
                <w:rFonts w:ascii="宋体" w:hAnsi="宋体" w:eastAsia="宋体"/>
                <w:b w:val="0"/>
                <w:sz w:val="18"/>
              </w:rPr>
              <w:t>跟学生一起回顾大月、小月的记忆方法。</w:t>
            </w:r>
          </w:p>
          <w:p>
            <w:pPr>
              <w:spacing w:after="20" w:line="276" w:lineRule="auto"/>
            </w:pPr>
            <w:r>
              <w:rPr>
                <w:rFonts w:ascii="宋体" w:hAnsi="宋体" w:eastAsia="宋体"/>
                <w:b w:val="0"/>
                <w:sz w:val="18"/>
              </w:rPr>
              <w:t>师：我们已经知道了每个月的天数，那你们知道每年有多少天吗？</w:t>
            </w:r>
          </w:p>
          <w:p>
            <w:pPr>
              <w:spacing w:after="20" w:line="276" w:lineRule="auto"/>
            </w:pPr>
            <w:r>
              <w:rPr>
                <w:rFonts w:ascii="宋体" w:hAnsi="宋体" w:eastAsia="宋体"/>
                <w:b w:val="0"/>
                <w:sz w:val="18"/>
              </w:rPr>
              <w:t>师：平年有365天，闰年有366天。(板书)</w:t>
            </w:r>
          </w:p>
          <w:p>
            <w:pPr>
              <w:spacing w:after="20" w:line="276" w:lineRule="auto"/>
            </w:pPr>
            <w:r>
              <w:rPr>
                <w:rFonts w:ascii="宋体" w:hAnsi="宋体" w:eastAsia="宋体"/>
                <w:b w:val="0"/>
                <w:sz w:val="18"/>
              </w:rPr>
              <w:t>3．整理计时法。</w:t>
            </w:r>
          </w:p>
          <w:p>
            <w:pPr>
              <w:spacing w:after="20" w:line="276" w:lineRule="auto"/>
            </w:pPr>
            <w:r>
              <w:rPr>
                <w:rFonts w:ascii="宋体" w:hAnsi="宋体" w:eastAsia="宋体"/>
                <w:b w:val="0"/>
                <w:sz w:val="18"/>
              </w:rPr>
              <w:t>师：月份有大月和小月，每月的天数不全部相同，那我们每天的时间相同吗？</w:t>
            </w:r>
          </w:p>
          <w:p>
            <w:pPr>
              <w:spacing w:after="20" w:line="276" w:lineRule="auto"/>
            </w:pPr>
            <w:r>
              <w:rPr>
                <w:rFonts w:ascii="宋体" w:hAnsi="宋体" w:eastAsia="宋体"/>
                <w:b w:val="0"/>
                <w:sz w:val="18"/>
              </w:rPr>
              <w:t>师：我们平时常用的计时法有哪几种？它们之间是怎样的关系？</w:t>
            </w:r>
          </w:p>
          <w:p>
            <w:pPr>
              <w:spacing w:after="20" w:line="276" w:lineRule="auto"/>
            </w:pPr>
            <w:r>
              <w:rPr>
                <w:rFonts w:ascii="宋体" w:hAnsi="宋体" w:eastAsia="宋体"/>
                <w:b w:val="0"/>
                <w:sz w:val="18"/>
              </w:rPr>
              <w:t>引导学生回顾24时计时法和12时计时法及相互转换的方法，教师适时板书。</w:t>
            </w:r>
          </w:p>
          <w:p>
            <w:pPr>
              <w:spacing w:after="20" w:line="276" w:lineRule="auto"/>
            </w:pPr>
            <w:r>
              <w:rPr>
                <w:rFonts w:ascii="宋体" w:hAnsi="宋体" w:eastAsia="宋体"/>
                <w:b w:val="0"/>
                <w:sz w:val="18"/>
              </w:rPr>
              <w:t>4．整理计算经过的时间的方法。</w:t>
            </w:r>
          </w:p>
          <w:p>
            <w:pPr>
              <w:spacing w:after="20" w:line="276" w:lineRule="auto"/>
            </w:pPr>
            <w:r>
              <w:rPr>
                <w:rFonts w:ascii="宋体" w:hAnsi="宋体" w:eastAsia="宋体"/>
                <w:b w:val="0"/>
                <w:sz w:val="18"/>
              </w:rPr>
              <w:t>师：同学们知道我们这节课是什么时候开始上课的？什么时候下课的？上课时间是多少呢？</w:t>
            </w:r>
          </w:p>
          <w:p>
            <w:pPr>
              <w:spacing w:after="20" w:line="276" w:lineRule="auto"/>
            </w:pPr>
            <w:r>
              <w:rPr>
                <w:rFonts w:ascii="宋体" w:hAnsi="宋体" w:eastAsia="宋体"/>
                <w:b w:val="0"/>
                <w:sz w:val="18"/>
              </w:rPr>
              <w:t>引导学生复习计算经过的时间的方法并板书。</w:t>
            </w:r>
          </w:p>
          <w:p>
            <w:pPr>
              <w:spacing w:after="20" w:line="276" w:lineRule="auto"/>
            </w:pPr>
            <w:r>
              <w:rPr>
                <w:rFonts w:ascii="宋体" w:hAnsi="宋体" w:eastAsia="宋体"/>
                <w:b w:val="0"/>
                <w:sz w:val="18"/>
              </w:rPr>
              <w:t>5．拓展延伸，复习其他时间单位。</w:t>
            </w:r>
          </w:p>
          <w:p>
            <w:pPr>
              <w:spacing w:after="20" w:line="276" w:lineRule="auto"/>
            </w:pPr>
            <w:r>
              <w:rPr>
                <w:rFonts w:ascii="宋体" w:hAnsi="宋体" w:eastAsia="宋体"/>
                <w:b w:val="0"/>
                <w:sz w:val="18"/>
              </w:rPr>
              <w:t>师：我们复习整理了年、月、日常用的时间单位，这些都是国际通用的时间，我们国家民间还有哪些常用的时间单位，大家还记得吗？</w:t>
            </w:r>
          </w:p>
          <w:p>
            <w:pPr>
              <w:spacing w:after="20" w:line="276" w:lineRule="auto"/>
            </w:pPr>
            <w:r>
              <w:rPr>
                <w:rFonts w:ascii="宋体" w:hAnsi="宋体" w:eastAsia="宋体"/>
                <w:b w:val="0"/>
                <w:sz w:val="18"/>
              </w:rPr>
              <w:t>引导学生回顾农历月份和二十四节气。</w:t>
            </w:r>
          </w:p>
          <w:p>
            <w:pPr>
              <w:spacing w:after="20" w:line="276" w:lineRule="auto"/>
            </w:pPr>
            <w:r>
              <w:rPr>
                <w:rFonts w:ascii="宋体" w:hAnsi="宋体" w:eastAsia="宋体"/>
                <w:b w:val="0"/>
                <w:sz w:val="18"/>
              </w:rPr>
              <w:t>课件展示二十四节气图，教师适时板书。</w:t>
            </w:r>
          </w:p>
          <w:p>
            <w:pPr>
              <w:spacing w:after="20" w:line="276" w:lineRule="auto"/>
            </w:pPr>
            <w:r>
              <w:rPr>
                <w:rFonts w:ascii="宋体" w:hAnsi="宋体" w:eastAsia="宋体"/>
                <w:b w:val="0"/>
                <w:sz w:val="18"/>
              </w:rPr>
              <w:t>6．完善自己的“知识结构图”。</w:t>
            </w:r>
          </w:p>
          <w:p>
            <w:pPr>
              <w:spacing w:after="20" w:line="276" w:lineRule="auto"/>
            </w:pPr>
            <w:r>
              <w:rPr>
                <w:rFonts w:ascii="宋体" w:hAnsi="宋体" w:eastAsia="宋体"/>
                <w:b w:val="0"/>
                <w:sz w:val="18"/>
              </w:rPr>
              <w:t>师：同学们，你们再看看自己整理的“知识结构图”，还有哪些需要补充和完善的吗？或者，看看老师的板书，你觉得老师还有哪些需要补充完善的吗？</w:t>
            </w:r>
          </w:p>
        </w:tc>
        <w:tc>
          <w:tcPr>
            <w:tcW w:type="dxa" w:w="3061"/>
          </w:tcPr>
          <w:p>
            <w:pPr>
              <w:spacing w:after="20" w:line="276" w:lineRule="auto"/>
            </w:pPr>
            <w:r/>
            <w:r>
              <w:rPr>
                <w:rFonts w:ascii="宋体" w:hAnsi="宋体" w:eastAsia="宋体"/>
                <w:b w:val="0"/>
                <w:sz w:val="18"/>
              </w:rPr>
              <w:t>一年有12个月，有大月和小月，有平年和闰年。</w:t>
            </w:r>
          </w:p>
          <w:p>
            <w:pPr>
              <w:spacing w:after="20" w:line="276" w:lineRule="auto"/>
            </w:pPr>
            <w:r>
              <w:rPr>
                <w:rFonts w:ascii="宋体" w:hAnsi="宋体" w:eastAsia="宋体"/>
                <w:b w:val="0"/>
                <w:sz w:val="18"/>
              </w:rPr>
              <w:t>学生交流后，课件播放平年和闰年的来历，再次熟悉平年和闰年的形成过程。</w:t>
            </w:r>
          </w:p>
          <w:p>
            <w:pPr>
              <w:spacing w:after="20" w:line="276" w:lineRule="auto"/>
            </w:pPr>
            <w:r>
              <w:rPr>
                <w:rFonts w:ascii="宋体" w:hAnsi="宋体" w:eastAsia="宋体"/>
                <w:b w:val="0"/>
                <w:sz w:val="18"/>
              </w:rPr>
              <w:t>根据2月份的天数规定的，2月有28天的年份是平年，有29天的年份是闰年。</w:t>
            </w:r>
          </w:p>
          <w:p>
            <w:pPr>
              <w:spacing w:after="20" w:line="276" w:lineRule="auto"/>
            </w:pPr>
            <w:r>
              <w:rPr>
                <w:rFonts w:ascii="宋体" w:hAnsi="宋体" w:eastAsia="宋体"/>
                <w:b w:val="0"/>
                <w:sz w:val="18"/>
              </w:rPr>
              <w:t>引导学生推理出闰年全年比平年全年的天数多1天，就是多了2月29日这一天。</w:t>
            </w:r>
          </w:p>
          <w:p>
            <w:pPr>
              <w:spacing w:after="20" w:line="276" w:lineRule="auto"/>
            </w:pPr>
            <w:r>
              <w:rPr>
                <w:rFonts w:ascii="宋体" w:hAnsi="宋体" w:eastAsia="宋体"/>
                <w:b w:val="0"/>
                <w:sz w:val="18"/>
              </w:rPr>
              <w:t>1、3、5、7、8、10、12月是大月，4、6、9、11是小月。</w:t>
            </w:r>
          </w:p>
          <w:p>
            <w:pPr>
              <w:spacing w:after="20" w:line="276" w:lineRule="auto"/>
            </w:pPr>
            <w:r>
              <w:rPr>
                <w:rFonts w:ascii="宋体" w:hAnsi="宋体" w:eastAsia="宋体"/>
                <w:b w:val="0"/>
                <w:sz w:val="18"/>
              </w:rPr>
              <w:t>有31天的月份是大月，有30天的月份是小月。</w:t>
            </w:r>
          </w:p>
          <w:p>
            <w:pPr>
              <w:spacing w:after="20" w:line="276" w:lineRule="auto"/>
            </w:pPr>
            <w:r>
              <w:rPr>
                <w:rFonts w:ascii="宋体" w:hAnsi="宋体" w:eastAsia="宋体"/>
                <w:b w:val="0"/>
                <w:sz w:val="18"/>
              </w:rPr>
              <w:t>有的说365天，有的说366天。</w:t>
            </w:r>
          </w:p>
          <w:p>
            <w:pPr>
              <w:spacing w:after="20" w:line="276" w:lineRule="auto"/>
            </w:pPr>
            <w:r>
              <w:rPr>
                <w:rFonts w:ascii="宋体" w:hAnsi="宋体" w:eastAsia="宋体"/>
                <w:b w:val="0"/>
                <w:sz w:val="18"/>
              </w:rPr>
              <w:t>相同，都是24小时。</w:t>
            </w:r>
          </w:p>
          <w:p>
            <w:pPr>
              <w:spacing w:after="20" w:line="276" w:lineRule="auto"/>
            </w:pPr>
            <w:r>
              <w:rPr>
                <w:rFonts w:ascii="宋体" w:hAnsi="宋体" w:eastAsia="宋体"/>
                <w:b w:val="0"/>
                <w:sz w:val="18"/>
              </w:rPr>
              <w:t>学生完善自己的“知识结构图”并交流。</w:t>
            </w:r>
          </w:p>
        </w:tc>
        <w:tc>
          <w:tcPr>
            <w:tcW w:type="dxa" w:w="1814"/>
          </w:tcPr>
          <w:p>
            <w:pPr>
              <w:spacing w:after="20" w:line="276" w:lineRule="auto"/>
            </w:pPr>
            <w:r/>
            <w:r>
              <w:rPr>
                <w:rFonts w:ascii="宋体" w:hAnsi="宋体" w:eastAsia="宋体"/>
                <w:b w:val="0"/>
                <w:sz w:val="18"/>
              </w:rPr>
              <w:t>组织学生交流分享学习成果与思考过程，在互动中深化理解、提升数学表达能力，核心问题："我们首先来回顾一下“年”，关于“年”有哪些知识？"</w:t>
            </w:r>
          </w:p>
        </w:tc>
      </w:tr>
      <w:tr>
        <w:tc>
          <w:tcPr>
            <w:tcW w:type="dxa" w:w="1474"/>
          </w:tcPr>
          <w:p>
            <w:pPr>
              <w:spacing w:after="20" w:line="276" w:lineRule="auto"/>
            </w:pPr>
            <w:r>
              <w:rPr>
                <w:b/>
              </w:rPr>
            </w:r>
            <w:r>
              <w:rPr>
                <w:rFonts w:ascii="宋体" w:hAnsi="宋体" w:eastAsia="宋体"/>
                <w:b/>
                <w:sz w:val="18"/>
              </w:rPr>
              <w:t>四、实践应用，巩固提升</w:t>
            </w:r>
          </w:p>
        </w:tc>
        <w:tc>
          <w:tcPr>
            <w:tcW w:type="dxa" w:w="3061"/>
          </w:tcPr>
          <w:p>
            <w:pPr>
              <w:spacing w:after="20" w:line="276" w:lineRule="auto"/>
            </w:pPr>
            <w:r/>
            <w:r>
              <w:rPr>
                <w:rFonts w:ascii="宋体" w:hAnsi="宋体" w:eastAsia="宋体"/>
                <w:b w:val="0"/>
                <w:sz w:val="18"/>
              </w:rPr>
              <w:t>1.课件出示教科书P99“练习十八”第5题。</w:t>
            </w:r>
          </w:p>
          <w:p>
            <w:pPr>
              <w:spacing w:after="20" w:line="276" w:lineRule="auto"/>
            </w:pPr>
            <w:r>
              <w:rPr>
                <w:rFonts w:ascii="宋体" w:hAnsi="宋体" w:eastAsia="宋体"/>
                <w:b w:val="0"/>
                <w:sz w:val="18"/>
              </w:rPr>
              <w:t>(1)学生独立完成。</w:t>
            </w:r>
          </w:p>
          <w:p>
            <w:pPr>
              <w:spacing w:after="20" w:line="276" w:lineRule="auto"/>
            </w:pPr>
            <w:r>
              <w:rPr>
                <w:rFonts w:ascii="宋体" w:hAnsi="宋体" w:eastAsia="宋体"/>
                <w:b w:val="0"/>
                <w:sz w:val="18"/>
              </w:rPr>
              <w:t>(2)全班集中交流，引导学生说解答思路。</w:t>
            </w:r>
          </w:p>
          <w:p>
            <w:pPr>
              <w:spacing w:after="20" w:line="276" w:lineRule="auto"/>
            </w:pPr>
            <w:r>
              <w:rPr>
                <w:rFonts w:ascii="宋体" w:hAnsi="宋体" w:eastAsia="宋体"/>
                <w:b w:val="0"/>
                <w:sz w:val="18"/>
              </w:rPr>
              <w:t>2．补充习题。</w:t>
            </w:r>
          </w:p>
          <w:p>
            <w:pPr>
              <w:spacing w:after="20" w:line="276" w:lineRule="auto"/>
            </w:pPr>
            <w:r>
              <w:rPr>
                <w:rFonts w:ascii="宋体" w:hAnsi="宋体" w:eastAsia="宋体"/>
                <w:b w:val="0"/>
                <w:sz w:val="18"/>
              </w:rPr>
              <w:t>课件出示习题。</w:t>
            </w:r>
          </w:p>
          <w:p>
            <w:pPr>
              <w:spacing w:after="20" w:line="276" w:lineRule="auto"/>
            </w:pPr>
            <w:r>
              <w:rPr>
                <w:rFonts w:ascii="宋体" w:hAnsi="宋体" w:eastAsia="宋体"/>
                <w:b w:val="0"/>
                <w:sz w:val="18"/>
              </w:rPr>
              <w:t>1．判断题。</w:t>
            </w:r>
          </w:p>
          <w:p>
            <w:pPr>
              <w:spacing w:after="20" w:line="276" w:lineRule="auto"/>
            </w:pPr>
            <w:r>
              <w:rPr>
                <w:rFonts w:ascii="宋体" w:hAnsi="宋体" w:eastAsia="宋体"/>
                <w:b w:val="0"/>
                <w:sz w:val="18"/>
              </w:rPr>
              <w:t>(1)每年的下半年都有184天。(　　)</w:t>
            </w:r>
          </w:p>
          <w:p>
            <w:pPr>
              <w:spacing w:after="20" w:line="276" w:lineRule="auto"/>
            </w:pPr>
            <w:r>
              <w:rPr>
                <w:rFonts w:ascii="宋体" w:hAnsi="宋体" w:eastAsia="宋体"/>
                <w:b w:val="0"/>
                <w:sz w:val="18"/>
              </w:rPr>
              <w:t>(2)3时是15时。(　　)</w:t>
            </w:r>
          </w:p>
          <w:p>
            <w:pPr>
              <w:spacing w:after="20" w:line="276" w:lineRule="auto"/>
            </w:pPr>
            <w:r>
              <w:rPr>
                <w:rFonts w:ascii="宋体" w:hAnsi="宋体" w:eastAsia="宋体"/>
                <w:b w:val="0"/>
                <w:sz w:val="18"/>
              </w:rPr>
              <w:t>(3)48个月是4年8个月。(　　)</w:t>
            </w:r>
          </w:p>
          <w:p>
            <w:pPr>
              <w:spacing w:after="20" w:line="276" w:lineRule="auto"/>
            </w:pPr>
            <w:r>
              <w:rPr>
                <w:rFonts w:ascii="宋体" w:hAnsi="宋体" w:eastAsia="宋体"/>
                <w:b w:val="0"/>
                <w:sz w:val="18"/>
              </w:rPr>
              <w:t>(4)每年只有2、4、6、8、11月是小月。(　　)</w:t>
            </w:r>
          </w:p>
          <w:p>
            <w:pPr>
              <w:spacing w:after="20" w:line="276" w:lineRule="auto"/>
            </w:pPr>
            <w:r>
              <w:rPr>
                <w:rFonts w:ascii="宋体" w:hAnsi="宋体" w:eastAsia="宋体"/>
                <w:b w:val="0"/>
                <w:sz w:val="18"/>
              </w:rPr>
              <w:t>2．选择正确答案的序号填在题中的括号里。</w:t>
            </w:r>
          </w:p>
          <w:p>
            <w:pPr>
              <w:spacing w:after="20" w:line="276" w:lineRule="auto"/>
            </w:pPr>
            <w:r>
              <w:rPr>
                <w:rFonts w:ascii="宋体" w:hAnsi="宋体" w:eastAsia="宋体"/>
                <w:b w:val="0"/>
                <w:sz w:val="18"/>
              </w:rPr>
              <w:t>(1)2024年上半年有(　　)天。</w:t>
            </w:r>
          </w:p>
          <w:p>
            <w:pPr>
              <w:spacing w:after="20" w:line="276" w:lineRule="auto"/>
            </w:pPr>
            <w:r>
              <w:rPr>
                <w:rFonts w:ascii="宋体" w:hAnsi="宋体" w:eastAsia="宋体"/>
                <w:b w:val="0"/>
                <w:sz w:val="18"/>
              </w:rPr>
              <w:t>A．183　　　　B．181　　　　C．182</w:t>
            </w:r>
          </w:p>
          <w:p>
            <w:pPr>
              <w:spacing w:after="20" w:line="276" w:lineRule="auto"/>
            </w:pPr>
            <w:r>
              <w:rPr>
                <w:rFonts w:ascii="宋体" w:hAnsi="宋体" w:eastAsia="宋体"/>
                <w:b w:val="0"/>
                <w:sz w:val="18"/>
              </w:rPr>
              <w:t>(2)小亮晚上9时睡觉，第二天早上6时起床，他一共睡了(　　)小时。</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A．15  B．9  C．11</w:t>
            </w:r>
          </w:p>
        </w:tc>
        <w:tc>
          <w:tcPr>
            <w:tcW w:type="dxa" w:w="3061"/>
          </w:tcPr>
          <w:p>
            <w:pPr>
              <w:spacing w:after="20" w:line="276" w:lineRule="auto"/>
            </w:pPr>
            <w:r/>
            <w:r>
              <w:rPr>
                <w:rFonts w:ascii="宋体" w:hAnsi="宋体" w:eastAsia="宋体"/>
                <w:b w:val="0"/>
                <w:sz w:val="18"/>
              </w:rPr>
              <w:t>(3)下面的公历年份中，是闰年的是(　　)。</w:t>
            </w:r>
          </w:p>
          <w:p>
            <w:pPr>
              <w:spacing w:after="20" w:line="276" w:lineRule="auto"/>
            </w:pPr>
            <w:r>
              <w:rPr>
                <w:rFonts w:ascii="宋体" w:hAnsi="宋体" w:eastAsia="宋体"/>
                <w:b w:val="0"/>
                <w:sz w:val="18"/>
              </w:rPr>
              <w:t>A．1900年  B．2000年  C．1998年</w:t>
            </w:r>
          </w:p>
        </w:tc>
        <w:tc>
          <w:tcPr>
            <w:tcW w:type="dxa" w:w="3061"/>
          </w:tcPr>
          <w:p>
            <w:pPr>
              <w:spacing w:after="20" w:line="276" w:lineRule="auto"/>
            </w:pPr>
            <w:r/>
            <w:r>
              <w:rPr>
                <w:rFonts w:ascii="宋体" w:hAnsi="宋体" w:eastAsia="宋体"/>
                <w:b w:val="0"/>
                <w:sz w:val="18"/>
              </w:rPr>
              <w:t>学生独立完成出示的习题，再全班集中评价，针对有些问题要引导学生说出解答思路，并指明哪些地方容易出错。</w:t>
            </w:r>
          </w:p>
        </w:tc>
        <w:tc>
          <w:tcPr>
            <w:tcW w:type="dxa" w:w="1814"/>
          </w:tcPr>
          <w:p>
            <w:pPr>
              <w:spacing w:after="20" w:line="276" w:lineRule="auto"/>
            </w:pPr>
            <w:r/>
            <w:r>
              <w:rPr>
                <w:rFonts w:ascii="宋体" w:hAnsi="宋体" w:eastAsia="宋体"/>
                <w:b w:val="0"/>
                <w:sz w:val="18"/>
              </w:rPr>
              <w:t>围绕环节目标组织学习活动，引导学生主动参与、积极思考。</w:t>
            </w:r>
          </w:p>
        </w:tc>
      </w:tr>
      <w:tr>
        <w:tc>
          <w:tcPr>
            <w:tcW w:type="dxa" w:w="1474"/>
          </w:tcPr>
          <w:p>
            <w:pPr>
              <w:spacing w:after="20" w:line="276" w:lineRule="auto"/>
            </w:pPr>
            <w:r>
              <w:rPr>
                <w:b/>
              </w:rPr>
            </w:r>
            <w:r>
              <w:rPr>
                <w:rFonts w:ascii="宋体" w:hAnsi="宋体" w:eastAsia="宋体"/>
                <w:b/>
                <w:sz w:val="18"/>
              </w:rPr>
              <w:t>五、课堂小结</w:t>
            </w:r>
          </w:p>
        </w:tc>
        <w:tc>
          <w:tcPr>
            <w:tcW w:type="dxa" w:w="3061"/>
          </w:tcPr>
          <w:p>
            <w:pPr>
              <w:spacing w:after="20" w:line="276" w:lineRule="auto"/>
            </w:pPr>
            <w:r/>
            <w:r>
              <w:rPr>
                <w:rFonts w:ascii="宋体" w:hAnsi="宋体" w:eastAsia="宋体"/>
                <w:b w:val="0"/>
                <w:sz w:val="18"/>
              </w:rPr>
              <w:t>师：同学们，看一看黑板，回顾一下本节课整理的知识，你们还有问题吗？</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本内容是学生在今后解决问题中经常要用到的量，在实际生活中更是离不开对年、月、日及计时法的应用，所以期末整理复习主要是引导学生进一步熟悉年、月、日的相关知识，熟记时间的一些规律，会运用这些规律，比如平年、闰年、大月、小月等规律解决实际问题。</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教科书P98“常见的量”，教科书P99“练习十八”第5题。</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节课在学生自主整理的基础上，教师有序引导回顾细化，通过互动交流的方式整理出年、月、日的相关知识点，再根据内容的需要补充适量的练习，帮助学生进一步突破容易出错的地方，加深学生对已学知识的记忆和理解，效果较好。</w:t>
      </w:r>
    </w:p>
    <w:sectPr w:rsidR="00FC693F" w:rsidRPr="0006063C" w:rsidSect="00034616">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