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人教版三年级数学下册</w:t>
      </w:r>
    </w:p>
    <w:p>
      <w:pPr>
        <w:spacing w:after="80" w:line="300" w:lineRule="auto"/>
        <w:jc w:val="center"/>
      </w:pPr>
      <w:r>
        <w:rPr>
          <w:rFonts w:ascii="黑体" w:hAnsi="黑体" w:eastAsia="黑体"/>
          <w:b/>
          <w:sz w:val="26"/>
        </w:rPr>
        <w:t>年、月、日的秘密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年、月、日的秘密</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综合与实践</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主题拓展课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（见各课时"课前思考·教材分析"。）</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（结合班情诊断学生已有知识基础与学习困难，确定单元学习起点。）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第1课时：了解生活中常用的时间单位及这些时间单位的形成。</w:t>
      </w:r>
    </w:p>
    <w:p>
      <w:pPr>
        <w:spacing w:after="20" w:line="300" w:lineRule="auto"/>
        <w:ind w:firstLine="400"/>
      </w:pPr>
      <w:r>
        <w:rPr>
          <w:rFonts w:ascii="宋体" w:hAnsi="宋体" w:eastAsia="宋体"/>
          <w:b w:val="0"/>
          <w:sz w:val="20"/>
        </w:rPr>
        <w:t>第2课时：通过具体的生活情境，了解24时计时法，会用24时计时法正确表示一天中的时间。</w:t>
      </w:r>
    </w:p>
    <w:p>
      <w:pPr>
        <w:spacing w:after="20" w:line="300" w:lineRule="auto"/>
        <w:ind w:firstLine="400"/>
      </w:pPr>
      <w:r>
        <w:rPr>
          <w:rFonts w:ascii="宋体" w:hAnsi="宋体" w:eastAsia="宋体"/>
          <w:b w:val="0"/>
          <w:sz w:val="20"/>
        </w:rPr>
        <w:t>第3课时：在制作年历的过程中，逐步巩固有关“年、月、日”的知识，掌握年、月、日的内在联系。</w:t>
      </w:r>
    </w:p>
    <w:p>
      <w:pPr>
        <w:spacing w:after="20" w:line="300" w:lineRule="auto"/>
        <w:ind w:firstLine="400"/>
      </w:pPr>
      <w:r>
        <w:rPr>
          <w:rFonts w:ascii="宋体" w:hAnsi="宋体" w:eastAsia="宋体"/>
          <w:b w:val="0"/>
          <w:sz w:val="20"/>
        </w:rPr>
        <w:t>第4课时：通过实践活动，了解我国与年、月、日有关的相关知识，如二十四节气，公历、农历等历法。</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年历中的秘密</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了解生活中常用的时间单位及这些时间单位的形成。</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作息时间表中的秘密</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通过具体的生活情境，了解24时计时法，会用24时计时法正确表示一天中的时间。</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年历设计师</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在制作年历的过程中，逐步巩固有关“年、月、日”的知识，掌握年、月、日的内在联系。</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小讲堂</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通过实践活动，了解我国与年、月、日有关的相关知识，如二十四节气，公历、农历等历法。</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年历中的秘密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年历中的秘密</w:t>
            </w:r>
          </w:p>
        </w:tc>
        <w:tc>
          <w:tcPr>
            <w:tcW w:type="dxa" w:w="6009"/>
          </w:tcPr>
          <w:p>
            <w:pPr>
              <w:spacing w:after="20" w:line="276" w:lineRule="auto"/>
            </w:pPr>
            <w:r/>
            <w:r>
              <w:rPr>
                <w:rFonts w:ascii="宋体" w:hAnsi="宋体" w:eastAsia="宋体"/>
                <w:b w:val="0"/>
                <w:sz w:val="20"/>
              </w:rPr>
              <w:t>年、月、日的秘密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教学内容：教科书P77～79及“用一用”。</w:t>
      </w:r>
    </w:p>
    <w:p>
      <w:pPr>
        <w:spacing w:after="80" w:line="300" w:lineRule="auto"/>
        <w:ind w:firstLine="400"/>
      </w:pPr>
      <w:r>
        <w:rPr>
          <w:rFonts w:ascii="宋体" w:hAnsi="宋体" w:eastAsia="宋体"/>
          <w:b w:val="0"/>
          <w:sz w:val="20"/>
        </w:rPr>
        <w:t>教学准备：课件、年历卡。</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（1）了解生活中常用的时间单位及这些时间单位的形成。</w:t>
      </w:r>
    </w:p>
    <w:p>
      <w:pPr>
        <w:spacing w:after="20" w:line="300" w:lineRule="auto"/>
        <w:ind w:firstLine="400"/>
      </w:pPr>
      <w:r>
        <w:rPr>
          <w:rFonts w:ascii="宋体" w:hAnsi="宋体" w:eastAsia="宋体"/>
          <w:b w:val="0"/>
          <w:sz w:val="20"/>
        </w:rPr>
        <w:t>（2）根据生活经验认识时间单位年、月、日，知道大月、小月、2月及其相关知识。经历判断大、小月的过程，培养观察能力，渗透科学的思想方法。</w:t>
      </w:r>
    </w:p>
    <w:p>
      <w:pPr>
        <w:spacing w:after="20" w:line="300" w:lineRule="auto"/>
        <w:ind w:firstLine="400"/>
      </w:pPr>
      <w:r>
        <w:rPr>
          <w:rFonts w:ascii="宋体" w:hAnsi="宋体" w:eastAsia="宋体"/>
          <w:b w:val="0"/>
          <w:sz w:val="20"/>
        </w:rPr>
        <w:t>（3）知道平年和闰年，会判断平年和闰年，能解决一些简单的与年、月、日相关的实际问题。</w:t>
      </w:r>
    </w:p>
    <w:p>
      <w:pPr>
        <w:spacing w:after="20" w:line="300" w:lineRule="auto"/>
      </w:pPr>
      <w:r>
        <w:rPr>
          <w:rFonts w:ascii="宋体" w:hAnsi="宋体" w:eastAsia="宋体"/>
          <w:b w:val="0"/>
          <w:sz w:val="20"/>
        </w:rPr>
        <w:t>教学重点：探究发现年、月、日之间的关系，了解大月、小月、2月及其相关知识，发现并掌握平年、闰年的判断方法。</w:t>
      </w:r>
    </w:p>
    <w:p>
      <w:pPr>
        <w:spacing w:after="20" w:line="300" w:lineRule="auto"/>
      </w:pPr>
      <w:r>
        <w:rPr>
          <w:rFonts w:ascii="宋体" w:hAnsi="宋体" w:eastAsia="宋体"/>
          <w:b w:val="0"/>
          <w:sz w:val="20"/>
        </w:rPr>
        <w:t>教学难点：灵活应用年、月、日的相关知识解决简单的实际问题。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一、初步了解时间</w:t>
            </w:r>
          </w:p>
        </w:tc>
        <w:tc>
          <w:tcPr>
            <w:tcW w:type="dxa" w:w="1814"/>
          </w:tcPr>
          <w:p>
            <w:pPr>
              <w:spacing w:after="20" w:line="276" w:lineRule="auto"/>
            </w:pPr>
            <w:r/>
            <w:r>
              <w:rPr>
                <w:rFonts w:ascii="宋体" w:hAnsi="宋体" w:eastAsia="宋体"/>
                <w:b w:val="0"/>
                <w:sz w:val="18"/>
              </w:rPr>
              <w:t>课件、视频、图片、教科书</w:t>
            </w:r>
          </w:p>
        </w:tc>
        <w:tc>
          <w:tcPr>
            <w:tcW w:type="dxa" w:w="3402"/>
          </w:tcPr>
          <w:p>
            <w:pPr>
              <w:spacing w:after="20" w:line="276" w:lineRule="auto"/>
            </w:pPr>
            <w:r/>
            <w:r>
              <w:rPr>
                <w:rFonts w:ascii="宋体" w:hAnsi="宋体" w:eastAsia="宋体"/>
                <w:b w:val="0"/>
                <w:sz w:val="18"/>
              </w:rPr>
              <w:t>同学们，今年是什么年份？你们知道哪些表示时间的单位？；这些时间是人们硬性规定的吗？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二、认识大月和小月</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同学们知道是什么吗？；大家真是火眼金睛，信息找得很准确。请看看教科书P78，不同天数的月份分别叫什么？</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三、认识平年和闰年</w:t>
            </w:r>
          </w:p>
        </w:tc>
        <w:tc>
          <w:tcPr>
            <w:tcW w:type="dxa" w:w="1814"/>
          </w:tcPr>
          <w:p>
            <w:pPr>
              <w:spacing w:after="20" w:line="276" w:lineRule="auto"/>
            </w:pPr>
            <w:r/>
            <w:r>
              <w:rPr>
                <w:rFonts w:ascii="宋体" w:hAnsi="宋体" w:eastAsia="宋体"/>
                <w:b w:val="0"/>
                <w:sz w:val="18"/>
              </w:rPr>
              <w:t>课件、教科书、视频</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四、实践应用，加深认识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2016年是闰年，几年后又是闰年？下一个闰年是哪一年？；今年是平年还是闰年？上一个闰年是哪一年？下一个闰年是哪一年？</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时间是自然界的某种规律，对于每个人来说，都是一样的。我们要好好珍惜时间。通过本节课的学习，你们有哪些收获呢？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一、初步了解时间</w:t>
            </w:r>
          </w:p>
        </w:tc>
        <w:tc>
          <w:tcPr>
            <w:tcW w:type="dxa" w:w="3061"/>
          </w:tcPr>
          <w:p>
            <w:pPr>
              <w:spacing w:after="20" w:line="276" w:lineRule="auto"/>
            </w:pPr>
            <w:r/>
            <w:r>
              <w:rPr>
                <w:rFonts w:ascii="宋体" w:hAnsi="宋体" w:eastAsia="宋体"/>
                <w:b w:val="0"/>
                <w:sz w:val="18"/>
              </w:rPr>
              <w:t>师：同学们，今年是什么年份？你们知道哪些表示时间的单位？</w:t>
            </w:r>
          </w:p>
          <w:p>
            <w:pPr>
              <w:spacing w:after="20" w:line="276" w:lineRule="auto"/>
            </w:pPr>
            <w:r>
              <w:rPr>
                <w:rFonts w:ascii="宋体" w:hAnsi="宋体" w:eastAsia="宋体"/>
                <w:b w:val="0"/>
                <w:sz w:val="18"/>
              </w:rPr>
              <w:t>师：这些时间是人们硬性规定的吗？</w:t>
            </w:r>
          </w:p>
          <w:p>
            <w:pPr>
              <w:spacing w:after="20" w:line="276" w:lineRule="auto"/>
            </w:pPr>
            <w:r>
              <w:rPr>
                <w:rFonts w:ascii="宋体" w:hAnsi="宋体" w:eastAsia="宋体"/>
                <w:b w:val="0"/>
                <w:sz w:val="18"/>
              </w:rPr>
              <w:t>师：这些时间都是人们根据自然界的规律而命名的。并不是人们硬性规定的。</w:t>
            </w:r>
          </w:p>
          <w:p>
            <w:pPr>
              <w:spacing w:after="20" w:line="276" w:lineRule="auto"/>
            </w:pPr>
            <w:r>
              <w:rPr>
                <w:rFonts w:ascii="宋体" w:hAnsi="宋体" w:eastAsia="宋体"/>
                <w:b w:val="0"/>
                <w:sz w:val="18"/>
              </w:rPr>
              <w:t>课件播放视频：地球绕着太阳公转，转到不同的位置，形成了四季的变化，公转一周就是地球上的一年；月球绕着地球的公转导致了月相变化，一个周期就是一个月；地球绕着太阳公转的同时也在自转，自转一周的时间就是一日。</w:t>
            </w:r>
          </w:p>
          <w:p>
            <w:pPr>
              <w:spacing w:after="20" w:line="276" w:lineRule="auto"/>
            </w:pPr>
            <w:r>
              <w:rPr>
                <w:rFonts w:ascii="宋体" w:hAnsi="宋体" w:eastAsia="宋体"/>
                <w:b w:val="0"/>
                <w:sz w:val="18"/>
              </w:rPr>
              <w:t>师：看了这个视频，你们知道年、月、日是怎么来的吗？</w:t>
            </w:r>
          </w:p>
          <w:p>
            <w:pPr>
              <w:spacing w:after="20" w:line="276" w:lineRule="auto"/>
            </w:pPr>
            <w:r>
              <w:rPr>
                <w:rFonts w:ascii="宋体" w:hAnsi="宋体" w:eastAsia="宋体"/>
                <w:b w:val="0"/>
                <w:sz w:val="18"/>
              </w:rPr>
              <w:t>师：在刚刚的视频中，我们看见月球绕着地球公转，所以月球离我们的位置在不断变化，我们在不同时期看见的月亮图片不同，这就是月相，大家看看教科书上P77的月相图，你发现了什么？</w:t>
            </w:r>
          </w:p>
          <w:p>
            <w:pPr>
              <w:spacing w:after="20" w:line="276" w:lineRule="auto"/>
            </w:pPr>
            <w:r>
              <w:rPr>
                <w:rFonts w:ascii="宋体" w:hAnsi="宋体" w:eastAsia="宋体"/>
                <w:b w:val="0"/>
                <w:sz w:val="18"/>
              </w:rPr>
              <w:t>师：是的，看见月亮最大的时候一般是每个月的中旬。</w:t>
            </w:r>
          </w:p>
        </w:tc>
        <w:tc>
          <w:tcPr>
            <w:tcW w:type="dxa" w:w="3061"/>
          </w:tcPr>
          <w:p>
            <w:pPr>
              <w:spacing w:after="20" w:line="276" w:lineRule="auto"/>
            </w:pPr>
            <w:r/>
            <w:r>
              <w:rPr>
                <w:rFonts w:ascii="宋体" w:hAnsi="宋体" w:eastAsia="宋体"/>
                <w:b w:val="0"/>
                <w:sz w:val="18"/>
              </w:rPr>
              <w:t>学生能说出年、月、日、小时、季节等时间单位。</w:t>
            </w:r>
          </w:p>
          <w:p>
            <w:pPr>
              <w:spacing w:after="20" w:line="276" w:lineRule="auto"/>
            </w:pPr>
            <w:r>
              <w:rPr>
                <w:rFonts w:ascii="宋体" w:hAnsi="宋体" w:eastAsia="宋体"/>
                <w:b w:val="0"/>
                <w:sz w:val="18"/>
              </w:rPr>
              <w:t>很多学生并不知道时间的由来。</w:t>
            </w:r>
          </w:p>
          <w:p>
            <w:pPr>
              <w:spacing w:after="20" w:line="276" w:lineRule="auto"/>
            </w:pPr>
            <w:r>
              <w:rPr>
                <w:rFonts w:ascii="宋体" w:hAnsi="宋体" w:eastAsia="宋体"/>
                <w:b w:val="0"/>
                <w:sz w:val="18"/>
              </w:rPr>
              <w:t>地球绕太阳转一圈是一年，月球绕地球转一圈是一个月，地球自转一圈是一日。</w:t>
            </w:r>
          </w:p>
          <w:p>
            <w:pPr>
              <w:spacing w:after="20" w:line="276" w:lineRule="auto"/>
            </w:pPr>
            <w:r>
              <w:rPr>
                <w:rFonts w:ascii="宋体" w:hAnsi="宋体" w:eastAsia="宋体"/>
                <w:b w:val="0"/>
                <w:sz w:val="18"/>
              </w:rPr>
              <w:t>每个月看见的月亮开始最小，逐步变大，直至成了一个圆后又逐步变小。</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围绕环节目标组织学习活动，引导学生主动参与、积极思考，核心问题："同学们，今年是什么年份？你们知道哪些表示时间的单位？"</w:t>
            </w:r>
          </w:p>
        </w:tc>
      </w:tr>
      <w:tr>
        <w:tc>
          <w:tcPr>
            <w:tcW w:type="dxa" w:w="1474"/>
          </w:tcPr>
          <w:p>
            <w:pPr>
              <w:spacing w:after="20" w:line="276" w:lineRule="auto"/>
            </w:pPr>
            <w:r>
              <w:rPr>
                <w:b/>
              </w:rPr>
            </w:r>
            <w:r>
              <w:rPr>
                <w:rFonts w:ascii="宋体" w:hAnsi="宋体" w:eastAsia="宋体"/>
                <w:b/>
                <w:sz w:val="18"/>
              </w:rPr>
              <w:t>二、认识大月和小月</w:t>
            </w:r>
          </w:p>
        </w:tc>
        <w:tc>
          <w:tcPr>
            <w:tcW w:type="dxa" w:w="3061"/>
          </w:tcPr>
          <w:p>
            <w:pPr>
              <w:spacing w:after="20" w:line="276" w:lineRule="auto"/>
            </w:pPr>
            <w:r/>
            <w:r>
              <w:rPr>
                <w:rFonts w:ascii="宋体" w:hAnsi="宋体" w:eastAsia="宋体"/>
                <w:b w:val="0"/>
                <w:sz w:val="18"/>
              </w:rPr>
              <w:t>1.课件出示2023年和2024年的年历。</w:t>
            </w:r>
          </w:p>
          <w:p>
            <w:pPr>
              <w:spacing w:after="20" w:line="276" w:lineRule="auto"/>
            </w:pPr>
            <w:r>
              <w:rPr>
                <w:rFonts w:ascii="宋体" w:hAnsi="宋体" w:eastAsia="宋体"/>
                <w:b w:val="0"/>
                <w:sz w:val="18"/>
              </w:rPr>
              <w:t>师：同学们知道是什么吗？</w:t>
            </w:r>
          </w:p>
          <w:p>
            <w:pPr>
              <w:spacing w:after="20" w:line="276" w:lineRule="auto"/>
            </w:pPr>
            <w:r>
              <w:rPr>
                <w:rFonts w:ascii="宋体" w:hAnsi="宋体" w:eastAsia="宋体"/>
                <w:b w:val="0"/>
                <w:sz w:val="18"/>
              </w:rPr>
              <w:t>师：同学们真聪明！今天我们就来学习年历中的秘密。(板书课题：年历中的秘密)请同学们以小组为单位，观察2023年、2024年的年历，记录每月的天数，说说你的发现。</w:t>
            </w:r>
          </w:p>
          <w:p>
            <w:pPr>
              <w:spacing w:after="20" w:line="276" w:lineRule="auto"/>
            </w:pPr>
            <w:r>
              <w:rPr>
                <w:rFonts w:ascii="宋体" w:hAnsi="宋体" w:eastAsia="宋体"/>
                <w:b w:val="0"/>
                <w:sz w:val="18"/>
              </w:rPr>
              <w:t>师：大家真是火眼金睛，信息找得很准确。请看看教科书P78，不同天数的月份分别叫什么？</w:t>
            </w:r>
          </w:p>
          <w:p>
            <w:pPr>
              <w:spacing w:after="20" w:line="276" w:lineRule="auto"/>
            </w:pPr>
            <w:r>
              <w:rPr>
                <w:rFonts w:ascii="宋体" w:hAnsi="宋体" w:eastAsia="宋体"/>
                <w:b w:val="0"/>
                <w:sz w:val="18"/>
              </w:rPr>
              <w:t>师小结：一年有12个月，有31天的月份是1月、3月、5月、7月、8月、10月、12月，这些月份是大月；有30天的月份是4月、6月、9月、11月，这些月份是小月；2月是特殊月，有时有28天，有时有29天。(适时板书)</w:t>
            </w:r>
          </w:p>
          <w:p>
            <w:pPr>
              <w:spacing w:after="20" w:line="276" w:lineRule="auto"/>
            </w:pPr>
            <w:r>
              <w:rPr>
                <w:rFonts w:ascii="宋体" w:hAnsi="宋体" w:eastAsia="宋体"/>
                <w:b w:val="0"/>
                <w:sz w:val="18"/>
              </w:rPr>
              <w:t>师：同学们刚才通过看教科书，知道了拳头记忆法。哪位同学上来给大家展示一下？</w:t>
            </w:r>
          </w:p>
          <w:p>
            <w:pPr>
              <w:spacing w:after="20" w:line="276" w:lineRule="auto"/>
            </w:pPr>
            <w:r>
              <w:rPr>
                <w:rFonts w:ascii="宋体" w:hAnsi="宋体" w:eastAsia="宋体"/>
                <w:b w:val="0"/>
                <w:sz w:val="18"/>
              </w:rPr>
              <w:t>让学生当“小老师”，到讲台前教大家用拳头记忆法数出大月、小月，其他同学跟着举起小手一起边点边数。</w:t>
            </w:r>
          </w:p>
        </w:tc>
        <w:tc>
          <w:tcPr>
            <w:tcW w:type="dxa" w:w="3061"/>
          </w:tcPr>
          <w:p>
            <w:pPr>
              <w:spacing w:after="20" w:line="276" w:lineRule="auto"/>
            </w:pPr>
            <w:r/>
            <w:r>
              <w:rPr>
                <w:rFonts w:ascii="宋体" w:hAnsi="宋体" w:eastAsia="宋体"/>
                <w:b w:val="0"/>
                <w:sz w:val="18"/>
              </w:rPr>
              <w:t>大部分学生能猜出是年历。</w:t>
            </w:r>
          </w:p>
          <w:p>
            <w:pPr>
              <w:spacing w:after="20" w:line="276" w:lineRule="auto"/>
            </w:pPr>
            <w:r>
              <w:rPr>
                <w:rFonts w:ascii="宋体" w:hAnsi="宋体" w:eastAsia="宋体"/>
                <w:b w:val="0"/>
                <w:sz w:val="18"/>
              </w:rPr>
              <w:t>预设1：发现一年有12个月，有31天的月份是1月、3月、5月、7月、8月、10月、12月；有30天的月份是4月、6月、9月、11月。</w:t>
            </w:r>
          </w:p>
          <w:p>
            <w:pPr>
              <w:spacing w:after="20" w:line="276" w:lineRule="auto"/>
            </w:pPr>
            <w:r>
              <w:rPr>
                <w:rFonts w:ascii="宋体" w:hAnsi="宋体" w:eastAsia="宋体"/>
                <w:b w:val="0"/>
                <w:sz w:val="18"/>
              </w:rPr>
              <w:t>预设2：还发现2023年的2月是28天，2024年的2月是29天。</w:t>
            </w:r>
          </w:p>
          <w:p>
            <w:pPr>
              <w:spacing w:after="20" w:line="276" w:lineRule="auto"/>
            </w:pPr>
            <w:r>
              <w:rPr>
                <w:rFonts w:ascii="宋体" w:hAnsi="宋体" w:eastAsia="宋体"/>
                <w:b w:val="0"/>
                <w:sz w:val="18"/>
              </w:rPr>
              <w:t>在数学上，把有31天的月份叫大月，把有30天的月份叫小月，把2月叫特殊月。</w:t>
            </w:r>
          </w:p>
          <w:p>
            <w:pPr>
              <w:spacing w:after="20" w:line="276" w:lineRule="auto"/>
            </w:pPr>
            <w:r>
              <w:rPr>
                <w:rFonts w:ascii="宋体" w:hAnsi="宋体" w:eastAsia="宋体"/>
                <w:b w:val="0"/>
                <w:sz w:val="18"/>
              </w:rPr>
              <w:t>2．学生自学教科书P79“记一记”，了解拳头记忆法。</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围绕环节目标组织学习活动，引导学生主动参与、积极思考，核心问题："同学们知道是什么吗？"</w:t>
            </w:r>
          </w:p>
        </w:tc>
      </w:tr>
      <w:tr>
        <w:tc>
          <w:tcPr>
            <w:tcW w:type="dxa" w:w="1474"/>
          </w:tcPr>
          <w:p>
            <w:pPr>
              <w:spacing w:after="20" w:line="276" w:lineRule="auto"/>
            </w:pPr>
            <w:r>
              <w:rPr>
                <w:b/>
              </w:rPr>
            </w:r>
            <w:r>
              <w:rPr>
                <w:rFonts w:ascii="宋体" w:hAnsi="宋体" w:eastAsia="宋体"/>
                <w:b/>
                <w:sz w:val="18"/>
              </w:rPr>
              <w:t>三、认识平年和闰年</w:t>
            </w:r>
          </w:p>
        </w:tc>
        <w:tc>
          <w:tcPr>
            <w:tcW w:type="dxa" w:w="3061"/>
          </w:tcPr>
          <w:p>
            <w:pPr>
              <w:spacing w:after="20" w:line="276" w:lineRule="auto"/>
            </w:pPr>
            <w:r/>
            <w:r>
              <w:rPr>
                <w:rFonts w:ascii="宋体" w:hAnsi="宋体" w:eastAsia="宋体"/>
                <w:b w:val="0"/>
                <w:sz w:val="18"/>
              </w:rPr>
              <w:t>师：我们知道2月是特殊月，有时有28天，有时有29天。请大家观察2015—2026年的2月的天数。将各年2月的天数填在下表中，看看有什么规律？</w:t>
            </w:r>
          </w:p>
          <w:p>
            <w:pPr>
              <w:spacing w:after="20" w:line="276" w:lineRule="auto"/>
            </w:pPr>
            <w:r>
              <w:rPr>
                <w:rFonts w:ascii="宋体" w:hAnsi="宋体" w:eastAsia="宋体"/>
                <w:b w:val="0"/>
                <w:sz w:val="18"/>
              </w:rPr>
              <w:t>课件出示教科书P78“找一找”中2015—2026年的2月的月历卡。指名让学生回答，再动态显示出2月的天数。</w:t>
            </w:r>
          </w:p>
          <w:p>
            <w:pPr>
              <w:spacing w:after="20" w:line="276" w:lineRule="auto"/>
            </w:pPr>
            <w:r>
              <w:rPr>
                <w:rFonts w:ascii="宋体" w:hAnsi="宋体" w:eastAsia="宋体"/>
                <w:b w:val="0"/>
                <w:sz w:val="18"/>
              </w:rPr>
              <w:t>师：同学们真会观察！我们称2月有28天的年份是平年，有29天的年份是闰年。(适时板书)</w:t>
            </w:r>
          </w:p>
          <w:p>
            <w:pPr>
              <w:spacing w:after="20" w:line="276" w:lineRule="auto"/>
            </w:pPr>
            <w:r>
              <w:rPr>
                <w:rFonts w:ascii="宋体" w:hAnsi="宋体" w:eastAsia="宋体"/>
                <w:b w:val="0"/>
                <w:sz w:val="18"/>
              </w:rPr>
              <w:t>课件播放视频：介绍平年和闰年的来历。</w:t>
            </w:r>
          </w:p>
        </w:tc>
        <w:tc>
          <w:tcPr>
            <w:tcW w:type="dxa" w:w="3061"/>
          </w:tcPr>
          <w:p>
            <w:pPr>
              <w:spacing w:after="20" w:line="276" w:lineRule="auto"/>
            </w:pPr>
            <w:r/>
            <w:r>
              <w:rPr>
                <w:rFonts w:ascii="宋体" w:hAnsi="宋体" w:eastAsia="宋体"/>
                <w:b w:val="0"/>
                <w:sz w:val="18"/>
              </w:rPr>
              <w:t>学生会发现，每相邻的4年中就有1个年份的2月是29天，有3个年份的2月是28天。</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四、实践应用，加深认识</w:t>
            </w:r>
          </w:p>
        </w:tc>
        <w:tc>
          <w:tcPr>
            <w:tcW w:type="dxa" w:w="3061"/>
          </w:tcPr>
          <w:p>
            <w:pPr>
              <w:spacing w:after="20" w:line="276" w:lineRule="auto"/>
            </w:pPr>
            <w:r/>
            <w:r>
              <w:rPr>
                <w:rFonts w:ascii="宋体" w:hAnsi="宋体" w:eastAsia="宋体"/>
                <w:b w:val="0"/>
                <w:sz w:val="18"/>
              </w:rPr>
              <w:t>1.判断平年和闰年。</w:t>
            </w:r>
          </w:p>
          <w:p>
            <w:pPr>
              <w:spacing w:after="20" w:line="276" w:lineRule="auto"/>
            </w:pPr>
            <w:r>
              <w:rPr>
                <w:rFonts w:ascii="宋体" w:hAnsi="宋体" w:eastAsia="宋体"/>
                <w:b w:val="0"/>
                <w:sz w:val="18"/>
              </w:rPr>
              <w:t>师：2016年是闰年，几年后又是闰年？下一个闰年是哪一年？</w:t>
            </w:r>
          </w:p>
          <w:p>
            <w:pPr>
              <w:spacing w:after="20" w:line="276" w:lineRule="auto"/>
            </w:pPr>
            <w:r>
              <w:rPr>
                <w:rFonts w:ascii="宋体" w:hAnsi="宋体" w:eastAsia="宋体"/>
                <w:b w:val="0"/>
                <w:sz w:val="18"/>
              </w:rPr>
              <w:t>师：今年是平年还是闰年？上一个闰年是哪一年？下一个闰年是哪一年？</w:t>
            </w:r>
          </w:p>
          <w:p>
            <w:pPr>
              <w:spacing w:after="20" w:line="276" w:lineRule="auto"/>
            </w:pPr>
            <w:r>
              <w:rPr>
                <w:rFonts w:ascii="宋体" w:hAnsi="宋体" w:eastAsia="宋体"/>
                <w:b w:val="0"/>
                <w:sz w:val="18"/>
              </w:rPr>
              <w:t>师：那么是不是只要年份是4的倍数就是闰年呢？</w:t>
            </w:r>
          </w:p>
          <w:p>
            <w:pPr>
              <w:spacing w:after="20" w:line="276" w:lineRule="auto"/>
            </w:pPr>
            <w:r>
              <w:rPr>
                <w:rFonts w:ascii="宋体" w:hAnsi="宋体" w:eastAsia="宋体"/>
                <w:b w:val="0"/>
                <w:sz w:val="18"/>
              </w:rPr>
              <w:t>师小结：公历年份是4的倍数的一般是闰年，但公历年份是100的倍数时，必须是400的倍数才是闰年。(适时板书)</w:t>
            </w:r>
          </w:p>
          <w:p>
            <w:pPr>
              <w:spacing w:after="20" w:line="276" w:lineRule="auto"/>
            </w:pPr>
            <w:r>
              <w:rPr>
                <w:rFonts w:ascii="宋体" w:hAnsi="宋体" w:eastAsia="宋体"/>
                <w:b w:val="0"/>
                <w:sz w:val="18"/>
              </w:rPr>
              <w:t>2．完成教科书P79“用一用”第1题。</w:t>
            </w:r>
          </w:p>
          <w:p>
            <w:pPr>
              <w:spacing w:after="20" w:line="276" w:lineRule="auto"/>
            </w:pPr>
            <w:r>
              <w:rPr>
                <w:rFonts w:ascii="宋体" w:hAnsi="宋体" w:eastAsia="宋体"/>
                <w:b w:val="0"/>
                <w:sz w:val="18"/>
              </w:rPr>
              <w:t>3．完成教科书P79“用一用”第3题。</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(2)展示交流，归纳计算经过的天数的方法。</w:t>
            </w:r>
          </w:p>
          <w:p>
            <w:pPr>
              <w:spacing w:after="20" w:line="276" w:lineRule="auto"/>
            </w:pPr>
            <w:r>
              <w:rPr>
                <w:rFonts w:ascii="宋体" w:hAnsi="宋体" w:eastAsia="宋体"/>
                <w:b w:val="0"/>
                <w:sz w:val="18"/>
              </w:rPr>
              <w:t>师小结：计算经过的天数时，开始的那一天和结束的那一天都要计算在内。</w:t>
            </w:r>
          </w:p>
          <w:p>
            <w:pPr>
              <w:spacing w:after="20" w:line="276" w:lineRule="auto"/>
            </w:pPr>
            <w:r>
              <w:rPr>
                <w:rFonts w:ascii="宋体" w:hAnsi="宋体" w:eastAsia="宋体"/>
                <w:b w:val="0"/>
                <w:sz w:val="18"/>
              </w:rPr>
              <w:t>4．完成教科书P79“用一用”第2题。</w:t>
            </w:r>
          </w:p>
          <w:p>
            <w:pPr>
              <w:spacing w:after="20" w:line="276" w:lineRule="auto"/>
            </w:pPr>
            <w:r>
              <w:rPr>
                <w:rFonts w:ascii="宋体" w:hAnsi="宋体" w:eastAsia="宋体"/>
                <w:b w:val="0"/>
                <w:sz w:val="18"/>
              </w:rPr>
              <w:t>(1)课件出示本年度的年历卡。</w:t>
            </w:r>
          </w:p>
          <w:p>
            <w:pPr>
              <w:spacing w:after="20" w:line="276" w:lineRule="auto"/>
            </w:pPr>
            <w:r>
              <w:rPr>
                <w:rFonts w:ascii="宋体" w:hAnsi="宋体" w:eastAsia="宋体"/>
                <w:b w:val="0"/>
                <w:sz w:val="18"/>
              </w:rPr>
              <w:t>(2)学生观察年历卡，找出自己出生的月份，自主完成。</w:t>
            </w:r>
          </w:p>
          <w:p>
            <w:pPr>
              <w:spacing w:after="20" w:line="276" w:lineRule="auto"/>
            </w:pPr>
            <w:r>
              <w:rPr>
                <w:rFonts w:ascii="宋体" w:hAnsi="宋体" w:eastAsia="宋体"/>
                <w:b w:val="0"/>
                <w:sz w:val="18"/>
              </w:rPr>
              <w:t>(3)指名交流，相互评价。</w:t>
            </w:r>
          </w:p>
        </w:tc>
        <w:tc>
          <w:tcPr>
            <w:tcW w:type="dxa" w:w="3061"/>
          </w:tcPr>
          <w:p>
            <w:pPr>
              <w:spacing w:after="20" w:line="276" w:lineRule="auto"/>
            </w:pPr>
            <w:r/>
            <w:r>
              <w:rPr>
                <w:rFonts w:ascii="宋体" w:hAnsi="宋体" w:eastAsia="宋体"/>
                <w:b w:val="0"/>
                <w:sz w:val="18"/>
              </w:rPr>
              <w:t>一般地，每4年一闰，在闰年的年份上加4，就能找到下一个闰年，所以4年后，即2020年又是闰年。</w:t>
            </w:r>
          </w:p>
          <w:p>
            <w:pPr>
              <w:spacing w:after="20" w:line="276" w:lineRule="auto"/>
            </w:pPr>
            <w:r>
              <w:rPr>
                <w:rFonts w:ascii="宋体" w:hAnsi="宋体" w:eastAsia="宋体"/>
                <w:b w:val="0"/>
                <w:sz w:val="18"/>
              </w:rPr>
              <w:t>学生会根据年份是不是4的倍数，对今年是平年还是闰年进行判断，并推理出上一个和下一个闰年的年份。</w:t>
            </w:r>
          </w:p>
          <w:p>
            <w:pPr>
              <w:spacing w:after="20" w:line="276" w:lineRule="auto"/>
            </w:pPr>
            <w:r>
              <w:rPr>
                <w:rFonts w:ascii="宋体" w:hAnsi="宋体" w:eastAsia="宋体"/>
                <w:b w:val="0"/>
                <w:sz w:val="18"/>
              </w:rPr>
              <w:t>学生认真阅读教科书P78最下面的注释，交流讨论。</w:t>
            </w:r>
          </w:p>
          <w:p>
            <w:pPr>
              <w:spacing w:after="20" w:line="276" w:lineRule="auto"/>
            </w:pPr>
            <w:r>
              <w:rPr>
                <w:rFonts w:ascii="宋体" w:hAnsi="宋体" w:eastAsia="宋体"/>
                <w:b w:val="0"/>
                <w:sz w:val="18"/>
              </w:rPr>
              <w:t>学生自主解答后全班交流评价。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通过有层次的练习及时反馈学情，巩固新知，培养学生灵活运用知识解决问题的能力，核心问题："2016年是闰年，几年后又是闰年？下一个闰年是哪一年？"</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师：时间是自然界的某种规律，对于每个人来说，都是一样的。我们要好好珍惜时间。通过本节课的学习，你们有哪些收获呢？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时间是看不见摸不着，但学生又能感受到的量，教学中充分借助科学视频，让学生了解时间的产生，知道地球运动与时间的关系；借助观察年历卡，了解年、月、日之间的关系，在让学生掌握年、月、日的有关知识的同时激发学生对自然科学的好奇心。</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年历中的秘密</w:t>
      </w:r>
    </w:p>
    <w:p>
      <w:pPr>
        <w:spacing w:after="40" w:line="300" w:lineRule="auto"/>
      </w:pPr>
      <w:r>
        <w:rPr>
          <w:rFonts w:ascii="宋体" w:hAnsi="宋体" w:eastAsia="宋体"/>
          <w:b w:val="0"/>
          <w:sz w:val="20"/>
        </w:rPr>
        <w:t>一年有12个月。</w:t>
      </w:r>
    </w:p>
    <w:p>
      <w:pPr>
        <w:spacing w:after="40" w:line="300" w:lineRule="auto"/>
      </w:pPr>
      <w:r>
        <w:rPr>
          <w:rFonts w:ascii="宋体" w:hAnsi="宋体" w:eastAsia="宋体"/>
          <w:b w:val="0"/>
          <w:sz w:val="20"/>
        </w:rPr>
        <w:t>有31天的月份是1月、3月、5月、7月、8月、10月、12月，这些月份是大月。</w:t>
      </w:r>
    </w:p>
    <w:p>
      <w:pPr>
        <w:spacing w:after="40" w:line="300" w:lineRule="auto"/>
      </w:pPr>
      <w:r>
        <w:rPr>
          <w:rFonts w:ascii="宋体" w:hAnsi="宋体" w:eastAsia="宋体"/>
          <w:b w:val="0"/>
          <w:sz w:val="20"/>
        </w:rPr>
        <w:t>有30天的月份是4月、6月、9月、11月，这些月份是小月。</w:t>
      </w:r>
    </w:p>
    <w:p>
      <w:pPr>
        <w:spacing w:after="40" w:line="300" w:lineRule="auto"/>
      </w:pPr>
      <w:r>
        <w:rPr>
          <w:rFonts w:ascii="宋体" w:hAnsi="宋体" w:eastAsia="宋体"/>
          <w:b w:val="0"/>
          <w:sz w:val="20"/>
        </w:rPr>
        <w:t>2月：28天或29天。2月有28天的年份是平年，有29天的年份是闰年。</w:t>
      </w:r>
    </w:p>
    <w:p>
      <w:pPr>
        <w:spacing w:after="40" w:line="300" w:lineRule="auto"/>
      </w:pPr>
      <w:r>
        <w:rPr>
          <w:rFonts w:ascii="宋体" w:hAnsi="宋体" w:eastAsia="宋体"/>
          <w:b w:val="0"/>
          <w:sz w:val="20"/>
        </w:rPr>
        <w:t>公历年份是4的倍数的一般是闰年，但公历年份是100的倍数时，必须是400的倍数才是闰年。</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教科书P77～79及“用一用”。</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时间与学生实际生活紧密联系，却又有些模糊不清，感觉很容易，却又不简单。本节课尊重了学生的起点，让学生自觉主动地去探究新知识。少数学生在记忆大、小月时觉得比较难。学生还没有学习因数和倍数，所以判断平年、闰年对学生而言也是一个挑战。还需进一步练习，达到牢记的目的。</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作息时间表中的秘密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作息时间表中的秘密</w:t>
            </w:r>
          </w:p>
        </w:tc>
        <w:tc>
          <w:tcPr>
            <w:tcW w:type="dxa" w:w="6009"/>
          </w:tcPr>
          <w:p>
            <w:pPr>
              <w:spacing w:after="20" w:line="276" w:lineRule="auto"/>
            </w:pPr>
            <w:r/>
            <w:r>
              <w:rPr>
                <w:rFonts w:ascii="宋体" w:hAnsi="宋体" w:eastAsia="宋体"/>
                <w:b w:val="0"/>
                <w:sz w:val="20"/>
              </w:rPr>
              <w:t>年、月、日的秘密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教学内容：教科书P80～82及“用一用”第1，3题。</w:t>
      </w:r>
    </w:p>
    <w:p>
      <w:pPr>
        <w:spacing w:after="80" w:line="300" w:lineRule="auto"/>
        <w:ind w:firstLine="400"/>
      </w:pPr>
      <w:r>
        <w:rPr>
          <w:rFonts w:ascii="宋体" w:hAnsi="宋体" w:eastAsia="宋体"/>
          <w:b w:val="0"/>
          <w:sz w:val="20"/>
        </w:rPr>
        <w:t>教学准备：课件、钟面。</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（1）通过具体的生活情境，了解24时计时法，会用24时计时法正确表示一天中的时间。</w:t>
      </w:r>
    </w:p>
    <w:p>
      <w:pPr>
        <w:spacing w:after="20" w:line="300" w:lineRule="auto"/>
        <w:ind w:firstLine="400"/>
      </w:pPr>
      <w:r>
        <w:rPr>
          <w:rFonts w:ascii="宋体" w:hAnsi="宋体" w:eastAsia="宋体"/>
          <w:b w:val="0"/>
          <w:sz w:val="20"/>
        </w:rPr>
        <w:t>（2）通过观察、比较等活动发现并归纳12时计时法和24时计时法中表示时间的方法和相互转化的规律，并能正确进行互化。</w:t>
      </w:r>
    </w:p>
    <w:p>
      <w:pPr>
        <w:spacing w:after="20" w:line="300" w:lineRule="auto"/>
        <w:ind w:firstLine="400"/>
      </w:pPr>
      <w:r>
        <w:rPr>
          <w:rFonts w:ascii="宋体" w:hAnsi="宋体" w:eastAsia="宋体"/>
          <w:b w:val="0"/>
          <w:sz w:val="20"/>
        </w:rPr>
        <w:t>（3）在探究的过程中，体会24时计时法在生活中的应用，建立时间观念，会合理安排作息时间。</w:t>
      </w:r>
    </w:p>
    <w:p>
      <w:pPr>
        <w:spacing w:after="20" w:line="300" w:lineRule="auto"/>
      </w:pPr>
      <w:r>
        <w:rPr>
          <w:rFonts w:ascii="宋体" w:hAnsi="宋体" w:eastAsia="宋体"/>
          <w:b w:val="0"/>
          <w:sz w:val="20"/>
        </w:rPr>
        <w:t>教学重点：认识24时计时法，学会两种计时法的转换。</w:t>
      </w:r>
    </w:p>
    <w:p>
      <w:pPr>
        <w:spacing w:after="20" w:line="300" w:lineRule="auto"/>
      </w:pPr>
      <w:r>
        <w:rPr>
          <w:rFonts w:ascii="宋体" w:hAnsi="宋体" w:eastAsia="宋体"/>
          <w:b w:val="0"/>
          <w:sz w:val="20"/>
        </w:rPr>
        <w:t>教学难点：24时计时法和12时计时法的互化。</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一、谈话导入，引入新课</w:t>
            </w:r>
          </w:p>
        </w:tc>
        <w:tc>
          <w:tcPr>
            <w:tcW w:type="dxa" w:w="1814"/>
          </w:tcPr>
          <w:p>
            <w:pPr>
              <w:spacing w:after="20" w:line="276" w:lineRule="auto"/>
            </w:pPr>
            <w:r/>
            <w:r>
              <w:rPr>
                <w:rFonts w:ascii="宋体" w:hAnsi="宋体" w:eastAsia="宋体"/>
                <w:b w:val="0"/>
                <w:sz w:val="18"/>
              </w:rPr>
              <w:t>视频、课件</w:t>
            </w:r>
          </w:p>
        </w:tc>
        <w:tc>
          <w:tcPr>
            <w:tcW w:type="dxa" w:w="3402"/>
          </w:tcPr>
          <w:p>
            <w:pPr>
              <w:spacing w:after="20" w:line="276" w:lineRule="auto"/>
            </w:pPr>
            <w:r/>
            <w:r>
              <w:rPr>
                <w:rFonts w:ascii="宋体" w:hAnsi="宋体" w:eastAsia="宋体"/>
                <w:b w:val="0"/>
                <w:sz w:val="18"/>
              </w:rPr>
              <w:t>同学们还记得一天的时间是怎么形成的吗？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二、认识12时计时法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从作息时间表中，你们知道了什么？；谁再来说说小红这一天做每件事情的时间？</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三、研究“一天有24小时”</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同学们，我们知道地球自转一周的时间是一天，那你们知道一天有多长时间吗？；一天有24小时，那么，一天到底是从什么时候开始的呢？</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四、巩固练习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一、谈话导入，引入新课</w:t>
            </w:r>
          </w:p>
        </w:tc>
        <w:tc>
          <w:tcPr>
            <w:tcW w:type="dxa" w:w="3061"/>
          </w:tcPr>
          <w:p>
            <w:pPr>
              <w:spacing w:after="20" w:line="276" w:lineRule="auto"/>
            </w:pPr>
            <w:r/>
            <w:r>
              <w:rPr>
                <w:rFonts w:ascii="宋体" w:hAnsi="宋体" w:eastAsia="宋体"/>
                <w:b w:val="0"/>
                <w:sz w:val="18"/>
              </w:rPr>
              <w:t>师：同学们还记得一天的时间是怎么形成的吗？</w:t>
            </w:r>
          </w:p>
          <w:p>
            <w:pPr>
              <w:spacing w:after="20" w:line="276" w:lineRule="auto"/>
            </w:pPr>
            <w:r>
              <w:rPr>
                <w:rFonts w:ascii="宋体" w:hAnsi="宋体" w:eastAsia="宋体"/>
                <w:b w:val="0"/>
                <w:sz w:val="18"/>
              </w:rPr>
              <w:t>师：一般情况下，我们每个人都会有相对稳定的生活和工作时间安排，这个时间安排就称为作息时间表。本节课我们就一起来探究作息时间表中的秘密。(板书课题：作息时间表中的秘密)</w:t>
            </w:r>
          </w:p>
        </w:tc>
        <w:tc>
          <w:tcPr>
            <w:tcW w:type="dxa" w:w="3061"/>
          </w:tcPr>
          <w:p>
            <w:pPr>
              <w:spacing w:after="20" w:line="276" w:lineRule="auto"/>
            </w:pPr>
            <w:r/>
            <w:r>
              <w:rPr>
                <w:rFonts w:ascii="宋体" w:hAnsi="宋体" w:eastAsia="宋体"/>
                <w:b w:val="0"/>
                <w:sz w:val="18"/>
              </w:rPr>
              <w:t>上节课视频已经介绍，地球自转一周所需的时间就是一天。</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创设情境激活学生已有经验，自然引出本课学习内容，激发学习兴趣，核心问题："同学们还记得一天的时间是怎么形成的吗？"</w:t>
            </w:r>
          </w:p>
        </w:tc>
      </w:tr>
      <w:tr>
        <w:tc>
          <w:tcPr>
            <w:tcW w:type="dxa" w:w="1474"/>
          </w:tcPr>
          <w:p>
            <w:pPr>
              <w:spacing w:after="20" w:line="276" w:lineRule="auto"/>
            </w:pPr>
            <w:r>
              <w:rPr>
                <w:b/>
              </w:rPr>
            </w:r>
            <w:r>
              <w:rPr>
                <w:rFonts w:ascii="宋体" w:hAnsi="宋体" w:eastAsia="宋体"/>
                <w:b/>
                <w:sz w:val="18"/>
              </w:rPr>
              <w:t>二、认识12时计时法</w:t>
            </w:r>
          </w:p>
        </w:tc>
        <w:tc>
          <w:tcPr>
            <w:tcW w:type="dxa" w:w="3061"/>
          </w:tcPr>
          <w:p>
            <w:pPr>
              <w:spacing w:after="20" w:line="276" w:lineRule="auto"/>
            </w:pPr>
            <w:r/>
            <w:r>
              <w:rPr>
                <w:rFonts w:ascii="宋体" w:hAnsi="宋体" w:eastAsia="宋体"/>
                <w:b w:val="0"/>
                <w:sz w:val="18"/>
              </w:rPr>
              <w:t>师：下面是小红和妈妈周末的作息时间安排。</w:t>
            </w:r>
          </w:p>
          <w:p>
            <w:pPr>
              <w:spacing w:after="20" w:line="276" w:lineRule="auto"/>
            </w:pPr>
            <w:r>
              <w:rPr>
                <w:rFonts w:ascii="宋体" w:hAnsi="宋体" w:eastAsia="宋体"/>
                <w:b w:val="0"/>
                <w:sz w:val="18"/>
              </w:rPr>
              <w:t>课件出示教科书P80两幅作息时间表。</w:t>
            </w:r>
          </w:p>
          <w:p>
            <w:pPr>
              <w:spacing w:after="20" w:line="276" w:lineRule="auto"/>
            </w:pPr>
            <w:r>
              <w:rPr>
                <w:rFonts w:ascii="宋体" w:hAnsi="宋体" w:eastAsia="宋体"/>
                <w:b w:val="0"/>
                <w:sz w:val="18"/>
              </w:rPr>
              <w:t>师：从作息时间表中，你们知道了什么？</w:t>
            </w:r>
          </w:p>
          <w:p>
            <w:pPr>
              <w:spacing w:after="20" w:line="276" w:lineRule="auto"/>
            </w:pPr>
            <w:r>
              <w:rPr>
                <w:rFonts w:ascii="宋体" w:hAnsi="宋体" w:eastAsia="宋体"/>
                <w:b w:val="0"/>
                <w:sz w:val="18"/>
              </w:rPr>
              <w:t>师：小红的作息时间里有两个7：30—8：00，她能在同一时刻既晨练又做手工吗？</w:t>
            </w:r>
          </w:p>
          <w:p>
            <w:pPr>
              <w:spacing w:after="20" w:line="276" w:lineRule="auto"/>
            </w:pPr>
            <w:r>
              <w:rPr>
                <w:rFonts w:ascii="宋体" w:hAnsi="宋体" w:eastAsia="宋体"/>
                <w:b w:val="0"/>
                <w:sz w:val="18"/>
              </w:rPr>
              <w:t>师：对，两个7：30—8：00表示的不是同一时间段。作息表的前面有时间段“上午”“下午”“晚上”等词语加以区分。</w:t>
            </w:r>
          </w:p>
          <w:p>
            <w:pPr>
              <w:spacing w:after="20" w:line="276" w:lineRule="auto"/>
            </w:pPr>
            <w:r>
              <w:rPr>
                <w:rFonts w:ascii="宋体" w:hAnsi="宋体" w:eastAsia="宋体"/>
                <w:b w:val="0"/>
                <w:sz w:val="18"/>
              </w:rPr>
              <w:t>师：谁再来说说小红这一天做每件事情的时间？</w:t>
            </w:r>
          </w:p>
          <w:p>
            <w:pPr>
              <w:spacing w:after="20" w:line="276" w:lineRule="auto"/>
            </w:pPr>
            <w:r>
              <w:rPr>
                <w:rFonts w:ascii="宋体" w:hAnsi="宋体" w:eastAsia="宋体"/>
                <w:b w:val="0"/>
                <w:sz w:val="18"/>
              </w:rPr>
              <w:t>师：像这样，从1时到12时，前面带时间词的计时方法，称为12时计时法。如：小红上午7：15起床，上午8：00开始吃早饭，下午2：30—4：00阅读等。(适时板书)</w:t>
            </w:r>
          </w:p>
          <w:p>
            <w:pPr>
              <w:spacing w:after="20" w:line="276" w:lineRule="auto"/>
            </w:pPr>
            <w:r>
              <w:rPr>
                <w:rFonts w:ascii="宋体" w:hAnsi="宋体" w:eastAsia="宋体"/>
                <w:b w:val="0"/>
                <w:sz w:val="18"/>
              </w:rPr>
              <w:t>师：妈妈的作息时间与小红的作息时间有什么不同？</w:t>
            </w:r>
          </w:p>
          <w:p>
            <w:pPr>
              <w:spacing w:after="20" w:line="276" w:lineRule="auto"/>
            </w:pPr>
            <w:r>
              <w:rPr>
                <w:rFonts w:ascii="宋体" w:hAnsi="宋体" w:eastAsia="宋体"/>
                <w:b w:val="0"/>
                <w:sz w:val="18"/>
              </w:rPr>
              <w:t>师：妈妈这个作息时间表是按照24小时计时的。</w:t>
            </w:r>
          </w:p>
        </w:tc>
        <w:tc>
          <w:tcPr>
            <w:tcW w:type="dxa" w:w="3061"/>
          </w:tcPr>
          <w:p>
            <w:pPr>
              <w:spacing w:after="20" w:line="276" w:lineRule="auto"/>
            </w:pPr>
            <w:r/>
            <w:r>
              <w:rPr>
                <w:rFonts w:ascii="宋体" w:hAnsi="宋体" w:eastAsia="宋体"/>
                <w:b w:val="0"/>
                <w:sz w:val="18"/>
              </w:rPr>
              <w:t>学生能看懂普通作息时间表，知道小红每个时间段的安排，但是妈妈的作息时间表是24时计时法，学生可能看不懂。</w:t>
            </w:r>
          </w:p>
          <w:p>
            <w:pPr>
              <w:spacing w:after="20" w:line="276" w:lineRule="auto"/>
            </w:pPr>
            <w:r>
              <w:rPr>
                <w:rFonts w:ascii="宋体" w:hAnsi="宋体" w:eastAsia="宋体"/>
                <w:b w:val="0"/>
                <w:sz w:val="18"/>
              </w:rPr>
              <w:t>学生能结合自己的生活经验进行纠正，两个时间段表示的不是同一时间，一个是上午的7：30—8：00，一个是晚上的7：30—8：00。</w:t>
            </w:r>
          </w:p>
          <w:p>
            <w:pPr>
              <w:spacing w:after="20" w:line="276" w:lineRule="auto"/>
            </w:pPr>
            <w:r>
              <w:rPr>
                <w:rFonts w:ascii="宋体" w:hAnsi="宋体" w:eastAsia="宋体"/>
                <w:b w:val="0"/>
                <w:sz w:val="18"/>
              </w:rPr>
              <w:t>学生基本都用12时计时法说出小红做每件事情的时间。</w:t>
            </w:r>
          </w:p>
          <w:p>
            <w:pPr>
              <w:spacing w:after="20" w:line="276" w:lineRule="auto"/>
            </w:pPr>
            <w:r>
              <w:rPr>
                <w:rFonts w:ascii="宋体" w:hAnsi="宋体" w:eastAsia="宋体"/>
                <w:b w:val="0"/>
                <w:sz w:val="18"/>
              </w:rPr>
              <w:t>没有上午、下午、晚上这些表示时间段的词，有比12大的时间。</w:t>
            </w:r>
          </w:p>
        </w:tc>
        <w:tc>
          <w:tcPr>
            <w:tcW w:type="dxa" w:w="1814"/>
          </w:tcPr>
          <w:p>
            <w:pPr>
              <w:spacing w:after="20" w:line="276" w:lineRule="auto"/>
            </w:pPr>
            <w:r/>
            <w:r>
              <w:rPr>
                <w:rFonts w:ascii="宋体" w:hAnsi="宋体" w:eastAsia="宋体"/>
                <w:b w:val="0"/>
                <w:sz w:val="18"/>
              </w:rPr>
              <w:t>围绕环节目标组织学习活动，引导学生主动参与、积极思考，核心问题："从作息时间表中，你们知道了什么？"</w:t>
            </w:r>
          </w:p>
        </w:tc>
      </w:tr>
      <w:tr>
        <w:tc>
          <w:tcPr>
            <w:tcW w:type="dxa" w:w="1474"/>
          </w:tcPr>
          <w:p>
            <w:pPr>
              <w:spacing w:after="20" w:line="276" w:lineRule="auto"/>
            </w:pPr>
            <w:r>
              <w:rPr>
                <w:b/>
              </w:rPr>
            </w:r>
            <w:r>
              <w:rPr>
                <w:rFonts w:ascii="宋体" w:hAnsi="宋体" w:eastAsia="宋体"/>
                <w:b/>
                <w:sz w:val="18"/>
              </w:rPr>
              <w:t>三、研究“一天有24小时”</w:t>
            </w:r>
          </w:p>
        </w:tc>
        <w:tc>
          <w:tcPr>
            <w:tcW w:type="dxa" w:w="3061"/>
          </w:tcPr>
          <w:p>
            <w:pPr>
              <w:spacing w:after="20" w:line="276" w:lineRule="auto"/>
            </w:pPr>
            <w:r/>
            <w:r>
              <w:rPr>
                <w:rFonts w:ascii="宋体" w:hAnsi="宋体" w:eastAsia="宋体"/>
                <w:b w:val="0"/>
                <w:sz w:val="18"/>
              </w:rPr>
              <w:t>1.感受一天有多长。</w:t>
            </w:r>
          </w:p>
          <w:p>
            <w:pPr>
              <w:spacing w:after="20" w:line="276" w:lineRule="auto"/>
            </w:pPr>
            <w:r>
              <w:rPr>
                <w:rFonts w:ascii="宋体" w:hAnsi="宋体" w:eastAsia="宋体"/>
                <w:b w:val="0"/>
                <w:sz w:val="18"/>
              </w:rPr>
              <w:t>师：同学们，我们知道地球自转一周的时间是一天，那你们知道一天有多长时间吗？</w:t>
            </w:r>
          </w:p>
          <w:p>
            <w:pPr>
              <w:spacing w:after="20" w:line="276" w:lineRule="auto"/>
            </w:pPr>
            <w:r>
              <w:rPr>
                <w:rFonts w:ascii="宋体" w:hAnsi="宋体" w:eastAsia="宋体"/>
                <w:b w:val="0"/>
                <w:sz w:val="18"/>
              </w:rPr>
              <w:t>课件播放钟面上24小时的形成过程。</w:t>
            </w:r>
          </w:p>
          <w:p>
            <w:pPr>
              <w:spacing w:after="20" w:line="276" w:lineRule="auto"/>
            </w:pPr>
            <w:r>
              <w:rPr>
                <w:rFonts w:ascii="宋体" w:hAnsi="宋体" w:eastAsia="宋体"/>
                <w:b w:val="0"/>
                <w:sz w:val="18"/>
              </w:rPr>
              <w:t>教师讲述：很早以前，人们将一个白天和一个黑夜合起来称为“一天”。后来发现，之所以出现白天和黑夜，是因为地球绕着太阳公转的同时，自己也在不停地自转。地球自转时，被太阳照到的时候就是白天，照不到的时候就是黑夜。地球自转一圈所需要的时间约为24小时，一天是24小时就由此而来。</w:t>
            </w:r>
          </w:p>
          <w:p>
            <w:pPr>
              <w:spacing w:after="20" w:line="276" w:lineRule="auto"/>
            </w:pPr>
            <w:r>
              <w:rPr>
                <w:rFonts w:ascii="宋体" w:hAnsi="宋体" w:eastAsia="宋体"/>
                <w:b w:val="0"/>
                <w:sz w:val="18"/>
              </w:rPr>
              <w:t>师：一天有24小时，那么，一天到底是从什么时候开始的呢？</w:t>
            </w:r>
          </w:p>
          <w:p>
            <w:pPr>
              <w:spacing w:after="20" w:line="276" w:lineRule="auto"/>
            </w:pPr>
            <w:r>
              <w:rPr>
                <w:rFonts w:ascii="宋体" w:hAnsi="宋体" w:eastAsia="宋体"/>
                <w:b w:val="0"/>
                <w:sz w:val="18"/>
              </w:rPr>
              <w:t>师：一天是从午夜12时开始的，我们把午夜12时也记作第二天的0时。一般情况下，0时的时候，我们在干什么呢？</w:t>
            </w:r>
          </w:p>
          <w:p>
            <w:pPr>
              <w:spacing w:after="20" w:line="276" w:lineRule="auto"/>
            </w:pPr>
            <w:r>
              <w:rPr>
                <w:rFonts w:ascii="宋体" w:hAnsi="宋体" w:eastAsia="宋体"/>
                <w:b w:val="0"/>
                <w:sz w:val="18"/>
              </w:rPr>
              <w:t>师：我们常常在睡梦中迎来新的一天。我们联系自己的生活，一起回忆一下一天24小时是怎么度过的吧。</w:t>
            </w:r>
          </w:p>
          <w:p>
            <w:pPr>
              <w:spacing w:after="20" w:line="276" w:lineRule="auto"/>
            </w:pPr>
            <w:r>
              <w:rPr>
                <w:rFonts w:ascii="宋体" w:hAnsi="宋体" w:eastAsia="宋体"/>
                <w:b w:val="0"/>
                <w:sz w:val="18"/>
              </w:rPr>
              <w:t>师生一起回忆一天的时间安排。</w:t>
            </w:r>
          </w:p>
          <w:p>
            <w:pPr>
              <w:spacing w:after="20" w:line="276" w:lineRule="auto"/>
            </w:pPr>
            <w:r>
              <w:rPr>
                <w:rFonts w:ascii="宋体" w:hAnsi="宋体" w:eastAsia="宋体"/>
                <w:b w:val="0"/>
                <w:sz w:val="18"/>
              </w:rPr>
              <w:t>2．认识24时计时法。</w:t>
            </w:r>
          </w:p>
          <w:p>
            <w:pPr>
              <w:spacing w:after="20" w:line="276" w:lineRule="auto"/>
            </w:pPr>
            <w:r>
              <w:rPr>
                <w:rFonts w:ascii="宋体" w:hAnsi="宋体" w:eastAsia="宋体"/>
                <w:b w:val="0"/>
                <w:sz w:val="18"/>
              </w:rPr>
              <w:t>(1)探究“时间尺”。</w:t>
            </w:r>
          </w:p>
          <w:p>
            <w:pPr>
              <w:spacing w:after="20" w:line="276" w:lineRule="auto"/>
            </w:pPr>
            <w:r>
              <w:rPr>
                <w:rFonts w:ascii="宋体" w:hAnsi="宋体" w:eastAsia="宋体"/>
                <w:b w:val="0"/>
                <w:sz w:val="18"/>
              </w:rPr>
              <w:t>课件出示教科书P81“找一找”中的“时间尺”。</w:t>
            </w:r>
          </w:p>
          <w:p>
            <w:pPr>
              <w:spacing w:after="20" w:line="276" w:lineRule="auto"/>
            </w:pPr>
            <w:r>
              <w:rPr>
                <w:rFonts w:ascii="宋体" w:hAnsi="宋体" w:eastAsia="宋体"/>
                <w:b w:val="0"/>
                <w:sz w:val="18"/>
              </w:rPr>
              <w:t>师：如果把时针走过的一天的时间展开，就是一个表示时间的直条。在上面写上“昨天、今天、明天”。昨天和今天之间有一个分界点，就是今天的开始；今天和明天之间也有一个分界点，就是今天的结束(明天的开始)。在这一天中，时针转了几圈？一共经过了多少小时？</w:t>
            </w:r>
          </w:p>
          <w:p>
            <w:pPr>
              <w:spacing w:after="20" w:line="276" w:lineRule="auto"/>
            </w:pPr>
            <w:r>
              <w:rPr>
                <w:rFonts w:ascii="宋体" w:hAnsi="宋体" w:eastAsia="宋体"/>
                <w:b w:val="0"/>
                <w:sz w:val="18"/>
              </w:rPr>
              <w:t>请同学们以小组为单位，合作交流汇报。</w:t>
            </w:r>
          </w:p>
          <w:p>
            <w:pPr>
              <w:spacing w:after="20" w:line="276" w:lineRule="auto"/>
            </w:pPr>
            <w:r>
              <w:rPr>
                <w:rFonts w:ascii="宋体" w:hAnsi="宋体" w:eastAsia="宋体"/>
                <w:b w:val="0"/>
                <w:sz w:val="18"/>
              </w:rPr>
              <w:t>师小结：采用从0时到24时的计时法，通常叫作24时计时法。(适时板书)</w:t>
            </w:r>
          </w:p>
          <w:p>
            <w:pPr>
              <w:spacing w:after="20" w:line="276" w:lineRule="auto"/>
            </w:pPr>
            <w:r>
              <w:rPr>
                <w:rFonts w:ascii="宋体" w:hAnsi="宋体" w:eastAsia="宋体"/>
                <w:b w:val="0"/>
                <w:sz w:val="18"/>
              </w:rPr>
              <w:t>(2)观察钟面，探究24时计时法。</w:t>
            </w:r>
          </w:p>
          <w:p>
            <w:pPr>
              <w:spacing w:after="20" w:line="276" w:lineRule="auto"/>
            </w:pPr>
            <w:r>
              <w:rPr>
                <w:rFonts w:ascii="宋体" w:hAnsi="宋体" w:eastAsia="宋体"/>
                <w:b w:val="0"/>
                <w:sz w:val="18"/>
              </w:rPr>
              <w:t>师(拨动钟面)：钟面上只有12个数，时针一天要转两圈，这样每个数都会转到两次，怎样区分第一圈和第二圈的时间呢？</w:t>
            </w:r>
          </w:p>
          <w:p>
            <w:pPr>
              <w:spacing w:after="20" w:line="276" w:lineRule="auto"/>
            </w:pPr>
            <w:r>
              <w:rPr>
                <w:rFonts w:ascii="宋体" w:hAnsi="宋体" w:eastAsia="宋体"/>
                <w:b w:val="0"/>
                <w:sz w:val="18"/>
              </w:rPr>
              <w:t>师：在时间前面加上“早上”“晚上”等时间限制词，就能将钟面上第一圈和第二圈表示的时间区分开了。如果不用时间限制词，只用数字，就要将第一圈的12时加起来。</w:t>
            </w:r>
          </w:p>
          <w:p>
            <w:pPr>
              <w:spacing w:after="20" w:line="276" w:lineRule="auto"/>
            </w:pPr>
            <w:r>
              <w:rPr>
                <w:rFonts w:ascii="宋体" w:hAnsi="宋体" w:eastAsia="宋体"/>
                <w:b w:val="0"/>
                <w:sz w:val="18"/>
              </w:rPr>
              <w:t>师：想一想，用24时计时法怎么表示一天的时间呢？</w:t>
            </w:r>
          </w:p>
          <w:p>
            <w:pPr>
              <w:spacing w:after="20" w:line="276" w:lineRule="auto"/>
            </w:pPr>
            <w:r>
              <w:rPr>
                <w:rFonts w:ascii="宋体" w:hAnsi="宋体" w:eastAsia="宋体"/>
                <w:b w:val="0"/>
                <w:sz w:val="18"/>
              </w:rPr>
              <w:t>教师拿出钟面拨时间，让学生报出相应的时间。</w:t>
            </w:r>
          </w:p>
          <w:p>
            <w:pPr>
              <w:spacing w:after="20" w:line="276" w:lineRule="auto"/>
            </w:pPr>
            <w:r>
              <w:rPr>
                <w:rFonts w:ascii="宋体" w:hAnsi="宋体" w:eastAsia="宋体"/>
                <w:b w:val="0"/>
                <w:sz w:val="18"/>
              </w:rPr>
              <w:t>师：下午5时用24时计时法应该怎么表示？</w:t>
            </w:r>
          </w:p>
          <w:p>
            <w:pPr>
              <w:spacing w:after="20" w:line="276" w:lineRule="auto"/>
            </w:pPr>
            <w:r>
              <w:rPr>
                <w:rFonts w:ascii="宋体" w:hAnsi="宋体" w:eastAsia="宋体"/>
                <w:b w:val="0"/>
                <w:sz w:val="18"/>
              </w:rPr>
              <w:t>师：晚上8时、晚上10时，用24时计时法又该怎么表示呢？</w:t>
            </w:r>
          </w:p>
          <w:p>
            <w:pPr>
              <w:spacing w:after="20" w:line="276" w:lineRule="auto"/>
            </w:pPr>
            <w:r>
              <w:rPr>
                <w:rFonts w:ascii="宋体" w:hAnsi="宋体" w:eastAsia="宋体"/>
                <w:b w:val="0"/>
                <w:sz w:val="18"/>
              </w:rPr>
              <w:t>3．归纳12时计时法和24时计时法的转换。</w:t>
            </w:r>
          </w:p>
          <w:p>
            <w:pPr>
              <w:spacing w:after="20" w:line="276" w:lineRule="auto"/>
            </w:pPr>
            <w:r>
              <w:rPr>
                <w:rFonts w:ascii="宋体" w:hAnsi="宋体" w:eastAsia="宋体"/>
                <w:b w:val="0"/>
                <w:sz w:val="18"/>
              </w:rPr>
              <w:t>师：观察“时间尺”上下两行的数，你发现了什么？</w:t>
            </w:r>
          </w:p>
          <w:p>
            <w:pPr>
              <w:spacing w:after="20" w:line="276" w:lineRule="auto"/>
            </w:pPr>
            <w:r>
              <w:rPr>
                <w:rFonts w:ascii="宋体" w:hAnsi="宋体" w:eastAsia="宋体"/>
                <w:b w:val="0"/>
                <w:sz w:val="18"/>
              </w:rPr>
              <w:t>根据学生的回答，教师适时板书。</w:t>
            </w:r>
          </w:p>
          <w:p>
            <w:pPr>
              <w:spacing w:after="20" w:line="276" w:lineRule="auto"/>
            </w:pPr>
            <w:r>
              <w:rPr>
                <w:rFonts w:ascii="宋体" w:hAnsi="宋体" w:eastAsia="宋体"/>
                <w:b w:val="0"/>
                <w:sz w:val="18"/>
              </w:rPr>
              <w:t>4．感悟24时计时法的优越性。</w:t>
            </w:r>
          </w:p>
          <w:p>
            <w:pPr>
              <w:spacing w:after="20" w:line="276" w:lineRule="auto"/>
            </w:pPr>
            <w:r>
              <w:rPr>
                <w:rFonts w:ascii="宋体" w:hAnsi="宋体" w:eastAsia="宋体"/>
                <w:b w:val="0"/>
                <w:sz w:val="18"/>
              </w:rPr>
              <w:t>师：你们在什么地方见过24时计时法？和12时计时法比较，你更喜欢哪一种？</w:t>
            </w:r>
          </w:p>
          <w:p>
            <w:pPr>
              <w:spacing w:after="20" w:line="276" w:lineRule="auto"/>
            </w:pPr>
            <w:r>
              <w:rPr>
                <w:rFonts w:ascii="宋体" w:hAnsi="宋体" w:eastAsia="宋体"/>
                <w:b w:val="0"/>
                <w:sz w:val="18"/>
              </w:rPr>
              <w:t>师：交通、邮电、广播电视、银行等部门在工作中需要很强的时间概念，为了计时方便、简明、不易出错，都采用24时计时法。而12时计时法表示早上、晚上的时间很具体，在生活中，特别在交流对话的过程中应用很广泛。</w:t>
            </w:r>
          </w:p>
        </w:tc>
        <w:tc>
          <w:tcPr>
            <w:tcW w:type="dxa" w:w="3061"/>
          </w:tcPr>
          <w:p>
            <w:pPr>
              <w:spacing w:after="20" w:line="276" w:lineRule="auto"/>
            </w:pPr>
            <w:r/>
            <w:r>
              <w:rPr>
                <w:rFonts w:ascii="宋体" w:hAnsi="宋体" w:eastAsia="宋体"/>
                <w:b w:val="0"/>
                <w:sz w:val="18"/>
              </w:rPr>
              <w:t>有的认为是从夜里1时开始的；也有的认为是从夜里12时开始的。</w:t>
            </w:r>
          </w:p>
          <w:p>
            <w:pPr>
              <w:spacing w:after="20" w:line="276" w:lineRule="auto"/>
            </w:pPr>
            <w:r>
              <w:rPr>
                <w:rFonts w:ascii="宋体" w:hAnsi="宋体" w:eastAsia="宋体"/>
                <w:b w:val="0"/>
                <w:sz w:val="18"/>
              </w:rPr>
              <w:t>0时是半夜，我们都在睡觉。</w:t>
            </w:r>
          </w:p>
          <w:p>
            <w:pPr>
              <w:spacing w:after="20" w:line="276" w:lineRule="auto"/>
            </w:pPr>
            <w:r>
              <w:rPr>
                <w:rFonts w:ascii="宋体" w:hAnsi="宋体" w:eastAsia="宋体"/>
                <w:b w:val="0"/>
                <w:sz w:val="18"/>
              </w:rPr>
              <w:t>可能会有学生说：今天的0时就是昨天的午夜12时，今天的午夜12时就是明天的0时；在这一天中，时针转了2圈。也可能会有学生说：0时的时候，钟面上的时针和分针都指着12，一共经过了24小时。</w:t>
            </w:r>
          </w:p>
          <w:p>
            <w:pPr>
              <w:spacing w:after="20" w:line="276" w:lineRule="auto"/>
            </w:pPr>
            <w:r>
              <w:rPr>
                <w:rFonts w:ascii="宋体" w:hAnsi="宋体" w:eastAsia="宋体"/>
                <w:b w:val="0"/>
                <w:sz w:val="18"/>
              </w:rPr>
              <w:t>学生依据自己的生活经验，可能会想到加上时间限制词，如用“早上7时”“晚上7时”加以区分。</w:t>
            </w:r>
          </w:p>
          <w:p>
            <w:pPr>
              <w:spacing w:after="20" w:line="276" w:lineRule="auto"/>
            </w:pPr>
            <w:r>
              <w:rPr>
                <w:rFonts w:ascii="宋体" w:hAnsi="宋体" w:eastAsia="宋体"/>
                <w:b w:val="0"/>
                <w:sz w:val="18"/>
              </w:rPr>
              <w:t>小组讨论，全班交流。</w:t>
            </w:r>
          </w:p>
          <w:p>
            <w:pPr>
              <w:spacing w:after="20" w:line="276" w:lineRule="auto"/>
            </w:pPr>
            <w:r>
              <w:rPr>
                <w:rFonts w:ascii="宋体" w:hAnsi="宋体" w:eastAsia="宋体"/>
                <w:b w:val="0"/>
                <w:sz w:val="18"/>
              </w:rPr>
              <w:t>5＋12＝17(时)。</w:t>
            </w:r>
          </w:p>
          <w:p>
            <w:pPr>
              <w:spacing w:after="20" w:line="276" w:lineRule="auto"/>
            </w:pPr>
            <w:r>
              <w:rPr>
                <w:rFonts w:ascii="宋体" w:hAnsi="宋体" w:eastAsia="宋体"/>
                <w:b w:val="0"/>
                <w:sz w:val="18"/>
              </w:rPr>
              <w:t>8＋12＝20(时)，10＋12＝22(时)。</w:t>
            </w:r>
          </w:p>
          <w:p>
            <w:pPr>
              <w:spacing w:after="20" w:line="276" w:lineRule="auto"/>
            </w:pPr>
            <w:r>
              <w:rPr>
                <w:rFonts w:ascii="宋体" w:hAnsi="宋体" w:eastAsia="宋体"/>
                <w:b w:val="0"/>
                <w:sz w:val="18"/>
              </w:rPr>
              <w:t>下午1时之前，12时计时法转换成24时计时法，需要去掉时间限制词，反之则要加上；下午1时之后，12时计时法转换成24时计时法，用“时”前面的数加上12，同时去掉时间限制词，反之减去12，再加上时间限制词。</w:t>
            </w:r>
          </w:p>
          <w:p>
            <w:pPr>
              <w:spacing w:after="20" w:line="276" w:lineRule="auto"/>
            </w:pPr>
            <w:r>
              <w:rPr>
                <w:rFonts w:ascii="宋体" w:hAnsi="宋体" w:eastAsia="宋体"/>
                <w:b w:val="0"/>
                <w:sz w:val="18"/>
              </w:rPr>
              <w:t>学生有自己的生活习惯，会选择不同的计时方法。</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围绕环节目标组织学习活动，引导学生主动参与、积极思考，核心问题："同学们，我们知道地球自转一周的时间是一天，那你们知道一天有多长时间吗？"</w:t>
            </w:r>
          </w:p>
        </w:tc>
      </w:tr>
      <w:tr>
        <w:tc>
          <w:tcPr>
            <w:tcW w:type="dxa" w:w="1474"/>
          </w:tcPr>
          <w:p>
            <w:pPr>
              <w:spacing w:after="20" w:line="276" w:lineRule="auto"/>
            </w:pPr>
            <w:r>
              <w:rPr>
                <w:b/>
              </w:rPr>
            </w:r>
            <w:r>
              <w:rPr>
                <w:rFonts w:ascii="宋体" w:hAnsi="宋体" w:eastAsia="宋体"/>
                <w:b/>
                <w:sz w:val="18"/>
              </w:rPr>
              <w:t>四、巩固练习</w:t>
            </w:r>
          </w:p>
        </w:tc>
        <w:tc>
          <w:tcPr>
            <w:tcW w:type="dxa" w:w="3061"/>
          </w:tcPr>
          <w:p>
            <w:pPr>
              <w:spacing w:after="20" w:line="276" w:lineRule="auto"/>
            </w:pPr>
            <w:r/>
            <w:r>
              <w:rPr>
                <w:rFonts w:ascii="宋体" w:hAnsi="宋体" w:eastAsia="宋体"/>
                <w:b w:val="0"/>
                <w:sz w:val="18"/>
              </w:rPr>
              <w:t>1.完成教科书P81“用一用”第1题。</w:t>
            </w:r>
          </w:p>
          <w:p>
            <w:pPr>
              <w:spacing w:after="20" w:line="276" w:lineRule="auto"/>
            </w:pPr>
            <w:r>
              <w:rPr>
                <w:rFonts w:ascii="宋体" w:hAnsi="宋体" w:eastAsia="宋体"/>
                <w:b w:val="0"/>
                <w:sz w:val="18"/>
              </w:rPr>
              <w:t>2．完成教科书P82“用一用”第3题。</w:t>
            </w:r>
          </w:p>
          <w:p>
            <w:pPr>
              <w:spacing w:after="20" w:line="276" w:lineRule="auto"/>
            </w:pPr>
            <w:r>
              <w:rPr>
                <w:rFonts w:ascii="宋体" w:hAnsi="宋体" w:eastAsia="宋体"/>
                <w:b w:val="0"/>
                <w:sz w:val="18"/>
              </w:rPr>
              <w:t>(1)学生先独立解决问题，再合作交流。</w:t>
            </w:r>
          </w:p>
          <w:p>
            <w:pPr>
              <w:spacing w:after="20" w:line="276" w:lineRule="auto"/>
            </w:pPr>
            <w:r>
              <w:rPr>
                <w:rFonts w:ascii="宋体" w:hAnsi="宋体" w:eastAsia="宋体"/>
                <w:b w:val="0"/>
                <w:sz w:val="18"/>
              </w:rPr>
              <w:t>(2)师生交流，探讨计算经过的时间的方法。</w:t>
            </w:r>
          </w:p>
        </w:tc>
        <w:tc>
          <w:tcPr>
            <w:tcW w:type="dxa" w:w="3061"/>
          </w:tcPr>
          <w:p>
            <w:pPr>
              <w:spacing w:after="20" w:line="276" w:lineRule="auto"/>
            </w:pPr>
            <w:r/>
            <w:r>
              <w:rPr>
                <w:rFonts w:ascii="宋体" w:hAnsi="宋体" w:eastAsia="宋体"/>
                <w:b w:val="0"/>
                <w:sz w:val="18"/>
              </w:rPr>
              <w:t>学生独立完成，然后汇报。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的教学隐含两条主线，一条是生活主线，结合具体的情境，激活学生的生活经验，引导学生结合实际认识12时计时法和24时计时法。另一条是数学主线，借助钟面和“时间尺”从数学角度理解这两种计时法之间的关系，会进行相互转化。</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作息时间表中的秘密</w:t>
      </w:r>
    </w:p>
    <w:p>
      <w:pPr>
        <w:spacing w:after="40" w:line="300" w:lineRule="auto"/>
      </w:pPr>
      <w:r>
        <w:rPr>
          <w:rFonts w:ascii="宋体" w:hAnsi="宋体" w:eastAsia="宋体"/>
          <w:b w:val="0"/>
          <w:sz w:val="20"/>
        </w:rPr>
        <w:t>从1时到12时的计时方法称为12时计时法，前面加上“凌晨”“上午”“下午”“晚上”等时间限制词。</w:t>
      </w:r>
    </w:p>
    <w:p>
      <w:pPr>
        <w:spacing w:after="40" w:line="300" w:lineRule="auto"/>
      </w:pPr>
      <w:r>
        <w:rPr>
          <w:rFonts w:ascii="宋体" w:hAnsi="宋体" w:eastAsia="宋体"/>
          <w:b w:val="0"/>
          <w:sz w:val="20"/>
        </w:rPr>
        <w:t>从0时到24时的计时法，通常叫作24时计时法。</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教科书P80～82及“用一用”第1，3题。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探究作息时间表中的秘密，学生对12时计时法用得比较多，对24时计时法虽然有所接触，但还是比较陌生，尤其是对于12时计时法与24时计时法的转换比较容易出错。教师要注意有针对性地加以指导，利用好“时间尺”。建议让学生在课后完成一项活动：记录自己一天的活动，要求用24时计时法与12时计时法两种方法分别表示，让新知识得到进一步巩固。</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年历设计师</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年历设计师</w:t>
            </w:r>
          </w:p>
        </w:tc>
        <w:tc>
          <w:tcPr>
            <w:tcW w:type="dxa" w:w="6009"/>
          </w:tcPr>
          <w:p>
            <w:pPr>
              <w:spacing w:after="20" w:line="276" w:lineRule="auto"/>
            </w:pPr>
            <w:r/>
            <w:r>
              <w:rPr>
                <w:rFonts w:ascii="宋体" w:hAnsi="宋体" w:eastAsia="宋体"/>
                <w:b w:val="0"/>
                <w:sz w:val="20"/>
              </w:rPr>
              <w:t>年、月、日的秘密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教学内容：教科书P82，教科书P83“做一做”。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（1）在制作年历的过程中，逐步巩固有关“年、月、日”的知识，掌握年、月、日的内在联系。</w:t>
      </w:r>
    </w:p>
    <w:p>
      <w:pPr>
        <w:spacing w:after="20" w:line="300" w:lineRule="auto"/>
        <w:ind w:firstLine="400"/>
      </w:pPr>
      <w:r>
        <w:rPr>
          <w:rFonts w:ascii="宋体" w:hAnsi="宋体" w:eastAsia="宋体"/>
          <w:b w:val="0"/>
          <w:sz w:val="20"/>
        </w:rPr>
        <w:t>（2）经历制作年历的过程，了解年历的基本构成，初步掌握年历的制作方法，培养学生的动手能力和创新能力。</w:t>
      </w:r>
    </w:p>
    <w:p>
      <w:pPr>
        <w:spacing w:after="20" w:line="300" w:lineRule="auto"/>
        <w:ind w:firstLine="400"/>
      </w:pPr>
      <w:r>
        <w:rPr>
          <w:rFonts w:ascii="宋体" w:hAnsi="宋体" w:eastAsia="宋体"/>
          <w:b w:val="0"/>
          <w:sz w:val="20"/>
        </w:rPr>
        <w:t>（3）培养学生之间的交流借鉴，资源共同分享的合作意识。</w:t>
      </w:r>
    </w:p>
    <w:p>
      <w:pPr>
        <w:spacing w:after="20" w:line="300" w:lineRule="auto"/>
      </w:pPr>
      <w:r>
        <w:rPr>
          <w:rFonts w:ascii="宋体" w:hAnsi="宋体" w:eastAsia="宋体"/>
          <w:b w:val="0"/>
          <w:sz w:val="20"/>
        </w:rPr>
        <w:t>教学重点：了解年历的基本构成，掌握制作年历的方法。</w:t>
      </w:r>
    </w:p>
    <w:p>
      <w:pPr>
        <w:spacing w:after="20" w:line="300" w:lineRule="auto"/>
      </w:pPr>
      <w:r>
        <w:rPr>
          <w:rFonts w:ascii="宋体" w:hAnsi="宋体" w:eastAsia="宋体"/>
          <w:b w:val="0"/>
          <w:sz w:val="20"/>
        </w:rPr>
        <w:t>教学难点：掌握制作年历的方法。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同学们，你们知道自己今年过生日那一天是星期几吗？今年的六一儿童节是星期几呢？你们是怎么知道的？</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二、实践与活动</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你都见过哪些年历？；同学们仔细观察，这些年历虽然形式不同，但它们都包括哪些基本要素？</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三、展示、交流与评比</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在制作年历的过程中，你们是怎么推导出哪一天是星期几的？；如果不知道某年的1月1日是星期几，你们知道怎么推算某年某月任意一天是星期几吗？</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四、拓展提升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制好的年历，你准备做什么？；你们制作的年历还能做什么？</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说说通过这节制作年历的课，你有什么收获呢？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w:t>
            </w:r>
          </w:p>
        </w:tc>
        <w:tc>
          <w:tcPr>
            <w:tcW w:type="dxa" w:w="3061"/>
          </w:tcPr>
          <w:p>
            <w:pPr>
              <w:spacing w:after="20" w:line="276" w:lineRule="auto"/>
            </w:pPr>
            <w:r/>
            <w:r>
              <w:rPr>
                <w:rFonts w:ascii="宋体" w:hAnsi="宋体" w:eastAsia="宋体"/>
                <w:b w:val="0"/>
                <w:sz w:val="18"/>
              </w:rPr>
              <w:t>师：同学们，你们知道自己今年过生日那一天是星期几吗？今年的六一儿童节是星期几呢？你们是怎么知道的？</w:t>
            </w:r>
          </w:p>
          <w:p>
            <w:pPr>
              <w:spacing w:after="20" w:line="276" w:lineRule="auto"/>
            </w:pPr>
            <w:r>
              <w:rPr>
                <w:rFonts w:ascii="宋体" w:hAnsi="宋体" w:eastAsia="宋体"/>
                <w:b w:val="0"/>
                <w:sz w:val="18"/>
              </w:rPr>
              <w:t>让学生先小组交流，再自由发言。</w:t>
            </w:r>
          </w:p>
          <w:p>
            <w:pPr>
              <w:spacing w:after="20" w:line="276" w:lineRule="auto"/>
            </w:pPr>
            <w:r>
              <w:rPr>
                <w:rFonts w:ascii="宋体" w:hAnsi="宋体" w:eastAsia="宋体"/>
                <w:b w:val="0"/>
                <w:sz w:val="18"/>
              </w:rPr>
              <w:t>师：刚才同学们说了很多方法，都很好，实际上从年历上直接查找又方便又准确。今天，我们就一起学着亲手制作一份精巧的年历。(板书课题：年历设计师)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创设情境激活学生已有经验，自然引出本课学习内容，激发学习兴趣，核心问题："同学们，你们知道自己今年过生日那一天是星期几吗？今年的六一儿童节是星期几呢？你们是怎么知道的？"</w:t>
            </w:r>
          </w:p>
        </w:tc>
      </w:tr>
      <w:tr>
        <w:tc>
          <w:tcPr>
            <w:tcW w:type="dxa" w:w="1474"/>
          </w:tcPr>
          <w:p>
            <w:pPr>
              <w:spacing w:after="20" w:line="276" w:lineRule="auto"/>
            </w:pPr>
            <w:r>
              <w:rPr>
                <w:b/>
              </w:rPr>
            </w:r>
            <w:r>
              <w:rPr>
                <w:rFonts w:ascii="宋体" w:hAnsi="宋体" w:eastAsia="宋体"/>
                <w:b/>
                <w:sz w:val="18"/>
              </w:rPr>
              <w:t>二、实践与活动</w:t>
            </w:r>
          </w:p>
        </w:tc>
        <w:tc>
          <w:tcPr>
            <w:tcW w:type="dxa" w:w="3061"/>
          </w:tcPr>
          <w:p>
            <w:pPr>
              <w:spacing w:after="20" w:line="276" w:lineRule="auto"/>
            </w:pPr>
            <w:r/>
            <w:r>
              <w:rPr>
                <w:rFonts w:ascii="宋体" w:hAnsi="宋体" w:eastAsia="宋体"/>
                <w:b w:val="0"/>
                <w:sz w:val="18"/>
              </w:rPr>
              <w:t>1.欣赏收集的年历，发现年历的基本构成。</w:t>
            </w:r>
          </w:p>
          <w:p>
            <w:pPr>
              <w:spacing w:after="20" w:line="276" w:lineRule="auto"/>
            </w:pPr>
            <w:r>
              <w:rPr>
                <w:rFonts w:ascii="宋体" w:hAnsi="宋体" w:eastAsia="宋体"/>
                <w:b w:val="0"/>
                <w:sz w:val="18"/>
              </w:rPr>
              <w:t>师：你都见过哪些年历？</w:t>
            </w:r>
          </w:p>
          <w:p>
            <w:pPr>
              <w:spacing w:after="20" w:line="276" w:lineRule="auto"/>
            </w:pPr>
            <w:r>
              <w:rPr>
                <w:rFonts w:ascii="宋体" w:hAnsi="宋体" w:eastAsia="宋体"/>
                <w:b w:val="0"/>
                <w:sz w:val="18"/>
              </w:rPr>
              <w:t>教师课件展示几种常见的年历(2026年)：整本年历、单张年历、台历、书历。</w:t>
            </w:r>
          </w:p>
          <w:p>
            <w:pPr>
              <w:spacing w:after="20" w:line="276" w:lineRule="auto"/>
            </w:pPr>
            <w:r>
              <w:rPr>
                <w:rFonts w:ascii="宋体" w:hAnsi="宋体" w:eastAsia="宋体"/>
                <w:b w:val="0"/>
                <w:sz w:val="18"/>
              </w:rPr>
              <w:t>师：同学们仔细观察，这些年历虽然形式不同，但它们都包括哪些基本要素？</w:t>
            </w:r>
          </w:p>
          <w:p>
            <w:pPr>
              <w:spacing w:after="20" w:line="276" w:lineRule="auto"/>
            </w:pPr>
            <w:r>
              <w:rPr>
                <w:rFonts w:ascii="宋体" w:hAnsi="宋体" w:eastAsia="宋体"/>
                <w:b w:val="0"/>
                <w:sz w:val="18"/>
              </w:rPr>
              <w:t>课件放大2026年的单张年历，介绍年历的基本构成。</w:t>
            </w:r>
          </w:p>
          <w:p>
            <w:pPr>
              <w:spacing w:after="20" w:line="276" w:lineRule="auto"/>
            </w:pPr>
            <w:r>
              <w:rPr>
                <w:rFonts w:ascii="宋体" w:hAnsi="宋体" w:eastAsia="宋体"/>
                <w:b w:val="0"/>
                <w:sz w:val="18"/>
              </w:rPr>
              <w:t>师：同学们仔细观察这张年历，它的结构是怎样的？</w:t>
            </w:r>
          </w:p>
          <w:p>
            <w:pPr>
              <w:spacing w:after="20" w:line="276" w:lineRule="auto"/>
            </w:pPr>
            <w:r>
              <w:rPr>
                <w:rFonts w:ascii="宋体" w:hAnsi="宋体" w:eastAsia="宋体"/>
                <w:b w:val="0"/>
                <w:sz w:val="18"/>
              </w:rPr>
              <w:t>师生交流，引导学生发现：共12个月，每行4个月，排3行。每月按星期日、星期一、星期二……星期六的顺序排列相关的日期。日期下面有小字，初一、初二……等，这就是我们所说的农历，是我们国家所独有的。像冬至、谷雨这一类的我们称为节气。并用颜色区标出休息日和重大的节日。(教师适时板书)</w:t>
            </w:r>
          </w:p>
          <w:p>
            <w:pPr>
              <w:spacing w:after="20" w:line="276" w:lineRule="auto"/>
            </w:pPr>
            <w:r>
              <w:rPr>
                <w:rFonts w:ascii="宋体" w:hAnsi="宋体" w:eastAsia="宋体"/>
                <w:b w:val="0"/>
                <w:sz w:val="18"/>
              </w:rPr>
              <w:t>师：你们会自己做一个年历吗？制作一个年历应有哪些步骤？</w:t>
            </w:r>
          </w:p>
          <w:p>
            <w:pPr>
              <w:spacing w:after="20" w:line="276" w:lineRule="auto"/>
            </w:pPr>
            <w:r>
              <w:rPr>
                <w:rFonts w:ascii="宋体" w:hAnsi="宋体" w:eastAsia="宋体"/>
                <w:b w:val="0"/>
                <w:sz w:val="18"/>
              </w:rPr>
              <w:t>师：制作年历不仅要用到数学知识，还要用到排版、美术设计、装饰等方面的知识。</w:t>
            </w:r>
          </w:p>
          <w:p>
            <w:pPr>
              <w:spacing w:after="20" w:line="276" w:lineRule="auto"/>
            </w:pPr>
            <w:r>
              <w:rPr>
                <w:rFonts w:ascii="宋体" w:hAnsi="宋体" w:eastAsia="宋体"/>
                <w:b w:val="0"/>
                <w:sz w:val="18"/>
              </w:rPr>
              <w:t>师：首先要知道哪些数学知识？</w:t>
            </w:r>
          </w:p>
          <w:p>
            <w:pPr>
              <w:spacing w:after="20" w:line="276" w:lineRule="auto"/>
            </w:pPr>
            <w:r>
              <w:rPr>
                <w:rFonts w:ascii="宋体" w:hAnsi="宋体" w:eastAsia="宋体"/>
                <w:b w:val="0"/>
                <w:sz w:val="18"/>
              </w:rPr>
              <w:t>师小结：要知道1月1日是星期几，这样才能推理出全年每天分别是星期几；还要知道每个月有多少天，特别是2月份的天数，要根据这一年是平年还是闰年确定2月份的天数。</w:t>
            </w:r>
          </w:p>
          <w:p>
            <w:pPr>
              <w:spacing w:after="20" w:line="276" w:lineRule="auto"/>
            </w:pPr>
            <w:r>
              <w:rPr>
                <w:rFonts w:ascii="宋体" w:hAnsi="宋体" w:eastAsia="宋体"/>
                <w:b w:val="0"/>
                <w:sz w:val="18"/>
              </w:rPr>
              <w:t>师：在排版和装饰上，我们尽可能使自己设计的年历美观且方便看。</w:t>
            </w:r>
          </w:p>
          <w:p>
            <w:pPr>
              <w:spacing w:after="20" w:line="276" w:lineRule="auto"/>
            </w:pPr>
            <w:r>
              <w:rPr>
                <w:rFonts w:ascii="宋体" w:hAnsi="宋体" w:eastAsia="宋体"/>
                <w:b w:val="0"/>
                <w:sz w:val="18"/>
              </w:rPr>
              <w:t>2．制作一个月的月历。</w:t>
            </w:r>
          </w:p>
          <w:p>
            <w:pPr>
              <w:spacing w:after="20" w:line="276" w:lineRule="auto"/>
            </w:pPr>
            <w:r>
              <w:rPr>
                <w:rFonts w:ascii="宋体" w:hAnsi="宋体" w:eastAsia="宋体"/>
                <w:b w:val="0"/>
                <w:sz w:val="18"/>
              </w:rPr>
              <w:t>师：明年的1月1日是星期(根据实际)，你们先制作一份明年1月份的月历。</w:t>
            </w:r>
          </w:p>
          <w:p>
            <w:pPr>
              <w:spacing w:after="20" w:line="276" w:lineRule="auto"/>
            </w:pPr>
            <w:r>
              <w:rPr>
                <w:rFonts w:ascii="宋体" w:hAnsi="宋体" w:eastAsia="宋体"/>
                <w:b w:val="0"/>
                <w:sz w:val="18"/>
              </w:rPr>
              <w:t>3．制作明年的年历。</w:t>
            </w:r>
          </w:p>
          <w:p>
            <w:pPr>
              <w:spacing w:after="20" w:line="276" w:lineRule="auto"/>
            </w:pPr>
            <w:r>
              <w:rPr>
                <w:rFonts w:ascii="宋体" w:hAnsi="宋体" w:eastAsia="宋体"/>
                <w:b w:val="0"/>
                <w:sz w:val="18"/>
              </w:rPr>
              <w:t>师：我们已经会制作明年1月份的月历，现在要求我们制作明年12个月的月历，组成一年的年历。</w:t>
            </w:r>
          </w:p>
          <w:p>
            <w:pPr>
              <w:spacing w:after="20" w:line="276" w:lineRule="auto"/>
            </w:pPr>
            <w:r>
              <w:rPr>
                <w:rFonts w:ascii="宋体" w:hAnsi="宋体" w:eastAsia="宋体"/>
                <w:b w:val="0"/>
                <w:sz w:val="18"/>
              </w:rPr>
              <w:t>教师提出制作要求：</w:t>
            </w:r>
          </w:p>
          <w:p>
            <w:pPr>
              <w:spacing w:after="20" w:line="276" w:lineRule="auto"/>
            </w:pPr>
            <w:r>
              <w:rPr>
                <w:rFonts w:ascii="宋体" w:hAnsi="宋体" w:eastAsia="宋体"/>
                <w:b w:val="0"/>
                <w:sz w:val="18"/>
              </w:rPr>
              <w:t>(1)小组合作，根据自己的特长进行分工合作。</w:t>
            </w:r>
          </w:p>
          <w:p>
            <w:pPr>
              <w:spacing w:after="20" w:line="276" w:lineRule="auto"/>
            </w:pPr>
            <w:r>
              <w:rPr>
                <w:rFonts w:ascii="宋体" w:hAnsi="宋体" w:eastAsia="宋体"/>
                <w:b w:val="0"/>
                <w:sz w:val="18"/>
              </w:rPr>
              <w:t>(2)设计的年历新颖、有创意。</w:t>
            </w:r>
          </w:p>
          <w:p>
            <w:pPr>
              <w:spacing w:after="20" w:line="276" w:lineRule="auto"/>
            </w:pPr>
            <w:r>
              <w:rPr>
                <w:rFonts w:ascii="宋体" w:hAnsi="宋体" w:eastAsia="宋体"/>
                <w:b w:val="0"/>
                <w:sz w:val="18"/>
              </w:rPr>
              <w:t>(3)把知道的重要的日子标出来。(例如：6月1日是儿童节，6月5日是世界环境日，9月10日是教师节等)</w:t>
            </w:r>
          </w:p>
        </w:tc>
        <w:tc>
          <w:tcPr>
            <w:tcW w:type="dxa" w:w="3061"/>
          </w:tcPr>
          <w:p>
            <w:pPr>
              <w:spacing w:after="20" w:line="276" w:lineRule="auto"/>
            </w:pPr>
            <w:r/>
            <w:r>
              <w:rPr>
                <w:rFonts w:ascii="宋体" w:hAnsi="宋体" w:eastAsia="宋体"/>
                <w:b w:val="0"/>
                <w:sz w:val="18"/>
              </w:rPr>
              <w:t>学生能提取出其中的共同部分，如都有月份、日期、星期，有的还标明了重要节日或节气。(教师适时板书)</w:t>
            </w:r>
          </w:p>
          <w:p>
            <w:pPr>
              <w:spacing w:after="20" w:line="276" w:lineRule="auto"/>
            </w:pPr>
            <w:r>
              <w:rPr>
                <w:rFonts w:ascii="宋体" w:hAnsi="宋体" w:eastAsia="宋体"/>
                <w:b w:val="0"/>
                <w:sz w:val="18"/>
              </w:rPr>
              <w:t>学生以小组的形式进行讨论。</w:t>
            </w:r>
          </w:p>
          <w:p>
            <w:pPr>
              <w:spacing w:after="20" w:line="276" w:lineRule="auto"/>
            </w:pPr>
            <w:r>
              <w:rPr>
                <w:rFonts w:ascii="宋体" w:hAnsi="宋体" w:eastAsia="宋体"/>
                <w:b w:val="0"/>
                <w:sz w:val="18"/>
              </w:rPr>
              <w:t>学生自由交流。</w:t>
            </w:r>
          </w:p>
          <w:p>
            <w:pPr>
              <w:spacing w:after="20" w:line="276" w:lineRule="auto"/>
            </w:pPr>
            <w:r>
              <w:rPr>
                <w:rFonts w:ascii="宋体" w:hAnsi="宋体" w:eastAsia="宋体"/>
                <w:b w:val="0"/>
                <w:sz w:val="18"/>
              </w:rPr>
              <w:t>学生制作后，全班展示评价，对做得好的进行表扬鼓励，对做得不对或者不方便看的进行完善。</w:t>
            </w:r>
          </w:p>
          <w:p>
            <w:pPr>
              <w:spacing w:after="20" w:line="276" w:lineRule="auto"/>
            </w:pPr>
            <w:r>
              <w:rPr>
                <w:rFonts w:ascii="宋体" w:hAnsi="宋体" w:eastAsia="宋体"/>
                <w:b w:val="0"/>
                <w:sz w:val="18"/>
              </w:rPr>
              <w:t>学生小组开展设计活动，教师巡视，发现问题及时点拨。并提示学生关注明年2月是28天还是29天。</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设计递进式探究活动，引导学生在动手实践与合作交流中经历知识形成过程，突破本课重难点，核心问题："你都见过哪些年历？"</w:t>
            </w:r>
          </w:p>
        </w:tc>
      </w:tr>
      <w:tr>
        <w:tc>
          <w:tcPr>
            <w:tcW w:type="dxa" w:w="1474"/>
          </w:tcPr>
          <w:p>
            <w:pPr>
              <w:spacing w:after="20" w:line="276" w:lineRule="auto"/>
            </w:pPr>
            <w:r>
              <w:rPr>
                <w:b/>
              </w:rPr>
            </w:r>
            <w:r>
              <w:rPr>
                <w:rFonts w:ascii="宋体" w:hAnsi="宋体" w:eastAsia="宋体"/>
                <w:b/>
                <w:sz w:val="18"/>
              </w:rPr>
              <w:t>三、展示、交流与评比</w:t>
            </w:r>
          </w:p>
        </w:tc>
        <w:tc>
          <w:tcPr>
            <w:tcW w:type="dxa" w:w="3061"/>
          </w:tcPr>
          <w:p>
            <w:pPr>
              <w:spacing w:after="20" w:line="276" w:lineRule="auto"/>
            </w:pPr>
            <w:r/>
            <w:r>
              <w:rPr>
                <w:rFonts w:ascii="宋体" w:hAnsi="宋体" w:eastAsia="宋体"/>
                <w:b w:val="0"/>
                <w:sz w:val="18"/>
              </w:rPr>
              <w:t>1.每个小组推荐1人展示与交流。</w:t>
            </w:r>
          </w:p>
          <w:p>
            <w:pPr>
              <w:spacing w:after="20" w:line="276" w:lineRule="auto"/>
            </w:pPr>
            <w:r>
              <w:rPr>
                <w:rFonts w:ascii="宋体" w:hAnsi="宋体" w:eastAsia="宋体"/>
                <w:b w:val="0"/>
                <w:sz w:val="18"/>
              </w:rPr>
              <w:t>师生共同评价作品，从设计创意、制作技巧、团队合作等方面进行评价。</w:t>
            </w:r>
          </w:p>
          <w:p>
            <w:pPr>
              <w:spacing w:after="20" w:line="276" w:lineRule="auto"/>
            </w:pPr>
            <w:r>
              <w:rPr>
                <w:rFonts w:ascii="宋体" w:hAnsi="宋体" w:eastAsia="宋体"/>
                <w:b w:val="0"/>
                <w:sz w:val="18"/>
              </w:rPr>
              <w:t>2．归纳某月某日是星期几的方法。</w:t>
            </w:r>
          </w:p>
          <w:p>
            <w:pPr>
              <w:spacing w:after="20" w:line="276" w:lineRule="auto"/>
            </w:pPr>
            <w:r>
              <w:rPr>
                <w:rFonts w:ascii="宋体" w:hAnsi="宋体" w:eastAsia="宋体"/>
                <w:b w:val="0"/>
                <w:sz w:val="18"/>
              </w:rPr>
              <w:t>师：在制作年历的过程中，你们是怎么推导出哪一天是星期几的？</w:t>
            </w:r>
          </w:p>
          <w:p>
            <w:pPr>
              <w:spacing w:after="20" w:line="276" w:lineRule="auto"/>
            </w:pPr>
            <w:r>
              <w:rPr>
                <w:rFonts w:ascii="宋体" w:hAnsi="宋体" w:eastAsia="宋体"/>
                <w:b w:val="0"/>
                <w:sz w:val="18"/>
              </w:rPr>
              <w:t>师：如果不知道某年的1月1日是星期几，你们知道怎么推算某年某月任意一天是星期几吗？</w:t>
            </w:r>
          </w:p>
          <w:p>
            <w:pPr>
              <w:spacing w:after="20" w:line="276" w:lineRule="auto"/>
            </w:pPr>
            <w:r>
              <w:rPr>
                <w:rFonts w:ascii="宋体" w:hAnsi="宋体" w:eastAsia="宋体"/>
                <w:b w:val="0"/>
                <w:sz w:val="18"/>
              </w:rPr>
              <w:t>师生共同归纳总结：某年某月是星期几的简单的推算方法是先算出今天与所算日期之间的相隔天数(注意期间的大月、小月)，将相隔天数除以7(一周7天)，把余数加上今天的星期数，就是所求日期的星期数。这样就可以做出任何一年的年历或一个月的月历。</w:t>
            </w:r>
          </w:p>
        </w:tc>
        <w:tc>
          <w:tcPr>
            <w:tcW w:type="dxa" w:w="3061"/>
          </w:tcPr>
          <w:p>
            <w:pPr>
              <w:spacing w:after="20" w:line="276" w:lineRule="auto"/>
            </w:pPr>
            <w:r/>
            <w:r>
              <w:rPr>
                <w:rFonts w:ascii="宋体" w:hAnsi="宋体" w:eastAsia="宋体"/>
                <w:b w:val="0"/>
                <w:sz w:val="18"/>
              </w:rPr>
              <w:t>学生上台展示本组制作的年历，介绍制作年历的过程和想法，要说出自己独到之处。</w:t>
            </w:r>
          </w:p>
          <w:p>
            <w:pPr>
              <w:spacing w:after="20" w:line="276" w:lineRule="auto"/>
            </w:pPr>
            <w:r>
              <w:rPr>
                <w:rFonts w:ascii="宋体" w:hAnsi="宋体" w:eastAsia="宋体"/>
                <w:b w:val="0"/>
                <w:sz w:val="18"/>
              </w:rPr>
              <w:t>小组讨论、商量。</w:t>
            </w:r>
          </w:p>
          <w:p>
            <w:pPr>
              <w:spacing w:after="20" w:line="276" w:lineRule="auto"/>
            </w:pPr>
            <w:r>
              <w:rPr>
                <w:rFonts w:ascii="宋体" w:hAnsi="宋体" w:eastAsia="宋体"/>
                <w:b w:val="0"/>
                <w:sz w:val="18"/>
              </w:rPr>
              <w:t>知道了明年1月1日是星期几，就7天7天一循环，往后面写。</w:t>
            </w:r>
          </w:p>
        </w:tc>
        <w:tc>
          <w:tcPr>
            <w:tcW w:type="dxa" w:w="1814"/>
          </w:tcPr>
          <w:p>
            <w:pPr>
              <w:spacing w:after="20" w:line="276" w:lineRule="auto"/>
            </w:pPr>
            <w:r/>
            <w:r>
              <w:rPr>
                <w:rFonts w:ascii="宋体" w:hAnsi="宋体" w:eastAsia="宋体"/>
                <w:b w:val="0"/>
                <w:sz w:val="18"/>
              </w:rPr>
              <w:t>组织学生交流分享学习成果与思考过程，在互动中深化理解、提升数学表达能力，核心问题："在制作年历的过程中，你们是怎么推导出哪一天是星期几的？"</w:t>
            </w:r>
          </w:p>
        </w:tc>
      </w:tr>
      <w:tr>
        <w:tc>
          <w:tcPr>
            <w:tcW w:type="dxa" w:w="1474"/>
          </w:tcPr>
          <w:p>
            <w:pPr>
              <w:spacing w:after="20" w:line="276" w:lineRule="auto"/>
            </w:pPr>
            <w:r>
              <w:rPr>
                <w:b/>
              </w:rPr>
            </w:r>
            <w:r>
              <w:rPr>
                <w:rFonts w:ascii="宋体" w:hAnsi="宋体" w:eastAsia="宋体"/>
                <w:b/>
                <w:sz w:val="18"/>
              </w:rPr>
              <w:t>四、拓展提升</w:t>
            </w:r>
          </w:p>
        </w:tc>
        <w:tc>
          <w:tcPr>
            <w:tcW w:type="dxa" w:w="3061"/>
          </w:tcPr>
          <w:p>
            <w:pPr>
              <w:spacing w:after="20" w:line="276" w:lineRule="auto"/>
            </w:pPr>
            <w:r/>
            <w:r>
              <w:rPr>
                <w:rFonts w:ascii="宋体" w:hAnsi="宋体" w:eastAsia="宋体"/>
                <w:b w:val="0"/>
                <w:sz w:val="18"/>
              </w:rPr>
              <w:t>师：制好的年历，你准备做什么？(给自己用，送给朋友，送给老师)</w:t>
            </w:r>
          </w:p>
          <w:p>
            <w:pPr>
              <w:spacing w:after="20" w:line="276" w:lineRule="auto"/>
            </w:pPr>
            <w:r>
              <w:rPr>
                <w:rFonts w:ascii="宋体" w:hAnsi="宋体" w:eastAsia="宋体"/>
                <w:b w:val="0"/>
                <w:sz w:val="18"/>
              </w:rPr>
              <w:t>师：你们制作的年历还能做什么？(了解时间、记录时间、统计出每月出生的人数等)</w:t>
            </w:r>
          </w:p>
          <w:p>
            <w:pPr>
              <w:spacing w:after="20" w:line="276" w:lineRule="auto"/>
            </w:pPr>
            <w:r>
              <w:rPr>
                <w:rFonts w:ascii="宋体" w:hAnsi="宋体" w:eastAsia="宋体"/>
                <w:b w:val="0"/>
                <w:sz w:val="18"/>
              </w:rPr>
              <w:t>师：课后查阅资料，进一步了解关于年历、节日的故事。</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围绕环节目标组织学习活动，引导学生主动参与、积极思考，核心问题："制好的年历，你准备做什么？"</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师：说说通过这节制作年历的课，你有什么收获呢？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通过观察了解年历的基本结构，通过讨论掌握年历的基本制作步骤。在此基础上，充分发挥学生的自主性和创造力，让他们小组合作，综合运用多学科知识和经验，创造性地从年历内容、排版、美术设计等几个方面制作年历，鼓励学生制作出有创意的年历。</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年历设计师</w:t>
      </w:r>
    </w:p>
    <w:p>
      <w:pPr>
        <w:spacing w:after="40" w:line="300" w:lineRule="auto"/>
      </w:pPr>
      <w:r>
        <w:rPr>
          <w:rFonts w:ascii="宋体" w:hAnsi="宋体" w:eastAsia="宋体"/>
          <w:b w:val="0"/>
          <w:sz w:val="20"/>
        </w:rPr>
        <w:t>年历：月份、日期、星期</w:t>
      </w:r>
    </w:p>
    <w:p>
      <w:pPr>
        <w:spacing w:after="40" w:line="300" w:lineRule="auto"/>
      </w:pPr>
      <w:r>
        <w:rPr>
          <w:rFonts w:ascii="宋体" w:hAnsi="宋体" w:eastAsia="宋体"/>
          <w:b w:val="0"/>
          <w:sz w:val="20"/>
        </w:rPr>
        <w:t>月历：</w:t>
      </w:r>
    </w:p>
    <w:p>
      <w:pPr>
        <w:spacing w:after="40" w:line="300" w:lineRule="auto"/>
      </w:pPr>
      <w:r>
        <w:rPr>
          <w:rFonts w:ascii="宋体" w:hAnsi="宋体" w:eastAsia="宋体"/>
          <w:b w:val="0"/>
          <w:sz w:val="20"/>
        </w:rPr>
        <w:t>第一行：星期日、星期一、星期二……星期六</w:t>
      </w:r>
    </w:p>
    <w:p>
      <w:pPr>
        <w:spacing w:after="40" w:line="300" w:lineRule="auto"/>
      </w:pPr>
      <w:r>
        <w:rPr>
          <w:rFonts w:ascii="宋体" w:hAnsi="宋体" w:eastAsia="宋体"/>
          <w:b w:val="0"/>
          <w:sz w:val="20"/>
        </w:rPr>
        <w:t>第二行：日期</w:t>
      </w:r>
    </w:p>
    <w:p>
      <w:pPr>
        <w:spacing w:after="40" w:line="300" w:lineRule="auto"/>
      </w:pPr>
      <w:r>
        <w:rPr>
          <w:rFonts w:ascii="宋体" w:hAnsi="宋体" w:eastAsia="宋体"/>
          <w:b w:val="0"/>
          <w:sz w:val="20"/>
        </w:rPr>
        <w:t>日期下面小字：农历初几或节气、节日</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教科书P82，教科书P83“做一做”。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次实践活动充分调动了学生的生活经验和多学科知识方法，运用已有数学方法和数学知识创造性地开展设计活动，制作出了各具特色的年历，并提供了宽松的平台，引导学生展示交流、各抒己见，突出了综合实践活动的特点，有效地实现了课程目标。</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小讲堂</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小讲堂</w:t>
            </w:r>
          </w:p>
        </w:tc>
        <w:tc>
          <w:tcPr>
            <w:tcW w:type="dxa" w:w="6009"/>
          </w:tcPr>
          <w:p>
            <w:pPr>
              <w:spacing w:after="20" w:line="276" w:lineRule="auto"/>
            </w:pPr>
            <w:r/>
            <w:r>
              <w:rPr>
                <w:rFonts w:ascii="宋体" w:hAnsi="宋体" w:eastAsia="宋体"/>
                <w:b w:val="0"/>
                <w:sz w:val="20"/>
              </w:rPr>
              <w:t>年、月、日的秘密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教学内容：教科书P83～85及“试一试”。</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（1）通过实践活动，了解我国与年、月、日有关的相关知识，如二十四节气，公历、农历等历法。</w:t>
      </w:r>
    </w:p>
    <w:p>
      <w:pPr>
        <w:spacing w:after="20" w:line="300" w:lineRule="auto"/>
        <w:ind w:firstLine="400"/>
      </w:pPr>
      <w:r>
        <w:rPr>
          <w:rFonts w:ascii="宋体" w:hAnsi="宋体" w:eastAsia="宋体"/>
          <w:b w:val="0"/>
          <w:sz w:val="20"/>
        </w:rPr>
        <w:t>（2）探索我国传统文化的历史渊源，增加民族自豪感。</w:t>
      </w:r>
    </w:p>
    <w:p>
      <w:pPr>
        <w:spacing w:after="20" w:line="300" w:lineRule="auto"/>
      </w:pPr>
      <w:r>
        <w:rPr>
          <w:rFonts w:ascii="宋体" w:hAnsi="宋体" w:eastAsia="宋体"/>
          <w:b w:val="0"/>
          <w:sz w:val="20"/>
        </w:rPr>
        <w:t>教学重点：让学生通过实践活动，了解我国与年、月、日相关的传统节气、节日及文化。</w:t>
      </w:r>
    </w:p>
    <w:p>
      <w:pPr>
        <w:spacing w:after="20" w:line="300" w:lineRule="auto"/>
      </w:pPr>
      <w:r>
        <w:rPr>
          <w:rFonts w:ascii="宋体" w:hAnsi="宋体" w:eastAsia="宋体"/>
          <w:b w:val="0"/>
          <w:sz w:val="20"/>
        </w:rPr>
        <w:t>教学难点：引导学生主动探索我国古代历法的历史渊源、独特价值。</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一、师生交流，确定活动主题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有些年历的日期下面有一些小字，知道这些小字表示的是什么吗？；你们知道这里的农历、二十四节气是怎么回事吗？能给同学们介绍一下吗？</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二、活动准备</w:t>
            </w:r>
          </w:p>
        </w:tc>
        <w:tc>
          <w:tcPr>
            <w:tcW w:type="dxa" w:w="1814"/>
          </w:tcPr>
          <w:p>
            <w:pPr>
              <w:spacing w:after="20" w:line="276" w:lineRule="auto"/>
            </w:pPr>
            <w:r/>
            <w:r>
              <w:rPr>
                <w:rFonts w:ascii="宋体" w:hAnsi="宋体" w:eastAsia="宋体"/>
                <w:b w:val="0"/>
                <w:sz w:val="18"/>
              </w:rPr>
              <w:t>图片、视频、课件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三、实践活动</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四、成果展示</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五、成果评价</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六、活动小结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七、实践作业</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在成果展示的时候，我们都听过小组的汇报，他们介绍了通过圭表测影确定二十四节气的方法，你们都听懂了吗？</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八、课堂小结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说说通过这节实践活动课，你们有哪些收获呢？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一、师生交流，确定活动主题</w:t>
            </w:r>
          </w:p>
        </w:tc>
        <w:tc>
          <w:tcPr>
            <w:tcW w:type="dxa" w:w="3061"/>
          </w:tcPr>
          <w:p>
            <w:pPr>
              <w:spacing w:after="20" w:line="276" w:lineRule="auto"/>
            </w:pPr>
            <w:r/>
            <w:r>
              <w:rPr>
                <w:rFonts w:ascii="宋体" w:hAnsi="宋体" w:eastAsia="宋体"/>
                <w:b w:val="0"/>
                <w:sz w:val="18"/>
              </w:rPr>
              <w:t>师：同学们，在前面我们制作了年历。</w:t>
            </w:r>
          </w:p>
          <w:p>
            <w:pPr>
              <w:spacing w:after="20" w:line="276" w:lineRule="auto"/>
            </w:pPr>
            <w:r>
              <w:rPr>
                <w:rFonts w:ascii="宋体" w:hAnsi="宋体" w:eastAsia="宋体"/>
                <w:b w:val="0"/>
                <w:sz w:val="18"/>
              </w:rPr>
              <w:t>课件出示一张带有农历、节气的年历。</w:t>
            </w:r>
          </w:p>
          <w:p>
            <w:pPr>
              <w:spacing w:after="20" w:line="276" w:lineRule="auto"/>
            </w:pPr>
            <w:r>
              <w:rPr>
                <w:rFonts w:ascii="宋体" w:hAnsi="宋体" w:eastAsia="宋体"/>
                <w:b w:val="0"/>
                <w:sz w:val="18"/>
              </w:rPr>
              <w:t>师：有些年历的日期下面有一些小字，知道这些小字表示的是什么吗？</w:t>
            </w:r>
          </w:p>
          <w:p>
            <w:pPr>
              <w:spacing w:after="20" w:line="276" w:lineRule="auto"/>
            </w:pPr>
            <w:r>
              <w:rPr>
                <w:rFonts w:ascii="宋体" w:hAnsi="宋体" w:eastAsia="宋体"/>
                <w:b w:val="0"/>
                <w:sz w:val="18"/>
              </w:rPr>
              <w:t>师：你们知道这里的农历、二十四节气是怎么回事吗？能给同学们介绍一下吗？</w:t>
            </w:r>
          </w:p>
          <w:p>
            <w:pPr>
              <w:spacing w:after="20" w:line="276" w:lineRule="auto"/>
            </w:pPr>
            <w:r>
              <w:rPr>
                <w:rFonts w:ascii="宋体" w:hAnsi="宋体" w:eastAsia="宋体"/>
                <w:b w:val="0"/>
                <w:sz w:val="18"/>
              </w:rPr>
              <w:t>师：我国是文明古国，有很多的发明创造。我国古人非常有智慧，根据自然规律设计了时间、节气、节日，你们对其中哪些有兴趣呢？</w:t>
            </w:r>
          </w:p>
          <w:p>
            <w:pPr>
              <w:spacing w:after="20" w:line="276" w:lineRule="auto"/>
            </w:pPr>
            <w:r>
              <w:rPr>
                <w:rFonts w:ascii="宋体" w:hAnsi="宋体" w:eastAsia="宋体"/>
                <w:b w:val="0"/>
                <w:sz w:val="18"/>
              </w:rPr>
              <w:t>2．在教师的引导下，生成以下活动主题。</w:t>
            </w:r>
          </w:p>
          <w:p>
            <w:pPr>
              <w:spacing w:after="20" w:line="276" w:lineRule="auto"/>
            </w:pPr>
            <w:r>
              <w:rPr>
                <w:rFonts w:ascii="宋体" w:hAnsi="宋体" w:eastAsia="宋体"/>
                <w:b w:val="0"/>
                <w:sz w:val="18"/>
              </w:rPr>
              <w:t>(1)二十四节气与圭表测影</w:t>
            </w:r>
          </w:p>
          <w:p>
            <w:pPr>
              <w:spacing w:after="20" w:line="276" w:lineRule="auto"/>
            </w:pPr>
            <w:r>
              <w:rPr>
                <w:rFonts w:ascii="宋体" w:hAnsi="宋体" w:eastAsia="宋体"/>
                <w:b w:val="0"/>
                <w:sz w:val="18"/>
              </w:rPr>
              <w:t>(2)二十四节气中的民间歌谣</w:t>
            </w:r>
          </w:p>
          <w:p>
            <w:pPr>
              <w:spacing w:after="20" w:line="276" w:lineRule="auto"/>
            </w:pPr>
            <w:r>
              <w:rPr>
                <w:rFonts w:ascii="宋体" w:hAnsi="宋体" w:eastAsia="宋体"/>
                <w:b w:val="0"/>
                <w:sz w:val="18"/>
              </w:rPr>
              <w:t>(3)农历的由来</w:t>
            </w:r>
          </w:p>
          <w:p>
            <w:pPr>
              <w:spacing w:after="20" w:line="276" w:lineRule="auto"/>
            </w:pPr>
            <w:r>
              <w:rPr>
                <w:rFonts w:ascii="宋体" w:hAnsi="宋体" w:eastAsia="宋体"/>
                <w:b w:val="0"/>
                <w:sz w:val="18"/>
              </w:rPr>
              <w:t>(4)农历与农耕</w:t>
            </w:r>
          </w:p>
          <w:p>
            <w:pPr>
              <w:spacing w:after="20" w:line="276" w:lineRule="auto"/>
            </w:pPr>
            <w:r>
              <w:rPr>
                <w:rFonts w:ascii="宋体" w:hAnsi="宋体" w:eastAsia="宋体"/>
                <w:b w:val="0"/>
                <w:sz w:val="18"/>
              </w:rPr>
              <w:t>(5)我国的传统节日</w:t>
            </w:r>
          </w:p>
          <w:p>
            <w:pPr>
              <w:spacing w:after="20" w:line="276" w:lineRule="auto"/>
            </w:pPr>
            <w:r>
              <w:rPr>
                <w:rFonts w:ascii="宋体" w:hAnsi="宋体" w:eastAsia="宋体"/>
                <w:b w:val="0"/>
                <w:sz w:val="18"/>
              </w:rPr>
              <w:t>选择相同主题的同学可以自由组合，4～6人为一小组。</w:t>
            </w:r>
          </w:p>
        </w:tc>
        <w:tc>
          <w:tcPr>
            <w:tcW w:type="dxa" w:w="3061"/>
          </w:tcPr>
          <w:p>
            <w:pPr>
              <w:spacing w:after="20" w:line="276" w:lineRule="auto"/>
            </w:pPr>
            <w:r/>
            <w:r>
              <w:rPr>
                <w:rFonts w:ascii="宋体" w:hAnsi="宋体" w:eastAsia="宋体"/>
                <w:b w:val="0"/>
                <w:sz w:val="18"/>
              </w:rPr>
              <w:t>有的是我国农历日期，有的是我国的二十四节气，还有的是重要节日。(教师适时板书)</w:t>
            </w:r>
          </w:p>
          <w:p>
            <w:pPr>
              <w:spacing w:after="20" w:line="276" w:lineRule="auto"/>
            </w:pPr>
            <w:r>
              <w:rPr>
                <w:rFonts w:ascii="宋体" w:hAnsi="宋体" w:eastAsia="宋体"/>
                <w:b w:val="0"/>
                <w:sz w:val="18"/>
              </w:rPr>
              <w:t>有部分学生对农历、二十四节气、我国传统节日有所了解，能简单介绍。</w:t>
            </w:r>
          </w:p>
          <w:p>
            <w:pPr>
              <w:spacing w:after="20" w:line="276" w:lineRule="auto"/>
            </w:pPr>
            <w:r>
              <w:rPr>
                <w:rFonts w:ascii="宋体" w:hAnsi="宋体" w:eastAsia="宋体"/>
                <w:b w:val="0"/>
                <w:sz w:val="18"/>
              </w:rPr>
              <w:t>1．学生自由交流自己感兴趣的内容。</w:t>
            </w:r>
          </w:p>
          <w:p>
            <w:pPr>
              <w:spacing w:after="20" w:line="276" w:lineRule="auto"/>
            </w:pPr>
            <w:r>
              <w:rPr>
                <w:rFonts w:ascii="宋体" w:hAnsi="宋体" w:eastAsia="宋体"/>
                <w:b w:val="0"/>
                <w:sz w:val="18"/>
              </w:rPr>
              <w:t>学生可以根据自己的兴趣，确定其他关于年、月、日的主题。</w:t>
            </w:r>
          </w:p>
          <w:p>
            <w:pPr>
              <w:spacing w:after="20" w:line="276" w:lineRule="auto"/>
            </w:pPr>
            <w:r>
              <w:rPr>
                <w:rFonts w:ascii="宋体" w:hAnsi="宋体" w:eastAsia="宋体"/>
                <w:b w:val="0"/>
                <w:sz w:val="18"/>
              </w:rPr>
              <w:t>3．学生根据自己的兴趣选定活动主题。</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设计递进式探究活动，引导学生在动手实践与合作交流中经历知识形成过程，突破本课重难点，核心问题："有些年历的日期下面有一些小字，知道这些小字表示的是什么吗？"</w:t>
            </w:r>
          </w:p>
        </w:tc>
      </w:tr>
      <w:tr>
        <w:tc>
          <w:tcPr>
            <w:tcW w:type="dxa" w:w="1474"/>
          </w:tcPr>
          <w:p>
            <w:pPr>
              <w:spacing w:after="20" w:line="276" w:lineRule="auto"/>
            </w:pPr>
            <w:r>
              <w:rPr>
                <w:b/>
              </w:rPr>
            </w:r>
            <w:r>
              <w:rPr>
                <w:rFonts w:ascii="宋体" w:hAnsi="宋体" w:eastAsia="宋体"/>
                <w:b/>
                <w:sz w:val="18"/>
              </w:rPr>
              <w:t>二、活动准备</w:t>
            </w:r>
          </w:p>
        </w:tc>
        <w:tc>
          <w:tcPr>
            <w:tcW w:type="dxa" w:w="3061"/>
          </w:tcPr>
          <w:p>
            <w:pPr>
              <w:spacing w:after="20" w:line="276" w:lineRule="auto"/>
            </w:pPr>
            <w:r/>
            <w:r>
              <w:rPr>
                <w:rFonts w:ascii="宋体" w:hAnsi="宋体" w:eastAsia="宋体"/>
                <w:b w:val="0"/>
                <w:sz w:val="18"/>
              </w:rPr>
              <w:t>1.根据活动主题，确定研究目标和研究内容。</w:t>
            </w:r>
          </w:p>
          <w:p>
            <w:pPr>
              <w:spacing w:after="20" w:line="276" w:lineRule="auto"/>
            </w:pPr>
            <w:r>
              <w:rPr>
                <w:rFonts w:ascii="宋体" w:hAnsi="宋体" w:eastAsia="宋体"/>
                <w:b w:val="0"/>
                <w:sz w:val="18"/>
              </w:rPr>
              <w:t>2．根据研究目标和研究内容确定研究方法。</w:t>
            </w:r>
          </w:p>
          <w:p>
            <w:pPr>
              <w:spacing w:after="20" w:line="276" w:lineRule="auto"/>
            </w:pPr>
            <w:r>
              <w:rPr>
                <w:rFonts w:ascii="宋体" w:hAnsi="宋体" w:eastAsia="宋体"/>
                <w:b w:val="0"/>
                <w:sz w:val="18"/>
              </w:rPr>
              <w:t>上网或到图书馆查询资料，到博物馆参观，做实验印证古人的方法等。</w:t>
            </w:r>
          </w:p>
          <w:p>
            <w:pPr>
              <w:spacing w:after="20" w:line="276" w:lineRule="auto"/>
            </w:pPr>
            <w:r>
              <w:rPr>
                <w:rFonts w:ascii="宋体" w:hAnsi="宋体" w:eastAsia="宋体"/>
                <w:b w:val="0"/>
                <w:sz w:val="18"/>
              </w:rPr>
              <w:t>3．确定研究成果的呈现形式。</w:t>
            </w:r>
          </w:p>
          <w:p>
            <w:pPr>
              <w:spacing w:after="20" w:line="276" w:lineRule="auto"/>
            </w:pPr>
            <w:r>
              <w:rPr>
                <w:rFonts w:ascii="宋体" w:hAnsi="宋体" w:eastAsia="宋体"/>
                <w:b w:val="0"/>
                <w:sz w:val="18"/>
              </w:rPr>
              <w:t>如图片、视频、文本、手工制作、研究报告等形式。</w:t>
            </w:r>
          </w:p>
        </w:tc>
        <w:tc>
          <w:tcPr>
            <w:tcW w:type="dxa" w:w="3061"/>
          </w:tcPr>
          <w:p>
            <w:pPr>
              <w:spacing w:after="20" w:line="276" w:lineRule="auto"/>
            </w:pPr>
            <w:r/>
            <w:r>
              <w:rPr>
                <w:rFonts w:ascii="宋体" w:hAnsi="宋体" w:eastAsia="宋体"/>
                <w:b w:val="0"/>
                <w:sz w:val="18"/>
              </w:rPr>
              <w:t>4．小组分工。</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三、实践活动</w:t>
            </w:r>
          </w:p>
        </w:tc>
        <w:tc>
          <w:tcPr>
            <w:tcW w:type="dxa" w:w="3061"/>
          </w:tcPr>
          <w:p>
            <w:pPr>
              <w:spacing w:after="20" w:line="276" w:lineRule="auto"/>
            </w:pPr>
            <w:r/>
            <w:r>
              <w:rPr>
                <w:rFonts w:ascii="宋体" w:hAnsi="宋体" w:eastAsia="宋体"/>
                <w:b w:val="0"/>
                <w:sz w:val="18"/>
              </w:rPr>
              <w:t>各小组按照既定的研究方案开展活动，在活动实施过程中，教师适时指导。</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四、成果展示</w:t>
            </w:r>
          </w:p>
        </w:tc>
        <w:tc>
          <w:tcPr>
            <w:tcW w:type="dxa" w:w="3061"/>
          </w:tcPr>
          <w:p>
            <w:pPr>
              <w:spacing w:after="20" w:line="276" w:lineRule="auto"/>
            </w:pPr>
            <w:r/>
            <w:r>
              <w:rPr>
                <w:rFonts w:ascii="宋体" w:hAnsi="宋体" w:eastAsia="宋体"/>
                <w:b w:val="0"/>
                <w:sz w:val="18"/>
              </w:rPr>
              <w:t>各小组指定成员展示交流本组的研究成果。</w:t>
            </w:r>
          </w:p>
          <w:p>
            <w:pPr>
              <w:spacing w:after="20" w:line="276" w:lineRule="auto"/>
            </w:pPr>
            <w:r>
              <w:rPr>
                <w:rFonts w:ascii="宋体" w:hAnsi="宋体" w:eastAsia="宋体"/>
                <w:b w:val="0"/>
                <w:sz w:val="18"/>
              </w:rPr>
              <w:t>展示要求：</w:t>
            </w:r>
          </w:p>
          <w:p>
            <w:pPr>
              <w:spacing w:after="20" w:line="276" w:lineRule="auto"/>
            </w:pPr>
            <w:r>
              <w:rPr>
                <w:rFonts w:ascii="宋体" w:hAnsi="宋体" w:eastAsia="宋体"/>
                <w:b w:val="0"/>
                <w:sz w:val="18"/>
              </w:rPr>
              <w:t>1．介绍研究的主要过程、主要内容和收获。</w:t>
            </w:r>
          </w:p>
          <w:p>
            <w:pPr>
              <w:spacing w:after="20" w:line="276" w:lineRule="auto"/>
            </w:pPr>
            <w:r>
              <w:rPr>
                <w:rFonts w:ascii="宋体" w:hAnsi="宋体" w:eastAsia="宋体"/>
                <w:b w:val="0"/>
                <w:sz w:val="18"/>
              </w:rPr>
              <w:t>2．介绍研究的价值。</w:t>
            </w:r>
          </w:p>
          <w:p>
            <w:pPr>
              <w:spacing w:after="20" w:line="276" w:lineRule="auto"/>
            </w:pPr>
            <w:r>
              <w:rPr>
                <w:rFonts w:ascii="宋体" w:hAnsi="宋体" w:eastAsia="宋体"/>
                <w:b w:val="0"/>
                <w:sz w:val="18"/>
              </w:rPr>
              <w:t>3．通过研究有哪些新的想法或发现。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组织学生交流分享学习成果与思考过程，在互动中深化理解、提升数学表达能力。</w:t>
            </w:r>
          </w:p>
        </w:tc>
      </w:tr>
      <w:tr>
        <w:tc>
          <w:tcPr>
            <w:tcW w:type="dxa" w:w="1474"/>
          </w:tcPr>
          <w:p>
            <w:pPr>
              <w:spacing w:after="20" w:line="276" w:lineRule="auto"/>
            </w:pPr>
            <w:r>
              <w:rPr>
                <w:b/>
              </w:rPr>
            </w:r>
            <w:r>
              <w:rPr>
                <w:rFonts w:ascii="宋体" w:hAnsi="宋体" w:eastAsia="宋体"/>
                <w:b/>
                <w:sz w:val="18"/>
              </w:rPr>
              <w:t>五、成果评价</w:t>
            </w:r>
          </w:p>
        </w:tc>
        <w:tc>
          <w:tcPr>
            <w:tcW w:type="dxa" w:w="3061"/>
          </w:tcPr>
          <w:p>
            <w:pPr>
              <w:spacing w:after="20" w:line="276" w:lineRule="auto"/>
            </w:pPr>
            <w:r/>
            <w:r>
              <w:rPr>
                <w:rFonts w:ascii="宋体" w:hAnsi="宋体" w:eastAsia="宋体"/>
                <w:b w:val="0"/>
                <w:sz w:val="18"/>
              </w:rPr>
              <w:t>1.师生评价。</w:t>
            </w:r>
          </w:p>
          <w:p>
            <w:pPr>
              <w:spacing w:after="20" w:line="276" w:lineRule="auto"/>
            </w:pPr>
            <w:r>
              <w:rPr>
                <w:rFonts w:ascii="宋体" w:hAnsi="宋体" w:eastAsia="宋体"/>
                <w:b w:val="0"/>
                <w:sz w:val="18"/>
              </w:rPr>
              <w:t>针对各组的汇报，师生进行评价，发现研究的亮点进行鼓励，针对不足提出完善建议。</w:t>
            </w:r>
          </w:p>
          <w:p>
            <w:pPr>
              <w:spacing w:after="20" w:line="276" w:lineRule="auto"/>
            </w:pPr>
            <w:r>
              <w:rPr>
                <w:rFonts w:ascii="宋体" w:hAnsi="宋体" w:eastAsia="宋体"/>
                <w:b w:val="0"/>
                <w:sz w:val="18"/>
              </w:rPr>
              <w:t>研究同一主题的小组相互评价，互相补充。</w:t>
            </w:r>
          </w:p>
          <w:p>
            <w:pPr>
              <w:spacing w:after="20" w:line="276" w:lineRule="auto"/>
            </w:pPr>
            <w:r>
              <w:rPr>
                <w:rFonts w:ascii="宋体" w:hAnsi="宋体" w:eastAsia="宋体"/>
                <w:b w:val="0"/>
                <w:sz w:val="18"/>
              </w:rPr>
              <w:t>3．收获与感想。</w:t>
            </w:r>
          </w:p>
        </w:tc>
        <w:tc>
          <w:tcPr>
            <w:tcW w:type="dxa" w:w="3061"/>
          </w:tcPr>
          <w:p>
            <w:pPr>
              <w:spacing w:after="20" w:line="276" w:lineRule="auto"/>
            </w:pPr>
            <w:r/>
            <w:r>
              <w:rPr>
                <w:rFonts w:ascii="宋体" w:hAnsi="宋体" w:eastAsia="宋体"/>
                <w:b w:val="0"/>
                <w:sz w:val="18"/>
              </w:rPr>
              <w:t>2．小组互评。</w:t>
            </w:r>
          </w:p>
          <w:p>
            <w:pPr>
              <w:spacing w:after="20" w:line="276" w:lineRule="auto"/>
            </w:pPr>
            <w:r>
              <w:rPr>
                <w:rFonts w:ascii="宋体" w:hAnsi="宋体" w:eastAsia="宋体"/>
                <w:b w:val="0"/>
                <w:sz w:val="18"/>
              </w:rPr>
              <w:t>学生在教科书P85“成长小档案”中写一写或画一画在活动中的收获与感想。</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六、活动小结</w:t>
            </w:r>
          </w:p>
        </w:tc>
        <w:tc>
          <w:tcPr>
            <w:tcW w:type="dxa" w:w="3061"/>
          </w:tcPr>
          <w:p>
            <w:pPr>
              <w:spacing w:after="20" w:line="276" w:lineRule="auto"/>
            </w:pPr>
            <w:r/>
            <w:r>
              <w:rPr>
                <w:rFonts w:ascii="宋体" w:hAnsi="宋体" w:eastAsia="宋体"/>
                <w:b w:val="0"/>
                <w:sz w:val="18"/>
              </w:rPr>
              <w:t>教师引导学生针对活动过程和活动结果进行总结。</w:t>
            </w:r>
          </w:p>
          <w:p>
            <w:pPr>
              <w:spacing w:after="20" w:line="276" w:lineRule="auto"/>
            </w:pPr>
            <w:r>
              <w:rPr>
                <w:rFonts w:ascii="宋体" w:hAnsi="宋体" w:eastAsia="宋体"/>
                <w:b w:val="0"/>
                <w:sz w:val="18"/>
              </w:rPr>
              <w:t>1．总结经验。</w:t>
            </w:r>
          </w:p>
          <w:p>
            <w:pPr>
              <w:spacing w:after="20" w:line="276" w:lineRule="auto"/>
            </w:pPr>
            <w:r>
              <w:rPr>
                <w:rFonts w:ascii="宋体" w:hAnsi="宋体" w:eastAsia="宋体"/>
                <w:b w:val="0"/>
                <w:sz w:val="18"/>
              </w:rPr>
              <w:t>2．反思不足。</w:t>
            </w:r>
          </w:p>
          <w:p>
            <w:pPr>
              <w:spacing w:after="20" w:line="276" w:lineRule="auto"/>
            </w:pPr>
            <w:r>
              <w:rPr>
                <w:rFonts w:ascii="宋体" w:hAnsi="宋体" w:eastAsia="宋体"/>
                <w:b w:val="0"/>
                <w:sz w:val="18"/>
              </w:rPr>
              <w:t>3．总结收获。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七、实践作业</w:t>
            </w:r>
          </w:p>
        </w:tc>
        <w:tc>
          <w:tcPr>
            <w:tcW w:type="dxa" w:w="3061"/>
          </w:tcPr>
          <w:p>
            <w:pPr>
              <w:spacing w:after="20" w:line="276" w:lineRule="auto"/>
            </w:pPr>
            <w:r/>
            <w:r>
              <w:rPr>
                <w:rFonts w:ascii="宋体" w:hAnsi="宋体" w:eastAsia="宋体"/>
                <w:b w:val="0"/>
                <w:sz w:val="18"/>
              </w:rPr>
              <w:t>师：在成果展示的时候，我们都听过小组的汇报，他们介绍了通过圭表测影确定二十四节气的方法，你们都听懂了吗？</w:t>
            </w:r>
          </w:p>
          <w:p>
            <w:pPr>
              <w:spacing w:after="20" w:line="276" w:lineRule="auto"/>
            </w:pPr>
            <w:r>
              <w:rPr>
                <w:rFonts w:ascii="宋体" w:hAnsi="宋体" w:eastAsia="宋体"/>
                <w:b w:val="0"/>
                <w:sz w:val="18"/>
              </w:rPr>
              <w:t>师：如果还有同学没有听懂，可以自己查资料，再了解一下圭表测影，我们也仿照这种方法做一个实验。</w:t>
            </w:r>
          </w:p>
          <w:p>
            <w:pPr>
              <w:spacing w:after="20" w:line="276" w:lineRule="auto"/>
            </w:pPr>
            <w:r>
              <w:rPr>
                <w:rFonts w:ascii="宋体" w:hAnsi="宋体" w:eastAsia="宋体"/>
                <w:b w:val="0"/>
                <w:sz w:val="18"/>
              </w:rPr>
              <w:t>课件出示教科书P85“试一试”。</w:t>
            </w:r>
          </w:p>
        </w:tc>
        <w:tc>
          <w:tcPr>
            <w:tcW w:type="dxa" w:w="3061"/>
          </w:tcPr>
          <w:p>
            <w:pPr>
              <w:spacing w:after="20" w:line="276" w:lineRule="auto"/>
            </w:pPr>
            <w:r/>
            <w:r>
              <w:rPr>
                <w:rFonts w:ascii="宋体" w:hAnsi="宋体" w:eastAsia="宋体"/>
                <w:b w:val="0"/>
                <w:sz w:val="18"/>
              </w:rPr>
              <w:t>大部分同学听懂了。</w:t>
            </w:r>
          </w:p>
          <w:p>
            <w:pPr>
              <w:spacing w:after="20" w:line="276" w:lineRule="auto"/>
            </w:pPr>
            <w:r>
              <w:rPr>
                <w:rFonts w:ascii="宋体" w:hAnsi="宋体" w:eastAsia="宋体"/>
                <w:b w:val="0"/>
                <w:sz w:val="18"/>
              </w:rPr>
              <w:t>学生课外自主完成：可以在校内某个平台中央竖一根2米长的杆子，规定每天的某个课间时，同学们去观察、记录，一个月后某个时间再集中汇报，通过数据分析规律。</w:t>
            </w:r>
          </w:p>
        </w:tc>
        <w:tc>
          <w:tcPr>
            <w:tcW w:type="dxa" w:w="1814"/>
          </w:tcPr>
          <w:p>
            <w:pPr>
              <w:spacing w:after="20" w:line="276" w:lineRule="auto"/>
            </w:pPr>
            <w:r/>
            <w:r>
              <w:rPr>
                <w:rFonts w:ascii="宋体" w:hAnsi="宋体" w:eastAsia="宋体"/>
                <w:b w:val="0"/>
                <w:sz w:val="18"/>
              </w:rPr>
              <w:t>围绕环节目标组织学习活动，引导学生主动参与、积极思考，核心问题："在成果展示的时候，我们都听过小组的汇报，他们介绍了通过圭表测影确定二十四节气的方法，你们都听懂了吗？"</w:t>
            </w:r>
          </w:p>
        </w:tc>
      </w:tr>
      <w:tr>
        <w:tc>
          <w:tcPr>
            <w:tcW w:type="dxa" w:w="1474"/>
          </w:tcPr>
          <w:p>
            <w:pPr>
              <w:spacing w:after="20" w:line="276" w:lineRule="auto"/>
            </w:pPr>
            <w:r>
              <w:rPr>
                <w:b/>
              </w:rPr>
            </w:r>
            <w:r>
              <w:rPr>
                <w:rFonts w:ascii="宋体" w:hAnsi="宋体" w:eastAsia="宋体"/>
                <w:b/>
                <w:sz w:val="18"/>
              </w:rPr>
              <w:t>八、课堂小结</w:t>
            </w:r>
          </w:p>
        </w:tc>
        <w:tc>
          <w:tcPr>
            <w:tcW w:type="dxa" w:w="3061"/>
          </w:tcPr>
          <w:p>
            <w:pPr>
              <w:spacing w:after="20" w:line="276" w:lineRule="auto"/>
            </w:pPr>
            <w:r/>
            <w:r>
              <w:rPr>
                <w:rFonts w:ascii="宋体" w:hAnsi="宋体" w:eastAsia="宋体"/>
                <w:b w:val="0"/>
                <w:sz w:val="18"/>
              </w:rPr>
              <w:t>师：说说通过这节实践活动课，你们有哪些收获呢？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次综合实践活动充分尊重学生的兴趣，充分发挥他们的主体作用，引导他们自主选题，综合运用多学科知识，课内外相结合开展实践活动。在活动中，教师当好辅助者，及时为学生提供帮助，让学生突破学科界限，突破课堂局限，引导学生研究年、月、日的相关知识，发展学生的实践能力和创新意识。</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小讲堂</w:t>
      </w:r>
    </w:p>
    <w:p>
      <w:pPr>
        <w:spacing w:after="40" w:line="300" w:lineRule="auto"/>
      </w:pPr>
      <w:r>
        <w:rPr>
          <w:rFonts w:ascii="宋体" w:hAnsi="宋体" w:eastAsia="宋体"/>
          <w:b w:val="0"/>
          <w:sz w:val="20"/>
        </w:rPr>
        <w:t>二十四节气</w:t>
      </w:r>
    </w:p>
    <w:p>
      <w:pPr>
        <w:spacing w:after="40" w:line="300" w:lineRule="auto"/>
      </w:pPr>
      <w:r>
        <w:rPr>
          <w:rFonts w:ascii="宋体" w:hAnsi="宋体" w:eastAsia="宋体"/>
          <w:b w:val="0"/>
          <w:sz w:val="20"/>
        </w:rPr>
        <w:t>公历与农历</w:t>
      </w:r>
    </w:p>
    <w:p>
      <w:pPr>
        <w:spacing w:after="40" w:line="300" w:lineRule="auto"/>
      </w:pPr>
      <w:r>
        <w:rPr>
          <w:rFonts w:ascii="宋体" w:hAnsi="宋体" w:eastAsia="宋体"/>
          <w:b w:val="0"/>
          <w:sz w:val="20"/>
        </w:rPr>
        <w:t>我国传统节日：春节、清明节、端午节、中秋节等</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教科书P83～85及“试一试”。</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次综合实践活动跟传统的课堂教学不同，教科书提供的素材只是作为线索和部分学生的参考资料，无论是学习内容还是学习方式都具有极大的开放性，所以本次活动课，历时比较长，但学生研究的成果出乎意料，各具特色，各有观点，十分有创意，也给教师很大的教学启示，那就是要充分地相信学生，给机会和平台他们，发挥他们的主体作用，比我们一味地教学灌输效果更好。</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