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人教版三年级数学下册</w:t>
      </w:r>
    </w:p>
    <w:p>
      <w:pPr>
        <w:spacing w:after="80" w:line="300" w:lineRule="auto"/>
        <w:jc w:val="center"/>
      </w:pPr>
      <w:r>
        <w:rPr>
          <w:rFonts w:ascii="黑体" w:hAnsi="黑体" w:eastAsia="黑体"/>
          <w:b/>
          <w:sz w:val="26"/>
        </w:rPr>
        <w:t>第3单元 长方形和正方形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第3单元 长方形和正方形</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6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【教材解读】</w:t>
      </w:r>
    </w:p>
    <w:p>
      <w:pPr>
        <w:spacing w:after="80" w:line="300" w:lineRule="auto"/>
        <w:ind w:firstLine="400"/>
      </w:pPr>
      <w:r>
        <w:rPr>
          <w:rFonts w:ascii="宋体" w:hAnsi="宋体" w:eastAsia="宋体"/>
          <w:b w:val="0"/>
          <w:sz w:val="20"/>
        </w:rPr>
        <w:t>在学生直观认识线段、角、三角形、正方形和长方形的基础上，本单元认识多边形，深入认识长方形和正方形的特征，了解周长的含义，并会计算长方形和正方形的周长，运用周长的知识解决生活中的简单实际问题。这部分内容不仅要求从形的方面加深对周围事物的理解，发展学生的空间观念，还需要教师引导学生动手操作、探索实验，联系生活拓展知识面，发展学生的思维，提高解决问题的能力。</w:t>
      </w:r>
    </w:p>
    <w:p>
      <w:pPr>
        <w:spacing w:after="80" w:line="300" w:lineRule="auto"/>
        <w:ind w:firstLine="400"/>
      </w:pPr>
      <w:r>
        <w:rPr>
          <w:rFonts w:ascii="宋体" w:hAnsi="宋体" w:eastAsia="宋体"/>
          <w:b w:val="0"/>
          <w:sz w:val="20"/>
        </w:rPr>
        <w:t>教科书一方面注意挖掘几何知识之间的内在联系，另一方面提供了大量与空间观念密切相关的素材，并遵循儿童学习数学的规律，选择了动态化呈现学习内容，目的是加强空间观念的培养。长方形和正方形图形的特征不难观察，但是结合周长的概念计算简单图形的周长是重点，也是难点。教科书设计了丰富的素材与操作活动帮助学生理解周长的概念，建立周长与线段之间的联系，体会“化曲为直”的思想，为后面面积的学习奠定基础，从而让两种概念很好地区分开来。</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【学情分析】</w:t>
      </w:r>
    </w:p>
    <w:p>
      <w:pPr>
        <w:spacing w:after="80" w:line="300" w:lineRule="auto"/>
        <w:ind w:firstLine="400"/>
      </w:pPr>
      <w:r>
        <w:rPr>
          <w:rFonts w:ascii="宋体" w:hAnsi="宋体" w:eastAsia="宋体"/>
          <w:b w:val="0"/>
          <w:sz w:val="20"/>
        </w:rPr>
        <w:t>小学生的年龄特点决定了他们对图形的识别活动，处于由以依据表象为主的直观辨认水平，逐步向以依据特征为主的初级概念判断水平发展。学生在生活中经常遇到本单元要学习的平面图形，经常接触到周长这一概念，但却不能准确表达到底什么才是图形的周长。对于探索图形的特征，学生有比较丰富的经验，本单元的难点是探索周长的计算方法，教师应关注学生对计算方法的推导过程，注重动手操作和动态演示相结合，让学生获得活动经验，发展空间观念。</w:t>
      </w:r>
    </w:p>
    <w:p>
      <w:pPr>
        <w:spacing w:after="80" w:line="300" w:lineRule="auto"/>
        <w:ind w:firstLine="400"/>
      </w:pPr>
      <w:r>
        <w:rPr>
          <w:rFonts w:ascii="宋体" w:hAnsi="宋体" w:eastAsia="宋体"/>
          <w:b w:val="0"/>
          <w:sz w:val="20"/>
        </w:rPr>
        <w:t>【教学策略】</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第1课时：初步认识多边形，能根据边的条数知道不同多边形的名称。直观感知四边形，能从多边形中区分和辨认出四边形。</w:t>
      </w:r>
    </w:p>
    <w:p>
      <w:pPr>
        <w:spacing w:after="20" w:line="300" w:lineRule="auto"/>
        <w:ind w:firstLine="400"/>
      </w:pPr>
      <w:r>
        <w:rPr>
          <w:rFonts w:ascii="宋体" w:hAnsi="宋体" w:eastAsia="宋体"/>
          <w:b w:val="0"/>
          <w:sz w:val="20"/>
        </w:rPr>
        <w:t>第2课时：结合具体事物或图形，通过观察、比较等活动感知周长，能正确指出物体表面或简单图形的一周。</w:t>
      </w:r>
    </w:p>
    <w:p>
      <w:pPr>
        <w:spacing w:after="20" w:line="300" w:lineRule="auto"/>
        <w:ind w:firstLine="400"/>
      </w:pPr>
      <w:r>
        <w:rPr>
          <w:rFonts w:ascii="宋体" w:hAnsi="宋体" w:eastAsia="宋体"/>
          <w:b w:val="0"/>
          <w:sz w:val="20"/>
        </w:rPr>
        <w:t>第3课时：探索并掌握长方形、正方形的周长计算公式，体会数学的抽象性和简洁性，会用所学知识解决生活中的实际问题，感受数学与日常生活的密切关系。</w:t>
      </w:r>
    </w:p>
    <w:p>
      <w:pPr>
        <w:spacing w:after="20" w:line="300" w:lineRule="auto"/>
        <w:ind w:firstLine="400"/>
      </w:pPr>
      <w:r>
        <w:rPr>
          <w:rFonts w:ascii="宋体" w:hAnsi="宋体" w:eastAsia="宋体"/>
          <w:b w:val="0"/>
          <w:sz w:val="20"/>
        </w:rPr>
        <w:t>第4课时：通过自主探究解决问题的活动，帮助学生巩固长方形、正方形的特征和周长的计算方法。</w:t>
      </w:r>
    </w:p>
    <w:p>
      <w:pPr>
        <w:spacing w:after="20" w:line="300" w:lineRule="auto"/>
        <w:ind w:firstLine="400"/>
      </w:pPr>
      <w:r>
        <w:rPr>
          <w:rFonts w:ascii="宋体" w:hAnsi="宋体" w:eastAsia="宋体"/>
          <w:b w:val="0"/>
          <w:sz w:val="20"/>
        </w:rPr>
        <w:t>第5课时：认识“四连方”，会用“四连方”拼成规定的多边形，发展学生的逻辑推理和空间想象能力。</w:t>
      </w:r>
    </w:p>
    <w:p>
      <w:pPr>
        <w:spacing w:after="20" w:line="300" w:lineRule="auto"/>
        <w:ind w:firstLine="400"/>
      </w:pPr>
      <w:r>
        <w:rPr>
          <w:rFonts w:ascii="宋体" w:hAnsi="宋体" w:eastAsia="宋体"/>
          <w:b w:val="0"/>
          <w:sz w:val="20"/>
        </w:rPr>
        <w:t>第6课时：通过整理和复习本单元所学的长方形和正方形的相关知识，初步形成知识网络，加深对长方形与正方形的特征、周长概念、相关周长计算公式等的理解。</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紧密联系生活实际，利用学生已有的知识经验展开数学活动。教学时要充分发挥生活中素材的作用，例如测量树叶、数学书、钟面等的周长，量头围、胸围、腰围，给正方形桌布缝花边等。将视野从课堂拓宽到生活空间，引导他们观察生活，从现实世界中发现有关空间与图形的问题，体会数学从生活中来。同时在经历这些活动的过程中深入理解数学知识，培养应用意识。</w:t>
      </w:r>
    </w:p>
    <w:p>
      <w:pPr>
        <w:spacing w:after="20" w:line="300" w:lineRule="auto"/>
      </w:pPr>
      <w:r>
        <w:rPr>
          <w:rFonts w:ascii="宋体" w:hAnsi="宋体" w:eastAsia="宋体"/>
          <w:b w:val="0"/>
          <w:sz w:val="20"/>
        </w:rPr>
        <w:t>● 注重数学实践活动，突出几何探究过程。空间观念是在活动的过程中逐步建立起来的。教学时，应在多样的实践中，让学生主动探究认识图形的特征。在操作过程中，应注意让学生明确实践的目的，如把长方形纸左右对折、上下对折，这么做说明了什么等。另外，在验证正方形四条边都相等时，学生往往只注意到对边相等，忽视沿对角线对折来验证邻边相等。在这种情况下，除了对折纸张还可以让学生选择用四根小木棒拼摆图形来排除长方形、正方形面的干扰，突出边的对比，使学生思路更明晰，便于总结归纳，完整阐述。</w:t>
      </w:r>
    </w:p>
    <w:p>
      <w:pPr>
        <w:spacing w:after="20" w:line="300" w:lineRule="auto"/>
      </w:pPr>
      <w:r>
        <w:rPr>
          <w:rFonts w:ascii="宋体" w:hAnsi="宋体" w:eastAsia="宋体"/>
          <w:b w:val="0"/>
          <w:sz w:val="20"/>
        </w:rPr>
        <w:t>【素养体现】</w:t>
      </w:r>
    </w:p>
    <w:p>
      <w:pPr>
        <w:spacing w:after="20" w:line="300" w:lineRule="auto"/>
      </w:pPr>
      <w:r>
        <w:rPr>
          <w:rFonts w:ascii="宋体" w:hAnsi="宋体" w:eastAsia="宋体"/>
          <w:b w:val="0"/>
          <w:sz w:val="20"/>
        </w:rPr>
        <w:t>量感：知道周长的含义，能计算出物体的周长。掌握长方形、正方形的周长计算方法，能将不规则图形转化成规则图形计算出周长。</w:t>
      </w:r>
    </w:p>
    <w:p>
      <w:pPr>
        <w:spacing w:after="20" w:line="300" w:lineRule="auto"/>
      </w:pPr>
      <w:r>
        <w:rPr>
          <w:rFonts w:ascii="宋体" w:hAnsi="宋体" w:eastAsia="宋体"/>
          <w:b w:val="0"/>
          <w:sz w:val="20"/>
        </w:rPr>
        <w:t>空间观念：知道长方形、正方形的特征，能将具有长方形或正方形特征的物体抽象出长方形或正方形，能用长方形或正方形表述物体的特征。</w:t>
      </w:r>
    </w:p>
    <w:p>
      <w:pPr>
        <w:spacing w:after="20" w:line="300" w:lineRule="auto"/>
      </w:pPr>
      <w:r>
        <w:rPr>
          <w:rFonts w:ascii="宋体" w:hAnsi="宋体" w:eastAsia="宋体"/>
          <w:b w:val="0"/>
          <w:sz w:val="20"/>
        </w:rPr>
        <w:t>推理意识：能根据长方形和正方形的特征及周长的定义，推理出长方形和正方形的周长计算方法，并能有条理地表达思考过程。</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多边形</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初步认识多边形，能根据边的条数知道不同多边形的名称。直观感知四边形，能从多边形中区分和辨认出四边形。</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周长</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结合具体事物或图形，通过观察、比较等活动感知周长，能正确指出物体表面或简单图形的一周。</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长方形和正方形的周长</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探索并掌握长方形、正方形的周长计算公式，体会数学的抽象性和简洁性，会用所学知识解决生活中的实际问题，感受数学与日常生活的密切关系。</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通过自主探究解决问题的活动，帮助学生巩固长方形、正方形的特征和周长的计算方法。</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拼图游戏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认识“四连方”，会用“四连方”拼成规定的多边形，发展学生的逻辑推理和空间想象能力。</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整理和复习</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通过整理和复习本单元所学的长方形和正方形的相关知识，初步形成知识网络，加深对长方形与正方形的特征、周长概念、相关周长计算公式等的理解。</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多边形</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多边形</w:t>
            </w:r>
          </w:p>
        </w:tc>
        <w:tc>
          <w:tcPr>
            <w:tcW w:type="dxa" w:w="6009"/>
          </w:tcPr>
          <w:p>
            <w:pPr>
              <w:spacing w:after="20" w:line="276" w:lineRule="auto"/>
            </w:pPr>
            <w:r/>
            <w:r>
              <w:rPr>
                <w:rFonts w:ascii="宋体" w:hAnsi="宋体" w:eastAsia="宋体"/>
                <w:b w:val="0"/>
                <w:sz w:val="20"/>
              </w:rPr>
              <w:t>第3单元 长方形和正方形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小学生的年龄特点决定了他们对图形的识别活动，处于由以依据表象为主的直观辨认水平，逐步向以依据特征为主的初级概念判断水平发展。学生在生活中经常遇到本单元要学习的平面图形，经常接触到周长这一概念，但却不能准确表达到底什么才是图形的周长。对于探索图形的特征，学生有比较丰富的经验，本单元的难点是探索周长的计算方法，教师应关注学生对计算方法的推导过程，注重动手操作和动态演示相结合，让学生获得活动经验，发展空间观念。</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教学内容：教科书P39～41例1及“做一做”。</w:t>
      </w:r>
    </w:p>
    <w:p>
      <w:pPr>
        <w:spacing w:after="80" w:line="300" w:lineRule="auto"/>
        <w:ind w:firstLine="400"/>
      </w:pPr>
      <w:r>
        <w:rPr>
          <w:rFonts w:ascii="宋体" w:hAnsi="宋体" w:eastAsia="宋体"/>
          <w:b w:val="0"/>
          <w:sz w:val="20"/>
        </w:rPr>
        <w:t>教学准备：课件、长方形、正方形纸片。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（1）初步认识多边形，能根据边的条数知道不同多边形的名称。直观感知四边形，能从多边形中区分和辨认出四边形。</w:t>
      </w:r>
    </w:p>
    <w:p>
      <w:pPr>
        <w:spacing w:after="20" w:line="300" w:lineRule="auto"/>
        <w:ind w:firstLine="400"/>
      </w:pPr>
      <w:r>
        <w:rPr>
          <w:rFonts w:ascii="宋体" w:hAnsi="宋体" w:eastAsia="宋体"/>
          <w:b w:val="0"/>
          <w:sz w:val="20"/>
        </w:rPr>
        <w:t>（2）认识长方形和正方形，通过折一折、量一量等活动，自主探究长方形和正方形的特征，培养观察、比较和抽象概括的能力。</w:t>
      </w:r>
    </w:p>
    <w:p>
      <w:pPr>
        <w:spacing w:after="20" w:line="300" w:lineRule="auto"/>
        <w:ind w:firstLine="400"/>
      </w:pPr>
      <w:r>
        <w:rPr>
          <w:rFonts w:ascii="宋体" w:hAnsi="宋体" w:eastAsia="宋体"/>
          <w:b w:val="0"/>
          <w:sz w:val="20"/>
        </w:rPr>
        <w:t>（3）会画出长方形、正方形和规定的多边形，发展空间观念。</w:t>
      </w:r>
    </w:p>
    <w:p>
      <w:pPr>
        <w:spacing w:after="20" w:line="300" w:lineRule="auto"/>
      </w:pPr>
      <w:r>
        <w:rPr>
          <w:rFonts w:ascii="宋体" w:hAnsi="宋体" w:eastAsia="宋体"/>
          <w:b w:val="0"/>
          <w:sz w:val="20"/>
        </w:rPr>
        <w:t>教学重点：认识长方形和正方形的特征，能拼出或画出长方形和正方形。</w:t>
      </w:r>
    </w:p>
    <w:p>
      <w:pPr>
        <w:spacing w:after="20" w:line="300" w:lineRule="auto"/>
      </w:pPr>
      <w:r>
        <w:rPr>
          <w:rFonts w:ascii="宋体" w:hAnsi="宋体" w:eastAsia="宋体"/>
          <w:b w:val="0"/>
          <w:sz w:val="20"/>
        </w:rPr>
        <w:t>教学难点：自主探究发现长方形和正方形的特征。</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一、创设情境，引入多边形</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同学们，你们知道我国有哪些著名的园林吗？；这些园林中的花窗有什么特点？</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二、结合具体图形，认识多边形</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仔细观察这些花窗，它们有什么共同特点？；观察这些图形，有什么共同特点？</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三、探究长方形、正方形的特征</w:t>
            </w:r>
          </w:p>
        </w:tc>
        <w:tc>
          <w:tcPr>
            <w:tcW w:type="dxa" w:w="1814"/>
          </w:tcPr>
          <w:p>
            <w:pPr>
              <w:spacing w:after="20" w:line="276" w:lineRule="auto"/>
            </w:pPr>
            <w:r/>
            <w:r>
              <w:rPr>
                <w:rFonts w:ascii="宋体" w:hAnsi="宋体" w:eastAsia="宋体"/>
                <w:b w:val="0"/>
                <w:sz w:val="18"/>
              </w:rPr>
              <w:t>课件、学具、教科书</w:t>
            </w:r>
          </w:p>
        </w:tc>
        <w:tc>
          <w:tcPr>
            <w:tcW w:type="dxa" w:w="3402"/>
          </w:tcPr>
          <w:p>
            <w:pPr>
              <w:spacing w:after="20" w:line="276" w:lineRule="auto"/>
            </w:pPr>
            <w:r/>
            <w:r>
              <w:rPr>
                <w:rFonts w:ascii="宋体" w:hAnsi="宋体" w:eastAsia="宋体"/>
                <w:b w:val="0"/>
                <w:sz w:val="18"/>
              </w:rPr>
              <w:t>在这些多边形中，除了三角形，我们还学习过哪些图形？；长方形的对边有什么特点？</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四、实践操作，深化理解</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通过今天的学习，你们有什么收获？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一、创设情境，引入多边形</w:t>
            </w:r>
          </w:p>
        </w:tc>
        <w:tc>
          <w:tcPr>
            <w:tcW w:type="dxa" w:w="3061"/>
          </w:tcPr>
          <w:p>
            <w:pPr>
              <w:spacing w:after="20" w:line="276" w:lineRule="auto"/>
            </w:pPr>
            <w:r/>
            <w:r>
              <w:rPr>
                <w:rFonts w:ascii="宋体" w:hAnsi="宋体" w:eastAsia="宋体"/>
                <w:b w:val="0"/>
                <w:sz w:val="18"/>
              </w:rPr>
              <w:t>师：同学们，你们知道我国有哪些著名的园林吗？</w:t>
            </w:r>
          </w:p>
          <w:p>
            <w:pPr>
              <w:spacing w:after="20" w:line="276" w:lineRule="auto"/>
            </w:pPr>
            <w:r>
              <w:rPr>
                <w:rFonts w:ascii="宋体" w:hAnsi="宋体" w:eastAsia="宋体"/>
                <w:b w:val="0"/>
                <w:sz w:val="18"/>
              </w:rPr>
              <w:t>师：古代园林是我国历史的见证，也是古人留给我们的文化遗产。我们一起去欣赏一下我国四大著名的园林吧。</w:t>
            </w:r>
          </w:p>
          <w:p>
            <w:pPr>
              <w:spacing w:after="20" w:line="276" w:lineRule="auto"/>
            </w:pPr>
            <w:r>
              <w:rPr>
                <w:rFonts w:ascii="宋体" w:hAnsi="宋体" w:eastAsia="宋体"/>
                <w:b w:val="0"/>
                <w:sz w:val="18"/>
              </w:rPr>
              <w:t>课件播放我国四大名园景点：苏州拙政园、北京颐和园、承德避暑山庄、苏州留园的部分景点，突出各种围墙装饰、花窗等图案。</w:t>
            </w:r>
          </w:p>
          <w:p>
            <w:pPr>
              <w:spacing w:after="20" w:line="276" w:lineRule="auto"/>
            </w:pPr>
            <w:r>
              <w:rPr>
                <w:rFonts w:ascii="宋体" w:hAnsi="宋体" w:eastAsia="宋体"/>
                <w:b w:val="0"/>
                <w:sz w:val="18"/>
              </w:rPr>
              <w:t>师：这些园林中的花窗有什么特点？</w:t>
            </w:r>
          </w:p>
          <w:p>
            <w:pPr>
              <w:spacing w:after="20" w:line="276" w:lineRule="auto"/>
            </w:pPr>
            <w:r>
              <w:rPr>
                <w:rFonts w:ascii="宋体" w:hAnsi="宋体" w:eastAsia="宋体"/>
                <w:b w:val="0"/>
                <w:sz w:val="18"/>
              </w:rPr>
              <w:t>师：本节课我们一起探究花窗中的数学奥秘吧。(板书课题：多边形)</w:t>
            </w:r>
          </w:p>
        </w:tc>
        <w:tc>
          <w:tcPr>
            <w:tcW w:type="dxa" w:w="3061"/>
          </w:tcPr>
          <w:p>
            <w:pPr>
              <w:spacing w:after="20" w:line="276" w:lineRule="auto"/>
            </w:pPr>
            <w:r/>
            <w:r>
              <w:rPr>
                <w:rFonts w:ascii="宋体" w:hAnsi="宋体" w:eastAsia="宋体"/>
                <w:b w:val="0"/>
                <w:sz w:val="18"/>
              </w:rPr>
              <w:t>有学生知道就让学生介绍，如果没有学生知道就教师介绍。</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创设情境激活学生已有经验，自然引出本课学习内容，激发学习兴趣，核心问题："同学们，你们知道我国有哪些著名的园林吗？"</w:t>
            </w:r>
          </w:p>
        </w:tc>
      </w:tr>
      <w:tr>
        <w:tc>
          <w:tcPr>
            <w:tcW w:type="dxa" w:w="1474"/>
          </w:tcPr>
          <w:p>
            <w:pPr>
              <w:spacing w:after="20" w:line="276" w:lineRule="auto"/>
            </w:pPr>
            <w:r>
              <w:rPr>
                <w:b/>
              </w:rPr>
            </w:r>
            <w:r>
              <w:rPr>
                <w:rFonts w:ascii="宋体" w:hAnsi="宋体" w:eastAsia="宋体"/>
                <w:b/>
                <w:sz w:val="18"/>
              </w:rPr>
              <w:t>二、结合具体图形，认识多边形</w:t>
            </w:r>
          </w:p>
        </w:tc>
        <w:tc>
          <w:tcPr>
            <w:tcW w:type="dxa" w:w="3061"/>
          </w:tcPr>
          <w:p>
            <w:pPr>
              <w:spacing w:after="20" w:line="276" w:lineRule="auto"/>
            </w:pPr>
            <w:r/>
            <w:r>
              <w:rPr>
                <w:rFonts w:ascii="宋体" w:hAnsi="宋体" w:eastAsia="宋体"/>
                <w:b w:val="0"/>
                <w:sz w:val="18"/>
              </w:rPr>
              <w:t>1.由实物图抽象出多边形。</w:t>
            </w:r>
          </w:p>
          <w:p>
            <w:pPr>
              <w:spacing w:after="20" w:line="276" w:lineRule="auto"/>
            </w:pPr>
            <w:r>
              <w:rPr>
                <w:rFonts w:ascii="宋体" w:hAnsi="宋体" w:eastAsia="宋体"/>
                <w:b w:val="0"/>
                <w:sz w:val="18"/>
              </w:rPr>
              <w:t>课件出示教科书P39花窗图。</w:t>
            </w:r>
          </w:p>
          <w:p>
            <w:pPr>
              <w:spacing w:after="20" w:line="276" w:lineRule="auto"/>
            </w:pPr>
            <w:r>
              <w:rPr>
                <w:rFonts w:ascii="宋体" w:hAnsi="宋体" w:eastAsia="宋体"/>
                <w:b w:val="0"/>
                <w:sz w:val="18"/>
              </w:rPr>
              <w:t>师：仔细观察这些花窗，它们有什么共同特点？</w:t>
            </w:r>
          </w:p>
          <w:p>
            <w:pPr>
              <w:spacing w:after="20" w:line="276" w:lineRule="auto"/>
            </w:pPr>
            <w:r>
              <w:rPr>
                <w:rFonts w:ascii="宋体" w:hAnsi="宋体" w:eastAsia="宋体"/>
                <w:b w:val="0"/>
                <w:sz w:val="18"/>
              </w:rPr>
              <w:t>师：对！这些花窗的边都可以看成是线段，花窗可以看成是线段围成的图形。</w:t>
            </w:r>
          </w:p>
          <w:p>
            <w:pPr>
              <w:spacing w:after="20" w:line="276" w:lineRule="auto"/>
            </w:pPr>
            <w:r>
              <w:rPr>
                <w:rFonts w:ascii="宋体" w:hAnsi="宋体" w:eastAsia="宋体"/>
                <w:b w:val="0"/>
                <w:sz w:val="18"/>
              </w:rPr>
              <w:t>课件出示将前面的花窗实物图抽象成图形，在此基础上继续补充一些多边形。</w:t>
            </w:r>
          </w:p>
          <w:p>
            <w:pPr>
              <w:spacing w:after="20" w:line="276" w:lineRule="auto"/>
            </w:pPr>
            <w:r>
              <w:rPr>
                <w:rFonts w:ascii="宋体" w:hAnsi="宋体" w:eastAsia="宋体"/>
                <w:b w:val="0"/>
                <w:sz w:val="18"/>
              </w:rPr>
              <w:t>2．认识多边形。</w:t>
            </w:r>
          </w:p>
          <w:p>
            <w:pPr>
              <w:spacing w:after="20" w:line="276" w:lineRule="auto"/>
            </w:pPr>
            <w:r>
              <w:rPr>
                <w:rFonts w:ascii="宋体" w:hAnsi="宋体" w:eastAsia="宋体"/>
                <w:b w:val="0"/>
                <w:sz w:val="18"/>
              </w:rPr>
              <w:t>师：观察这些图形，有什么共同特点？</w:t>
            </w:r>
          </w:p>
          <w:p>
            <w:pPr>
              <w:spacing w:after="20" w:line="276" w:lineRule="auto"/>
            </w:pPr>
            <w:r>
              <w:rPr>
                <w:rFonts w:ascii="宋体" w:hAnsi="宋体" w:eastAsia="宋体"/>
                <w:b w:val="0"/>
                <w:sz w:val="18"/>
              </w:rPr>
              <w:t>师小结：像这些图形一样，由多条线段围成的图形称为多边形。</w:t>
            </w:r>
          </w:p>
          <w:p>
            <w:pPr>
              <w:spacing w:after="20" w:line="276" w:lineRule="auto"/>
            </w:pPr>
            <w:r>
              <w:rPr>
                <w:rFonts w:ascii="宋体" w:hAnsi="宋体" w:eastAsia="宋体"/>
                <w:b w:val="0"/>
                <w:sz w:val="18"/>
              </w:rPr>
              <w:t>师：你们能将这些图形分类吗？</w:t>
            </w:r>
          </w:p>
          <w:p>
            <w:pPr>
              <w:spacing w:after="20" w:line="276" w:lineRule="auto"/>
            </w:pPr>
            <w:r>
              <w:rPr>
                <w:rFonts w:ascii="宋体" w:hAnsi="宋体" w:eastAsia="宋体"/>
                <w:b w:val="0"/>
                <w:sz w:val="18"/>
              </w:rPr>
              <w:t>师：按照不同的标准我们可以将多边形分成不同的几类。为了便于研究，我们一般按照多边形边的条数进行分类，大家看一看，可以分成几类？</w:t>
            </w:r>
          </w:p>
          <w:p>
            <w:pPr>
              <w:spacing w:after="20" w:line="276" w:lineRule="auto"/>
            </w:pPr>
            <w:r>
              <w:rPr>
                <w:rFonts w:ascii="宋体" w:hAnsi="宋体" w:eastAsia="宋体"/>
                <w:b w:val="0"/>
                <w:sz w:val="18"/>
              </w:rPr>
              <w:t>师：根据边的条数的不同，我们可以给不同类别的多边形取不同的名称。如三条边的称为三边形，四条边的就称为四边形。那五条边、六条边的呢？</w:t>
            </w:r>
          </w:p>
          <w:p>
            <w:pPr>
              <w:spacing w:after="20" w:line="276" w:lineRule="auto"/>
            </w:pPr>
            <w:r>
              <w:rPr>
                <w:rFonts w:ascii="宋体" w:hAnsi="宋体" w:eastAsia="宋体"/>
                <w:b w:val="0"/>
                <w:sz w:val="18"/>
              </w:rPr>
              <w:t>根据学生的回答，课件出示图形和相应的名称。(适时板书)</w:t>
            </w:r>
          </w:p>
          <w:p>
            <w:pPr>
              <w:spacing w:after="20" w:line="276" w:lineRule="auto"/>
            </w:pPr>
            <w:r>
              <w:rPr>
                <w:rFonts w:ascii="宋体" w:hAnsi="宋体" w:eastAsia="宋体"/>
                <w:b w:val="0"/>
                <w:sz w:val="18"/>
              </w:rPr>
              <w:t>师：大家观察一下这些图形的角，数一数，看看每个图形的角与边有什么关系。</w:t>
            </w:r>
          </w:p>
          <w:p>
            <w:pPr>
              <w:spacing w:after="20" w:line="276" w:lineRule="auto"/>
            </w:pPr>
            <w:r>
              <w:rPr>
                <w:rFonts w:ascii="宋体" w:hAnsi="宋体" w:eastAsia="宋体"/>
                <w:b w:val="0"/>
                <w:sz w:val="18"/>
              </w:rPr>
              <w:t>师：三边形也就是我们以前学习过的三角形。(适时板书)</w:t>
            </w:r>
          </w:p>
          <w:p>
            <w:pPr>
              <w:spacing w:after="20" w:line="276" w:lineRule="auto"/>
            </w:pPr>
            <w:r>
              <w:rPr>
                <w:rFonts w:ascii="宋体" w:hAnsi="宋体" w:eastAsia="宋体"/>
                <w:b w:val="0"/>
                <w:sz w:val="18"/>
              </w:rPr>
              <w:t>3．联系实际，深化理解。</w:t>
            </w:r>
          </w:p>
          <w:p>
            <w:pPr>
              <w:spacing w:after="20" w:line="276" w:lineRule="auto"/>
            </w:pPr>
            <w:r>
              <w:rPr>
                <w:rFonts w:ascii="宋体" w:hAnsi="宋体" w:eastAsia="宋体"/>
                <w:b w:val="0"/>
                <w:sz w:val="18"/>
              </w:rPr>
              <w:t>完成教科书P40“做一做”第1题。</w:t>
            </w:r>
          </w:p>
          <w:p>
            <w:pPr>
              <w:spacing w:after="20" w:line="276" w:lineRule="auto"/>
            </w:pPr>
            <w:r>
              <w:rPr>
                <w:rFonts w:ascii="宋体" w:hAnsi="宋体" w:eastAsia="宋体"/>
                <w:b w:val="0"/>
                <w:sz w:val="18"/>
              </w:rPr>
              <w:t>师：同学们观察一下我们的身边，哪些物体的表面有多边形？说说它们分别是什么形状。</w:t>
            </w:r>
          </w:p>
          <w:p>
            <w:pPr>
              <w:spacing w:after="20" w:line="276" w:lineRule="auto"/>
            </w:pPr>
            <w:r>
              <w:rPr>
                <w:rFonts w:ascii="宋体" w:hAnsi="宋体" w:eastAsia="宋体"/>
                <w:b w:val="0"/>
                <w:sz w:val="18"/>
              </w:rPr>
              <w:t>教师引导学生说出多边形的特征。</w:t>
            </w:r>
          </w:p>
        </w:tc>
        <w:tc>
          <w:tcPr>
            <w:tcW w:type="dxa" w:w="3061"/>
          </w:tcPr>
          <w:p>
            <w:pPr>
              <w:spacing w:after="20" w:line="276" w:lineRule="auto"/>
            </w:pPr>
            <w:r/>
            <w:r>
              <w:rPr>
                <w:rFonts w:ascii="宋体" w:hAnsi="宋体" w:eastAsia="宋体"/>
                <w:b w:val="0"/>
                <w:sz w:val="18"/>
              </w:rPr>
              <w:t>花窗的边都是直的。</w:t>
            </w:r>
          </w:p>
          <w:p>
            <w:pPr>
              <w:spacing w:after="20" w:line="276" w:lineRule="auto"/>
            </w:pPr>
            <w:r>
              <w:rPr>
                <w:rFonts w:ascii="宋体" w:hAnsi="宋体" w:eastAsia="宋体"/>
                <w:b w:val="0"/>
                <w:sz w:val="18"/>
              </w:rPr>
              <w:t>都是由线段围成的图形。</w:t>
            </w:r>
          </w:p>
          <w:p>
            <w:pPr>
              <w:spacing w:after="20" w:line="276" w:lineRule="auto"/>
            </w:pPr>
            <w:r>
              <w:rPr>
                <w:rFonts w:ascii="宋体" w:hAnsi="宋体" w:eastAsia="宋体"/>
                <w:b w:val="0"/>
                <w:sz w:val="18"/>
              </w:rPr>
              <w:t>预设1：学生已经初步认识了三角形、长方形、正方形，分类时，分成三角形、长方形、正方形和其他图形。</w:t>
            </w:r>
          </w:p>
          <w:p>
            <w:pPr>
              <w:spacing w:after="20" w:line="276" w:lineRule="auto"/>
            </w:pPr>
            <w:r>
              <w:rPr>
                <w:rFonts w:ascii="宋体" w:hAnsi="宋体" w:eastAsia="宋体"/>
                <w:b w:val="0"/>
                <w:sz w:val="18"/>
              </w:rPr>
              <w:t>预设2：按照图形的各条边长相等和不相等分类。</w:t>
            </w:r>
          </w:p>
          <w:p>
            <w:pPr>
              <w:spacing w:after="20" w:line="276" w:lineRule="auto"/>
            </w:pPr>
            <w:r>
              <w:rPr>
                <w:rFonts w:ascii="宋体" w:hAnsi="宋体" w:eastAsia="宋体"/>
                <w:b w:val="0"/>
                <w:sz w:val="18"/>
              </w:rPr>
              <w:t>预设3：按照围成图形的线段数分类。</w:t>
            </w:r>
          </w:p>
          <w:p>
            <w:pPr>
              <w:spacing w:after="20" w:line="276" w:lineRule="auto"/>
            </w:pPr>
            <w:r>
              <w:rPr>
                <w:rFonts w:ascii="宋体" w:hAnsi="宋体" w:eastAsia="宋体"/>
                <w:b w:val="0"/>
                <w:sz w:val="18"/>
              </w:rPr>
              <w:t>预设4：按照角的个数分类。</w:t>
            </w:r>
          </w:p>
          <w:p>
            <w:pPr>
              <w:spacing w:after="20" w:line="276" w:lineRule="auto"/>
            </w:pPr>
            <w:r>
              <w:rPr>
                <w:rFonts w:ascii="宋体" w:hAnsi="宋体" w:eastAsia="宋体"/>
                <w:b w:val="0"/>
                <w:sz w:val="18"/>
              </w:rPr>
              <w:t>三条边的一类、四条边的一类、五条边的一类……</w:t>
            </w:r>
          </w:p>
          <w:p>
            <w:pPr>
              <w:spacing w:after="20" w:line="276" w:lineRule="auto"/>
            </w:pPr>
            <w:r>
              <w:rPr>
                <w:rFonts w:ascii="宋体" w:hAnsi="宋体" w:eastAsia="宋体"/>
                <w:b w:val="0"/>
                <w:sz w:val="18"/>
              </w:rPr>
              <w:t>齐答：五边形、六边形。</w:t>
            </w:r>
          </w:p>
          <w:p>
            <w:pPr>
              <w:spacing w:after="20" w:line="276" w:lineRule="auto"/>
            </w:pPr>
            <w:r>
              <w:rPr>
                <w:rFonts w:ascii="宋体" w:hAnsi="宋体" w:eastAsia="宋体"/>
                <w:b w:val="0"/>
                <w:sz w:val="18"/>
              </w:rPr>
              <w:t>每个图形角的个数与边的条数相同。</w:t>
            </w:r>
          </w:p>
          <w:p>
            <w:pPr>
              <w:spacing w:after="20" w:line="276" w:lineRule="auto"/>
            </w:pPr>
            <w:r>
              <w:rPr>
                <w:rFonts w:ascii="宋体" w:hAnsi="宋体" w:eastAsia="宋体"/>
                <w:b w:val="0"/>
                <w:sz w:val="18"/>
              </w:rPr>
              <w:t>学生会找到黑板面、桌面、作业本封面、教室墙上挂的宣传画等多边形。</w:t>
            </w:r>
          </w:p>
        </w:tc>
        <w:tc>
          <w:tcPr>
            <w:tcW w:type="dxa" w:w="1814"/>
          </w:tcPr>
          <w:p>
            <w:pPr>
              <w:spacing w:after="20" w:line="276" w:lineRule="auto"/>
            </w:pPr>
            <w:r/>
            <w:r>
              <w:rPr>
                <w:rFonts w:ascii="宋体" w:hAnsi="宋体" w:eastAsia="宋体"/>
                <w:b w:val="0"/>
                <w:sz w:val="18"/>
              </w:rPr>
              <w:t>围绕环节目标组织学习活动，引导学生主动参与、积极思考，核心问题："仔细观察这些花窗，它们有什么共同特点？"</w:t>
            </w:r>
          </w:p>
        </w:tc>
      </w:tr>
      <w:tr>
        <w:tc>
          <w:tcPr>
            <w:tcW w:type="dxa" w:w="1474"/>
          </w:tcPr>
          <w:p>
            <w:pPr>
              <w:spacing w:after="20" w:line="276" w:lineRule="auto"/>
            </w:pPr>
            <w:r>
              <w:rPr>
                <w:b/>
              </w:rPr>
            </w:r>
            <w:r>
              <w:rPr>
                <w:rFonts w:ascii="宋体" w:hAnsi="宋体" w:eastAsia="宋体"/>
                <w:b/>
                <w:sz w:val="18"/>
              </w:rPr>
              <w:t>三、探究长方形、正方形的特征</w:t>
            </w:r>
          </w:p>
        </w:tc>
        <w:tc>
          <w:tcPr>
            <w:tcW w:type="dxa" w:w="3061"/>
          </w:tcPr>
          <w:p>
            <w:pPr>
              <w:spacing w:after="20" w:line="276" w:lineRule="auto"/>
            </w:pPr>
            <w:r/>
            <w:r>
              <w:rPr>
                <w:rFonts w:ascii="宋体" w:hAnsi="宋体" w:eastAsia="宋体"/>
                <w:b w:val="0"/>
                <w:sz w:val="18"/>
              </w:rPr>
              <w:t>师：在这些多边形中，除了三角形，我们还学习过哪些图形？</w:t>
            </w:r>
          </w:p>
          <w:p>
            <w:pPr>
              <w:spacing w:after="20" w:line="276" w:lineRule="auto"/>
            </w:pPr>
            <w:r>
              <w:rPr>
                <w:rFonts w:ascii="宋体" w:hAnsi="宋体" w:eastAsia="宋体"/>
                <w:b w:val="0"/>
                <w:sz w:val="18"/>
              </w:rPr>
              <w:t>师：对。长方形和正方形也是多边形，是特殊的四边形。</w:t>
            </w:r>
          </w:p>
          <w:p>
            <w:pPr>
              <w:spacing w:after="20" w:line="276" w:lineRule="auto"/>
            </w:pPr>
            <w:r>
              <w:rPr>
                <w:rFonts w:ascii="宋体" w:hAnsi="宋体" w:eastAsia="宋体"/>
                <w:b w:val="0"/>
                <w:sz w:val="18"/>
              </w:rPr>
              <w:t>1．研究长方形边和角的特征。</w:t>
            </w:r>
          </w:p>
          <w:p>
            <w:pPr>
              <w:spacing w:after="20" w:line="276" w:lineRule="auto"/>
            </w:pPr>
            <w:r>
              <w:rPr>
                <w:rFonts w:ascii="宋体" w:hAnsi="宋体" w:eastAsia="宋体"/>
                <w:b w:val="0"/>
                <w:sz w:val="18"/>
              </w:rPr>
              <w:t>师：同桌之间相互合作，先动手折一折、量一量、比一比，探究一下长方形的边和角有哪些特征。然后和同桌说一说你是怎样做的，发现了什么。</w:t>
            </w:r>
          </w:p>
          <w:p>
            <w:pPr>
              <w:spacing w:after="20" w:line="276" w:lineRule="auto"/>
            </w:pPr>
            <w:r>
              <w:rPr>
                <w:rFonts w:ascii="宋体" w:hAnsi="宋体" w:eastAsia="宋体"/>
                <w:b w:val="0"/>
                <w:sz w:val="18"/>
              </w:rPr>
              <w:t>(1)发现长方形边的特点。</w:t>
            </w:r>
          </w:p>
          <w:p>
            <w:pPr>
              <w:spacing w:after="20" w:line="276" w:lineRule="auto"/>
            </w:pPr>
            <w:r>
              <w:rPr>
                <w:rFonts w:ascii="宋体" w:hAnsi="宋体" w:eastAsia="宋体"/>
                <w:b w:val="0"/>
                <w:sz w:val="18"/>
              </w:rPr>
              <w:t>师小结：长方形的上边和下边、左边和右边的位置是相对的，我们把这样的边叫作对边。</w:t>
            </w:r>
          </w:p>
          <w:p>
            <w:pPr>
              <w:spacing w:after="20" w:line="276" w:lineRule="auto"/>
            </w:pPr>
            <w:r>
              <w:rPr>
                <w:rFonts w:ascii="宋体" w:hAnsi="宋体" w:eastAsia="宋体"/>
                <w:b w:val="0"/>
                <w:sz w:val="18"/>
              </w:rPr>
              <w:t>师：长方形的对边有什么特点？</w:t>
            </w:r>
          </w:p>
          <w:p>
            <w:pPr>
              <w:spacing w:after="20" w:line="276" w:lineRule="auto"/>
            </w:pPr>
            <w:r>
              <w:rPr>
                <w:rFonts w:ascii="宋体" w:hAnsi="宋体" w:eastAsia="宋体"/>
                <w:b w:val="0"/>
                <w:sz w:val="18"/>
              </w:rPr>
              <w:t>师结合学生的汇报介绍长方形各部分的名称，较长的边叫长方形的长，较短的边叫长方形的宽。(课件出示，适时板书)</w:t>
            </w:r>
          </w:p>
          <w:p>
            <w:pPr>
              <w:spacing w:after="20" w:line="276" w:lineRule="auto"/>
            </w:pPr>
            <w:r>
              <w:rPr>
                <w:rFonts w:ascii="宋体" w:hAnsi="宋体" w:eastAsia="宋体"/>
                <w:b w:val="0"/>
                <w:sz w:val="18"/>
              </w:rPr>
              <w:t>(2)发现长方形角的特点。</w:t>
            </w:r>
          </w:p>
          <w:p>
            <w:pPr>
              <w:spacing w:after="20" w:line="276" w:lineRule="auto"/>
            </w:pPr>
            <w:r>
              <w:rPr>
                <w:rFonts w:ascii="宋体" w:hAnsi="宋体" w:eastAsia="宋体"/>
                <w:b w:val="0"/>
                <w:sz w:val="18"/>
              </w:rPr>
              <w:t>师：长方形的角有什么特点？先猜一猜，再选择合适的方式验证自己的观点。</w:t>
            </w:r>
          </w:p>
          <w:p>
            <w:pPr>
              <w:spacing w:after="20" w:line="276" w:lineRule="auto"/>
            </w:pPr>
            <w:r>
              <w:rPr>
                <w:rFonts w:ascii="宋体" w:hAnsi="宋体" w:eastAsia="宋体"/>
                <w:b w:val="0"/>
                <w:sz w:val="18"/>
              </w:rPr>
              <w:t>(3)小结长方形的特征。</w:t>
            </w:r>
          </w:p>
          <w:p>
            <w:pPr>
              <w:spacing w:after="20" w:line="276" w:lineRule="auto"/>
            </w:pPr>
            <w:r>
              <w:rPr>
                <w:rFonts w:ascii="宋体" w:hAnsi="宋体" w:eastAsia="宋体"/>
                <w:b w:val="0"/>
                <w:sz w:val="18"/>
              </w:rPr>
              <w:t>师：谁能完整地说一说长方形边和角的特征？</w:t>
            </w:r>
          </w:p>
          <w:p>
            <w:pPr>
              <w:spacing w:after="20" w:line="276" w:lineRule="auto"/>
            </w:pPr>
            <w:r>
              <w:rPr>
                <w:rFonts w:ascii="宋体" w:hAnsi="宋体" w:eastAsia="宋体"/>
                <w:b w:val="0"/>
                <w:sz w:val="18"/>
              </w:rPr>
              <w:t>师小结：长方形的两组对边分别相等，这两组对边分别是长方形的长和宽，四个角都是直角。(适时板书)</w:t>
            </w:r>
          </w:p>
          <w:p>
            <w:pPr>
              <w:spacing w:after="20" w:line="276" w:lineRule="auto"/>
            </w:pPr>
            <w:r>
              <w:rPr>
                <w:rFonts w:ascii="宋体" w:hAnsi="宋体" w:eastAsia="宋体"/>
                <w:b w:val="0"/>
                <w:sz w:val="18"/>
              </w:rPr>
              <w:t>2．研究正方形边和角的特征。</w:t>
            </w:r>
          </w:p>
          <w:p>
            <w:pPr>
              <w:spacing w:after="20" w:line="276" w:lineRule="auto"/>
            </w:pPr>
            <w:r>
              <w:rPr>
                <w:rFonts w:ascii="宋体" w:hAnsi="宋体" w:eastAsia="宋体"/>
                <w:b w:val="0"/>
                <w:sz w:val="18"/>
              </w:rPr>
              <w:t>师：我们从边和角两个方面研究出了长方形的特征。大家想一想，正方形的特征可以从哪些方面去研究？</w:t>
            </w:r>
          </w:p>
          <w:p>
            <w:pPr>
              <w:spacing w:after="20" w:line="276" w:lineRule="auto"/>
            </w:pPr>
            <w:r>
              <w:rPr>
                <w:rFonts w:ascii="宋体" w:hAnsi="宋体" w:eastAsia="宋体"/>
                <w:b w:val="0"/>
                <w:sz w:val="18"/>
              </w:rPr>
              <w:t>师：请同学们利用手中的学具，同桌相互合作研究正方形的特征。</w:t>
            </w:r>
          </w:p>
          <w:p>
            <w:pPr>
              <w:spacing w:after="20" w:line="276" w:lineRule="auto"/>
            </w:pPr>
            <w:r>
              <w:rPr>
                <w:rFonts w:ascii="宋体" w:hAnsi="宋体" w:eastAsia="宋体"/>
                <w:b w:val="0"/>
                <w:sz w:val="18"/>
              </w:rPr>
              <w:t>师：正方形的每条边都相等，都叫作边。(课件出示，适时板书)</w:t>
            </w:r>
          </w:p>
          <w:p>
            <w:pPr>
              <w:spacing w:after="20" w:line="276" w:lineRule="auto"/>
            </w:pPr>
            <w:r>
              <w:rPr>
                <w:rFonts w:ascii="宋体" w:hAnsi="宋体" w:eastAsia="宋体"/>
                <w:b w:val="0"/>
                <w:sz w:val="18"/>
              </w:rPr>
              <w:t>师小结：正方形的四条边都相等，四个角都是直角。(板书)</w:t>
            </w:r>
          </w:p>
          <w:p>
            <w:pPr>
              <w:spacing w:after="20" w:line="276" w:lineRule="auto"/>
            </w:pPr>
            <w:r>
              <w:rPr>
                <w:rFonts w:ascii="宋体" w:hAnsi="宋体" w:eastAsia="宋体"/>
                <w:b w:val="0"/>
                <w:sz w:val="18"/>
              </w:rPr>
              <w:t>3．辨析图形，发现联系。</w:t>
            </w:r>
          </w:p>
          <w:p>
            <w:pPr>
              <w:spacing w:after="20" w:line="276" w:lineRule="auto"/>
            </w:pPr>
            <w:r>
              <w:rPr>
                <w:rFonts w:ascii="宋体" w:hAnsi="宋体" w:eastAsia="宋体"/>
                <w:b w:val="0"/>
                <w:sz w:val="18"/>
              </w:rPr>
              <w:t>师：观察长方形和正方形的特征，它们有哪些相同的地方？</w:t>
            </w:r>
          </w:p>
          <w:p>
            <w:pPr>
              <w:spacing w:after="20" w:line="276" w:lineRule="auto"/>
            </w:pPr>
            <w:r>
              <w:rPr>
                <w:rFonts w:ascii="宋体" w:hAnsi="宋体" w:eastAsia="宋体"/>
                <w:b w:val="0"/>
                <w:sz w:val="18"/>
              </w:rPr>
              <w:t>师：有哪些不同的地方？</w:t>
            </w:r>
          </w:p>
          <w:p>
            <w:pPr>
              <w:spacing w:after="20" w:line="276" w:lineRule="auto"/>
            </w:pPr>
            <w:r>
              <w:rPr>
                <w:rFonts w:ascii="宋体" w:hAnsi="宋体" w:eastAsia="宋体"/>
                <w:b w:val="0"/>
                <w:sz w:val="18"/>
              </w:rPr>
              <w:t>师：这是一个长方形，仔细看，长和宽有什么变化？长方形是怎样变成正方形的？</w:t>
            </w:r>
          </w:p>
          <w:p>
            <w:pPr>
              <w:spacing w:after="20" w:line="276" w:lineRule="auto"/>
            </w:pPr>
            <w:r>
              <w:rPr>
                <w:rFonts w:ascii="宋体" w:hAnsi="宋体" w:eastAsia="宋体"/>
                <w:b w:val="0"/>
                <w:sz w:val="18"/>
              </w:rPr>
              <w:t>课件展示长方形变成正方形的过程。</w:t>
            </w:r>
          </w:p>
          <w:p>
            <w:pPr>
              <w:spacing w:after="20" w:line="276" w:lineRule="auto"/>
            </w:pPr>
            <w:r>
              <w:rPr>
                <w:rFonts w:ascii="宋体" w:hAnsi="宋体" w:eastAsia="宋体"/>
                <w:b w:val="0"/>
                <w:sz w:val="18"/>
              </w:rPr>
              <w:t>师：当长方形的长变得和宽相等时就成为一个正方形，但它仍然具有长方形的所有特征，我们可以说正方形是特殊的长方形。(适时板书)</w:t>
            </w:r>
          </w:p>
          <w:p>
            <w:pPr>
              <w:spacing w:after="20" w:line="276" w:lineRule="auto"/>
            </w:pPr>
            <w:r>
              <w:rPr>
                <w:rFonts w:ascii="宋体" w:hAnsi="宋体" w:eastAsia="宋体"/>
                <w:b w:val="0"/>
                <w:sz w:val="18"/>
              </w:rPr>
              <w:t>完成教科书P41“做一做”第4题。</w:t>
            </w:r>
          </w:p>
          <w:p>
            <w:pPr>
              <w:spacing w:after="20" w:line="276" w:lineRule="auto"/>
            </w:pPr>
            <w:r>
              <w:rPr>
                <w:rFonts w:ascii="宋体" w:hAnsi="宋体" w:eastAsia="宋体"/>
                <w:b w:val="0"/>
                <w:sz w:val="18"/>
              </w:rPr>
              <w:t>师：我这里有一张长方形纸片，你能想办法折出一个最大的正方形吗？</w:t>
            </w:r>
          </w:p>
        </w:tc>
        <w:tc>
          <w:tcPr>
            <w:tcW w:type="dxa" w:w="3061"/>
          </w:tcPr>
          <w:p>
            <w:pPr>
              <w:spacing w:after="20" w:line="276" w:lineRule="auto"/>
            </w:pPr>
            <w:r/>
            <w:r>
              <w:rPr>
                <w:rFonts w:ascii="宋体" w:hAnsi="宋体" w:eastAsia="宋体"/>
                <w:b w:val="0"/>
                <w:sz w:val="18"/>
              </w:rPr>
              <w:t>长方形、正方形。</w:t>
            </w:r>
          </w:p>
          <w:p>
            <w:pPr>
              <w:spacing w:after="20" w:line="276" w:lineRule="auto"/>
            </w:pPr>
            <w:r>
              <w:rPr>
                <w:rFonts w:ascii="宋体" w:hAnsi="宋体" w:eastAsia="宋体"/>
                <w:b w:val="0"/>
                <w:sz w:val="18"/>
              </w:rPr>
              <w:t>学生操作，教师巡视，适时点拨。</w:t>
            </w:r>
          </w:p>
          <w:p>
            <w:pPr>
              <w:spacing w:after="20" w:line="276" w:lineRule="auto"/>
            </w:pPr>
            <w:r>
              <w:rPr>
                <w:rFonts w:ascii="宋体" w:hAnsi="宋体" w:eastAsia="宋体"/>
                <w:b w:val="0"/>
                <w:sz w:val="18"/>
              </w:rPr>
              <w:t>预设1：用直尺量，发现上边和下边相等，左边和右边相等。</w:t>
            </w:r>
          </w:p>
          <w:p>
            <w:pPr>
              <w:spacing w:after="20" w:line="276" w:lineRule="auto"/>
            </w:pPr>
            <w:r>
              <w:rPr>
                <w:rFonts w:ascii="宋体" w:hAnsi="宋体" w:eastAsia="宋体"/>
                <w:b w:val="0"/>
                <w:sz w:val="18"/>
              </w:rPr>
              <w:t>预设2：把长方形上下对折，发现上边和下边相等，左右对折发现左边和右边也相等。</w:t>
            </w:r>
          </w:p>
          <w:p>
            <w:pPr>
              <w:spacing w:after="20" w:line="276" w:lineRule="auto"/>
            </w:pPr>
            <w:r>
              <w:rPr>
                <w:rFonts w:ascii="宋体" w:hAnsi="宋体" w:eastAsia="宋体"/>
                <w:b w:val="0"/>
                <w:sz w:val="18"/>
              </w:rPr>
              <w:t>长方形有两组对边，而且两组对边分别相等。</w:t>
            </w:r>
          </w:p>
          <w:p>
            <w:pPr>
              <w:spacing w:after="20" w:line="276" w:lineRule="auto"/>
            </w:pPr>
            <w:r>
              <w:rPr>
                <w:rFonts w:ascii="宋体" w:hAnsi="宋体" w:eastAsia="宋体"/>
                <w:b w:val="0"/>
                <w:sz w:val="18"/>
              </w:rPr>
              <w:t>学生动手操作，教师巡视指导。</w:t>
            </w:r>
          </w:p>
          <w:p>
            <w:pPr>
              <w:spacing w:after="20" w:line="276" w:lineRule="auto"/>
            </w:pPr>
            <w:r>
              <w:rPr>
                <w:rFonts w:ascii="宋体" w:hAnsi="宋体" w:eastAsia="宋体"/>
                <w:b w:val="0"/>
                <w:sz w:val="18"/>
              </w:rPr>
              <w:t>预设1：用三角尺上的直角和长方形的角比一比，发现长方形的四个角都是直角。</w:t>
            </w:r>
          </w:p>
          <w:p>
            <w:pPr>
              <w:spacing w:after="20" w:line="276" w:lineRule="auto"/>
            </w:pPr>
            <w:r>
              <w:rPr>
                <w:rFonts w:ascii="宋体" w:hAnsi="宋体" w:eastAsia="宋体"/>
                <w:b w:val="0"/>
                <w:sz w:val="18"/>
              </w:rPr>
              <w:t>预设2：还可以把四个角折在一起，比一次就可以很快地发现长方形的四个角都是直角。</w:t>
            </w:r>
          </w:p>
          <w:p>
            <w:pPr>
              <w:spacing w:after="20" w:line="276" w:lineRule="auto"/>
            </w:pPr>
            <w:r>
              <w:rPr>
                <w:rFonts w:ascii="宋体" w:hAnsi="宋体" w:eastAsia="宋体"/>
                <w:b w:val="0"/>
                <w:sz w:val="18"/>
              </w:rPr>
              <w:t>学生梳理长方形的特征。</w:t>
            </w:r>
          </w:p>
          <w:p>
            <w:pPr>
              <w:spacing w:after="20" w:line="276" w:lineRule="auto"/>
            </w:pPr>
            <w:r>
              <w:rPr>
                <w:rFonts w:ascii="宋体" w:hAnsi="宋体" w:eastAsia="宋体"/>
                <w:b w:val="0"/>
                <w:sz w:val="18"/>
              </w:rPr>
              <w:t>也可以从边和角两个方面来研究。</w:t>
            </w:r>
          </w:p>
          <w:p>
            <w:pPr>
              <w:spacing w:after="20" w:line="276" w:lineRule="auto"/>
            </w:pPr>
            <w:r>
              <w:rPr>
                <w:rFonts w:ascii="宋体" w:hAnsi="宋体" w:eastAsia="宋体"/>
                <w:b w:val="0"/>
                <w:sz w:val="18"/>
              </w:rPr>
              <w:t>学生动手操作探究，教师巡视。</w:t>
            </w:r>
          </w:p>
          <w:p>
            <w:pPr>
              <w:spacing w:after="20" w:line="276" w:lineRule="auto"/>
            </w:pPr>
            <w:r>
              <w:rPr>
                <w:rFonts w:ascii="宋体" w:hAnsi="宋体" w:eastAsia="宋体"/>
                <w:b w:val="0"/>
                <w:sz w:val="18"/>
              </w:rPr>
              <w:t>预设1：量一量，发现正方形的四条边都相等；比一比，发现正方形的四个角都是直角。</w:t>
            </w:r>
          </w:p>
          <w:p>
            <w:pPr>
              <w:spacing w:after="20" w:line="276" w:lineRule="auto"/>
            </w:pPr>
            <w:r>
              <w:rPr>
                <w:rFonts w:ascii="宋体" w:hAnsi="宋体" w:eastAsia="宋体"/>
                <w:b w:val="0"/>
                <w:sz w:val="18"/>
              </w:rPr>
              <w:t>预设2：折一折，发现正方形的四条边都相等。</w:t>
            </w:r>
          </w:p>
          <w:p>
            <w:pPr>
              <w:spacing w:after="20" w:line="276" w:lineRule="auto"/>
            </w:pPr>
            <w:r>
              <w:rPr>
                <w:rFonts w:ascii="宋体" w:hAnsi="宋体" w:eastAsia="宋体"/>
                <w:b w:val="0"/>
                <w:sz w:val="18"/>
              </w:rPr>
              <w:t>都有四条边，四个角都是直角。</w:t>
            </w:r>
          </w:p>
          <w:p>
            <w:pPr>
              <w:spacing w:after="20" w:line="276" w:lineRule="auto"/>
            </w:pPr>
            <w:r>
              <w:rPr>
                <w:rFonts w:ascii="宋体" w:hAnsi="宋体" w:eastAsia="宋体"/>
                <w:b w:val="0"/>
                <w:sz w:val="18"/>
              </w:rPr>
              <w:t>长方形的两组对边分别相等，正方形的四条边都相等。</w:t>
            </w:r>
          </w:p>
          <w:p>
            <w:pPr>
              <w:spacing w:after="20" w:line="276" w:lineRule="auto"/>
            </w:pPr>
            <w:r>
              <w:rPr>
                <w:rFonts w:ascii="宋体" w:hAnsi="宋体" w:eastAsia="宋体"/>
                <w:b w:val="0"/>
                <w:sz w:val="18"/>
              </w:rPr>
              <w:t>4．动手操作，沟通联系。</w:t>
            </w:r>
          </w:p>
          <w:p>
            <w:pPr>
              <w:spacing w:after="20" w:line="276" w:lineRule="auto"/>
            </w:pPr>
            <w:r>
              <w:rPr>
                <w:rFonts w:ascii="宋体" w:hAnsi="宋体" w:eastAsia="宋体"/>
                <w:b w:val="0"/>
                <w:sz w:val="18"/>
              </w:rPr>
              <w:t>学生同桌交流讨论，动手尝试，再展示学生的不同折法，并引导学生交流自己的思考过程。</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设计递进式探究活动，引导学生在动手实践与合作交流中经历知识形成过程，突破本课重难点，核心问题："在这些多边形中，除了三角形，我们还学习过哪些图形？"</w:t>
            </w:r>
          </w:p>
        </w:tc>
      </w:tr>
      <w:tr>
        <w:tc>
          <w:tcPr>
            <w:tcW w:type="dxa" w:w="1474"/>
          </w:tcPr>
          <w:p>
            <w:pPr>
              <w:spacing w:after="20" w:line="276" w:lineRule="auto"/>
            </w:pPr>
            <w:r>
              <w:rPr>
                <w:b/>
              </w:rPr>
            </w:r>
            <w:r>
              <w:rPr>
                <w:rFonts w:ascii="宋体" w:hAnsi="宋体" w:eastAsia="宋体"/>
                <w:b/>
                <w:sz w:val="18"/>
              </w:rPr>
              <w:t>四、实践操作，深化理解</w:t>
            </w:r>
          </w:p>
        </w:tc>
        <w:tc>
          <w:tcPr>
            <w:tcW w:type="dxa" w:w="3061"/>
          </w:tcPr>
          <w:p>
            <w:pPr>
              <w:spacing w:after="20" w:line="276" w:lineRule="auto"/>
            </w:pPr>
            <w:r/>
            <w:r>
              <w:rPr>
                <w:rFonts w:ascii="宋体" w:hAnsi="宋体" w:eastAsia="宋体"/>
                <w:b w:val="0"/>
                <w:sz w:val="18"/>
              </w:rPr>
              <w:t>1.完成教科书P41“做一做”第2题。</w:t>
            </w:r>
          </w:p>
          <w:p>
            <w:pPr>
              <w:spacing w:after="20" w:line="276" w:lineRule="auto"/>
            </w:pPr>
            <w:r>
              <w:rPr>
                <w:rFonts w:ascii="宋体" w:hAnsi="宋体" w:eastAsia="宋体"/>
                <w:b w:val="0"/>
                <w:sz w:val="18"/>
              </w:rPr>
              <w:t>2．完成教科书P41“做一做”第3题。</w:t>
            </w:r>
          </w:p>
        </w:tc>
        <w:tc>
          <w:tcPr>
            <w:tcW w:type="dxa" w:w="3061"/>
          </w:tcPr>
          <w:p>
            <w:pPr>
              <w:spacing w:after="20" w:line="276" w:lineRule="auto"/>
            </w:pPr>
            <w:r/>
            <w:r>
              <w:rPr>
                <w:rFonts w:ascii="宋体" w:hAnsi="宋体" w:eastAsia="宋体"/>
                <w:b w:val="0"/>
                <w:sz w:val="18"/>
              </w:rPr>
              <w:t>学生独立完成后全班交流展示。</w:t>
            </w:r>
          </w:p>
          <w:p>
            <w:pPr>
              <w:spacing w:after="20" w:line="276" w:lineRule="auto"/>
            </w:pPr>
            <w:r>
              <w:rPr>
                <w:rFonts w:ascii="宋体" w:hAnsi="宋体" w:eastAsia="宋体"/>
                <w:b w:val="0"/>
                <w:sz w:val="18"/>
              </w:rPr>
              <w:t>学生独立完成后全班集体评议。</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师：通过今天的学习，你们有什么收获？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充分运用学生已有的经验，在对图形进行多次观察的基础上建立多边形的概念。再通过动手操作认识长方形和正方形，自主抽象出长方形和正方形的特征。有意识地引导学生从边和角研究平面图形的基本特征，初步领会研究平面图形的方法，积累经验。</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教科书P39～41例1及“做一做”。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充分利用学生的视觉冲突，仔细深入地从图形的基本构成来认识多边形，探究长方形和正方形的基本特征。学生在探索的过程中采取多种方法去验证自己的猜想，真正让学生经历了知识的探究过程，有切身的体验，更确保了学习的效果。在将长方形折成正方形时，学生有一定困难，特别是思维表达不顺畅，需要引导学生交流。</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周长</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周长</w:t>
            </w:r>
          </w:p>
        </w:tc>
        <w:tc>
          <w:tcPr>
            <w:tcW w:type="dxa" w:w="6009"/>
          </w:tcPr>
          <w:p>
            <w:pPr>
              <w:spacing w:after="20" w:line="276" w:lineRule="auto"/>
            </w:pPr>
            <w:r/>
            <w:r>
              <w:rPr>
                <w:rFonts w:ascii="宋体" w:hAnsi="宋体" w:eastAsia="宋体"/>
                <w:b w:val="0"/>
                <w:sz w:val="20"/>
              </w:rPr>
              <w:t>第3单元 长方形和正方形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小学生的年龄特点决定了他们对图形的识别活动，处于由以依据表象为主的直观辨认水平，逐步向以依据特征为主的初级概念判断水平发展。学生在生活中经常遇到本单元要学习的平面图形，经常接触到周长这一概念，但却不能准确表达到底什么才是图形的周长。对于探索图形的特征，学生有比较丰富的经验，本单元的难点是探索周长的计算方法，教师应关注学生对计算方法的推导过程，注重动手操作和动态演示相结合，让学生获得活动经验，发展空间观念。</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教学内容：教科书P43及P44“做一做”。</w:t>
      </w:r>
    </w:p>
    <w:p>
      <w:pPr>
        <w:spacing w:after="80" w:line="300" w:lineRule="auto"/>
        <w:ind w:firstLine="400"/>
      </w:pPr>
      <w:r>
        <w:rPr>
          <w:rFonts w:ascii="宋体" w:hAnsi="宋体" w:eastAsia="宋体"/>
          <w:b w:val="0"/>
          <w:sz w:val="20"/>
        </w:rPr>
        <w:t>教学准备：课件、三角尺、圆规、钟面模型、直尺、软尺、绳子。</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（1）结合具体事物或图形，通过观察、比较等活动感知周长，能正确指出物体表面或简单图形的一周。</w:t>
      </w:r>
    </w:p>
    <w:p>
      <w:pPr>
        <w:spacing w:after="20" w:line="300" w:lineRule="auto"/>
        <w:ind w:firstLine="400"/>
      </w:pPr>
      <w:r>
        <w:rPr>
          <w:rFonts w:ascii="宋体" w:hAnsi="宋体" w:eastAsia="宋体"/>
          <w:b w:val="0"/>
          <w:sz w:val="20"/>
        </w:rPr>
        <w:t>（2）在围一围、量一量、算一算等活动中理解周长的概念，了解测量周长的方法，渗透化曲为直的思想，培养学生的空间观念。</w:t>
      </w:r>
    </w:p>
    <w:p>
      <w:pPr>
        <w:spacing w:after="20" w:line="300" w:lineRule="auto"/>
        <w:ind w:firstLine="400"/>
      </w:pPr>
      <w:r>
        <w:rPr>
          <w:rFonts w:ascii="宋体" w:hAnsi="宋体" w:eastAsia="宋体"/>
          <w:b w:val="0"/>
          <w:sz w:val="20"/>
        </w:rPr>
        <w:t>（3）结合具体情境，感知周长与实际生活的联系。</w:t>
      </w:r>
    </w:p>
    <w:p>
      <w:pPr>
        <w:spacing w:after="20" w:line="300" w:lineRule="auto"/>
      </w:pPr>
      <w:r>
        <w:rPr>
          <w:rFonts w:ascii="宋体" w:hAnsi="宋体" w:eastAsia="宋体"/>
          <w:b w:val="0"/>
          <w:sz w:val="20"/>
        </w:rPr>
        <w:t>教学重点：理解周长的概念，会测量规则物体和不规则物体的周长。</w:t>
      </w:r>
    </w:p>
    <w:p>
      <w:pPr>
        <w:spacing w:after="20" w:line="300" w:lineRule="auto"/>
      </w:pPr>
      <w:r>
        <w:rPr>
          <w:rFonts w:ascii="宋体" w:hAnsi="宋体" w:eastAsia="宋体"/>
          <w:b w:val="0"/>
          <w:sz w:val="20"/>
        </w:rPr>
        <w:t>教学难点：理解“周长”和“封闭图形”的定义，建立周长的概念。</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一、感知周长</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二、探索新知</w:t>
            </w:r>
          </w:p>
        </w:tc>
        <w:tc>
          <w:tcPr>
            <w:tcW w:type="dxa" w:w="1814"/>
          </w:tcPr>
          <w:p>
            <w:pPr>
              <w:spacing w:after="20" w:line="276" w:lineRule="auto"/>
            </w:pPr>
            <w:r/>
            <w:r>
              <w:rPr>
                <w:rFonts w:ascii="宋体" w:hAnsi="宋体" w:eastAsia="宋体"/>
                <w:b w:val="0"/>
                <w:sz w:val="18"/>
              </w:rPr>
              <w:t>课件、教科书、图片、学具</w:t>
            </w:r>
          </w:p>
        </w:tc>
        <w:tc>
          <w:tcPr>
            <w:tcW w:type="dxa" w:w="3402"/>
          </w:tcPr>
          <w:p>
            <w:pPr>
              <w:spacing w:after="20" w:line="276" w:lineRule="auto"/>
            </w:pPr>
            <w:r/>
            <w:r>
              <w:rPr>
                <w:rFonts w:ascii="宋体" w:hAnsi="宋体" w:eastAsia="宋体"/>
                <w:b w:val="0"/>
                <w:sz w:val="18"/>
              </w:rPr>
              <w:t>想象一下，这些物体只留下一周的边线会是什么图形？；下面的这几个图形有周长吗？</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课件演示“绳绕法”“滚动法”。(适时板书)</w:t>
            </w:r>
          </w:p>
        </w:tc>
        <w:tc>
          <w:tcPr>
            <w:tcW w:type="dxa" w:w="1814"/>
          </w:tcPr>
          <w:p>
            <w:pPr>
              <w:spacing w:after="20" w:line="276" w:lineRule="auto"/>
            </w:pPr>
            <w:r/>
            <w:r>
              <w:rPr>
                <w:rFonts w:ascii="宋体" w:hAnsi="宋体" w:eastAsia="宋体"/>
                <w:b w:val="0"/>
                <w:sz w:val="18"/>
              </w:rPr>
              <w:t>课件、尺子</w:t>
            </w:r>
          </w:p>
        </w:tc>
        <w:tc>
          <w:tcPr>
            <w:tcW w:type="dxa" w:w="3402"/>
          </w:tcPr>
          <w:p>
            <w:pPr>
              <w:spacing w:after="20" w:line="276" w:lineRule="auto"/>
            </w:pPr>
            <w:r/>
            <w:r>
              <w:rPr>
                <w:rFonts w:ascii="宋体" w:hAnsi="宋体" w:eastAsia="宋体"/>
                <w:b w:val="0"/>
                <w:sz w:val="18"/>
              </w:rPr>
              <w:t>有同学用圆规测量的吗？；什么样的图形可以直接用直尺量？什么样的图形得先用绳子绕一绕，再量出绳子的长度？</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三、实践应用，内化提升</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今天我们认识了周长，通过学习你们懂得了什么？有什么收获？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一、感知周长</w:t>
            </w:r>
          </w:p>
        </w:tc>
        <w:tc>
          <w:tcPr>
            <w:tcW w:type="dxa" w:w="3061"/>
          </w:tcPr>
          <w:p>
            <w:pPr>
              <w:spacing w:after="20" w:line="276" w:lineRule="auto"/>
            </w:pPr>
            <w:r/>
            <w:r>
              <w:rPr>
                <w:rFonts w:ascii="宋体" w:hAnsi="宋体" w:eastAsia="宋体"/>
                <w:b w:val="0"/>
                <w:sz w:val="18"/>
              </w:rPr>
              <w:t>1.初步感知什么是一周。</w:t>
            </w:r>
          </w:p>
          <w:p>
            <w:pPr>
              <w:spacing w:after="20" w:line="276" w:lineRule="auto"/>
            </w:pPr>
            <w:r>
              <w:rPr>
                <w:rFonts w:ascii="宋体" w:hAnsi="宋体" w:eastAsia="宋体"/>
                <w:b w:val="0"/>
                <w:sz w:val="18"/>
              </w:rPr>
              <w:t>课件演示蚂蚁绕树叶边缘爬一周的情境。</w:t>
            </w:r>
          </w:p>
          <w:p>
            <w:pPr>
              <w:spacing w:after="20" w:line="276" w:lineRule="auto"/>
            </w:pPr>
            <w:r>
              <w:rPr>
                <w:rFonts w:ascii="宋体" w:hAnsi="宋体" w:eastAsia="宋体"/>
                <w:b w:val="0"/>
                <w:sz w:val="18"/>
              </w:rPr>
              <w:t>师：说说你观察到了什么。(蚂蚁围着树叶爬了一圈)</w:t>
            </w:r>
          </w:p>
          <w:p>
            <w:pPr>
              <w:spacing w:after="20" w:line="276" w:lineRule="auto"/>
            </w:pPr>
            <w:r>
              <w:rPr>
                <w:rFonts w:ascii="宋体" w:hAnsi="宋体" w:eastAsia="宋体"/>
                <w:b w:val="0"/>
                <w:sz w:val="18"/>
              </w:rPr>
              <w:t>师：请认真观察：蚂蚁是从哪儿开始的？沿着什么地方爬的？又是在哪儿结束的？</w:t>
            </w:r>
          </w:p>
          <w:p>
            <w:pPr>
              <w:spacing w:after="20" w:line="276" w:lineRule="auto"/>
            </w:pPr>
            <w:r>
              <w:rPr>
                <w:rFonts w:ascii="宋体" w:hAnsi="宋体" w:eastAsia="宋体"/>
                <w:b w:val="0"/>
                <w:sz w:val="18"/>
              </w:rPr>
              <w:t>师：蚂蚁绕着树叶边缘爬了一圈，我们还可以说是蚂蚁绕着树叶边缘爬了一周。</w:t>
            </w:r>
          </w:p>
          <w:p>
            <w:pPr>
              <w:spacing w:after="20" w:line="276" w:lineRule="auto"/>
            </w:pPr>
            <w:r>
              <w:rPr>
                <w:rFonts w:ascii="宋体" w:hAnsi="宋体" w:eastAsia="宋体"/>
                <w:b w:val="0"/>
                <w:sz w:val="18"/>
              </w:rPr>
              <w:t>2．导入新课。</w:t>
            </w:r>
          </w:p>
          <w:p>
            <w:pPr>
              <w:spacing w:after="20" w:line="276" w:lineRule="auto"/>
            </w:pPr>
            <w:r>
              <w:rPr>
                <w:rFonts w:ascii="宋体" w:hAnsi="宋体" w:eastAsia="宋体"/>
                <w:b w:val="0"/>
                <w:sz w:val="18"/>
              </w:rPr>
              <w:t>师：这“一周”的长度也就是树叶的“周长”，今天我们就来学习有关周长的知识。(板书课题：周长)</w:t>
            </w:r>
          </w:p>
        </w:tc>
        <w:tc>
          <w:tcPr>
            <w:tcW w:type="dxa" w:w="3061"/>
          </w:tcPr>
          <w:p>
            <w:pPr>
              <w:spacing w:after="20" w:line="276" w:lineRule="auto"/>
            </w:pPr>
            <w:r/>
            <w:r>
              <w:rPr>
                <w:rFonts w:ascii="宋体" w:hAnsi="宋体" w:eastAsia="宋体"/>
                <w:b w:val="0"/>
                <w:sz w:val="18"/>
              </w:rPr>
              <w:t>学生观看课件，独立思考。(课件演示后学生边指边说)</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二、探索新知</w:t>
            </w:r>
          </w:p>
        </w:tc>
        <w:tc>
          <w:tcPr>
            <w:tcW w:type="dxa" w:w="3061"/>
          </w:tcPr>
          <w:p>
            <w:pPr>
              <w:spacing w:after="20" w:line="276" w:lineRule="auto"/>
            </w:pPr>
            <w:r/>
            <w:r>
              <w:rPr>
                <w:rFonts w:ascii="宋体" w:hAnsi="宋体" w:eastAsia="宋体"/>
                <w:b w:val="0"/>
                <w:sz w:val="18"/>
              </w:rPr>
              <w:t>1.认识一周。</w:t>
            </w:r>
          </w:p>
          <w:p>
            <w:pPr>
              <w:spacing w:after="20" w:line="276" w:lineRule="auto"/>
            </w:pPr>
            <w:r>
              <w:rPr>
                <w:rFonts w:ascii="宋体" w:hAnsi="宋体" w:eastAsia="宋体"/>
                <w:b w:val="0"/>
                <w:sz w:val="18"/>
              </w:rPr>
              <w:t>师：咱们先来研究什么是“一周”。</w:t>
            </w:r>
          </w:p>
          <w:p>
            <w:pPr>
              <w:spacing w:after="20" w:line="276" w:lineRule="auto"/>
            </w:pPr>
            <w:r>
              <w:rPr>
                <w:rFonts w:ascii="宋体" w:hAnsi="宋体" w:eastAsia="宋体"/>
                <w:b w:val="0"/>
                <w:sz w:val="18"/>
              </w:rPr>
              <w:t>(1)指一指。</w:t>
            </w:r>
          </w:p>
          <w:p>
            <w:pPr>
              <w:spacing w:after="20" w:line="276" w:lineRule="auto"/>
            </w:pPr>
            <w:r>
              <w:rPr>
                <w:rFonts w:ascii="宋体" w:hAnsi="宋体" w:eastAsia="宋体"/>
                <w:b w:val="0"/>
                <w:sz w:val="18"/>
              </w:rPr>
              <w:t>请学生指一指数学书封面的一周，并交流展示。</w:t>
            </w:r>
          </w:p>
          <w:p>
            <w:pPr>
              <w:spacing w:after="20" w:line="276" w:lineRule="auto"/>
            </w:pPr>
            <w:r>
              <w:rPr>
                <w:rFonts w:ascii="宋体" w:hAnsi="宋体" w:eastAsia="宋体"/>
                <w:b w:val="0"/>
                <w:sz w:val="18"/>
              </w:rPr>
              <w:t>指名学生说一说起点在哪，终点在哪。</w:t>
            </w:r>
          </w:p>
          <w:p>
            <w:pPr>
              <w:spacing w:after="20" w:line="276" w:lineRule="auto"/>
            </w:pPr>
            <w:r>
              <w:rPr>
                <w:rFonts w:ascii="宋体" w:hAnsi="宋体" w:eastAsia="宋体"/>
                <w:b w:val="0"/>
                <w:sz w:val="18"/>
              </w:rPr>
              <w:t>引导学生归纳：从一个点出发绕一圈又回到起点，就是“一周”。</w:t>
            </w:r>
          </w:p>
          <w:p>
            <w:pPr>
              <w:spacing w:after="20" w:line="276" w:lineRule="auto"/>
            </w:pPr>
            <w:r>
              <w:rPr>
                <w:rFonts w:ascii="宋体" w:hAnsi="宋体" w:eastAsia="宋体"/>
                <w:b w:val="0"/>
                <w:sz w:val="18"/>
              </w:rPr>
              <w:t>师：从起点出发描了一周又回到起点围成的图形，就叫封闭图形。</w:t>
            </w:r>
          </w:p>
          <w:p>
            <w:pPr>
              <w:spacing w:after="20" w:line="276" w:lineRule="auto"/>
            </w:pPr>
            <w:r>
              <w:rPr>
                <w:rFonts w:ascii="宋体" w:hAnsi="宋体" w:eastAsia="宋体"/>
                <w:b w:val="0"/>
                <w:sz w:val="18"/>
              </w:rPr>
              <w:t>(2)认一认。</w:t>
            </w:r>
          </w:p>
          <w:p>
            <w:pPr>
              <w:spacing w:after="20" w:line="276" w:lineRule="auto"/>
            </w:pPr>
            <w:r>
              <w:rPr>
                <w:rFonts w:ascii="宋体" w:hAnsi="宋体" w:eastAsia="宋体"/>
                <w:b w:val="0"/>
                <w:sz w:val="18"/>
              </w:rPr>
              <w:t>师：老师带来了许多物体，它们的表面有没有“一周”？</w:t>
            </w:r>
          </w:p>
          <w:p>
            <w:pPr>
              <w:spacing w:after="20" w:line="276" w:lineRule="auto"/>
            </w:pPr>
            <w:r>
              <w:rPr>
                <w:rFonts w:ascii="宋体" w:hAnsi="宋体" w:eastAsia="宋体"/>
                <w:b w:val="0"/>
                <w:sz w:val="18"/>
              </w:rPr>
              <w:t>课件出示教科书P43图片。</w:t>
            </w:r>
          </w:p>
          <w:p>
            <w:pPr>
              <w:spacing w:after="20" w:line="276" w:lineRule="auto"/>
            </w:pPr>
            <w:r>
              <w:rPr>
                <w:rFonts w:ascii="宋体" w:hAnsi="宋体" w:eastAsia="宋体"/>
                <w:b w:val="0"/>
                <w:sz w:val="18"/>
              </w:rPr>
              <w:t>师：想象一下，这些物体只留下一周的边线会是什么图形？</w:t>
            </w:r>
          </w:p>
          <w:p>
            <w:pPr>
              <w:spacing w:after="20" w:line="276" w:lineRule="auto"/>
            </w:pPr>
            <w:r>
              <w:rPr>
                <w:rFonts w:ascii="宋体" w:hAnsi="宋体" w:eastAsia="宋体"/>
                <w:b w:val="0"/>
                <w:sz w:val="18"/>
              </w:rPr>
              <w:t>教师操作演示，课件出示各图形的边线。</w:t>
            </w:r>
          </w:p>
          <w:p>
            <w:pPr>
              <w:spacing w:after="20" w:line="276" w:lineRule="auto"/>
            </w:pPr>
            <w:r>
              <w:rPr>
                <w:rFonts w:ascii="宋体" w:hAnsi="宋体" w:eastAsia="宋体"/>
                <w:b w:val="0"/>
                <w:sz w:val="18"/>
              </w:rPr>
              <w:t>2．认识周长。</w:t>
            </w:r>
          </w:p>
          <w:p>
            <w:pPr>
              <w:spacing w:after="20" w:line="276" w:lineRule="auto"/>
            </w:pPr>
            <w:r>
              <w:rPr>
                <w:rFonts w:ascii="宋体" w:hAnsi="宋体" w:eastAsia="宋体"/>
                <w:b w:val="0"/>
                <w:sz w:val="18"/>
              </w:rPr>
              <w:t>师：这一周都是有长度的，这一周的长度叫作周长。</w:t>
            </w:r>
          </w:p>
          <w:p>
            <w:pPr>
              <w:spacing w:after="20" w:line="276" w:lineRule="auto"/>
            </w:pPr>
            <w:r>
              <w:rPr>
                <w:rFonts w:ascii="宋体" w:hAnsi="宋体" w:eastAsia="宋体"/>
                <w:b w:val="0"/>
                <w:sz w:val="18"/>
              </w:rPr>
              <w:t>(1)辨一辨。</w:t>
            </w:r>
          </w:p>
          <w:p>
            <w:pPr>
              <w:spacing w:after="20" w:line="276" w:lineRule="auto"/>
            </w:pPr>
            <w:r>
              <w:rPr>
                <w:rFonts w:ascii="宋体" w:hAnsi="宋体" w:eastAsia="宋体"/>
                <w:b w:val="0"/>
                <w:sz w:val="18"/>
              </w:rPr>
              <w:t>师：下面的这几个图形有周长吗？(课件出示图片)</w:t>
            </w:r>
          </w:p>
          <w:p>
            <w:pPr>
              <w:spacing w:after="20" w:line="276" w:lineRule="auto"/>
            </w:pPr>
            <w:r>
              <w:rPr>
                <w:rFonts w:ascii="宋体" w:hAnsi="宋体" w:eastAsia="宋体"/>
                <w:b w:val="0"/>
                <w:sz w:val="18"/>
              </w:rPr>
              <w:t>师：说一说你的判断依据。</w:t>
            </w:r>
          </w:p>
          <w:p>
            <w:pPr>
              <w:spacing w:after="20" w:line="276" w:lineRule="auto"/>
            </w:pPr>
            <w:r>
              <w:rPr>
                <w:rFonts w:ascii="宋体" w:hAnsi="宋体" w:eastAsia="宋体"/>
                <w:b w:val="0"/>
                <w:sz w:val="18"/>
              </w:rPr>
              <w:t>图3：从一点开始，沿着边不能回到开始的这一点。</w:t>
            </w:r>
          </w:p>
          <w:p>
            <w:pPr>
              <w:spacing w:after="20" w:line="276" w:lineRule="auto"/>
            </w:pPr>
            <w:r>
              <w:rPr>
                <w:rFonts w:ascii="宋体" w:hAnsi="宋体" w:eastAsia="宋体"/>
                <w:b w:val="0"/>
                <w:sz w:val="18"/>
              </w:rPr>
              <w:t>(2)说一说：对周长的理解。</w:t>
            </w:r>
          </w:p>
          <w:p>
            <w:pPr>
              <w:spacing w:after="20" w:line="276" w:lineRule="auto"/>
            </w:pPr>
            <w:r>
              <w:rPr>
                <w:rFonts w:ascii="宋体" w:hAnsi="宋体" w:eastAsia="宋体"/>
                <w:b w:val="0"/>
                <w:sz w:val="18"/>
              </w:rPr>
              <w:t>师：看来，只有封闭图形的一周才有固定的长度。这一周的长度就可以叫作图形的周长。谁能完整地说一说对周长的理解？</w:t>
            </w:r>
          </w:p>
          <w:p>
            <w:pPr>
              <w:spacing w:after="20" w:line="276" w:lineRule="auto"/>
            </w:pPr>
            <w:r>
              <w:rPr>
                <w:rFonts w:ascii="宋体" w:hAnsi="宋体" w:eastAsia="宋体"/>
                <w:b w:val="0"/>
                <w:sz w:val="18"/>
              </w:rPr>
              <w:t>(3)画一画：结合概念找周长。</w:t>
            </w:r>
          </w:p>
          <w:p>
            <w:pPr>
              <w:spacing w:after="20" w:line="276" w:lineRule="auto"/>
            </w:pPr>
            <w:r>
              <w:rPr>
                <w:rFonts w:ascii="宋体" w:hAnsi="宋体" w:eastAsia="宋体"/>
                <w:b w:val="0"/>
                <w:sz w:val="18"/>
              </w:rPr>
              <w:t>师：请大家打开教科书P43，结合周长的概念用彩笔描出下面图形的周长吧！</w:t>
            </w:r>
          </w:p>
          <w:p>
            <w:pPr>
              <w:spacing w:after="20" w:line="276" w:lineRule="auto"/>
            </w:pPr>
            <w:r>
              <w:rPr>
                <w:rFonts w:ascii="宋体" w:hAnsi="宋体" w:eastAsia="宋体"/>
                <w:b w:val="0"/>
                <w:sz w:val="18"/>
              </w:rPr>
              <w:t>3．周长的测量方法。</w:t>
            </w:r>
          </w:p>
          <w:p>
            <w:pPr>
              <w:spacing w:after="20" w:line="276" w:lineRule="auto"/>
            </w:pPr>
            <w:r>
              <w:rPr>
                <w:rFonts w:ascii="宋体" w:hAnsi="宋体" w:eastAsia="宋体"/>
                <w:b w:val="0"/>
                <w:sz w:val="18"/>
              </w:rPr>
              <w:t>(1)提出疑问，明确任务。</w:t>
            </w:r>
          </w:p>
          <w:p>
            <w:pPr>
              <w:spacing w:after="20" w:line="276" w:lineRule="auto"/>
            </w:pPr>
            <w:r>
              <w:rPr>
                <w:rFonts w:ascii="宋体" w:hAnsi="宋体" w:eastAsia="宋体"/>
                <w:b w:val="0"/>
                <w:sz w:val="18"/>
              </w:rPr>
              <w:t>师：大家已经知道了什么是周长，但怎么知道一个图形的周长具体是多少？比如：钟面、三角尺的周长。老师为大家准备了圆规、直尺、软尺和绳子，请大家选择合适的测量工具测量出它们的周长。</w:t>
            </w:r>
          </w:p>
          <w:p>
            <w:pPr>
              <w:spacing w:after="20" w:line="276" w:lineRule="auto"/>
            </w:pPr>
            <w:r>
              <w:rPr>
                <w:rFonts w:ascii="宋体" w:hAnsi="宋体" w:eastAsia="宋体"/>
                <w:b w:val="0"/>
                <w:sz w:val="18"/>
              </w:rPr>
              <w:t>(2)小组合作，探究方法。</w:t>
            </w:r>
          </w:p>
          <w:p>
            <w:pPr>
              <w:spacing w:after="20" w:line="276" w:lineRule="auto"/>
            </w:pPr>
            <w:r>
              <w:rPr>
                <w:rFonts w:ascii="宋体" w:hAnsi="宋体" w:eastAsia="宋体"/>
                <w:b w:val="0"/>
                <w:sz w:val="18"/>
              </w:rPr>
              <w:t>出示活动要求：小组6人合作，拿出教师提供给大家的钟面学具和三角尺，观察这两个物品的特点，选择合适的工具测量出它们的周长。将测量的数据记录在练习册上，结果保留整厘米。</w:t>
            </w:r>
          </w:p>
          <w:p>
            <w:pPr>
              <w:spacing w:after="20" w:line="276" w:lineRule="auto"/>
            </w:pPr>
            <w:r>
              <w:rPr>
                <w:rFonts w:ascii="宋体" w:hAnsi="宋体" w:eastAsia="宋体"/>
                <w:b w:val="0"/>
                <w:sz w:val="18"/>
              </w:rPr>
              <w:t>引导学生读懂活动要求，特别是“结果保留整厘米”。</w:t>
            </w:r>
          </w:p>
          <w:p>
            <w:pPr>
              <w:spacing w:after="20" w:line="276" w:lineRule="auto"/>
            </w:pPr>
            <w:r>
              <w:rPr>
                <w:rFonts w:ascii="宋体" w:hAnsi="宋体" w:eastAsia="宋体"/>
                <w:b w:val="0"/>
                <w:sz w:val="18"/>
              </w:rPr>
              <w:t>(3)展示交流。</w:t>
            </w:r>
          </w:p>
          <w:p>
            <w:pPr>
              <w:spacing w:after="20" w:line="276" w:lineRule="auto"/>
            </w:pPr>
            <w:r>
              <w:rPr>
                <w:rFonts w:ascii="宋体" w:hAnsi="宋体" w:eastAsia="宋体"/>
                <w:b w:val="0"/>
                <w:sz w:val="18"/>
              </w:rPr>
              <w:t>师：你测量的是哪个物品的周长？你是怎么测量的？结果是多少？</w:t>
            </w:r>
          </w:p>
          <w:p>
            <w:pPr>
              <w:spacing w:after="20" w:line="276" w:lineRule="auto"/>
            </w:pPr>
            <w:r>
              <w:rPr>
                <w:rFonts w:ascii="宋体" w:hAnsi="宋体" w:eastAsia="宋体"/>
                <w:b w:val="0"/>
                <w:sz w:val="18"/>
              </w:rPr>
              <w:t>测量钟面的周长，一般会用绳子缠绕或者滚动的方法。学生不会测量曲线的长度，教师引导学生使用“化曲为直”的方法(在前面抽象出周长概念已初步感受)用软尺、绳子测量，还可以让钟面边缘在直尺上滚动一周测量。</w:t>
            </w:r>
          </w:p>
        </w:tc>
        <w:tc>
          <w:tcPr>
            <w:tcW w:type="dxa" w:w="3061"/>
          </w:tcPr>
          <w:p>
            <w:pPr>
              <w:spacing w:after="20" w:line="276" w:lineRule="auto"/>
            </w:pPr>
            <w:r/>
            <w:r>
              <w:rPr>
                <w:rFonts w:ascii="宋体" w:hAnsi="宋体" w:eastAsia="宋体"/>
                <w:b w:val="0"/>
                <w:sz w:val="18"/>
              </w:rPr>
              <w:t>弯弯曲曲的图形、三角形、圆、长方形、五角星。</w:t>
            </w:r>
          </w:p>
          <w:p>
            <w:pPr>
              <w:spacing w:after="20" w:line="276" w:lineRule="auto"/>
            </w:pPr>
            <w:r>
              <w:rPr>
                <w:rFonts w:ascii="宋体" w:hAnsi="宋体" w:eastAsia="宋体"/>
                <w:b w:val="0"/>
                <w:sz w:val="18"/>
              </w:rPr>
              <w:t>学生思考交流后，重点研究图2和图3。</w:t>
            </w:r>
          </w:p>
          <w:p>
            <w:pPr>
              <w:spacing w:after="20" w:line="276" w:lineRule="auto"/>
            </w:pPr>
            <w:r>
              <w:rPr>
                <w:rFonts w:ascii="宋体" w:hAnsi="宋体" w:eastAsia="宋体"/>
                <w:b w:val="0"/>
                <w:sz w:val="18"/>
              </w:rPr>
              <w:t>图2：图形的一周不包括图形内部的线条，所以只能画出边线。</w:t>
            </w:r>
          </w:p>
          <w:p>
            <w:pPr>
              <w:spacing w:after="20" w:line="276" w:lineRule="auto"/>
            </w:pPr>
            <w:r>
              <w:rPr>
                <w:rFonts w:ascii="宋体" w:hAnsi="宋体" w:eastAsia="宋体"/>
                <w:b w:val="0"/>
                <w:sz w:val="18"/>
              </w:rPr>
              <w:t>封闭图形一周的长度，是它的周长。(板书)</w:t>
            </w:r>
          </w:p>
          <w:p>
            <w:pPr>
              <w:spacing w:after="20" w:line="276" w:lineRule="auto"/>
            </w:pPr>
            <w:r>
              <w:rPr>
                <w:rFonts w:ascii="宋体" w:hAnsi="宋体" w:eastAsia="宋体"/>
                <w:b w:val="0"/>
                <w:sz w:val="18"/>
              </w:rPr>
              <w:t>学生独立完成描画的任务，说一说各个图形的周长的大小。(起点至终点一周的长度)</w:t>
            </w:r>
          </w:p>
          <w:p>
            <w:pPr>
              <w:spacing w:after="20" w:line="276" w:lineRule="auto"/>
            </w:pPr>
            <w:r>
              <w:rPr>
                <w:rFonts w:ascii="宋体" w:hAnsi="宋体" w:eastAsia="宋体"/>
                <w:b w:val="0"/>
                <w:sz w:val="18"/>
              </w:rPr>
              <w:t>测量三角尺的周长，先测出三边的长度，记录下来，最后把三边的长度加起来。</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设计递进式探究活动，引导学生在动手实践与合作交流中经历知识形成过程，突破本课重难点，核心问题："想象一下，这些物体只留下一周的边线会是什么图形？"</w:t>
            </w:r>
          </w:p>
        </w:tc>
      </w:tr>
      <w:tr>
        <w:tc>
          <w:tcPr>
            <w:tcW w:type="dxa" w:w="1474"/>
          </w:tcPr>
          <w:p>
            <w:pPr>
              <w:spacing w:after="20" w:line="276" w:lineRule="auto"/>
            </w:pPr>
            <w:r>
              <w:rPr>
                <w:b/>
              </w:rPr>
            </w:r>
            <w:r>
              <w:rPr>
                <w:rFonts w:ascii="宋体" w:hAnsi="宋体" w:eastAsia="宋体"/>
                <w:b/>
                <w:sz w:val="18"/>
              </w:rPr>
              <w:t>课件演示“绳绕法”“滚动法”。(适时板书)</w:t>
            </w:r>
          </w:p>
        </w:tc>
        <w:tc>
          <w:tcPr>
            <w:tcW w:type="dxa" w:w="3061"/>
          </w:tcPr>
          <w:p>
            <w:pPr>
              <w:spacing w:after="20" w:line="276" w:lineRule="auto"/>
            </w:pPr>
            <w:r/>
            <w:r>
              <w:rPr>
                <w:rFonts w:ascii="宋体" w:hAnsi="宋体" w:eastAsia="宋体"/>
                <w:b w:val="0"/>
                <w:sz w:val="18"/>
              </w:rPr>
              <w:t>(4)介绍圆规和直尺测量的方法。</w:t>
            </w:r>
          </w:p>
          <w:p>
            <w:pPr>
              <w:spacing w:after="20" w:line="276" w:lineRule="auto"/>
            </w:pPr>
            <w:r>
              <w:rPr>
                <w:rFonts w:ascii="宋体" w:hAnsi="宋体" w:eastAsia="宋体"/>
                <w:b w:val="0"/>
                <w:sz w:val="18"/>
              </w:rPr>
              <w:t>师：有同学用圆规测量的吗？</w:t>
            </w:r>
          </w:p>
          <w:p>
            <w:pPr>
              <w:spacing w:after="20" w:line="276" w:lineRule="auto"/>
            </w:pPr>
            <w:r>
              <w:rPr>
                <w:rFonts w:ascii="宋体" w:hAnsi="宋体" w:eastAsia="宋体"/>
                <w:b w:val="0"/>
                <w:sz w:val="18"/>
              </w:rPr>
              <w:t>教师介绍：由线段围成的图形，可以用圆规和直尺把它们的边画成首尾相接的一条线段，这条线段的长度就是它的周长。(边介绍边课件演示并板书)</w:t>
            </w:r>
          </w:p>
          <w:p>
            <w:pPr>
              <w:spacing w:after="20" w:line="276" w:lineRule="auto"/>
            </w:pPr>
            <w:r>
              <w:rPr>
                <w:rFonts w:ascii="宋体" w:hAnsi="宋体" w:eastAsia="宋体"/>
                <w:b w:val="0"/>
                <w:sz w:val="18"/>
              </w:rPr>
              <w:t>(5)比较归纳。</w:t>
            </w:r>
          </w:p>
          <w:p>
            <w:pPr>
              <w:spacing w:after="20" w:line="276" w:lineRule="auto"/>
            </w:pPr>
            <w:r>
              <w:rPr>
                <w:rFonts w:ascii="宋体" w:hAnsi="宋体" w:eastAsia="宋体"/>
                <w:b w:val="0"/>
                <w:sz w:val="18"/>
              </w:rPr>
              <w:t>师：什么样的图形可以直接用直尺量？什么样的图形得先用绳子绕一绕，再量出绳子的长度？</w:t>
            </w:r>
          </w:p>
          <w:p>
            <w:pPr>
              <w:spacing w:after="20" w:line="276" w:lineRule="auto"/>
            </w:pPr>
            <w:r>
              <w:rPr>
                <w:rFonts w:ascii="宋体" w:hAnsi="宋体" w:eastAsia="宋体"/>
                <w:b w:val="0"/>
                <w:sz w:val="18"/>
              </w:rPr>
              <w:t>师小结：虽然具体测量的方法不同，但是都能测得图形的周长。由曲线围成的图形的周长，我们可以想办法把它们一周的边线“化曲为直”，再测量出它的周长。无论是直线图形还是曲线图形，只要把这个图形所有的边线的长加起来就是它的周长，即“化零为整”。(适时板书)</w:t>
            </w:r>
          </w:p>
        </w:tc>
        <w:tc>
          <w:tcPr>
            <w:tcW w:type="dxa" w:w="3061"/>
          </w:tcPr>
          <w:p>
            <w:pPr>
              <w:spacing w:after="20" w:line="276" w:lineRule="auto"/>
            </w:pPr>
            <w:r/>
            <w:r>
              <w:rPr>
                <w:rFonts w:ascii="宋体" w:hAnsi="宋体" w:eastAsia="宋体"/>
                <w:b w:val="0"/>
                <w:sz w:val="18"/>
              </w:rPr>
              <w:t>圆规上没有具体的数据，一般学生会直接用尺子量，不会用圆规。</w:t>
            </w:r>
          </w:p>
          <w:p>
            <w:pPr>
              <w:spacing w:after="20" w:line="276" w:lineRule="auto"/>
            </w:pPr>
            <w:r>
              <w:rPr>
                <w:rFonts w:ascii="宋体" w:hAnsi="宋体" w:eastAsia="宋体"/>
                <w:b w:val="0"/>
                <w:sz w:val="18"/>
              </w:rPr>
              <w:t>多边形可以用直尺量或用圆规转化成一条线段再用直尺量；图形的各边是曲线或不规则的，则可以用“绳绕法”“滚动法”。</w:t>
            </w:r>
          </w:p>
        </w:tc>
        <w:tc>
          <w:tcPr>
            <w:tcW w:type="dxa" w:w="1814"/>
          </w:tcPr>
          <w:p>
            <w:pPr>
              <w:spacing w:after="20" w:line="276" w:lineRule="auto"/>
            </w:pPr>
            <w:r/>
            <w:r>
              <w:rPr>
                <w:rFonts w:ascii="宋体" w:hAnsi="宋体" w:eastAsia="宋体"/>
                <w:b w:val="0"/>
                <w:sz w:val="18"/>
              </w:rPr>
              <w:t>围绕环节目标组织学习活动，引导学生主动参与、积极思考，核心问题："有同学用圆规测量的吗？"</w:t>
            </w:r>
          </w:p>
        </w:tc>
      </w:tr>
      <w:tr>
        <w:tc>
          <w:tcPr>
            <w:tcW w:type="dxa" w:w="1474"/>
          </w:tcPr>
          <w:p>
            <w:pPr>
              <w:spacing w:after="20" w:line="276" w:lineRule="auto"/>
            </w:pPr>
            <w:r>
              <w:rPr>
                <w:b/>
              </w:rPr>
            </w:r>
            <w:r>
              <w:rPr>
                <w:rFonts w:ascii="宋体" w:hAnsi="宋体" w:eastAsia="宋体"/>
                <w:b/>
                <w:sz w:val="18"/>
              </w:rPr>
              <w:t>三、实践应用，内化提升</w:t>
            </w:r>
          </w:p>
        </w:tc>
        <w:tc>
          <w:tcPr>
            <w:tcW w:type="dxa" w:w="3061"/>
          </w:tcPr>
          <w:p>
            <w:pPr>
              <w:spacing w:after="20" w:line="276" w:lineRule="auto"/>
            </w:pPr>
            <w:r/>
            <w:r>
              <w:rPr>
                <w:rFonts w:ascii="宋体" w:hAnsi="宋体" w:eastAsia="宋体"/>
                <w:b w:val="0"/>
                <w:sz w:val="18"/>
              </w:rPr>
              <w:t>完成P44“做一做”第1，2题。</w:t>
            </w:r>
          </w:p>
        </w:tc>
        <w:tc>
          <w:tcPr>
            <w:tcW w:type="dxa" w:w="3061"/>
          </w:tcPr>
          <w:p>
            <w:pPr>
              <w:spacing w:after="20" w:line="276" w:lineRule="auto"/>
            </w:pPr>
            <w:r/>
            <w:r>
              <w:rPr>
                <w:rFonts w:ascii="宋体" w:hAnsi="宋体" w:eastAsia="宋体"/>
                <w:b w:val="0"/>
                <w:sz w:val="18"/>
              </w:rPr>
              <w:t>学生独立在教科书上完成，全班集中展示交流。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师：今天我们认识了周长，通过学习你们懂得了什么？有什么收获？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通过观察课件演示、描、围、滚等活动，经历从物体表面感知“一周”、关注“一周”的长度等活动过程，不断丰富对周长的认知，从理性上认识周长。在理解概念的基础上探究求图形周长的方法，感受“化曲为直”“化零为整”的数学思想方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周长</w:t>
      </w:r>
    </w:p>
    <w:p>
      <w:pPr>
        <w:spacing w:after="40" w:line="300" w:lineRule="auto"/>
      </w:pPr>
      <w:r>
        <w:rPr>
          <w:rFonts w:ascii="宋体" w:hAnsi="宋体" w:eastAsia="宋体"/>
          <w:b w:val="0"/>
          <w:sz w:val="20"/>
        </w:rPr>
        <w:t>封闭图形一周的长度，是它的周长。</w:t>
      </w:r>
    </w:p>
    <w:p>
      <w:pPr>
        <w:spacing w:after="40" w:line="300" w:lineRule="auto"/>
      </w:pPr>
      <w:r>
        <w:rPr>
          <w:rFonts w:ascii="宋体" w:hAnsi="宋体" w:eastAsia="宋体"/>
          <w:b w:val="0"/>
          <w:sz w:val="20"/>
        </w:rPr>
        <w:t>“绳绕法”　“滚动法”　“圆规和直尺测量法”</w:t>
      </w:r>
    </w:p>
    <w:p>
      <w:pPr>
        <w:spacing w:after="40" w:line="300" w:lineRule="auto"/>
      </w:pPr>
      <w:r>
        <w:rPr>
          <w:rFonts w:ascii="宋体" w:hAnsi="宋体" w:eastAsia="宋体"/>
          <w:b w:val="0"/>
          <w:sz w:val="20"/>
        </w:rPr>
        <w:t>化曲为直　　　　化零为整</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教科书P43及P44“做一做”。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通过以往的教学经验，学生在对周长的理解过程中，对“封闭”和“一周”的理解不深刻，会对周长的理解产生困惑。所以本节课首先让学生从动画中认识到“一周”，再依次进行重难点突破，理解周长的概念。</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长方形和正方形的周长</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长方形和正方形的周长</w:t>
            </w:r>
          </w:p>
        </w:tc>
        <w:tc>
          <w:tcPr>
            <w:tcW w:type="dxa" w:w="6009"/>
          </w:tcPr>
          <w:p>
            <w:pPr>
              <w:spacing w:after="20" w:line="276" w:lineRule="auto"/>
            </w:pPr>
            <w:r/>
            <w:r>
              <w:rPr>
                <w:rFonts w:ascii="宋体" w:hAnsi="宋体" w:eastAsia="宋体"/>
                <w:b w:val="0"/>
                <w:sz w:val="20"/>
              </w:rPr>
              <w:t>第3单元 长方形和正方形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小学生的年龄特点决定了他们对图形的识别活动，处于由以依据表象为主的直观辨认水平，逐步向以依据特征为主的初级概念判断水平发展。学生在生活中经常遇到本单元要学习的平面图形，经常接触到周长这一概念，但却不能准确表达到底什么才是图形的周长。对于探索图形的特征，学生有比较丰富的经验，本单元的难点是探索周长的计算方法，教师应关注学生对计算方法的推导过程，注重动手操作和动态演示相结合，让学生获得活动经验，发展空间观念。</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教学内容：教科书P44例2及“做一做”，教科书P47“练习九”第7题。</w:t>
      </w:r>
    </w:p>
    <w:p>
      <w:pPr>
        <w:spacing w:after="80" w:line="300" w:lineRule="auto"/>
        <w:ind w:firstLine="400"/>
      </w:pPr>
      <w:r>
        <w:rPr>
          <w:rFonts w:ascii="宋体" w:hAnsi="宋体" w:eastAsia="宋体"/>
          <w:b w:val="0"/>
          <w:sz w:val="20"/>
        </w:rPr>
        <w:t>教学准备：课件、学习单。</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（1）探索并掌握长方形、正方形的周长计算公式，体会数学的抽象性和简洁性，会用所学知识解决生活中的实际问题，感受数学与日常生活的密切关系。</w:t>
      </w:r>
    </w:p>
    <w:p>
      <w:pPr>
        <w:spacing w:after="20" w:line="300" w:lineRule="auto"/>
        <w:ind w:firstLine="400"/>
      </w:pPr>
      <w:r>
        <w:rPr>
          <w:rFonts w:ascii="宋体" w:hAnsi="宋体" w:eastAsia="宋体"/>
          <w:b w:val="0"/>
          <w:sz w:val="20"/>
        </w:rPr>
        <w:t>（2）通过多种活动，培养学生的空间观念和推理能力。</w:t>
      </w:r>
    </w:p>
    <w:p>
      <w:pPr>
        <w:spacing w:after="20" w:line="300" w:lineRule="auto"/>
        <w:ind w:firstLine="400"/>
      </w:pPr>
      <w:r>
        <w:rPr>
          <w:rFonts w:ascii="宋体" w:hAnsi="宋体" w:eastAsia="宋体"/>
          <w:b w:val="0"/>
          <w:sz w:val="20"/>
        </w:rPr>
        <w:t>（3）培养学生积极探究、大胆尝试的自主学习能力和同学间协作互助的精神。</w:t>
      </w:r>
    </w:p>
    <w:p>
      <w:pPr>
        <w:spacing w:after="20" w:line="300" w:lineRule="auto"/>
      </w:pPr>
      <w:r>
        <w:rPr>
          <w:rFonts w:ascii="宋体" w:hAnsi="宋体" w:eastAsia="宋体"/>
          <w:b w:val="0"/>
          <w:sz w:val="20"/>
        </w:rPr>
        <w:t>教学重点：自主探究长方形和正方形周长的计算方法，感受解决问题的多样性。</w:t>
      </w:r>
    </w:p>
    <w:p>
      <w:pPr>
        <w:spacing w:after="20" w:line="300" w:lineRule="auto"/>
      </w:pPr>
      <w:r>
        <w:rPr>
          <w:rFonts w:ascii="宋体" w:hAnsi="宋体" w:eastAsia="宋体"/>
          <w:b w:val="0"/>
          <w:sz w:val="20"/>
        </w:rPr>
        <w:t>教学难点：用数形结合的思想理解长方形和正方形周长计算的算理。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激趣引入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同学们，你们听过龟兔赛跑的故事吗？；大家猜一猜，谁跑的路长呢？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二、探索交流，解决问题　　1.交流探索，明确方向。</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要求长方形的周长也就是要求什么呢？那正方形呢？；要计算长方形的周长，要知道什么？</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三、知识应用，内化提高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今天你有什么收获？你觉得自己表现如何？你还有什么不明白的地方吗？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激趣引入</w:t>
            </w:r>
          </w:p>
        </w:tc>
        <w:tc>
          <w:tcPr>
            <w:tcW w:type="dxa" w:w="3061"/>
          </w:tcPr>
          <w:p>
            <w:pPr>
              <w:spacing w:after="20" w:line="276" w:lineRule="auto"/>
            </w:pPr>
            <w:r/>
            <w:r>
              <w:rPr>
                <w:rFonts w:ascii="宋体" w:hAnsi="宋体" w:eastAsia="宋体"/>
                <w:b w:val="0"/>
                <w:sz w:val="18"/>
              </w:rPr>
              <w:t>1.故事导入，激发兴趣。</w:t>
            </w:r>
          </w:p>
          <w:p>
            <w:pPr>
              <w:spacing w:after="20" w:line="276" w:lineRule="auto"/>
            </w:pPr>
            <w:r>
              <w:rPr>
                <w:rFonts w:ascii="宋体" w:hAnsi="宋体" w:eastAsia="宋体"/>
                <w:b w:val="0"/>
                <w:sz w:val="18"/>
              </w:rPr>
              <w:t>师：同学们，你们听过龟兔赛跑的故事吗？比赛之后，兔子认识到了自己的不足，觉得应该向不懈努力的乌龟学习。今天，它们准备再比一次，乌龟要沿着长方形跑道跑一圈，兔子要沿着正方形跑道跑一圈。但是比赛还没开始，它俩就吵了起来。乌龟说：“我跑的路长。”兔子说：“不对，是我跑的路长。”到底谁跑的路长呢？</w:t>
            </w:r>
          </w:p>
          <w:p>
            <w:pPr>
              <w:spacing w:after="20" w:line="276" w:lineRule="auto"/>
            </w:pPr>
            <w:r>
              <w:rPr>
                <w:rFonts w:ascii="宋体" w:hAnsi="宋体" w:eastAsia="宋体"/>
                <w:b w:val="0"/>
                <w:sz w:val="18"/>
              </w:rPr>
              <w:t>课件出示乌龟和兔子的跑道图(不显示各边长)。</w:t>
            </w:r>
          </w:p>
          <w:p>
            <w:pPr>
              <w:spacing w:after="20" w:line="276" w:lineRule="auto"/>
            </w:pPr>
            <w:r>
              <w:rPr>
                <w:rFonts w:ascii="宋体" w:hAnsi="宋体" w:eastAsia="宋体"/>
                <w:b w:val="0"/>
                <w:sz w:val="18"/>
              </w:rPr>
              <w:t>师：大家猜一猜，谁跑的路长呢？</w:t>
            </w:r>
          </w:p>
          <w:p>
            <w:pPr>
              <w:spacing w:after="20" w:line="276" w:lineRule="auto"/>
            </w:pPr>
            <w:r>
              <w:rPr>
                <w:rFonts w:ascii="宋体" w:hAnsi="宋体" w:eastAsia="宋体"/>
                <w:b w:val="0"/>
                <w:sz w:val="18"/>
              </w:rPr>
              <w:t>师：想一想，你判断谁跑的路长的依据是什么？</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师：要想知道到底是乌龟跑的路长，还是兔子跑的路长，就需要我们计算出长方形和正方形的周长。这就是我们今天要学习的内容。(板书课题：长方形和正方形的周长)</w:t>
            </w:r>
          </w:p>
        </w:tc>
        <w:tc>
          <w:tcPr>
            <w:tcW w:type="dxa" w:w="3061"/>
          </w:tcPr>
          <w:p>
            <w:pPr>
              <w:spacing w:after="20" w:line="276" w:lineRule="auto"/>
            </w:pPr>
            <w:r/>
            <w:r>
              <w:rPr>
                <w:rFonts w:ascii="宋体" w:hAnsi="宋体" w:eastAsia="宋体"/>
                <w:b w:val="0"/>
                <w:sz w:val="18"/>
              </w:rPr>
              <w:t>预设1：乌龟跑的路长一些。</w:t>
            </w:r>
          </w:p>
          <w:p>
            <w:pPr>
              <w:spacing w:after="20" w:line="276" w:lineRule="auto"/>
            </w:pPr>
            <w:r>
              <w:rPr>
                <w:rFonts w:ascii="宋体" w:hAnsi="宋体" w:eastAsia="宋体"/>
                <w:b w:val="0"/>
                <w:sz w:val="18"/>
              </w:rPr>
              <w:t>预设2：兔子跑的路长一些。</w:t>
            </w:r>
          </w:p>
          <w:p>
            <w:pPr>
              <w:spacing w:after="20" w:line="276" w:lineRule="auto"/>
            </w:pPr>
            <w:r>
              <w:rPr>
                <w:rFonts w:ascii="宋体" w:hAnsi="宋体" w:eastAsia="宋体"/>
                <w:b w:val="0"/>
                <w:sz w:val="18"/>
              </w:rPr>
              <w:t>预设3：它们跑的路一样长。</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创设情境激活学生已有经验，自然引出本课学习内容，激发学习兴趣，核心问题："同学们，你们听过龟兔赛跑的故事吗？"</w:t>
            </w:r>
          </w:p>
        </w:tc>
      </w:tr>
      <w:tr>
        <w:tc>
          <w:tcPr>
            <w:tcW w:type="dxa" w:w="1474"/>
          </w:tcPr>
          <w:p>
            <w:pPr>
              <w:spacing w:after="20" w:line="276" w:lineRule="auto"/>
            </w:pPr>
            <w:r>
              <w:rPr>
                <w:b/>
              </w:rPr>
            </w:r>
            <w:r>
              <w:rPr>
                <w:rFonts w:ascii="宋体" w:hAnsi="宋体" w:eastAsia="宋体"/>
                <w:b/>
                <w:sz w:val="18"/>
              </w:rPr>
              <w:t>二、探索交流，解决问题　　1.交流探索，明确方向。</w:t>
            </w:r>
          </w:p>
        </w:tc>
        <w:tc>
          <w:tcPr>
            <w:tcW w:type="dxa" w:w="3061"/>
          </w:tcPr>
          <w:p>
            <w:pPr>
              <w:spacing w:after="20" w:line="276" w:lineRule="auto"/>
            </w:pPr>
            <w:r/>
            <w:r>
              <w:rPr>
                <w:rFonts w:ascii="宋体" w:hAnsi="宋体" w:eastAsia="宋体"/>
                <w:b w:val="0"/>
                <w:sz w:val="18"/>
              </w:rPr>
              <w:t>师：要求长方形的周长也就是要求什么呢？那正方形呢？</w:t>
            </w:r>
          </w:p>
          <w:p>
            <w:pPr>
              <w:spacing w:after="20" w:line="276" w:lineRule="auto"/>
            </w:pPr>
            <w:r>
              <w:rPr>
                <w:rFonts w:ascii="宋体" w:hAnsi="宋体" w:eastAsia="宋体"/>
                <w:b w:val="0"/>
                <w:sz w:val="18"/>
              </w:rPr>
              <w:t>师：下面我们一起来探究长方形的周长和正方形的周长要如何计算。</w:t>
            </w:r>
          </w:p>
          <w:p>
            <w:pPr>
              <w:spacing w:after="20" w:line="276" w:lineRule="auto"/>
            </w:pPr>
            <w:r>
              <w:rPr>
                <w:rFonts w:ascii="宋体" w:hAnsi="宋体" w:eastAsia="宋体"/>
                <w:b w:val="0"/>
                <w:sz w:val="18"/>
              </w:rPr>
              <w:t>2．探究长方形周长的计算方法。</w:t>
            </w:r>
          </w:p>
          <w:p>
            <w:pPr>
              <w:spacing w:after="20" w:line="276" w:lineRule="auto"/>
            </w:pPr>
            <w:r>
              <w:rPr>
                <w:rFonts w:ascii="宋体" w:hAnsi="宋体" w:eastAsia="宋体"/>
                <w:b w:val="0"/>
                <w:sz w:val="18"/>
              </w:rPr>
              <w:t>(1)探索所需信息。</w:t>
            </w:r>
          </w:p>
          <w:p>
            <w:pPr>
              <w:spacing w:after="20" w:line="276" w:lineRule="auto"/>
            </w:pPr>
            <w:r>
              <w:rPr>
                <w:rFonts w:ascii="宋体" w:hAnsi="宋体" w:eastAsia="宋体"/>
                <w:b w:val="0"/>
                <w:sz w:val="18"/>
              </w:rPr>
              <w:t>师：要计算长方形的周长，要知道什么？</w:t>
            </w:r>
          </w:p>
          <w:p>
            <w:pPr>
              <w:spacing w:after="20" w:line="276" w:lineRule="auto"/>
            </w:pPr>
            <w:r>
              <w:rPr>
                <w:rFonts w:ascii="宋体" w:hAnsi="宋体" w:eastAsia="宋体"/>
                <w:b w:val="0"/>
                <w:sz w:val="18"/>
              </w:rPr>
              <w:t>师：老师给出长方形的长和宽的长度，现在你能算出这个长方形的周长吗？</w:t>
            </w:r>
          </w:p>
          <w:p>
            <w:pPr>
              <w:spacing w:after="20" w:line="276" w:lineRule="auto"/>
            </w:pPr>
            <w:r>
              <w:rPr>
                <w:rFonts w:ascii="宋体" w:hAnsi="宋体" w:eastAsia="宋体"/>
                <w:b w:val="0"/>
                <w:sz w:val="18"/>
              </w:rPr>
              <w:t>课件出示教科书P44例2长方形。</w:t>
            </w:r>
          </w:p>
          <w:p>
            <w:pPr>
              <w:spacing w:after="20" w:line="276" w:lineRule="auto"/>
            </w:pPr>
            <w:r>
              <w:rPr>
                <w:rFonts w:ascii="宋体" w:hAnsi="宋体" w:eastAsia="宋体"/>
                <w:b w:val="0"/>
                <w:sz w:val="18"/>
              </w:rPr>
              <w:t>(2)小组合作，交流方法。</w:t>
            </w:r>
          </w:p>
          <w:p>
            <w:pPr>
              <w:spacing w:after="20" w:line="276" w:lineRule="auto"/>
            </w:pPr>
            <w:r>
              <w:rPr>
                <w:rFonts w:ascii="宋体" w:hAnsi="宋体" w:eastAsia="宋体"/>
                <w:b w:val="0"/>
                <w:sz w:val="18"/>
              </w:rPr>
              <w:t>(3)小组汇报。</w:t>
            </w:r>
          </w:p>
          <w:p>
            <w:pPr>
              <w:spacing w:after="20" w:line="276" w:lineRule="auto"/>
            </w:pPr>
            <w:r>
              <w:rPr>
                <w:rFonts w:ascii="宋体" w:hAnsi="宋体" w:eastAsia="宋体"/>
                <w:b w:val="0"/>
                <w:sz w:val="18"/>
              </w:rPr>
              <w:t>师：哪个小组愿意向大家汇报你们组的探究结果？为什么这样算？其他小组有没有不同的想法？</w:t>
            </w:r>
          </w:p>
          <w:p>
            <w:pPr>
              <w:spacing w:after="20" w:line="276" w:lineRule="auto"/>
            </w:pPr>
            <w:r>
              <w:rPr>
                <w:rFonts w:ascii="宋体" w:hAnsi="宋体" w:eastAsia="宋体"/>
                <w:b w:val="0"/>
                <w:sz w:val="18"/>
              </w:rPr>
              <w:t>如果无预设3和预设4，那么根据预设1和预设2可推出预设3和预设4。如有出现预设3和预设4，则让学生分别说说每个算式表示的意义。</w:t>
            </w:r>
          </w:p>
          <w:p>
            <w:pPr>
              <w:spacing w:after="20" w:line="276" w:lineRule="auto"/>
            </w:pPr>
            <w:r>
              <w:rPr>
                <w:rFonts w:ascii="宋体" w:hAnsi="宋体" w:eastAsia="宋体"/>
                <w:b w:val="0"/>
                <w:sz w:val="18"/>
              </w:rPr>
              <w:t>教师根据巡视情况，组织学生依次汇报。</w:t>
            </w:r>
          </w:p>
          <w:p>
            <w:pPr>
              <w:spacing w:after="20" w:line="276" w:lineRule="auto"/>
            </w:pPr>
            <w:r>
              <w:rPr>
                <w:rFonts w:ascii="宋体" w:hAnsi="宋体" w:eastAsia="宋体"/>
                <w:b w:val="0"/>
                <w:sz w:val="18"/>
              </w:rPr>
              <w:t>根据学生的汇报板书：</w:t>
            </w:r>
          </w:p>
          <w:p>
            <w:pPr>
              <w:spacing w:after="20" w:line="276" w:lineRule="auto"/>
            </w:pPr>
            <w:r>
              <w:rPr>
                <w:rFonts w:ascii="宋体" w:hAnsi="宋体" w:eastAsia="宋体"/>
                <w:b w:val="0"/>
                <w:sz w:val="18"/>
              </w:rPr>
              <w:t>6＋6＋4＋4＝20(厘米)　　6＋4＋6＋4＝20(厘米)</w:t>
            </w:r>
          </w:p>
          <w:p>
            <w:pPr>
              <w:spacing w:after="20" w:line="276" w:lineRule="auto"/>
            </w:pPr>
            <w:r>
              <w:rPr>
                <w:rFonts w:ascii="宋体" w:hAnsi="宋体" w:eastAsia="宋体"/>
                <w:b w:val="0"/>
                <w:sz w:val="18"/>
              </w:rPr>
              <w:t>课件动态演示复制出长方形四条边，然后合并起来的过程。</w:t>
            </w:r>
          </w:p>
          <w:p>
            <w:pPr>
              <w:spacing w:after="20" w:line="276" w:lineRule="auto"/>
            </w:pPr>
            <w:r>
              <w:rPr>
                <w:rFonts w:ascii="宋体" w:hAnsi="宋体" w:eastAsia="宋体"/>
                <w:b w:val="0"/>
                <w:sz w:val="18"/>
              </w:rPr>
              <w:t>师：这两个算式有什么相同点和不同点？</w:t>
            </w:r>
          </w:p>
          <w:p>
            <w:pPr>
              <w:spacing w:after="20" w:line="276" w:lineRule="auto"/>
            </w:pPr>
            <w:r>
              <w:rPr>
                <w:rFonts w:ascii="宋体" w:hAnsi="宋体" w:eastAsia="宋体"/>
                <w:b w:val="0"/>
                <w:sz w:val="18"/>
              </w:rPr>
              <w:t>师小结：这两种方法都是把6和4相加，只不过位置发生了变化，因此可以看作是一种方法。</w:t>
            </w:r>
          </w:p>
          <w:p>
            <w:pPr>
              <w:spacing w:after="20" w:line="276" w:lineRule="auto"/>
            </w:pPr>
            <w:r>
              <w:rPr>
                <w:rFonts w:ascii="宋体" w:hAnsi="宋体" w:eastAsia="宋体"/>
                <w:b w:val="0"/>
                <w:sz w:val="18"/>
              </w:rPr>
              <w:t>师：看来这些算式都能计算出长方形的周长，相互之间都有联系。那为什么可以用乘法也可以用加法呢？你能说说这两个算式的含义吗？</w:t>
            </w:r>
          </w:p>
          <w:p>
            <w:pPr>
              <w:spacing w:after="20" w:line="276" w:lineRule="auto"/>
            </w:pPr>
            <w:r>
              <w:rPr>
                <w:rFonts w:ascii="宋体" w:hAnsi="宋体" w:eastAsia="宋体"/>
                <w:b w:val="0"/>
                <w:sz w:val="18"/>
              </w:rPr>
              <w:t>(4)概括归纳。</w:t>
            </w:r>
          </w:p>
          <w:p>
            <w:pPr>
              <w:spacing w:after="20" w:line="276" w:lineRule="auto"/>
            </w:pPr>
            <w:r>
              <w:rPr>
                <w:rFonts w:ascii="宋体" w:hAnsi="宋体" w:eastAsia="宋体"/>
                <w:b w:val="0"/>
                <w:sz w:val="18"/>
              </w:rPr>
              <w:t>师：现在我们一起回头看，请同学们认真观察这些算式。求长方形的周长，我们既可以把两条长和两条宽加起来，也可以根据长方形对边相等的特征，用长的2倍加上宽的2倍，还可以根据一个长方形中有两组长和宽，非常巧妙地想到用一条长加一条宽的和再乘2。同学们的思考步步深入，你们真是太棒了！</w:t>
            </w:r>
          </w:p>
          <w:p>
            <w:pPr>
              <w:spacing w:after="20" w:line="276" w:lineRule="auto"/>
            </w:pPr>
            <w:r>
              <w:rPr>
                <w:rFonts w:ascii="宋体" w:hAnsi="宋体" w:eastAsia="宋体"/>
                <w:b w:val="0"/>
                <w:sz w:val="18"/>
              </w:rPr>
              <w:t>教师适时板书，沟通各种算法之间的关系。</w:t>
            </w:r>
          </w:p>
          <w:p>
            <w:pPr>
              <w:spacing w:after="20" w:line="276" w:lineRule="auto"/>
            </w:pPr>
            <w:r>
              <w:rPr>
                <w:rFonts w:ascii="宋体" w:hAnsi="宋体" w:eastAsia="宋体"/>
                <w:b w:val="0"/>
                <w:sz w:val="18"/>
              </w:rPr>
              <w:t>师：现在我们来看这几种方法，不管哪种，要计算长方形的周长必须知道什么条件？</w:t>
            </w:r>
          </w:p>
          <w:p>
            <w:pPr>
              <w:spacing w:after="20" w:line="276" w:lineRule="auto"/>
            </w:pPr>
            <w:r>
              <w:rPr>
                <w:rFonts w:ascii="宋体" w:hAnsi="宋体" w:eastAsia="宋体"/>
                <w:b w:val="0"/>
                <w:sz w:val="18"/>
              </w:rPr>
              <w:t>师：你认为哪一种计算方法更简便？</w:t>
            </w:r>
          </w:p>
          <w:p>
            <w:pPr>
              <w:spacing w:after="20" w:line="276" w:lineRule="auto"/>
            </w:pPr>
            <w:r>
              <w:rPr>
                <w:rFonts w:ascii="宋体" w:hAnsi="宋体" w:eastAsia="宋体"/>
                <w:b w:val="0"/>
                <w:sz w:val="18"/>
              </w:rPr>
              <w:t>3．探究正方形周长的计算方法。</w:t>
            </w:r>
          </w:p>
          <w:p>
            <w:pPr>
              <w:spacing w:after="20" w:line="276" w:lineRule="auto"/>
            </w:pPr>
            <w:r>
              <w:rPr>
                <w:rFonts w:ascii="宋体" w:hAnsi="宋体" w:eastAsia="宋体"/>
                <w:b w:val="0"/>
                <w:sz w:val="18"/>
              </w:rPr>
              <w:t>课件出示教科书P44例2正方形。</w:t>
            </w:r>
          </w:p>
          <w:p>
            <w:pPr>
              <w:spacing w:after="20" w:line="276" w:lineRule="auto"/>
            </w:pPr>
            <w:r>
              <w:rPr>
                <w:rFonts w:ascii="宋体" w:hAnsi="宋体" w:eastAsia="宋体"/>
                <w:b w:val="0"/>
                <w:sz w:val="18"/>
              </w:rPr>
              <w:t>师：你能求出这个正方形的周长吗？</w:t>
            </w:r>
          </w:p>
          <w:p>
            <w:pPr>
              <w:spacing w:after="20" w:line="276" w:lineRule="auto"/>
            </w:pPr>
            <w:r>
              <w:rPr>
                <w:rFonts w:ascii="宋体" w:hAnsi="宋体" w:eastAsia="宋体"/>
                <w:b w:val="0"/>
                <w:sz w:val="18"/>
              </w:rPr>
              <w:t>(1)独立思考，寻求方法。</w:t>
            </w:r>
          </w:p>
          <w:p>
            <w:pPr>
              <w:spacing w:after="20" w:line="276" w:lineRule="auto"/>
            </w:pPr>
            <w:r>
              <w:rPr>
                <w:rFonts w:ascii="宋体" w:hAnsi="宋体" w:eastAsia="宋体"/>
                <w:b w:val="0"/>
                <w:sz w:val="18"/>
              </w:rPr>
              <w:t>完成学习单表格中正方形部分的计算。</w:t>
            </w:r>
          </w:p>
          <w:p>
            <w:pPr>
              <w:spacing w:after="20" w:line="276" w:lineRule="auto"/>
            </w:pPr>
            <w:r>
              <w:rPr>
                <w:rFonts w:ascii="宋体" w:hAnsi="宋体" w:eastAsia="宋体"/>
                <w:b w:val="0"/>
                <w:sz w:val="18"/>
              </w:rPr>
              <w:t>(2)交流算法。</w:t>
            </w:r>
          </w:p>
          <w:p>
            <w:pPr>
              <w:spacing w:after="20" w:line="276" w:lineRule="auto"/>
            </w:pPr>
            <w:r>
              <w:rPr>
                <w:rFonts w:ascii="宋体" w:hAnsi="宋体" w:eastAsia="宋体"/>
                <w:b w:val="0"/>
                <w:sz w:val="18"/>
              </w:rPr>
              <w:t>(3)比较优化。</w:t>
            </w:r>
          </w:p>
          <w:p>
            <w:pPr>
              <w:spacing w:after="20" w:line="276" w:lineRule="auto"/>
            </w:pPr>
            <w:r>
              <w:rPr>
                <w:rFonts w:ascii="宋体" w:hAnsi="宋体" w:eastAsia="宋体"/>
                <w:b w:val="0"/>
                <w:sz w:val="18"/>
              </w:rPr>
              <w:t>思考：哪种方法比较简便？正方形的周长公式可以怎么表示？</w:t>
            </w:r>
          </w:p>
          <w:p>
            <w:pPr>
              <w:spacing w:after="20" w:line="276" w:lineRule="auto"/>
            </w:pPr>
            <w:r>
              <w:rPr>
                <w:rFonts w:ascii="宋体" w:hAnsi="宋体" w:eastAsia="宋体"/>
                <w:b w:val="0"/>
                <w:sz w:val="18"/>
              </w:rPr>
              <w:t>师小结：正方形周长＝边长×4(板书)</w:t>
            </w:r>
          </w:p>
          <w:p>
            <w:pPr>
              <w:spacing w:after="20" w:line="276" w:lineRule="auto"/>
            </w:pPr>
            <w:r>
              <w:rPr>
                <w:rFonts w:ascii="宋体" w:hAnsi="宋体" w:eastAsia="宋体"/>
                <w:b w:val="0"/>
                <w:sz w:val="18"/>
              </w:rPr>
              <w:t>师：要计算正方形的周长必须知道什么条件？(边长)</w:t>
            </w:r>
          </w:p>
          <w:p>
            <w:pPr>
              <w:spacing w:after="20" w:line="276" w:lineRule="auto"/>
            </w:pPr>
            <w:r>
              <w:rPr>
                <w:rFonts w:ascii="宋体" w:hAnsi="宋体" w:eastAsia="宋体"/>
                <w:b w:val="0"/>
                <w:sz w:val="18"/>
              </w:rPr>
              <w:t>4．回归导入，巩固知识。</w:t>
            </w:r>
          </w:p>
          <w:p>
            <w:pPr>
              <w:spacing w:after="20" w:line="276" w:lineRule="auto"/>
            </w:pPr>
            <w:r>
              <w:rPr>
                <w:rFonts w:ascii="宋体" w:hAnsi="宋体" w:eastAsia="宋体"/>
                <w:b w:val="0"/>
                <w:sz w:val="18"/>
              </w:rPr>
              <w:t>下面我们一起帮乌龟和兔子算一算，它们的跑道到底谁长谁短呢？</w:t>
            </w:r>
          </w:p>
          <w:p>
            <w:pPr>
              <w:spacing w:after="20" w:line="276" w:lineRule="auto"/>
            </w:pPr>
            <w:r>
              <w:rPr>
                <w:rFonts w:ascii="宋体" w:hAnsi="宋体" w:eastAsia="宋体"/>
                <w:b w:val="0"/>
                <w:sz w:val="18"/>
              </w:rPr>
              <w:t>课件显示出长方形跑道的长和宽和正方形跑道的边长。</w:t>
            </w:r>
          </w:p>
        </w:tc>
        <w:tc>
          <w:tcPr>
            <w:tcW w:type="dxa" w:w="3061"/>
          </w:tcPr>
          <w:p>
            <w:pPr>
              <w:spacing w:after="20" w:line="276" w:lineRule="auto"/>
            </w:pPr>
            <w:r/>
            <w:r>
              <w:rPr>
                <w:rFonts w:ascii="宋体" w:hAnsi="宋体" w:eastAsia="宋体"/>
                <w:b w:val="0"/>
                <w:sz w:val="18"/>
              </w:rPr>
              <w:t>求四条边的长度之和。</w:t>
            </w:r>
          </w:p>
          <w:p>
            <w:pPr>
              <w:spacing w:after="20" w:line="276" w:lineRule="auto"/>
            </w:pPr>
            <w:r>
              <w:rPr>
                <w:rFonts w:ascii="宋体" w:hAnsi="宋体" w:eastAsia="宋体"/>
                <w:b w:val="0"/>
                <w:sz w:val="18"/>
              </w:rPr>
              <w:t>小组讨论回答。</w:t>
            </w:r>
          </w:p>
          <w:p>
            <w:pPr>
              <w:spacing w:after="20" w:line="276" w:lineRule="auto"/>
            </w:pPr>
            <w:r>
              <w:rPr>
                <w:rFonts w:ascii="宋体" w:hAnsi="宋体" w:eastAsia="宋体"/>
                <w:b w:val="0"/>
                <w:sz w:val="18"/>
              </w:rPr>
              <w:t>预设1：要知道长方形四条边的长度。</w:t>
            </w:r>
          </w:p>
          <w:p>
            <w:pPr>
              <w:spacing w:after="20" w:line="276" w:lineRule="auto"/>
            </w:pPr>
            <w:r>
              <w:rPr>
                <w:rFonts w:ascii="宋体" w:hAnsi="宋体" w:eastAsia="宋体"/>
                <w:b w:val="0"/>
                <w:sz w:val="18"/>
              </w:rPr>
              <w:t>预设2：知道长方形相邻的两条边的长度即可。</w:t>
            </w:r>
          </w:p>
          <w:p>
            <w:pPr>
              <w:spacing w:after="20" w:line="276" w:lineRule="auto"/>
            </w:pPr>
            <w:r>
              <w:rPr>
                <w:rFonts w:ascii="宋体" w:hAnsi="宋体" w:eastAsia="宋体"/>
                <w:b w:val="0"/>
                <w:sz w:val="18"/>
              </w:rPr>
              <w:t>小组合作交流，完成学习单表格中长方形部分的计算。</w:t>
            </w:r>
          </w:p>
          <w:p>
            <w:pPr>
              <w:spacing w:after="20" w:line="276" w:lineRule="auto"/>
            </w:pPr>
            <w:r>
              <w:rPr>
                <w:rFonts w:ascii="宋体" w:hAnsi="宋体" w:eastAsia="宋体"/>
                <w:b w:val="0"/>
                <w:sz w:val="18"/>
              </w:rPr>
              <w:t>预设1：两条长和两条宽相加，6＋6＋4＋4＝20(厘米)。</w:t>
            </w:r>
          </w:p>
          <w:p>
            <w:pPr>
              <w:spacing w:after="20" w:line="276" w:lineRule="auto"/>
            </w:pPr>
            <w:r>
              <w:rPr>
                <w:rFonts w:ascii="宋体" w:hAnsi="宋体" w:eastAsia="宋体"/>
                <w:b w:val="0"/>
                <w:sz w:val="18"/>
              </w:rPr>
              <w:t>预设2：一条长加一条宽再加另一条长和另一条宽(有序地一条一条地加，找准起点和终点)，6＋4＋6＋4＝20(厘米)。</w:t>
            </w:r>
          </w:p>
          <w:p>
            <w:pPr>
              <w:spacing w:after="20" w:line="276" w:lineRule="auto"/>
            </w:pPr>
            <w:r>
              <w:rPr>
                <w:rFonts w:ascii="宋体" w:hAnsi="宋体" w:eastAsia="宋体"/>
                <w:b w:val="0"/>
                <w:sz w:val="18"/>
              </w:rPr>
              <w:t>预设3：两条长加两条宽，6×2＋4×2＝20(厘米)。</w:t>
            </w:r>
          </w:p>
          <w:p>
            <w:pPr>
              <w:spacing w:after="20" w:line="276" w:lineRule="auto"/>
            </w:pPr>
            <w:r>
              <w:rPr>
                <w:rFonts w:ascii="宋体" w:hAnsi="宋体" w:eastAsia="宋体"/>
                <w:b w:val="0"/>
                <w:sz w:val="18"/>
              </w:rPr>
              <w:t>预设4：一条长加一条宽的和再乘2，(6＋4)×2＝20(厘米)。</w:t>
            </w:r>
          </w:p>
          <w:p>
            <w:pPr>
              <w:spacing w:after="20" w:line="276" w:lineRule="auto"/>
            </w:pPr>
            <w:r>
              <w:rPr>
                <w:rFonts w:ascii="宋体" w:hAnsi="宋体" w:eastAsia="宋体"/>
                <w:b w:val="0"/>
                <w:sz w:val="18"/>
              </w:rPr>
              <w:t>学生小组讨论，教师巡视，适时指导。</w:t>
            </w:r>
          </w:p>
          <w:p>
            <w:pPr>
              <w:spacing w:after="20" w:line="276" w:lineRule="auto"/>
            </w:pPr>
            <w:r>
              <w:rPr>
                <w:rFonts w:ascii="宋体" w:hAnsi="宋体" w:eastAsia="宋体"/>
                <w:b w:val="0"/>
                <w:sz w:val="18"/>
              </w:rPr>
              <w:t>长方形的长和宽。</w:t>
            </w:r>
          </w:p>
          <w:p>
            <w:pPr>
              <w:spacing w:after="20" w:line="276" w:lineRule="auto"/>
            </w:pPr>
            <w:r>
              <w:rPr>
                <w:rFonts w:ascii="宋体" w:hAnsi="宋体" w:eastAsia="宋体"/>
                <w:b w:val="0"/>
                <w:sz w:val="18"/>
              </w:rPr>
              <w:t>不必作统一要求，学生会在以后的学习中不断优化。</w:t>
            </w:r>
          </w:p>
          <w:p>
            <w:pPr>
              <w:spacing w:after="20" w:line="276" w:lineRule="auto"/>
            </w:pPr>
            <w:r>
              <w:rPr>
                <w:rFonts w:ascii="宋体" w:hAnsi="宋体" w:eastAsia="宋体"/>
                <w:b w:val="0"/>
                <w:sz w:val="18"/>
              </w:rPr>
              <w:t>预设1：5＋5＋5＋5＝20(厘米)</w:t>
            </w:r>
          </w:p>
          <w:p>
            <w:pPr>
              <w:spacing w:after="20" w:line="276" w:lineRule="auto"/>
            </w:pPr>
            <w:r>
              <w:rPr>
                <w:rFonts w:ascii="宋体" w:hAnsi="宋体" w:eastAsia="宋体"/>
                <w:b w:val="0"/>
                <w:sz w:val="18"/>
              </w:rPr>
              <w:t>预设2：5×4＝20(厘米)</w:t>
            </w:r>
          </w:p>
          <w:p>
            <w:pPr>
              <w:spacing w:after="20" w:line="276" w:lineRule="auto"/>
            </w:pPr>
            <w:r>
              <w:rPr>
                <w:rFonts w:ascii="宋体" w:hAnsi="宋体" w:eastAsia="宋体"/>
                <w:b w:val="0"/>
                <w:sz w:val="18"/>
              </w:rPr>
              <w:t>预设3：(5＋5)×2＝20(厘米)</w:t>
            </w:r>
          </w:p>
          <w:p>
            <w:pPr>
              <w:spacing w:after="20" w:line="276" w:lineRule="auto"/>
            </w:pPr>
            <w:r>
              <w:rPr>
                <w:rFonts w:ascii="宋体" w:hAnsi="宋体" w:eastAsia="宋体"/>
                <w:b w:val="0"/>
                <w:sz w:val="18"/>
              </w:rPr>
              <w:t>学生发言，教师根据学生发言适时板书。教师肯定学生的想法，并让学生说说每种方法表示的意思。</w:t>
            </w:r>
          </w:p>
          <w:p>
            <w:pPr>
              <w:spacing w:after="20" w:line="276" w:lineRule="auto"/>
            </w:pPr>
            <w:r>
              <w:rPr>
                <w:rFonts w:ascii="宋体" w:hAnsi="宋体" w:eastAsia="宋体"/>
                <w:b w:val="0"/>
                <w:sz w:val="18"/>
              </w:rPr>
              <w:t>学生在作业本上独立完成，指定两名学生板演。然后集体讲解，明确长方形周长和正方形周长的计算方法。最后比较两种跑道的长短。</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设计递进式探究活动，引导学生在动手实践与合作交流中经历知识形成过程，突破本课重难点，核心问题："要求长方形的周长也就是要求什么呢？那正方形呢？"</w:t>
            </w:r>
          </w:p>
        </w:tc>
      </w:tr>
      <w:tr>
        <w:tc>
          <w:tcPr>
            <w:tcW w:type="dxa" w:w="1474"/>
          </w:tcPr>
          <w:p>
            <w:pPr>
              <w:spacing w:after="20" w:line="276" w:lineRule="auto"/>
            </w:pPr>
            <w:r>
              <w:rPr>
                <w:b/>
              </w:rPr>
            </w:r>
            <w:r>
              <w:rPr>
                <w:rFonts w:ascii="宋体" w:hAnsi="宋体" w:eastAsia="宋体"/>
                <w:b/>
                <w:sz w:val="18"/>
              </w:rPr>
              <w:t>三、知识应用，内化提高</w:t>
            </w:r>
          </w:p>
        </w:tc>
        <w:tc>
          <w:tcPr>
            <w:tcW w:type="dxa" w:w="3061"/>
          </w:tcPr>
          <w:p>
            <w:pPr>
              <w:spacing w:after="20" w:line="276" w:lineRule="auto"/>
            </w:pPr>
            <w:r/>
            <w:r>
              <w:rPr>
                <w:rFonts w:ascii="宋体" w:hAnsi="宋体" w:eastAsia="宋体"/>
                <w:b w:val="0"/>
                <w:sz w:val="18"/>
              </w:rPr>
              <w:t>1.完成教科书P44“做一做”。</w:t>
            </w:r>
          </w:p>
          <w:p>
            <w:pPr>
              <w:spacing w:after="20" w:line="276" w:lineRule="auto"/>
            </w:pPr>
            <w:r>
              <w:rPr>
                <w:rFonts w:ascii="宋体" w:hAnsi="宋体" w:eastAsia="宋体"/>
                <w:b w:val="0"/>
                <w:sz w:val="18"/>
              </w:rPr>
              <w:t>2．完成教科书P47“练习九”第7题。</w:t>
            </w:r>
          </w:p>
          <w:p>
            <w:pPr>
              <w:spacing w:after="20" w:line="276" w:lineRule="auto"/>
            </w:pPr>
            <w:r>
              <w:rPr>
                <w:rFonts w:ascii="宋体" w:hAnsi="宋体" w:eastAsia="宋体"/>
                <w:b w:val="0"/>
                <w:sz w:val="18"/>
              </w:rPr>
              <w:t>先让学生自己试一试，再让学生在交流中理解要根据实际运用周长计算公式。</w:t>
            </w:r>
          </w:p>
        </w:tc>
        <w:tc>
          <w:tcPr>
            <w:tcW w:type="dxa" w:w="3061"/>
          </w:tcPr>
          <w:p>
            <w:pPr>
              <w:spacing w:after="20" w:line="276" w:lineRule="auto"/>
            </w:pPr>
            <w:r/>
            <w:r>
              <w:rPr>
                <w:rFonts w:ascii="宋体" w:hAnsi="宋体" w:eastAsia="宋体"/>
                <w:b w:val="0"/>
                <w:sz w:val="18"/>
              </w:rPr>
              <w:t>学生独立完成，教师巡视并指导。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师：今天你有什么收获？你觉得自己表现如何？你还有什么不明白的地方吗？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为学生提供了充分的探索空间，引导学生能从不同的角度思考问题，自主探究长方形周长的计算方法，体会解决问题策略的多样化。同时引导学生沟通算法之间的联系，在不同中找相同，抓本质，进一步加深对各种算法的理解。最后进行算法优化，重在理解本质，从而构建长方形、正方形周长的计算模型。</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教科书P44例2及“做一做”，教科书P47“练习九”第7题。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上节课对周长的认识给这节课带来了积极的影响。本节课在唤醒学生已有的经验后再进行计算方法的探究，水到渠成。让学生很好地找到切入点，再回到问题的解决上，体会到学习带来的成功感。在后期的练习中，让学生结合周长的特性，能够快速建立实际生活中的问题与周长之间的联系，利用长方形和正方形的周长计算公式解决问题。</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解决问题</w:t>
            </w:r>
          </w:p>
        </w:tc>
        <w:tc>
          <w:tcPr>
            <w:tcW w:type="dxa" w:w="6009"/>
          </w:tcPr>
          <w:p>
            <w:pPr>
              <w:spacing w:after="20" w:line="276" w:lineRule="auto"/>
            </w:pPr>
            <w:r/>
            <w:r>
              <w:rPr>
                <w:rFonts w:ascii="宋体" w:hAnsi="宋体" w:eastAsia="宋体"/>
                <w:b w:val="0"/>
                <w:sz w:val="20"/>
              </w:rPr>
              <w:t>第3单元 长方形和正方形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小学生的年龄特点决定了他们对图形的识别活动，处于由以依据表象为主的直观辨认水平，逐步向以依据特征为主的初级概念判断水平发展。学生在生活中经常遇到本单元要学习的平面图形，经常接触到周长这一概念，但却不能准确表达到底什么才是图形的周长。对于探索图形的特征，学生有比较丰富的经验，本单元的难点是探索周长的计算方法，教师应关注学生对计算方法的推导过程，注重动手操作和动态演示相结合，让学生获得活动经验，发展空间观念。</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教学内容：教科书P45例3及“做一做”，教科书P48“练习九”第12题。</w:t>
      </w:r>
    </w:p>
    <w:p>
      <w:pPr>
        <w:spacing w:after="80" w:line="300" w:lineRule="auto"/>
        <w:ind w:firstLine="400"/>
      </w:pPr>
      <w:r>
        <w:rPr>
          <w:rFonts w:ascii="宋体" w:hAnsi="宋体" w:eastAsia="宋体"/>
          <w:b w:val="0"/>
          <w:sz w:val="20"/>
        </w:rPr>
        <w:t>教学准备：课件、方格纸、统计表、边长是1分米的正方形纸若干张(学具)。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（1）通过自主探究解决问题的活动，帮助学生巩固长方形、正方形的特征和周长的计算方法。</w:t>
      </w:r>
    </w:p>
    <w:p>
      <w:pPr>
        <w:spacing w:after="20" w:line="300" w:lineRule="auto"/>
        <w:ind w:firstLine="400"/>
      </w:pPr>
      <w:r>
        <w:rPr>
          <w:rFonts w:ascii="宋体" w:hAnsi="宋体" w:eastAsia="宋体"/>
          <w:b w:val="0"/>
          <w:sz w:val="20"/>
        </w:rPr>
        <w:t>（2）在解决问题的过程中，探究用操作、画图来表征(描述)数学问题的方法，初步体验几何直观的价值。</w:t>
      </w:r>
    </w:p>
    <w:p>
      <w:pPr>
        <w:spacing w:after="20" w:line="300" w:lineRule="auto"/>
        <w:ind w:firstLine="400"/>
      </w:pPr>
      <w:r>
        <w:rPr>
          <w:rFonts w:ascii="宋体" w:hAnsi="宋体" w:eastAsia="宋体"/>
          <w:b w:val="0"/>
          <w:sz w:val="20"/>
        </w:rPr>
        <w:t>（3）培养学生运用操作、画图的直观手段分析问题、解决问题的能力，发展学生的几何直观能力。</w:t>
      </w:r>
    </w:p>
    <w:p>
      <w:pPr>
        <w:spacing w:after="20" w:line="300" w:lineRule="auto"/>
      </w:pPr>
      <w:r>
        <w:rPr>
          <w:rFonts w:ascii="宋体" w:hAnsi="宋体" w:eastAsia="宋体"/>
          <w:b w:val="0"/>
          <w:sz w:val="20"/>
        </w:rPr>
        <w:t>教学重点：探究用操作、画图来表征数学问题的方法，初步体验几何直观的价值。</w:t>
      </w:r>
    </w:p>
    <w:p>
      <w:pPr>
        <w:spacing w:after="20" w:line="300" w:lineRule="auto"/>
      </w:pPr>
      <w:r>
        <w:rPr>
          <w:rFonts w:ascii="宋体" w:hAnsi="宋体" w:eastAsia="宋体"/>
          <w:b w:val="0"/>
          <w:sz w:val="20"/>
        </w:rPr>
        <w:t>教学难点：发现拼成的长方形的长和宽越接近，周长越短的规律。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一、复习导入</w:t>
            </w:r>
          </w:p>
        </w:tc>
        <w:tc>
          <w:tcPr>
            <w:tcW w:type="dxa" w:w="1814"/>
          </w:tcPr>
          <w:p>
            <w:pPr>
              <w:spacing w:after="20" w:line="276" w:lineRule="auto"/>
            </w:pPr>
            <w:r/>
            <w:r>
              <w:rPr>
                <w:rFonts w:ascii="宋体" w:hAnsi="宋体" w:eastAsia="宋体"/>
                <w:b w:val="0"/>
                <w:sz w:val="18"/>
              </w:rPr>
              <w:t>课件、学具、统计表</w:t>
            </w:r>
          </w:p>
        </w:tc>
        <w:tc>
          <w:tcPr>
            <w:tcW w:type="dxa" w:w="3402"/>
          </w:tcPr>
          <w:p>
            <w:pPr>
              <w:spacing w:after="20" w:line="276" w:lineRule="auto"/>
            </w:pPr>
            <w:r/>
            <w:r>
              <w:rPr>
                <w:rFonts w:ascii="宋体" w:hAnsi="宋体" w:eastAsia="宋体"/>
                <w:b w:val="0"/>
                <w:sz w:val="18"/>
              </w:rPr>
              <w:t>同学们，我们在前几节课已经认识了周长，还学习了长方形和正方形的周长，大家还记得它们的周长怎样计算吗？；这个正方形的周长是多少呢？(4分米)如果把这样的4个正方形拼起来，能拼成长方形或正方形吗？</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二、自主实践，探秘“周长”</w:t>
            </w:r>
          </w:p>
        </w:tc>
        <w:tc>
          <w:tcPr>
            <w:tcW w:type="dxa" w:w="1814"/>
          </w:tcPr>
          <w:p>
            <w:pPr>
              <w:spacing w:after="20" w:line="276" w:lineRule="auto"/>
            </w:pPr>
            <w:r/>
            <w:r>
              <w:rPr>
                <w:rFonts w:ascii="宋体" w:hAnsi="宋体" w:eastAsia="宋体"/>
                <w:b w:val="0"/>
                <w:sz w:val="18"/>
              </w:rPr>
              <w:t>课件、教科书、统计表、学具</w:t>
            </w:r>
          </w:p>
        </w:tc>
        <w:tc>
          <w:tcPr>
            <w:tcW w:type="dxa" w:w="3402"/>
          </w:tcPr>
          <w:p>
            <w:pPr>
              <w:spacing w:after="20" w:line="276" w:lineRule="auto"/>
            </w:pPr>
            <w:r/>
            <w:r>
              <w:rPr>
                <w:rFonts w:ascii="宋体" w:hAnsi="宋体" w:eastAsia="宋体"/>
                <w:b w:val="0"/>
                <w:sz w:val="18"/>
              </w:rPr>
              <w:t>题目告诉我们什么？要解决的问题是什么？要解决这个问题，你打算怎么做？；哪个小组能上来展示自己的成果？</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根据学生反馈，课件展示统计表。(适时板书)</w:t>
            </w:r>
          </w:p>
        </w:tc>
        <w:tc>
          <w:tcPr>
            <w:tcW w:type="dxa" w:w="1814"/>
          </w:tcPr>
          <w:p>
            <w:pPr>
              <w:spacing w:after="20" w:line="276" w:lineRule="auto"/>
            </w:pPr>
            <w:r/>
            <w:r>
              <w:rPr>
                <w:rFonts w:ascii="宋体" w:hAnsi="宋体" w:eastAsia="宋体"/>
                <w:b w:val="0"/>
                <w:sz w:val="18"/>
              </w:rPr>
              <w:t>统计表、课件、学具</w:t>
            </w:r>
          </w:p>
        </w:tc>
        <w:tc>
          <w:tcPr>
            <w:tcW w:type="dxa" w:w="3402"/>
          </w:tcPr>
          <w:p>
            <w:pPr>
              <w:spacing w:after="20" w:line="276" w:lineRule="auto"/>
            </w:pPr>
            <w:r/>
            <w:r>
              <w:rPr>
                <w:rFonts w:ascii="宋体" w:hAnsi="宋体" w:eastAsia="宋体"/>
                <w:b w:val="0"/>
                <w:sz w:val="18"/>
              </w:rPr>
              <w:t>大家看，16个小正方形的拼组，怎么思考才能更全面呢？观察统计表，你发现了什么？；都是用16个小正方形拼成的图形，为什么周长不一样？哪种情况下拼成图形的周长最短呢？为什么？</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三、走进生活，应用“周长”</w:t>
            </w:r>
          </w:p>
        </w:tc>
        <w:tc>
          <w:tcPr>
            <w:tcW w:type="dxa" w:w="1814"/>
          </w:tcPr>
          <w:p>
            <w:pPr>
              <w:spacing w:after="20" w:line="276" w:lineRule="auto"/>
            </w:pPr>
            <w:r/>
            <w:r>
              <w:rPr>
                <w:rFonts w:ascii="宋体" w:hAnsi="宋体" w:eastAsia="宋体"/>
                <w:b w:val="0"/>
                <w:sz w:val="18"/>
              </w:rPr>
              <w:t>教科书、课件、统计表、学具</w:t>
            </w:r>
          </w:p>
        </w:tc>
        <w:tc>
          <w:tcPr>
            <w:tcW w:type="dxa" w:w="3402"/>
          </w:tcPr>
          <w:p>
            <w:pPr>
              <w:spacing w:after="20" w:line="276" w:lineRule="auto"/>
            </w:pPr>
            <w:r/>
            <w:r>
              <w:rPr>
                <w:rFonts w:ascii="宋体" w:hAnsi="宋体" w:eastAsia="宋体"/>
                <w:b w:val="0"/>
                <w:sz w:val="18"/>
              </w:rPr>
              <w:t>能怎么拼呢？怎样思考才能更全面？；读一读，说一说你都知道了什么？</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课件、统计表、学具</w:t>
            </w:r>
          </w:p>
        </w:tc>
        <w:tc>
          <w:tcPr>
            <w:tcW w:type="dxa" w:w="3402"/>
          </w:tcPr>
          <w:p>
            <w:pPr>
              <w:spacing w:after="20" w:line="276" w:lineRule="auto"/>
            </w:pPr>
            <w:r/>
            <w:r>
              <w:rPr>
                <w:rFonts w:ascii="宋体" w:hAnsi="宋体" w:eastAsia="宋体"/>
                <w:b w:val="0"/>
                <w:sz w:val="18"/>
              </w:rPr>
              <w:t>通过本节课的学习，我们对周长有了更多的了解。关于周长，你又知道了什么？；用16个小正方形拼组，如果不拼成长方形或正方形，拼成其他形状，它们的周长又有怎样的奥妙呢？</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一、复习导入</w:t>
            </w:r>
          </w:p>
        </w:tc>
        <w:tc>
          <w:tcPr>
            <w:tcW w:type="dxa" w:w="3061"/>
          </w:tcPr>
          <w:p>
            <w:pPr>
              <w:spacing w:after="20" w:line="276" w:lineRule="auto"/>
            </w:pPr>
            <w:r/>
            <w:r>
              <w:rPr>
                <w:rFonts w:ascii="宋体" w:hAnsi="宋体" w:eastAsia="宋体"/>
                <w:b w:val="0"/>
                <w:sz w:val="18"/>
              </w:rPr>
              <w:t>1.回忆旧知识。</w:t>
            </w:r>
          </w:p>
          <w:p>
            <w:pPr>
              <w:spacing w:after="20" w:line="276" w:lineRule="auto"/>
            </w:pPr>
            <w:r>
              <w:rPr>
                <w:rFonts w:ascii="宋体" w:hAnsi="宋体" w:eastAsia="宋体"/>
                <w:b w:val="0"/>
                <w:sz w:val="18"/>
              </w:rPr>
              <w:t>师：同学们，我们在前几节课已经认识了周长，还学习了长方形和正方形的周长，大家还记得它们的周长怎样计算吗？</w:t>
            </w:r>
          </w:p>
          <w:p>
            <w:pPr>
              <w:spacing w:after="20" w:line="276" w:lineRule="auto"/>
            </w:pPr>
            <w:r>
              <w:rPr>
                <w:rFonts w:ascii="宋体" w:hAnsi="宋体" w:eastAsia="宋体"/>
                <w:b w:val="0"/>
                <w:sz w:val="18"/>
              </w:rPr>
              <w:t>2．活动操作。</w:t>
            </w:r>
          </w:p>
          <w:p>
            <w:pPr>
              <w:spacing w:after="20" w:line="276" w:lineRule="auto"/>
            </w:pPr>
            <w:r>
              <w:rPr>
                <w:rFonts w:ascii="宋体" w:hAnsi="宋体" w:eastAsia="宋体"/>
                <w:b w:val="0"/>
                <w:sz w:val="18"/>
              </w:rPr>
              <w:t>课件出示一个边长是1分米的正方形。</w:t>
            </w:r>
          </w:p>
          <w:p>
            <w:pPr>
              <w:spacing w:after="20" w:line="276" w:lineRule="auto"/>
            </w:pPr>
            <w:r>
              <w:rPr>
                <w:rFonts w:ascii="宋体" w:hAnsi="宋体" w:eastAsia="宋体"/>
                <w:b w:val="0"/>
                <w:sz w:val="18"/>
              </w:rPr>
              <w:t>师：这个正方形的周长是多少呢？(4分米)如果把这样的4个正方形拼起来，能拼成长方形或正方形吗？请你试试看。</w:t>
            </w:r>
          </w:p>
          <w:p>
            <w:pPr>
              <w:spacing w:after="20" w:line="276" w:lineRule="auto"/>
            </w:pPr>
            <w:r>
              <w:rPr>
                <w:rFonts w:ascii="宋体" w:hAnsi="宋体" w:eastAsia="宋体"/>
                <w:b w:val="0"/>
                <w:sz w:val="18"/>
              </w:rPr>
              <w:t>师：看一看你们拼组的新图形，想一想：它们的周长是多少？怎样求出它们的周长？</w:t>
            </w:r>
          </w:p>
          <w:p>
            <w:pPr>
              <w:spacing w:after="20" w:line="276" w:lineRule="auto"/>
            </w:pPr>
            <w:r>
              <w:rPr>
                <w:rFonts w:ascii="宋体" w:hAnsi="宋体" w:eastAsia="宋体"/>
                <w:b w:val="0"/>
                <w:sz w:val="18"/>
              </w:rPr>
              <w:t>课件出示新拼成的四边形。</w:t>
            </w:r>
          </w:p>
          <w:p>
            <w:pPr>
              <w:spacing w:after="20" w:line="276" w:lineRule="auto"/>
            </w:pPr>
            <w:r>
              <w:rPr>
                <w:rFonts w:ascii="宋体" w:hAnsi="宋体" w:eastAsia="宋体"/>
                <w:b w:val="0"/>
                <w:sz w:val="18"/>
              </w:rPr>
              <w:t>师：用同样多的小正方形拼成长方形或正方形，它们的周长为什么不相同呢？这里面有什么秘密？今天我们就一起来研究并解决这个问题。(板书课题：解决问题)</w:t>
            </w:r>
          </w:p>
        </w:tc>
        <w:tc>
          <w:tcPr>
            <w:tcW w:type="dxa" w:w="3061"/>
          </w:tcPr>
          <w:p>
            <w:pPr>
              <w:spacing w:after="20" w:line="276" w:lineRule="auto"/>
            </w:pPr>
            <w:r/>
            <w:r>
              <w:rPr>
                <w:rFonts w:ascii="宋体" w:hAnsi="宋体" w:eastAsia="宋体"/>
                <w:b w:val="0"/>
                <w:sz w:val="18"/>
              </w:rPr>
              <w:t>学生利用课前准备好的学具操作，教师巡视指导并收集典型例子。</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创设情境激活学生已有经验，自然引出本课学习内容，激发学习兴趣，核心问题："同学们，我们在前几节课已经认识了周长，还学习了长方形和正方形的周长，大家还记得它们的周长怎样计算吗？"</w:t>
            </w:r>
          </w:p>
        </w:tc>
      </w:tr>
      <w:tr>
        <w:tc>
          <w:tcPr>
            <w:tcW w:type="dxa" w:w="1474"/>
          </w:tcPr>
          <w:p>
            <w:pPr>
              <w:spacing w:after="20" w:line="276" w:lineRule="auto"/>
            </w:pPr>
            <w:r>
              <w:rPr>
                <w:b/>
              </w:rPr>
            </w:r>
            <w:r>
              <w:rPr>
                <w:rFonts w:ascii="宋体" w:hAnsi="宋体" w:eastAsia="宋体"/>
                <w:b/>
                <w:sz w:val="18"/>
              </w:rPr>
              <w:t>二、自主实践，探秘“周长”</w:t>
            </w:r>
          </w:p>
        </w:tc>
        <w:tc>
          <w:tcPr>
            <w:tcW w:type="dxa" w:w="3061"/>
          </w:tcPr>
          <w:p>
            <w:pPr>
              <w:spacing w:after="20" w:line="276" w:lineRule="auto"/>
            </w:pPr>
            <w:r/>
            <w:r>
              <w:rPr>
                <w:rFonts w:ascii="宋体" w:hAnsi="宋体" w:eastAsia="宋体"/>
                <w:b w:val="0"/>
                <w:sz w:val="18"/>
              </w:rPr>
              <w:t>课件出示教科书P45例3。</w:t>
            </w:r>
          </w:p>
          <w:p>
            <w:pPr>
              <w:spacing w:after="20" w:line="276" w:lineRule="auto"/>
            </w:pPr>
            <w:r>
              <w:rPr>
                <w:rFonts w:ascii="宋体" w:hAnsi="宋体" w:eastAsia="宋体"/>
                <w:b w:val="0"/>
                <w:sz w:val="18"/>
              </w:rPr>
              <w:t>用16张边长是1分米的正方形纸拼长方形或正方形。怎样拼才能使拼成的图形周长最短？</w:t>
            </w:r>
          </w:p>
          <w:p>
            <w:pPr>
              <w:spacing w:after="20" w:line="276" w:lineRule="auto"/>
            </w:pPr>
            <w:r>
              <w:rPr>
                <w:rFonts w:ascii="宋体" w:hAnsi="宋体" w:eastAsia="宋体"/>
                <w:b w:val="0"/>
                <w:sz w:val="18"/>
              </w:rPr>
              <w:t>1．阅读理解。</w:t>
            </w:r>
          </w:p>
          <w:p>
            <w:pPr>
              <w:spacing w:after="20" w:line="276" w:lineRule="auto"/>
            </w:pPr>
            <w:r>
              <w:rPr>
                <w:rFonts w:ascii="宋体" w:hAnsi="宋体" w:eastAsia="宋体"/>
                <w:b w:val="0"/>
                <w:sz w:val="18"/>
              </w:rPr>
              <w:t>师：题目告诉我们什么？要解决的问题是什么？要解决这个问题，你打算怎么做？</w:t>
            </w:r>
          </w:p>
          <w:p>
            <w:pPr>
              <w:spacing w:after="20" w:line="276" w:lineRule="auto"/>
            </w:pPr>
            <w:r>
              <w:rPr>
                <w:rFonts w:ascii="宋体" w:hAnsi="宋体" w:eastAsia="宋体"/>
                <w:b w:val="0"/>
                <w:sz w:val="18"/>
              </w:rPr>
              <w:t>2．分析解答。</w:t>
            </w:r>
          </w:p>
          <w:p>
            <w:pPr>
              <w:spacing w:after="20" w:line="276" w:lineRule="auto"/>
            </w:pPr>
            <w:r>
              <w:rPr>
                <w:rFonts w:ascii="宋体" w:hAnsi="宋体" w:eastAsia="宋体"/>
                <w:b w:val="0"/>
                <w:sz w:val="18"/>
              </w:rPr>
              <w:t>(1)独立探究。</w:t>
            </w:r>
          </w:p>
          <w:p>
            <w:pPr>
              <w:spacing w:after="20" w:line="276" w:lineRule="auto"/>
            </w:pPr>
            <w:r>
              <w:rPr>
                <w:rFonts w:ascii="宋体" w:hAnsi="宋体" w:eastAsia="宋体"/>
                <w:b w:val="0"/>
                <w:sz w:val="18"/>
              </w:rPr>
              <w:t>师：同学们都有了自己的计划，为了更好地解决这个问题，请大家利用课前准备好的小正方形纸片、方格纸和一张统计表拼一拼、摆一摆，也可以画一画，看拼成或画出的图形周长分别是多少，然后将统计表填写完整。</w:t>
            </w:r>
          </w:p>
          <w:p>
            <w:pPr>
              <w:spacing w:after="20" w:line="276" w:lineRule="auto"/>
            </w:pPr>
            <w:r>
              <w:rPr>
                <w:rFonts w:ascii="宋体" w:hAnsi="宋体" w:eastAsia="宋体"/>
                <w:b w:val="0"/>
                <w:sz w:val="18"/>
              </w:rPr>
              <w:t>(2)组内交流。</w:t>
            </w:r>
          </w:p>
          <w:p>
            <w:pPr>
              <w:spacing w:after="20" w:line="276" w:lineRule="auto"/>
            </w:pPr>
            <w:r>
              <w:rPr>
                <w:rFonts w:ascii="宋体" w:hAnsi="宋体" w:eastAsia="宋体"/>
                <w:b w:val="0"/>
                <w:sz w:val="18"/>
              </w:rPr>
              <w:t>师：哪个小组能上来展示自己的成果？</w:t>
            </w:r>
          </w:p>
        </w:tc>
        <w:tc>
          <w:tcPr>
            <w:tcW w:type="dxa" w:w="3061"/>
          </w:tcPr>
          <w:p>
            <w:pPr>
              <w:spacing w:after="20" w:line="276" w:lineRule="auto"/>
            </w:pPr>
            <w:r/>
            <w:r>
              <w:rPr>
                <w:rFonts w:ascii="宋体" w:hAnsi="宋体" w:eastAsia="宋体"/>
                <w:b w:val="0"/>
                <w:sz w:val="18"/>
              </w:rPr>
              <w:t>学生先独立思考，然后再和小组同学商量。</w:t>
            </w:r>
          </w:p>
          <w:p>
            <w:pPr>
              <w:spacing w:after="20" w:line="276" w:lineRule="auto"/>
            </w:pPr>
            <w:r>
              <w:rPr>
                <w:rFonts w:ascii="宋体" w:hAnsi="宋体" w:eastAsia="宋体"/>
                <w:b w:val="0"/>
                <w:sz w:val="18"/>
              </w:rPr>
              <w:t>学生能结合题目与学具，想到用动手操作的方法来解决问题。有的同学会觉得拼很麻烦，会用画的方法。</w:t>
            </w:r>
          </w:p>
          <w:p>
            <w:pPr>
              <w:spacing w:after="20" w:line="276" w:lineRule="auto"/>
            </w:pPr>
            <w:r>
              <w:rPr>
                <w:rFonts w:ascii="宋体" w:hAnsi="宋体" w:eastAsia="宋体"/>
                <w:b w:val="0"/>
                <w:sz w:val="18"/>
              </w:rPr>
              <w:t>小组讨论：有几种拼法？哪种拼法周长最短？拼的过程中遇到了什么问题？</w:t>
            </w:r>
          </w:p>
          <w:p>
            <w:pPr>
              <w:spacing w:after="20" w:line="276" w:lineRule="auto"/>
            </w:pPr>
            <w:r>
              <w:rPr>
                <w:rFonts w:ascii="宋体" w:hAnsi="宋体" w:eastAsia="宋体"/>
                <w:b w:val="0"/>
                <w:sz w:val="18"/>
              </w:rPr>
              <w:t>学生小组讨论的过程中教师巡视指导。</w:t>
            </w:r>
          </w:p>
          <w:p>
            <w:pPr>
              <w:spacing w:after="20" w:line="276" w:lineRule="auto"/>
            </w:pPr>
            <w:r>
              <w:rPr>
                <w:rFonts w:ascii="宋体" w:hAnsi="宋体" w:eastAsia="宋体"/>
                <w:b w:val="0"/>
                <w:sz w:val="18"/>
              </w:rPr>
              <w:t>预设1：拼成1排，16个，周长是(16＋1)×2＝34(分米)。</w:t>
            </w:r>
          </w:p>
          <w:p>
            <w:pPr>
              <w:spacing w:after="20" w:line="276" w:lineRule="auto"/>
            </w:pPr>
            <w:r>
              <w:rPr>
                <w:rFonts w:ascii="宋体" w:hAnsi="宋体" w:eastAsia="宋体"/>
                <w:b w:val="0"/>
                <w:sz w:val="18"/>
              </w:rPr>
              <w:t>预设2：拼成2排，每排8个，周长是(8＋2)×2＝20(分米)。</w:t>
            </w:r>
          </w:p>
          <w:p>
            <w:pPr>
              <w:spacing w:after="20" w:line="276" w:lineRule="auto"/>
            </w:pPr>
            <w:r>
              <w:rPr>
                <w:rFonts w:ascii="宋体" w:hAnsi="宋体" w:eastAsia="宋体"/>
                <w:b w:val="0"/>
                <w:sz w:val="18"/>
              </w:rPr>
              <w:t>预设3：拼成4排，每排4个，周长是4×4＝16(分米)。</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设计递进式探究活动，引导学生在动手实践与合作交流中经历知识形成过程，突破本课重难点，核心问题："题目告诉我们什么？要解决的问题是什么？要解决这个问题，你打算怎么做？"</w:t>
            </w:r>
          </w:p>
        </w:tc>
      </w:tr>
      <w:tr>
        <w:tc>
          <w:tcPr>
            <w:tcW w:type="dxa" w:w="1474"/>
          </w:tcPr>
          <w:p>
            <w:pPr>
              <w:spacing w:after="20" w:line="276" w:lineRule="auto"/>
            </w:pPr>
            <w:r>
              <w:rPr>
                <w:b/>
              </w:rPr>
            </w:r>
            <w:r>
              <w:rPr>
                <w:rFonts w:ascii="宋体" w:hAnsi="宋体" w:eastAsia="宋体"/>
                <w:b/>
                <w:sz w:val="18"/>
              </w:rPr>
              <w:t>根据学生反馈，课件展示统计表。(适时板书)</w:t>
            </w:r>
          </w:p>
        </w:tc>
        <w:tc>
          <w:tcPr>
            <w:tcW w:type="dxa" w:w="3061"/>
          </w:tcPr>
          <w:p>
            <w:pPr>
              <w:spacing w:after="20" w:line="276" w:lineRule="auto"/>
            </w:pPr>
            <w:r/>
            <w:r>
              <w:rPr>
                <w:rFonts w:ascii="宋体" w:hAnsi="宋体" w:eastAsia="宋体"/>
                <w:b w:val="0"/>
                <w:sz w:val="18"/>
              </w:rPr>
              <w:t>师：大家看，16个小正方形的拼组，怎么思考才能更全面呢？观察统计表，你发现了什么？</w:t>
            </w:r>
          </w:p>
          <w:p>
            <w:pPr>
              <w:spacing w:after="20" w:line="276" w:lineRule="auto"/>
            </w:pPr>
            <w:r>
              <w:rPr>
                <w:rFonts w:ascii="宋体" w:hAnsi="宋体" w:eastAsia="宋体"/>
                <w:b w:val="0"/>
                <w:sz w:val="18"/>
              </w:rPr>
              <w:t>师：都是用16个小正方形拼成的图形，为什么周长不一样？哪种情况下拼成图形的周长最短呢？为什么？</w:t>
            </w:r>
          </w:p>
          <w:p>
            <w:pPr>
              <w:spacing w:after="20" w:line="276" w:lineRule="auto"/>
            </w:pPr>
            <w:r>
              <w:rPr>
                <w:rFonts w:ascii="宋体" w:hAnsi="宋体" w:eastAsia="宋体"/>
                <w:b w:val="0"/>
                <w:sz w:val="18"/>
              </w:rPr>
              <w:t>课件再次展示拼组动画，让学生在观察中体会到，本来16个小正方形的周长是一样的，但拼组后，由于有的边重合了，所以周长才会变短。那什么时候周长最短呢？(小正方形的边重合的越多，周长就会越短。)</w:t>
            </w:r>
          </w:p>
          <w:p>
            <w:pPr>
              <w:spacing w:after="20" w:line="276" w:lineRule="auto"/>
            </w:pPr>
            <w:r>
              <w:rPr>
                <w:rFonts w:ascii="宋体" w:hAnsi="宋体" w:eastAsia="宋体"/>
                <w:b w:val="0"/>
                <w:sz w:val="18"/>
              </w:rPr>
              <w:t>3．回顾反思。</w:t>
            </w:r>
          </w:p>
          <w:p>
            <w:pPr>
              <w:spacing w:after="20" w:line="276" w:lineRule="auto"/>
            </w:pPr>
            <w:r>
              <w:rPr>
                <w:rFonts w:ascii="宋体" w:hAnsi="宋体" w:eastAsia="宋体"/>
                <w:b w:val="0"/>
                <w:sz w:val="18"/>
              </w:rPr>
              <w:t>师：怎么样才能很快找到所有拼摆的结果？</w:t>
            </w:r>
          </w:p>
          <w:p>
            <w:pPr>
              <w:spacing w:after="20" w:line="276" w:lineRule="auto"/>
            </w:pPr>
            <w:r>
              <w:rPr>
                <w:rFonts w:ascii="宋体" w:hAnsi="宋体" w:eastAsia="宋体"/>
                <w:b w:val="0"/>
                <w:sz w:val="18"/>
              </w:rPr>
              <w:t>师：怎么拼周长最短？</w:t>
            </w:r>
          </w:p>
          <w:p>
            <w:pPr>
              <w:spacing w:after="20" w:line="276" w:lineRule="auto"/>
            </w:pPr>
            <w:r>
              <w:rPr>
                <w:rFonts w:ascii="宋体" w:hAnsi="宋体" w:eastAsia="宋体"/>
                <w:b w:val="0"/>
                <w:sz w:val="18"/>
              </w:rPr>
              <w:t>师小结：一般来说，拼成的长方形的长和宽越接近，其周长越短。</w:t>
            </w:r>
          </w:p>
        </w:tc>
        <w:tc>
          <w:tcPr>
            <w:tcW w:type="dxa" w:w="3061"/>
          </w:tcPr>
          <w:p>
            <w:pPr>
              <w:spacing w:after="20" w:line="276" w:lineRule="auto"/>
            </w:pPr>
            <w:r/>
            <w:r>
              <w:rPr>
                <w:rFonts w:ascii="宋体" w:hAnsi="宋体" w:eastAsia="宋体"/>
                <w:b w:val="0"/>
                <w:sz w:val="18"/>
              </w:rPr>
              <w:t>依据每排个数×排数＝小正方形的个数，找到可能的排数，然后找到对应的每排的个数。</w:t>
            </w:r>
          </w:p>
          <w:p>
            <w:pPr>
              <w:spacing w:after="20" w:line="276" w:lineRule="auto"/>
            </w:pPr>
            <w:r>
              <w:rPr>
                <w:rFonts w:ascii="宋体" w:hAnsi="宋体" w:eastAsia="宋体"/>
                <w:b w:val="0"/>
                <w:sz w:val="18"/>
              </w:rPr>
              <w:t>学生会很容易发现，拼成正方形时周长最短。至于为什么，暂时还描述不清。</w:t>
            </w:r>
          </w:p>
          <w:p>
            <w:pPr>
              <w:spacing w:after="20" w:line="276" w:lineRule="auto"/>
            </w:pPr>
            <w:r>
              <w:rPr>
                <w:rFonts w:ascii="宋体" w:hAnsi="宋体" w:eastAsia="宋体"/>
                <w:b w:val="0"/>
                <w:sz w:val="18"/>
              </w:rPr>
              <w:t>按照一定的顺序，例如排数从小到大，依次考虑可能出现的所有排数，再根据排数求每排个数。</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通过有层次的练习及时反馈学情，巩固新知，培养学生灵活运用知识解决问题的能力，核心问题："大家看，16个小正方形的拼组，怎么思考才能更全面呢？观察统计表，你发现了什么？"</w:t>
            </w:r>
          </w:p>
        </w:tc>
      </w:tr>
      <w:tr>
        <w:tc>
          <w:tcPr>
            <w:tcW w:type="dxa" w:w="1474"/>
          </w:tcPr>
          <w:p>
            <w:pPr>
              <w:spacing w:after="20" w:line="276" w:lineRule="auto"/>
            </w:pPr>
            <w:r>
              <w:rPr>
                <w:b/>
              </w:rPr>
            </w:r>
            <w:r>
              <w:rPr>
                <w:rFonts w:ascii="宋体" w:hAnsi="宋体" w:eastAsia="宋体"/>
                <w:b/>
                <w:sz w:val="18"/>
              </w:rPr>
              <w:t>三、走进生活，应用“周长”</w:t>
            </w:r>
          </w:p>
        </w:tc>
        <w:tc>
          <w:tcPr>
            <w:tcW w:type="dxa" w:w="3061"/>
          </w:tcPr>
          <w:p>
            <w:pPr>
              <w:spacing w:after="20" w:line="276" w:lineRule="auto"/>
            </w:pPr>
            <w:r/>
            <w:r>
              <w:rPr>
                <w:rFonts w:ascii="宋体" w:hAnsi="宋体" w:eastAsia="宋体"/>
                <w:b w:val="0"/>
                <w:sz w:val="18"/>
              </w:rPr>
              <w:t>1.完成教科书P45“做一做”。</w:t>
            </w:r>
          </w:p>
          <w:p>
            <w:pPr>
              <w:spacing w:after="20" w:line="276" w:lineRule="auto"/>
            </w:pPr>
            <w:r>
              <w:rPr>
                <w:rFonts w:ascii="宋体" w:hAnsi="宋体" w:eastAsia="宋体"/>
                <w:b w:val="0"/>
                <w:sz w:val="18"/>
              </w:rPr>
              <w:t>师：能怎么拼呢？怎样思考才能更全面？</w:t>
            </w:r>
          </w:p>
          <w:p>
            <w:pPr>
              <w:spacing w:after="20" w:line="276" w:lineRule="auto"/>
            </w:pPr>
            <w:r>
              <w:rPr>
                <w:rFonts w:ascii="宋体" w:hAnsi="宋体" w:eastAsia="宋体"/>
                <w:b w:val="0"/>
                <w:sz w:val="18"/>
              </w:rPr>
              <w:t>再次对比归纳并小结：在小正方形的个数一定的情况下，拼成的长方形的长和宽越接近，这个长方形的周长就越短。(板书)</w:t>
            </w:r>
          </w:p>
          <w:p>
            <w:pPr>
              <w:spacing w:after="20" w:line="276" w:lineRule="auto"/>
            </w:pPr>
            <w:r>
              <w:rPr>
                <w:rFonts w:ascii="宋体" w:hAnsi="宋体" w:eastAsia="宋体"/>
                <w:b w:val="0"/>
                <w:sz w:val="18"/>
              </w:rPr>
              <w:t>2．完成教科书P48“练习九”第12题。</w:t>
            </w:r>
          </w:p>
          <w:p>
            <w:pPr>
              <w:spacing w:after="20" w:line="276" w:lineRule="auto"/>
            </w:pPr>
            <w:r>
              <w:rPr>
                <w:rFonts w:ascii="宋体" w:hAnsi="宋体" w:eastAsia="宋体"/>
                <w:b w:val="0"/>
                <w:sz w:val="18"/>
              </w:rPr>
              <w:t>师：读一读，说一说你都知道了什么？</w:t>
            </w:r>
          </w:p>
          <w:p>
            <w:pPr>
              <w:spacing w:after="20" w:line="276" w:lineRule="auto"/>
            </w:pPr>
            <w:r>
              <w:rPr>
                <w:rFonts w:ascii="宋体" w:hAnsi="宋体" w:eastAsia="宋体"/>
                <w:b w:val="0"/>
                <w:sz w:val="18"/>
              </w:rPr>
              <w:t>引导学生理解题意后自主解答，再集中交流，进行评价。</w:t>
            </w:r>
          </w:p>
        </w:tc>
        <w:tc>
          <w:tcPr>
            <w:tcW w:type="dxa" w:w="3061"/>
          </w:tcPr>
          <w:p>
            <w:pPr>
              <w:spacing w:after="20" w:line="276" w:lineRule="auto"/>
            </w:pPr>
            <w:r/>
            <w:r>
              <w:rPr>
                <w:rFonts w:ascii="宋体" w:hAnsi="宋体" w:eastAsia="宋体"/>
                <w:b w:val="0"/>
                <w:sz w:val="18"/>
              </w:rPr>
              <w:t>学生独立完成。最后发现拼成正方形时周长是最短的。(适时板书)</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通过有层次的练习及时反馈学情，巩固新知，培养学生灵活运用知识解决问题的能力，核心问题："能怎么拼呢？怎样思考才能更全面？"</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师：通过本节课的学习，我们对周长有了更多的了解。关于周长，你又知道了什么？</w:t>
            </w:r>
          </w:p>
          <w:p>
            <w:pPr>
              <w:spacing w:after="20" w:line="276" w:lineRule="auto"/>
            </w:pPr>
            <w:r>
              <w:rPr>
                <w:rFonts w:ascii="宋体" w:hAnsi="宋体" w:eastAsia="宋体"/>
                <w:b w:val="0"/>
                <w:sz w:val="18"/>
              </w:rPr>
              <w:t>师：用16个小正方形拼组，如果不拼成长方形或正方形，拼成其他形状，它们的周长又有怎样的奥妙呢？下课后大家可以试着画一画、摆一摆，继续探究关于周长的秘密。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的设计由浅入深，由简单到复杂，逐步推进：通过4个小正方形的拼组，认识组合图形的周长；由16个小正方形的拼组，初步发现规律；再由36个小正方形的拼组，进一步验证规律。学生在动手操作过程中发现规律，在交流中思路得到升华，体会到其中蕴含的数学思想。</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拼成1排，16个　　　　(16＋1)×2＝34(分米)</w:t>
      </w:r>
    </w:p>
    <w:p>
      <w:pPr>
        <w:spacing w:after="40" w:line="300" w:lineRule="auto"/>
      </w:pPr>
      <w:r>
        <w:rPr>
          <w:rFonts w:ascii="宋体" w:hAnsi="宋体" w:eastAsia="宋体"/>
          <w:b w:val="0"/>
          <w:sz w:val="20"/>
        </w:rPr>
        <w:t>拼成2排，每排8个    (8＋2)×2＝20(分米)</w:t>
      </w:r>
    </w:p>
    <w:p>
      <w:pPr>
        <w:spacing w:after="40" w:line="300" w:lineRule="auto"/>
      </w:pPr>
      <w:r>
        <w:rPr>
          <w:rFonts w:ascii="宋体" w:hAnsi="宋体" w:eastAsia="宋体"/>
          <w:b w:val="0"/>
          <w:sz w:val="20"/>
        </w:rPr>
        <w:t>拼成4排，每排4个    4×4＝16(分米)</w:t>
      </w:r>
    </w:p>
    <w:p>
      <w:pPr>
        <w:spacing w:after="40" w:line="300" w:lineRule="auto"/>
      </w:pPr>
      <w:r>
        <w:rPr>
          <w:rFonts w:ascii="宋体" w:hAnsi="宋体" w:eastAsia="宋体"/>
          <w:b w:val="0"/>
          <w:sz w:val="20"/>
        </w:rPr>
        <w:t>拼成正方形，周长最短。</w:t>
      </w:r>
    </w:p>
    <w:p>
      <w:pPr>
        <w:spacing w:after="40" w:line="300" w:lineRule="auto"/>
      </w:pPr>
      <w:r>
        <w:rPr>
          <w:rFonts w:ascii="宋体" w:hAnsi="宋体" w:eastAsia="宋体"/>
          <w:b w:val="0"/>
          <w:sz w:val="20"/>
        </w:rPr>
        <w:t>在小正方形的个数一定的情况下时，拼成的长方形的长和宽越接近，这个长方形的周长就越短。</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教科书P45例3及“做一做”，教科书P48“练习九”第12题。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一开始学生的操作没有条理，都是想到哪种方法就拼哪种方法，在方法总结上也有一定的欠缺，不能够准确表达出长和宽越接近，拼成的图形的周长越短，需要教师多引导，引导学生将直观感知转化成数学语言。</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拼图游戏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拼图游戏</w:t>
            </w:r>
          </w:p>
        </w:tc>
        <w:tc>
          <w:tcPr>
            <w:tcW w:type="dxa" w:w="6009"/>
          </w:tcPr>
          <w:p>
            <w:pPr>
              <w:spacing w:after="20" w:line="276" w:lineRule="auto"/>
            </w:pPr>
            <w:r/>
            <w:r>
              <w:rPr>
                <w:rFonts w:ascii="宋体" w:hAnsi="宋体" w:eastAsia="宋体"/>
                <w:b w:val="0"/>
                <w:sz w:val="20"/>
              </w:rPr>
              <w:t>第3单元 长方形和正方形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小学生的年龄特点决定了他们对图形的识别活动，处于由以依据表象为主的直观辨认水平，逐步向以依据特征为主的初级概念判断水平发展。学生在生活中经常遇到本单元要学习的平面图形，经常接触到周长这一概念，但却不能准确表达到底什么才是图形的周长。对于探索图形的特征，学生有比较丰富的经验，本单元的难点是探索周长的计算方法，教师应关注学生对计算方法的推导过程，注重动手操作和动态演示相结合，让学生获得活动经验，发展空间观念。</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教学内容：教科书P49。</w:t>
      </w:r>
    </w:p>
    <w:p>
      <w:pPr>
        <w:spacing w:after="80" w:line="300" w:lineRule="auto"/>
        <w:ind w:firstLine="400"/>
      </w:pPr>
      <w:r>
        <w:rPr>
          <w:rFonts w:ascii="宋体" w:hAnsi="宋体" w:eastAsia="宋体"/>
          <w:b w:val="0"/>
          <w:sz w:val="20"/>
        </w:rPr>
        <w:t>教学准备：课件、方格纸、边长是1分米的正方形纸若干张。</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（1）认识“四连方”，会用“四连方”拼成规定的多边形，发展学生的逻辑推理和空间想象能力。</w:t>
      </w:r>
    </w:p>
    <w:p>
      <w:pPr>
        <w:spacing w:after="20" w:line="300" w:lineRule="auto"/>
        <w:ind w:firstLine="400"/>
      </w:pPr>
      <w:r>
        <w:rPr>
          <w:rFonts w:ascii="宋体" w:hAnsi="宋体" w:eastAsia="宋体"/>
          <w:b w:val="0"/>
          <w:sz w:val="20"/>
        </w:rPr>
        <w:t>（2）经历探究过程，初步感知图形拼组中的规律，发展空间观念和几何直观。</w:t>
      </w:r>
    </w:p>
    <w:p>
      <w:pPr>
        <w:spacing w:after="20" w:line="300" w:lineRule="auto"/>
      </w:pPr>
      <w:r>
        <w:rPr>
          <w:rFonts w:ascii="宋体" w:hAnsi="宋体" w:eastAsia="宋体"/>
          <w:b w:val="0"/>
          <w:sz w:val="20"/>
        </w:rPr>
        <w:t>教学重点：思路清晰地分析出拼组方法，并能按照方法正确的拼组出规定的图形。</w:t>
      </w:r>
    </w:p>
    <w:p>
      <w:pPr>
        <w:spacing w:after="20" w:line="300" w:lineRule="auto"/>
      </w:pPr>
      <w:r>
        <w:rPr>
          <w:rFonts w:ascii="宋体" w:hAnsi="宋体" w:eastAsia="宋体"/>
          <w:b w:val="0"/>
          <w:sz w:val="20"/>
        </w:rPr>
        <w:t>教学难点：选用不同的“四连方”拼成规定的多边形。</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一、回顾旧知识，认识“四连方”</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同学们，回顾一下，上节课，用4个小正方形能拼成哪些四边形？；同样用4个小正方形拼一拼，要求边和边重合(可以拼成，不能拼成)，你还能拼出几种不同的形状呢？</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二、用“四连方”拼图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想一想，用哪两个“四连方”可以拼成长方形？；想一想，用3个“四连方”可以拼成长方形吗？</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三、用“四连方”拼指定长方形</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我们会用“四连方”拼出大小不同的长方形和正方形，这个长方形你们能拼出来吗？；要拼出这个长方形，我们应该怎么做？</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同学们，通过本节课的拼图游戏，你有哪些收获？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一、回顾旧知识，认识“四连方”</w:t>
            </w:r>
          </w:p>
        </w:tc>
        <w:tc>
          <w:tcPr>
            <w:tcW w:type="dxa" w:w="3061"/>
          </w:tcPr>
          <w:p>
            <w:pPr>
              <w:spacing w:after="20" w:line="276" w:lineRule="auto"/>
            </w:pPr>
            <w:r/>
            <w:r>
              <w:rPr>
                <w:rFonts w:ascii="宋体" w:hAnsi="宋体" w:eastAsia="宋体"/>
                <w:b w:val="0"/>
                <w:sz w:val="18"/>
              </w:rPr>
              <w:t>师：同学们，回顾一下，上节课，用4个小正方形能拼成哪些四边形？</w:t>
            </w:r>
          </w:p>
          <w:p>
            <w:pPr>
              <w:spacing w:after="20" w:line="276" w:lineRule="auto"/>
            </w:pPr>
            <w:r>
              <w:rPr>
                <w:rFonts w:ascii="宋体" w:hAnsi="宋体" w:eastAsia="宋体"/>
                <w:b w:val="0"/>
                <w:sz w:val="18"/>
              </w:rPr>
              <w:t>根据学生的回答，课件呈现4个小正方形拼成的长方形和正方形。</w:t>
            </w:r>
          </w:p>
          <w:p>
            <w:pPr>
              <w:spacing w:after="20" w:line="276" w:lineRule="auto"/>
            </w:pPr>
            <w:r>
              <w:rPr>
                <w:rFonts w:ascii="宋体" w:hAnsi="宋体" w:eastAsia="宋体"/>
                <w:b w:val="0"/>
                <w:sz w:val="18"/>
              </w:rPr>
              <w:t>师：同样用4个小正方形拼一拼，要求边和边重合(可以拼成，不能拼成)，你还能拼出几种不同的形状呢？拿出4个同样的小正方形拼一拼，拼出一种就在方格纸上画出来。</w:t>
            </w:r>
          </w:p>
          <w:p>
            <w:pPr>
              <w:spacing w:after="20" w:line="276" w:lineRule="auto"/>
            </w:pPr>
            <w:r>
              <w:rPr>
                <w:rFonts w:ascii="宋体" w:hAnsi="宋体" w:eastAsia="宋体"/>
                <w:b w:val="0"/>
                <w:sz w:val="18"/>
              </w:rPr>
              <w:t>2．展示交流。</w:t>
            </w:r>
          </w:p>
          <w:p>
            <w:pPr>
              <w:spacing w:after="20" w:line="276" w:lineRule="auto"/>
            </w:pPr>
            <w:r>
              <w:rPr>
                <w:rFonts w:ascii="宋体" w:hAnsi="宋体" w:eastAsia="宋体"/>
                <w:b w:val="0"/>
                <w:sz w:val="18"/>
              </w:rPr>
              <w:t>教师组织学生展示出自己拼出的图形。</w:t>
            </w:r>
          </w:p>
          <w:p>
            <w:pPr>
              <w:spacing w:after="20" w:line="276" w:lineRule="auto"/>
            </w:pPr>
            <w:r>
              <w:rPr>
                <w:rFonts w:ascii="宋体" w:hAnsi="宋体" w:eastAsia="宋体"/>
                <w:b w:val="0"/>
                <w:sz w:val="18"/>
              </w:rPr>
              <w:t>课件呈现各种不同的拼法。</w:t>
            </w:r>
          </w:p>
          <w:p>
            <w:pPr>
              <w:spacing w:after="20" w:line="276" w:lineRule="auto"/>
            </w:pPr>
            <w:r>
              <w:rPr>
                <w:rFonts w:ascii="宋体" w:hAnsi="宋体" w:eastAsia="宋体"/>
                <w:b w:val="0"/>
                <w:sz w:val="18"/>
              </w:rPr>
              <w:t>3．引导学生有序思考，按规律拼图。</w:t>
            </w:r>
          </w:p>
          <w:p>
            <w:pPr>
              <w:spacing w:after="20" w:line="276" w:lineRule="auto"/>
            </w:pPr>
            <w:r>
              <w:rPr>
                <w:rFonts w:ascii="宋体" w:hAnsi="宋体" w:eastAsia="宋体"/>
                <w:b w:val="0"/>
                <w:sz w:val="18"/>
              </w:rPr>
              <w:t>师：同学们拼出了各种不同的图形，但是有的同学拼出的多，有的同学拼出的少，想一想，怎样拼才能不重复、不遗漏，也能将各种形状都拼出来？</w:t>
            </w:r>
          </w:p>
          <w:p>
            <w:pPr>
              <w:spacing w:after="20" w:line="276" w:lineRule="auto"/>
            </w:pPr>
            <w:r>
              <w:rPr>
                <w:rFonts w:ascii="宋体" w:hAnsi="宋体" w:eastAsia="宋体"/>
                <w:b w:val="0"/>
                <w:sz w:val="18"/>
              </w:rPr>
              <w:t>在学生充分交流的基础上，教师小结：先将4个小正方形拼成一排，得到一个长方形，再将长方形中的小正方形分别移动1个，移动2个，放在不同的位置，拼成两排……</w:t>
            </w:r>
          </w:p>
          <w:p>
            <w:pPr>
              <w:spacing w:after="20" w:line="276" w:lineRule="auto"/>
            </w:pPr>
            <w:r>
              <w:rPr>
                <w:rFonts w:ascii="宋体" w:hAnsi="宋体" w:eastAsia="宋体"/>
                <w:b w:val="0"/>
                <w:sz w:val="18"/>
              </w:rPr>
              <w:t>边说边课件演示移动的过程。</w:t>
            </w:r>
          </w:p>
          <w:p>
            <w:pPr>
              <w:spacing w:after="20" w:line="276" w:lineRule="auto"/>
            </w:pPr>
            <w:r>
              <w:rPr>
                <w:rFonts w:ascii="宋体" w:hAnsi="宋体" w:eastAsia="宋体"/>
                <w:b w:val="0"/>
                <w:sz w:val="18"/>
              </w:rPr>
              <w:t>4．介绍“四连方”。</w:t>
            </w:r>
          </w:p>
          <w:p>
            <w:pPr>
              <w:spacing w:after="20" w:line="276" w:lineRule="auto"/>
            </w:pPr>
            <w:r>
              <w:rPr>
                <w:rFonts w:ascii="宋体" w:hAnsi="宋体" w:eastAsia="宋体"/>
                <w:b w:val="0"/>
                <w:sz w:val="18"/>
              </w:rPr>
              <w:t>师：像这样，由4个同样的正方形组成的图形是“四连方”。“四连方”有几种形状？</w:t>
            </w:r>
          </w:p>
          <w:p>
            <w:pPr>
              <w:spacing w:after="20" w:line="276" w:lineRule="auto"/>
            </w:pPr>
            <w:r>
              <w:rPr>
                <w:rFonts w:ascii="宋体" w:hAnsi="宋体" w:eastAsia="宋体"/>
                <w:b w:val="0"/>
                <w:sz w:val="18"/>
              </w:rPr>
              <w:t>教师根据学生交流板书“四连方”图。</w:t>
            </w:r>
          </w:p>
        </w:tc>
        <w:tc>
          <w:tcPr>
            <w:tcW w:type="dxa" w:w="3061"/>
          </w:tcPr>
          <w:p>
            <w:pPr>
              <w:spacing w:after="20" w:line="276" w:lineRule="auto"/>
            </w:pPr>
            <w:r/>
            <w:r>
              <w:rPr>
                <w:rFonts w:ascii="宋体" w:hAnsi="宋体" w:eastAsia="宋体"/>
                <w:b w:val="0"/>
                <w:sz w:val="18"/>
              </w:rPr>
              <w:t>1.学生自主拼组图形。</w:t>
            </w:r>
          </w:p>
          <w:p>
            <w:pPr>
              <w:spacing w:after="20" w:line="276" w:lineRule="auto"/>
            </w:pPr>
            <w:r>
              <w:rPr>
                <w:rFonts w:ascii="宋体" w:hAnsi="宋体" w:eastAsia="宋体"/>
                <w:b w:val="0"/>
                <w:sz w:val="18"/>
              </w:rPr>
              <w:t>可以拼成长方形和正方形。</w:t>
            </w:r>
          </w:p>
          <w:p>
            <w:pPr>
              <w:spacing w:after="20" w:line="276" w:lineRule="auto"/>
            </w:pPr>
            <w:r>
              <w:rPr>
                <w:rFonts w:ascii="宋体" w:hAnsi="宋体" w:eastAsia="宋体"/>
                <w:b w:val="0"/>
                <w:sz w:val="18"/>
              </w:rPr>
              <w:t>学生小组合作，边拼边画，教师巡视指导。</w:t>
            </w:r>
          </w:p>
          <w:p>
            <w:pPr>
              <w:spacing w:after="20" w:line="276" w:lineRule="auto"/>
            </w:pPr>
            <w:r>
              <w:rPr>
                <w:rFonts w:ascii="宋体" w:hAnsi="宋体" w:eastAsia="宋体"/>
                <w:b w:val="0"/>
                <w:sz w:val="18"/>
              </w:rPr>
              <w:t>学生不断尝试，能拼出不同的图形。</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创设情境激活学生已有经验，自然引出本课学习内容，激发学习兴趣，核心问题："同学们，回顾一下，上节课，用4个小正方形能拼成哪些四边形？"</w:t>
            </w:r>
          </w:p>
        </w:tc>
      </w:tr>
      <w:tr>
        <w:tc>
          <w:tcPr>
            <w:tcW w:type="dxa" w:w="1474"/>
          </w:tcPr>
          <w:p>
            <w:pPr>
              <w:spacing w:after="20" w:line="276" w:lineRule="auto"/>
            </w:pPr>
            <w:r>
              <w:rPr>
                <w:b/>
              </w:rPr>
            </w:r>
            <w:r>
              <w:rPr>
                <w:rFonts w:ascii="宋体" w:hAnsi="宋体" w:eastAsia="宋体"/>
                <w:b/>
                <w:sz w:val="18"/>
              </w:rPr>
              <w:t>二、用“四连方”拼图</w:t>
            </w:r>
          </w:p>
        </w:tc>
        <w:tc>
          <w:tcPr>
            <w:tcW w:type="dxa" w:w="3061"/>
          </w:tcPr>
          <w:p>
            <w:pPr>
              <w:spacing w:after="20" w:line="276" w:lineRule="auto"/>
            </w:pPr>
            <w:r/>
            <w:r>
              <w:rPr>
                <w:rFonts w:ascii="宋体" w:hAnsi="宋体" w:eastAsia="宋体"/>
                <w:b w:val="0"/>
                <w:sz w:val="18"/>
              </w:rPr>
              <w:t>1.用2个“四连方”拼长方形或正方形。</w:t>
            </w:r>
          </w:p>
          <w:p>
            <w:pPr>
              <w:spacing w:after="20" w:line="276" w:lineRule="auto"/>
            </w:pPr>
            <w:r>
              <w:rPr>
                <w:rFonts w:ascii="宋体" w:hAnsi="宋体" w:eastAsia="宋体"/>
                <w:b w:val="0"/>
                <w:sz w:val="18"/>
              </w:rPr>
              <w:t>师：想一想，用哪两个“四连方”可以拼成长方形？同学们拼一拼，试一试。</w:t>
            </w:r>
          </w:p>
          <w:p>
            <w:pPr>
              <w:spacing w:after="20" w:line="276" w:lineRule="auto"/>
            </w:pPr>
            <w:r>
              <w:rPr>
                <w:rFonts w:ascii="宋体" w:hAnsi="宋体" w:eastAsia="宋体"/>
                <w:b w:val="0"/>
                <w:sz w:val="18"/>
              </w:rPr>
              <w:t>2．用3个“四连方”拼长方形或正方形。</w:t>
            </w:r>
          </w:p>
          <w:p>
            <w:pPr>
              <w:spacing w:after="20" w:line="276" w:lineRule="auto"/>
            </w:pPr>
            <w:r>
              <w:rPr>
                <w:rFonts w:ascii="宋体" w:hAnsi="宋体" w:eastAsia="宋体"/>
                <w:b w:val="0"/>
                <w:sz w:val="18"/>
              </w:rPr>
              <w:t>师：想一想，用3个“四连方”可以拼成长方形吗？</w:t>
            </w:r>
          </w:p>
          <w:p>
            <w:pPr>
              <w:spacing w:after="20" w:line="276" w:lineRule="auto"/>
            </w:pPr>
            <w:r>
              <w:rPr>
                <w:rFonts w:ascii="宋体" w:hAnsi="宋体" w:eastAsia="宋体"/>
                <w:b w:val="0"/>
                <w:sz w:val="18"/>
              </w:rPr>
              <w:t>3．创意拼图，发现规律。</w:t>
            </w:r>
          </w:p>
          <w:p>
            <w:pPr>
              <w:spacing w:after="20" w:line="276" w:lineRule="auto"/>
            </w:pPr>
            <w:r>
              <w:rPr>
                <w:rFonts w:ascii="宋体" w:hAnsi="宋体" w:eastAsia="宋体"/>
                <w:b w:val="0"/>
                <w:sz w:val="18"/>
              </w:rPr>
              <w:t>师：小组合作，拼一拼，看用哪些“四连方”能拼出长方形或正方形？</w:t>
            </w:r>
          </w:p>
          <w:p>
            <w:pPr>
              <w:spacing w:after="20" w:line="276" w:lineRule="auto"/>
            </w:pPr>
            <w:r>
              <w:rPr>
                <w:rFonts w:ascii="宋体" w:hAnsi="宋体" w:eastAsia="宋体"/>
                <w:b w:val="0"/>
                <w:sz w:val="18"/>
              </w:rPr>
              <w:t>展示不同的拼组，师生进行评价。</w:t>
            </w:r>
          </w:p>
          <w:p>
            <w:pPr>
              <w:spacing w:after="20" w:line="276" w:lineRule="auto"/>
            </w:pPr>
            <w:r>
              <w:rPr>
                <w:rFonts w:ascii="宋体" w:hAnsi="宋体" w:eastAsia="宋体"/>
                <w:b w:val="0"/>
                <w:sz w:val="18"/>
              </w:rPr>
              <w:t>师：你们在拼组的过程中，有什么经验吗？</w:t>
            </w:r>
          </w:p>
          <w:p>
            <w:pPr>
              <w:spacing w:after="20" w:line="276" w:lineRule="auto"/>
            </w:pPr>
            <w:r>
              <w:rPr>
                <w:rFonts w:ascii="宋体" w:hAnsi="宋体" w:eastAsia="宋体"/>
                <w:b w:val="0"/>
                <w:sz w:val="18"/>
              </w:rPr>
              <w:t>师小结：我们可以先拼出最简单的长方形和正方形，再用这些长方形和正方形拼更大的长方形和正方形。</w:t>
            </w:r>
          </w:p>
        </w:tc>
        <w:tc>
          <w:tcPr>
            <w:tcW w:type="dxa" w:w="3061"/>
          </w:tcPr>
          <w:p>
            <w:pPr>
              <w:spacing w:after="20" w:line="276" w:lineRule="auto"/>
            </w:pPr>
            <w:r/>
            <w:r>
              <w:rPr>
                <w:rFonts w:ascii="宋体" w:hAnsi="宋体" w:eastAsia="宋体"/>
                <w:b w:val="0"/>
                <w:sz w:val="18"/>
              </w:rPr>
              <w:t>学生自由拼图后展示交流。</w:t>
            </w:r>
          </w:p>
          <w:p>
            <w:pPr>
              <w:spacing w:after="20" w:line="276" w:lineRule="auto"/>
            </w:pPr>
            <w:r>
              <w:rPr>
                <w:rFonts w:ascii="宋体" w:hAnsi="宋体" w:eastAsia="宋体"/>
                <w:b w:val="0"/>
                <w:sz w:val="18"/>
              </w:rPr>
              <w:t>学生自由拼图后展示交流。</w:t>
            </w:r>
          </w:p>
          <w:p>
            <w:pPr>
              <w:spacing w:after="20" w:line="276" w:lineRule="auto"/>
            </w:pPr>
            <w:r>
              <w:rPr>
                <w:rFonts w:ascii="宋体" w:hAnsi="宋体" w:eastAsia="宋体"/>
                <w:b w:val="0"/>
                <w:sz w:val="18"/>
              </w:rPr>
              <w:t>用长方形和正方形的“四连方”学生容易拼出长方形，对于用和拼成的长方形和正方形，学生难以想到。</w:t>
            </w:r>
          </w:p>
          <w:p>
            <w:pPr>
              <w:spacing w:after="20" w:line="276" w:lineRule="auto"/>
            </w:pPr>
            <w:r>
              <w:rPr>
                <w:rFonts w:ascii="宋体" w:hAnsi="宋体" w:eastAsia="宋体"/>
                <w:b w:val="0"/>
                <w:sz w:val="18"/>
              </w:rPr>
              <w:t>学生小组活动，用任意的“四连方”拼出长方形或正方形。</w:t>
            </w:r>
          </w:p>
        </w:tc>
        <w:tc>
          <w:tcPr>
            <w:tcW w:type="dxa" w:w="1814"/>
          </w:tcPr>
          <w:p>
            <w:pPr>
              <w:spacing w:after="20" w:line="276" w:lineRule="auto"/>
            </w:pPr>
            <w:r/>
            <w:r>
              <w:rPr>
                <w:rFonts w:ascii="宋体" w:hAnsi="宋体" w:eastAsia="宋体"/>
                <w:b w:val="0"/>
                <w:sz w:val="18"/>
              </w:rPr>
              <w:t>围绕环节目标组织学习活动，引导学生主动参与、积极思考，核心问题："想一想，用哪两个“四连方”可以拼成长方形？"</w:t>
            </w:r>
          </w:p>
        </w:tc>
      </w:tr>
      <w:tr>
        <w:tc>
          <w:tcPr>
            <w:tcW w:type="dxa" w:w="1474"/>
          </w:tcPr>
          <w:p>
            <w:pPr>
              <w:spacing w:after="20" w:line="276" w:lineRule="auto"/>
            </w:pPr>
            <w:r>
              <w:rPr>
                <w:b/>
              </w:rPr>
            </w:r>
            <w:r>
              <w:rPr>
                <w:rFonts w:ascii="宋体" w:hAnsi="宋体" w:eastAsia="宋体"/>
                <w:b/>
                <w:sz w:val="18"/>
              </w:rPr>
              <w:t>三、用“四连方”拼指定长方形</w:t>
            </w:r>
          </w:p>
        </w:tc>
        <w:tc>
          <w:tcPr>
            <w:tcW w:type="dxa" w:w="3061"/>
          </w:tcPr>
          <w:p>
            <w:pPr>
              <w:spacing w:after="20" w:line="276" w:lineRule="auto"/>
            </w:pPr>
            <w:r/>
            <w:r>
              <w:rPr>
                <w:rFonts w:ascii="宋体" w:hAnsi="宋体" w:eastAsia="宋体"/>
                <w:b w:val="0"/>
                <w:sz w:val="18"/>
              </w:rPr>
              <w:t>师：我们会用“四连方”拼出大小不同的长方形和正方形，这个长方形你们能拼出来吗？</w:t>
            </w:r>
          </w:p>
          <w:p>
            <w:pPr>
              <w:spacing w:after="20" w:line="276" w:lineRule="auto"/>
            </w:pPr>
            <w:r>
              <w:rPr>
                <w:rFonts w:ascii="宋体" w:hAnsi="宋体" w:eastAsia="宋体"/>
                <w:b w:val="0"/>
                <w:sz w:val="18"/>
              </w:rPr>
              <w:t>课件呈现P49下面的长方形。</w:t>
            </w:r>
          </w:p>
          <w:p>
            <w:pPr>
              <w:spacing w:after="20" w:line="276" w:lineRule="auto"/>
            </w:pPr>
            <w:r>
              <w:rPr>
                <w:rFonts w:ascii="宋体" w:hAnsi="宋体" w:eastAsia="宋体"/>
                <w:b w:val="0"/>
                <w:sz w:val="18"/>
              </w:rPr>
              <w:t>师：要拼出这个长方形，我们应该怎么做？</w:t>
            </w:r>
          </w:p>
          <w:p>
            <w:pPr>
              <w:spacing w:after="20" w:line="276" w:lineRule="auto"/>
            </w:pPr>
            <w:r>
              <w:rPr>
                <w:rFonts w:ascii="宋体" w:hAnsi="宋体" w:eastAsia="宋体"/>
                <w:b w:val="0"/>
                <w:sz w:val="18"/>
              </w:rPr>
              <w:t>师小结：先分析这个长方形的特点，看它的长和宽分别是多少；再在长方形上画一画，看能画出哪些“四连方”；画的时候，可以按照选一种“四连方”、两种“四连方”……的思路由易到难。</w:t>
            </w:r>
          </w:p>
        </w:tc>
        <w:tc>
          <w:tcPr>
            <w:tcW w:type="dxa" w:w="3061"/>
          </w:tcPr>
          <w:p>
            <w:pPr>
              <w:spacing w:after="20" w:line="276" w:lineRule="auto"/>
            </w:pPr>
            <w:r/>
            <w:r>
              <w:rPr>
                <w:rFonts w:ascii="宋体" w:hAnsi="宋体" w:eastAsia="宋体"/>
                <w:b w:val="0"/>
                <w:sz w:val="18"/>
              </w:rPr>
              <w:t>学生交流思路。</w:t>
            </w:r>
          </w:p>
          <w:p>
            <w:pPr>
              <w:spacing w:after="20" w:line="276" w:lineRule="auto"/>
            </w:pPr>
            <w:r>
              <w:rPr>
                <w:rFonts w:ascii="宋体" w:hAnsi="宋体" w:eastAsia="宋体"/>
                <w:b w:val="0"/>
                <w:sz w:val="18"/>
              </w:rPr>
              <w:t>学生自主画图、拼组。</w:t>
            </w:r>
          </w:p>
          <w:p>
            <w:pPr>
              <w:spacing w:after="20" w:line="276" w:lineRule="auto"/>
            </w:pPr>
            <w:r>
              <w:rPr>
                <w:rFonts w:ascii="宋体" w:hAnsi="宋体" w:eastAsia="宋体"/>
                <w:b w:val="0"/>
                <w:sz w:val="18"/>
              </w:rPr>
              <w:t>学生一般能找到1、2种拼法，但要鼓励学生有不同的拼组方法。</w:t>
            </w:r>
          </w:p>
        </w:tc>
        <w:tc>
          <w:tcPr>
            <w:tcW w:type="dxa" w:w="1814"/>
          </w:tcPr>
          <w:p>
            <w:pPr>
              <w:spacing w:after="20" w:line="276" w:lineRule="auto"/>
            </w:pPr>
            <w:r/>
            <w:r>
              <w:rPr>
                <w:rFonts w:ascii="宋体" w:hAnsi="宋体" w:eastAsia="宋体"/>
                <w:b w:val="0"/>
                <w:sz w:val="18"/>
              </w:rPr>
              <w:t>围绕环节目标组织学习活动，引导学生主动参与、积极思考，核心问题："我们会用“四连方”拼出大小不同的长方形和正方形，这个长方形你们能拼出来吗？"</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师：同学们，通过本节课的拼图游戏，你有哪些收获？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本节课的拼图活动是对长方形、正方形的进一步认识，通过拼图体会图形之间的内在联系，发展空间观念。因此，充分发挥学生的主体性，让学生在丰富的操作活动中体会规律，发展操作思维。</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教科书P49。</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【原教学设计反思（供参考）】用“四连方”拼长方形和正方形，学生通过尝试操作，基本能拼出来。但是如何从“学会拼”到“会思考拼”，学生还是有难度，需要教师引导学生多交流，逐步理顺操作思路。</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整理和复习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整理和复习</w:t>
            </w:r>
          </w:p>
        </w:tc>
        <w:tc>
          <w:tcPr>
            <w:tcW w:type="dxa" w:w="6009"/>
          </w:tcPr>
          <w:p>
            <w:pPr>
              <w:spacing w:after="20" w:line="276" w:lineRule="auto"/>
            </w:pPr>
            <w:r/>
            <w:r>
              <w:rPr>
                <w:rFonts w:ascii="宋体" w:hAnsi="宋体" w:eastAsia="宋体"/>
                <w:b w:val="0"/>
                <w:sz w:val="20"/>
              </w:rPr>
              <w:t>第3单元 长方形和正方形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单元学情：【学情分析】</w:t>
      </w:r>
    </w:p>
    <w:p>
      <w:pPr>
        <w:spacing w:after="80" w:line="300" w:lineRule="auto"/>
        <w:ind w:firstLine="400"/>
      </w:pPr>
      <w:r>
        <w:rPr>
          <w:rFonts w:ascii="宋体" w:hAnsi="宋体" w:eastAsia="宋体"/>
          <w:b w:val="0"/>
          <w:sz w:val="20"/>
        </w:rPr>
        <w:t>小学生的年龄特点决定了他们对图形的识别活动，处于由以依据表象为主的直观辨认水平，逐步向以依据特征为主的初级概念判断水平发展。学生在生活中经常遇到本单元要学习的平面图形，经常接触到周长这一概念，但却不能准确表达到底什么才是图形的周长。对于探索图形的特征，学生有比较丰富的经验，本单元的难点是探索周长的计算方法，教师应关注学生对计算方法的推导过程，注重动手操作和动态演示相结合，让学生获得活动经验，发展空间观念。</w:t>
      </w:r>
    </w:p>
    <w:p>
      <w:pPr>
        <w:spacing w:after="80" w:line="300" w:lineRule="auto"/>
        <w:ind w:firstLine="400"/>
      </w:pPr>
      <w:r>
        <w:rPr>
          <w:rFonts w:ascii="宋体" w:hAnsi="宋体" w:eastAsia="宋体"/>
          <w:b w:val="0"/>
          <w:sz w:val="20"/>
        </w:rPr>
        <w:t>【教学策略】</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教学内容：教科书P50“整理和复习”，教科书P51“练习十”第1～4题。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（1）通过整理和复习本单元所学的长方形和正方形的相关知识，初步形成知识网络，加深对长方形与正方形的特征、周长概念、相关周长计算公式等的理解。</w:t>
      </w:r>
    </w:p>
    <w:p>
      <w:pPr>
        <w:spacing w:after="20" w:line="300" w:lineRule="auto"/>
        <w:ind w:firstLine="400"/>
      </w:pPr>
      <w:r>
        <w:rPr>
          <w:rFonts w:ascii="宋体" w:hAnsi="宋体" w:eastAsia="宋体"/>
          <w:b w:val="0"/>
          <w:sz w:val="20"/>
        </w:rPr>
        <w:t>（2）解决生活中的实际问题，感受数学与生活的密切联系。</w:t>
      </w:r>
    </w:p>
    <w:p>
      <w:pPr>
        <w:spacing w:after="20" w:line="300" w:lineRule="auto"/>
        <w:ind w:firstLine="400"/>
      </w:pPr>
      <w:r>
        <w:rPr>
          <w:rFonts w:ascii="宋体" w:hAnsi="宋体" w:eastAsia="宋体"/>
          <w:b w:val="0"/>
          <w:sz w:val="20"/>
        </w:rPr>
        <w:t>（3）初步体会整理和复习的方法，积累整理和复习的经验，感受整理和复习的价值。</w:t>
      </w:r>
    </w:p>
    <w:p>
      <w:pPr>
        <w:spacing w:after="20" w:line="300" w:lineRule="auto"/>
      </w:pPr>
      <w:r>
        <w:rPr>
          <w:rFonts w:ascii="宋体" w:hAnsi="宋体" w:eastAsia="宋体"/>
          <w:b w:val="0"/>
          <w:sz w:val="20"/>
        </w:rPr>
        <w:t>教学重点：整理单元内容，形成知识结构。灵活运用周长的知识解决问题。</w:t>
      </w:r>
    </w:p>
    <w:p>
      <w:pPr>
        <w:spacing w:after="20" w:line="300" w:lineRule="auto"/>
      </w:pPr>
      <w:r>
        <w:rPr>
          <w:rFonts w:ascii="宋体" w:hAnsi="宋体" w:eastAsia="宋体"/>
          <w:b w:val="0"/>
          <w:sz w:val="20"/>
        </w:rPr>
        <w:t>教学难点：整理单元内容，形成知识结构。</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一、梳理知识，形成网络</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本单元我们学习了哪些知识呢？</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二、回顾总结，整理与复习探究方法</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回顾一下，我们是怎样研究多边形的？；我们研究长方形和正方形时，主要研究它的哪些部分？是怎样研究长方形和正方形的特征的？</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三、联系生活，应用拓展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不用方格纸(即不度量每一段的长度)，还可以怎么比较？</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这节课你学到了什么？有哪些收获？还有什么新的问题？</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一、梳理知识，形成网络</w:t>
            </w:r>
          </w:p>
        </w:tc>
        <w:tc>
          <w:tcPr>
            <w:tcW w:type="dxa" w:w="3061"/>
          </w:tcPr>
          <w:p>
            <w:pPr>
              <w:spacing w:after="20" w:line="276" w:lineRule="auto"/>
            </w:pPr>
            <w:r/>
            <w:r>
              <w:rPr>
                <w:rFonts w:ascii="宋体" w:hAnsi="宋体" w:eastAsia="宋体"/>
                <w:b w:val="0"/>
                <w:sz w:val="18"/>
              </w:rPr>
              <w:t>师：本单元我们学习了哪些知识呢？请同学们用自己的方式自主梳理。</w:t>
            </w:r>
          </w:p>
          <w:p>
            <w:pPr>
              <w:spacing w:after="20" w:line="276" w:lineRule="auto"/>
            </w:pPr>
            <w:r>
              <w:rPr>
                <w:rFonts w:ascii="宋体" w:hAnsi="宋体" w:eastAsia="宋体"/>
                <w:b w:val="0"/>
                <w:sz w:val="18"/>
              </w:rPr>
              <w:t>教师关注学生的典型想法以及思考的不同层次，促进有效碰撞。关注小组交流的实效性。</w:t>
            </w:r>
          </w:p>
          <w:p>
            <w:pPr>
              <w:spacing w:after="20" w:line="276" w:lineRule="auto"/>
            </w:pPr>
            <w:r>
              <w:rPr>
                <w:rFonts w:ascii="宋体" w:hAnsi="宋体" w:eastAsia="宋体"/>
                <w:b w:val="0"/>
                <w:sz w:val="18"/>
              </w:rPr>
              <w:t>展示不同的梳理方法，并通过适时评价、强调、提问，引导学生深入思考。(适时板书)</w:t>
            </w:r>
          </w:p>
        </w:tc>
        <w:tc>
          <w:tcPr>
            <w:tcW w:type="dxa" w:w="3061"/>
          </w:tcPr>
          <w:p>
            <w:pPr>
              <w:spacing w:after="20" w:line="276" w:lineRule="auto"/>
            </w:pPr>
            <w:r/>
            <w:r>
              <w:rPr>
                <w:rFonts w:ascii="宋体" w:hAnsi="宋体" w:eastAsia="宋体"/>
                <w:b w:val="0"/>
                <w:sz w:val="18"/>
              </w:rPr>
              <w:t>1.学生自主梳理。</w:t>
            </w:r>
          </w:p>
          <w:p>
            <w:pPr>
              <w:spacing w:after="20" w:line="276" w:lineRule="auto"/>
            </w:pPr>
            <w:r>
              <w:rPr>
                <w:rFonts w:ascii="宋体" w:hAnsi="宋体" w:eastAsia="宋体"/>
                <w:b w:val="0"/>
                <w:sz w:val="18"/>
              </w:rPr>
              <w:t>学生自主梳理。</w:t>
            </w:r>
          </w:p>
          <w:p>
            <w:pPr>
              <w:spacing w:after="20" w:line="276" w:lineRule="auto"/>
            </w:pPr>
            <w:r>
              <w:rPr>
                <w:rFonts w:ascii="宋体" w:hAnsi="宋体" w:eastAsia="宋体"/>
                <w:b w:val="0"/>
                <w:sz w:val="18"/>
              </w:rPr>
              <w:t>教师针对学生的问题或困难，给予指导，引导学生思考，帮助学生寻找知识之间的联系。</w:t>
            </w:r>
          </w:p>
          <w:p>
            <w:pPr>
              <w:spacing w:after="20" w:line="276" w:lineRule="auto"/>
            </w:pPr>
            <w:r>
              <w:rPr>
                <w:rFonts w:ascii="宋体" w:hAnsi="宋体" w:eastAsia="宋体"/>
                <w:b w:val="0"/>
                <w:sz w:val="18"/>
              </w:rPr>
              <w:t>2．小组交流，各自完善。</w:t>
            </w:r>
          </w:p>
          <w:p>
            <w:pPr>
              <w:spacing w:after="20" w:line="276" w:lineRule="auto"/>
            </w:pPr>
            <w:r>
              <w:rPr>
                <w:rFonts w:ascii="宋体" w:hAnsi="宋体" w:eastAsia="宋体"/>
                <w:b w:val="0"/>
                <w:sz w:val="18"/>
              </w:rPr>
              <w:t>3．全班分享，适时点拨。</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引导学生回顾梳理本课所学，完善认知结构，提升归纳与反思能力，核心问题："本单元我们学习了哪些知识呢？"</w:t>
            </w:r>
          </w:p>
        </w:tc>
      </w:tr>
      <w:tr>
        <w:tc>
          <w:tcPr>
            <w:tcW w:type="dxa" w:w="1474"/>
          </w:tcPr>
          <w:p>
            <w:pPr>
              <w:spacing w:after="20" w:line="276" w:lineRule="auto"/>
            </w:pPr>
            <w:r>
              <w:rPr>
                <w:b/>
              </w:rPr>
            </w:r>
            <w:r>
              <w:rPr>
                <w:rFonts w:ascii="宋体" w:hAnsi="宋体" w:eastAsia="宋体"/>
                <w:b/>
                <w:sz w:val="18"/>
              </w:rPr>
              <w:t>二、回顾总结，整理与复习探究方法</w:t>
            </w:r>
          </w:p>
        </w:tc>
        <w:tc>
          <w:tcPr>
            <w:tcW w:type="dxa" w:w="3061"/>
          </w:tcPr>
          <w:p>
            <w:pPr>
              <w:spacing w:after="20" w:line="276" w:lineRule="auto"/>
            </w:pPr>
            <w:r/>
            <w:r>
              <w:rPr>
                <w:rFonts w:ascii="宋体" w:hAnsi="宋体" w:eastAsia="宋体"/>
                <w:b w:val="0"/>
                <w:sz w:val="18"/>
              </w:rPr>
              <w:t>师：回顾一下，我们是怎样研究多边形的？</w:t>
            </w:r>
          </w:p>
          <w:p>
            <w:pPr>
              <w:spacing w:after="20" w:line="276" w:lineRule="auto"/>
            </w:pPr>
            <w:r>
              <w:rPr>
                <w:rFonts w:ascii="宋体" w:hAnsi="宋体" w:eastAsia="宋体"/>
                <w:b w:val="0"/>
                <w:sz w:val="18"/>
              </w:rPr>
              <w:t>师小结：分类是研究图形的一般方法，今后我们研究图形时，可以用分类的方法。</w:t>
            </w:r>
          </w:p>
          <w:p>
            <w:pPr>
              <w:spacing w:after="20" w:line="276" w:lineRule="auto"/>
            </w:pPr>
            <w:r>
              <w:rPr>
                <w:rFonts w:ascii="宋体" w:hAnsi="宋体" w:eastAsia="宋体"/>
                <w:b w:val="0"/>
                <w:sz w:val="18"/>
              </w:rPr>
              <w:t>师：我们研究长方形和正方形时，主要研究它的哪些部分？是怎样研究长方形和正方形的特征的？</w:t>
            </w:r>
          </w:p>
          <w:p>
            <w:pPr>
              <w:spacing w:after="20" w:line="276" w:lineRule="auto"/>
            </w:pPr>
            <w:r>
              <w:rPr>
                <w:rFonts w:ascii="宋体" w:hAnsi="宋体" w:eastAsia="宋体"/>
                <w:b w:val="0"/>
                <w:sz w:val="18"/>
              </w:rPr>
              <w:t>师小结：研究图形的特征，一般研究它们的边和角及边和角之间的关系。如研究长方形时，看对边是怎样的关系。</w:t>
            </w:r>
          </w:p>
          <w:p>
            <w:pPr>
              <w:spacing w:after="20" w:line="276" w:lineRule="auto"/>
            </w:pPr>
            <w:r>
              <w:rPr>
                <w:rFonts w:ascii="宋体" w:hAnsi="宋体" w:eastAsia="宋体"/>
                <w:b w:val="0"/>
                <w:sz w:val="18"/>
              </w:rPr>
              <w:t>师：在研究怎么计算周长时，我们用到了哪些方法？</w:t>
            </w:r>
          </w:p>
          <w:p>
            <w:pPr>
              <w:spacing w:after="20" w:line="276" w:lineRule="auto"/>
            </w:pPr>
            <w:r>
              <w:rPr>
                <w:rFonts w:ascii="宋体" w:hAnsi="宋体" w:eastAsia="宋体"/>
                <w:b w:val="0"/>
                <w:sz w:val="18"/>
              </w:rPr>
              <w:t>师：怎么计算长方形的周长呢？这个计算方法是怎么得到的？</w:t>
            </w:r>
          </w:p>
          <w:p>
            <w:pPr>
              <w:spacing w:after="20" w:line="276" w:lineRule="auto"/>
            </w:pPr>
            <w:r>
              <w:rPr>
                <w:rFonts w:ascii="宋体" w:hAnsi="宋体" w:eastAsia="宋体"/>
                <w:b w:val="0"/>
                <w:sz w:val="18"/>
              </w:rPr>
              <w:t>在学生交流的基础上引导学生整理研究方法。</w:t>
            </w:r>
          </w:p>
        </w:tc>
        <w:tc>
          <w:tcPr>
            <w:tcW w:type="dxa" w:w="3061"/>
          </w:tcPr>
          <w:p>
            <w:pPr>
              <w:spacing w:after="20" w:line="276" w:lineRule="auto"/>
            </w:pPr>
            <w:r/>
            <w:r>
              <w:rPr>
                <w:rFonts w:ascii="宋体" w:hAnsi="宋体" w:eastAsia="宋体"/>
                <w:b w:val="0"/>
                <w:sz w:val="18"/>
              </w:rPr>
              <w:t>采用分类的方法研究多边形，给多边形命名。</w:t>
            </w:r>
          </w:p>
          <w:p>
            <w:pPr>
              <w:spacing w:after="20" w:line="276" w:lineRule="auto"/>
            </w:pPr>
            <w:r>
              <w:rPr>
                <w:rFonts w:ascii="宋体" w:hAnsi="宋体" w:eastAsia="宋体"/>
                <w:b w:val="0"/>
                <w:sz w:val="18"/>
              </w:rPr>
              <w:t>图形的各边是曲线或不规则的，则可以用“绳绕法”“滚动法”。多边形可以用直尺量或用圆规转化成一条线段再用直尺量。</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创设情境激活学生已有经验，自然引出本课学习内容，激发学习兴趣，核心问题："回顾一下，我们是怎样研究多边形的？"</w:t>
            </w:r>
          </w:p>
        </w:tc>
      </w:tr>
      <w:tr>
        <w:tc>
          <w:tcPr>
            <w:tcW w:type="dxa" w:w="1474"/>
          </w:tcPr>
          <w:p>
            <w:pPr>
              <w:spacing w:after="20" w:line="276" w:lineRule="auto"/>
            </w:pPr>
            <w:r>
              <w:rPr>
                <w:b/>
              </w:rPr>
            </w:r>
            <w:r>
              <w:rPr>
                <w:rFonts w:ascii="宋体" w:hAnsi="宋体" w:eastAsia="宋体"/>
                <w:b/>
                <w:sz w:val="18"/>
              </w:rPr>
              <w:t>三、联系生活，应用拓展</w:t>
            </w:r>
          </w:p>
        </w:tc>
        <w:tc>
          <w:tcPr>
            <w:tcW w:type="dxa" w:w="3061"/>
          </w:tcPr>
          <w:p>
            <w:pPr>
              <w:spacing w:after="20" w:line="276" w:lineRule="auto"/>
            </w:pPr>
            <w:r/>
            <w:r>
              <w:rPr>
                <w:rFonts w:ascii="宋体" w:hAnsi="宋体" w:eastAsia="宋体"/>
                <w:b w:val="0"/>
                <w:sz w:val="18"/>
              </w:rPr>
              <w:t>1.完成教科书P51“练习十”第2题。</w:t>
            </w:r>
          </w:p>
          <w:p>
            <w:pPr>
              <w:spacing w:after="20" w:line="276" w:lineRule="auto"/>
            </w:pPr>
            <w:r>
              <w:rPr>
                <w:rFonts w:ascii="宋体" w:hAnsi="宋体" w:eastAsia="宋体"/>
                <w:b w:val="0"/>
                <w:sz w:val="18"/>
              </w:rPr>
              <w:t>师：不用方格纸(即不度量每一段的长度)，还可以怎么比较？</w:t>
            </w:r>
          </w:p>
          <w:p>
            <w:pPr>
              <w:spacing w:after="20" w:line="276" w:lineRule="auto"/>
            </w:pPr>
            <w:r>
              <w:rPr>
                <w:rFonts w:ascii="宋体" w:hAnsi="宋体" w:eastAsia="宋体"/>
                <w:b w:val="0"/>
                <w:sz w:val="18"/>
              </w:rPr>
              <w:t>引导学生通过平移、利用长方形对边相等的特征来分析。</w:t>
            </w:r>
          </w:p>
          <w:p>
            <w:pPr>
              <w:spacing w:after="20" w:line="276" w:lineRule="auto"/>
            </w:pPr>
            <w:r>
              <w:rPr>
                <w:rFonts w:ascii="宋体" w:hAnsi="宋体" w:eastAsia="宋体"/>
                <w:b w:val="0"/>
                <w:sz w:val="18"/>
              </w:rPr>
              <w:t>2．完成教科书P51“练习十”第1题。</w:t>
            </w:r>
          </w:p>
          <w:p>
            <w:pPr>
              <w:spacing w:after="20" w:line="276" w:lineRule="auto"/>
            </w:pPr>
            <w:r>
              <w:rPr>
                <w:rFonts w:ascii="宋体" w:hAnsi="宋体" w:eastAsia="宋体"/>
                <w:b w:val="0"/>
                <w:sz w:val="18"/>
              </w:rPr>
              <w:t>引导学生分析问题中的信息，由“正好可以剪成两个相同的正方形”分析出长方形的长和宽的关系。</w:t>
            </w:r>
          </w:p>
          <w:p>
            <w:pPr>
              <w:spacing w:after="20" w:line="276" w:lineRule="auto"/>
            </w:pPr>
            <w:r>
              <w:rPr>
                <w:rFonts w:ascii="宋体" w:hAnsi="宋体" w:eastAsia="宋体"/>
                <w:b w:val="0"/>
                <w:sz w:val="18"/>
              </w:rPr>
              <w:t>3．完成教科书P51“练习十”第3题。</w:t>
            </w:r>
          </w:p>
          <w:p>
            <w:pPr>
              <w:spacing w:after="20" w:line="276" w:lineRule="auto"/>
            </w:pPr>
            <w:r>
              <w:rPr>
                <w:rFonts w:ascii="宋体" w:hAnsi="宋体" w:eastAsia="宋体"/>
                <w:b w:val="0"/>
                <w:sz w:val="18"/>
              </w:rPr>
              <w:t>(1)学生独立思考，尝试解决。</w:t>
            </w:r>
          </w:p>
          <w:p>
            <w:pPr>
              <w:spacing w:after="20" w:line="276" w:lineRule="auto"/>
            </w:pPr>
            <w:r>
              <w:rPr>
                <w:rFonts w:ascii="宋体" w:hAnsi="宋体" w:eastAsia="宋体"/>
                <w:b w:val="0"/>
                <w:sz w:val="18"/>
              </w:rPr>
              <w:t>(2)交流讨论，评价引导。</w:t>
            </w:r>
          </w:p>
          <w:p>
            <w:pPr>
              <w:spacing w:after="20" w:line="276" w:lineRule="auto"/>
            </w:pPr>
            <w:r>
              <w:rPr>
                <w:rFonts w:ascii="宋体" w:hAnsi="宋体" w:eastAsia="宋体"/>
                <w:b w:val="0"/>
                <w:sz w:val="18"/>
              </w:rPr>
              <w:t>引导学生进一步理解周长的概念，分析条件，确定组合图形的周长，再计算。</w:t>
            </w:r>
          </w:p>
          <w:p>
            <w:pPr>
              <w:spacing w:after="20" w:line="276" w:lineRule="auto"/>
            </w:pPr>
            <w:r>
              <w:rPr>
                <w:rFonts w:ascii="宋体" w:hAnsi="宋体" w:eastAsia="宋体"/>
                <w:b w:val="0"/>
                <w:sz w:val="18"/>
              </w:rPr>
              <w:t>4．完成教科书P51“练习十”第4题。</w:t>
            </w:r>
          </w:p>
          <w:p>
            <w:pPr>
              <w:spacing w:after="20" w:line="276" w:lineRule="auto"/>
            </w:pPr>
            <w:r>
              <w:rPr>
                <w:rFonts w:ascii="宋体" w:hAnsi="宋体" w:eastAsia="宋体"/>
                <w:b w:val="0"/>
                <w:sz w:val="18"/>
              </w:rPr>
              <w:t>引导学生明确：正方形的边长就是长方形长与宽的和，可以直接应用，不一定非要分别求出长与宽。</w:t>
            </w:r>
          </w:p>
        </w:tc>
        <w:tc>
          <w:tcPr>
            <w:tcW w:type="dxa" w:w="3061"/>
          </w:tcPr>
          <w:p>
            <w:pPr>
              <w:spacing w:after="20" w:line="276" w:lineRule="auto"/>
            </w:pPr>
            <w:r/>
            <w:r>
              <w:rPr>
                <w:rFonts w:ascii="宋体" w:hAnsi="宋体" w:eastAsia="宋体"/>
                <w:b w:val="0"/>
                <w:sz w:val="18"/>
              </w:rPr>
              <w:t>学生独立思考，并交流。</w:t>
            </w:r>
          </w:p>
          <w:p>
            <w:pPr>
              <w:spacing w:after="20" w:line="276" w:lineRule="auto"/>
            </w:pPr>
            <w:r>
              <w:rPr>
                <w:rFonts w:ascii="宋体" w:hAnsi="宋体" w:eastAsia="宋体"/>
                <w:b w:val="0"/>
                <w:sz w:val="18"/>
              </w:rPr>
              <w:t>如果学生存在困难，可以引入方格纸辅助分析。</w:t>
            </w:r>
          </w:p>
          <w:p>
            <w:pPr>
              <w:spacing w:after="20" w:line="276" w:lineRule="auto"/>
            </w:pPr>
            <w:r>
              <w:rPr>
                <w:rFonts w:ascii="宋体" w:hAnsi="宋体" w:eastAsia="宋体"/>
                <w:b w:val="0"/>
                <w:sz w:val="18"/>
              </w:rPr>
              <w:t>学生独立解答后，展示交流。</w:t>
            </w:r>
          </w:p>
          <w:p>
            <w:pPr>
              <w:spacing w:after="20" w:line="276" w:lineRule="auto"/>
            </w:pPr>
            <w:r>
              <w:rPr>
                <w:rFonts w:ascii="宋体" w:hAnsi="宋体" w:eastAsia="宋体"/>
                <w:b w:val="0"/>
                <w:sz w:val="18"/>
              </w:rPr>
              <w:t>学生独立完成后，交流讨论，评价引导。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通过有层次的练习及时反馈学情，巩固新知，培养学生灵活运用知识解决问题的能力，核心问题："不用方格纸(即不度量每一段的长度)，还可以怎么比较？"</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师：这节课你学到了什么？有哪些收获？还有什么新的问题？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在学生自主整理的基础上，从知识体系和探究方法两个方面整理本单元的所学内容。在学生掌握本单元知识的同时，让学生进一步体会研究图形的一般方法，知道从哪些要素研究图形，积累研究图形的经验，发展空间观念。</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教科书P50“整理和复习”，教科书P51“练习十”第1～4题。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基本能掌握本单元的学习内容，但要建立各知识点之间的联系，部分学生对掌握这些知识还存在问题，需要教师引导。练习题几乎都不能直接运用公式计算，需要进行思考推理找出条件，特别是第4题，直接求出了长与宽的和，学生难以接受。需要多让学生交流，加深学生对周长概念及其计算方法的理解。</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