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第4单元 图形的面积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图形的面积</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承接前面周长及长方形、正方形的周长计算，本单元学习面积和面积单位，长方形、正方形的面积计算及面积单位之间的进率。面积概念是贯穿于整个单元的核心内容，教科书从以下四个方面加以体现：第一，注重面积认识的直观性和层次性；第二，注重对面积概念认识的全面性；第三，注重发展学生面积守恒的观念；第四，强化周长与面积概念的比较辨析。</w:t>
      </w:r>
    </w:p>
    <w:p>
      <w:pPr>
        <w:spacing w:after="80" w:line="300" w:lineRule="auto"/>
        <w:ind w:firstLine="400"/>
      </w:pPr>
      <w:r>
        <w:rPr>
          <w:rFonts w:ascii="宋体" w:hAnsi="宋体" w:eastAsia="宋体"/>
          <w:b w:val="0"/>
          <w:sz w:val="20"/>
        </w:rPr>
        <w:t>以往的教学实践表明，学生往往更关注“面”，而忽视“面”的大小，将“面”等同于面积。因此教科书从让学生观察身边一些熟悉的物体的表面入手，明确“面”的概念；然后让学生通过观察比较两个面的大小，进而形成对“面”的大小的直观感受。在此基础上，教科书采用描述的方式，借助具体事例说明“面积”的概念，并让学生依此说出其他一些物体表面的面积。</w:t>
      </w:r>
    </w:p>
    <w:p>
      <w:pPr>
        <w:spacing w:after="80" w:line="300" w:lineRule="auto"/>
        <w:ind w:firstLine="400"/>
      </w:pPr>
      <w:r>
        <w:rPr>
          <w:rFonts w:ascii="宋体" w:hAnsi="宋体" w:eastAsia="宋体"/>
          <w:b w:val="0"/>
          <w:sz w:val="20"/>
        </w:rPr>
        <w:t>在探索长方形和正方形的面积计算时，突出量的累加，通过操作理解有多少个“面积单位”面积就是多少，再通过计算“面积单位”的个数推理出面积的计算方法，从数学知识的本质上理解面积及其计算的依据，逐步实现知识的整体性。</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第1课时：通过丰富的数学活动，让学生感知面的存在与面的大小，并结合具体实例认识面积的含义。</w:t>
      </w:r>
    </w:p>
    <w:p>
      <w:pPr>
        <w:spacing w:after="20" w:line="300" w:lineRule="auto"/>
        <w:ind w:firstLine="400"/>
      </w:pPr>
      <w:r>
        <w:rPr>
          <w:rFonts w:ascii="宋体" w:hAnsi="宋体" w:eastAsia="宋体"/>
          <w:b w:val="0"/>
          <w:sz w:val="20"/>
        </w:rPr>
        <w:t>第2课时：经历比较两个图形大小的过程，体会引入统一面积单位的必要性。</w:t>
      </w:r>
    </w:p>
    <w:p>
      <w:pPr>
        <w:spacing w:after="20" w:line="300" w:lineRule="auto"/>
        <w:ind w:firstLine="400"/>
      </w:pPr>
      <w:r>
        <w:rPr>
          <w:rFonts w:ascii="宋体" w:hAnsi="宋体" w:eastAsia="宋体"/>
          <w:b w:val="0"/>
          <w:sz w:val="20"/>
        </w:rPr>
        <w:t>第3课时：经历摆放面积单位的活动，探究并掌握长方形和正方形的面积计算方法，积累数学活动经验。</w:t>
      </w:r>
    </w:p>
    <w:p>
      <w:pPr>
        <w:spacing w:after="20" w:line="300" w:lineRule="auto"/>
        <w:ind w:firstLine="400"/>
      </w:pPr>
      <w:r>
        <w:rPr>
          <w:rFonts w:ascii="宋体" w:hAnsi="宋体" w:eastAsia="宋体"/>
          <w:b w:val="0"/>
          <w:sz w:val="20"/>
        </w:rPr>
        <w:t>第4课时：进一步理解并掌握长方形、正方形面积的计算方法，能解决简单的实际问题，并结合实际问题，探究周长和面积的区别与联系。</w:t>
      </w:r>
    </w:p>
    <w:p>
      <w:pPr>
        <w:spacing w:after="20" w:line="300" w:lineRule="auto"/>
        <w:ind w:firstLine="400"/>
      </w:pPr>
      <w:r>
        <w:rPr>
          <w:rFonts w:ascii="宋体" w:hAnsi="宋体" w:eastAsia="宋体"/>
          <w:b w:val="0"/>
          <w:sz w:val="20"/>
        </w:rPr>
        <w:t>第5课时：经历面积单位间进率的推导过程，掌握面积单位间的进率，会进行简单的面积单位的换算，从而进一步熟悉面积单位的大小。</w:t>
      </w:r>
    </w:p>
    <w:p>
      <w:pPr>
        <w:spacing w:after="20" w:line="300" w:lineRule="auto"/>
        <w:ind w:firstLine="400"/>
      </w:pPr>
      <w:r>
        <w:rPr>
          <w:rFonts w:ascii="宋体" w:hAnsi="宋体" w:eastAsia="宋体"/>
          <w:b w:val="0"/>
          <w:sz w:val="20"/>
        </w:rPr>
        <w:t>第6课时：整理复习本单元的学习内容，理解面积和周长、长度单位和面积单位的区别与联系，知道测量面积和测量长度都是用标准单位去测量，都是标准单位的累计。图形的周长用长度单位度量，图形的面积要用面积单位度量。</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利用学生已有的生活经验，通过看一看、摸一摸数学书、课桌、黑板等学生熟悉的物体上的面，感知物体的“面”及“面的大小”，感悟“面积”的概念。在“描周长、涂面积”“计数不同图形的周长与面积”活动中进一步加深学生对面积含义的理解。</w:t>
      </w:r>
    </w:p>
    <w:p>
      <w:pPr>
        <w:spacing w:after="20" w:line="300" w:lineRule="auto"/>
      </w:pPr>
      <w:r>
        <w:rPr>
          <w:rFonts w:ascii="宋体" w:hAnsi="宋体" w:eastAsia="宋体"/>
          <w:b w:val="0"/>
          <w:sz w:val="20"/>
        </w:rPr>
        <w:t>● 建立常用面积单位的表象。通过“观察接近1平方厘米的手指甲的面积”“用手比画1平方分米的大小”“在1平方米的正方形内站满学生”等数学活动，帮助学生初步建立面积单位的表象。</w:t>
      </w:r>
    </w:p>
    <w:p>
      <w:pPr>
        <w:spacing w:after="20" w:line="300" w:lineRule="auto"/>
      </w:pPr>
      <w:r>
        <w:rPr>
          <w:rFonts w:ascii="宋体" w:hAnsi="宋体" w:eastAsia="宋体"/>
          <w:b w:val="0"/>
          <w:sz w:val="20"/>
        </w:rPr>
        <w:t>● 让学生经历用面积单位度量长方形面积的过程。例如，在例1的教学中，可以组织学生经历用面积单位度量或拼摆不同长方形的过程，重视学生计数面积单位个数来求面积的方法，可以一个一个计数，也可以用乘法计数，明确每行面积单位的个数与行数的乘积就是面积单位的总个数。沟通长方形的长、宽与每行面积单位个数和行数之间的对应关系，使学生体会到数的意义不同，数值的大小是一致的，自主抽象概括出长方形面积计算公式。</w:t>
      </w:r>
    </w:p>
    <w:p>
      <w:pPr>
        <w:spacing w:after="20" w:line="300" w:lineRule="auto"/>
      </w:pPr>
      <w:r>
        <w:rPr>
          <w:rFonts w:ascii="宋体" w:hAnsi="宋体" w:eastAsia="宋体"/>
          <w:b w:val="0"/>
          <w:sz w:val="20"/>
        </w:rPr>
        <w:t>【素养体现】</w:t>
      </w:r>
    </w:p>
    <w:p>
      <w:pPr>
        <w:spacing w:after="20" w:line="300" w:lineRule="auto"/>
      </w:pPr>
      <w:r>
        <w:rPr>
          <w:rFonts w:ascii="宋体" w:hAnsi="宋体" w:eastAsia="宋体"/>
          <w:b w:val="0"/>
          <w:sz w:val="20"/>
        </w:rPr>
        <w:t>量感：建立1平方厘米、1平方分米、1平方米的表象，知道面积单位的实际大小及各面积单位间的大小关系，能进行相互转换；能根据物体面积的大小选择合适的面积单位。</w:t>
      </w:r>
    </w:p>
    <w:p>
      <w:pPr>
        <w:spacing w:after="20" w:line="300" w:lineRule="auto"/>
      </w:pPr>
      <w:r>
        <w:rPr>
          <w:rFonts w:ascii="宋体" w:hAnsi="宋体" w:eastAsia="宋体"/>
          <w:b w:val="0"/>
          <w:sz w:val="20"/>
        </w:rPr>
        <w:t>空间观念：知道面积的意义，能直观判断面积的大小；能根据长方形、正方形的特征推理出长方形、正方形的面积计算公式；能区别物体的周长和面积；掌握长方形、正方形的面积计算方法，能计算出长方形和正方形的面积。</w:t>
      </w:r>
    </w:p>
    <w:p>
      <w:pPr>
        <w:spacing w:after="20" w:line="300" w:lineRule="auto"/>
      </w:pPr>
      <w:r>
        <w:rPr>
          <w:rFonts w:ascii="宋体" w:hAnsi="宋体" w:eastAsia="宋体"/>
          <w:b w:val="0"/>
          <w:sz w:val="20"/>
        </w:rPr>
        <w:t>推理意识：能根据长方形和正方形的特征及面积的意义，推理出长方形和正方形的面积计算方法。能对实际问题进行推理分析，运用合适的方法求出面积。</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认识面积</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通过丰富的数学活动，让学生感知面的存在与面的大小，并结合具体实例认识面积的含义。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常用的面积单位</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经历比较两个图形大小的过程，体会引入统一面积单位的必要性。</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长方形和正方形的面积(1)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经历摆放面积单位的活动，探究并掌握长方形和正方形的面积计算方法，积累数学活动经验。</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长方形和正方形的面积(2)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进一步理解并掌握长方形、正方形面积的计算方法，能解决简单的实际问题，并结合实际问题，探究周长和面积的区别与联系。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面积单位间的进率</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经历面积单位间进率的推导过程，掌握面积单位间的进率，会进行简单的面积单位的换算，从而进一步熟悉面积单位的大小。</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复习本单元的学习内容，理解面积和周长、长度单位和面积单位的区别与联系，知道测量面积和测量长度都是用标准单位去测量，都是标准单位的累计。图形的周长用长度单位度量，图形的面积要用面积单位度量。</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认识面积</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教学内容：教科书P52～53及“做一做”，教科书P55“练习十一”第1，2题。</w:t>
      </w:r>
    </w:p>
    <w:p>
      <w:pPr>
        <w:spacing w:after="80" w:line="300" w:lineRule="auto"/>
        <w:ind w:firstLine="400"/>
      </w:pPr>
      <w:r>
        <w:rPr>
          <w:rFonts w:ascii="宋体" w:hAnsi="宋体" w:eastAsia="宋体"/>
          <w:b w:val="0"/>
          <w:sz w:val="20"/>
        </w:rPr>
        <w:t>教学准备：课件、小正方形、小三角形和小圆片若干个、两张长方形纸片。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（1）通过丰富的数学活动，让学生感知面的存在与面的大小，并结合具体实例认识面积的含义。</w:t>
      </w:r>
    </w:p>
    <w:p>
      <w:pPr>
        <w:spacing w:after="20" w:line="300" w:lineRule="auto"/>
        <w:ind w:firstLine="400"/>
      </w:pPr>
      <w:r>
        <w:rPr>
          <w:rFonts w:ascii="宋体" w:hAnsi="宋体" w:eastAsia="宋体"/>
          <w:b w:val="0"/>
          <w:sz w:val="20"/>
        </w:rPr>
        <w:t>（2）尝试用自选单位估计和测量图形的面积，初步感悟选用正方形作为面积单位的合理性，为后续学习面积单位做准备。</w:t>
      </w:r>
    </w:p>
    <w:p>
      <w:pPr>
        <w:spacing w:after="20" w:line="300" w:lineRule="auto"/>
        <w:ind w:firstLine="400"/>
      </w:pPr>
      <w:r>
        <w:rPr>
          <w:rFonts w:ascii="宋体" w:hAnsi="宋体" w:eastAsia="宋体"/>
          <w:b w:val="0"/>
          <w:sz w:val="20"/>
        </w:rPr>
        <w:t>（3）在教学活动中培养学生的空间观念，体会面积与生活的联系。</w:t>
      </w:r>
    </w:p>
    <w:p>
      <w:pPr>
        <w:spacing w:after="20" w:line="300" w:lineRule="auto"/>
      </w:pPr>
      <w:r>
        <w:rPr>
          <w:rFonts w:ascii="宋体" w:hAnsi="宋体" w:eastAsia="宋体"/>
          <w:b w:val="0"/>
          <w:sz w:val="20"/>
        </w:rPr>
        <w:t>教学重点：结合实例认识面积的含义。</w:t>
      </w:r>
    </w:p>
    <w:p>
      <w:pPr>
        <w:spacing w:after="20" w:line="300" w:lineRule="auto"/>
      </w:pPr>
      <w:r>
        <w:rPr>
          <w:rFonts w:ascii="宋体" w:hAnsi="宋体" w:eastAsia="宋体"/>
          <w:b w:val="0"/>
          <w:sz w:val="20"/>
        </w:rPr>
        <w:t>教学难点：用正方形等自选单位估计和测量图形的面积。</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一、初步感知，认识面积</w:t>
            </w:r>
          </w:p>
        </w:tc>
        <w:tc>
          <w:tcPr>
            <w:tcW w:type="dxa" w:w="1814"/>
          </w:tcPr>
          <w:p>
            <w:pPr>
              <w:spacing w:after="20" w:line="276" w:lineRule="auto"/>
            </w:pPr>
            <w:r/>
            <w:r>
              <w:rPr>
                <w:rFonts w:ascii="宋体" w:hAnsi="宋体" w:eastAsia="宋体"/>
                <w:b w:val="0"/>
                <w:sz w:val="18"/>
              </w:rPr>
              <w:t>教科书、情境图、课件、圆片</w:t>
            </w:r>
          </w:p>
        </w:tc>
        <w:tc>
          <w:tcPr>
            <w:tcW w:type="dxa" w:w="3402"/>
          </w:tcPr>
          <w:p>
            <w:pPr>
              <w:spacing w:after="20" w:line="276" w:lineRule="auto"/>
            </w:pPr>
            <w:r/>
            <w:r>
              <w:rPr>
                <w:rFonts w:ascii="宋体" w:hAnsi="宋体" w:eastAsia="宋体"/>
                <w:b w:val="0"/>
                <w:sz w:val="18"/>
              </w:rPr>
              <w:t>同学们，这些是什么物体？这些图形是物体的哪一部分？；你们说到电视屏幕面和黑板面，“面”是什么意思？“面”在哪儿呢？</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二、自主探究，体验方法</w:t>
            </w:r>
          </w:p>
        </w:tc>
        <w:tc>
          <w:tcPr>
            <w:tcW w:type="dxa" w:w="1814"/>
          </w:tcPr>
          <w:p>
            <w:pPr>
              <w:spacing w:after="20" w:line="276" w:lineRule="auto"/>
            </w:pPr>
            <w:r/>
            <w:r>
              <w:rPr>
                <w:rFonts w:ascii="宋体" w:hAnsi="宋体" w:eastAsia="宋体"/>
                <w:b w:val="0"/>
                <w:sz w:val="18"/>
              </w:rPr>
              <w:t>课件、圆片、教科书、图片</w:t>
            </w:r>
          </w:p>
        </w:tc>
        <w:tc>
          <w:tcPr>
            <w:tcW w:type="dxa" w:w="3402"/>
          </w:tcPr>
          <w:p>
            <w:pPr>
              <w:spacing w:after="20" w:line="276" w:lineRule="auto"/>
            </w:pPr>
            <w:r/>
            <w:r>
              <w:rPr>
                <w:rFonts w:ascii="宋体" w:hAnsi="宋体" w:eastAsia="宋体"/>
                <w:b w:val="0"/>
                <w:sz w:val="18"/>
              </w:rPr>
              <w:t>我们可以先用课前准备的小圆片、小三角形、小正方形摆一摆，再想一想，选用哪种图形作单位来测量比较合适？；刚才用三种方法比较了两个图形的大小，用哪种图形作面积单位比较合适？为什么？</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三、巩固练习，提升理解</w:t>
            </w:r>
          </w:p>
        </w:tc>
        <w:tc>
          <w:tcPr>
            <w:tcW w:type="dxa" w:w="1814"/>
          </w:tcPr>
          <w:p>
            <w:pPr>
              <w:spacing w:after="20" w:line="276" w:lineRule="auto"/>
            </w:pPr>
            <w:r/>
            <w:r>
              <w:rPr>
                <w:rFonts w:ascii="宋体" w:hAnsi="宋体" w:eastAsia="宋体"/>
                <w:b w:val="0"/>
                <w:sz w:val="18"/>
              </w:rPr>
              <w:t>教科书、课件、圆片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一、初步感知，认识面积</w:t>
            </w:r>
          </w:p>
        </w:tc>
        <w:tc>
          <w:tcPr>
            <w:tcW w:type="dxa" w:w="3061"/>
          </w:tcPr>
          <w:p>
            <w:pPr>
              <w:spacing w:after="20" w:line="276" w:lineRule="auto"/>
            </w:pPr>
            <w:r/>
            <w:r>
              <w:rPr>
                <w:rFonts w:ascii="宋体" w:hAnsi="宋体" w:eastAsia="宋体"/>
                <w:b w:val="0"/>
                <w:sz w:val="18"/>
              </w:rPr>
              <w:t>1.在直观比较中引出“面积”。</w:t>
            </w:r>
          </w:p>
          <w:p>
            <w:pPr>
              <w:spacing w:after="20" w:line="276" w:lineRule="auto"/>
            </w:pPr>
            <w:r>
              <w:rPr>
                <w:rFonts w:ascii="宋体" w:hAnsi="宋体" w:eastAsia="宋体"/>
                <w:b w:val="0"/>
                <w:sz w:val="18"/>
              </w:rPr>
              <w:t>(1)教师引导学生观察教科书P52情境图。</w:t>
            </w:r>
          </w:p>
          <w:p>
            <w:pPr>
              <w:spacing w:after="20" w:line="276" w:lineRule="auto"/>
            </w:pPr>
            <w:r>
              <w:rPr>
                <w:rFonts w:ascii="宋体" w:hAnsi="宋体" w:eastAsia="宋体"/>
                <w:b w:val="0"/>
                <w:sz w:val="18"/>
              </w:rPr>
              <w:t>师：同学们，这些是什么物体？这些图形是物体的哪一部分？</w:t>
            </w:r>
          </w:p>
          <w:p>
            <w:pPr>
              <w:spacing w:after="20" w:line="276" w:lineRule="auto"/>
            </w:pPr>
            <w:r>
              <w:rPr>
                <w:rFonts w:ascii="宋体" w:hAnsi="宋体" w:eastAsia="宋体"/>
                <w:b w:val="0"/>
                <w:sz w:val="18"/>
              </w:rPr>
              <w:t>师：你们说到电视屏幕面和黑板面，“面”是什么意思？“面”在哪儿呢？</w:t>
            </w:r>
          </w:p>
          <w:p>
            <w:pPr>
              <w:spacing w:after="20" w:line="276" w:lineRule="auto"/>
            </w:pPr>
            <w:r>
              <w:rPr>
                <w:rFonts w:ascii="宋体" w:hAnsi="宋体" w:eastAsia="宋体"/>
                <w:b w:val="0"/>
                <w:sz w:val="18"/>
              </w:rPr>
              <w:t>师：电视屏幕面和黑板面哪一个面比较大？</w:t>
            </w:r>
          </w:p>
          <w:p>
            <w:pPr>
              <w:spacing w:after="20" w:line="276" w:lineRule="auto"/>
            </w:pPr>
            <w:r>
              <w:rPr>
                <w:rFonts w:ascii="宋体" w:hAnsi="宋体" w:eastAsia="宋体"/>
                <w:b w:val="0"/>
                <w:sz w:val="18"/>
              </w:rPr>
              <w:t>师：电视屏幕面的大小就是电视屏幕面的面积，黑板面的大小就是黑板面的面积。(板书)</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师：今天这节课我们就一起来认识面积。(板书课题：认识面积)</w:t>
            </w:r>
          </w:p>
          <w:p>
            <w:pPr>
              <w:spacing w:after="20" w:line="276" w:lineRule="auto"/>
            </w:pPr>
            <w:r>
              <w:rPr>
                <w:rFonts w:ascii="宋体" w:hAnsi="宋体" w:eastAsia="宋体"/>
                <w:b w:val="0"/>
                <w:sz w:val="18"/>
              </w:rPr>
              <w:t>2．初步理解面积的含义。</w:t>
            </w:r>
          </w:p>
          <w:p>
            <w:pPr>
              <w:spacing w:after="20" w:line="276" w:lineRule="auto"/>
            </w:pPr>
            <w:r>
              <w:rPr>
                <w:rFonts w:ascii="宋体" w:hAnsi="宋体" w:eastAsia="宋体"/>
                <w:b w:val="0"/>
                <w:sz w:val="18"/>
              </w:rPr>
              <w:t>(1)在“摸面”活动中感受面的存在，初步感知“面积”。</w:t>
            </w:r>
          </w:p>
          <w:p>
            <w:pPr>
              <w:spacing w:after="20" w:line="276" w:lineRule="auto"/>
            </w:pPr>
            <w:r>
              <w:rPr>
                <w:rFonts w:ascii="宋体" w:hAnsi="宋体" w:eastAsia="宋体"/>
                <w:b w:val="0"/>
                <w:sz w:val="18"/>
              </w:rPr>
              <w:t>师：你能像刚才那样说说其他物体上的面的面积吗？</w:t>
            </w:r>
          </w:p>
          <w:p>
            <w:pPr>
              <w:spacing w:after="20" w:line="276" w:lineRule="auto"/>
            </w:pPr>
            <w:r>
              <w:rPr>
                <w:rFonts w:ascii="宋体" w:hAnsi="宋体" w:eastAsia="宋体"/>
                <w:b w:val="0"/>
                <w:sz w:val="18"/>
              </w:rPr>
              <w:t>引导学生分别摸一摸这些面，同桌间也互相说一说物体上的面，充分感受“面”的存在。</w:t>
            </w:r>
          </w:p>
          <w:p>
            <w:pPr>
              <w:spacing w:after="20" w:line="276" w:lineRule="auto"/>
            </w:pPr>
            <w:r>
              <w:rPr>
                <w:rFonts w:ascii="宋体" w:hAnsi="宋体" w:eastAsia="宋体"/>
                <w:b w:val="0"/>
                <w:sz w:val="18"/>
              </w:rPr>
              <w:t>(2)理解平面图形的面积。</w:t>
            </w:r>
          </w:p>
          <w:p>
            <w:pPr>
              <w:spacing w:after="20" w:line="276" w:lineRule="auto"/>
            </w:pPr>
            <w:r>
              <w:rPr>
                <w:rFonts w:ascii="宋体" w:hAnsi="宋体" w:eastAsia="宋体"/>
                <w:b w:val="0"/>
                <w:sz w:val="18"/>
              </w:rPr>
              <w:t>师：物体上的面有大有小，以前认识的长方形、正方形、三角形、圆等封闭图形，是不是也有面积呢？</w:t>
            </w:r>
          </w:p>
          <w:p>
            <w:pPr>
              <w:spacing w:after="20" w:line="276" w:lineRule="auto"/>
            </w:pPr>
            <w:r>
              <w:rPr>
                <w:rFonts w:ascii="宋体" w:hAnsi="宋体" w:eastAsia="宋体"/>
                <w:b w:val="0"/>
                <w:sz w:val="18"/>
              </w:rPr>
              <w:t>课件出示教科书P52中的平面图形。</w:t>
            </w:r>
          </w:p>
          <w:p>
            <w:pPr>
              <w:spacing w:after="20" w:line="276" w:lineRule="auto"/>
            </w:pPr>
            <w:r>
              <w:rPr>
                <w:rFonts w:ascii="宋体" w:hAnsi="宋体" w:eastAsia="宋体"/>
                <w:b w:val="0"/>
                <w:sz w:val="18"/>
              </w:rPr>
              <w:t>师小结：物体表面或封闭图形的大小是它们的面积。(板书)</w:t>
            </w:r>
          </w:p>
          <w:p>
            <w:pPr>
              <w:spacing w:after="20" w:line="276" w:lineRule="auto"/>
            </w:pPr>
            <w:r>
              <w:rPr>
                <w:rFonts w:ascii="宋体" w:hAnsi="宋体" w:eastAsia="宋体"/>
                <w:b w:val="0"/>
                <w:sz w:val="18"/>
              </w:rPr>
              <w:t>3．实践操作，深化理解。</w:t>
            </w:r>
          </w:p>
          <w:p>
            <w:pPr>
              <w:spacing w:after="20" w:line="276" w:lineRule="auto"/>
            </w:pPr>
            <w:r>
              <w:rPr>
                <w:rFonts w:ascii="宋体" w:hAnsi="宋体" w:eastAsia="宋体"/>
                <w:b w:val="0"/>
                <w:sz w:val="18"/>
              </w:rPr>
              <w:t>完成教科书P55“练习十一”第1题。</w:t>
            </w:r>
          </w:p>
        </w:tc>
        <w:tc>
          <w:tcPr>
            <w:tcW w:type="dxa" w:w="3061"/>
          </w:tcPr>
          <w:p>
            <w:pPr>
              <w:spacing w:after="20" w:line="276" w:lineRule="auto"/>
            </w:pPr>
            <w:r/>
            <w:r>
              <w:rPr>
                <w:rFonts w:ascii="宋体" w:hAnsi="宋体" w:eastAsia="宋体"/>
                <w:b w:val="0"/>
                <w:sz w:val="18"/>
              </w:rPr>
              <w:t>学生通过指、摸，说出电视屏幕、黑板的面。</w:t>
            </w:r>
          </w:p>
          <w:p>
            <w:pPr>
              <w:spacing w:after="20" w:line="276" w:lineRule="auto"/>
            </w:pPr>
            <w:r>
              <w:rPr>
                <w:rFonts w:ascii="宋体" w:hAnsi="宋体" w:eastAsia="宋体"/>
                <w:b w:val="0"/>
                <w:sz w:val="18"/>
              </w:rPr>
              <w:t>学生凭直观感觉知道物体上的面大小不同，可能会说数学书封面的大小就是数学书封面的面积，水杯侧面的大小就是水杯侧面的面积。</w:t>
            </w:r>
          </w:p>
          <w:p>
            <w:pPr>
              <w:spacing w:after="20" w:line="276" w:lineRule="auto"/>
            </w:pPr>
            <w:r>
              <w:rPr>
                <w:rFonts w:ascii="宋体" w:hAnsi="宋体" w:eastAsia="宋体"/>
                <w:b w:val="0"/>
                <w:sz w:val="18"/>
              </w:rPr>
              <w:t>引导学生说一说各种平面图形的面积，如三角形的大小就是三角形的面积；正方形的大小就是正方形的面积。</w:t>
            </w:r>
          </w:p>
          <w:p>
            <w:pPr>
              <w:spacing w:after="20" w:line="276" w:lineRule="auto"/>
            </w:pPr>
            <w:r>
              <w:rPr>
                <w:rFonts w:ascii="宋体" w:hAnsi="宋体" w:eastAsia="宋体"/>
                <w:b w:val="0"/>
                <w:sz w:val="18"/>
              </w:rPr>
              <w:t>大部分学生能区分面积和周长，也有少数学生将两者混淆。在交流时，教师注意引导学生说一说为什么这样涂。引导学生辨析周长和面积。</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设计递进式探究活动，引导学生在动手实践与合作交流中经历知识形成过程，突破本课重难点，核心问题："同学们，这些是什么物体？这些图形是物体的哪一部分？"</w:t>
            </w:r>
          </w:p>
        </w:tc>
      </w:tr>
      <w:tr>
        <w:tc>
          <w:tcPr>
            <w:tcW w:type="dxa" w:w="1474"/>
          </w:tcPr>
          <w:p>
            <w:pPr>
              <w:spacing w:after="20" w:line="276" w:lineRule="auto"/>
            </w:pPr>
            <w:r>
              <w:rPr>
                <w:b/>
              </w:rPr>
            </w:r>
            <w:r>
              <w:rPr>
                <w:rFonts w:ascii="宋体" w:hAnsi="宋体" w:eastAsia="宋体"/>
                <w:b/>
                <w:sz w:val="18"/>
              </w:rPr>
              <w:t>二、自主探究，体验方法</w:t>
            </w:r>
          </w:p>
        </w:tc>
        <w:tc>
          <w:tcPr>
            <w:tcW w:type="dxa" w:w="3061"/>
          </w:tcPr>
          <w:p>
            <w:pPr>
              <w:spacing w:after="20" w:line="276" w:lineRule="auto"/>
            </w:pPr>
            <w:r/>
            <w:r>
              <w:rPr>
                <w:rFonts w:ascii="宋体" w:hAnsi="宋体" w:eastAsia="宋体"/>
                <w:b w:val="0"/>
                <w:sz w:val="18"/>
              </w:rPr>
              <w:t>1.呈现材料，提出问题。</w:t>
            </w:r>
          </w:p>
          <w:p>
            <w:pPr>
              <w:spacing w:after="20" w:line="276" w:lineRule="auto"/>
            </w:pPr>
            <w:r>
              <w:rPr>
                <w:rFonts w:ascii="宋体" w:hAnsi="宋体" w:eastAsia="宋体"/>
                <w:b w:val="0"/>
                <w:sz w:val="18"/>
              </w:rPr>
              <w:t>教师用课件呈现两张长方形纸片，请大家比较一下，看看这两张纸片中哪个面积大，哪个面积小。</w:t>
            </w:r>
          </w:p>
          <w:p>
            <w:pPr>
              <w:spacing w:after="20" w:line="276" w:lineRule="auto"/>
            </w:pPr>
            <w:r>
              <w:rPr>
                <w:rFonts w:ascii="宋体" w:hAnsi="宋体" w:eastAsia="宋体"/>
                <w:b w:val="0"/>
                <w:sz w:val="18"/>
              </w:rPr>
              <w:t>师：看来直接观察、两张纸片重叠比较都有困难。我们在测量长度时，选择用长度是1厘米、1分米、1米的线段作单位，那么测量面积时，可以用什么图形作单位呢？</w:t>
            </w:r>
          </w:p>
          <w:p>
            <w:pPr>
              <w:spacing w:after="20" w:line="276" w:lineRule="auto"/>
            </w:pPr>
            <w:r>
              <w:rPr>
                <w:rFonts w:ascii="宋体" w:hAnsi="宋体" w:eastAsia="宋体"/>
                <w:b w:val="0"/>
                <w:sz w:val="18"/>
              </w:rPr>
              <w:t>师：我们可以先用课前准备的小圆片、小三角形、小正方形摆一摆，再想一想，选用哪种图形作单位来测量比较合适？请大家分组合作试一试。</w:t>
            </w:r>
          </w:p>
          <w:p>
            <w:pPr>
              <w:spacing w:after="20" w:line="276" w:lineRule="auto"/>
            </w:pPr>
            <w:r>
              <w:rPr>
                <w:rFonts w:ascii="宋体" w:hAnsi="宋体" w:eastAsia="宋体"/>
                <w:b w:val="0"/>
                <w:sz w:val="18"/>
              </w:rPr>
              <w:t>根据学生的回答，教师用课件展示。</w:t>
            </w:r>
          </w:p>
          <w:p>
            <w:pPr>
              <w:spacing w:after="20" w:line="276" w:lineRule="auto"/>
            </w:pPr>
            <w:r>
              <w:rPr>
                <w:rFonts w:ascii="宋体" w:hAnsi="宋体" w:eastAsia="宋体"/>
                <w:b w:val="0"/>
                <w:sz w:val="18"/>
              </w:rPr>
              <w:t>师：刚才用三种方法比较了两个图形的大小，用哪种图形作面积单位比较合适？为什么？</w:t>
            </w:r>
          </w:p>
          <w:p>
            <w:pPr>
              <w:spacing w:after="20" w:line="276" w:lineRule="auto"/>
            </w:pPr>
            <w:r>
              <w:rPr>
                <w:rFonts w:ascii="宋体" w:hAnsi="宋体" w:eastAsia="宋体"/>
                <w:b w:val="0"/>
                <w:sz w:val="18"/>
              </w:rPr>
              <w:t>师：正方形能铺满(即密铺)所测图形，且摆放时不受位置和方向的限制，所以用正方形作面积单位比较合适。</w:t>
            </w:r>
          </w:p>
          <w:p>
            <w:pPr>
              <w:spacing w:after="20" w:line="276" w:lineRule="auto"/>
            </w:pPr>
            <w:r>
              <w:rPr>
                <w:rFonts w:ascii="宋体" w:hAnsi="宋体" w:eastAsia="宋体"/>
                <w:b w:val="0"/>
                <w:sz w:val="18"/>
              </w:rPr>
              <w:t>师：我们现在来数一数，教科书P53上的图形①和②的面积，看看哪个图形的面积大，大多少个小方格。</w:t>
            </w:r>
          </w:p>
          <w:p>
            <w:pPr>
              <w:spacing w:after="20" w:line="276" w:lineRule="auto"/>
            </w:pPr>
            <w:r>
              <w:rPr>
                <w:rFonts w:ascii="宋体" w:hAnsi="宋体" w:eastAsia="宋体"/>
                <w:b w:val="0"/>
                <w:sz w:val="18"/>
              </w:rPr>
              <w:t>4．体会统一单位的必要性。</w:t>
            </w:r>
          </w:p>
          <w:p>
            <w:pPr>
              <w:spacing w:after="20" w:line="276" w:lineRule="auto"/>
            </w:pPr>
            <w:r>
              <w:rPr>
                <w:rFonts w:ascii="宋体" w:hAnsi="宋体" w:eastAsia="宋体"/>
                <w:b w:val="0"/>
                <w:sz w:val="18"/>
              </w:rPr>
              <w:t>师出示笔记本：这个笔记本的封面有面积吗？(有)要知道它的面积大小，我们可以怎么做？(用小正方形测量)</w:t>
            </w:r>
          </w:p>
          <w:p>
            <w:pPr>
              <w:spacing w:after="20" w:line="276" w:lineRule="auto"/>
            </w:pPr>
            <w:r>
              <w:rPr>
                <w:rFonts w:ascii="宋体" w:hAnsi="宋体" w:eastAsia="宋体"/>
                <w:b w:val="0"/>
                <w:sz w:val="18"/>
              </w:rPr>
              <w:t>课件呈现教科书P53笔记本的图片。</w:t>
            </w:r>
          </w:p>
          <w:p>
            <w:pPr>
              <w:spacing w:after="20" w:line="276" w:lineRule="auto"/>
            </w:pPr>
            <w:r>
              <w:rPr>
                <w:rFonts w:ascii="宋体" w:hAnsi="宋体" w:eastAsia="宋体"/>
                <w:b w:val="0"/>
                <w:sz w:val="18"/>
              </w:rPr>
              <w:t>师：这是两位同学用小正方形测量的面积。大家看看，它的面积是多少呢？</w:t>
            </w:r>
          </w:p>
          <w:p>
            <w:pPr>
              <w:spacing w:after="20" w:line="276" w:lineRule="auto"/>
            </w:pPr>
            <w:r>
              <w:rPr>
                <w:rFonts w:ascii="宋体" w:hAnsi="宋体" w:eastAsia="宋体"/>
                <w:b w:val="0"/>
                <w:sz w:val="18"/>
              </w:rPr>
              <w:t>师：同一个笔记本，为什么测量的结果不一样呢？</w:t>
            </w:r>
          </w:p>
          <w:p>
            <w:pPr>
              <w:spacing w:after="20" w:line="276" w:lineRule="auto"/>
            </w:pPr>
            <w:r>
              <w:rPr>
                <w:rFonts w:ascii="宋体" w:hAnsi="宋体" w:eastAsia="宋体"/>
                <w:b w:val="0"/>
                <w:sz w:val="18"/>
              </w:rPr>
              <w:t>引导学生讨论、交流。</w:t>
            </w:r>
          </w:p>
          <w:p>
            <w:pPr>
              <w:spacing w:after="20" w:line="276" w:lineRule="auto"/>
            </w:pPr>
            <w:r>
              <w:rPr>
                <w:rFonts w:ascii="宋体" w:hAnsi="宋体" w:eastAsia="宋体"/>
                <w:b w:val="0"/>
                <w:sz w:val="18"/>
              </w:rPr>
              <w:t>师小结：可以发现用不同的面积单位测量同样大小的笔记本时，得到的结果不同，故很难确定笔记本的面积大小。因此测量面积需要统一的面积单位。(板书)</w:t>
            </w:r>
          </w:p>
        </w:tc>
        <w:tc>
          <w:tcPr>
            <w:tcW w:type="dxa" w:w="3061"/>
          </w:tcPr>
          <w:p>
            <w:pPr>
              <w:spacing w:after="20" w:line="276" w:lineRule="auto"/>
            </w:pPr>
            <w:r/>
            <w:r>
              <w:rPr>
                <w:rFonts w:ascii="宋体" w:hAnsi="宋体" w:eastAsia="宋体"/>
                <w:b w:val="0"/>
                <w:sz w:val="18"/>
              </w:rPr>
              <w:t>学生也拿出各自在课前准备的两张长方形纸片。</w:t>
            </w:r>
          </w:p>
          <w:p>
            <w:pPr>
              <w:spacing w:after="20" w:line="276" w:lineRule="auto"/>
            </w:pPr>
            <w:r>
              <w:rPr>
                <w:rFonts w:ascii="宋体" w:hAnsi="宋体" w:eastAsia="宋体"/>
                <w:b w:val="0"/>
                <w:sz w:val="18"/>
              </w:rPr>
              <w:t>预设1：看不出来哪个面积大。</w:t>
            </w:r>
          </w:p>
          <w:p>
            <w:pPr>
              <w:spacing w:after="20" w:line="276" w:lineRule="auto"/>
            </w:pPr>
            <w:r>
              <w:rPr>
                <w:rFonts w:ascii="宋体" w:hAnsi="宋体" w:eastAsia="宋体"/>
                <w:b w:val="0"/>
                <w:sz w:val="18"/>
              </w:rPr>
              <w:t>预设2：把两张纸片重叠起来，也无法比较出两张纸片的大小。</w:t>
            </w:r>
          </w:p>
          <w:p>
            <w:pPr>
              <w:spacing w:after="20" w:line="276" w:lineRule="auto"/>
            </w:pPr>
            <w:r>
              <w:rPr>
                <w:rFonts w:ascii="宋体" w:hAnsi="宋体" w:eastAsia="宋体"/>
                <w:b w:val="0"/>
                <w:sz w:val="18"/>
              </w:rPr>
              <w:t>2．动手操作，探究体验。</w:t>
            </w:r>
          </w:p>
          <w:p>
            <w:pPr>
              <w:spacing w:after="20" w:line="276" w:lineRule="auto"/>
            </w:pPr>
            <w:r>
              <w:rPr>
                <w:rFonts w:ascii="宋体" w:hAnsi="宋体" w:eastAsia="宋体"/>
                <w:b w:val="0"/>
                <w:sz w:val="18"/>
              </w:rPr>
              <w:t>用正方形、圆、三角形等图形作单位。</w:t>
            </w:r>
          </w:p>
          <w:p>
            <w:pPr>
              <w:spacing w:after="20" w:line="276" w:lineRule="auto"/>
            </w:pPr>
            <w:r>
              <w:rPr>
                <w:rFonts w:ascii="宋体" w:hAnsi="宋体" w:eastAsia="宋体"/>
                <w:b w:val="0"/>
                <w:sz w:val="18"/>
              </w:rPr>
              <w:t>学生小组合作用不同图形拼摆，教师组织反馈交流。</w:t>
            </w:r>
          </w:p>
          <w:p>
            <w:pPr>
              <w:spacing w:after="20" w:line="276" w:lineRule="auto"/>
            </w:pPr>
            <w:r>
              <w:rPr>
                <w:rFonts w:ascii="宋体" w:hAnsi="宋体" w:eastAsia="宋体"/>
                <w:b w:val="0"/>
                <w:sz w:val="18"/>
              </w:rPr>
              <w:t>学生用小圆片、小三角形、小正方形摆。</w:t>
            </w:r>
          </w:p>
          <w:p>
            <w:pPr>
              <w:spacing w:after="20" w:line="276" w:lineRule="auto"/>
            </w:pPr>
            <w:r>
              <w:rPr>
                <w:rFonts w:ascii="宋体" w:hAnsi="宋体" w:eastAsia="宋体"/>
                <w:b w:val="0"/>
                <w:sz w:val="18"/>
              </w:rPr>
              <w:t>3．讨论比较，感悟体会。</w:t>
            </w:r>
          </w:p>
          <w:p>
            <w:pPr>
              <w:spacing w:after="20" w:line="276" w:lineRule="auto"/>
            </w:pPr>
            <w:r>
              <w:rPr>
                <w:rFonts w:ascii="宋体" w:hAnsi="宋体" w:eastAsia="宋体"/>
                <w:b w:val="0"/>
                <w:sz w:val="18"/>
              </w:rPr>
              <w:t>预设1：用小圆片摆不好，因为圆片之间有空隙，这样就不准确。</w:t>
            </w:r>
          </w:p>
          <w:p>
            <w:pPr>
              <w:spacing w:after="20" w:line="276" w:lineRule="auto"/>
            </w:pPr>
            <w:r>
              <w:rPr>
                <w:rFonts w:ascii="宋体" w:hAnsi="宋体" w:eastAsia="宋体"/>
                <w:b w:val="0"/>
                <w:sz w:val="18"/>
              </w:rPr>
              <w:t>预设2：用小三角形摆不好，因为两边不能铺满，这样也不准确。</w:t>
            </w:r>
          </w:p>
          <w:p>
            <w:pPr>
              <w:spacing w:after="20" w:line="276" w:lineRule="auto"/>
            </w:pPr>
            <w:r>
              <w:rPr>
                <w:rFonts w:ascii="宋体" w:hAnsi="宋体" w:eastAsia="宋体"/>
                <w:b w:val="0"/>
                <w:sz w:val="18"/>
              </w:rPr>
              <w:t>预设3：用小正方形可以摆好，能够在图形中全部摆满，数起来也方便。</w:t>
            </w:r>
          </w:p>
          <w:p>
            <w:pPr>
              <w:spacing w:after="20" w:line="276" w:lineRule="auto"/>
            </w:pPr>
            <w:r>
              <w:rPr>
                <w:rFonts w:ascii="宋体" w:hAnsi="宋体" w:eastAsia="宋体"/>
                <w:b w:val="0"/>
                <w:sz w:val="18"/>
              </w:rPr>
              <w:t>学生在教科书上完成后集中评价。</w:t>
            </w:r>
          </w:p>
          <w:p>
            <w:pPr>
              <w:spacing w:after="20" w:line="276" w:lineRule="auto"/>
            </w:pPr>
            <w:r>
              <w:rPr>
                <w:rFonts w:ascii="宋体" w:hAnsi="宋体" w:eastAsia="宋体"/>
                <w:b w:val="0"/>
                <w:sz w:val="18"/>
              </w:rPr>
              <w:t>学生数后说出不同的结果(12个小方格，48个小方格)，在说的过程中无法确定哪个数据是正确的。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可以先用课前准备的小圆片、小三角形、小正方形摆一摆，再想一想，选用哪种图形作单位来测量比较合适？"</w:t>
            </w:r>
          </w:p>
        </w:tc>
      </w:tr>
      <w:tr>
        <w:tc>
          <w:tcPr>
            <w:tcW w:type="dxa" w:w="1474"/>
          </w:tcPr>
          <w:p>
            <w:pPr>
              <w:spacing w:after="20" w:line="276" w:lineRule="auto"/>
            </w:pPr>
            <w:r>
              <w:rPr>
                <w:b/>
              </w:rPr>
            </w:r>
            <w:r>
              <w:rPr>
                <w:rFonts w:ascii="宋体" w:hAnsi="宋体" w:eastAsia="宋体"/>
                <w:b/>
                <w:sz w:val="18"/>
              </w:rPr>
              <w:t>三、巩固练习，提升理解</w:t>
            </w:r>
          </w:p>
        </w:tc>
        <w:tc>
          <w:tcPr>
            <w:tcW w:type="dxa" w:w="3061"/>
          </w:tcPr>
          <w:p>
            <w:pPr>
              <w:spacing w:after="20" w:line="276" w:lineRule="auto"/>
            </w:pPr>
            <w:r/>
            <w:r>
              <w:rPr>
                <w:rFonts w:ascii="宋体" w:hAnsi="宋体" w:eastAsia="宋体"/>
                <w:b w:val="0"/>
                <w:sz w:val="18"/>
              </w:rPr>
              <w:t>1.完成教科书P53“做一做”。</w:t>
            </w:r>
          </w:p>
          <w:p>
            <w:pPr>
              <w:spacing w:after="20" w:line="276" w:lineRule="auto"/>
            </w:pPr>
            <w:r>
              <w:rPr>
                <w:rFonts w:ascii="宋体" w:hAnsi="宋体" w:eastAsia="宋体"/>
                <w:b w:val="0"/>
                <w:sz w:val="18"/>
              </w:rPr>
              <w:t>引导学生摸摸作业本、文具盒等学习用品的面，交流感知到的面的大小。</w:t>
            </w:r>
          </w:p>
          <w:p>
            <w:pPr>
              <w:spacing w:after="20" w:line="276" w:lineRule="auto"/>
            </w:pPr>
            <w:r>
              <w:rPr>
                <w:rFonts w:ascii="宋体" w:hAnsi="宋体" w:eastAsia="宋体"/>
                <w:b w:val="0"/>
                <w:sz w:val="18"/>
              </w:rPr>
              <w:t>2．完成教科书P55“练习十一”第2题。</w:t>
            </w:r>
          </w:p>
          <w:p>
            <w:pPr>
              <w:spacing w:after="20" w:line="276" w:lineRule="auto"/>
            </w:pPr>
            <w:r>
              <w:rPr>
                <w:rFonts w:ascii="宋体" w:hAnsi="宋体" w:eastAsia="宋体"/>
                <w:b w:val="0"/>
                <w:sz w:val="18"/>
              </w:rPr>
              <w:t>师：每个同学都来数一数这三个图形的面积各是多少。</w:t>
            </w:r>
          </w:p>
        </w:tc>
        <w:tc>
          <w:tcPr>
            <w:tcW w:type="dxa" w:w="3061"/>
          </w:tcPr>
          <w:p>
            <w:pPr>
              <w:spacing w:after="20" w:line="276" w:lineRule="auto"/>
            </w:pPr>
            <w:r/>
            <w:r>
              <w:rPr>
                <w:rFonts w:ascii="宋体" w:hAnsi="宋体" w:eastAsia="宋体"/>
                <w:b w:val="0"/>
                <w:sz w:val="18"/>
              </w:rPr>
              <w:t>学生通过数方格、比较方格的多少迁移到图形面积的大小。</w:t>
            </w:r>
          </w:p>
          <w:p>
            <w:pPr>
              <w:spacing w:after="20" w:line="276" w:lineRule="auto"/>
            </w:pPr>
            <w:r>
              <w:rPr>
                <w:rFonts w:ascii="宋体" w:hAnsi="宋体" w:eastAsia="宋体"/>
                <w:b w:val="0"/>
                <w:sz w:val="18"/>
              </w:rPr>
              <w:t>学生完成后展示交流，教师集中评价。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概念的建构需要经历一个观察、比较、抽象的过程。本节课从学生熟悉的物体入手，通过大量感性材料的感知，建立“面”的概念，让学生在“摸”的过程中，感知面的大小，建立面积的概念。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认识面积</w:t>
      </w:r>
    </w:p>
    <w:p>
      <w:pPr>
        <w:spacing w:after="40" w:line="300" w:lineRule="auto"/>
      </w:pPr>
      <w:r>
        <w:rPr>
          <w:rFonts w:ascii="宋体" w:hAnsi="宋体" w:eastAsia="宋体"/>
          <w:b w:val="0"/>
          <w:sz w:val="20"/>
        </w:rPr>
        <w:t>电视屏幕面的大小就是电视屏幕面的面积，黑板面的大小就是黑板面的面积。</w:t>
      </w:r>
    </w:p>
    <w:p>
      <w:pPr>
        <w:spacing w:after="40" w:line="300" w:lineRule="auto"/>
      </w:pPr>
      <w:r>
        <w:rPr>
          <w:rFonts w:ascii="宋体" w:hAnsi="宋体" w:eastAsia="宋体"/>
          <w:b w:val="0"/>
          <w:sz w:val="20"/>
        </w:rPr>
        <w:t>物体表面或封闭图形的大小是它们的面积。</w:t>
      </w:r>
    </w:p>
    <w:p>
      <w:pPr>
        <w:spacing w:after="40" w:line="300" w:lineRule="auto"/>
      </w:pPr>
      <w:r>
        <w:rPr>
          <w:rFonts w:ascii="宋体" w:hAnsi="宋体" w:eastAsia="宋体"/>
          <w:b w:val="0"/>
          <w:sz w:val="20"/>
        </w:rPr>
        <w:t>测量面积需要统一的面积单位。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教科书P52～53及“做一做”，教科书P55“练习十一”第1，2题。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的教学中，从学生熟悉的物体入手，使学生建立“面”的概念，让学生在“摸”的过程中，感知面的大小，建立面积的概念。由于有的学生会将周长与面积的概念混淆，所以在建立面积概念的初始阶段，注重采用对比的方法，帮助学生加以区分。例如学生说黑板有面积时，问“是黑板的这条边吗”，再在练习中通过“在同一个图形中描一描、涂一涂”的活动，帮助学生进一步区别面积和周长的不同，从而加深他们对面积的含义的理解，达到了较好的效果。</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常用的面积单位</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常用的面积单位</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教学内容：教科书P54及“做一做”第2题，教科书P55“练习十一”第3～5题。</w:t>
      </w:r>
    </w:p>
    <w:p>
      <w:pPr>
        <w:spacing w:after="80" w:line="300" w:lineRule="auto"/>
        <w:ind w:firstLine="400"/>
      </w:pPr>
      <w:r>
        <w:rPr>
          <w:rFonts w:ascii="宋体" w:hAnsi="宋体" w:eastAsia="宋体"/>
          <w:b w:val="0"/>
          <w:sz w:val="20"/>
        </w:rPr>
        <w:t>教学准备：课件、学具一套、数学书、一张1平方米的正方形纸。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（1）经历比较两个图形大小的过程，体会引入统一面积单位的必要性。</w:t>
      </w:r>
    </w:p>
    <w:p>
      <w:pPr>
        <w:spacing w:after="20" w:line="300" w:lineRule="auto"/>
        <w:ind w:firstLine="400"/>
      </w:pPr>
      <w:r>
        <w:rPr>
          <w:rFonts w:ascii="宋体" w:hAnsi="宋体" w:eastAsia="宋体"/>
          <w:b w:val="0"/>
          <w:sz w:val="20"/>
        </w:rPr>
        <w:t>（2）认识常用的面积单位——平方厘米、平方分米和平方米，建立1平方厘米、1平方分米、1平方米的表象。</w:t>
      </w:r>
    </w:p>
    <w:p>
      <w:pPr>
        <w:spacing w:after="20" w:line="300" w:lineRule="auto"/>
        <w:ind w:firstLine="400"/>
      </w:pPr>
      <w:r>
        <w:rPr>
          <w:rFonts w:ascii="宋体" w:hAnsi="宋体" w:eastAsia="宋体"/>
          <w:b w:val="0"/>
          <w:sz w:val="20"/>
        </w:rPr>
        <w:t>（3）在观察、操作、合作、估测等活动中发展量感，让学生感受数学的价值，培养积极的学习态度。</w:t>
      </w:r>
    </w:p>
    <w:p>
      <w:pPr>
        <w:spacing w:after="20" w:line="300" w:lineRule="auto"/>
      </w:pPr>
      <w:r>
        <w:rPr>
          <w:rFonts w:ascii="宋体" w:hAnsi="宋体" w:eastAsia="宋体"/>
          <w:b w:val="0"/>
          <w:sz w:val="20"/>
        </w:rPr>
        <w:t>教学重点：认识常用的面积单位：平方厘米、平方分米和平方米。</w:t>
      </w:r>
    </w:p>
    <w:p>
      <w:pPr>
        <w:spacing w:after="20" w:line="300" w:lineRule="auto"/>
      </w:pPr>
      <w:r>
        <w:rPr>
          <w:rFonts w:ascii="宋体" w:hAnsi="宋体" w:eastAsia="宋体"/>
          <w:b w:val="0"/>
          <w:sz w:val="20"/>
        </w:rPr>
        <w:t>教学难点：建立1平方厘米、1平方分米、1平方米的表象。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一、回顾已学知识，导入新知识</w:t>
            </w:r>
          </w:p>
        </w:tc>
        <w:tc>
          <w:tcPr>
            <w:tcW w:type="dxa" w:w="1814"/>
          </w:tcPr>
          <w:p>
            <w:pPr>
              <w:spacing w:after="20" w:line="276" w:lineRule="auto"/>
            </w:pPr>
            <w:r/>
            <w:r>
              <w:rPr>
                <w:rFonts w:ascii="宋体" w:hAnsi="宋体" w:eastAsia="宋体"/>
                <w:b w:val="0"/>
                <w:sz w:val="18"/>
              </w:rPr>
              <w:t>课件、情境图、学具</w:t>
            </w:r>
          </w:p>
        </w:tc>
        <w:tc>
          <w:tcPr>
            <w:tcW w:type="dxa" w:w="3402"/>
          </w:tcPr>
          <w:p>
            <w:pPr>
              <w:spacing w:after="20" w:line="276" w:lineRule="auto"/>
            </w:pPr>
            <w:r/>
            <w:r>
              <w:rPr>
                <w:rFonts w:ascii="宋体" w:hAnsi="宋体" w:eastAsia="宋体"/>
                <w:b w:val="0"/>
                <w:sz w:val="18"/>
              </w:rPr>
              <w:t>上面是一面破损的墙，墙上有两个洞，比一比，这两个墙洞哪个的面积大？；通过刚才的比较，你有什么想法？</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二、师生合作，探究新知识</w:t>
            </w:r>
          </w:p>
        </w:tc>
        <w:tc>
          <w:tcPr>
            <w:tcW w:type="dxa" w:w="1814"/>
          </w:tcPr>
          <w:p>
            <w:pPr>
              <w:spacing w:after="20" w:line="276" w:lineRule="auto"/>
            </w:pPr>
            <w:r/>
            <w:r>
              <w:rPr>
                <w:rFonts w:ascii="宋体" w:hAnsi="宋体" w:eastAsia="宋体"/>
                <w:b w:val="0"/>
                <w:sz w:val="18"/>
              </w:rPr>
              <w:t>学具、课件</w:t>
            </w:r>
          </w:p>
        </w:tc>
        <w:tc>
          <w:tcPr>
            <w:tcW w:type="dxa" w:w="3402"/>
          </w:tcPr>
          <w:p>
            <w:pPr>
              <w:spacing w:after="20" w:line="276" w:lineRule="auto"/>
            </w:pPr>
            <w:r/>
            <w:r>
              <w:rPr>
                <w:rFonts w:ascii="宋体" w:hAnsi="宋体" w:eastAsia="宋体"/>
                <w:b w:val="0"/>
                <w:sz w:val="18"/>
              </w:rPr>
              <w:t>请大家找一找，生活中有什么物体的面积大约是1平方厘米？；如果用1平方厘米的正方形测量课桌面的面积，你觉得怎么样呢？</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三、练习巩固，内化提升</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一、回顾已学知识，导入新知识</w:t>
            </w:r>
          </w:p>
        </w:tc>
        <w:tc>
          <w:tcPr>
            <w:tcW w:type="dxa" w:w="3061"/>
          </w:tcPr>
          <w:p>
            <w:pPr>
              <w:spacing w:after="20" w:line="276" w:lineRule="auto"/>
            </w:pPr>
            <w:r/>
            <w:r>
              <w:rPr>
                <w:rFonts w:ascii="宋体" w:hAnsi="宋体" w:eastAsia="宋体"/>
                <w:b w:val="0"/>
                <w:sz w:val="18"/>
              </w:rPr>
              <w:t>课件出示情境图。</w:t>
            </w:r>
          </w:p>
          <w:p>
            <w:pPr>
              <w:spacing w:after="20" w:line="276" w:lineRule="auto"/>
            </w:pPr>
            <w:r>
              <w:rPr>
                <w:rFonts w:ascii="宋体" w:hAnsi="宋体" w:eastAsia="宋体"/>
                <w:b w:val="0"/>
                <w:sz w:val="18"/>
              </w:rPr>
              <w:t>师：上面是一面破损的墙，墙上有两个洞，比一比，这两个墙洞哪个的面积大？</w:t>
            </w:r>
          </w:p>
          <w:p>
            <w:pPr>
              <w:spacing w:after="20" w:line="276" w:lineRule="auto"/>
            </w:pPr>
            <w:r>
              <w:rPr>
                <w:rFonts w:ascii="宋体" w:hAnsi="宋体" w:eastAsia="宋体"/>
                <w:b w:val="0"/>
                <w:sz w:val="18"/>
              </w:rPr>
              <w:t>师：通过刚才的比较，你有什么想法？</w:t>
            </w:r>
          </w:p>
          <w:p>
            <w:pPr>
              <w:spacing w:after="20" w:line="276" w:lineRule="auto"/>
            </w:pPr>
            <w:r>
              <w:rPr>
                <w:rFonts w:ascii="宋体" w:hAnsi="宋体" w:eastAsia="宋体"/>
                <w:b w:val="0"/>
                <w:sz w:val="18"/>
              </w:rPr>
              <w:t>师：要统一长方形的大小，也就是要统一面积单位。接下来，我们一起来认识常用的一些面积单位。(板书课题：常用的面积单位)</w:t>
            </w:r>
          </w:p>
        </w:tc>
        <w:tc>
          <w:tcPr>
            <w:tcW w:type="dxa" w:w="3061"/>
          </w:tcPr>
          <w:p>
            <w:pPr>
              <w:spacing w:after="20" w:line="276" w:lineRule="auto"/>
            </w:pPr>
            <w:r/>
            <w:r>
              <w:rPr>
                <w:rFonts w:ascii="宋体" w:hAnsi="宋体" w:eastAsia="宋体"/>
                <w:b w:val="0"/>
                <w:sz w:val="18"/>
              </w:rPr>
              <w:t>学生可能会说“第①个墙洞的面积大，它比第②个多缺一块。”</w:t>
            </w:r>
          </w:p>
          <w:p>
            <w:pPr>
              <w:spacing w:after="20" w:line="276" w:lineRule="auto"/>
            </w:pPr>
            <w:r>
              <w:rPr>
                <w:rFonts w:ascii="宋体" w:hAnsi="宋体" w:eastAsia="宋体"/>
                <w:b w:val="0"/>
                <w:sz w:val="18"/>
              </w:rPr>
              <w:t>学生可能会说“要比较哪个墙洞面积大，用来测量的长方形的大小要一样。”</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创设情境激活学生已有经验，自然引出本课学习内容，激发学习兴趣，核心问题："上面是一面破损的墙，墙上有两个洞，比一比，这两个墙洞哪个的面积大？"</w:t>
            </w:r>
          </w:p>
        </w:tc>
      </w:tr>
      <w:tr>
        <w:tc>
          <w:tcPr>
            <w:tcW w:type="dxa" w:w="1474"/>
          </w:tcPr>
          <w:p>
            <w:pPr>
              <w:spacing w:after="20" w:line="276" w:lineRule="auto"/>
            </w:pPr>
            <w:r>
              <w:rPr>
                <w:b/>
              </w:rPr>
            </w:r>
            <w:r>
              <w:rPr>
                <w:rFonts w:ascii="宋体" w:hAnsi="宋体" w:eastAsia="宋体"/>
                <w:b/>
                <w:sz w:val="18"/>
              </w:rPr>
              <w:t>二、师生合作，探究新知识</w:t>
            </w:r>
          </w:p>
        </w:tc>
        <w:tc>
          <w:tcPr>
            <w:tcW w:type="dxa" w:w="3061"/>
          </w:tcPr>
          <w:p>
            <w:pPr>
              <w:spacing w:after="20" w:line="276" w:lineRule="auto"/>
            </w:pPr>
            <w:r/>
            <w:r>
              <w:rPr>
                <w:rFonts w:ascii="宋体" w:hAnsi="宋体" w:eastAsia="宋体"/>
                <w:b w:val="0"/>
                <w:sz w:val="18"/>
              </w:rPr>
              <w:t>1.认识面积单位平方厘米，建立表象。</w:t>
            </w:r>
          </w:p>
          <w:p>
            <w:pPr>
              <w:spacing w:after="20" w:line="276" w:lineRule="auto"/>
            </w:pPr>
            <w:r>
              <w:rPr>
                <w:rFonts w:ascii="宋体" w:hAnsi="宋体" w:eastAsia="宋体"/>
                <w:b w:val="0"/>
                <w:sz w:val="18"/>
              </w:rPr>
              <w:t>教师举起一个1平方厘米的正方形，请同学们在学具中找出这样一个正方形，这个正方形的面积就是1平方厘米。请大家量量它的边长是多少。</w:t>
            </w:r>
          </w:p>
          <w:p>
            <w:pPr>
              <w:spacing w:after="20" w:line="276" w:lineRule="auto"/>
            </w:pPr>
            <w:r>
              <w:rPr>
                <w:rFonts w:ascii="宋体" w:hAnsi="宋体" w:eastAsia="宋体"/>
                <w:b w:val="0"/>
                <w:sz w:val="18"/>
              </w:rPr>
              <w:t>教师把1平方厘米的教具贴在黑板上。</w:t>
            </w:r>
          </w:p>
          <w:p>
            <w:pPr>
              <w:spacing w:after="20" w:line="276" w:lineRule="auto"/>
            </w:pPr>
            <w:r>
              <w:rPr>
                <w:rFonts w:ascii="宋体" w:hAnsi="宋体" w:eastAsia="宋体"/>
                <w:b w:val="0"/>
                <w:sz w:val="18"/>
              </w:rPr>
              <w:t>师：请大家再观察一下自己手中1平方厘米的正方形，看清楚后就把眼睛闭起来，在脑海里回想1平方厘米的正方形是多大。</w:t>
            </w:r>
          </w:p>
          <w:p>
            <w:pPr>
              <w:spacing w:after="20" w:line="276" w:lineRule="auto"/>
            </w:pPr>
            <w:r>
              <w:rPr>
                <w:rFonts w:ascii="宋体" w:hAnsi="宋体" w:eastAsia="宋体"/>
                <w:b w:val="0"/>
                <w:sz w:val="18"/>
              </w:rPr>
              <w:t>师：请大家找一找，生活中有什么物体的面积大约是1平方厘米？</w:t>
            </w:r>
          </w:p>
          <w:p>
            <w:pPr>
              <w:spacing w:after="20" w:line="276" w:lineRule="auto"/>
            </w:pPr>
            <w:r>
              <w:rPr>
                <w:rFonts w:ascii="宋体" w:hAnsi="宋体" w:eastAsia="宋体"/>
                <w:b w:val="0"/>
                <w:sz w:val="18"/>
              </w:rPr>
              <w:t>师：请大家用1平方厘米的正方形测量一下各自的橡皮一个面的面积有多大。</w:t>
            </w:r>
          </w:p>
          <w:p>
            <w:pPr>
              <w:spacing w:after="20" w:line="276" w:lineRule="auto"/>
            </w:pPr>
            <w:r>
              <w:rPr>
                <w:rFonts w:ascii="宋体" w:hAnsi="宋体" w:eastAsia="宋体"/>
                <w:b w:val="0"/>
                <w:sz w:val="18"/>
              </w:rPr>
              <w:t>师：如果用1平方厘米的正方形测量课桌面的面积，你觉得怎么样呢？</w:t>
            </w:r>
          </w:p>
          <w:p>
            <w:pPr>
              <w:spacing w:after="20" w:line="276" w:lineRule="auto"/>
            </w:pPr>
            <w:r>
              <w:rPr>
                <w:rFonts w:ascii="宋体" w:hAnsi="宋体" w:eastAsia="宋体"/>
                <w:b w:val="0"/>
                <w:sz w:val="18"/>
              </w:rPr>
              <w:t>师：接下来我们一起来研究1平方分米有多大。</w:t>
            </w:r>
          </w:p>
          <w:p>
            <w:pPr>
              <w:spacing w:after="20" w:line="276" w:lineRule="auto"/>
            </w:pPr>
            <w:r>
              <w:rPr>
                <w:rFonts w:ascii="宋体" w:hAnsi="宋体" w:eastAsia="宋体"/>
                <w:b w:val="0"/>
                <w:sz w:val="18"/>
              </w:rPr>
              <w:t>2．认识面积单位平方分米，建立表象。</w:t>
            </w:r>
          </w:p>
          <w:p>
            <w:pPr>
              <w:spacing w:after="20" w:line="276" w:lineRule="auto"/>
            </w:pPr>
            <w:r>
              <w:rPr>
                <w:rFonts w:ascii="宋体" w:hAnsi="宋体" w:eastAsia="宋体"/>
                <w:b w:val="0"/>
                <w:sz w:val="18"/>
              </w:rPr>
              <w:t>师：请大家试着从学具袋里找出面积约是1平方分米的正方形。</w:t>
            </w:r>
          </w:p>
          <w:p>
            <w:pPr>
              <w:spacing w:after="20" w:line="276" w:lineRule="auto"/>
            </w:pPr>
            <w:r>
              <w:rPr>
                <w:rFonts w:ascii="宋体" w:hAnsi="宋体" w:eastAsia="宋体"/>
                <w:b w:val="0"/>
                <w:sz w:val="18"/>
              </w:rPr>
              <w:t>师：谁来说一说你是怎么找到1平方分米的正方形的？</w:t>
            </w:r>
          </w:p>
          <w:p>
            <w:pPr>
              <w:spacing w:after="20" w:line="276" w:lineRule="auto"/>
            </w:pPr>
            <w:r>
              <w:rPr>
                <w:rFonts w:ascii="宋体" w:hAnsi="宋体" w:eastAsia="宋体"/>
                <w:b w:val="0"/>
                <w:sz w:val="18"/>
              </w:rPr>
              <w:t>教师把1平方分米的教具贴在黑板上。</w:t>
            </w:r>
          </w:p>
          <w:p>
            <w:pPr>
              <w:spacing w:after="20" w:line="276" w:lineRule="auto"/>
            </w:pPr>
            <w:r>
              <w:rPr>
                <w:rFonts w:ascii="宋体" w:hAnsi="宋体" w:eastAsia="宋体"/>
                <w:b w:val="0"/>
                <w:sz w:val="18"/>
              </w:rPr>
              <w:t>师：请大家再观察一下自己手中1平方分米的正方形，看清楚后就把眼睛闭起来，在脑海里想一想1平方分米有多大。</w:t>
            </w:r>
          </w:p>
          <w:p>
            <w:pPr>
              <w:spacing w:after="20" w:line="276" w:lineRule="auto"/>
            </w:pPr>
            <w:r>
              <w:rPr>
                <w:rFonts w:ascii="宋体" w:hAnsi="宋体" w:eastAsia="宋体"/>
                <w:b w:val="0"/>
                <w:sz w:val="18"/>
              </w:rPr>
              <w:t>师：请大家找一找，生活中有什么物体的面积大约是1平方分米？</w:t>
            </w:r>
          </w:p>
          <w:p>
            <w:pPr>
              <w:spacing w:after="20" w:line="276" w:lineRule="auto"/>
            </w:pPr>
            <w:r>
              <w:rPr>
                <w:rFonts w:ascii="宋体" w:hAnsi="宋体" w:eastAsia="宋体"/>
                <w:b w:val="0"/>
                <w:sz w:val="18"/>
              </w:rPr>
              <w:t>教师让学生用1平方分米的正方形学具比一比。</w:t>
            </w:r>
          </w:p>
          <w:p>
            <w:pPr>
              <w:spacing w:after="20" w:line="276" w:lineRule="auto"/>
            </w:pPr>
            <w:r>
              <w:rPr>
                <w:rFonts w:ascii="宋体" w:hAnsi="宋体" w:eastAsia="宋体"/>
                <w:b w:val="0"/>
                <w:sz w:val="18"/>
              </w:rPr>
              <w:t>师：大家会用1平方分米的正方形进行测量吗？请同桌合作用1平方分米的正方形测量数学书封面的面积。</w:t>
            </w:r>
          </w:p>
          <w:p>
            <w:pPr>
              <w:spacing w:after="20" w:line="276" w:lineRule="auto"/>
            </w:pPr>
            <w:r>
              <w:rPr>
                <w:rFonts w:ascii="宋体" w:hAnsi="宋体" w:eastAsia="宋体"/>
                <w:b w:val="0"/>
                <w:sz w:val="18"/>
              </w:rPr>
              <w:t>师：如果用1平方分米的正方形测量教室地面的面积，你觉得怎么样呢？</w:t>
            </w:r>
          </w:p>
          <w:p>
            <w:pPr>
              <w:spacing w:after="20" w:line="276" w:lineRule="auto"/>
            </w:pPr>
            <w:r>
              <w:rPr>
                <w:rFonts w:ascii="宋体" w:hAnsi="宋体" w:eastAsia="宋体"/>
                <w:b w:val="0"/>
                <w:sz w:val="18"/>
              </w:rPr>
              <w:t>3．认识面积单位平方米，建立表象。</w:t>
            </w:r>
          </w:p>
          <w:p>
            <w:pPr>
              <w:spacing w:after="20" w:line="276" w:lineRule="auto"/>
            </w:pPr>
            <w:r>
              <w:rPr>
                <w:rFonts w:ascii="宋体" w:hAnsi="宋体" w:eastAsia="宋体"/>
                <w:b w:val="0"/>
                <w:sz w:val="18"/>
              </w:rPr>
              <w:t>师：请大家想一想，1平方米的正方形是怎样的一个正方形呢？</w:t>
            </w:r>
          </w:p>
          <w:p>
            <w:pPr>
              <w:spacing w:after="20" w:line="276" w:lineRule="auto"/>
            </w:pPr>
            <w:r>
              <w:rPr>
                <w:rFonts w:ascii="宋体" w:hAnsi="宋体" w:eastAsia="宋体"/>
                <w:b w:val="0"/>
                <w:sz w:val="18"/>
              </w:rPr>
              <w:t>师：1平方米有多大呢？请大家想象一下。</w:t>
            </w:r>
          </w:p>
          <w:p>
            <w:pPr>
              <w:spacing w:after="20" w:line="276" w:lineRule="auto"/>
            </w:pPr>
            <w:r>
              <w:rPr>
                <w:rFonts w:ascii="宋体" w:hAnsi="宋体" w:eastAsia="宋体"/>
                <w:b w:val="0"/>
                <w:sz w:val="18"/>
              </w:rPr>
              <w:t>教师拿出一张1平方米的正方形纸。</w:t>
            </w:r>
          </w:p>
          <w:p>
            <w:pPr>
              <w:spacing w:after="20" w:line="276" w:lineRule="auto"/>
            </w:pPr>
            <w:r>
              <w:rPr>
                <w:rFonts w:ascii="宋体" w:hAnsi="宋体" w:eastAsia="宋体"/>
                <w:b w:val="0"/>
                <w:sz w:val="18"/>
              </w:rPr>
              <w:t>师：这张纸的面积就是1平方米，和你想的差不多大吗？你觉得生活中什么物体的面积大约是1平方米呢？</w:t>
            </w:r>
          </w:p>
          <w:p>
            <w:pPr>
              <w:spacing w:after="20" w:line="276" w:lineRule="auto"/>
            </w:pPr>
            <w:r>
              <w:rPr>
                <w:rFonts w:ascii="宋体" w:hAnsi="宋体" w:eastAsia="宋体"/>
                <w:b w:val="0"/>
                <w:sz w:val="18"/>
              </w:rPr>
              <w:t>师：现在，老师把这张1平方米的正方形纸铺在地上，请大家估一估1平方米的正方形内大约能站多少名同学。</w:t>
            </w:r>
          </w:p>
          <w:p>
            <w:pPr>
              <w:spacing w:after="20" w:line="276" w:lineRule="auto"/>
            </w:pPr>
            <w:r>
              <w:rPr>
                <w:rFonts w:ascii="宋体" w:hAnsi="宋体" w:eastAsia="宋体"/>
                <w:b w:val="0"/>
                <w:sz w:val="18"/>
              </w:rPr>
              <w:t>请学生实际站一站，感受1平方米能站几人。</w:t>
            </w:r>
          </w:p>
        </w:tc>
        <w:tc>
          <w:tcPr>
            <w:tcW w:type="dxa" w:w="3061"/>
          </w:tcPr>
          <w:p>
            <w:pPr>
              <w:spacing w:after="20" w:line="276" w:lineRule="auto"/>
            </w:pPr>
            <w:r/>
            <w:r>
              <w:rPr>
                <w:rFonts w:ascii="宋体" w:hAnsi="宋体" w:eastAsia="宋体"/>
                <w:b w:val="0"/>
                <w:sz w:val="18"/>
              </w:rPr>
              <w:t>学生测量后发现：边长1厘米的正方形，面积是1平方厘米。(板书)</w:t>
            </w:r>
          </w:p>
          <w:p>
            <w:pPr>
              <w:spacing w:after="20" w:line="276" w:lineRule="auto"/>
            </w:pPr>
            <w:r>
              <w:rPr>
                <w:rFonts w:ascii="宋体" w:hAnsi="宋体" w:eastAsia="宋体"/>
                <w:b w:val="0"/>
                <w:sz w:val="18"/>
              </w:rPr>
              <w:t>大拇指手指甲的面积大约是1平方厘米；电脑键盘的一个按键面的面积大约是1平方厘米。</w:t>
            </w:r>
          </w:p>
          <w:p>
            <w:pPr>
              <w:spacing w:after="20" w:line="276" w:lineRule="auto"/>
            </w:pPr>
            <w:r>
              <w:rPr>
                <w:rFonts w:ascii="宋体" w:hAnsi="宋体" w:eastAsia="宋体"/>
                <w:b w:val="0"/>
                <w:sz w:val="18"/>
              </w:rPr>
              <w:t>学生测量，汇报结果。</w:t>
            </w:r>
          </w:p>
          <w:p>
            <w:pPr>
              <w:spacing w:after="20" w:line="276" w:lineRule="auto"/>
            </w:pPr>
            <w:r>
              <w:rPr>
                <w:rFonts w:ascii="宋体" w:hAnsi="宋体" w:eastAsia="宋体"/>
                <w:b w:val="0"/>
                <w:sz w:val="18"/>
              </w:rPr>
              <w:t>太麻烦了，应该用一个比平方厘米大的单位来测量课桌面的面积。</w:t>
            </w:r>
          </w:p>
          <w:p>
            <w:pPr>
              <w:spacing w:after="20" w:line="276" w:lineRule="auto"/>
            </w:pPr>
            <w:r>
              <w:rPr>
                <w:rFonts w:ascii="宋体" w:hAnsi="宋体" w:eastAsia="宋体"/>
                <w:b w:val="0"/>
                <w:sz w:val="18"/>
              </w:rPr>
              <w:t>学生自行找出1平方分米大小的正方形。</w:t>
            </w:r>
          </w:p>
          <w:p>
            <w:pPr>
              <w:spacing w:after="20" w:line="276" w:lineRule="auto"/>
            </w:pPr>
            <w:r>
              <w:rPr>
                <w:rFonts w:ascii="宋体" w:hAnsi="宋体" w:eastAsia="宋体"/>
                <w:b w:val="0"/>
                <w:sz w:val="18"/>
              </w:rPr>
              <w:t>边长1分米的正方形，面积是1平方分米。(板书)</w:t>
            </w:r>
          </w:p>
          <w:p>
            <w:pPr>
              <w:spacing w:after="20" w:line="276" w:lineRule="auto"/>
            </w:pPr>
            <w:r>
              <w:rPr>
                <w:rFonts w:ascii="宋体" w:hAnsi="宋体" w:eastAsia="宋体"/>
                <w:b w:val="0"/>
                <w:sz w:val="18"/>
              </w:rPr>
              <w:t>茶杯盖的面积、开关盒的面积、粉笔盒一个面的面积、成人手掌的面积、魔方一个面的面积大约是1平方分米。</w:t>
            </w:r>
          </w:p>
          <w:p>
            <w:pPr>
              <w:spacing w:after="20" w:line="276" w:lineRule="auto"/>
            </w:pPr>
            <w:r>
              <w:rPr>
                <w:rFonts w:ascii="宋体" w:hAnsi="宋体" w:eastAsia="宋体"/>
                <w:b w:val="0"/>
                <w:sz w:val="18"/>
              </w:rPr>
              <w:t>学生测量，汇报测量结果大约是多少平方分米。</w:t>
            </w:r>
          </w:p>
          <w:p>
            <w:pPr>
              <w:spacing w:after="20" w:line="276" w:lineRule="auto"/>
            </w:pPr>
            <w:r>
              <w:rPr>
                <w:rFonts w:ascii="宋体" w:hAnsi="宋体" w:eastAsia="宋体"/>
                <w:b w:val="0"/>
                <w:sz w:val="18"/>
              </w:rPr>
              <w:t>学生可能会说“太麻烦了，必须要有比平方分米还大的面积单位”，也可能有学生会直接说“用平方米测量”。</w:t>
            </w:r>
          </w:p>
          <w:p>
            <w:pPr>
              <w:spacing w:after="20" w:line="276" w:lineRule="auto"/>
            </w:pPr>
            <w:r>
              <w:rPr>
                <w:rFonts w:ascii="宋体" w:hAnsi="宋体" w:eastAsia="宋体"/>
                <w:b w:val="0"/>
                <w:sz w:val="18"/>
              </w:rPr>
              <w:t>边长1米的正方形，面积是1平方米。(板书)</w:t>
            </w:r>
          </w:p>
          <w:p>
            <w:pPr>
              <w:spacing w:after="20" w:line="276" w:lineRule="auto"/>
            </w:pPr>
            <w:r>
              <w:rPr>
                <w:rFonts w:ascii="宋体" w:hAnsi="宋体" w:eastAsia="宋体"/>
                <w:b w:val="0"/>
                <w:sz w:val="18"/>
              </w:rPr>
              <w:t>电视屏幕的面积、方桌面的面积大约是1平方米。</w:t>
            </w:r>
          </w:p>
          <w:p>
            <w:pPr>
              <w:spacing w:after="20" w:line="276" w:lineRule="auto"/>
            </w:pPr>
            <w:r>
              <w:rPr>
                <w:rFonts w:ascii="宋体" w:hAnsi="宋体" w:eastAsia="宋体"/>
                <w:b w:val="0"/>
                <w:sz w:val="18"/>
              </w:rPr>
              <w:t>学生可能会猜：8名、10名、12名、15名、20名……</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设计递进式探究活动，引导学生在动手实践与合作交流中经历知识形成过程，突破本课重难点，核心问题："请大家找一找，生活中有什么物体的面积大约是1平方厘米？"</w:t>
            </w:r>
          </w:p>
        </w:tc>
      </w:tr>
      <w:tr>
        <w:tc>
          <w:tcPr>
            <w:tcW w:type="dxa" w:w="1474"/>
          </w:tcPr>
          <w:p>
            <w:pPr>
              <w:spacing w:after="20" w:line="276" w:lineRule="auto"/>
            </w:pPr>
            <w:r>
              <w:rPr>
                <w:b/>
              </w:rPr>
            </w:r>
            <w:r>
              <w:rPr>
                <w:rFonts w:ascii="宋体" w:hAnsi="宋体" w:eastAsia="宋体"/>
                <w:b/>
                <w:sz w:val="18"/>
              </w:rPr>
              <w:t>三、练习巩固，内化提升</w:t>
            </w:r>
          </w:p>
        </w:tc>
        <w:tc>
          <w:tcPr>
            <w:tcW w:type="dxa" w:w="3061"/>
          </w:tcPr>
          <w:p>
            <w:pPr>
              <w:spacing w:after="20" w:line="276" w:lineRule="auto"/>
            </w:pPr>
            <w:r/>
            <w:r>
              <w:rPr>
                <w:rFonts w:ascii="宋体" w:hAnsi="宋体" w:eastAsia="宋体"/>
                <w:b w:val="0"/>
                <w:sz w:val="18"/>
              </w:rPr>
              <w:t>1.完成教科书P54“做一做”第2题。</w:t>
            </w:r>
          </w:p>
          <w:p>
            <w:pPr>
              <w:spacing w:after="20" w:line="276" w:lineRule="auto"/>
            </w:pPr>
            <w:r>
              <w:rPr>
                <w:rFonts w:ascii="宋体" w:hAnsi="宋体" w:eastAsia="宋体"/>
                <w:b w:val="0"/>
                <w:sz w:val="18"/>
              </w:rPr>
              <w:t>让学生先估测，再实际测量。在巩固面积单位的同时，培养估测能力。</w:t>
            </w:r>
          </w:p>
          <w:p>
            <w:pPr>
              <w:spacing w:after="20" w:line="276" w:lineRule="auto"/>
            </w:pPr>
            <w:r>
              <w:rPr>
                <w:rFonts w:ascii="宋体" w:hAnsi="宋体" w:eastAsia="宋体"/>
                <w:b w:val="0"/>
                <w:sz w:val="18"/>
              </w:rPr>
              <w:t>2．完成教科书P55“练习十一”第3题。</w:t>
            </w:r>
          </w:p>
          <w:p>
            <w:pPr>
              <w:spacing w:after="20" w:line="276" w:lineRule="auto"/>
            </w:pPr>
            <w:r>
              <w:rPr>
                <w:rFonts w:ascii="宋体" w:hAnsi="宋体" w:eastAsia="宋体"/>
                <w:b w:val="0"/>
                <w:sz w:val="18"/>
              </w:rPr>
              <w:t>3．完成教科书P55“练习十一”第4题。</w:t>
            </w:r>
          </w:p>
          <w:p>
            <w:pPr>
              <w:spacing w:after="20" w:line="276" w:lineRule="auto"/>
            </w:pPr>
            <w:r>
              <w:rPr>
                <w:rFonts w:ascii="宋体" w:hAnsi="宋体" w:eastAsia="宋体"/>
                <w:b w:val="0"/>
                <w:sz w:val="18"/>
              </w:rPr>
              <w:t>使学生认识到测量长度要用到长度单位，测量面积要用到面积单位。</w:t>
            </w:r>
          </w:p>
          <w:p>
            <w:pPr>
              <w:spacing w:after="20" w:line="276" w:lineRule="auto"/>
            </w:pPr>
            <w:r>
              <w:rPr>
                <w:rFonts w:ascii="宋体" w:hAnsi="宋体" w:eastAsia="宋体"/>
                <w:b w:val="0"/>
                <w:sz w:val="18"/>
              </w:rPr>
              <w:t>4．完成教科书P55“练习十一”第5题。</w:t>
            </w:r>
          </w:p>
        </w:tc>
        <w:tc>
          <w:tcPr>
            <w:tcW w:type="dxa" w:w="3061"/>
          </w:tcPr>
          <w:p>
            <w:pPr>
              <w:spacing w:after="20" w:line="276" w:lineRule="auto"/>
            </w:pPr>
            <w:r/>
            <w:r>
              <w:rPr>
                <w:rFonts w:ascii="宋体" w:hAnsi="宋体" w:eastAsia="宋体"/>
                <w:b w:val="0"/>
                <w:sz w:val="18"/>
              </w:rPr>
              <w:t>学生快速地数一数，再汇报交流。引导学生体会有几个1平方厘米，面积就是几平方厘米，与图形的形状无关。进一步辨析周长与面积。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通过操作测量、直观观察、想象记忆、举实例或现场活动等相结合，促进学生对面积单位的认识，建立起1平方厘米、1平方分米、1平方米的表象。</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常用的面积单位</w:t>
      </w:r>
    </w:p>
    <w:p>
      <w:pPr>
        <w:spacing w:after="40" w:line="300" w:lineRule="auto"/>
      </w:pPr>
      <w:r>
        <w:rPr>
          <w:rFonts w:ascii="宋体" w:hAnsi="宋体" w:eastAsia="宋体"/>
          <w:b w:val="0"/>
          <w:sz w:val="20"/>
        </w:rPr>
        <w:t>边长1厘米的正方形，面积是1平方厘米。</w:t>
      </w:r>
    </w:p>
    <w:p>
      <w:pPr>
        <w:spacing w:after="40" w:line="300" w:lineRule="auto"/>
      </w:pPr>
      <w:r>
        <w:rPr>
          <w:rFonts w:ascii="宋体" w:hAnsi="宋体" w:eastAsia="宋体"/>
          <w:b w:val="0"/>
          <w:sz w:val="20"/>
        </w:rPr>
        <w:t>边长1分米的正方形，面积是1平方分米。</w:t>
      </w:r>
    </w:p>
    <w:p>
      <w:pPr>
        <w:spacing w:after="40" w:line="300" w:lineRule="auto"/>
      </w:pPr>
      <w:r>
        <w:rPr>
          <w:rFonts w:ascii="宋体" w:hAnsi="宋体" w:eastAsia="宋体"/>
          <w:b w:val="0"/>
          <w:sz w:val="20"/>
        </w:rPr>
        <w:t>边长1米的正方形，面积是1平方米。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教科书P54及“做一做”第2题，教科书P55“练习十一”第3～5题。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实际学习中，受生活经验所限，学生还是难以把握面积的大小，不能选择合适的面积单位，如邮票，很多学生都没有见过；还有手帕，现在大小不一的手帕很多，学生很难把握标准。在交流时，教师要引导学生建立标准量，介绍清楚各种物体的实际情况，引导学生感受这些量的实际意义，发展量感。</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长方形和正方形的面积(1)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长方形和正方形的面积(1)</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教学内容：教科书P56～57例1及P57上面的“做一做”，教科书P60“练习十二”第1，3题。</w:t>
      </w:r>
    </w:p>
    <w:p>
      <w:pPr>
        <w:spacing w:after="80" w:line="300" w:lineRule="auto"/>
        <w:ind w:firstLine="400"/>
      </w:pPr>
      <w:r>
        <w:rPr>
          <w:rFonts w:ascii="宋体" w:hAnsi="宋体" w:eastAsia="宋体"/>
          <w:b w:val="0"/>
          <w:sz w:val="20"/>
        </w:rPr>
        <w:t>教学准备：课件，若干个1平方厘米的小正方形，一张长10厘米、宽7厘米的长方形纸。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（1）经历摆放面积单位的活动，探究并掌握长方形和正方形的面积计算方法，积累数学活动经验。</w:t>
      </w:r>
    </w:p>
    <w:p>
      <w:pPr>
        <w:spacing w:after="20" w:line="300" w:lineRule="auto"/>
        <w:ind w:firstLine="400"/>
      </w:pPr>
      <w:r>
        <w:rPr>
          <w:rFonts w:ascii="宋体" w:hAnsi="宋体" w:eastAsia="宋体"/>
          <w:b w:val="0"/>
          <w:sz w:val="20"/>
        </w:rPr>
        <w:t>（2）在探究长方形、正方形面积计算公式的过程中，培养归纳概括的能力，发展空间观念。</w:t>
      </w:r>
    </w:p>
    <w:p>
      <w:pPr>
        <w:spacing w:after="20" w:line="300" w:lineRule="auto"/>
        <w:ind w:firstLine="400"/>
      </w:pPr>
      <w:r>
        <w:rPr>
          <w:rFonts w:ascii="宋体" w:hAnsi="宋体" w:eastAsia="宋体"/>
          <w:b w:val="0"/>
          <w:sz w:val="20"/>
        </w:rPr>
        <w:t>（3）在动手操作中体会学习数学的乐趣，感悟数学与生活的联系。</w:t>
      </w:r>
    </w:p>
    <w:p>
      <w:pPr>
        <w:spacing w:after="20" w:line="300" w:lineRule="auto"/>
      </w:pPr>
      <w:r>
        <w:rPr>
          <w:rFonts w:ascii="宋体" w:hAnsi="宋体" w:eastAsia="宋体"/>
          <w:b w:val="0"/>
          <w:sz w:val="20"/>
        </w:rPr>
        <w:t>教学重点：探究并掌握长方形和正方形的面积计算方法。</w:t>
      </w:r>
    </w:p>
    <w:p>
      <w:pPr>
        <w:spacing w:after="20" w:line="300" w:lineRule="auto"/>
      </w:pPr>
      <w:r>
        <w:rPr>
          <w:rFonts w:ascii="宋体" w:hAnsi="宋体" w:eastAsia="宋体"/>
          <w:b w:val="0"/>
          <w:sz w:val="20"/>
        </w:rPr>
        <w:t>教学难点：长方形面积计算公式的推导。</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我们学习了哪些常用的面积单位？谁能比画一下它们的大小？；我们要知道身边的物体的面有多少个这样的面积单位，该怎样计算呢？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二、动手操作，自主探究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同学们大胆猜一猜，长方形的面积可能会与什么有关系呢？；同学们，其他长方形的面积是不是也可以这样来计算呢？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③号 │  │  │</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③号 │ 4 │ 3 │ 4×3＝12</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仔细观察表格，你们发现了什么呢？长方形的面积怎样计算呢？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【学情预设】长方形的面积＝长×宽。(板书)</w:t>
            </w:r>
          </w:p>
        </w:tc>
        <w:tc>
          <w:tcPr>
            <w:tcW w:type="dxa" w:w="1814"/>
          </w:tcPr>
          <w:p>
            <w:pPr>
              <w:spacing w:after="20" w:line="276" w:lineRule="auto"/>
            </w:pPr>
            <w:r/>
            <w:r>
              <w:rPr>
                <w:rFonts w:ascii="宋体" w:hAnsi="宋体" w:eastAsia="宋体"/>
                <w:b w:val="0"/>
                <w:sz w:val="18"/>
              </w:rPr>
              <w:t>课件、教科书P56～57</w:t>
            </w:r>
          </w:p>
        </w:tc>
        <w:tc>
          <w:tcPr>
            <w:tcW w:type="dxa" w:w="3402"/>
          </w:tcPr>
          <w:p>
            <w:pPr>
              <w:spacing w:after="20" w:line="276" w:lineRule="auto"/>
            </w:pPr>
            <w:r/>
            <w:r>
              <w:rPr>
                <w:rFonts w:ascii="宋体" w:hAnsi="宋体" w:eastAsia="宋体"/>
                <w:b w:val="0"/>
                <w:sz w:val="18"/>
              </w:rPr>
              <w:t>观察第二个图形，你们发现了什么？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三、应用练习，强化提高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同学们，本节课你们有哪些收获呢？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师：我们学习了哪些常用的面积单位？谁能比画一下它们的大小？</w:t>
            </w:r>
          </w:p>
          <w:p>
            <w:pPr>
              <w:spacing w:after="20" w:line="276" w:lineRule="auto"/>
            </w:pPr>
            <w:r>
              <w:rPr>
                <w:rFonts w:ascii="宋体" w:hAnsi="宋体" w:eastAsia="宋体"/>
                <w:b w:val="0"/>
                <w:sz w:val="18"/>
              </w:rPr>
              <w:t>师：我们要知道身边的物体的面有多少个这样的面积单位，该怎样计算呢？这节课我们就来探究“长方形、正方形面积的计算”。[板书课题：长方形和正方形的面积(1)]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创设情境激活学生已有经验，自然引出本课学习内容，激发学习兴趣，核心问题："我们学习了哪些常用的面积单位？谁能比画一下它们的大小？"</w:t>
            </w:r>
          </w:p>
        </w:tc>
      </w:tr>
      <w:tr>
        <w:tc>
          <w:tcPr>
            <w:tcW w:type="dxa" w:w="1474"/>
          </w:tcPr>
          <w:p>
            <w:pPr>
              <w:spacing w:after="20" w:line="276" w:lineRule="auto"/>
            </w:pPr>
            <w:r>
              <w:rPr>
                <w:b/>
              </w:rPr>
            </w:r>
            <w:r>
              <w:rPr>
                <w:rFonts w:ascii="宋体" w:hAnsi="宋体" w:eastAsia="宋体"/>
                <w:b/>
                <w:sz w:val="18"/>
              </w:rPr>
              <w:t>二、动手操作，自主探究</w:t>
            </w:r>
          </w:p>
        </w:tc>
        <w:tc>
          <w:tcPr>
            <w:tcW w:type="dxa" w:w="3061"/>
          </w:tcPr>
          <w:p>
            <w:pPr>
              <w:spacing w:after="20" w:line="276" w:lineRule="auto"/>
            </w:pPr>
            <w:r/>
            <w:r>
              <w:rPr>
                <w:rFonts w:ascii="宋体" w:hAnsi="宋体" w:eastAsia="宋体"/>
                <w:b w:val="0"/>
                <w:sz w:val="18"/>
              </w:rPr>
              <w:t>1.大胆猜想。</w:t>
            </w:r>
          </w:p>
          <w:p>
            <w:pPr>
              <w:spacing w:after="20" w:line="276" w:lineRule="auto"/>
            </w:pPr>
            <w:r>
              <w:rPr>
                <w:rFonts w:ascii="宋体" w:hAnsi="宋体" w:eastAsia="宋体"/>
                <w:b w:val="0"/>
                <w:sz w:val="18"/>
              </w:rPr>
              <w:t>师：同学们大胆猜一猜，长方形的面积可能会与什么有关系呢？</w:t>
            </w:r>
          </w:p>
          <w:p>
            <w:pPr>
              <w:spacing w:after="20" w:line="276" w:lineRule="auto"/>
            </w:pPr>
            <w:r>
              <w:rPr>
                <w:rFonts w:ascii="宋体" w:hAnsi="宋体" w:eastAsia="宋体"/>
                <w:b w:val="0"/>
                <w:sz w:val="18"/>
              </w:rPr>
              <w:t>课件演示：长、宽的变化引起长方形面积大小变化的动画。</w:t>
            </w:r>
          </w:p>
          <w:p>
            <w:pPr>
              <w:spacing w:after="20" w:line="276" w:lineRule="auto"/>
            </w:pPr>
            <w:r>
              <w:rPr>
                <w:rFonts w:ascii="宋体" w:hAnsi="宋体" w:eastAsia="宋体"/>
                <w:b w:val="0"/>
                <w:sz w:val="18"/>
              </w:rPr>
              <w:t>师：长方形的面积大小与它的长和宽有关系。下面我们就一起来探寻长方形的面积与它的长和宽之间是怎样的关系。</w:t>
            </w:r>
          </w:p>
          <w:p>
            <w:pPr>
              <w:spacing w:after="20" w:line="276" w:lineRule="auto"/>
            </w:pPr>
            <w:r>
              <w:rPr>
                <w:rFonts w:ascii="宋体" w:hAnsi="宋体" w:eastAsia="宋体"/>
                <w:b w:val="0"/>
                <w:sz w:val="18"/>
              </w:rPr>
              <w:t>课件出示教科书P56例1第(1)题。</w:t>
            </w:r>
          </w:p>
          <w:p>
            <w:pPr>
              <w:spacing w:after="20" w:line="276" w:lineRule="auto"/>
            </w:pPr>
            <w:r>
              <w:rPr>
                <w:rFonts w:ascii="宋体" w:hAnsi="宋体" w:eastAsia="宋体"/>
                <w:b w:val="0"/>
                <w:sz w:val="18"/>
              </w:rPr>
              <w:t>师：请同学们先拿出1平方厘米的正方形摆一摆，然后说说自己的发现。</w:t>
            </w:r>
          </w:p>
          <w:p>
            <w:pPr>
              <w:spacing w:after="20" w:line="276" w:lineRule="auto"/>
            </w:pPr>
            <w:r>
              <w:rPr>
                <w:rFonts w:ascii="宋体" w:hAnsi="宋体" w:eastAsia="宋体"/>
                <w:b w:val="0"/>
                <w:sz w:val="18"/>
              </w:rPr>
              <w:t>根据同学们的回答，教师边摆边验证。(课件出示)</w:t>
            </w:r>
          </w:p>
          <w:p>
            <w:pPr>
              <w:spacing w:after="20" w:line="276" w:lineRule="auto"/>
            </w:pPr>
            <w:r>
              <w:rPr>
                <w:rFonts w:ascii="宋体" w:hAnsi="宋体" w:eastAsia="宋体"/>
                <w:b w:val="0"/>
                <w:sz w:val="18"/>
              </w:rPr>
              <w:t>(1)摆1平方厘米的正方形，正好摆了15个，说明这个长方形的面积是15平方厘米。</w:t>
            </w:r>
          </w:p>
          <w:p>
            <w:pPr>
              <w:spacing w:after="20" w:line="276" w:lineRule="auto"/>
            </w:pPr>
            <w:r>
              <w:rPr>
                <w:rFonts w:ascii="宋体" w:hAnsi="宋体" w:eastAsia="宋体"/>
                <w:b w:val="0"/>
                <w:sz w:val="18"/>
              </w:rPr>
              <w:t>(2)沿长每行摆5个，沿宽摆了3行，一共摆了5×3＝15(个)，长方形的面积是15平方厘米。</w:t>
            </w:r>
          </w:p>
          <w:p>
            <w:pPr>
              <w:spacing w:after="20" w:line="276" w:lineRule="auto"/>
            </w:pPr>
            <w:r>
              <w:rPr>
                <w:rFonts w:ascii="宋体" w:hAnsi="宋体" w:eastAsia="宋体"/>
                <w:b w:val="0"/>
                <w:sz w:val="18"/>
              </w:rPr>
              <w:t>由此猜想：长方形的面积＝长×宽。</w:t>
            </w:r>
          </w:p>
          <w:p>
            <w:pPr>
              <w:spacing w:after="20" w:line="276" w:lineRule="auto"/>
            </w:pPr>
            <w:r>
              <w:rPr>
                <w:rFonts w:ascii="宋体" w:hAnsi="宋体" w:eastAsia="宋体"/>
                <w:b w:val="0"/>
                <w:sz w:val="18"/>
              </w:rPr>
              <w:t>师：同学们，其他长方形的面积是不是也可以这样来计算呢？</w:t>
            </w:r>
          </w:p>
          <w:p>
            <w:pPr>
              <w:spacing w:after="20" w:line="276" w:lineRule="auto"/>
            </w:pPr>
            <w:r>
              <w:rPr>
                <w:rFonts w:ascii="宋体" w:hAnsi="宋体" w:eastAsia="宋体"/>
                <w:b w:val="0"/>
                <w:sz w:val="18"/>
              </w:rPr>
              <w:t>3．通过数据发现长方形面积与长、宽之间的关系。</w:t>
            </w:r>
          </w:p>
          <w:p>
            <w:pPr>
              <w:spacing w:after="20" w:line="276" w:lineRule="auto"/>
            </w:pPr>
            <w:r>
              <w:rPr>
                <w:rFonts w:ascii="宋体" w:hAnsi="宋体" w:eastAsia="宋体"/>
                <w:b w:val="0"/>
                <w:sz w:val="18"/>
              </w:rPr>
              <w:t>(1)实验操作，摆长方形。</w:t>
            </w:r>
          </w:p>
          <w:p>
            <w:pPr>
              <w:spacing w:after="20" w:line="276" w:lineRule="auto"/>
            </w:pPr>
            <w:r>
              <w:rPr>
                <w:rFonts w:ascii="宋体" w:hAnsi="宋体" w:eastAsia="宋体"/>
                <w:b w:val="0"/>
                <w:sz w:val="18"/>
              </w:rPr>
              <w:t>师：请同学们任意找几个长、宽都是整厘米数的长方形，用1平方厘米的正方形摆一摆。边操作，边填表。小组合作完成。(课件出示教科书P56例1第(2)题表格)</w:t>
            </w:r>
          </w:p>
          <w:p>
            <w:pPr>
              <w:spacing w:after="20" w:line="276" w:lineRule="auto"/>
            </w:pPr>
            <w:r>
              <w:rPr>
                <w:rFonts w:ascii="宋体" w:hAnsi="宋体" w:eastAsia="宋体"/>
                <w:b w:val="0"/>
                <w:sz w:val="18"/>
              </w:rPr>
              <w:t>长方形 │ 长/厘米 │ 宽/厘米 │ 面积/平方厘米</w:t>
            </w:r>
          </w:p>
        </w:tc>
        <w:tc>
          <w:tcPr>
            <w:tcW w:type="dxa" w:w="3061"/>
          </w:tcPr>
          <w:p>
            <w:pPr>
              <w:spacing w:after="20" w:line="276" w:lineRule="auto"/>
            </w:pPr>
            <w:r/>
            <w:r>
              <w:rPr>
                <w:rFonts w:ascii="宋体" w:hAnsi="宋体" w:eastAsia="宋体"/>
                <w:b w:val="0"/>
                <w:sz w:val="18"/>
              </w:rPr>
              <w:t>学生可能会回答“长”“宽”，也有些学生可能会说到“周长”。</w:t>
            </w:r>
          </w:p>
          <w:p>
            <w:pPr>
              <w:spacing w:after="20" w:line="276" w:lineRule="auto"/>
            </w:pPr>
            <w:r>
              <w:rPr>
                <w:rFonts w:ascii="宋体" w:hAnsi="宋体" w:eastAsia="宋体"/>
                <w:b w:val="0"/>
                <w:sz w:val="18"/>
              </w:rPr>
              <w:t>2．动手实验，用画格子或用面积单位测量长方形面积。</w:t>
            </w:r>
          </w:p>
          <w:p>
            <w:pPr>
              <w:spacing w:after="20" w:line="276" w:lineRule="auto"/>
            </w:pPr>
            <w:r>
              <w:rPr>
                <w:rFonts w:ascii="宋体" w:hAnsi="宋体" w:eastAsia="宋体"/>
                <w:b w:val="0"/>
                <w:sz w:val="18"/>
              </w:rPr>
              <w:t>预设1：正好摆了15个1平方厘米的正方形。它的面积是15平方厘米。</w:t>
            </w:r>
          </w:p>
          <w:p>
            <w:pPr>
              <w:spacing w:after="20" w:line="276" w:lineRule="auto"/>
            </w:pPr>
            <w:r>
              <w:rPr>
                <w:rFonts w:ascii="宋体" w:hAnsi="宋体" w:eastAsia="宋体"/>
                <w:b w:val="0"/>
                <w:sz w:val="18"/>
              </w:rPr>
              <w:t>预设2：每行摆5个，可以摆3行。它的面积是5×3＝15(平方厘米)。</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设计递进式探究活动，引导学生在动手实践与合作交流中经历知识形成过程，突破本课重难点，核心问题："同学们大胆猜一猜，长方形的面积可能会与什么有关系呢？"</w:t>
            </w:r>
          </w:p>
        </w:tc>
      </w:tr>
      <w:tr>
        <w:tc>
          <w:tcPr>
            <w:tcW w:type="dxa" w:w="1474"/>
          </w:tcPr>
          <w:p>
            <w:pPr>
              <w:spacing w:after="20" w:line="276" w:lineRule="auto"/>
            </w:pPr>
            <w:r>
              <w:rPr>
                <w:b/>
              </w:rPr>
            </w:r>
            <w:r>
              <w:rPr>
                <w:rFonts w:ascii="宋体" w:hAnsi="宋体" w:eastAsia="宋体"/>
                <w:b/>
                <w:sz w:val="18"/>
              </w:rPr>
              <w:t>③号 │  │  │</w:t>
            </w:r>
          </w:p>
        </w:tc>
        <w:tc>
          <w:tcPr>
            <w:tcW w:type="dxa" w:w="3061"/>
          </w:tcPr>
          <w:p>
            <w:pPr>
              <w:spacing w:after="20" w:line="276" w:lineRule="auto"/>
            </w:pPr>
            <w:r/>
            <w:r>
              <w:rPr>
                <w:rFonts w:ascii="宋体" w:hAnsi="宋体" w:eastAsia="宋体"/>
                <w:b w:val="0"/>
                <w:sz w:val="18"/>
              </w:rPr>
              <w:t>(2)汇报交流，发现规律。</w:t>
            </w:r>
          </w:p>
          <w:p>
            <w:pPr>
              <w:spacing w:after="20" w:line="276" w:lineRule="auto"/>
            </w:pPr>
            <w:r>
              <w:rPr>
                <w:rFonts w:ascii="宋体" w:hAnsi="宋体" w:eastAsia="宋体"/>
                <w:b w:val="0"/>
                <w:sz w:val="18"/>
              </w:rPr>
              <w:t>教师引导学生有序地汇报自己的不同摆法，根据学生的汇报课件依次呈现，完成表格。</w:t>
            </w:r>
          </w:p>
          <w:p>
            <w:pPr>
              <w:spacing w:after="20" w:line="276" w:lineRule="auto"/>
            </w:pPr>
            <w:r>
              <w:rPr>
                <w:rFonts w:ascii="宋体" w:hAnsi="宋体" w:eastAsia="宋体"/>
                <w:b w:val="0"/>
                <w:sz w:val="18"/>
              </w:rPr>
              <w:t>长方形 │ 长/厘米 │ 宽/厘米 │ 面积/平方厘米</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③号 │ 4 │ 3 │ 4×3＝12</w:t>
            </w:r>
          </w:p>
        </w:tc>
        <w:tc>
          <w:tcPr>
            <w:tcW w:type="dxa" w:w="3061"/>
          </w:tcPr>
          <w:p>
            <w:pPr>
              <w:spacing w:after="20" w:line="276" w:lineRule="auto"/>
            </w:pPr>
            <w:r/>
            <w:r>
              <w:rPr>
                <w:rFonts w:ascii="宋体" w:hAnsi="宋体" w:eastAsia="宋体"/>
                <w:b w:val="0"/>
                <w:sz w:val="18"/>
              </w:rPr>
              <w:t>师：仔细观察表格，你们发现了什么呢？长方形的面积怎样计算呢？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围绕环节目标组织学习活动，引导学生主动参与、积极思考，核心问题："仔细观察表格，你们发现了什么呢？长方形的面积怎样计算呢？"</w:t>
            </w:r>
          </w:p>
        </w:tc>
      </w:tr>
      <w:tr>
        <w:tc>
          <w:tcPr>
            <w:tcW w:type="dxa" w:w="1474"/>
          </w:tcPr>
          <w:p>
            <w:pPr>
              <w:spacing w:after="20" w:line="276" w:lineRule="auto"/>
            </w:pPr>
            <w:r>
              <w:rPr>
                <w:b/>
              </w:rPr>
            </w:r>
            <w:r>
              <w:rPr>
                <w:rFonts w:ascii="宋体" w:hAnsi="宋体" w:eastAsia="宋体"/>
                <w:b/>
                <w:sz w:val="18"/>
              </w:rPr>
              <w:t>【学情预设】长方形的面积＝长×宽。(板书)</w:t>
            </w:r>
          </w:p>
        </w:tc>
        <w:tc>
          <w:tcPr>
            <w:tcW w:type="dxa" w:w="3061"/>
          </w:tcPr>
          <w:p>
            <w:pPr>
              <w:spacing w:after="20" w:line="276" w:lineRule="auto"/>
            </w:pPr>
            <w:r/>
            <w:r>
              <w:rPr>
                <w:rFonts w:ascii="宋体" w:hAnsi="宋体" w:eastAsia="宋体"/>
                <w:b w:val="0"/>
                <w:sz w:val="18"/>
              </w:rPr>
              <w:t>4．应用公式计算面积。</w:t>
            </w:r>
          </w:p>
          <w:p>
            <w:pPr>
              <w:spacing w:after="20" w:line="276" w:lineRule="auto"/>
            </w:pPr>
            <w:r>
              <w:rPr>
                <w:rFonts w:ascii="宋体" w:hAnsi="宋体" w:eastAsia="宋体"/>
                <w:b w:val="0"/>
                <w:sz w:val="18"/>
              </w:rPr>
              <w:t>课件出示教科书P56～57例1第(3)题。</w:t>
            </w:r>
          </w:p>
          <w:p>
            <w:pPr>
              <w:spacing w:after="20" w:line="276" w:lineRule="auto"/>
            </w:pPr>
            <w:r>
              <w:rPr>
                <w:rFonts w:ascii="宋体" w:hAnsi="宋体" w:eastAsia="宋体"/>
                <w:b w:val="0"/>
                <w:sz w:val="18"/>
              </w:rPr>
              <w:t>师：现在分两组。一组先量一量，再用公式计算它们的面积；另一组用1平方厘米的正方形摆一摆。</w:t>
            </w:r>
          </w:p>
          <w:p>
            <w:pPr>
              <w:spacing w:after="20" w:line="276" w:lineRule="auto"/>
            </w:pPr>
            <w:r>
              <w:rPr>
                <w:rFonts w:ascii="宋体" w:hAnsi="宋体" w:eastAsia="宋体"/>
                <w:b w:val="0"/>
                <w:sz w:val="18"/>
              </w:rPr>
              <w:t>师：观察第二个图形，你们发现了什么？</w:t>
            </w:r>
          </w:p>
        </w:tc>
        <w:tc>
          <w:tcPr>
            <w:tcW w:type="dxa" w:w="3061"/>
          </w:tcPr>
          <w:p>
            <w:pPr>
              <w:spacing w:after="20" w:line="276" w:lineRule="auto"/>
            </w:pPr>
            <w:r/>
            <w:r>
              <w:rPr>
                <w:rFonts w:ascii="宋体" w:hAnsi="宋体" w:eastAsia="宋体"/>
                <w:b w:val="0"/>
                <w:sz w:val="18"/>
              </w:rPr>
              <w:t>预设1：量出第一个图形长5厘米，宽2厘米，根据公式得出面积＝5×2＝10(平方厘米)；第二个图形长3厘米，宽3厘米，根据公式得出面积＝3×3＝9(平方厘米)。</w:t>
            </w:r>
          </w:p>
          <w:p>
            <w:pPr>
              <w:spacing w:after="20" w:line="276" w:lineRule="auto"/>
            </w:pPr>
            <w:r>
              <w:rPr>
                <w:rFonts w:ascii="宋体" w:hAnsi="宋体" w:eastAsia="宋体"/>
                <w:b w:val="0"/>
                <w:sz w:val="18"/>
              </w:rPr>
              <w:t>预设2：用1平方厘米的正方形摆一摆，第一个图形沿长每行摆5个，沿宽摆了2行，一共摆了5×2＝10(个)，面积是10平方厘米；第二个图形沿长每行摆3个，沿宽摆了3行，一共摆了3×3＝9(个)，面积是9平方厘米。</w:t>
            </w:r>
          </w:p>
          <w:p>
            <w:pPr>
              <w:spacing w:after="20" w:line="276" w:lineRule="auto"/>
            </w:pPr>
            <w:r>
              <w:rPr>
                <w:rFonts w:ascii="宋体" w:hAnsi="宋体" w:eastAsia="宋体"/>
                <w:b w:val="0"/>
                <w:sz w:val="18"/>
              </w:rPr>
              <w:t>第二个图形的长和宽相等，它是特殊的长方形，即正方形，它的面积是边长×边长。(适时板书)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围绕环节目标组织学习活动，引导学生主动参与、积极思考，核心问题："观察第二个图形，你们发现了什么？"</w:t>
            </w:r>
          </w:p>
        </w:tc>
      </w:tr>
      <w:tr>
        <w:tc>
          <w:tcPr>
            <w:tcW w:type="dxa" w:w="1474"/>
          </w:tcPr>
          <w:p>
            <w:pPr>
              <w:spacing w:after="20" w:line="276" w:lineRule="auto"/>
            </w:pPr>
            <w:r>
              <w:rPr>
                <w:b/>
              </w:rPr>
            </w:r>
            <w:r>
              <w:rPr>
                <w:rFonts w:ascii="宋体" w:hAnsi="宋体" w:eastAsia="宋体"/>
                <w:b/>
                <w:sz w:val="18"/>
              </w:rPr>
              <w:t>三、应用练习，强化提高</w:t>
            </w:r>
          </w:p>
        </w:tc>
        <w:tc>
          <w:tcPr>
            <w:tcW w:type="dxa" w:w="3061"/>
          </w:tcPr>
          <w:p>
            <w:pPr>
              <w:spacing w:after="20" w:line="276" w:lineRule="auto"/>
            </w:pPr>
            <w:r/>
            <w:r>
              <w:rPr>
                <w:rFonts w:ascii="宋体" w:hAnsi="宋体" w:eastAsia="宋体"/>
                <w:b w:val="0"/>
                <w:sz w:val="18"/>
              </w:rPr>
              <w:t>1.完成教科书P57上面的“做一做”。</w:t>
            </w:r>
          </w:p>
          <w:p>
            <w:pPr>
              <w:spacing w:after="20" w:line="276" w:lineRule="auto"/>
            </w:pPr>
            <w:r>
              <w:rPr>
                <w:rFonts w:ascii="宋体" w:hAnsi="宋体" w:eastAsia="宋体"/>
                <w:b w:val="0"/>
                <w:sz w:val="18"/>
              </w:rPr>
              <w:t>2．完成教科书P60“练习十二”第1题。</w:t>
            </w:r>
          </w:p>
          <w:p>
            <w:pPr>
              <w:spacing w:after="20" w:line="276" w:lineRule="auto"/>
            </w:pPr>
            <w:r>
              <w:rPr>
                <w:rFonts w:ascii="宋体" w:hAnsi="宋体" w:eastAsia="宋体"/>
                <w:b w:val="0"/>
                <w:sz w:val="18"/>
              </w:rPr>
              <w:t>3．完成教科书P60“练习十二”第3题。</w:t>
            </w:r>
          </w:p>
          <w:p>
            <w:pPr>
              <w:spacing w:after="20" w:line="276" w:lineRule="auto"/>
            </w:pPr>
            <w:r>
              <w:rPr>
                <w:rFonts w:ascii="宋体" w:hAnsi="宋体" w:eastAsia="宋体"/>
                <w:b w:val="0"/>
                <w:sz w:val="18"/>
              </w:rPr>
              <w:t>引导学生分析，理解题意，再让学生独立解答，最后集中评价。</w:t>
            </w:r>
          </w:p>
        </w:tc>
        <w:tc>
          <w:tcPr>
            <w:tcW w:type="dxa" w:w="3061"/>
          </w:tcPr>
          <w:p>
            <w:pPr>
              <w:spacing w:after="20" w:line="276" w:lineRule="auto"/>
            </w:pPr>
            <w:r/>
            <w:r>
              <w:rPr>
                <w:rFonts w:ascii="宋体" w:hAnsi="宋体" w:eastAsia="宋体"/>
                <w:b w:val="0"/>
                <w:sz w:val="18"/>
              </w:rPr>
              <w:t>学生独立解答后汇报交流。拿出课前准备的长方形纸，与A4纸比一比，感受常见物体的面积。</w:t>
            </w:r>
          </w:p>
          <w:p>
            <w:pPr>
              <w:spacing w:after="20" w:line="276" w:lineRule="auto"/>
            </w:pPr>
            <w:r>
              <w:rPr>
                <w:rFonts w:ascii="宋体" w:hAnsi="宋体" w:eastAsia="宋体"/>
                <w:b w:val="0"/>
                <w:sz w:val="18"/>
              </w:rPr>
              <w:t>学生直接口答。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师：同学们，本节课你们有哪些收获呢？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经历猜测、实验操作、验证推导、归纳总结等过程，从一组数据中发现长方形的面积与长、宽的关系，从而推导出长方形面积的计算公式，让学生掌握合情推理的一般方法，培养学生的空间观念，在掌握知识的同时发展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长方形和正方形的面积(1)</w:t>
      </w:r>
    </w:p>
    <w:p>
      <w:pPr>
        <w:spacing w:after="40" w:line="300" w:lineRule="auto"/>
      </w:pPr>
      <w:r>
        <w:rPr>
          <w:rFonts w:ascii="宋体" w:hAnsi="宋体" w:eastAsia="宋体"/>
          <w:b w:val="0"/>
          <w:sz w:val="20"/>
        </w:rPr>
        <w:t>长方形的面积＝长×宽</w:t>
      </w:r>
    </w:p>
    <w:p>
      <w:pPr>
        <w:spacing w:after="40" w:line="300" w:lineRule="auto"/>
      </w:pPr>
      <w:r>
        <w:rPr>
          <w:rFonts w:ascii="宋体" w:hAnsi="宋体" w:eastAsia="宋体"/>
          <w:b w:val="0"/>
          <w:sz w:val="20"/>
        </w:rPr>
        <w:t>正方形的面积＝边长×边长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教科书P56～57例1及P57上面的“做一做”，教科书P60“练习十二”第1，3题。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让学生记住长方形、正方形的面积计算公式并不难，关键是要让学生经历探究的过程，理解公式是怎么来的，同时培养学生的探究、推导能力，掌握基本的归纳方法。所以，本节课的操作活动比较多，引导学生在有效时间内完成操作任务还需要加强组织。</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长方形和正方形的面积(2)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长方形和正方形的面积(2)</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教学内容：教科书P57例2及下面的“做一做”，教科书P60“练习十二”第5题。</w:t>
      </w:r>
    </w:p>
    <w:p>
      <w:pPr>
        <w:spacing w:after="80" w:line="300" w:lineRule="auto"/>
        <w:ind w:firstLine="400"/>
      </w:pPr>
      <w:r>
        <w:rPr>
          <w:rFonts w:ascii="宋体" w:hAnsi="宋体" w:eastAsia="宋体"/>
          <w:b w:val="0"/>
          <w:sz w:val="20"/>
        </w:rPr>
        <w:t>教学准备：课件、刻度尺。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（1）进一步理解并掌握长方形、正方形面积的计算方法，能解决简单的实际问题，并结合实际问题，探究周长和面积的区别与联系。</w:t>
      </w:r>
    </w:p>
    <w:p>
      <w:pPr>
        <w:spacing w:after="20" w:line="300" w:lineRule="auto"/>
        <w:ind w:firstLine="400"/>
      </w:pPr>
      <w:r>
        <w:rPr>
          <w:rFonts w:ascii="宋体" w:hAnsi="宋体" w:eastAsia="宋体"/>
          <w:b w:val="0"/>
          <w:sz w:val="20"/>
        </w:rPr>
        <w:t>（2）经历估测长方形、正方形面积的过程，获得一些基本的估测方法和策略，培养空间观念和几何直观。</w:t>
      </w:r>
    </w:p>
    <w:p>
      <w:pPr>
        <w:spacing w:after="20" w:line="300" w:lineRule="auto"/>
        <w:ind w:firstLine="400"/>
      </w:pPr>
      <w:r>
        <w:rPr>
          <w:rFonts w:ascii="宋体" w:hAnsi="宋体" w:eastAsia="宋体"/>
          <w:b w:val="0"/>
          <w:sz w:val="20"/>
        </w:rPr>
        <w:t>（3）了解长方形、正方形面积的计算在实际生活中的应用，体会数学的价值。</w:t>
      </w:r>
    </w:p>
    <w:p>
      <w:pPr>
        <w:spacing w:after="20" w:line="300" w:lineRule="auto"/>
      </w:pPr>
      <w:r>
        <w:rPr>
          <w:rFonts w:ascii="宋体" w:hAnsi="宋体" w:eastAsia="宋体"/>
          <w:b w:val="0"/>
          <w:sz w:val="20"/>
        </w:rPr>
        <w:t>教学重点：解决长方形、正方形面积计算的实际问题，能估测给定的长方形、正方形的面积。</w:t>
      </w:r>
    </w:p>
    <w:p>
      <w:pPr>
        <w:spacing w:after="20" w:line="300" w:lineRule="auto"/>
      </w:pPr>
      <w:r>
        <w:rPr>
          <w:rFonts w:ascii="宋体" w:hAnsi="宋体" w:eastAsia="宋体"/>
          <w:b w:val="0"/>
          <w:sz w:val="20"/>
        </w:rPr>
        <w:t>教学难点：理解面积和周长的关系，掌握估测面积的方法。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一、回顾已学知识，引入新课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同学们，前面我们已经推导出了长方形、正方形的面积计算方法，是怎样计算的？还记得吗？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二、估测计算，探究新知识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请同学们先估计一下，数学书的封面有多大？；两位数乘两位数的知识我们还未学到，无法得出面积的结果。想一想，除了用“厘米”作测量单位外，还可以用什么作测量单位呢？</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一、回顾已学知识，引入新课</w:t>
            </w:r>
          </w:p>
        </w:tc>
        <w:tc>
          <w:tcPr>
            <w:tcW w:type="dxa" w:w="3061"/>
          </w:tcPr>
          <w:p>
            <w:pPr>
              <w:spacing w:after="20" w:line="276" w:lineRule="auto"/>
            </w:pPr>
            <w:r/>
            <w:r>
              <w:rPr>
                <w:rFonts w:ascii="宋体" w:hAnsi="宋体" w:eastAsia="宋体"/>
                <w:b w:val="0"/>
                <w:sz w:val="18"/>
              </w:rPr>
              <w:t>师：同学们，前面我们已经推导出了长方形、正方形的面积计算方法，是怎样计算的？还记得吗？</w:t>
            </w:r>
          </w:p>
          <w:p>
            <w:pPr>
              <w:spacing w:after="20" w:line="276" w:lineRule="auto"/>
            </w:pPr>
            <w:r>
              <w:rPr>
                <w:rFonts w:ascii="宋体" w:hAnsi="宋体" w:eastAsia="宋体"/>
                <w:b w:val="0"/>
                <w:sz w:val="18"/>
              </w:rPr>
              <w:t>师：这节课我们来学习运用所学的面积知识解决身边的一些数学问题。[板书课题：长方形和正方形的面积(2)]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创设情境激活学生已有经验，自然引出本课学习内容，激发学习兴趣，核心问题："同学们，前面我们已经推导出了长方形、正方形的面积计算方法，是怎样计算的？还记得吗？"</w:t>
            </w:r>
          </w:p>
        </w:tc>
      </w:tr>
      <w:tr>
        <w:tc>
          <w:tcPr>
            <w:tcW w:type="dxa" w:w="1474"/>
          </w:tcPr>
          <w:p>
            <w:pPr>
              <w:spacing w:after="20" w:line="276" w:lineRule="auto"/>
            </w:pPr>
            <w:r>
              <w:rPr>
                <w:b/>
              </w:rPr>
            </w:r>
            <w:r>
              <w:rPr>
                <w:rFonts w:ascii="宋体" w:hAnsi="宋体" w:eastAsia="宋体"/>
                <w:b/>
                <w:sz w:val="18"/>
              </w:rPr>
              <w:t>二、估测计算，探究新知识</w:t>
            </w:r>
          </w:p>
        </w:tc>
        <w:tc>
          <w:tcPr>
            <w:tcW w:type="dxa" w:w="3061"/>
          </w:tcPr>
          <w:p>
            <w:pPr>
              <w:spacing w:after="20" w:line="276" w:lineRule="auto"/>
            </w:pPr>
            <w:r/>
            <w:r>
              <w:rPr>
                <w:rFonts w:ascii="宋体" w:hAnsi="宋体" w:eastAsia="宋体"/>
                <w:b w:val="0"/>
                <w:sz w:val="18"/>
              </w:rPr>
              <w:t>1.估计并测量数学书封面的面积。</w:t>
            </w:r>
          </w:p>
          <w:p>
            <w:pPr>
              <w:spacing w:after="20" w:line="276" w:lineRule="auto"/>
            </w:pPr>
            <w:r>
              <w:rPr>
                <w:rFonts w:ascii="宋体" w:hAnsi="宋体" w:eastAsia="宋体"/>
                <w:b w:val="0"/>
                <w:sz w:val="18"/>
              </w:rPr>
              <w:t>师：现实生活中，有各种各样的表面是长方形或正方形的物体，我们常常需要知道它们大概的面积，那么如何对这些生活中常见物体的面积进行合理的估计呢？</w:t>
            </w:r>
          </w:p>
          <w:p>
            <w:pPr>
              <w:spacing w:after="20" w:line="276" w:lineRule="auto"/>
            </w:pPr>
            <w:r>
              <w:rPr>
                <w:rFonts w:ascii="宋体" w:hAnsi="宋体" w:eastAsia="宋体"/>
                <w:b w:val="0"/>
                <w:sz w:val="18"/>
              </w:rPr>
              <w:t>师：请同学们先估计一下，数学书的封面有多大？</w:t>
            </w:r>
          </w:p>
          <w:p>
            <w:pPr>
              <w:spacing w:after="20" w:line="276" w:lineRule="auto"/>
            </w:pPr>
            <w:r>
              <w:rPr>
                <w:rFonts w:ascii="宋体" w:hAnsi="宋体" w:eastAsia="宋体"/>
                <w:b w:val="0"/>
                <w:sz w:val="18"/>
              </w:rPr>
              <w:t>师：两位数乘两位数的知识我们还未学到，无法得出面积的结果。想一想，除了用“厘米”作测量单位外，还可以用什么作测量单位呢？(分米或米)</w:t>
            </w:r>
          </w:p>
          <w:p>
            <w:pPr>
              <w:spacing w:after="20" w:line="276" w:lineRule="auto"/>
            </w:pPr>
            <w:r>
              <w:rPr>
                <w:rFonts w:ascii="宋体" w:hAnsi="宋体" w:eastAsia="宋体"/>
                <w:b w:val="0"/>
                <w:sz w:val="18"/>
              </w:rPr>
              <w:t>引导学生用学生用尺和米尺与数学书进行比对。</w:t>
            </w:r>
          </w:p>
          <w:p>
            <w:pPr>
              <w:spacing w:after="20" w:line="276" w:lineRule="auto"/>
            </w:pPr>
            <w:r>
              <w:rPr>
                <w:rFonts w:ascii="宋体" w:hAnsi="宋体" w:eastAsia="宋体"/>
                <w:b w:val="0"/>
                <w:sz w:val="18"/>
              </w:rPr>
              <w:t>师：比对后发现，对于数学书来说，用“米”作测量单位太大，用“分米”作测量单位比较合适。</w:t>
            </w:r>
          </w:p>
          <w:p>
            <w:pPr>
              <w:spacing w:after="20" w:line="276" w:lineRule="auto"/>
            </w:pPr>
            <w:r>
              <w:rPr>
                <w:rFonts w:ascii="宋体" w:hAnsi="宋体" w:eastAsia="宋体"/>
                <w:b w:val="0"/>
                <w:sz w:val="18"/>
              </w:rPr>
              <w:t>师：现在请大家量一量数学书封面的长和宽，用“分米”作单位，再算出它的面积，看谁估计得比较准确。为了方便计算，测量时取整分米数。</w:t>
            </w:r>
          </w:p>
          <w:p>
            <w:pPr>
              <w:spacing w:after="20" w:line="276" w:lineRule="auto"/>
            </w:pPr>
            <w:r>
              <w:rPr>
                <w:rFonts w:ascii="宋体" w:hAnsi="宋体" w:eastAsia="宋体"/>
                <w:b w:val="0"/>
                <w:sz w:val="18"/>
              </w:rPr>
              <w:t>师：请同学们把计算结果和刚才估测的数比一比，看哪位同学估计得最接近，说一说你是怎么估计的。</w:t>
            </w:r>
          </w:p>
          <w:p>
            <w:pPr>
              <w:spacing w:after="20" w:line="276" w:lineRule="auto"/>
            </w:pPr>
            <w:r>
              <w:rPr>
                <w:rFonts w:ascii="宋体" w:hAnsi="宋体" w:eastAsia="宋体"/>
                <w:b w:val="0"/>
                <w:sz w:val="18"/>
              </w:rPr>
              <w:t>师：嗯，有道理，因为物体长和宽相乘的结果，直接关系到所求物体的面的面积。</w:t>
            </w:r>
          </w:p>
          <w:p>
            <w:pPr>
              <w:spacing w:after="20" w:line="276" w:lineRule="auto"/>
            </w:pPr>
            <w:r>
              <w:rPr>
                <w:rFonts w:ascii="宋体" w:hAnsi="宋体" w:eastAsia="宋体"/>
                <w:b w:val="0"/>
                <w:sz w:val="18"/>
              </w:rPr>
              <w:t>2．估计并测量课桌面的面积。</w:t>
            </w:r>
          </w:p>
          <w:p>
            <w:pPr>
              <w:spacing w:after="20" w:line="276" w:lineRule="auto"/>
            </w:pPr>
            <w:r>
              <w:rPr>
                <w:rFonts w:ascii="宋体" w:hAnsi="宋体" w:eastAsia="宋体"/>
                <w:b w:val="0"/>
                <w:sz w:val="18"/>
              </w:rPr>
              <w:t>师：刚才同学们估计并计算了数学书封面的面积，现在请你们利用数学书封面的面积，估计一下你的课桌面的面积。</w:t>
            </w:r>
          </w:p>
          <w:p>
            <w:pPr>
              <w:spacing w:after="20" w:line="276" w:lineRule="auto"/>
            </w:pPr>
            <w:r>
              <w:rPr>
                <w:rFonts w:ascii="宋体" w:hAnsi="宋体" w:eastAsia="宋体"/>
                <w:b w:val="0"/>
                <w:sz w:val="18"/>
              </w:rPr>
              <w:t>集体交流估测的方法。</w:t>
            </w:r>
          </w:p>
          <w:p>
            <w:pPr>
              <w:spacing w:after="20" w:line="276" w:lineRule="auto"/>
            </w:pPr>
            <w:r>
              <w:rPr>
                <w:rFonts w:ascii="宋体" w:hAnsi="宋体" w:eastAsia="宋体"/>
                <w:b w:val="0"/>
                <w:sz w:val="18"/>
              </w:rPr>
              <w:t>师：现在请你们分别量一量课桌面的长和宽，并算出它的面积，测量时取整分米数。</w:t>
            </w:r>
          </w:p>
        </w:tc>
        <w:tc>
          <w:tcPr>
            <w:tcW w:type="dxa" w:w="3061"/>
          </w:tcPr>
          <w:p>
            <w:pPr>
              <w:spacing w:after="20" w:line="276" w:lineRule="auto"/>
            </w:pPr>
            <w:r/>
            <w:r>
              <w:rPr>
                <w:rFonts w:ascii="宋体" w:hAnsi="宋体" w:eastAsia="宋体"/>
                <w:b w:val="0"/>
                <w:sz w:val="18"/>
              </w:rPr>
              <w:t>预设1：有的学生估计数学书封面的长大约是25厘米，宽大约是18厘米。封面的面积大约是25×18，但无法计算出结果。</w:t>
            </w:r>
          </w:p>
          <w:p>
            <w:pPr>
              <w:spacing w:after="20" w:line="276" w:lineRule="auto"/>
            </w:pPr>
            <w:r>
              <w:rPr>
                <w:rFonts w:ascii="宋体" w:hAnsi="宋体" w:eastAsia="宋体"/>
                <w:b w:val="0"/>
                <w:sz w:val="18"/>
              </w:rPr>
              <w:t>预设2：还有的学生估计数学书封面的长大约是30厘米，宽大约是20厘米。封面的面积大约是30×20，但无法计算出结果。</w:t>
            </w:r>
          </w:p>
          <w:p>
            <w:pPr>
              <w:spacing w:after="20" w:line="276" w:lineRule="auto"/>
            </w:pPr>
            <w:r>
              <w:rPr>
                <w:rFonts w:ascii="宋体" w:hAnsi="宋体" w:eastAsia="宋体"/>
                <w:b w:val="0"/>
                <w:sz w:val="18"/>
              </w:rPr>
              <w:t>预设3：还有的学生直接估计数学书封面的面积大约是500平方厘米。</w:t>
            </w:r>
          </w:p>
          <w:p>
            <w:pPr>
              <w:spacing w:after="20" w:line="276" w:lineRule="auto"/>
            </w:pPr>
            <w:r>
              <w:rPr>
                <w:rFonts w:ascii="宋体" w:hAnsi="宋体" w:eastAsia="宋体"/>
                <w:b w:val="0"/>
                <w:sz w:val="18"/>
              </w:rPr>
              <w:t>学生独立测量并计算，教师巡视指导。</w:t>
            </w:r>
          </w:p>
          <w:p>
            <w:pPr>
              <w:spacing w:after="20" w:line="276" w:lineRule="auto"/>
            </w:pPr>
            <w:r>
              <w:rPr>
                <w:rFonts w:ascii="宋体" w:hAnsi="宋体" w:eastAsia="宋体"/>
                <w:b w:val="0"/>
                <w:sz w:val="18"/>
              </w:rPr>
              <w:t>数学书封面的长大约是3分米，宽大约是2分米，面积大约是3×2＝6(平方分米)。(适时板书)</w:t>
            </w:r>
          </w:p>
          <w:p>
            <w:pPr>
              <w:spacing w:after="20" w:line="276" w:lineRule="auto"/>
            </w:pPr>
            <w:r>
              <w:rPr>
                <w:rFonts w:ascii="宋体" w:hAnsi="宋体" w:eastAsia="宋体"/>
                <w:b w:val="0"/>
                <w:sz w:val="18"/>
              </w:rPr>
              <w:t>大部分同学可能会说，他们先分别估计了数学书封面的长和宽，再把长和宽相乘得出估测的面积，这样比较准确。</w:t>
            </w:r>
          </w:p>
          <w:p>
            <w:pPr>
              <w:spacing w:after="20" w:line="276" w:lineRule="auto"/>
            </w:pPr>
            <w:r>
              <w:rPr>
                <w:rFonts w:ascii="宋体" w:hAnsi="宋体" w:eastAsia="宋体"/>
                <w:b w:val="0"/>
                <w:sz w:val="18"/>
              </w:rPr>
              <w:t>小组合作完成，教师巡视，学生遇到困难时给予个别指导。</w:t>
            </w:r>
          </w:p>
          <w:p>
            <w:pPr>
              <w:spacing w:after="20" w:line="276" w:lineRule="auto"/>
            </w:pPr>
            <w:r>
              <w:rPr>
                <w:rFonts w:ascii="宋体" w:hAnsi="宋体" w:eastAsia="宋体"/>
                <w:b w:val="0"/>
                <w:sz w:val="18"/>
              </w:rPr>
              <w:t>把数学书在课桌面上摆一摆，摆了4个多，课桌面的面积大约是6×4＝24(平方分米)。</w:t>
            </w:r>
          </w:p>
          <w:p>
            <w:pPr>
              <w:spacing w:after="20" w:line="276" w:lineRule="auto"/>
            </w:pPr>
            <w:r>
              <w:rPr>
                <w:rFonts w:ascii="宋体" w:hAnsi="宋体" w:eastAsia="宋体"/>
                <w:b w:val="0"/>
                <w:sz w:val="18"/>
              </w:rPr>
              <w:t>学生独立测量完成，教师巡视指导。</w:t>
            </w:r>
          </w:p>
          <w:p>
            <w:pPr>
              <w:spacing w:after="20" w:line="276" w:lineRule="auto"/>
            </w:pPr>
            <w:r>
              <w:rPr>
                <w:rFonts w:ascii="宋体" w:hAnsi="宋体" w:eastAsia="宋体"/>
                <w:b w:val="0"/>
                <w:sz w:val="18"/>
              </w:rPr>
              <w:t>课桌面长大约是6分米，宽大约是4分米，面积大约是6×4＝24(平方分米)。(适时板书)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设计递进式探究活动，引导学生在动手实践与合作交流中经历知识形成过程，突破本课重难点，核心问题："请同学们先估计一下，数学书的封面有多大？"</w:t>
            </w:r>
          </w:p>
        </w:tc>
      </w:tr>
      <w:tr>
        <w:tc>
          <w:tcPr>
            <w:tcW w:type="dxa" w:w="1474"/>
          </w:tcPr>
          <w:p>
            <w:pPr>
              <w:spacing w:after="20" w:line="276" w:lineRule="auto"/>
            </w:pPr>
            <w:r>
              <w:rPr>
                <w:b/>
              </w:rPr>
            </w:r>
            <w:r>
              <w:rPr>
                <w:rFonts w:ascii="宋体" w:hAnsi="宋体" w:eastAsia="宋体"/>
                <w:b/>
                <w:sz w:val="18"/>
              </w:rPr>
              <w:t>三、巩固练习，解决问题</w:t>
            </w:r>
          </w:p>
        </w:tc>
        <w:tc>
          <w:tcPr>
            <w:tcW w:type="dxa" w:w="3061"/>
          </w:tcPr>
          <w:p>
            <w:pPr>
              <w:spacing w:after="20" w:line="276" w:lineRule="auto"/>
            </w:pPr>
            <w:r/>
            <w:r>
              <w:rPr>
                <w:rFonts w:ascii="宋体" w:hAnsi="宋体" w:eastAsia="宋体"/>
                <w:b w:val="0"/>
                <w:sz w:val="18"/>
              </w:rPr>
              <w:t>1.完成教科书P57下面的“做一做”。</w:t>
            </w:r>
          </w:p>
          <w:p>
            <w:pPr>
              <w:spacing w:after="20" w:line="276" w:lineRule="auto"/>
            </w:pPr>
            <w:r>
              <w:rPr>
                <w:rFonts w:ascii="宋体" w:hAnsi="宋体" w:eastAsia="宋体"/>
                <w:b w:val="0"/>
                <w:sz w:val="18"/>
              </w:rPr>
              <w:t>(1)引导学生可以用自己随身携带的“标尺”，如步长等来测量教室的面积。</w:t>
            </w:r>
          </w:p>
          <w:p>
            <w:pPr>
              <w:spacing w:after="20" w:line="276" w:lineRule="auto"/>
            </w:pPr>
            <w:r>
              <w:rPr>
                <w:rFonts w:ascii="宋体" w:hAnsi="宋体" w:eastAsia="宋体"/>
                <w:b w:val="0"/>
                <w:sz w:val="18"/>
              </w:rPr>
              <w:t>(2)比如以步长为测量单位，指定一名学生，先让他走一步，测量其一步的长度，并让其沿着教室的长和宽行走，学生数步数，再利用步长测出教室的长和宽。</w:t>
            </w:r>
          </w:p>
          <w:p>
            <w:pPr>
              <w:spacing w:after="20" w:line="276" w:lineRule="auto"/>
            </w:pPr>
            <w:r>
              <w:rPr>
                <w:rFonts w:ascii="宋体" w:hAnsi="宋体" w:eastAsia="宋体"/>
                <w:b w:val="0"/>
                <w:sz w:val="18"/>
              </w:rPr>
              <w:t>(3)估计教室的面积。</w:t>
            </w:r>
          </w:p>
          <w:p>
            <w:pPr>
              <w:spacing w:after="20" w:line="276" w:lineRule="auto"/>
            </w:pPr>
            <w:r>
              <w:rPr>
                <w:rFonts w:ascii="宋体" w:hAnsi="宋体" w:eastAsia="宋体"/>
                <w:b w:val="0"/>
                <w:sz w:val="18"/>
              </w:rPr>
              <w:t>2．完成教科书P60“练习十二”第5题。</w:t>
            </w:r>
          </w:p>
          <w:p>
            <w:pPr>
              <w:spacing w:after="20" w:line="276" w:lineRule="auto"/>
            </w:pPr>
            <w:r>
              <w:rPr>
                <w:rFonts w:ascii="宋体" w:hAnsi="宋体" w:eastAsia="宋体"/>
                <w:b w:val="0"/>
                <w:sz w:val="18"/>
              </w:rPr>
              <w:t>(1)让不同的学生估测，并说说估测的依据。</w:t>
            </w:r>
          </w:p>
          <w:p>
            <w:pPr>
              <w:spacing w:after="20" w:line="276" w:lineRule="auto"/>
            </w:pPr>
            <w:r>
              <w:rPr>
                <w:rFonts w:ascii="宋体" w:hAnsi="宋体" w:eastAsia="宋体"/>
                <w:b w:val="0"/>
                <w:sz w:val="18"/>
              </w:rPr>
              <w:t>(2)师生共同测量，看看谁估测的值比较接近。</w:t>
            </w:r>
          </w:p>
          <w:p>
            <w:pPr>
              <w:spacing w:after="20" w:line="276" w:lineRule="auto"/>
            </w:pPr>
            <w:r>
              <w:rPr>
                <w:rFonts w:ascii="宋体" w:hAnsi="宋体" w:eastAsia="宋体"/>
                <w:b w:val="0"/>
                <w:sz w:val="18"/>
              </w:rPr>
              <w:t>(3)根据测量的数据计算面积，比较前面谁估测得比较接近。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尝试采用自主探究式的教学模式，注重学习方法、思维方法和探究方法的获取，让学生自主获取知识。在课堂中，教师组织学生开展有效的合作学习，学生动脑、动手和动口，积极主动参与学习活动，真正体现学生是学习的主体。</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长方形和正方形的面积(2)</w:t>
      </w:r>
    </w:p>
    <w:p>
      <w:pPr>
        <w:spacing w:after="40" w:line="300" w:lineRule="auto"/>
      </w:pPr>
      <w:r>
        <w:rPr>
          <w:rFonts w:ascii="宋体" w:hAnsi="宋体" w:eastAsia="宋体"/>
          <w:b w:val="0"/>
          <w:sz w:val="20"/>
        </w:rPr>
        <w:t>数学书封面：长大约是3分米，宽大约是2分米。</w:t>
      </w:r>
    </w:p>
    <w:p>
      <w:pPr>
        <w:spacing w:after="40" w:line="300" w:lineRule="auto"/>
      </w:pPr>
      <w:r>
        <w:rPr>
          <w:rFonts w:ascii="宋体" w:hAnsi="宋体" w:eastAsia="宋体"/>
          <w:b w:val="0"/>
          <w:sz w:val="20"/>
        </w:rPr>
        <w:t>面积：3×2＝6(平方分米)</w:t>
      </w:r>
    </w:p>
    <w:p>
      <w:pPr>
        <w:spacing w:after="40" w:line="300" w:lineRule="auto"/>
      </w:pPr>
      <w:r>
        <w:rPr>
          <w:rFonts w:ascii="宋体" w:hAnsi="宋体" w:eastAsia="宋体"/>
          <w:b w:val="0"/>
          <w:sz w:val="20"/>
        </w:rPr>
        <w:t>课桌面：长大约是6分米，宽大约是4分米。</w:t>
      </w:r>
    </w:p>
    <w:p>
      <w:pPr>
        <w:spacing w:after="40" w:line="300" w:lineRule="auto"/>
      </w:pPr>
      <w:r>
        <w:rPr>
          <w:rFonts w:ascii="宋体" w:hAnsi="宋体" w:eastAsia="宋体"/>
          <w:b w:val="0"/>
          <w:sz w:val="20"/>
        </w:rPr>
        <w:t>面积：6×4＝24(平方分米)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教科书P57例2及下面的“做一做”，教科书P60“练习十二”第5题。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运用“标准”对物体的面积进行估测是本节课的重点。教科书规定了用数学书封面的面积估测课桌面的面积，但在解决实际生活问题时，需要学生根据实际需要自主选择“标准”，因此教学中需要学生熟悉一些常见的“标准”。</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面积单位间的进率</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面积单位间的进率</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教学内容：教科书P58～59例3及“做一做”，教科书P60～61“练习十二”第2，6，7题。</w:t>
      </w:r>
    </w:p>
    <w:p>
      <w:pPr>
        <w:spacing w:after="80" w:line="300" w:lineRule="auto"/>
        <w:ind w:firstLine="400"/>
      </w:pPr>
      <w:r>
        <w:rPr>
          <w:rFonts w:ascii="宋体" w:hAnsi="宋体" w:eastAsia="宋体"/>
          <w:b w:val="0"/>
          <w:sz w:val="20"/>
        </w:rPr>
        <w:t>教学准备：课件、刻度尺、1平方厘米的正方形若干、1平方分米的正方形学具。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（1）经历面积单位间进率的推导过程，掌握面积单位间的进率，会进行简单的面积单位的换算，从而进一步熟悉面积单位的大小。</w:t>
      </w:r>
    </w:p>
    <w:p>
      <w:pPr>
        <w:spacing w:after="20" w:line="300" w:lineRule="auto"/>
        <w:ind w:firstLine="400"/>
      </w:pPr>
      <w:r>
        <w:rPr>
          <w:rFonts w:ascii="宋体" w:hAnsi="宋体" w:eastAsia="宋体"/>
          <w:b w:val="0"/>
          <w:sz w:val="20"/>
        </w:rPr>
        <w:t>（2）培养观察、比较、分析问题的能力，逐步养成积极思考的学习习惯。</w:t>
      </w:r>
    </w:p>
    <w:p>
      <w:pPr>
        <w:spacing w:after="20" w:line="300" w:lineRule="auto"/>
        <w:ind w:firstLine="400"/>
      </w:pPr>
      <w:r>
        <w:rPr>
          <w:rFonts w:ascii="宋体" w:hAnsi="宋体" w:eastAsia="宋体"/>
          <w:b w:val="0"/>
          <w:sz w:val="20"/>
        </w:rPr>
        <w:t>（3）在探究过程中，体会知识间的内在联系。</w:t>
      </w:r>
    </w:p>
    <w:p>
      <w:pPr>
        <w:spacing w:after="20" w:line="300" w:lineRule="auto"/>
      </w:pPr>
      <w:r>
        <w:rPr>
          <w:rFonts w:ascii="宋体" w:hAnsi="宋体" w:eastAsia="宋体"/>
          <w:b w:val="0"/>
          <w:sz w:val="20"/>
        </w:rPr>
        <w:t>教学重点：会进行常用面积单位之间的换算。</w:t>
      </w:r>
    </w:p>
    <w:p>
      <w:pPr>
        <w:spacing w:after="20" w:line="300" w:lineRule="auto"/>
      </w:pPr>
      <w:r>
        <w:rPr>
          <w:rFonts w:ascii="宋体" w:hAnsi="宋体" w:eastAsia="宋体"/>
          <w:b w:val="0"/>
          <w:sz w:val="20"/>
        </w:rPr>
        <w:t>教学难点：面积单位间进率的推导过程。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一、导入新课</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同学们，常用的长度单位有哪些？相邻的两个常用长度单位之间的进率是多少呢？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二、合作探究</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你们能计算出这个大正方形的面积是多少吗？；同学们已经知道了平方分米与平方厘米之间的进率，想一想，1平方米等于多少平方分米呢？能按照上面的方法说一说吗？</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三、综合应用</w:t>
            </w:r>
          </w:p>
        </w:tc>
        <w:tc>
          <w:tcPr>
            <w:tcW w:type="dxa" w:w="1814"/>
          </w:tcPr>
          <w:p>
            <w:pPr>
              <w:spacing w:after="20" w:line="276" w:lineRule="auto"/>
            </w:pPr>
            <w:r/>
            <w:r>
              <w:rPr>
                <w:rFonts w:ascii="宋体" w:hAnsi="宋体" w:eastAsia="宋体"/>
                <w:b w:val="0"/>
                <w:sz w:val="18"/>
              </w:rPr>
              <w:t>教科书、情境图、课件、学具</w:t>
            </w:r>
          </w:p>
        </w:tc>
        <w:tc>
          <w:tcPr>
            <w:tcW w:type="dxa" w:w="3402"/>
          </w:tcPr>
          <w:p>
            <w:pPr>
              <w:spacing w:after="20" w:line="276" w:lineRule="auto"/>
            </w:pPr>
            <w:r/>
            <w:r>
              <w:rPr>
                <w:rFonts w:ascii="宋体" w:hAnsi="宋体" w:eastAsia="宋体"/>
                <w:b w:val="0"/>
                <w:sz w:val="18"/>
              </w:rPr>
              <w:t>从文字和情境图中，你能获取什么信息？那么该如何计算这个标志牌的面积呢？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一、导入新课</w:t>
            </w:r>
          </w:p>
        </w:tc>
        <w:tc>
          <w:tcPr>
            <w:tcW w:type="dxa" w:w="3061"/>
          </w:tcPr>
          <w:p>
            <w:pPr>
              <w:spacing w:after="20" w:line="276" w:lineRule="auto"/>
            </w:pPr>
            <w:r/>
            <w:r>
              <w:rPr>
                <w:rFonts w:ascii="宋体" w:hAnsi="宋体" w:eastAsia="宋体"/>
                <w:b w:val="0"/>
                <w:sz w:val="18"/>
              </w:rPr>
              <w:t>师：同学们，常用的长度单位有哪些？相邻的两个常用长度单位之间的进率是多少呢？</w:t>
            </w:r>
          </w:p>
          <w:p>
            <w:pPr>
              <w:spacing w:after="20" w:line="276" w:lineRule="auto"/>
            </w:pPr>
            <w:r>
              <w:rPr>
                <w:rFonts w:ascii="宋体" w:hAnsi="宋体" w:eastAsia="宋体"/>
                <w:b w:val="0"/>
                <w:sz w:val="18"/>
              </w:rPr>
              <w:t>师：前面我们认识了面积单位，这节课我们一起来学习探究面积单位间的进率。(板书课题：面积单位间的进率)</w:t>
            </w:r>
          </w:p>
        </w:tc>
        <w:tc>
          <w:tcPr>
            <w:tcW w:type="dxa" w:w="3061"/>
          </w:tcPr>
          <w:p>
            <w:pPr>
              <w:spacing w:after="20" w:line="276" w:lineRule="auto"/>
            </w:pPr>
            <w:r/>
            <w:r>
              <w:rPr>
                <w:rFonts w:ascii="宋体" w:hAnsi="宋体" w:eastAsia="宋体"/>
                <w:b w:val="0"/>
                <w:sz w:val="18"/>
              </w:rPr>
              <w:t>学生回答“有米、分米、厘米”，相邻的两个常用长度单位之间的进率是10，如：1米＝10分米，1分米＝10厘米。</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创设情境激活学生已有经验，自然引出本课学习内容，激发学习兴趣，核心问题："同学们，常用的长度单位有哪些？相邻的两个常用长度单位之间的进率是多少呢？"</w:t>
            </w:r>
          </w:p>
        </w:tc>
      </w:tr>
      <w:tr>
        <w:tc>
          <w:tcPr>
            <w:tcW w:type="dxa" w:w="1474"/>
          </w:tcPr>
          <w:p>
            <w:pPr>
              <w:spacing w:after="20" w:line="276" w:lineRule="auto"/>
            </w:pPr>
            <w:r>
              <w:rPr>
                <w:b/>
              </w:rPr>
            </w:r>
            <w:r>
              <w:rPr>
                <w:rFonts w:ascii="宋体" w:hAnsi="宋体" w:eastAsia="宋体"/>
                <w:b/>
                <w:sz w:val="18"/>
              </w:rPr>
              <w:t>二、合作探究</w:t>
            </w:r>
          </w:p>
        </w:tc>
        <w:tc>
          <w:tcPr>
            <w:tcW w:type="dxa" w:w="3061"/>
          </w:tcPr>
          <w:p>
            <w:pPr>
              <w:spacing w:after="20" w:line="276" w:lineRule="auto"/>
            </w:pPr>
            <w:r/>
            <w:r>
              <w:rPr>
                <w:rFonts w:ascii="宋体" w:hAnsi="宋体" w:eastAsia="宋体"/>
                <w:b w:val="0"/>
                <w:sz w:val="18"/>
              </w:rPr>
              <w:t>1.面积单位之间的进率。</w:t>
            </w:r>
          </w:p>
          <w:p>
            <w:pPr>
              <w:spacing w:after="20" w:line="276" w:lineRule="auto"/>
            </w:pPr>
            <w:r>
              <w:rPr>
                <w:rFonts w:ascii="宋体" w:hAnsi="宋体" w:eastAsia="宋体"/>
                <w:b w:val="0"/>
                <w:sz w:val="18"/>
              </w:rPr>
              <w:t>(1)推导1平方分米＝100平方厘米。</w:t>
            </w:r>
          </w:p>
          <w:p>
            <w:pPr>
              <w:spacing w:after="20" w:line="276" w:lineRule="auto"/>
            </w:pPr>
            <w:r>
              <w:rPr>
                <w:rFonts w:ascii="宋体" w:hAnsi="宋体" w:eastAsia="宋体"/>
                <w:b w:val="0"/>
                <w:sz w:val="18"/>
              </w:rPr>
              <w:t>课件出示教科书P58正方形图。</w:t>
            </w:r>
          </w:p>
          <w:p>
            <w:pPr>
              <w:spacing w:after="20" w:line="276" w:lineRule="auto"/>
            </w:pPr>
            <w:r>
              <w:rPr>
                <w:rFonts w:ascii="宋体" w:hAnsi="宋体" w:eastAsia="宋体"/>
                <w:b w:val="0"/>
                <w:sz w:val="18"/>
              </w:rPr>
              <w:t>师：你们能计算出这个大正方形的面积是多少吗？</w:t>
            </w:r>
          </w:p>
          <w:p>
            <w:pPr>
              <w:spacing w:after="20" w:line="276" w:lineRule="auto"/>
            </w:pPr>
            <w:r>
              <w:rPr>
                <w:rFonts w:ascii="宋体" w:hAnsi="宋体" w:eastAsia="宋体"/>
                <w:b w:val="0"/>
                <w:sz w:val="18"/>
              </w:rPr>
              <w:t>师：请同学们拿出学具，独立探究，可以利用学具量一量、摆一摆、算一算，看谁的方法多。</w:t>
            </w:r>
          </w:p>
          <w:p>
            <w:pPr>
              <w:spacing w:after="20" w:line="276" w:lineRule="auto"/>
            </w:pPr>
            <w:r>
              <w:rPr>
                <w:rFonts w:ascii="宋体" w:hAnsi="宋体" w:eastAsia="宋体"/>
                <w:b w:val="0"/>
                <w:sz w:val="18"/>
              </w:rPr>
              <w:t>师：同学们很棒，用正方形面积计算公式推理的方法得出了平方分米和平方厘米之间的进率。</w:t>
            </w:r>
          </w:p>
          <w:p>
            <w:pPr>
              <w:spacing w:after="20" w:line="276" w:lineRule="auto"/>
            </w:pPr>
            <w:r>
              <w:rPr>
                <w:rFonts w:ascii="宋体" w:hAnsi="宋体" w:eastAsia="宋体"/>
                <w:b w:val="0"/>
                <w:sz w:val="18"/>
              </w:rPr>
              <w:t>(2)推导1平方米＝100平方分米。</w:t>
            </w:r>
          </w:p>
          <w:p>
            <w:pPr>
              <w:spacing w:after="20" w:line="276" w:lineRule="auto"/>
            </w:pPr>
            <w:r>
              <w:rPr>
                <w:rFonts w:ascii="宋体" w:hAnsi="宋体" w:eastAsia="宋体"/>
                <w:b w:val="0"/>
                <w:sz w:val="18"/>
              </w:rPr>
              <w:t>师：同学们已经知道了平方分米与平方厘米之间的进率，想一想，1平方米等于多少平方分米呢？能按照上面的方法说一说吗？</w:t>
            </w:r>
          </w:p>
          <w:p>
            <w:pPr>
              <w:spacing w:after="20" w:line="276" w:lineRule="auto"/>
            </w:pPr>
            <w:r>
              <w:rPr>
                <w:rFonts w:ascii="宋体" w:hAnsi="宋体" w:eastAsia="宋体"/>
                <w:b w:val="0"/>
                <w:sz w:val="18"/>
              </w:rPr>
              <w:t>师：同学们的思维推理能力太强了！请再想一想，相邻的两个常用面积单位之间的进率是多少呢？</w:t>
            </w:r>
          </w:p>
          <w:p>
            <w:pPr>
              <w:spacing w:after="20" w:line="276" w:lineRule="auto"/>
            </w:pPr>
            <w:r>
              <w:rPr>
                <w:rFonts w:ascii="宋体" w:hAnsi="宋体" w:eastAsia="宋体"/>
                <w:b w:val="0"/>
                <w:sz w:val="18"/>
              </w:rPr>
              <w:t>师：同学们说对了，两个面积单位之间进行转换时一定要确定好它们之间的进率。</w:t>
            </w:r>
          </w:p>
          <w:p>
            <w:pPr>
              <w:spacing w:after="20" w:line="276" w:lineRule="auto"/>
            </w:pPr>
            <w:r>
              <w:rPr>
                <w:rFonts w:ascii="宋体" w:hAnsi="宋体" w:eastAsia="宋体"/>
                <w:b w:val="0"/>
                <w:sz w:val="18"/>
              </w:rPr>
              <w:t>(3)区分面积单位与长度单位之间的进率。</w:t>
            </w:r>
          </w:p>
          <w:p>
            <w:pPr>
              <w:spacing w:after="20" w:line="276" w:lineRule="auto"/>
            </w:pPr>
            <w:r>
              <w:rPr>
                <w:rFonts w:ascii="宋体" w:hAnsi="宋体" w:eastAsia="宋体"/>
                <w:b w:val="0"/>
                <w:sz w:val="18"/>
              </w:rPr>
              <w:t>师：通过刚才的学习，你们能说一说面积单位与长度单位之间的区别吗？</w:t>
            </w:r>
          </w:p>
          <w:p>
            <w:pPr>
              <w:spacing w:after="20" w:line="276" w:lineRule="auto"/>
            </w:pPr>
            <w:r>
              <w:rPr>
                <w:rFonts w:ascii="宋体" w:hAnsi="宋体" w:eastAsia="宋体"/>
                <w:b w:val="0"/>
                <w:sz w:val="18"/>
              </w:rPr>
              <w:t>(4)推导平方米和平方厘米之间的关系。</w:t>
            </w:r>
          </w:p>
          <w:p>
            <w:pPr>
              <w:spacing w:after="20" w:line="276" w:lineRule="auto"/>
            </w:pPr>
            <w:r>
              <w:rPr>
                <w:rFonts w:ascii="宋体" w:hAnsi="宋体" w:eastAsia="宋体"/>
                <w:b w:val="0"/>
                <w:sz w:val="18"/>
              </w:rPr>
              <w:t>师：我们知道了相邻的两个常用面积单位之间的进率都是100，那么1平方米等于多少平方厘米呢？</w:t>
            </w:r>
          </w:p>
          <w:p>
            <w:pPr>
              <w:spacing w:after="20" w:line="276" w:lineRule="auto"/>
            </w:pPr>
            <w:r>
              <w:rPr>
                <w:rFonts w:ascii="宋体" w:hAnsi="宋体" w:eastAsia="宋体"/>
                <w:b w:val="0"/>
                <w:sz w:val="18"/>
              </w:rPr>
              <w:t>2．应用面积单位之间的进率进行单位换算。</w:t>
            </w:r>
          </w:p>
          <w:p>
            <w:pPr>
              <w:spacing w:after="20" w:line="276" w:lineRule="auto"/>
            </w:pPr>
            <w:r>
              <w:rPr>
                <w:rFonts w:ascii="宋体" w:hAnsi="宋体" w:eastAsia="宋体"/>
                <w:b w:val="0"/>
                <w:sz w:val="18"/>
              </w:rPr>
              <w:t>课件出示教科书P59例3。</w:t>
            </w:r>
          </w:p>
          <w:p>
            <w:pPr>
              <w:spacing w:after="20" w:line="276" w:lineRule="auto"/>
            </w:pPr>
            <w:r>
              <w:rPr>
                <w:rFonts w:ascii="宋体" w:hAnsi="宋体" w:eastAsia="宋体"/>
                <w:b w:val="0"/>
                <w:sz w:val="18"/>
              </w:rPr>
              <w:t>师：我们已经知道了相邻两个面积单位间的进率，那么4平方米等于多少平方分米，600平方厘米又等于多少平方分米呢？你是怎样想的？</w:t>
            </w:r>
          </w:p>
          <w:p>
            <w:pPr>
              <w:spacing w:after="20" w:line="276" w:lineRule="auto"/>
            </w:pPr>
            <w:r>
              <w:rPr>
                <w:rFonts w:ascii="宋体" w:hAnsi="宋体" w:eastAsia="宋体"/>
                <w:b w:val="0"/>
                <w:sz w:val="18"/>
              </w:rPr>
              <w:t>师生共同小结：相邻的两个常用面积单位之间的进率是100。相邻两个面积单位换算时，高级面积单位的数化成低级面积单位的数，在数的末尾添2个0；低级面积单位的数化成高级面积单位的数，去掉数末尾的2个0。</w:t>
            </w:r>
          </w:p>
        </w:tc>
        <w:tc>
          <w:tcPr>
            <w:tcW w:type="dxa" w:w="3061"/>
          </w:tcPr>
          <w:p>
            <w:pPr>
              <w:spacing w:after="20" w:line="276" w:lineRule="auto"/>
            </w:pPr>
            <w:r/>
            <w:r>
              <w:rPr>
                <w:rFonts w:ascii="宋体" w:hAnsi="宋体" w:eastAsia="宋体"/>
                <w:b w:val="0"/>
                <w:sz w:val="18"/>
              </w:rPr>
              <w:t>预设1：大正方形的边长是1分米，所以这个大正方形的面积是1平方分米。</w:t>
            </w:r>
          </w:p>
          <w:p>
            <w:pPr>
              <w:spacing w:after="20" w:line="276" w:lineRule="auto"/>
            </w:pPr>
            <w:r>
              <w:rPr>
                <w:rFonts w:ascii="宋体" w:hAnsi="宋体" w:eastAsia="宋体"/>
                <w:b w:val="0"/>
                <w:sz w:val="18"/>
              </w:rPr>
              <w:t>预设2：大正方形的边长是10厘米，所以这个大正方形的面积是10×10＝100(平方厘米)。</w:t>
            </w:r>
          </w:p>
          <w:p>
            <w:pPr>
              <w:spacing w:after="20" w:line="276" w:lineRule="auto"/>
            </w:pPr>
            <w:r>
              <w:rPr>
                <w:rFonts w:ascii="宋体" w:hAnsi="宋体" w:eastAsia="宋体"/>
                <w:b w:val="0"/>
                <w:sz w:val="18"/>
              </w:rPr>
              <w:t>预设3：1分米＝10厘米，所以边长是1分米的正方形的面积也就是边长是10厘米的正方形的面积，所以1平方分米＝100平方厘米。(板书)</w:t>
            </w:r>
          </w:p>
          <w:p>
            <w:pPr>
              <w:spacing w:after="20" w:line="276" w:lineRule="auto"/>
            </w:pPr>
            <w:r>
              <w:rPr>
                <w:rFonts w:ascii="宋体" w:hAnsi="宋体" w:eastAsia="宋体"/>
                <w:b w:val="0"/>
                <w:sz w:val="18"/>
              </w:rPr>
              <w:t>边长1米的正方形，面积是1平方米，1米＝10分米，边长10分米的正方形，面积是10×10＝100(平方分米)，所以1平方米＝100平方分米。(板书)</w:t>
            </w:r>
          </w:p>
          <w:p>
            <w:pPr>
              <w:spacing w:after="20" w:line="276" w:lineRule="auto"/>
            </w:pPr>
            <w:r>
              <w:rPr>
                <w:rFonts w:ascii="宋体" w:hAnsi="宋体" w:eastAsia="宋体"/>
                <w:b w:val="0"/>
                <w:sz w:val="18"/>
              </w:rPr>
              <w:t>相邻的两个常用面积单位之间的进率是100，如：1平方米＝100平方分米，1平方分米＝100平方厘米。</w:t>
            </w:r>
          </w:p>
          <w:p>
            <w:pPr>
              <w:spacing w:after="20" w:line="276" w:lineRule="auto"/>
            </w:pPr>
            <w:r>
              <w:rPr>
                <w:rFonts w:ascii="宋体" w:hAnsi="宋体" w:eastAsia="宋体"/>
                <w:b w:val="0"/>
                <w:sz w:val="18"/>
              </w:rPr>
              <w:t>长度单位是用来表示长度的计量单位，相邻的两个常用长度单位之间的进率是10；面积单位是用来表示面积大小的计量单位，相邻的两个常用面积单位之间的进率是100，而且面积单位要带“平方”。</w:t>
            </w:r>
          </w:p>
          <w:p>
            <w:pPr>
              <w:spacing w:after="20" w:line="276" w:lineRule="auto"/>
            </w:pPr>
            <w:r>
              <w:rPr>
                <w:rFonts w:ascii="宋体" w:hAnsi="宋体" w:eastAsia="宋体"/>
                <w:b w:val="0"/>
                <w:sz w:val="18"/>
              </w:rPr>
              <w:t>学生用不同的方法推导出：1平方米＝10000平方厘米。(板书)</w:t>
            </w:r>
          </w:p>
          <w:p>
            <w:pPr>
              <w:spacing w:after="20" w:line="276" w:lineRule="auto"/>
            </w:pPr>
            <w:r>
              <w:rPr>
                <w:rFonts w:ascii="宋体" w:hAnsi="宋体" w:eastAsia="宋体"/>
                <w:b w:val="0"/>
                <w:sz w:val="18"/>
              </w:rPr>
              <w:t>1平方米＝100平方分米，4平方米就是4个100平方分米；100平方厘米＝1平方分米，600平方厘米里面有6个1平方分米，就是6平方分米。</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设计递进式探究活动，引导学生在动手实践与合作交流中经历知识形成过程，突破本课重难点，核心问题："你们能计算出这个大正方形的面积是多少吗？"</w:t>
            </w:r>
          </w:p>
        </w:tc>
      </w:tr>
      <w:tr>
        <w:tc>
          <w:tcPr>
            <w:tcW w:type="dxa" w:w="1474"/>
          </w:tcPr>
          <w:p>
            <w:pPr>
              <w:spacing w:after="20" w:line="276" w:lineRule="auto"/>
            </w:pPr>
            <w:r>
              <w:rPr>
                <w:b/>
              </w:rPr>
            </w:r>
            <w:r>
              <w:rPr>
                <w:rFonts w:ascii="宋体" w:hAnsi="宋体" w:eastAsia="宋体"/>
                <w:b/>
                <w:sz w:val="18"/>
              </w:rPr>
              <w:t>三、综合应用</w:t>
            </w:r>
          </w:p>
        </w:tc>
        <w:tc>
          <w:tcPr>
            <w:tcW w:type="dxa" w:w="3061"/>
          </w:tcPr>
          <w:p>
            <w:pPr>
              <w:spacing w:after="20" w:line="276" w:lineRule="auto"/>
            </w:pPr>
            <w:r/>
            <w:r>
              <w:rPr>
                <w:rFonts w:ascii="宋体" w:hAnsi="宋体" w:eastAsia="宋体"/>
                <w:b w:val="0"/>
                <w:sz w:val="18"/>
              </w:rPr>
              <w:t>1.完成教科书P59“做一做”第1题。</w:t>
            </w:r>
          </w:p>
          <w:p>
            <w:pPr>
              <w:spacing w:after="20" w:line="276" w:lineRule="auto"/>
            </w:pPr>
            <w:r>
              <w:rPr>
                <w:rFonts w:ascii="宋体" w:hAnsi="宋体" w:eastAsia="宋体"/>
                <w:b w:val="0"/>
                <w:sz w:val="18"/>
              </w:rPr>
              <w:t>2．完成教科书P59“做一做”第2题。</w:t>
            </w:r>
          </w:p>
          <w:p>
            <w:pPr>
              <w:spacing w:after="20" w:line="276" w:lineRule="auto"/>
            </w:pPr>
            <w:r>
              <w:rPr>
                <w:rFonts w:ascii="宋体" w:hAnsi="宋体" w:eastAsia="宋体"/>
                <w:b w:val="0"/>
                <w:sz w:val="18"/>
              </w:rPr>
              <w:t>师：从文字和情境图中，你能获取什么信息？那么该如何计算这个标志牌的面积呢？</w:t>
            </w:r>
          </w:p>
          <w:p>
            <w:pPr>
              <w:spacing w:after="20" w:line="276" w:lineRule="auto"/>
            </w:pPr>
            <w:r>
              <w:rPr>
                <w:rFonts w:ascii="宋体" w:hAnsi="宋体" w:eastAsia="宋体"/>
                <w:b w:val="0"/>
                <w:sz w:val="18"/>
              </w:rPr>
              <w:t>教师引导学生分析问题，再自主解答。</w:t>
            </w:r>
          </w:p>
          <w:p>
            <w:pPr>
              <w:spacing w:after="20" w:line="276" w:lineRule="auto"/>
            </w:pPr>
            <w:r>
              <w:rPr>
                <w:rFonts w:ascii="宋体" w:hAnsi="宋体" w:eastAsia="宋体"/>
                <w:b w:val="0"/>
                <w:sz w:val="18"/>
              </w:rPr>
              <w:t>3．完成教科书P60“练习十二”第2，6题。</w:t>
            </w:r>
          </w:p>
          <w:p>
            <w:pPr>
              <w:spacing w:after="20" w:line="276" w:lineRule="auto"/>
            </w:pPr>
            <w:r>
              <w:rPr>
                <w:rFonts w:ascii="宋体" w:hAnsi="宋体" w:eastAsia="宋体"/>
                <w:b w:val="0"/>
                <w:sz w:val="18"/>
              </w:rPr>
              <w:t>(1)学生自主解答。</w:t>
            </w:r>
          </w:p>
          <w:p>
            <w:pPr>
              <w:spacing w:after="20" w:line="276" w:lineRule="auto"/>
            </w:pPr>
            <w:r>
              <w:rPr>
                <w:rFonts w:ascii="宋体" w:hAnsi="宋体" w:eastAsia="宋体"/>
                <w:b w:val="0"/>
                <w:sz w:val="18"/>
              </w:rPr>
              <w:t>(2)集中展示汇报。</w:t>
            </w:r>
          </w:p>
          <w:p>
            <w:pPr>
              <w:spacing w:after="20" w:line="276" w:lineRule="auto"/>
            </w:pPr>
            <w:r>
              <w:rPr>
                <w:rFonts w:ascii="宋体" w:hAnsi="宋体" w:eastAsia="宋体"/>
                <w:b w:val="0"/>
                <w:sz w:val="18"/>
              </w:rPr>
              <w:t>4．完成教科书P61“练习十二”第7题。</w:t>
            </w:r>
          </w:p>
        </w:tc>
        <w:tc>
          <w:tcPr>
            <w:tcW w:type="dxa" w:w="3061"/>
          </w:tcPr>
          <w:p>
            <w:pPr>
              <w:spacing w:after="20" w:line="276" w:lineRule="auto"/>
            </w:pPr>
            <w:r/>
            <w:r>
              <w:rPr>
                <w:rFonts w:ascii="宋体" w:hAnsi="宋体" w:eastAsia="宋体"/>
                <w:b w:val="0"/>
                <w:sz w:val="18"/>
              </w:rPr>
              <w:t>学生独立在教科书上完成，指名学生回答，全班集体交流。</w:t>
            </w:r>
          </w:p>
          <w:p>
            <w:pPr>
              <w:spacing w:after="20" w:line="276" w:lineRule="auto"/>
            </w:pPr>
            <w:r>
              <w:rPr>
                <w:rFonts w:ascii="宋体" w:hAnsi="宋体" w:eastAsia="宋体"/>
                <w:b w:val="0"/>
                <w:sz w:val="18"/>
              </w:rPr>
              <w:t>学生独立解答后全班交流，引导学生进一步辨析面积和周长，发现不同剪法中的规律。</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通过有层次的练习及时反馈学情，巩固新知，培养学生灵活运用知识解决问题的能力，核心问题："从文字和情境图中，你能获取什么信息？那么该如何计算这个标志牌的面积呢？"</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以计算正方形的面积为载体，让学生通过知识迁移的方法，自主推导出平方厘米与平方分米、平方米和平方分米间的关系，理解相邻两个面积单位间的进率。在掌握知识的同时发展推理意识，理解数学的本质。</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面积单位间的进率</w:t>
      </w:r>
    </w:p>
    <w:p>
      <w:pPr>
        <w:spacing w:after="40" w:line="300" w:lineRule="auto"/>
      </w:pPr>
      <w:r>
        <w:rPr>
          <w:rFonts w:ascii="宋体" w:hAnsi="宋体" w:eastAsia="宋体"/>
          <w:b w:val="0"/>
          <w:sz w:val="20"/>
        </w:rPr>
        <w:t>1平方分米＝100平方厘米</w:t>
      </w:r>
    </w:p>
    <w:p>
      <w:pPr>
        <w:spacing w:after="40" w:line="300" w:lineRule="auto"/>
      </w:pPr>
      <w:r>
        <w:rPr>
          <w:rFonts w:ascii="宋体" w:hAnsi="宋体" w:eastAsia="宋体"/>
          <w:b w:val="0"/>
          <w:sz w:val="20"/>
        </w:rPr>
        <w:t>1平方米＝100平方分米</w:t>
      </w:r>
    </w:p>
    <w:p>
      <w:pPr>
        <w:spacing w:after="40" w:line="300" w:lineRule="auto"/>
      </w:pPr>
      <w:r>
        <w:rPr>
          <w:rFonts w:ascii="宋体" w:hAnsi="宋体" w:eastAsia="宋体"/>
          <w:b w:val="0"/>
          <w:sz w:val="20"/>
        </w:rPr>
        <w:t>1平方米＝10000平方厘米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教科书P58～59例3及“做一做”，教科书P60～61“练习十二”第2，6，7题。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【原教学设计反思（供参考）】本节课教学主要采用摆一摆、迁移类推等形式来进行，让学生经历探究面积单位间进率的过程，鼓励学生大胆猜想、验证得出结论，帮学生树立自信心，提高他们解决问题的能力。</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整理和复习</w:t>
            </w:r>
          </w:p>
        </w:tc>
        <w:tc>
          <w:tcPr>
            <w:tcW w:type="dxa" w:w="6009"/>
          </w:tcPr>
          <w:p>
            <w:pPr>
              <w:spacing w:after="20" w:line="276" w:lineRule="auto"/>
            </w:pPr>
            <w:r/>
            <w:r>
              <w:rPr>
                <w:rFonts w:ascii="宋体" w:hAnsi="宋体" w:eastAsia="宋体"/>
                <w:b w:val="0"/>
                <w:sz w:val="20"/>
              </w:rPr>
              <w:t>第4单元 图形的面积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在之前的学习中，学生已经掌握了长方形和正方形的特征，并会计算长方形和正方形的周长。本单元是学生第一次学习“二维计量”，从学习长度到学习面积，是空间形式认识发展上的一次飞跃，对于面积概念的真正理解会存在一定的困难，尤其是容易与周长的概念相混淆。在建立面积概念的初始阶段，要通过操作活动帮助学生加以区别。另外学生对面积单位之间的进率与长度单位之间的进率也易混淆，要注意引导学生加以辨析。</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教学内容：教科书P62整理和复习及P63～64“练习十三”第1～7题。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复习本单元的学习内容，理解面积和周长、长度单位和面积单位的区别与联系，知道测量面积和测量长度都是用标准单位去测量，都是标准单位的累计。图形的周长用长度单位度量，图形的面积要用面积单位度量。</w:t>
      </w:r>
    </w:p>
    <w:p>
      <w:pPr>
        <w:spacing w:after="20" w:line="300" w:lineRule="auto"/>
        <w:ind w:firstLine="400"/>
      </w:pPr>
      <w:r>
        <w:rPr>
          <w:rFonts w:ascii="宋体" w:hAnsi="宋体" w:eastAsia="宋体"/>
          <w:b w:val="0"/>
          <w:sz w:val="20"/>
        </w:rPr>
        <w:t>（2）进一步掌握和运用长方形、正方形的面积计算公式和周长计算公式解决问题。</w:t>
      </w:r>
    </w:p>
    <w:p>
      <w:pPr>
        <w:spacing w:after="20" w:line="300" w:lineRule="auto"/>
        <w:ind w:firstLine="400"/>
      </w:pPr>
      <w:r>
        <w:rPr>
          <w:rFonts w:ascii="宋体" w:hAnsi="宋体" w:eastAsia="宋体"/>
          <w:b w:val="0"/>
          <w:sz w:val="20"/>
        </w:rPr>
        <w:t>（3）进一步熟悉面积单位，能熟练地进行面积单位间的换算。</w:t>
      </w:r>
    </w:p>
    <w:p>
      <w:pPr>
        <w:spacing w:after="20" w:line="300" w:lineRule="auto"/>
      </w:pPr>
      <w:r>
        <w:rPr>
          <w:rFonts w:ascii="宋体" w:hAnsi="宋体" w:eastAsia="宋体"/>
          <w:b w:val="0"/>
          <w:sz w:val="20"/>
        </w:rPr>
        <w:t>教学重点：整理图形的面积的各知识点，建构知识体系。</w:t>
      </w:r>
    </w:p>
    <w:p>
      <w:pPr>
        <w:spacing w:after="20" w:line="300" w:lineRule="auto"/>
      </w:pPr>
      <w:r>
        <w:rPr>
          <w:rFonts w:ascii="宋体" w:hAnsi="宋体" w:eastAsia="宋体"/>
          <w:b w:val="0"/>
          <w:sz w:val="20"/>
        </w:rPr>
        <w:t>教学难点：进一步理解周长与面积的内涵，知道它们之间的区别与联系。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前几节课中我们一直在学习与面积有关的内容，能说说你们学到了哪些知识吗？；这些知识点之间有怎样的联系呢？图形的面积与周长又有怎样的联系与区别呢？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二、自主建构“知识结构图”　　1.学生独立建构。</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刚才同学们对本单元的知识进行了回顾，你能用自己的方式将本单元的知识结构呈现出来吗？；本单元的学习内容中，你们认为哪个知识点是核心？</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三、沟通图形的周长与面积的关系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关于封闭图形，除了计量它的面积，还学习过它的周长。你们认为图形的周长和面积有什么区别与联系？；周长指物体表面或者封闭图形一周的长度，面积指物体表面或者封闭图形的大小(板书)。思考一下，是不是周长越长的图形面积越大？</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五、巩固练习，查漏补缺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同学们，通过本节课的整理和复习，你们有哪些新的收获呢？你还有什么问题吗？</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师：前几节课中我们一直在学习与面积有关的内容，能说说你们学到了哪些知识吗？</w:t>
            </w:r>
          </w:p>
          <w:p>
            <w:pPr>
              <w:spacing w:after="20" w:line="276" w:lineRule="auto"/>
            </w:pPr>
            <w:r>
              <w:rPr>
                <w:rFonts w:ascii="宋体" w:hAnsi="宋体" w:eastAsia="宋体"/>
                <w:b w:val="0"/>
                <w:sz w:val="18"/>
              </w:rPr>
              <w:t>师：这些知识点之间有怎样的联系呢？图形的面积与周长又有怎样的联系与区别呢？本节课我们进行整理。(板书课题：整理和复习)</w:t>
            </w:r>
          </w:p>
        </w:tc>
        <w:tc>
          <w:tcPr>
            <w:tcW w:type="dxa" w:w="3061"/>
          </w:tcPr>
          <w:p>
            <w:pPr>
              <w:spacing w:after="20" w:line="276" w:lineRule="auto"/>
            </w:pPr>
            <w:r/>
            <w:r>
              <w:rPr>
                <w:rFonts w:ascii="宋体" w:hAnsi="宋体" w:eastAsia="宋体"/>
                <w:b w:val="0"/>
                <w:sz w:val="18"/>
              </w:rPr>
              <w:t>学生汇报，集体梳理。</w:t>
            </w:r>
          </w:p>
          <w:p>
            <w:pPr>
              <w:spacing w:after="20" w:line="276" w:lineRule="auto"/>
            </w:pPr>
            <w:r>
              <w:rPr>
                <w:rFonts w:ascii="宋体" w:hAnsi="宋体" w:eastAsia="宋体"/>
                <w:b w:val="0"/>
                <w:sz w:val="18"/>
              </w:rPr>
              <w:t>学生能按知识点说出本单元的学习内容，但不一定能将各知识点联系起来。</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创设情境激活学生已有经验，自然引出本课学习内容，激发学习兴趣，核心问题："前几节课中我们一直在学习与面积有关的内容，能说说你们学到了哪些知识吗？"</w:t>
            </w:r>
          </w:p>
        </w:tc>
      </w:tr>
      <w:tr>
        <w:tc>
          <w:tcPr>
            <w:tcW w:type="dxa" w:w="1474"/>
          </w:tcPr>
          <w:p>
            <w:pPr>
              <w:spacing w:after="20" w:line="276" w:lineRule="auto"/>
            </w:pPr>
            <w:r>
              <w:rPr>
                <w:b/>
              </w:rPr>
            </w:r>
            <w:r>
              <w:rPr>
                <w:rFonts w:ascii="宋体" w:hAnsi="宋体" w:eastAsia="宋体"/>
                <w:b/>
                <w:sz w:val="18"/>
              </w:rPr>
              <w:t>二、自主建构“知识结构图”　　1.学生独立建构。</w:t>
            </w:r>
          </w:p>
        </w:tc>
        <w:tc>
          <w:tcPr>
            <w:tcW w:type="dxa" w:w="3061"/>
          </w:tcPr>
          <w:p>
            <w:pPr>
              <w:spacing w:after="20" w:line="276" w:lineRule="auto"/>
            </w:pPr>
            <w:r/>
            <w:r>
              <w:rPr>
                <w:rFonts w:ascii="宋体" w:hAnsi="宋体" w:eastAsia="宋体"/>
                <w:b w:val="0"/>
                <w:sz w:val="18"/>
              </w:rPr>
              <w:t>师：刚才同学们对本单元的知识进行了回顾，你能用自己的方式将本单元的知识结构呈现出来吗？</w:t>
            </w:r>
          </w:p>
          <w:p>
            <w:pPr>
              <w:spacing w:after="20" w:line="276" w:lineRule="auto"/>
            </w:pPr>
            <w:r>
              <w:rPr>
                <w:rFonts w:ascii="宋体" w:hAnsi="宋体" w:eastAsia="宋体"/>
                <w:b w:val="0"/>
                <w:sz w:val="18"/>
              </w:rPr>
              <w:t>2．展示交流，完善体系。</w:t>
            </w:r>
          </w:p>
          <w:p>
            <w:pPr>
              <w:spacing w:after="20" w:line="276" w:lineRule="auto"/>
            </w:pPr>
            <w:r>
              <w:rPr>
                <w:rFonts w:ascii="宋体" w:hAnsi="宋体" w:eastAsia="宋体"/>
                <w:b w:val="0"/>
                <w:sz w:val="18"/>
              </w:rPr>
              <w:t>师：本单元的学习内容中，你们认为哪个知识点是核心？</w:t>
            </w:r>
          </w:p>
          <w:p>
            <w:pPr>
              <w:spacing w:after="20" w:line="276" w:lineRule="auto"/>
            </w:pPr>
            <w:r>
              <w:rPr>
                <w:rFonts w:ascii="宋体" w:hAnsi="宋体" w:eastAsia="宋体"/>
                <w:b w:val="0"/>
                <w:sz w:val="18"/>
              </w:rPr>
              <w:t>引导学生明白面积的概念是本单元的核心。(板书：面积)</w:t>
            </w:r>
          </w:p>
          <w:p>
            <w:pPr>
              <w:spacing w:after="20" w:line="276" w:lineRule="auto"/>
            </w:pPr>
            <w:r>
              <w:rPr>
                <w:rFonts w:ascii="宋体" w:hAnsi="宋体" w:eastAsia="宋体"/>
                <w:b w:val="0"/>
                <w:sz w:val="18"/>
              </w:rPr>
              <w:t>师：围绕面积的概念，需要哪些知识点来支撑？</w:t>
            </w:r>
          </w:p>
          <w:p>
            <w:pPr>
              <w:spacing w:after="20" w:line="276" w:lineRule="auto"/>
            </w:pPr>
            <w:r>
              <w:rPr>
                <w:rFonts w:ascii="宋体" w:hAnsi="宋体" w:eastAsia="宋体"/>
                <w:b w:val="0"/>
                <w:sz w:val="18"/>
              </w:rPr>
              <w:t>师：面积是表示物体表面或封闭图形大小的量，既然是量，肯定需要有单位来计量。所以需要学习面积的计量单位。(板书：平方厘米、平方分米、平方米)</w:t>
            </w:r>
          </w:p>
          <w:p>
            <w:pPr>
              <w:spacing w:after="20" w:line="276" w:lineRule="auto"/>
            </w:pPr>
            <w:r>
              <w:rPr>
                <w:rFonts w:ascii="宋体" w:hAnsi="宋体" w:eastAsia="宋体"/>
                <w:b w:val="0"/>
                <w:sz w:val="18"/>
              </w:rPr>
              <w:t>师：这些单位间的进率是多少？</w:t>
            </w:r>
          </w:p>
          <w:p>
            <w:pPr>
              <w:spacing w:after="20" w:line="276" w:lineRule="auto"/>
            </w:pPr>
            <w:r>
              <w:rPr>
                <w:rFonts w:ascii="宋体" w:hAnsi="宋体" w:eastAsia="宋体"/>
                <w:b w:val="0"/>
                <w:sz w:val="18"/>
              </w:rPr>
              <w:t>根据学生的回答，适时板书：单位间的进率100。</w:t>
            </w:r>
          </w:p>
          <w:p>
            <w:pPr>
              <w:spacing w:after="20" w:line="276" w:lineRule="auto"/>
            </w:pPr>
            <w:r>
              <w:rPr>
                <w:rFonts w:ascii="宋体" w:hAnsi="宋体" w:eastAsia="宋体"/>
                <w:b w:val="0"/>
                <w:sz w:val="18"/>
              </w:rPr>
              <w:t>师：本单元我们学习了哪些图形的面积计算方法？</w:t>
            </w:r>
          </w:p>
          <w:p>
            <w:pPr>
              <w:spacing w:after="20" w:line="276" w:lineRule="auto"/>
            </w:pPr>
            <w:r>
              <w:rPr>
                <w:rFonts w:ascii="宋体" w:hAnsi="宋体" w:eastAsia="宋体"/>
                <w:b w:val="0"/>
                <w:sz w:val="18"/>
              </w:rPr>
              <w:t>根据学生的回答板书：长方形的面积＝长×宽，正方形的面积＝边长×边长。</w:t>
            </w:r>
          </w:p>
          <w:p>
            <w:pPr>
              <w:spacing w:after="20" w:line="276" w:lineRule="auto"/>
            </w:pPr>
            <w:r>
              <w:rPr>
                <w:rFonts w:ascii="宋体" w:hAnsi="宋体" w:eastAsia="宋体"/>
                <w:b w:val="0"/>
                <w:sz w:val="18"/>
              </w:rPr>
              <w:t>师：同学们看看自己的“知识结构图”，本单元的知识点都记录了吗？你的图中能看出各知识点之间的联系吗？请同桌之间相互看看，再自己完善。</w:t>
            </w:r>
          </w:p>
        </w:tc>
        <w:tc>
          <w:tcPr>
            <w:tcW w:type="dxa" w:w="3061"/>
          </w:tcPr>
          <w:p>
            <w:pPr>
              <w:spacing w:after="20" w:line="276" w:lineRule="auto"/>
            </w:pPr>
            <w:r/>
            <w:r>
              <w:rPr>
                <w:rFonts w:ascii="宋体" w:hAnsi="宋体" w:eastAsia="宋体"/>
                <w:b w:val="0"/>
                <w:sz w:val="18"/>
              </w:rPr>
              <w:t>学生独立建构知识结构图，教师巡视，个别指导。</w:t>
            </w:r>
          </w:p>
          <w:p>
            <w:pPr>
              <w:spacing w:after="20" w:line="276" w:lineRule="auto"/>
            </w:pPr>
            <w:r>
              <w:rPr>
                <w:rFonts w:ascii="宋体" w:hAnsi="宋体" w:eastAsia="宋体"/>
                <w:b w:val="0"/>
                <w:sz w:val="18"/>
              </w:rPr>
              <w:t>大部分学生能列出本单元的知识，但是难以形成知识体系。</w:t>
            </w:r>
          </w:p>
          <w:p>
            <w:pPr>
              <w:spacing w:after="20" w:line="276" w:lineRule="auto"/>
            </w:pPr>
            <w:r>
              <w:rPr>
                <w:rFonts w:ascii="宋体" w:hAnsi="宋体" w:eastAsia="宋体"/>
                <w:b w:val="0"/>
                <w:sz w:val="18"/>
              </w:rPr>
              <w:t>众说纷纭，不一定把握本单元的核心。</w:t>
            </w:r>
          </w:p>
          <w:p>
            <w:pPr>
              <w:spacing w:after="20" w:line="276" w:lineRule="auto"/>
            </w:pPr>
            <w:r>
              <w:rPr>
                <w:rFonts w:ascii="宋体" w:hAnsi="宋体" w:eastAsia="宋体"/>
                <w:b w:val="0"/>
                <w:sz w:val="18"/>
              </w:rPr>
              <w:t>学生自主发言，教师引导。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设计递进式探究活动，引导学生在动手实践与合作交流中经历知识形成过程，突破本课重难点，核心问题："刚才同学们对本单元的知识进行了回顾，你能用自己的方式将本单元的知识结构呈现出来吗？"</w:t>
            </w:r>
          </w:p>
        </w:tc>
      </w:tr>
      <w:tr>
        <w:tc>
          <w:tcPr>
            <w:tcW w:type="dxa" w:w="1474"/>
          </w:tcPr>
          <w:p>
            <w:pPr>
              <w:spacing w:after="20" w:line="276" w:lineRule="auto"/>
            </w:pPr>
            <w:r>
              <w:rPr>
                <w:b/>
              </w:rPr>
            </w:r>
            <w:r>
              <w:rPr>
                <w:rFonts w:ascii="宋体" w:hAnsi="宋体" w:eastAsia="宋体"/>
                <w:b/>
                <w:sz w:val="18"/>
              </w:rPr>
              <w:t>三、沟通图形的周长与面积的关系</w:t>
            </w:r>
          </w:p>
        </w:tc>
        <w:tc>
          <w:tcPr>
            <w:tcW w:type="dxa" w:w="3061"/>
          </w:tcPr>
          <w:p>
            <w:pPr>
              <w:spacing w:after="20" w:line="276" w:lineRule="auto"/>
            </w:pPr>
            <w:r/>
            <w:r>
              <w:rPr>
                <w:rFonts w:ascii="宋体" w:hAnsi="宋体" w:eastAsia="宋体"/>
                <w:b w:val="0"/>
                <w:sz w:val="18"/>
              </w:rPr>
              <w:t>师：关于封闭图形，除了计量它的面积，还学习过它的周长。你们认为图形的周长和面积有什么区别与联系？</w:t>
            </w:r>
          </w:p>
          <w:p>
            <w:pPr>
              <w:spacing w:after="20" w:line="276" w:lineRule="auto"/>
            </w:pPr>
            <w:r>
              <w:rPr>
                <w:rFonts w:ascii="宋体" w:hAnsi="宋体" w:eastAsia="宋体"/>
                <w:b w:val="0"/>
                <w:sz w:val="18"/>
              </w:rPr>
              <w:t>师：周长指物体表面或者封闭图形一周的长度，面积指物体表面或者封闭图形的大小(板书)。思考一下，是不是周长越长的图形面积越大？</w:t>
            </w:r>
          </w:p>
          <w:p>
            <w:pPr>
              <w:spacing w:after="20" w:line="276" w:lineRule="auto"/>
            </w:pPr>
            <w:r>
              <w:rPr>
                <w:rFonts w:ascii="宋体" w:hAnsi="宋体" w:eastAsia="宋体"/>
                <w:b w:val="0"/>
                <w:sz w:val="18"/>
              </w:rPr>
              <w:t>师：计量周长用什么单位？计量面积用什么单位？</w:t>
            </w:r>
          </w:p>
          <w:p>
            <w:pPr>
              <w:spacing w:after="20" w:line="276" w:lineRule="auto"/>
            </w:pPr>
            <w:r>
              <w:rPr>
                <w:rFonts w:ascii="宋体" w:hAnsi="宋体" w:eastAsia="宋体"/>
                <w:b w:val="0"/>
                <w:sz w:val="18"/>
              </w:rPr>
              <w:t>师：计量周长和计量面积有相同的地方吗？</w:t>
            </w:r>
          </w:p>
          <w:p>
            <w:pPr>
              <w:spacing w:after="20" w:line="276" w:lineRule="auto"/>
            </w:pPr>
            <w:r>
              <w:rPr>
                <w:rFonts w:ascii="宋体" w:hAnsi="宋体" w:eastAsia="宋体"/>
                <w:b w:val="0"/>
                <w:sz w:val="18"/>
              </w:rPr>
              <w:t>师：虽然周长和面积用的计量单位不同，但是它们都是用标准单位去测量。(适时板书)</w:t>
            </w:r>
          </w:p>
          <w:p>
            <w:pPr>
              <w:spacing w:after="20" w:line="276" w:lineRule="auto"/>
            </w:pPr>
            <w:r>
              <w:rPr>
                <w:rFonts w:ascii="宋体" w:hAnsi="宋体" w:eastAsia="宋体"/>
                <w:b w:val="0"/>
                <w:sz w:val="18"/>
              </w:rPr>
              <w:t>四、拓展提升，发现规律　　师：对于相同周长的封闭图形，它们之间有规律吗？有怎样的规律呢？我们一起来探究。</w:t>
            </w:r>
          </w:p>
          <w:p>
            <w:pPr>
              <w:spacing w:after="20" w:line="276" w:lineRule="auto"/>
            </w:pPr>
            <w:r>
              <w:rPr>
                <w:rFonts w:ascii="宋体" w:hAnsi="宋体" w:eastAsia="宋体"/>
                <w:b w:val="0"/>
                <w:sz w:val="18"/>
              </w:rPr>
              <w:t>课件出示教科书P64“练习十三”第7题。</w:t>
            </w:r>
          </w:p>
          <w:p>
            <w:pPr>
              <w:spacing w:after="20" w:line="276" w:lineRule="auto"/>
            </w:pPr>
            <w:r>
              <w:rPr>
                <w:rFonts w:ascii="宋体" w:hAnsi="宋体" w:eastAsia="宋体"/>
                <w:b w:val="0"/>
                <w:sz w:val="18"/>
              </w:rPr>
              <w:t>师小结：周长一定的长方形，长和宽的差越小，面积越大。周长相同时，正方形的面积最大。</w:t>
            </w:r>
          </w:p>
        </w:tc>
        <w:tc>
          <w:tcPr>
            <w:tcW w:type="dxa" w:w="3061"/>
          </w:tcPr>
          <w:p>
            <w:pPr>
              <w:spacing w:after="20" w:line="276" w:lineRule="auto"/>
            </w:pPr>
            <w:r/>
            <w:r>
              <w:rPr>
                <w:rFonts w:ascii="宋体" w:hAnsi="宋体" w:eastAsia="宋体"/>
                <w:b w:val="0"/>
                <w:sz w:val="18"/>
              </w:rPr>
              <w:t>学生能表述周长和面积的概念，知道区别，但是不能准确说出联系。</w:t>
            </w:r>
          </w:p>
          <w:p>
            <w:pPr>
              <w:spacing w:after="20" w:line="276" w:lineRule="auto"/>
            </w:pPr>
            <w:r>
              <w:rPr>
                <w:rFonts w:ascii="宋体" w:hAnsi="宋体" w:eastAsia="宋体"/>
                <w:b w:val="0"/>
                <w:sz w:val="18"/>
              </w:rPr>
              <w:t>学生很容易错误地认为，周长越长的图形面积就越大。教师通过举反例，让学生感受到，两者之间没有必然联系。</w:t>
            </w:r>
          </w:p>
          <w:p>
            <w:pPr>
              <w:spacing w:after="20" w:line="276" w:lineRule="auto"/>
            </w:pPr>
            <w:r>
              <w:rPr>
                <w:rFonts w:ascii="宋体" w:hAnsi="宋体" w:eastAsia="宋体"/>
                <w:b w:val="0"/>
                <w:sz w:val="18"/>
              </w:rPr>
              <w:t>计量周长一般用“厘米、分米、米”；计量面积一般用“平方厘米、平方分米、平方米”。(适时板书)</w:t>
            </w:r>
          </w:p>
          <w:p>
            <w:pPr>
              <w:spacing w:after="20" w:line="276" w:lineRule="auto"/>
            </w:pPr>
            <w:r>
              <w:rPr>
                <w:rFonts w:ascii="宋体" w:hAnsi="宋体" w:eastAsia="宋体"/>
                <w:b w:val="0"/>
                <w:sz w:val="18"/>
              </w:rPr>
              <w:t>学生知道都有计量单位，很难想到“标准单位”和“累计”，需要教师引导。</w:t>
            </w:r>
          </w:p>
          <w:p>
            <w:pPr>
              <w:spacing w:after="20" w:line="276" w:lineRule="auto"/>
            </w:pPr>
            <w:r>
              <w:rPr>
                <w:rFonts w:ascii="宋体" w:hAnsi="宋体" w:eastAsia="宋体"/>
                <w:b w:val="0"/>
                <w:sz w:val="18"/>
              </w:rPr>
              <w:t>学生自主完成，再展示交流。</w:t>
            </w:r>
          </w:p>
        </w:tc>
        <w:tc>
          <w:tcPr>
            <w:tcW w:type="dxa" w:w="1814"/>
          </w:tcPr>
          <w:p>
            <w:pPr>
              <w:spacing w:after="20" w:line="276" w:lineRule="auto"/>
            </w:pPr>
            <w:r/>
            <w:r>
              <w:rPr>
                <w:rFonts w:ascii="宋体" w:hAnsi="宋体" w:eastAsia="宋体"/>
                <w:b w:val="0"/>
                <w:sz w:val="18"/>
              </w:rPr>
              <w:t>围绕环节目标组织学习活动，引导学生主动参与、积极思考，核心问题："关于封闭图形，除了计量它的面积，还学习过它的周长。你们认为图形的周长和面积有什么区别与联系？"</w:t>
            </w:r>
          </w:p>
        </w:tc>
      </w:tr>
      <w:tr>
        <w:tc>
          <w:tcPr>
            <w:tcW w:type="dxa" w:w="1474"/>
          </w:tcPr>
          <w:p>
            <w:pPr>
              <w:spacing w:after="20" w:line="276" w:lineRule="auto"/>
            </w:pPr>
            <w:r>
              <w:rPr>
                <w:b/>
              </w:rPr>
            </w:r>
            <w:r>
              <w:rPr>
                <w:rFonts w:ascii="宋体" w:hAnsi="宋体" w:eastAsia="宋体"/>
                <w:b/>
                <w:sz w:val="18"/>
              </w:rPr>
              <w:t>五、巩固练习，查漏补缺</w:t>
            </w:r>
          </w:p>
        </w:tc>
        <w:tc>
          <w:tcPr>
            <w:tcW w:type="dxa" w:w="3061"/>
          </w:tcPr>
          <w:p>
            <w:pPr>
              <w:spacing w:after="20" w:line="276" w:lineRule="auto"/>
            </w:pPr>
            <w:r/>
            <w:r>
              <w:rPr>
                <w:rFonts w:ascii="宋体" w:hAnsi="宋体" w:eastAsia="宋体"/>
                <w:b w:val="0"/>
                <w:sz w:val="18"/>
              </w:rPr>
              <w:t>1.完成教科书P63“练习十三”第1，2，6题。</w:t>
            </w:r>
          </w:p>
          <w:p>
            <w:pPr>
              <w:spacing w:after="20" w:line="276" w:lineRule="auto"/>
            </w:pPr>
            <w:r>
              <w:rPr>
                <w:rFonts w:ascii="宋体" w:hAnsi="宋体" w:eastAsia="宋体"/>
                <w:b w:val="0"/>
                <w:sz w:val="18"/>
              </w:rPr>
              <w:t>2．完成教科书P63“练习十三”第3～5题。</w:t>
            </w:r>
          </w:p>
          <w:p>
            <w:pPr>
              <w:spacing w:after="20" w:line="276" w:lineRule="auto"/>
            </w:pPr>
            <w:r>
              <w:rPr>
                <w:rFonts w:ascii="宋体" w:hAnsi="宋体" w:eastAsia="宋体"/>
                <w:b w:val="0"/>
                <w:sz w:val="18"/>
              </w:rPr>
              <w:t>(1)学生独立解答，教师巡视，发现问题。</w:t>
            </w:r>
          </w:p>
          <w:p>
            <w:pPr>
              <w:spacing w:after="20" w:line="276" w:lineRule="auto"/>
            </w:pPr>
            <w:r>
              <w:rPr>
                <w:rFonts w:ascii="宋体" w:hAnsi="宋体" w:eastAsia="宋体"/>
                <w:b w:val="0"/>
                <w:sz w:val="18"/>
              </w:rPr>
              <w:t>(2)展示交流。引导学生分析题中的信息，找出数量关系。</w:t>
            </w:r>
          </w:p>
        </w:tc>
        <w:tc>
          <w:tcPr>
            <w:tcW w:type="dxa" w:w="3061"/>
          </w:tcPr>
          <w:p>
            <w:pPr>
              <w:spacing w:after="20" w:line="276" w:lineRule="auto"/>
            </w:pPr>
            <w:r/>
            <w:r>
              <w:rPr>
                <w:rFonts w:ascii="宋体" w:hAnsi="宋体" w:eastAsia="宋体"/>
                <w:b w:val="0"/>
                <w:sz w:val="18"/>
              </w:rPr>
              <w:t>学生在教科书上独立完成后，全班集中评价。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师：同学们，通过本节课的整理和复习，你们有哪些新的收获呢？你还有什么问题吗？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前面学生已经掌握了本单元的各知识点，整理和复习主要是通过问题驱动，引导学生建构知识联系，将零星的知识点串成串。在分享辨析中理解本单元内容之间的内在联系，及面积与周长的区别与联系，从而形成知识体系。</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教科书P62整理和复习及P63～64“练习十三”第1～7题。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会自主建构知识结构图，对本单元的知识点也掌握得非常好。在教学时，要引导学生充分交流，在交流的基础上理解各知识点之间的联系。练习中的实际问题，需要综合运用所学知识解决。由于课堂上的时间有限，对于复杂的问题，没有给予足够的时间去讨论、探究，少部分学生对掌握这些知识还存在问题。为了让这部分学生更好地巩固这些知识，课后应进一步安排一些有针对性的练习。</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