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人教版二年级数学上册</w:t>
      </w:r>
    </w:p>
    <w:p>
      <w:pPr>
        <w:spacing w:after="80" w:line="300" w:lineRule="auto"/>
        <w:jc w:val="center"/>
      </w:pPr>
      <w:r>
        <w:rPr>
          <w:rFonts w:ascii="黑体" w:hAnsi="黑体" w:eastAsia="黑体"/>
          <w:b/>
          <w:sz w:val="26"/>
        </w:rPr>
        <w:t>第1单元 分类与整理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第1单元 分类与整理</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统计与概率</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3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分类是整理和描述数据的基础。本单元由单一标准分类和不同标准分类以及逐层分类这三个部分构成。单一标准分类主要通过让学生经历气球分类的过程，感受到分类是需要一个标准的，也就是按给定标准分类计数，并体会到分类在生活中的作用。不同标准分类，一方面，巩固分类需要确定一个标准；另一方面，体会分类标准的多样化。逐层分类，学生感受到了更细致的分类标准。通过不同的活动，让学生初步体会到分类的必要性，初步掌握分类的方法，要求学生在分类的基础上，用自己的方式呈现整理的结果，为后面正式学习统计图和统计表打下了基础。</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在学习本单元新知识之前，学生都有过整理自己书包、房间内一些东西的经历，对日常生活中的分类有了初步的认识。这些事物同时又是学生十分熟悉和感兴趣的，在教学时能产生良好的效果。但学生对于“分类”的概念和标准比较模糊，有些学生虽然学会了，但讲不清依据，教师应给予帮助。同时，根据学生已有的生活经验和本单元的学习，培养学生分类整理数据的能力。</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数据意识：会对物体、图形或数据进行分类，初步了解分类和分类标准的关系，感知事物的共性和差异。</w:t>
      </w:r>
    </w:p>
    <w:p>
      <w:pPr>
        <w:spacing w:after="40" w:line="300" w:lineRule="auto"/>
        <w:ind w:firstLine="400"/>
      </w:pPr>
      <w:r>
        <w:rPr>
          <w:rFonts w:ascii="宋体" w:hAnsi="宋体" w:eastAsia="宋体"/>
          <w:b w:val="0"/>
          <w:sz w:val="20"/>
        </w:rPr>
        <w:t>应用意识：能依据事物特性，按照一定的标准，简单描述分类的过程。能发现事物的特征，制定分类标准，并依据标准对事物进行分类。</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第1课时：根据给定的标准进行分类，掌握分类的方法，初步感知分类的意义。</w:t>
      </w:r>
    </w:p>
    <w:p>
      <w:pPr>
        <w:spacing w:after="20" w:line="300" w:lineRule="auto"/>
        <w:ind w:firstLine="400"/>
      </w:pPr>
      <w:r>
        <w:rPr>
          <w:rFonts w:ascii="宋体" w:hAnsi="宋体" w:eastAsia="宋体"/>
          <w:b w:val="0"/>
          <w:sz w:val="20"/>
        </w:rPr>
        <w:t>第2课时：学会按不同的标准或选择某个标准对物体进行分类，体验分类结果在不同标准下的多样性，感知分类的实际意义。</w:t>
      </w:r>
    </w:p>
    <w:p>
      <w:pPr>
        <w:spacing w:after="20" w:line="300" w:lineRule="auto"/>
        <w:ind w:firstLine="400"/>
      </w:pPr>
      <w:r>
        <w:rPr>
          <w:rFonts w:ascii="宋体" w:hAnsi="宋体" w:eastAsia="宋体"/>
          <w:b w:val="0"/>
          <w:sz w:val="20"/>
        </w:rPr>
        <w:t>第3课时：学生能理解分类的意义，掌握按形状、颜色、扣眼数量等标准分类的方法，能清晰表述分类过程与结果，体会分类标准的多样性。</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为学生提供充分的数学活动和交流的机会，使学生从中体会到分类的意义。鼓励学生在活动中学会物品的简单分类，学生参与活动时，教师应有针对性地进行辅导，在展示交流时，要将每一种呈现方式进一步规范。</w:t>
      </w:r>
    </w:p>
    <w:p>
      <w:pPr>
        <w:spacing w:after="20" w:line="300" w:lineRule="auto"/>
      </w:pPr>
      <w:r>
        <w:rPr>
          <w:rFonts w:ascii="宋体" w:hAnsi="宋体" w:eastAsia="宋体"/>
          <w:b w:val="0"/>
          <w:sz w:val="20"/>
        </w:rPr>
        <w:t>● 要重视学生的经验和体验，紧密结合学生的生活设计学习素材。在教学引入时，应注意由熟悉的情境引入，突出分类的实际需要；其次，可结合学生的日常生活组织分类活动，让学生感受分类在生活中的作用，建立分类思想；最后，教学中要结合具体情境强调分类结果正确的重要性，同时要将分类结果的呈现方式由实物逐渐过渡到图表。</w:t>
      </w:r>
    </w:p>
    <w:p>
      <w:pPr>
        <w:spacing w:after="20" w:line="300" w:lineRule="auto"/>
      </w:pPr>
      <w:r>
        <w:rPr>
          <w:rFonts w:ascii="宋体" w:hAnsi="宋体" w:eastAsia="宋体"/>
          <w:b w:val="0"/>
          <w:sz w:val="20"/>
        </w:rPr>
        <w:t>● 对学生不同标准的分法，在给予肯定的同时要注意引导，突出分类的实际意义。首先，因为学生的知识经验不同，对问题的理解和看法也会千差万别，选择的标准往往不同，所以对于学生对所选标准所作出的解释，合理的应当予以肯定。但不要过多引导学生找不同的标准，否则会使分类失去意义。其次，在结合生活实际分类时，要注意突出分类的实际意义。在分类的过程中，应引导学生理解分类的实际需要是什么，再根据实际需要选择标准。</w:t>
      </w:r>
    </w:p>
    <w:p>
      <w:pPr>
        <w:spacing w:after="20" w:line="300" w:lineRule="auto"/>
      </w:pPr>
      <w:r>
        <w:rPr>
          <w:rFonts w:ascii="宋体" w:hAnsi="宋体" w:eastAsia="宋体"/>
          <w:b w:val="0"/>
          <w:sz w:val="20"/>
        </w:rPr>
        <w:t>● 从解决问题入手，让学生经历完整的解决问题的过程，在操作中体验数据的分析与整理，联系实际从生活中学。教学中，可以通过对比分析，使学生认识到分类标准不同，分类结果可能不同，从而体会分类结果在不同标准下的多样性。</w:t>
      </w:r>
    </w:p>
    <w:p>
      <w:pPr>
        <w:spacing w:after="20" w:line="300" w:lineRule="auto"/>
      </w:pPr>
      <w:r>
        <w:rPr>
          <w:rFonts w:ascii="宋体" w:hAnsi="宋体" w:eastAsia="宋体"/>
          <w:b w:val="0"/>
          <w:sz w:val="20"/>
        </w:rPr>
        <w:t>分类思想：学生能根据给定的标准或自己选定的标准进行分类。</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分类与整理(1)</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根据给定的标准进行分类，掌握分类的方法，初步感知分类的意义。</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分类与整理(2)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学会按不同的标准或选择某个标准对物体进行分类，体验分类结果在不同标准下的多样性，感知分类的实际意义。</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分类与整理(3)</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学生能理解分类的意义，掌握按形状、颜色、扣眼数量等标准分类的方法，能清晰表述分类过程与结果，体会分类标准的多样性。</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分类与整理(1)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分类与整理(1)</w:t>
            </w:r>
          </w:p>
        </w:tc>
        <w:tc>
          <w:tcPr>
            <w:tcW w:type="dxa" w:w="6009"/>
          </w:tcPr>
          <w:p>
            <w:pPr>
              <w:spacing w:after="20" w:line="276" w:lineRule="auto"/>
            </w:pPr>
            <w:r/>
            <w:r>
              <w:rPr>
                <w:rFonts w:ascii="宋体" w:hAnsi="宋体" w:eastAsia="宋体"/>
                <w:b w:val="0"/>
                <w:sz w:val="20"/>
              </w:rPr>
              <w:t>第1单元 分类与整理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学习本单元新知识之前，学生都有过整理自己书包、房间内一些东西的经历，对日常生活中的分类有了初步的认识。这些事物同时又是学生十分熟悉和感兴趣的，在教学时能产生良好的效果。但学生对于“分类”的概念和标准比较模糊，有些学生虽然学会了，但讲不清依据，教师应给予帮助。同时，根据学生已有的生活经验和本单元的学习，培养学生分类整理数据的能力。</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教学内容：教科书P1～2例1，完成教科书P2“做一做”和P7“练一练”第1、3题。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（1）根据给定的标准进行分类，掌握分类的方法，初步感知分类的意义。</w:t>
      </w:r>
    </w:p>
    <w:p>
      <w:pPr>
        <w:spacing w:after="20" w:line="300" w:lineRule="auto"/>
        <w:ind w:firstLine="400"/>
      </w:pPr>
      <w:r>
        <w:rPr>
          <w:rFonts w:ascii="宋体" w:hAnsi="宋体" w:eastAsia="宋体"/>
          <w:b w:val="0"/>
          <w:sz w:val="20"/>
        </w:rPr>
        <w:t>（2）经历简单的数据收集和整理过程，能够用自己的方式(文字、画图、表格等)呈现收集的数据。</w:t>
      </w:r>
    </w:p>
    <w:p>
      <w:pPr>
        <w:spacing w:after="20" w:line="300" w:lineRule="auto"/>
        <w:ind w:firstLine="400"/>
      </w:pPr>
      <w:r>
        <w:rPr>
          <w:rFonts w:ascii="宋体" w:hAnsi="宋体" w:eastAsia="宋体"/>
          <w:b w:val="0"/>
          <w:sz w:val="20"/>
        </w:rPr>
        <w:t>（3）在分类的过程中体验分类结果在单一标准下的一致性和在不同标准下的多样性。</w:t>
      </w:r>
    </w:p>
    <w:p>
      <w:pPr>
        <w:spacing w:after="20" w:line="300" w:lineRule="auto"/>
      </w:pPr>
      <w:r>
        <w:rPr>
          <w:rFonts w:ascii="宋体" w:hAnsi="宋体" w:eastAsia="宋体"/>
          <w:b w:val="0"/>
          <w:sz w:val="20"/>
        </w:rPr>
        <w:t>教学重点：能根据给定的标准进行分类，掌握分类的方法，初步感知分类的意义。用自己的方式呈现整理数据的结果，能对数据进行简单分析。</w:t>
      </w:r>
    </w:p>
    <w:p>
      <w:pPr>
        <w:spacing w:after="20" w:line="300" w:lineRule="auto"/>
      </w:pPr>
      <w:r>
        <w:rPr>
          <w:rFonts w:ascii="宋体" w:hAnsi="宋体" w:eastAsia="宋体"/>
          <w:b w:val="0"/>
          <w:sz w:val="20"/>
        </w:rPr>
        <w:t>教学难点：体会分类结果在单一标准下的一致性。</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创设情境，引入新课</w:t>
            </w:r>
          </w:p>
        </w:tc>
        <w:tc>
          <w:tcPr>
            <w:tcW w:type="dxa" w:w="1814"/>
          </w:tcPr>
          <w:p>
            <w:pPr>
              <w:spacing w:after="20" w:line="276" w:lineRule="auto"/>
            </w:pPr>
            <w:r/>
            <w:r>
              <w:rPr>
                <w:rFonts w:ascii="宋体" w:hAnsi="宋体" w:eastAsia="宋体"/>
                <w:b w:val="0"/>
                <w:sz w:val="18"/>
              </w:rPr>
              <w:t>图片、课件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整理前的书柜　　整理后的书柜</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如果要找一本故事书，你觉得在哪个书柜比较好找？；生活中，你还见过哪些地方有分类的情境？</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探究新知</w:t>
            </w:r>
          </w:p>
        </w:tc>
        <w:tc>
          <w:tcPr>
            <w:tcW w:type="dxa" w:w="1814"/>
          </w:tcPr>
          <w:p>
            <w:pPr>
              <w:spacing w:after="20" w:line="276" w:lineRule="auto"/>
            </w:pPr>
            <w:r/>
            <w:r>
              <w:rPr>
                <w:rFonts w:ascii="宋体" w:hAnsi="宋体" w:eastAsia="宋体"/>
                <w:b w:val="0"/>
                <w:sz w:val="18"/>
              </w:rPr>
              <w:t>课件、教科书、情境图、图片</w:t>
            </w:r>
          </w:p>
        </w:tc>
        <w:tc>
          <w:tcPr>
            <w:tcW w:type="dxa" w:w="3402"/>
          </w:tcPr>
          <w:p>
            <w:pPr>
              <w:spacing w:after="20" w:line="276" w:lineRule="auto"/>
            </w:pPr>
            <w:r/>
            <w:r>
              <w:rPr>
                <w:rFonts w:ascii="宋体" w:hAnsi="宋体" w:eastAsia="宋体"/>
                <w:b w:val="0"/>
                <w:sz w:val="18"/>
              </w:rPr>
              <w:t>从图片中我们可以看到各种各样的气球，你们能给这些气球分类吗？可以怎么分呢？；这些分类结果有什么共同点？</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巩固新知</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谈谈你这节课的收获是什么？</w:t>
            </w:r>
          </w:p>
        </w:tc>
        <w:tc>
          <w:tcPr>
            <w:tcW w:type="dxa" w:w="1361"/>
          </w:tcPr>
          <w:p>
            <w:pPr>
              <w:spacing w:after="20" w:line="276" w:lineRule="auto"/>
            </w:pPr>
            <w:r/>
            <w:r>
              <w:rPr>
                <w:rFonts w:ascii="宋体" w:hAnsi="宋体" w:eastAsia="宋体"/>
                <w:b w:val="0"/>
                <w:sz w:val="18"/>
              </w:rPr>
              <w:t>6分钟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创设情境，引入新课</w:t>
            </w:r>
          </w:p>
        </w:tc>
        <w:tc>
          <w:tcPr>
            <w:tcW w:type="dxa" w:w="3061"/>
          </w:tcPr>
          <w:p>
            <w:pPr>
              <w:spacing w:after="20" w:line="276" w:lineRule="auto"/>
            </w:pPr>
            <w:r/>
            <w:r>
              <w:rPr>
                <w:rFonts w:ascii="宋体" w:hAnsi="宋体" w:eastAsia="宋体"/>
                <w:b w:val="0"/>
                <w:sz w:val="18"/>
              </w:rPr>
              <w:t>师：同学们，这里有两个书柜的图片，一个是整理前的样子，一个是整理后的样子，我们一起来看一看。</w:t>
            </w:r>
          </w:p>
          <w:p>
            <w:pPr>
              <w:spacing w:after="20" w:line="276" w:lineRule="auto"/>
            </w:pPr>
            <w:r>
              <w:rPr>
                <w:rFonts w:ascii="宋体" w:hAnsi="宋体" w:eastAsia="宋体"/>
                <w:b w:val="0"/>
                <w:sz w:val="18"/>
              </w:rPr>
              <w:t>课件出示两个书柜的图片。</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整理前的书柜　　整理后的书柜</w:t>
            </w:r>
          </w:p>
        </w:tc>
        <w:tc>
          <w:tcPr>
            <w:tcW w:type="dxa" w:w="3061"/>
          </w:tcPr>
          <w:p>
            <w:pPr>
              <w:spacing w:after="20" w:line="276" w:lineRule="auto"/>
            </w:pPr>
            <w:r/>
            <w:r>
              <w:rPr>
                <w:rFonts w:ascii="宋体" w:hAnsi="宋体" w:eastAsia="宋体"/>
                <w:b w:val="0"/>
                <w:sz w:val="18"/>
              </w:rPr>
              <w:t>师：如果要找一本故事书，你觉得在哪个书柜比较好找？说说你是怎样想的。</w:t>
            </w:r>
          </w:p>
          <w:p>
            <w:pPr>
              <w:spacing w:after="20" w:line="276" w:lineRule="auto"/>
            </w:pPr>
            <w:r>
              <w:rPr>
                <w:rFonts w:ascii="宋体" w:hAnsi="宋体" w:eastAsia="宋体"/>
                <w:b w:val="0"/>
                <w:sz w:val="18"/>
              </w:rPr>
              <w:t>师：我们在整理房间、书柜时，都用到了数学知识“分类”。</w:t>
            </w:r>
          </w:p>
          <w:p>
            <w:pPr>
              <w:spacing w:after="20" w:line="276" w:lineRule="auto"/>
            </w:pPr>
            <w:r>
              <w:rPr>
                <w:rFonts w:ascii="宋体" w:hAnsi="宋体" w:eastAsia="宋体"/>
                <w:b w:val="0"/>
                <w:sz w:val="18"/>
              </w:rPr>
              <w:t>师：生活中，你还见过哪些地方有分类的情境？</w:t>
            </w:r>
          </w:p>
          <w:p>
            <w:pPr>
              <w:spacing w:after="20" w:line="276" w:lineRule="auto"/>
            </w:pPr>
            <w:r>
              <w:rPr>
                <w:rFonts w:ascii="宋体" w:hAnsi="宋体" w:eastAsia="宋体"/>
                <w:b w:val="0"/>
                <w:sz w:val="18"/>
              </w:rPr>
              <w:t>师：看来生活中处处有“分类”，今天我们就一起来学习“分类与整理”。[板书课题：分类与整理(1)]</w:t>
            </w:r>
          </w:p>
        </w:tc>
        <w:tc>
          <w:tcPr>
            <w:tcW w:type="dxa" w:w="3061"/>
          </w:tcPr>
          <w:p>
            <w:pPr>
              <w:spacing w:after="20" w:line="276" w:lineRule="auto"/>
            </w:pPr>
            <w:r/>
            <w:r>
              <w:rPr>
                <w:rFonts w:ascii="宋体" w:hAnsi="宋体" w:eastAsia="宋体"/>
                <w:b w:val="0"/>
                <w:sz w:val="18"/>
              </w:rPr>
              <w:t>学生会认为整理后的书柜摆放美观、整齐，便于寻找。</w:t>
            </w:r>
          </w:p>
          <w:p>
            <w:pPr>
              <w:spacing w:after="20" w:line="276" w:lineRule="auto"/>
            </w:pPr>
            <w:r>
              <w:rPr>
                <w:rFonts w:ascii="宋体" w:hAnsi="宋体" w:eastAsia="宋体"/>
                <w:b w:val="0"/>
                <w:sz w:val="18"/>
              </w:rPr>
              <w:t>学生会联想到超市、书店等。</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引导学生回顾梳理本课所学，完善认知结构，提升归纳与反思能力，核心问题："如果要找一本故事书，你觉得在哪个书柜比较好找？"</w:t>
            </w:r>
          </w:p>
        </w:tc>
      </w:tr>
      <w:tr>
        <w:tc>
          <w:tcPr>
            <w:tcW w:type="dxa" w:w="1474"/>
          </w:tcPr>
          <w:p>
            <w:pPr>
              <w:spacing w:after="20" w:line="276" w:lineRule="auto"/>
            </w:pPr>
            <w:r>
              <w:rPr>
                <w:b/>
              </w:rPr>
            </w:r>
            <w:r>
              <w:rPr>
                <w:rFonts w:ascii="宋体" w:hAnsi="宋体" w:eastAsia="宋体"/>
                <w:b/>
                <w:sz w:val="18"/>
              </w:rPr>
              <w:t>探究新知</w:t>
            </w:r>
          </w:p>
        </w:tc>
        <w:tc>
          <w:tcPr>
            <w:tcW w:type="dxa" w:w="3061"/>
          </w:tcPr>
          <w:p>
            <w:pPr>
              <w:spacing w:after="20" w:line="276" w:lineRule="auto"/>
            </w:pPr>
            <w:r/>
            <w:r>
              <w:rPr>
                <w:rFonts w:ascii="宋体" w:hAnsi="宋体" w:eastAsia="宋体"/>
                <w:b w:val="0"/>
                <w:sz w:val="18"/>
              </w:rPr>
              <w:t>1.感知并描述分类的标准。</w:t>
            </w:r>
          </w:p>
          <w:p>
            <w:pPr>
              <w:spacing w:after="20" w:line="276" w:lineRule="auto"/>
            </w:pPr>
            <w:r>
              <w:rPr>
                <w:rFonts w:ascii="宋体" w:hAnsi="宋体" w:eastAsia="宋体"/>
                <w:b w:val="0"/>
                <w:sz w:val="18"/>
              </w:rPr>
              <w:t>课件出示教科书P1例1情境图。</w:t>
            </w:r>
          </w:p>
          <w:p>
            <w:pPr>
              <w:spacing w:after="20" w:line="276" w:lineRule="auto"/>
            </w:pPr>
            <w:r>
              <w:rPr>
                <w:rFonts w:ascii="宋体" w:hAnsi="宋体" w:eastAsia="宋体"/>
                <w:b w:val="0"/>
                <w:sz w:val="18"/>
              </w:rPr>
              <w:t>把下面的气球分类。</w:t>
            </w:r>
          </w:p>
          <w:p>
            <w:pPr>
              <w:spacing w:after="20" w:line="276" w:lineRule="auto"/>
            </w:pPr>
            <w:r>
              <w:rPr>
                <w:rFonts w:ascii="宋体" w:hAnsi="宋体" w:eastAsia="宋体"/>
                <w:b w:val="0"/>
                <w:sz w:val="18"/>
              </w:rPr>
              <w:t>师：从图片中我们可以看到各种各样的气球，你们能给这些气球分类吗？可以怎么分呢？我们一起来思考。</w:t>
            </w:r>
          </w:p>
          <w:p>
            <w:pPr>
              <w:spacing w:after="20" w:line="276" w:lineRule="auto"/>
            </w:pPr>
            <w:r>
              <w:rPr>
                <w:rFonts w:ascii="宋体" w:hAnsi="宋体" w:eastAsia="宋体"/>
                <w:b w:val="0"/>
                <w:sz w:val="18"/>
              </w:rPr>
              <w:t>课件出示活动要求。</w:t>
            </w:r>
          </w:p>
          <w:p>
            <w:pPr>
              <w:spacing w:after="20" w:line="276" w:lineRule="auto"/>
            </w:pPr>
            <w:r>
              <w:rPr>
                <w:rFonts w:ascii="宋体" w:hAnsi="宋体" w:eastAsia="宋体"/>
                <w:b w:val="0"/>
                <w:sz w:val="18"/>
              </w:rPr>
              <w:t>活动要求：</w:t>
            </w:r>
          </w:p>
          <w:p>
            <w:pPr>
              <w:spacing w:after="20" w:line="276" w:lineRule="auto"/>
            </w:pPr>
            <w:r>
              <w:rPr>
                <w:rFonts w:ascii="宋体" w:hAnsi="宋体" w:eastAsia="宋体"/>
                <w:b w:val="0"/>
                <w:sz w:val="18"/>
              </w:rPr>
              <w:t>(1)想一想：按什么分类？</w:t>
            </w:r>
          </w:p>
          <w:p>
            <w:pPr>
              <w:spacing w:after="20" w:line="276" w:lineRule="auto"/>
            </w:pPr>
            <w:r>
              <w:rPr>
                <w:rFonts w:ascii="宋体" w:hAnsi="宋体" w:eastAsia="宋体"/>
                <w:b w:val="0"/>
                <w:sz w:val="18"/>
              </w:rPr>
              <w:t>(2)摆一摆：怎样分类？</w:t>
            </w:r>
          </w:p>
          <w:p>
            <w:pPr>
              <w:spacing w:after="20" w:line="276" w:lineRule="auto"/>
            </w:pPr>
            <w:r>
              <w:rPr>
                <w:rFonts w:ascii="宋体" w:hAnsi="宋体" w:eastAsia="宋体"/>
                <w:b w:val="0"/>
                <w:sz w:val="18"/>
              </w:rPr>
              <w:t>(3)记一记：把你的方法记录在学习单上。</w:t>
            </w:r>
          </w:p>
          <w:p>
            <w:pPr>
              <w:spacing w:after="20" w:line="276" w:lineRule="auto"/>
            </w:pPr>
            <w:r>
              <w:rPr>
                <w:rFonts w:ascii="宋体" w:hAnsi="宋体" w:eastAsia="宋体"/>
                <w:b w:val="0"/>
                <w:sz w:val="18"/>
              </w:rPr>
              <w:t>2．按给定的分类标准分类计数，探索记录方法。</w:t>
            </w:r>
          </w:p>
          <w:p>
            <w:pPr>
              <w:spacing w:after="20" w:line="276" w:lineRule="auto"/>
            </w:pPr>
            <w:r>
              <w:rPr>
                <w:rFonts w:ascii="宋体" w:hAnsi="宋体" w:eastAsia="宋体"/>
                <w:b w:val="0"/>
                <w:sz w:val="18"/>
              </w:rPr>
              <w:t>(1)按形状分类。</w:t>
            </w:r>
          </w:p>
          <w:p>
            <w:pPr>
              <w:spacing w:after="20" w:line="276" w:lineRule="auto"/>
            </w:pPr>
            <w:r>
              <w:rPr>
                <w:rFonts w:ascii="宋体" w:hAnsi="宋体" w:eastAsia="宋体"/>
                <w:b w:val="0"/>
                <w:sz w:val="18"/>
              </w:rPr>
              <w:t>展示分类结果：①整齐排列的；②用圆圈记录的；③只记录结果的。</w:t>
            </w:r>
          </w:p>
          <w:p>
            <w:pPr>
              <w:spacing w:after="20" w:line="276" w:lineRule="auto"/>
            </w:pPr>
            <w:r>
              <w:rPr>
                <w:rFonts w:ascii="宋体" w:hAnsi="宋体" w:eastAsia="宋体"/>
                <w:b w:val="0"/>
                <w:sz w:val="18"/>
              </w:rPr>
              <w:t>师：这些分类结果有什么共同点？</w:t>
            </w:r>
          </w:p>
          <w:p>
            <w:pPr>
              <w:spacing w:after="20" w:line="276" w:lineRule="auto"/>
            </w:pPr>
            <w:r>
              <w:rPr>
                <w:rFonts w:ascii="宋体" w:hAnsi="宋体" w:eastAsia="宋体"/>
                <w:b w:val="0"/>
                <w:sz w:val="18"/>
              </w:rPr>
              <w:t>都是12个气球，都是按形状分类的，分了3类，花形的有3个，爱心形的有4个，圆形的有5个。(板书：按形状分)</w:t>
            </w:r>
          </w:p>
          <w:p>
            <w:pPr>
              <w:spacing w:after="20" w:line="276" w:lineRule="auto"/>
            </w:pPr>
            <w:r>
              <w:rPr>
                <w:rFonts w:ascii="宋体" w:hAnsi="宋体" w:eastAsia="宋体"/>
                <w:b w:val="0"/>
                <w:sz w:val="18"/>
              </w:rPr>
              <w:t>师：从这些分类结果中，你还知道了哪些信息？</w:t>
            </w:r>
          </w:p>
          <w:p>
            <w:pPr>
              <w:spacing w:after="20" w:line="276" w:lineRule="auto"/>
            </w:pPr>
            <w:r>
              <w:rPr>
                <w:rFonts w:ascii="宋体" w:hAnsi="宋体" w:eastAsia="宋体"/>
                <w:b w:val="0"/>
                <w:sz w:val="18"/>
              </w:rPr>
              <w:t>师：你最喜欢哪一种分类结果的记录方法？为什么？</w:t>
            </w:r>
          </w:p>
          <w:p>
            <w:pPr>
              <w:spacing w:after="20" w:line="276" w:lineRule="auto"/>
            </w:pPr>
            <w:r>
              <w:rPr>
                <w:rFonts w:ascii="宋体" w:hAnsi="宋体" w:eastAsia="宋体"/>
                <w:b w:val="0"/>
                <w:sz w:val="18"/>
              </w:rPr>
              <w:t>用边画边记的方法，不仅记录了分类的结果，还记录了过程，让我们看得更清楚。</w:t>
            </w:r>
          </w:p>
          <w:p>
            <w:pPr>
              <w:spacing w:after="20" w:line="276" w:lineRule="auto"/>
            </w:pPr>
            <w:r>
              <w:rPr>
                <w:rFonts w:ascii="宋体" w:hAnsi="宋体" w:eastAsia="宋体"/>
                <w:b w:val="0"/>
                <w:sz w:val="18"/>
              </w:rPr>
              <w:t>出示课件。</w:t>
            </w:r>
          </w:p>
          <w:p>
            <w:pPr>
              <w:spacing w:after="20" w:line="276" w:lineRule="auto"/>
            </w:pPr>
            <w:r>
              <w:rPr>
                <w:rFonts w:ascii="宋体" w:hAnsi="宋体" w:eastAsia="宋体"/>
                <w:b w:val="0"/>
                <w:sz w:val="18"/>
              </w:rPr>
              <w:t>(2)按颜色分类。</w:t>
            </w:r>
          </w:p>
          <w:p>
            <w:pPr>
              <w:spacing w:after="20" w:line="276" w:lineRule="auto"/>
            </w:pPr>
            <w:r>
              <w:rPr>
                <w:rFonts w:ascii="宋体" w:hAnsi="宋体" w:eastAsia="宋体"/>
                <w:b w:val="0"/>
                <w:sz w:val="18"/>
              </w:rPr>
              <w:t>展示分类结果：①整齐排列的；②用圆圈记录的；③只记录结果的。</w:t>
            </w:r>
          </w:p>
          <w:p>
            <w:pPr>
              <w:spacing w:after="20" w:line="276" w:lineRule="auto"/>
            </w:pPr>
            <w:r>
              <w:rPr>
                <w:rFonts w:ascii="宋体" w:hAnsi="宋体" w:eastAsia="宋体"/>
                <w:b w:val="0"/>
                <w:sz w:val="18"/>
              </w:rPr>
              <w:t>师：这些是怎样分类的？</w:t>
            </w:r>
          </w:p>
          <w:p>
            <w:pPr>
              <w:spacing w:after="20" w:line="276" w:lineRule="auto"/>
            </w:pPr>
            <w:r>
              <w:rPr>
                <w:rFonts w:ascii="宋体" w:hAnsi="宋体" w:eastAsia="宋体"/>
                <w:b w:val="0"/>
                <w:sz w:val="18"/>
              </w:rPr>
              <w:t>按颜色分。(板书：按颜色分)</w:t>
            </w:r>
          </w:p>
          <w:p>
            <w:pPr>
              <w:spacing w:after="20" w:line="276" w:lineRule="auto"/>
            </w:pPr>
            <w:r>
              <w:rPr>
                <w:rFonts w:ascii="宋体" w:hAnsi="宋体" w:eastAsia="宋体"/>
                <w:b w:val="0"/>
                <w:sz w:val="18"/>
              </w:rPr>
              <w:t>出示课件。</w:t>
            </w:r>
          </w:p>
          <w:p>
            <w:pPr>
              <w:spacing w:after="20" w:line="276" w:lineRule="auto"/>
            </w:pPr>
            <w:r>
              <w:rPr>
                <w:rFonts w:ascii="宋体" w:hAnsi="宋体" w:eastAsia="宋体"/>
                <w:b w:val="0"/>
                <w:sz w:val="18"/>
              </w:rPr>
              <w:t>3．在对比中体会。</w:t>
            </w:r>
          </w:p>
          <w:p>
            <w:pPr>
              <w:spacing w:after="20" w:line="276" w:lineRule="auto"/>
            </w:pPr>
            <w:r>
              <w:rPr>
                <w:rFonts w:ascii="宋体" w:hAnsi="宋体" w:eastAsia="宋体"/>
                <w:b w:val="0"/>
                <w:sz w:val="18"/>
              </w:rPr>
              <w:t>师：观察这两种分类的方法，有什么相同和不同的地方？</w:t>
            </w:r>
          </w:p>
          <w:p>
            <w:pPr>
              <w:spacing w:after="20" w:line="276" w:lineRule="auto"/>
            </w:pPr>
            <w:r>
              <w:rPr>
                <w:rFonts w:ascii="宋体" w:hAnsi="宋体" w:eastAsia="宋体"/>
                <w:b w:val="0"/>
                <w:sz w:val="18"/>
              </w:rPr>
              <w:t>师小结：这里的形状、颜色，在数学上叫作分类标准，按不同的分类标准进行分类，分类的结果也不同。</w:t>
            </w:r>
          </w:p>
        </w:tc>
        <w:tc>
          <w:tcPr>
            <w:tcW w:type="dxa" w:w="3061"/>
          </w:tcPr>
          <w:p>
            <w:pPr>
              <w:spacing w:after="20" w:line="276" w:lineRule="auto"/>
            </w:pPr>
            <w:r/>
            <w:r>
              <w:rPr>
                <w:rFonts w:ascii="宋体" w:hAnsi="宋体" w:eastAsia="宋体"/>
                <w:b w:val="0"/>
                <w:sz w:val="18"/>
              </w:rPr>
              <w:t>学生不一定能准确表达出“分类的结果相同”，教师要引导学生仔细观察，从记录每种气球的数量、气球的总数来分析，发现按同样的标准分类，分类的结果是相同的。</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设计递进式探究活动，引导学生在动手实践与合作交流中经历知识形成过程，突破本课重难点，核心问题："从图片中我们可以看到各种各样的气球，你们能给这些气球分类吗？可以怎么分呢？"</w:t>
            </w:r>
          </w:p>
        </w:tc>
      </w:tr>
      <w:tr>
        <w:tc>
          <w:tcPr>
            <w:tcW w:type="dxa" w:w="1474"/>
          </w:tcPr>
          <w:p>
            <w:pPr>
              <w:spacing w:after="20" w:line="276" w:lineRule="auto"/>
            </w:pPr>
            <w:r>
              <w:rPr>
                <w:b/>
              </w:rPr>
            </w:r>
            <w:r>
              <w:rPr>
                <w:rFonts w:ascii="宋体" w:hAnsi="宋体" w:eastAsia="宋体"/>
                <w:b/>
                <w:sz w:val="18"/>
              </w:rPr>
              <w:t>巩固新知</w:t>
            </w:r>
          </w:p>
        </w:tc>
        <w:tc>
          <w:tcPr>
            <w:tcW w:type="dxa" w:w="3061"/>
          </w:tcPr>
          <w:p>
            <w:pPr>
              <w:spacing w:after="20" w:line="276" w:lineRule="auto"/>
            </w:pPr>
            <w:r/>
            <w:r>
              <w:rPr>
                <w:rFonts w:ascii="宋体" w:hAnsi="宋体" w:eastAsia="宋体"/>
                <w:b w:val="0"/>
                <w:sz w:val="18"/>
              </w:rPr>
              <w:t>1.完成教科书P2“做一做”第1题。</w:t>
            </w:r>
          </w:p>
          <w:p>
            <w:pPr>
              <w:spacing w:after="20" w:line="276" w:lineRule="auto"/>
            </w:pPr>
            <w:r>
              <w:rPr>
                <w:rFonts w:ascii="宋体" w:hAnsi="宋体" w:eastAsia="宋体"/>
                <w:b w:val="0"/>
                <w:sz w:val="18"/>
              </w:rPr>
              <w:t>先指名说一说这些叶子共有几种不同的形状，再让学生去独立完成。</w:t>
            </w:r>
          </w:p>
          <w:p>
            <w:pPr>
              <w:spacing w:after="20" w:line="276" w:lineRule="auto"/>
            </w:pPr>
            <w:r>
              <w:rPr>
                <w:rFonts w:ascii="宋体" w:hAnsi="宋体" w:eastAsia="宋体"/>
                <w:b w:val="0"/>
                <w:sz w:val="18"/>
              </w:rPr>
              <w:t>2．完成教科书P2“做一做”第2题。</w:t>
            </w:r>
          </w:p>
          <w:p>
            <w:pPr>
              <w:spacing w:after="20" w:line="276" w:lineRule="auto"/>
            </w:pPr>
            <w:r>
              <w:rPr>
                <w:rFonts w:ascii="宋体" w:hAnsi="宋体" w:eastAsia="宋体"/>
                <w:b w:val="0"/>
                <w:sz w:val="18"/>
              </w:rPr>
              <w:t>先指名说一说这些蔬菜共有几种不同的种类，再让学生去独立完成。</w:t>
            </w:r>
          </w:p>
          <w:p>
            <w:pPr>
              <w:spacing w:after="20" w:line="276" w:lineRule="auto"/>
            </w:pPr>
            <w:r>
              <w:rPr>
                <w:rFonts w:ascii="宋体" w:hAnsi="宋体" w:eastAsia="宋体"/>
                <w:b w:val="0"/>
                <w:sz w:val="18"/>
              </w:rPr>
              <w:t>3．完成教科书P7“练一练”第1题。</w:t>
            </w:r>
          </w:p>
          <w:p>
            <w:pPr>
              <w:spacing w:after="20" w:line="276" w:lineRule="auto"/>
            </w:pPr>
            <w:r>
              <w:rPr>
                <w:rFonts w:ascii="宋体" w:hAnsi="宋体" w:eastAsia="宋体"/>
                <w:b w:val="0"/>
                <w:sz w:val="18"/>
              </w:rPr>
              <w:t>4．完成教科书P7“练一练”第3题。</w:t>
            </w:r>
          </w:p>
          <w:p>
            <w:pPr>
              <w:spacing w:after="20" w:line="276" w:lineRule="auto"/>
            </w:pPr>
            <w:r>
              <w:rPr>
                <w:rFonts w:ascii="宋体" w:hAnsi="宋体" w:eastAsia="宋体"/>
                <w:b w:val="0"/>
                <w:sz w:val="18"/>
              </w:rPr>
              <w:t>结合圆圈的记录，写下数据并填在表格对应的位置。</w:t>
            </w:r>
          </w:p>
        </w:tc>
        <w:tc>
          <w:tcPr>
            <w:tcW w:type="dxa" w:w="3061"/>
          </w:tcPr>
          <w:p>
            <w:pPr>
              <w:spacing w:after="20" w:line="276" w:lineRule="auto"/>
            </w:pPr>
            <w:r/>
            <w:r>
              <w:rPr>
                <w:rFonts w:ascii="宋体" w:hAnsi="宋体" w:eastAsia="宋体"/>
                <w:b w:val="0"/>
                <w:sz w:val="18"/>
              </w:rPr>
              <w:t>学生先讨论“图中有几种交通工具”“车有什么特点”等问题再解答。</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师：谈谈你这节课的收获是什么？</w:t>
            </w:r>
          </w:p>
          <w:p>
            <w:pPr>
              <w:spacing w:after="20" w:line="276" w:lineRule="auto"/>
            </w:pPr>
            <w:r>
              <w:rPr>
                <w:rFonts w:ascii="宋体" w:hAnsi="宋体" w:eastAsia="宋体"/>
                <w:b w:val="0"/>
                <w:sz w:val="18"/>
              </w:rPr>
              <w:t>本节课从学生熟悉的情境引入，激发学生的学习兴趣。设计学生熟悉又贴合实际的分类活动，尊重学生个性发展，让学生自定标准进行分类，经历想一想、摆一摆、记一记的过程，体会用整理数据的方法解决问题，建立一一对应和分类的思想，为后面的学习积累数学活动经验。</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引导学生回顾梳理本课所学，完善认知结构，提升归纳与反思能力，核心问题："谈谈你这节课的收获是什么？"</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教科书P1～2例1，完成教科书P2“做一做”和P7“练一练”第1、3题。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教学遵循知识的发展规律，从解决问题入手，注重实践体验，让学生用自己的方式呈现收集的数据，对于二年级的学生来说，有一定难度。在分类的时候，大部分学生能一个一个地数出来，再写上数，并能说出不同分类标准下对应的个数，让学生经历了整理数据的全过程。</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分类与整理(2)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分类与整理(2)</w:t>
            </w:r>
          </w:p>
        </w:tc>
        <w:tc>
          <w:tcPr>
            <w:tcW w:type="dxa" w:w="6009"/>
          </w:tcPr>
          <w:p>
            <w:pPr>
              <w:spacing w:after="20" w:line="276" w:lineRule="auto"/>
            </w:pPr>
            <w:r/>
            <w:r>
              <w:rPr>
                <w:rFonts w:ascii="宋体" w:hAnsi="宋体" w:eastAsia="宋体"/>
                <w:b w:val="0"/>
                <w:sz w:val="20"/>
              </w:rPr>
              <w:t>第1单元 分类与整理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学习本单元新知识之前，学生都有过整理自己书包、房间内一些东西的经历，对日常生活中的分类有了初步的认识。这些事物同时又是学生十分熟悉和感兴趣的，在教学时能产生良好的效果。但学生对于“分类”的概念和标准比较模糊，有些学生虽然学会了，但讲不清依据，教师应给予帮助。同时，根据学生已有的生活经验和本单元的学习，培养学生分类整理数据的能力。</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教学内容：教科书P3例2，完成教科书P4“做一做”和P8“练一练”第4题。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（1）学会按不同的标准或选择某个标准对物体进行分类，体验分类结果在不同标准下的多样性，感知分类的实际意义。</w:t>
      </w:r>
    </w:p>
    <w:p>
      <w:pPr>
        <w:spacing w:after="20" w:line="300" w:lineRule="auto"/>
        <w:ind w:firstLine="400"/>
      </w:pPr>
      <w:r>
        <w:rPr>
          <w:rFonts w:ascii="宋体" w:hAnsi="宋体" w:eastAsia="宋体"/>
          <w:b w:val="0"/>
          <w:sz w:val="20"/>
        </w:rPr>
        <w:t>（2）经历完整的分类统计的过程，培养学生的动手操作、观察、分析和语言表达能力。</w:t>
      </w:r>
    </w:p>
    <w:p>
      <w:pPr>
        <w:spacing w:after="20" w:line="300" w:lineRule="auto"/>
        <w:ind w:firstLine="400"/>
      </w:pPr>
      <w:r>
        <w:rPr>
          <w:rFonts w:ascii="宋体" w:hAnsi="宋体" w:eastAsia="宋体"/>
          <w:b w:val="0"/>
          <w:sz w:val="20"/>
        </w:rPr>
        <w:t>（3）初步认识简单的统计表，并能根据统计表回答问题。</w:t>
      </w:r>
    </w:p>
    <w:p>
      <w:pPr>
        <w:spacing w:after="20" w:line="300" w:lineRule="auto"/>
      </w:pPr>
      <w:r>
        <w:rPr>
          <w:rFonts w:ascii="宋体" w:hAnsi="宋体" w:eastAsia="宋体"/>
          <w:b w:val="0"/>
          <w:sz w:val="20"/>
        </w:rPr>
        <w:t>教学重点：学会按不同的标准进行分类，体会分类结果在不同标准下的多样性。</w:t>
      </w:r>
    </w:p>
    <w:p>
      <w:pPr>
        <w:spacing w:after="20" w:line="300" w:lineRule="auto"/>
      </w:pPr>
      <w:r>
        <w:rPr>
          <w:rFonts w:ascii="宋体" w:hAnsi="宋体" w:eastAsia="宋体"/>
          <w:b w:val="0"/>
          <w:sz w:val="20"/>
        </w:rPr>
        <w:t>教学难点：能根据具体情况自定分类标准，体会分类的实际意义。</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谈话引入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同学们，你们每天会整理自己的书包吗？</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探究新知</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二(1)班有部分同学和家长一起去郊游，如果分两组做游戏，可以怎样分组？；我们可以按什么标准进行分组呢？</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人数 │ 7 │ 7</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分类标准不同，结果会怎样？总数会怎样？</w:t>
            </w:r>
          </w:p>
        </w:tc>
        <w:tc>
          <w:tcPr>
            <w:tcW w:type="dxa" w:w="1361"/>
          </w:tcPr>
          <w:p>
            <w:pPr>
              <w:spacing w:after="20" w:line="276" w:lineRule="auto"/>
            </w:pPr>
            <w:r/>
            <w:r>
              <w:rPr>
                <w:rFonts w:ascii="宋体" w:hAnsi="宋体" w:eastAsia="宋体"/>
                <w:b w:val="0"/>
                <w:sz w:val="18"/>
              </w:rPr>
              <w:t>8分钟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谈话引入</w:t>
            </w:r>
          </w:p>
        </w:tc>
        <w:tc>
          <w:tcPr>
            <w:tcW w:type="dxa" w:w="3061"/>
          </w:tcPr>
          <w:p>
            <w:pPr>
              <w:spacing w:after="20" w:line="276" w:lineRule="auto"/>
            </w:pPr>
            <w:r/>
            <w:r>
              <w:rPr>
                <w:rFonts w:ascii="宋体" w:hAnsi="宋体" w:eastAsia="宋体"/>
                <w:b w:val="0"/>
                <w:sz w:val="18"/>
              </w:rPr>
              <w:t>师：同学们，你们每天会整理自己的书包吗？说说你是怎样整理的。</w:t>
            </w:r>
          </w:p>
          <w:p>
            <w:pPr>
              <w:spacing w:after="20" w:line="276" w:lineRule="auto"/>
            </w:pPr>
            <w:r>
              <w:rPr>
                <w:rFonts w:ascii="宋体" w:hAnsi="宋体" w:eastAsia="宋体"/>
                <w:b w:val="0"/>
                <w:sz w:val="18"/>
              </w:rPr>
              <w:t>师：这节课我们继续学习生活中的分类。[板书课题：分类与整理(2)]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创设情境激活学生已有经验，自然引出本课学习内容，激发学习兴趣，核心问题："同学们，你们每天会整理自己的书包吗？"</w:t>
            </w:r>
          </w:p>
        </w:tc>
      </w:tr>
      <w:tr>
        <w:tc>
          <w:tcPr>
            <w:tcW w:type="dxa" w:w="1474"/>
          </w:tcPr>
          <w:p>
            <w:pPr>
              <w:spacing w:after="20" w:line="276" w:lineRule="auto"/>
            </w:pPr>
            <w:r>
              <w:rPr>
                <w:b/>
              </w:rPr>
            </w:r>
            <w:r>
              <w:rPr>
                <w:rFonts w:ascii="宋体" w:hAnsi="宋体" w:eastAsia="宋体"/>
                <w:b/>
                <w:sz w:val="18"/>
              </w:rPr>
              <w:t>探究新知</w:t>
            </w:r>
          </w:p>
        </w:tc>
        <w:tc>
          <w:tcPr>
            <w:tcW w:type="dxa" w:w="3061"/>
          </w:tcPr>
          <w:p>
            <w:pPr>
              <w:spacing w:after="20" w:line="276" w:lineRule="auto"/>
            </w:pPr>
            <w:r/>
            <w:r>
              <w:rPr>
                <w:rFonts w:ascii="宋体" w:hAnsi="宋体" w:eastAsia="宋体"/>
                <w:b w:val="0"/>
                <w:sz w:val="18"/>
              </w:rPr>
              <w:t>课件出示教科书P3例2情境图。</w:t>
            </w:r>
          </w:p>
          <w:p>
            <w:pPr>
              <w:spacing w:after="20" w:line="276" w:lineRule="auto"/>
            </w:pPr>
            <w:r>
              <w:rPr>
                <w:rFonts w:ascii="宋体" w:hAnsi="宋体" w:eastAsia="宋体"/>
                <w:b w:val="0"/>
                <w:sz w:val="18"/>
              </w:rPr>
              <w:t>师：二(1)班有部分同学和家长一起去郊游，如果分两组做游戏，可以怎样分组？</w:t>
            </w:r>
          </w:p>
          <w:p>
            <w:pPr>
              <w:spacing w:after="20" w:line="276" w:lineRule="auto"/>
            </w:pPr>
            <w:r>
              <w:rPr>
                <w:rFonts w:ascii="宋体" w:hAnsi="宋体" w:eastAsia="宋体"/>
                <w:b w:val="0"/>
                <w:sz w:val="18"/>
              </w:rPr>
              <w:t>2．选定分类标准，统计人数。</w:t>
            </w:r>
          </w:p>
          <w:p>
            <w:pPr>
              <w:spacing w:after="20" w:line="276" w:lineRule="auto"/>
            </w:pPr>
            <w:r>
              <w:rPr>
                <w:rFonts w:ascii="宋体" w:hAnsi="宋体" w:eastAsia="宋体"/>
                <w:b w:val="0"/>
                <w:sz w:val="18"/>
              </w:rPr>
              <w:t>师：我们可以按什么标准进行分组呢？</w:t>
            </w:r>
          </w:p>
          <w:p>
            <w:pPr>
              <w:spacing w:after="20" w:line="276" w:lineRule="auto"/>
            </w:pPr>
            <w:r>
              <w:rPr>
                <w:rFonts w:ascii="宋体" w:hAnsi="宋体" w:eastAsia="宋体"/>
                <w:b w:val="0"/>
                <w:sz w:val="18"/>
              </w:rPr>
              <w:t>指名汇报，将分组结果整理在表中。(同步出示课件)</w:t>
            </w:r>
          </w:p>
          <w:p>
            <w:pPr>
              <w:spacing w:after="20" w:line="276" w:lineRule="auto"/>
            </w:pPr>
            <w:r>
              <w:rPr>
                <w:rFonts w:ascii="宋体" w:hAnsi="宋体" w:eastAsia="宋体"/>
                <w:b w:val="0"/>
                <w:sz w:val="18"/>
              </w:rPr>
              <w:t>师：说说表中的数字“8”“6”“7”分别表示什么？</w:t>
            </w:r>
          </w:p>
          <w:p>
            <w:pPr>
              <w:spacing w:after="20" w:line="276" w:lineRule="auto"/>
            </w:pPr>
            <w:r>
              <w:rPr>
                <w:rFonts w:ascii="宋体" w:hAnsi="宋体" w:eastAsia="宋体"/>
                <w:b w:val="0"/>
                <w:sz w:val="18"/>
              </w:rPr>
              <w:t>结合文字记录，学生能理解“8”表示8个大人，“6”表示6个孩子，“7”分别表示7男和7女。</w:t>
            </w:r>
          </w:p>
          <w:p>
            <w:pPr>
              <w:spacing w:after="20" w:line="276" w:lineRule="auto"/>
            </w:pPr>
            <w:r>
              <w:rPr>
                <w:rFonts w:ascii="宋体" w:hAnsi="宋体" w:eastAsia="宋体"/>
                <w:b w:val="0"/>
                <w:sz w:val="18"/>
              </w:rPr>
              <w:t>师：观察这两个表格，你发现了什么？同样是对这些人进行分组，为什么得到的结果不一样呢？</w:t>
            </w:r>
          </w:p>
          <w:p>
            <w:pPr>
              <w:spacing w:after="20" w:line="276" w:lineRule="auto"/>
            </w:pPr>
            <w:r>
              <w:rPr>
                <w:rFonts w:ascii="宋体" w:hAnsi="宋体" w:eastAsia="宋体"/>
                <w:b w:val="0"/>
                <w:sz w:val="18"/>
              </w:rPr>
              <w:t>有的学生会将两个表分开来看，发现大人多，小孩少，男女一样多；也有的学生会同时观察两个表，对比其中的数据，发现分类计数的结果不一样，或对比其中的文字记录，发现分类标准不同，教师要及时引导学生发现并总结出：分类的标准不同，分类计数的结果可能不同。</w:t>
            </w:r>
          </w:p>
          <w:p>
            <w:pPr>
              <w:spacing w:after="20" w:line="276" w:lineRule="auto"/>
            </w:pPr>
            <w:r>
              <w:rPr>
                <w:rFonts w:ascii="宋体" w:hAnsi="宋体" w:eastAsia="宋体"/>
                <w:b w:val="0"/>
                <w:sz w:val="18"/>
              </w:rPr>
              <w:t>师：按不同的标准分，结果有没有相同的地方？</w:t>
            </w:r>
          </w:p>
          <w:p>
            <w:pPr>
              <w:spacing w:after="20" w:line="276" w:lineRule="auto"/>
            </w:pPr>
            <w:r>
              <w:rPr>
                <w:rFonts w:ascii="宋体" w:hAnsi="宋体" w:eastAsia="宋体"/>
                <w:b w:val="0"/>
                <w:sz w:val="18"/>
              </w:rPr>
              <w:t>通过计算发现，总人数是相同的。适时渗透“分类标准不同，分类结果可能不同”，但不管怎么分，每种分类标准下分类结果的计数之和都应该是相同的。</w:t>
            </w:r>
          </w:p>
          <w:p>
            <w:pPr>
              <w:spacing w:after="20" w:line="276" w:lineRule="auto"/>
            </w:pPr>
            <w:r>
              <w:rPr>
                <w:rFonts w:ascii="宋体" w:hAnsi="宋体" w:eastAsia="宋体"/>
                <w:b w:val="0"/>
                <w:sz w:val="18"/>
              </w:rPr>
              <w:t>3．探究其他分类标准。</w:t>
            </w:r>
          </w:p>
          <w:p>
            <w:pPr>
              <w:spacing w:after="20" w:line="276" w:lineRule="auto"/>
            </w:pPr>
            <w:r>
              <w:rPr>
                <w:rFonts w:ascii="宋体" w:hAnsi="宋体" w:eastAsia="宋体"/>
                <w:b w:val="0"/>
                <w:sz w:val="18"/>
              </w:rPr>
              <w:t>师：同样是这些人，还可以按什么标准进行分类？</w:t>
            </w:r>
          </w:p>
          <w:p>
            <w:pPr>
              <w:spacing w:after="20" w:line="276" w:lineRule="auto"/>
            </w:pPr>
            <w:r>
              <w:rPr>
                <w:rFonts w:ascii="宋体" w:hAnsi="宋体" w:eastAsia="宋体"/>
                <w:b w:val="0"/>
                <w:sz w:val="18"/>
              </w:rPr>
              <w:t>师生交流，课件出示分类结果。</w:t>
            </w:r>
          </w:p>
        </w:tc>
        <w:tc>
          <w:tcPr>
            <w:tcW w:type="dxa" w:w="3061"/>
          </w:tcPr>
          <w:p>
            <w:pPr>
              <w:spacing w:after="20" w:line="276" w:lineRule="auto"/>
            </w:pPr>
            <w:r/>
            <w:r>
              <w:rPr>
                <w:rFonts w:ascii="宋体" w:hAnsi="宋体" w:eastAsia="宋体"/>
                <w:b w:val="0"/>
                <w:sz w:val="18"/>
              </w:rPr>
              <w:t>1．讨论分类标准。</w:t>
            </w:r>
          </w:p>
          <w:p>
            <w:pPr>
              <w:spacing w:after="20" w:line="276" w:lineRule="auto"/>
            </w:pPr>
            <w:r>
              <w:rPr>
                <w:rFonts w:ascii="宋体" w:hAnsi="宋体" w:eastAsia="宋体"/>
                <w:b w:val="0"/>
                <w:sz w:val="18"/>
              </w:rPr>
              <w:t>学生可能会想到按照朝向“左、右”标准分为两组。</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设计递进式探究活动，引导学生在动手实践与合作交流中经历知识形成过程，突破本课重难点，核心问题："二(1)班有部分同学和家长一起去郊游，如果分两组做游戏，可以怎样分组？"</w:t>
            </w:r>
          </w:p>
        </w:tc>
      </w:tr>
      <w:tr>
        <w:tc>
          <w:tcPr>
            <w:tcW w:type="dxa" w:w="1474"/>
          </w:tcPr>
          <w:p>
            <w:pPr>
              <w:spacing w:after="20" w:line="276" w:lineRule="auto"/>
            </w:pPr>
            <w:r>
              <w:rPr>
                <w:b/>
              </w:rPr>
            </w:r>
            <w:r>
              <w:rPr>
                <w:rFonts w:ascii="宋体" w:hAnsi="宋体" w:eastAsia="宋体"/>
                <w:b/>
                <w:sz w:val="18"/>
              </w:rPr>
              <w:t>人数 │ 7 │ 7</w:t>
            </w:r>
          </w:p>
        </w:tc>
        <w:tc>
          <w:tcPr>
            <w:tcW w:type="dxa" w:w="3061"/>
          </w:tcPr>
          <w:p>
            <w:pPr>
              <w:spacing w:after="20" w:line="276" w:lineRule="auto"/>
            </w:pPr>
            <w:r/>
            <w:r>
              <w:rPr>
                <w:rFonts w:ascii="宋体" w:hAnsi="宋体" w:eastAsia="宋体"/>
                <w:b w:val="0"/>
                <w:sz w:val="18"/>
              </w:rPr>
              <w:t>师：看来分类标准不止一种，我们在分类时，要选择合适的分类标准。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课堂练习</w:t>
            </w:r>
          </w:p>
        </w:tc>
        <w:tc>
          <w:tcPr>
            <w:tcW w:type="dxa" w:w="3061"/>
          </w:tcPr>
          <w:p>
            <w:pPr>
              <w:spacing w:after="20" w:line="276" w:lineRule="auto"/>
            </w:pPr>
            <w:r/>
            <w:r>
              <w:rPr>
                <w:rFonts w:ascii="宋体" w:hAnsi="宋体" w:eastAsia="宋体"/>
                <w:b w:val="0"/>
                <w:sz w:val="18"/>
              </w:rPr>
              <w:t>1.完成教科书P4“做一做”第1题。</w:t>
            </w:r>
          </w:p>
          <w:p>
            <w:pPr>
              <w:spacing w:after="20" w:line="276" w:lineRule="auto"/>
            </w:pPr>
            <w:r>
              <w:rPr>
                <w:rFonts w:ascii="宋体" w:hAnsi="宋体" w:eastAsia="宋体"/>
                <w:b w:val="0"/>
                <w:sz w:val="18"/>
              </w:rPr>
              <w:t>2．完成教科书P4“做一做”第2题。</w:t>
            </w:r>
          </w:p>
          <w:p>
            <w:pPr>
              <w:spacing w:after="20" w:line="276" w:lineRule="auto"/>
            </w:pPr>
            <w:r>
              <w:rPr>
                <w:rFonts w:ascii="宋体" w:hAnsi="宋体" w:eastAsia="宋体"/>
                <w:b w:val="0"/>
                <w:sz w:val="18"/>
              </w:rPr>
              <w:t>(1)学生想一想这些动物的生活环境，可以什么作为分类标准。</w:t>
            </w:r>
          </w:p>
          <w:p>
            <w:pPr>
              <w:spacing w:after="20" w:line="276" w:lineRule="auto"/>
            </w:pPr>
            <w:r>
              <w:rPr>
                <w:rFonts w:ascii="宋体" w:hAnsi="宋体" w:eastAsia="宋体"/>
                <w:b w:val="0"/>
                <w:sz w:val="18"/>
              </w:rPr>
              <w:t>(2)学生独立思考然后小组交流，集体反馈。</w:t>
            </w:r>
          </w:p>
          <w:p>
            <w:pPr>
              <w:spacing w:after="20" w:line="276" w:lineRule="auto"/>
            </w:pPr>
            <w:r>
              <w:rPr>
                <w:rFonts w:ascii="宋体" w:hAnsi="宋体" w:eastAsia="宋体"/>
                <w:b w:val="0"/>
                <w:sz w:val="18"/>
              </w:rPr>
              <w:t>3．完成教科书P8“练一练”第4题。</w:t>
            </w:r>
          </w:p>
          <w:p>
            <w:pPr>
              <w:spacing w:after="20" w:line="276" w:lineRule="auto"/>
            </w:pPr>
            <w:r>
              <w:rPr>
                <w:rFonts w:ascii="宋体" w:hAnsi="宋体" w:eastAsia="宋体"/>
                <w:b w:val="0"/>
                <w:sz w:val="18"/>
              </w:rPr>
              <w:t>先引导学生说一说这些道路交通标志分别表示什么意思，再让学生小组讨论：除了按形状分类，还可以按什么标准分成三类？</w:t>
            </w:r>
          </w:p>
          <w:p>
            <w:pPr>
              <w:spacing w:after="20" w:line="276" w:lineRule="auto"/>
            </w:pPr>
            <w:r>
              <w:rPr>
                <w:rFonts w:ascii="宋体" w:hAnsi="宋体" w:eastAsia="宋体"/>
                <w:b w:val="0"/>
                <w:sz w:val="18"/>
              </w:rPr>
              <w:t>有的学生会说“按颜色分”等。对于学生给出的结果，只要是合理的，教师都可以予以鼓励或表扬。</w:t>
            </w:r>
          </w:p>
        </w:tc>
        <w:tc>
          <w:tcPr>
            <w:tcW w:type="dxa" w:w="3061"/>
          </w:tcPr>
          <w:p>
            <w:pPr>
              <w:spacing w:after="20" w:line="276" w:lineRule="auto"/>
            </w:pPr>
            <w:r/>
            <w:r>
              <w:rPr>
                <w:rFonts w:ascii="宋体" w:hAnsi="宋体" w:eastAsia="宋体"/>
                <w:b w:val="0"/>
                <w:sz w:val="18"/>
              </w:rPr>
              <w:t>学生说说分类标准是什么。</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师：分类标准不同，结果会怎样？总数会怎样？</w:t>
            </w:r>
          </w:p>
          <w:p>
            <w:pPr>
              <w:spacing w:after="20" w:line="276" w:lineRule="auto"/>
            </w:pPr>
            <w:r>
              <w:rPr>
                <w:rFonts w:ascii="宋体" w:hAnsi="宋体" w:eastAsia="宋体"/>
                <w:b w:val="0"/>
                <w:sz w:val="18"/>
              </w:rPr>
              <w:t>引导学生积极回答，总结出答案。(板书：分类标准不同，结果可能不同，但总数不变。)</w:t>
            </w:r>
          </w:p>
          <w:p>
            <w:pPr>
              <w:spacing w:after="20" w:line="276" w:lineRule="auto"/>
            </w:pPr>
            <w:r>
              <w:rPr>
                <w:rFonts w:ascii="宋体" w:hAnsi="宋体" w:eastAsia="宋体"/>
                <w:b w:val="0"/>
                <w:sz w:val="18"/>
              </w:rPr>
              <w:t>在教学中，充分尊重学生已有的知识经验，给学生提供足够的时间和空间，让他们利用已有的知识经验解决问题，激发学生的求知欲。同时，关注学生的合作探究能力，鼓励学生以小组合作的方式，共同探究要解决的问题，在合作中共享思考的成果，取长补短，共同体会学习的乐趣，培养学生的合作能力。</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引导学生回顾梳理本课所学，完善认知结构，提升归纳与反思能力，核心问题："分类标准不同，结果会怎样？总数会怎样？"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分类与整理(2)</w:t>
      </w:r>
    </w:p>
    <w:p>
      <w:pPr>
        <w:spacing w:after="40" w:line="300" w:lineRule="auto"/>
      </w:pPr>
      <w:r>
        <w:rPr>
          <w:rFonts w:ascii="宋体" w:hAnsi="宋体" w:eastAsia="宋体"/>
          <w:b w:val="0"/>
          <w:sz w:val="20"/>
        </w:rPr>
        <w:t>分类标准不同，结果可能不同，但总数不变。</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教科书P3例2，完成教科书P4“做一做”和P8“练一练”第4题。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在学习了按给定分类标准分类的基础上进行教学的。通过引导学生观察情境图，理解题目要求，学生在分类时能根据不同的分类标准进行分类，同时认识并理解了简单的统计表，学生经历简单的统计表的生成过程，感受到分类标准不同，分类结果的多样性；虽然结果可能不同，但是每一种分类标准下总数是一样的。</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分类与整理(3)</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分类与整理(3)</w:t>
            </w:r>
          </w:p>
        </w:tc>
        <w:tc>
          <w:tcPr>
            <w:tcW w:type="dxa" w:w="6009"/>
          </w:tcPr>
          <w:p>
            <w:pPr>
              <w:spacing w:after="20" w:line="276" w:lineRule="auto"/>
            </w:pPr>
            <w:r/>
            <w:r>
              <w:rPr>
                <w:rFonts w:ascii="宋体" w:hAnsi="宋体" w:eastAsia="宋体"/>
                <w:b w:val="0"/>
                <w:sz w:val="20"/>
              </w:rPr>
              <w:t>第1单元 分类与整理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学习本单元新知识之前，学生都有过整理自己书包、房间内一些东西的经历，对日常生活中的分类有了初步的认识。这些事物同时又是学生十分熟悉和感兴趣的，在教学时能产生良好的效果。但学生对于“分类”的概念和标准比较模糊，有些学生虽然学会了，但讲不清依据，教师应给予帮助。同时，根据学生已有的生活经验和本单元的学习，培养学生分类整理数据的能力。</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教学内容：教科书P5～6例3，完成教科书P6“做一做”和P8～9“练一练”第5、7题。</w:t>
      </w:r>
    </w:p>
    <w:p>
      <w:pPr>
        <w:spacing w:after="80" w:line="300" w:lineRule="auto"/>
        <w:ind w:firstLine="400"/>
      </w:pPr>
      <w:r>
        <w:rPr>
          <w:rFonts w:ascii="宋体" w:hAnsi="宋体" w:eastAsia="宋体"/>
          <w:b w:val="0"/>
          <w:sz w:val="20"/>
        </w:rPr>
        <w:t>教学准备：课件，与教科书P5例3样式相同的纽扣。</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（1）学生能理解分类的意义，掌握按形状、颜色、扣眼数量等标准分类的方法，能清晰表述分类过程与结果，体会分类标准的多样性。</w:t>
      </w:r>
    </w:p>
    <w:p>
      <w:pPr>
        <w:spacing w:after="20" w:line="300" w:lineRule="auto"/>
        <w:ind w:firstLine="400"/>
      </w:pPr>
      <w:r>
        <w:rPr>
          <w:rFonts w:ascii="宋体" w:hAnsi="宋体" w:eastAsia="宋体"/>
          <w:b w:val="0"/>
          <w:sz w:val="20"/>
        </w:rPr>
        <w:t>（2）通过观察、操作、讨论等活动，培养学生的观察能力、动手实践能力和思考能力，发展初步逻辑思维。</w:t>
      </w:r>
    </w:p>
    <w:p>
      <w:pPr>
        <w:spacing w:after="20" w:line="300" w:lineRule="auto"/>
        <w:ind w:firstLine="400"/>
      </w:pPr>
      <w:r>
        <w:rPr>
          <w:rFonts w:ascii="宋体" w:hAnsi="宋体" w:eastAsia="宋体"/>
          <w:b w:val="0"/>
          <w:sz w:val="20"/>
        </w:rPr>
        <w:t>（3）感受分类在生活中的广泛应用，激发学习数学的兴趣，养成分类整理的良好习惯，体会数学与生活的紧密联系。</w:t>
      </w:r>
    </w:p>
    <w:p>
      <w:pPr>
        <w:spacing w:after="20" w:line="300" w:lineRule="auto"/>
      </w:pPr>
      <w:r>
        <w:rPr>
          <w:rFonts w:ascii="宋体" w:hAnsi="宋体" w:eastAsia="宋体"/>
          <w:b w:val="0"/>
          <w:sz w:val="20"/>
        </w:rPr>
        <w:t>教学重点：进一步掌握按不同标准对物体进行分类的方法，能根据实际需求选择合适的分类标准。</w:t>
      </w:r>
    </w:p>
    <w:p>
      <w:pPr>
        <w:spacing w:after="20" w:line="300" w:lineRule="auto"/>
      </w:pPr>
      <w:r>
        <w:rPr>
          <w:rFonts w:ascii="宋体" w:hAnsi="宋体" w:eastAsia="宋体"/>
          <w:b w:val="0"/>
          <w:sz w:val="20"/>
        </w:rPr>
        <w:t>教学难点：理解分类标准的多样性，体会逐层分类后结果的特点，以及运用分类知识解决实际问题。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情境导入，揭示课题</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丽丽不小心打翻了纽扣盒，怎样才能整理好？</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探究新知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纽扣的形状一样吗？有几种形状？你会按形状分吗？；还能接着分吗？按什么标准分？</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生活延伸</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如果做一件新衣服需要2粒相同的扣子，有几种选择？</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巩固练习，深化理解</w:t>
            </w:r>
          </w:p>
        </w:tc>
        <w:tc>
          <w:tcPr>
            <w:tcW w:type="dxa" w:w="1814"/>
          </w:tcPr>
          <w:p>
            <w:pPr>
              <w:spacing w:after="20" w:line="276" w:lineRule="auto"/>
            </w:pPr>
            <w:r/>
            <w:r>
              <w:rPr>
                <w:rFonts w:ascii="宋体" w:hAnsi="宋体" w:eastAsia="宋体"/>
                <w:b w:val="0"/>
                <w:sz w:val="18"/>
              </w:rPr>
              <w:t>教科书、图片、课件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今天我们一起给纽扣进行了分类，谁来说说我们是怎么分的？分类有什么小窍门？</w:t>
            </w:r>
          </w:p>
        </w:tc>
        <w:tc>
          <w:tcPr>
            <w:tcW w:type="dxa" w:w="1361"/>
          </w:tcPr>
          <w:p>
            <w:pPr>
              <w:spacing w:after="20" w:line="276" w:lineRule="auto"/>
            </w:pPr>
            <w:r/>
            <w:r>
              <w:rPr>
                <w:rFonts w:ascii="宋体" w:hAnsi="宋体" w:eastAsia="宋体"/>
                <w:b w:val="0"/>
                <w:sz w:val="18"/>
              </w:rPr>
              <w:t>9分钟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情境导入，揭示课题</w:t>
            </w:r>
          </w:p>
        </w:tc>
        <w:tc>
          <w:tcPr>
            <w:tcW w:type="dxa" w:w="3061"/>
          </w:tcPr>
          <w:p>
            <w:pPr>
              <w:spacing w:after="20" w:line="276" w:lineRule="auto"/>
            </w:pPr>
            <w:r/>
            <w:r>
              <w:rPr>
                <w:rFonts w:ascii="宋体" w:hAnsi="宋体" w:eastAsia="宋体"/>
                <w:b w:val="0"/>
                <w:sz w:val="18"/>
              </w:rPr>
              <w:t>1.课件出示教科书P5例3情境图。</w:t>
            </w:r>
          </w:p>
          <w:p>
            <w:pPr>
              <w:spacing w:after="20" w:line="276" w:lineRule="auto"/>
            </w:pPr>
            <w:r>
              <w:rPr>
                <w:rFonts w:ascii="宋体" w:hAnsi="宋体" w:eastAsia="宋体"/>
                <w:b w:val="0"/>
                <w:sz w:val="18"/>
              </w:rPr>
              <w:t>师：丽丽不小心打翻了纽扣盒，怎样才能整理好？</w:t>
            </w:r>
          </w:p>
          <w:p>
            <w:pPr>
              <w:spacing w:after="20" w:line="276" w:lineRule="auto"/>
            </w:pPr>
            <w:r>
              <w:rPr>
                <w:rFonts w:ascii="宋体" w:hAnsi="宋体" w:eastAsia="宋体"/>
                <w:b w:val="0"/>
                <w:sz w:val="18"/>
              </w:rPr>
              <w:t>师：这节课我们继续学习分类与整理。[板书：分类与整理(3)]</w:t>
            </w:r>
          </w:p>
        </w:tc>
        <w:tc>
          <w:tcPr>
            <w:tcW w:type="dxa" w:w="3061"/>
          </w:tcPr>
          <w:p>
            <w:pPr>
              <w:spacing w:after="20" w:line="276" w:lineRule="auto"/>
            </w:pPr>
            <w:r/>
            <w:r>
              <w:rPr>
                <w:rFonts w:ascii="宋体" w:hAnsi="宋体" w:eastAsia="宋体"/>
                <w:b w:val="0"/>
                <w:sz w:val="18"/>
              </w:rPr>
              <w:t>学生可能会按不同分类标准寻找整理方案。</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创设情境激活学生已有经验，自然引出本课学习内容，激发学习兴趣，核心问题："丽丽不小心打翻了纽扣盒，怎样才能整理好？"</w:t>
            </w:r>
          </w:p>
        </w:tc>
      </w:tr>
      <w:tr>
        <w:tc>
          <w:tcPr>
            <w:tcW w:type="dxa" w:w="1474"/>
          </w:tcPr>
          <w:p>
            <w:pPr>
              <w:spacing w:after="20" w:line="276" w:lineRule="auto"/>
            </w:pPr>
            <w:r>
              <w:rPr>
                <w:b/>
              </w:rPr>
            </w:r>
            <w:r>
              <w:rPr>
                <w:rFonts w:ascii="宋体" w:hAnsi="宋体" w:eastAsia="宋体"/>
                <w:b/>
                <w:sz w:val="18"/>
              </w:rPr>
              <w:t>探究新知</w:t>
            </w:r>
          </w:p>
        </w:tc>
        <w:tc>
          <w:tcPr>
            <w:tcW w:type="dxa" w:w="3061"/>
          </w:tcPr>
          <w:p>
            <w:pPr>
              <w:spacing w:after="20" w:line="276" w:lineRule="auto"/>
            </w:pPr>
            <w:r/>
            <w:r>
              <w:rPr>
                <w:rFonts w:ascii="宋体" w:hAnsi="宋体" w:eastAsia="宋体"/>
                <w:b w:val="0"/>
                <w:sz w:val="18"/>
              </w:rPr>
              <w:t>1.第一次分类：按形状分。</w:t>
            </w:r>
          </w:p>
          <w:p>
            <w:pPr>
              <w:spacing w:after="20" w:line="276" w:lineRule="auto"/>
            </w:pPr>
            <w:r>
              <w:rPr>
                <w:rFonts w:ascii="宋体" w:hAnsi="宋体" w:eastAsia="宋体"/>
                <w:b w:val="0"/>
                <w:sz w:val="18"/>
              </w:rPr>
              <w:t>师：纽扣的形状一样吗？有几种形状？你会按形状分吗？</w:t>
            </w:r>
          </w:p>
          <w:p>
            <w:pPr>
              <w:spacing w:after="20" w:line="276" w:lineRule="auto"/>
            </w:pPr>
            <w:r>
              <w:rPr>
                <w:rFonts w:ascii="宋体" w:hAnsi="宋体" w:eastAsia="宋体"/>
                <w:b w:val="0"/>
                <w:sz w:val="18"/>
              </w:rPr>
              <w:t>不一样，有两种，正方形和圆形。</w:t>
            </w:r>
          </w:p>
          <w:p>
            <w:pPr>
              <w:spacing w:after="20" w:line="276" w:lineRule="auto"/>
            </w:pPr>
            <w:r>
              <w:rPr>
                <w:rFonts w:ascii="宋体" w:hAnsi="宋体" w:eastAsia="宋体"/>
                <w:b w:val="0"/>
                <w:sz w:val="18"/>
              </w:rPr>
              <w:t>(1)讨论：这么多纽扣，怎样才能保证分类完整，不重复、不遗漏呢？</w:t>
            </w:r>
          </w:p>
          <w:p>
            <w:pPr>
              <w:spacing w:after="20" w:line="276" w:lineRule="auto"/>
            </w:pPr>
            <w:r>
              <w:rPr>
                <w:rFonts w:ascii="宋体" w:hAnsi="宋体" w:eastAsia="宋体"/>
                <w:b w:val="0"/>
                <w:sz w:val="18"/>
              </w:rPr>
              <w:t>(2)学生操作并分类。</w:t>
            </w:r>
          </w:p>
          <w:p>
            <w:pPr>
              <w:spacing w:after="20" w:line="276" w:lineRule="auto"/>
            </w:pPr>
            <w:r>
              <w:rPr>
                <w:rFonts w:ascii="宋体" w:hAnsi="宋体" w:eastAsia="宋体"/>
                <w:b w:val="0"/>
                <w:sz w:val="18"/>
              </w:rPr>
              <w:t>(3)展示交流：我把纽扣分成了圆形的和正方形的，圆形的有8个，正方形的有10个。</w:t>
            </w:r>
          </w:p>
          <w:p>
            <w:pPr>
              <w:spacing w:after="20" w:line="276" w:lineRule="auto"/>
            </w:pPr>
            <w:r>
              <w:rPr>
                <w:rFonts w:ascii="宋体" w:hAnsi="宋体" w:eastAsia="宋体"/>
                <w:b w:val="0"/>
                <w:sz w:val="18"/>
              </w:rPr>
              <w:t>(4)结合学生汇报，课件演示按形状分类的过程和结果。(板书：按形状分)</w:t>
            </w:r>
          </w:p>
          <w:p>
            <w:pPr>
              <w:spacing w:after="20" w:line="276" w:lineRule="auto"/>
            </w:pPr>
            <w:r>
              <w:rPr>
                <w:rFonts w:ascii="宋体" w:hAnsi="宋体" w:eastAsia="宋体"/>
                <w:b w:val="0"/>
                <w:sz w:val="18"/>
              </w:rPr>
              <w:t>师小结：我们按形状把纽扣分成了两类，分类时要先确定好标准，再把相同形状的放在一起，这样就能整理好了。</w:t>
            </w:r>
          </w:p>
          <w:p>
            <w:pPr>
              <w:spacing w:after="20" w:line="276" w:lineRule="auto"/>
            </w:pPr>
            <w:r>
              <w:rPr>
                <w:rFonts w:ascii="宋体" w:hAnsi="宋体" w:eastAsia="宋体"/>
                <w:b w:val="0"/>
                <w:sz w:val="18"/>
              </w:rPr>
              <w:t>2．第二次分类：按颜色分。</w:t>
            </w:r>
          </w:p>
          <w:p>
            <w:pPr>
              <w:spacing w:after="20" w:line="276" w:lineRule="auto"/>
            </w:pPr>
            <w:r>
              <w:rPr>
                <w:rFonts w:ascii="宋体" w:hAnsi="宋体" w:eastAsia="宋体"/>
                <w:b w:val="0"/>
                <w:sz w:val="18"/>
              </w:rPr>
              <w:t>师：还能接着分吗？按什么标准分？</w:t>
            </w:r>
          </w:p>
          <w:p>
            <w:pPr>
              <w:spacing w:after="20" w:line="276" w:lineRule="auto"/>
            </w:pPr>
            <w:r>
              <w:rPr>
                <w:rFonts w:ascii="宋体" w:hAnsi="宋体" w:eastAsia="宋体"/>
                <w:b w:val="0"/>
                <w:sz w:val="18"/>
              </w:rPr>
              <w:t>(1)观察纽扣，讨论：你发现了什么？</w:t>
            </w:r>
          </w:p>
          <w:p>
            <w:pPr>
              <w:spacing w:after="20" w:line="276" w:lineRule="auto"/>
            </w:pPr>
            <w:r>
              <w:rPr>
                <w:rFonts w:ascii="宋体" w:hAnsi="宋体" w:eastAsia="宋体"/>
                <w:b w:val="0"/>
                <w:sz w:val="18"/>
              </w:rPr>
              <w:t>(2)学生操作并分类。</w:t>
            </w:r>
          </w:p>
          <w:p>
            <w:pPr>
              <w:spacing w:after="20" w:line="276" w:lineRule="auto"/>
            </w:pPr>
            <w:r>
              <w:rPr>
                <w:rFonts w:ascii="宋体" w:hAnsi="宋体" w:eastAsia="宋体"/>
                <w:b w:val="0"/>
                <w:sz w:val="18"/>
              </w:rPr>
              <w:t>(3)展示交流：先按形状分，再按颜色分，现在分成了4类，每类颜色和形状都相同。</w:t>
            </w:r>
          </w:p>
          <w:p>
            <w:pPr>
              <w:spacing w:after="20" w:line="276" w:lineRule="auto"/>
            </w:pPr>
            <w:r>
              <w:rPr>
                <w:rFonts w:ascii="宋体" w:hAnsi="宋体" w:eastAsia="宋体"/>
                <w:b w:val="0"/>
                <w:sz w:val="18"/>
              </w:rPr>
              <w:t>师小结：我们在以形状为标准分的基础上，又以颜色为标准分，分类更细致。只要找到新的不同特点，就能继续分。</w:t>
            </w:r>
          </w:p>
          <w:p>
            <w:pPr>
              <w:spacing w:after="20" w:line="276" w:lineRule="auto"/>
            </w:pPr>
            <w:r>
              <w:rPr>
                <w:rFonts w:ascii="宋体" w:hAnsi="宋体" w:eastAsia="宋体"/>
                <w:b w:val="0"/>
                <w:sz w:val="18"/>
              </w:rPr>
              <w:t>3．第三次分类：按扣眼的数量分。</w:t>
            </w:r>
          </w:p>
          <w:p>
            <w:pPr>
              <w:spacing w:after="20" w:line="276" w:lineRule="auto"/>
            </w:pPr>
            <w:r>
              <w:rPr>
                <w:rFonts w:ascii="宋体" w:hAnsi="宋体" w:eastAsia="宋体"/>
                <w:b w:val="0"/>
                <w:sz w:val="18"/>
              </w:rPr>
              <w:t>师：观察二次分类后的纽扣，还可以继续分吗？</w:t>
            </w:r>
          </w:p>
          <w:p>
            <w:pPr>
              <w:spacing w:after="20" w:line="276" w:lineRule="auto"/>
            </w:pPr>
            <w:r>
              <w:rPr>
                <w:rFonts w:ascii="宋体" w:hAnsi="宋体" w:eastAsia="宋体"/>
                <w:b w:val="0"/>
                <w:sz w:val="18"/>
              </w:rPr>
              <w:t>师：按扣眼数量，把二次分类的纽扣再分一分。</w:t>
            </w:r>
          </w:p>
          <w:p>
            <w:pPr>
              <w:spacing w:after="20" w:line="276" w:lineRule="auto"/>
            </w:pPr>
            <w:r>
              <w:rPr>
                <w:rFonts w:ascii="宋体" w:hAnsi="宋体" w:eastAsia="宋体"/>
                <w:b w:val="0"/>
                <w:sz w:val="18"/>
              </w:rPr>
              <w:t>(1)尝试分类。</w:t>
            </w:r>
          </w:p>
          <w:p>
            <w:pPr>
              <w:spacing w:after="20" w:line="276" w:lineRule="auto"/>
            </w:pPr>
            <w:r>
              <w:rPr>
                <w:rFonts w:ascii="宋体" w:hAnsi="宋体" w:eastAsia="宋体"/>
                <w:b w:val="0"/>
                <w:sz w:val="18"/>
              </w:rPr>
              <w:t>(2)展示8种分类结果，评价分类是否合理。</w:t>
            </w:r>
          </w:p>
          <w:p>
            <w:pPr>
              <w:spacing w:after="20" w:line="276" w:lineRule="auto"/>
            </w:pPr>
            <w:r>
              <w:rPr>
                <w:rFonts w:ascii="宋体" w:hAnsi="宋体" w:eastAsia="宋体"/>
                <w:b w:val="0"/>
                <w:sz w:val="18"/>
              </w:rPr>
              <w:t>教师梳理分类结果：最终分成8类，每类形状、颜色、扣眼数量都一样。</w:t>
            </w:r>
          </w:p>
          <w:p>
            <w:pPr>
              <w:spacing w:after="20" w:line="276" w:lineRule="auto"/>
            </w:pPr>
            <w:r>
              <w:rPr>
                <w:rFonts w:ascii="宋体" w:hAnsi="宋体" w:eastAsia="宋体"/>
                <w:b w:val="0"/>
                <w:sz w:val="18"/>
              </w:rPr>
              <w:t>(3)回顾分类过程，对比每次分类结果，你发现了什么？</w:t>
            </w:r>
          </w:p>
          <w:p>
            <w:pPr>
              <w:spacing w:after="20" w:line="276" w:lineRule="auto"/>
            </w:pPr>
            <w:r>
              <w:rPr>
                <w:rFonts w:ascii="宋体" w:hAnsi="宋体" w:eastAsia="宋体"/>
                <w:b w:val="0"/>
                <w:sz w:val="18"/>
              </w:rPr>
              <w:t>教师引导学生总结：按一定标准分类后，还能找新标准继续分，一层一层分得更细致，不管先按形状、颜色还是扣眼数量分，只要标准明确，最后都能细致分类，且总数相同。</w:t>
            </w:r>
          </w:p>
        </w:tc>
        <w:tc>
          <w:tcPr>
            <w:tcW w:type="dxa" w:w="3061"/>
          </w:tcPr>
          <w:p>
            <w:pPr>
              <w:spacing w:after="20" w:line="276" w:lineRule="auto"/>
            </w:pPr>
            <w:r/>
            <w:r>
              <w:rPr>
                <w:rFonts w:ascii="宋体" w:hAnsi="宋体" w:eastAsia="宋体"/>
                <w:b w:val="0"/>
                <w:sz w:val="18"/>
              </w:rPr>
              <w:t>学生发现颜色不同，可按颜色继续分。(板书：按颜色分)</w:t>
            </w:r>
          </w:p>
          <w:p>
            <w:pPr>
              <w:spacing w:after="20" w:line="276" w:lineRule="auto"/>
            </w:pPr>
            <w:r>
              <w:rPr>
                <w:rFonts w:ascii="宋体" w:hAnsi="宋体" w:eastAsia="宋体"/>
                <w:b w:val="0"/>
                <w:sz w:val="18"/>
              </w:rPr>
              <w:t>学生发现扣眼数量不同，还可以继续分，确定新的分类标准。(板书：按扣眼数量分)</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设计递进式探究活动，引导学生在动手实践与合作交流中经历知识形成过程，突破本课重难点，核心问题："纽扣的形状一样吗？有几种形状？你会按形状分吗？"</w:t>
            </w:r>
          </w:p>
        </w:tc>
      </w:tr>
      <w:tr>
        <w:tc>
          <w:tcPr>
            <w:tcW w:type="dxa" w:w="1474"/>
          </w:tcPr>
          <w:p>
            <w:pPr>
              <w:spacing w:after="20" w:line="276" w:lineRule="auto"/>
            </w:pPr>
            <w:r>
              <w:rPr>
                <w:b/>
              </w:rPr>
            </w:r>
            <w:r>
              <w:rPr>
                <w:rFonts w:ascii="宋体" w:hAnsi="宋体" w:eastAsia="宋体"/>
                <w:b/>
                <w:sz w:val="18"/>
              </w:rPr>
              <w:t>生活延伸</w:t>
            </w:r>
          </w:p>
        </w:tc>
        <w:tc>
          <w:tcPr>
            <w:tcW w:type="dxa" w:w="3061"/>
          </w:tcPr>
          <w:p>
            <w:pPr>
              <w:spacing w:after="20" w:line="276" w:lineRule="auto"/>
            </w:pPr>
            <w:r/>
            <w:r>
              <w:rPr>
                <w:rFonts w:ascii="宋体" w:hAnsi="宋体" w:eastAsia="宋体"/>
                <w:b w:val="0"/>
                <w:sz w:val="18"/>
              </w:rPr>
              <w:t>师：如果做一件新衣服需要2粒相同的扣子，有几种选择？</w:t>
            </w:r>
          </w:p>
          <w:p>
            <w:pPr>
              <w:spacing w:after="20" w:line="276" w:lineRule="auto"/>
            </w:pPr>
            <w:r>
              <w:rPr>
                <w:rFonts w:ascii="宋体" w:hAnsi="宋体" w:eastAsia="宋体"/>
                <w:b w:val="0"/>
                <w:sz w:val="18"/>
              </w:rPr>
              <w:t>引导学生观察分类好的纽扣，思考“相同”的含义，相同指的是形状、颜色、扣眼数量都相同，然后数一数有几种符合要求的纽扣组合，说一说选择的理由。</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围绕环节目标组织学习活动，引导学生主动参与、积极思考，核心问题："如果做一件新衣服需要2粒相同的扣子，有几种选择？"</w:t>
            </w:r>
          </w:p>
        </w:tc>
      </w:tr>
      <w:tr>
        <w:tc>
          <w:tcPr>
            <w:tcW w:type="dxa" w:w="1474"/>
          </w:tcPr>
          <w:p>
            <w:pPr>
              <w:spacing w:after="20" w:line="276" w:lineRule="auto"/>
            </w:pPr>
            <w:r>
              <w:rPr>
                <w:b/>
              </w:rPr>
            </w:r>
            <w:r>
              <w:rPr>
                <w:rFonts w:ascii="宋体" w:hAnsi="宋体" w:eastAsia="宋体"/>
                <w:b/>
                <w:sz w:val="18"/>
              </w:rPr>
              <w:t>巩固练习，深化理解</w:t>
            </w:r>
          </w:p>
        </w:tc>
        <w:tc>
          <w:tcPr>
            <w:tcW w:type="dxa" w:w="3061"/>
          </w:tcPr>
          <w:p>
            <w:pPr>
              <w:spacing w:after="20" w:line="276" w:lineRule="auto"/>
            </w:pPr>
            <w:r/>
            <w:r>
              <w:rPr>
                <w:rFonts w:ascii="宋体" w:hAnsi="宋体" w:eastAsia="宋体"/>
                <w:b w:val="0"/>
                <w:sz w:val="18"/>
              </w:rPr>
              <w:t>1.完成教科书P6“做一做”。</w:t>
            </w:r>
          </w:p>
          <w:p>
            <w:pPr>
              <w:spacing w:after="20" w:line="276" w:lineRule="auto"/>
            </w:pPr>
            <w:r>
              <w:rPr>
                <w:rFonts w:ascii="宋体" w:hAnsi="宋体" w:eastAsia="宋体"/>
                <w:b w:val="0"/>
                <w:sz w:val="18"/>
              </w:rPr>
              <w:t>观察图片，找出分类标准，要求先选一种标准分，如先按卡片形状分，再在上一种分类结果的基础上按另一种标准细分，完成后在小组内交流分类方法和结果。</w:t>
            </w:r>
          </w:p>
          <w:p>
            <w:pPr>
              <w:spacing w:after="20" w:line="276" w:lineRule="auto"/>
            </w:pPr>
            <w:r>
              <w:rPr>
                <w:rFonts w:ascii="宋体" w:hAnsi="宋体" w:eastAsia="宋体"/>
                <w:b w:val="0"/>
                <w:sz w:val="18"/>
              </w:rPr>
              <w:t>2．完成教科书P8“练一练”第5题。</w:t>
            </w:r>
          </w:p>
          <w:p>
            <w:pPr>
              <w:spacing w:after="20" w:line="276" w:lineRule="auto"/>
            </w:pPr>
            <w:r>
              <w:rPr>
                <w:rFonts w:ascii="宋体" w:hAnsi="宋体" w:eastAsia="宋体"/>
                <w:b w:val="0"/>
                <w:sz w:val="18"/>
              </w:rPr>
              <w:t>先计算出结果，再根据算式特点和得数找分类标准，确定可进行几次分类。</w:t>
            </w:r>
          </w:p>
          <w:p>
            <w:pPr>
              <w:spacing w:after="20" w:line="276" w:lineRule="auto"/>
            </w:pPr>
            <w:r>
              <w:rPr>
                <w:rFonts w:ascii="宋体" w:hAnsi="宋体" w:eastAsia="宋体"/>
                <w:b w:val="0"/>
                <w:sz w:val="18"/>
              </w:rPr>
              <w:t>3．完成教科书P9“练一练”第7题。</w:t>
            </w:r>
          </w:p>
          <w:p>
            <w:pPr>
              <w:spacing w:after="20" w:line="276" w:lineRule="auto"/>
            </w:pPr>
            <w:r>
              <w:rPr>
                <w:rFonts w:ascii="宋体" w:hAnsi="宋体" w:eastAsia="宋体"/>
                <w:b w:val="0"/>
                <w:sz w:val="18"/>
              </w:rPr>
              <w:t>引导学生讨论：分类标准是什么？怎样一层一层地分？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师：今天我们一起给纽扣进行了分类，谁来说说我们是怎么分的？分类有什么小窍门？</w:t>
            </w:r>
          </w:p>
          <w:p>
            <w:pPr>
              <w:spacing w:after="20" w:line="276" w:lineRule="auto"/>
            </w:pPr>
            <w:r>
              <w:rPr>
                <w:rFonts w:ascii="宋体" w:hAnsi="宋体" w:eastAsia="宋体"/>
                <w:b w:val="0"/>
                <w:sz w:val="18"/>
              </w:rPr>
              <w:t>先按形状分，再按颜色分，最后按扣眼数量分。在分类时，可以先找到物体之间的区别，明确分类标准，再根据不同的分类标准不断细分。</w:t>
            </w:r>
          </w:p>
          <w:p>
            <w:pPr>
              <w:spacing w:after="20" w:line="276" w:lineRule="auto"/>
            </w:pPr>
            <w:r>
              <w:rPr>
                <w:rFonts w:ascii="宋体" w:hAnsi="宋体" w:eastAsia="宋体"/>
                <w:b w:val="0"/>
                <w:sz w:val="18"/>
              </w:rPr>
              <w:t>以丽丽打翻纽扣盒的生活情境切入，贴合二年级学生认知，快速激发探究欲。通过三次分层分类(形状→颜色→扣眼数量)，让学生在动手操作、观察比较中，逐步掌握分类方法，理解分类标准的多样性。每次分类后注重引导汇报小结，强化“确定标准—有序分类—清晰表达”的思维链，培养观察、动手与逻辑表达能力。生活延伸环节连接生活，用分类知识解决选纽扣问题，体现数学实用性。生活延伸与课堂小结，推动知识从课堂向生活迁移，助力学生养成分类整理习惯，让数学学习真正服务于生活，实现知识、能力、习惯培养的融合递进。</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引导学生回顾梳理本课所学，完善认知结构，提升归纳与反思能力，核心问题："今天我们一起给纽扣进行了分类，谁来说说我们是怎么分的？分类有什么小窍门？"</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教科书P5～6例3，完成教科书P6“做一做”和P8～9“练一练”第5、7题。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通过情境贯穿、动手操作等方法，使学生经历多层分类，掌握分类方法且感受分类价值。需关注：部分学生二次分类时，因标准转换出现操作混乱的情况，后续可增加“分步提示卡”；此外，生活延伸环节可进一步拓展实践形式，如可预留“分类小视频”分享，以强化学生知识迁移的能力，培养学生知识迁移的习惯。</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