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line="300" w:lineRule="auto"/>
        <w:jc w:val="center"/>
      </w:pPr>
      <w:r>
        <w:rPr>
          <w:rFonts w:ascii="黑体" w:hAnsi="黑体" w:eastAsia="黑体"/>
          <w:b/>
          <w:sz w:val="30"/>
        </w:rPr>
        <w:t>人教版二年级数学上册</w:t>
      </w:r>
    </w:p>
    <w:p>
      <w:pPr>
        <w:spacing w:after="80" w:line="300" w:lineRule="auto"/>
        <w:jc w:val="center"/>
      </w:pPr>
      <w:r>
        <w:rPr>
          <w:rFonts w:ascii="黑体" w:hAnsi="黑体" w:eastAsia="黑体"/>
          <w:b/>
          <w:sz w:val="26"/>
        </w:rPr>
        <w:t>第5单元 7-9的表内乘、除法　规范教案</w:t>
      </w:r>
    </w:p>
    <w:p>
      <w:pPr>
        <w:spacing w:after="160" w:line="300" w:lineRule="auto"/>
        <w:jc w:val="center"/>
      </w:pPr>
      <w:r>
        <w:rPr>
          <w:rFonts w:ascii="楷体" w:hAnsi="楷体" w:eastAsia="楷体"/>
          <w:b w:val="0"/>
          <w:color w:val="606060"/>
          <w:sz w:val="18"/>
        </w:rPr>
        <w:t>依据《温州市小学数学教学常规（2025年版）》附件2（单元教学备课参考格式）、附件3（课时教学备课参考格式）编制</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2381"/>
            <w:shd w:val="clear" w:fill="E8EEF7"/>
          </w:tcPr>
          <w:p>
            <w:pPr>
              <w:spacing w:after="20" w:line="276" w:lineRule="auto"/>
              <w:jc w:val="center"/>
            </w:pPr>
            <w:r/>
            <w:r>
              <w:rPr>
                <w:rFonts w:ascii="黑体" w:hAnsi="黑体" w:eastAsia="黑体"/>
                <w:b/>
                <w:sz w:val="18"/>
              </w:rPr>
              <w:t>项目</w:t>
            </w:r>
          </w:p>
        </w:tc>
        <w:tc>
          <w:tcPr>
            <w:tcW w:type="dxa" w:w="7030"/>
            <w:shd w:val="clear" w:fill="E8EEF7"/>
          </w:tcPr>
          <w:p>
            <w:pPr>
              <w:spacing w:after="20" w:line="276" w:lineRule="auto"/>
              <w:jc w:val="center"/>
            </w:pPr>
            <w:r/>
            <w:r>
              <w:rPr>
                <w:rFonts w:ascii="黑体" w:hAnsi="黑体" w:eastAsia="黑体"/>
                <w:b/>
                <w:sz w:val="18"/>
              </w:rPr>
              <w:t>内容</w:t>
            </w:r>
          </w:p>
        </w:tc>
      </w:tr>
      <w:tr>
        <w:tc>
          <w:tcPr>
            <w:tcW w:type="dxa" w:w="2381"/>
          </w:tcPr>
          <w:p>
            <w:pPr>
              <w:spacing w:after="20" w:line="276" w:lineRule="auto"/>
            </w:pPr>
            <w:r/>
            <w:r>
              <w:rPr>
                <w:rFonts w:ascii="宋体" w:hAnsi="宋体" w:eastAsia="宋体"/>
                <w:b/>
                <w:sz w:val="20"/>
              </w:rPr>
              <w:t>单元内容</w:t>
            </w:r>
          </w:p>
        </w:tc>
        <w:tc>
          <w:tcPr>
            <w:tcW w:type="dxa" w:w="7030"/>
          </w:tcPr>
          <w:p>
            <w:pPr>
              <w:spacing w:after="20" w:line="276" w:lineRule="auto"/>
            </w:pPr>
            <w:r/>
            <w:r>
              <w:rPr>
                <w:rFonts w:ascii="宋体" w:hAnsi="宋体" w:eastAsia="宋体"/>
                <w:b w:val="0"/>
                <w:sz w:val="20"/>
              </w:rPr>
              <w:t>第5单元 7-9的表内乘、除法</w:t>
            </w:r>
          </w:p>
        </w:tc>
      </w:tr>
      <w:tr>
        <w:tc>
          <w:tcPr>
            <w:tcW w:type="dxa" w:w="2381"/>
          </w:tcPr>
          <w:p>
            <w:pPr>
              <w:spacing w:after="20" w:line="276" w:lineRule="auto"/>
            </w:pPr>
            <w:r/>
            <w:r>
              <w:rPr>
                <w:rFonts w:ascii="宋体" w:hAnsi="宋体" w:eastAsia="宋体"/>
                <w:b/>
                <w:sz w:val="20"/>
              </w:rPr>
              <w:t>所属领域</w:t>
            </w:r>
          </w:p>
        </w:tc>
        <w:tc>
          <w:tcPr>
            <w:tcW w:type="dxa" w:w="7030"/>
          </w:tcPr>
          <w:p>
            <w:pPr>
              <w:spacing w:after="20" w:line="276" w:lineRule="auto"/>
            </w:pPr>
            <w:r/>
            <w:r>
              <w:rPr>
                <w:rFonts w:ascii="宋体" w:hAnsi="宋体" w:eastAsia="宋体"/>
                <w:b w:val="0"/>
                <w:sz w:val="20"/>
              </w:rPr>
              <w:t>数与代数</w:t>
            </w:r>
          </w:p>
        </w:tc>
      </w:tr>
      <w:tr>
        <w:tc>
          <w:tcPr>
            <w:tcW w:type="dxa" w:w="2381"/>
          </w:tcPr>
          <w:p>
            <w:pPr>
              <w:spacing w:after="20" w:line="276" w:lineRule="auto"/>
            </w:pPr>
            <w:r/>
            <w:r>
              <w:rPr>
                <w:rFonts w:ascii="宋体" w:hAnsi="宋体" w:eastAsia="宋体"/>
                <w:b/>
                <w:sz w:val="20"/>
              </w:rPr>
              <w:t>教材版本</w:t>
            </w:r>
          </w:p>
        </w:tc>
        <w:tc>
          <w:tcPr>
            <w:tcW w:type="dxa" w:w="7030"/>
          </w:tcPr>
          <w:p>
            <w:pPr>
              <w:spacing w:after="20" w:line="276" w:lineRule="auto"/>
            </w:pPr>
            <w:r/>
            <w:r>
              <w:rPr>
                <w:rFonts w:ascii="宋体" w:hAnsi="宋体" w:eastAsia="宋体"/>
                <w:b w:val="0"/>
                <w:sz w:val="20"/>
              </w:rPr>
              <w:t>人民教育出版社（人教版）小学数学教科书</w:t>
            </w:r>
          </w:p>
        </w:tc>
      </w:tr>
      <w:tr>
        <w:tc>
          <w:tcPr>
            <w:tcW w:type="dxa" w:w="2381"/>
          </w:tcPr>
          <w:p>
            <w:pPr>
              <w:spacing w:after="20" w:line="276" w:lineRule="auto"/>
            </w:pPr>
            <w:r/>
            <w:r>
              <w:rPr>
                <w:rFonts w:ascii="宋体" w:hAnsi="宋体" w:eastAsia="宋体"/>
                <w:b/>
                <w:sz w:val="20"/>
              </w:rPr>
              <w:t>课时数</w:t>
            </w:r>
          </w:p>
        </w:tc>
        <w:tc>
          <w:tcPr>
            <w:tcW w:type="dxa" w:w="7030"/>
          </w:tcPr>
          <w:p>
            <w:pPr>
              <w:spacing w:after="20" w:line="276" w:lineRule="auto"/>
            </w:pPr>
            <w:r/>
            <w:r>
              <w:rPr>
                <w:rFonts w:ascii="宋体" w:hAnsi="宋体" w:eastAsia="宋体"/>
                <w:b w:val="0"/>
                <w:sz w:val="20"/>
              </w:rPr>
              <w:t>7 课时</w:t>
            </w:r>
          </w:p>
        </w:tc>
      </w:tr>
      <w:tr>
        <w:tc>
          <w:tcPr>
            <w:tcW w:type="dxa" w:w="2381"/>
          </w:tcPr>
          <w:p>
            <w:pPr>
              <w:spacing w:after="20" w:line="276" w:lineRule="auto"/>
            </w:pPr>
            <w:r/>
            <w:r>
              <w:rPr>
                <w:rFonts w:ascii="宋体" w:hAnsi="宋体" w:eastAsia="宋体"/>
                <w:b/>
                <w:sz w:val="20"/>
              </w:rPr>
              <w:t>课型结构</w:t>
            </w:r>
          </w:p>
        </w:tc>
        <w:tc>
          <w:tcPr>
            <w:tcW w:type="dxa" w:w="7030"/>
          </w:tcPr>
          <w:p>
            <w:pPr>
              <w:spacing w:after="20" w:line="276" w:lineRule="auto"/>
            </w:pPr>
            <w:r/>
            <w:r>
              <w:rPr>
                <w:rFonts w:ascii="宋体" w:hAnsi="宋体" w:eastAsia="宋体"/>
                <w:b w:val="0"/>
                <w:sz w:val="20"/>
              </w:rPr>
              <w:t>单元开启课、活动探索课、自主整理课</w:t>
            </w:r>
          </w:p>
        </w:tc>
      </w:tr>
    </w:tbl>
    <w:p>
      <w:pPr>
        <w:spacing w:after="40"/>
      </w:pPr>
    </w:p>
    <w:p>
      <w:pPr>
        <w:spacing w:after="80" w:line="300" w:lineRule="auto"/>
      </w:pPr>
      <w:r>
        <w:rPr>
          <w:rFonts w:ascii="黑体" w:hAnsi="黑体" w:eastAsia="黑体"/>
          <w:b/>
          <w:sz w:val="24"/>
        </w:rPr>
        <w:t>一、单元整体解读</w:t>
      </w:r>
    </w:p>
    <w:p>
      <w:pPr>
        <w:spacing w:after="20" w:line="300" w:lineRule="auto"/>
      </w:pPr>
      <w:r>
        <w:rPr>
          <w:rFonts w:ascii="黑体" w:hAnsi="黑体" w:eastAsia="黑体"/>
          <w:b/>
          <w:sz w:val="21"/>
        </w:rPr>
        <w:t>（一）教材分析</w:t>
      </w:r>
    </w:p>
    <w:p>
      <w:pPr>
        <w:spacing w:after="80" w:line="300" w:lineRule="auto"/>
        <w:ind w:firstLine="400"/>
      </w:pPr>
      <w:r>
        <w:rPr>
          <w:rFonts w:ascii="宋体" w:hAnsi="宋体" w:eastAsia="宋体"/>
          <w:b w:val="0"/>
          <w:sz w:val="20"/>
        </w:rPr>
        <w:t>在学习了1～6的表内乘、除法的基础上，本单元学习7～9的表内乘法和对应的除法。主要内容包括7～9的乘法口诀、用7～9的乘法口诀求商及运用7～9的表内乘、除法解决实际问题。教科书将7～9的表内乘法和除法排在一起，突出乘除法的内在联系，体现知识的整体性。</w:t>
      </w:r>
    </w:p>
    <w:p>
      <w:pPr>
        <w:spacing w:after="80" w:line="300" w:lineRule="auto"/>
        <w:ind w:firstLine="400"/>
      </w:pPr>
      <w:r>
        <w:rPr>
          <w:rFonts w:ascii="宋体" w:hAnsi="宋体" w:eastAsia="宋体"/>
          <w:b w:val="0"/>
          <w:sz w:val="20"/>
        </w:rPr>
        <w:t>本单元在了解乘法意义的基础上，继续借助情境图理解并抽象出7～9的乘法口诀，理解每一句乘法口诀的意义，在理解的基础上熟记乘法口诀。再依据除法的意义和乘除法的关系推理、计算相应除法，会运用乘法口诀计算表内除法。在解决问题时，教科书采用的是一个情境两个问题，引导学生分析数量关系，进一步体会乘、除法之间的联系。其中重点是理解并熟记7～9的乘法口诀，会用7～9的乘法口诀口算相应的乘、除法。</w:t>
      </w:r>
    </w:p>
    <w:p>
      <w:pPr>
        <w:spacing w:after="20" w:line="300" w:lineRule="auto"/>
      </w:pPr>
      <w:r>
        <w:rPr>
          <w:rFonts w:ascii="黑体" w:hAnsi="黑体" w:eastAsia="黑体"/>
          <w:b/>
          <w:sz w:val="21"/>
        </w:rPr>
        <w:t>（二）学情分析</w:t>
      </w:r>
    </w:p>
    <w:p>
      <w:pPr>
        <w:spacing w:after="80" w:line="300" w:lineRule="auto"/>
        <w:ind w:firstLine="400"/>
      </w:pPr>
      <w:r>
        <w:rPr>
          <w:rFonts w:ascii="宋体" w:hAnsi="宋体" w:eastAsia="宋体"/>
          <w:b w:val="0"/>
          <w:sz w:val="20"/>
        </w:rPr>
        <w:t>在此之前，学生已经学习了1～6的表内乘、除法，知道了乘法的意义和除法的意义，会“一图三式”，能根据实际情境列出乘法算式和除法算式；积累了编制乘法口诀的经验，初步体会到了乘法算式中各部分与相应除法算式中各部分之间的关系，会运用1～6的乘法口诀计算1～6的表内乘、除法。但是对于编制7～9的乘法口诀以及运用乘法口诀口算乘除法，学生还是以具体思维习惯为主，其抽象、综合、归纳、概括能力还有待逐步形成，而且7～9的乘法口诀句数较多，记忆不太容易；在解决问题时，后一个问题要用到前一个问题的结果，学生容易出错，这些都是学生学习的难点。因此，在教学中要注重引导学生理解数量关系，在此基础上理解每句乘法口诀的意义和解决问题列式的依据，从而提高学生的推理能力。</w:t>
      </w:r>
    </w:p>
    <w:p>
      <w:pPr>
        <w:spacing w:after="20" w:line="300" w:lineRule="auto"/>
      </w:pPr>
      <w:r>
        <w:rPr>
          <w:rFonts w:ascii="黑体" w:hAnsi="黑体" w:eastAsia="黑体"/>
          <w:b/>
          <w:sz w:val="21"/>
        </w:rPr>
        <w:t>（三）单元教学目标</w:t>
      </w:r>
    </w:p>
    <w:p>
      <w:pPr>
        <w:spacing w:after="20" w:line="300" w:lineRule="auto"/>
      </w:pPr>
      <w:r>
        <w:rPr>
          <w:rFonts w:ascii="黑体" w:hAnsi="黑体" w:eastAsia="黑体"/>
          <w:b/>
          <w:sz w:val="20"/>
        </w:rPr>
        <w:t>单元课时目标：</w:t>
      </w:r>
    </w:p>
    <w:p>
      <w:pPr>
        <w:spacing w:after="20" w:line="300" w:lineRule="auto"/>
        <w:ind w:firstLine="400"/>
      </w:pPr>
      <w:r>
        <w:rPr>
          <w:rFonts w:ascii="宋体" w:hAnsi="宋体" w:eastAsia="宋体"/>
          <w:b w:val="0"/>
          <w:sz w:val="20"/>
        </w:rPr>
        <w:t>第1课时：经历7的乘法口诀的编制过程，了解7的乘法口诀的来源，理解其意义，掌握其特征，熟记7的乘法口诀，能正确、熟练地计算相关的表内乘法。</w:t>
      </w:r>
    </w:p>
    <w:p>
      <w:pPr>
        <w:spacing w:after="20" w:line="300" w:lineRule="auto"/>
        <w:ind w:firstLine="400"/>
      </w:pPr>
      <w:r>
        <w:rPr>
          <w:rFonts w:ascii="宋体" w:hAnsi="宋体" w:eastAsia="宋体"/>
          <w:b w:val="0"/>
          <w:sz w:val="20"/>
        </w:rPr>
        <w:t>第2课时：经历8的乘法口诀的编制过程，理解8的乘法口诀的意义，熟记8的乘法口诀，能正确、熟练地计算相关的表内乘法。</w:t>
      </w:r>
    </w:p>
    <w:p>
      <w:pPr>
        <w:spacing w:after="20" w:line="300" w:lineRule="auto"/>
        <w:ind w:firstLine="400"/>
      </w:pPr>
      <w:r>
        <w:rPr>
          <w:rFonts w:ascii="宋体" w:hAnsi="宋体" w:eastAsia="宋体"/>
          <w:b w:val="0"/>
          <w:sz w:val="20"/>
        </w:rPr>
        <w:t>第3课时：通过自主探索，经历9的乘法口诀的编制过程，了解乘法口诀的来源，加深学生对乘法口诀意义的理解。</w:t>
      </w:r>
    </w:p>
    <w:p>
      <w:pPr>
        <w:spacing w:after="20" w:line="300" w:lineRule="auto"/>
        <w:ind w:firstLine="400"/>
      </w:pPr>
      <w:r>
        <w:rPr>
          <w:rFonts w:ascii="宋体" w:hAnsi="宋体" w:eastAsia="宋体"/>
          <w:b w:val="0"/>
          <w:sz w:val="20"/>
        </w:rPr>
        <w:t>第4课时：借助一图三式进一步理解乘、除法的意义，理解用7、8的乘法口诀求商的算理，掌握用乘法口诀求商的一般方法。</w:t>
      </w:r>
    </w:p>
    <w:p>
      <w:pPr>
        <w:spacing w:after="20" w:line="300" w:lineRule="auto"/>
        <w:ind w:firstLine="400"/>
      </w:pPr>
      <w:r>
        <w:rPr>
          <w:rFonts w:ascii="宋体" w:hAnsi="宋体" w:eastAsia="宋体"/>
          <w:b w:val="0"/>
          <w:sz w:val="20"/>
        </w:rPr>
        <w:t>第5课时：会借助图形根据问题需要列出除法算式，理解除法算式的意义即求商的意义。</w:t>
      </w:r>
    </w:p>
    <w:p>
      <w:pPr>
        <w:spacing w:after="20" w:line="300" w:lineRule="auto"/>
        <w:ind w:firstLine="400"/>
      </w:pPr>
      <w:r>
        <w:rPr>
          <w:rFonts w:ascii="宋体" w:hAnsi="宋体" w:eastAsia="宋体"/>
          <w:b w:val="0"/>
          <w:sz w:val="20"/>
        </w:rPr>
        <w:t>第6课时：通过“坐摩天轮”和“坐碰碰车”的问题，引导学生理解“总数”和“几个几”的含义，加深对乘法和除法意义的理解，进一步理解乘法和除法之间的联系。</w:t>
      </w:r>
    </w:p>
    <w:p>
      <w:pPr>
        <w:spacing w:after="20" w:line="300" w:lineRule="auto"/>
        <w:ind w:firstLine="400"/>
      </w:pPr>
      <w:r>
        <w:rPr>
          <w:rFonts w:ascii="宋体" w:hAnsi="宋体" w:eastAsia="宋体"/>
          <w:b w:val="0"/>
          <w:sz w:val="20"/>
        </w:rPr>
        <w:t>第7课时：通过有序地整理和复习表内乘法，理解乘法口诀之间的关系，进一步巩固乘法口诀，通过有规律地记忆乘法口诀，加深对乘法意义的理解。</w:t>
      </w:r>
    </w:p>
    <w:p>
      <w:pPr>
        <w:spacing w:after="20" w:line="300" w:lineRule="auto"/>
      </w:pPr>
      <w:r>
        <w:rPr>
          <w:rFonts w:ascii="黑体" w:hAnsi="黑体" w:eastAsia="黑体"/>
          <w:b/>
          <w:sz w:val="21"/>
        </w:rPr>
        <w:t>（四）单元教学建议</w:t>
      </w:r>
    </w:p>
    <w:p>
      <w:pPr>
        <w:spacing w:after="20" w:line="300" w:lineRule="auto"/>
      </w:pPr>
      <w:r>
        <w:rPr>
          <w:rFonts w:ascii="宋体" w:hAnsi="宋体" w:eastAsia="宋体"/>
          <w:b w:val="0"/>
          <w:sz w:val="20"/>
        </w:rPr>
        <w:t>● 重视学生已有的基础知识和基本经验，让学生在具体情境中操作、自主尝试编写乘法口诀。如在“7的乘法口诀”一课中创设用七巧板拼图形的情境，让学生进行探究，加深对乘法意义的理解。在教学时应考虑到学生的抽象思维能力较弱，知识需要亲身实践、探索才能获得。应增加操作、观察等实践活动，如通过摆小棒、观察直观图了解“几个几”的含义，得出乘法算式的结果进而得到乘法口诀，使学生清楚了解乘法口诀的来源。</w:t>
      </w:r>
    </w:p>
    <w:p>
      <w:pPr>
        <w:spacing w:after="20" w:line="300" w:lineRule="auto"/>
      </w:pPr>
      <w:r>
        <w:rPr>
          <w:rFonts w:ascii="宋体" w:hAnsi="宋体" w:eastAsia="宋体"/>
          <w:b w:val="0"/>
          <w:sz w:val="20"/>
        </w:rPr>
        <w:t>● 用好结构化的学习素材，让学生初步感悟数学的内在联系。前面1～6的乘、除法计算，学生大多借助“累加”“累减”来计算出结果。本单元的学习抽象性更高一点，要求学生直接在前一句口诀的基础上得到下一句口诀，由乘法口诀推导出除法计算。教学时，要充分利用数线、表格、具体情境等学习素材，通过素材引导学生经历思维过程，理解数学知识间的联系。</w:t>
      </w:r>
    </w:p>
    <w:p>
      <w:pPr>
        <w:spacing w:after="20" w:line="300" w:lineRule="auto"/>
      </w:pPr>
      <w:r>
        <w:rPr>
          <w:rFonts w:ascii="宋体" w:hAnsi="宋体" w:eastAsia="宋体"/>
          <w:b w:val="0"/>
          <w:sz w:val="20"/>
        </w:rPr>
        <w:t>● 注重学生思维过程的展示与交流，让学生在探究中体会解题策略的多样化，并学会反思和梳理解决问题的过程。通过让学生对所学乘法口诀进行自主整理，学会发现并运用规律，完成对所学乘法口诀知识体系的整体建构，为学生系统掌握这部分知识提供有力的帮助。</w:t>
      </w:r>
    </w:p>
    <w:p>
      <w:pPr>
        <w:spacing w:after="20" w:line="300" w:lineRule="auto"/>
      </w:pPr>
      <w:r>
        <w:rPr>
          <w:rFonts w:ascii="宋体" w:hAnsi="宋体" w:eastAsia="宋体"/>
          <w:b w:val="0"/>
          <w:sz w:val="20"/>
        </w:rPr>
        <w:t>● 采用多种形式从不同角度加强练习，注意安排一些内容充实、形式多样的练习活动，帮助学生理解乘、除法的含义，能根据具体的情境选择相应的策略解决问题，提高学生解决实际问题的能力。</w:t>
      </w:r>
    </w:p>
    <w:p>
      <w:pPr>
        <w:spacing w:after="20" w:line="300" w:lineRule="auto"/>
      </w:pPr>
      <w:r>
        <w:rPr>
          <w:rFonts w:ascii="宋体" w:hAnsi="宋体" w:eastAsia="宋体"/>
          <w:b w:val="0"/>
          <w:sz w:val="20"/>
        </w:rPr>
        <w:t>运算能力：在具体情境中，理解乘法和除法的意义，感悟乘、除法的内在联系，能描述乘法和除法的关系，能熟练运用7～9的乘法口诀计算相应的乘、除法。</w:t>
      </w:r>
    </w:p>
    <w:p>
      <w:pPr>
        <w:spacing w:after="20" w:line="300" w:lineRule="auto"/>
      </w:pPr>
      <w:r>
        <w:rPr>
          <w:rFonts w:ascii="宋体" w:hAnsi="宋体" w:eastAsia="宋体"/>
          <w:b w:val="0"/>
          <w:sz w:val="20"/>
        </w:rPr>
        <w:t>应用意识：在实际情境中，能发现有关乘法或除法的数量关系，能运用7～9的乘、除法解决简单的问题。</w:t>
      </w:r>
    </w:p>
    <w:p>
      <w:pPr>
        <w:spacing w:after="20" w:line="300" w:lineRule="auto"/>
      </w:pPr>
      <w:r>
        <w:rPr>
          <w:rFonts w:ascii="宋体" w:hAnsi="宋体" w:eastAsia="宋体"/>
          <w:b w:val="0"/>
          <w:sz w:val="20"/>
        </w:rPr>
        <w:t>推理意识：利用整数的乘法运算，理解算理与算法之间的关系；在进行除法计算的过程中，进一步理解除法是乘法的逆运算。在这样的过程中，感悟如何将未知转化为已知，形成初步的推理意识。</w:t>
      </w:r>
    </w:p>
    <w:p>
      <w:pPr>
        <w:spacing w:after="20" w:line="300" w:lineRule="auto"/>
      </w:pPr>
      <w:r>
        <w:rPr>
          <w:rFonts w:ascii="黑体" w:hAnsi="黑体" w:eastAsia="黑体"/>
          <w:b/>
          <w:sz w:val="21"/>
        </w:rPr>
        <w:t>（五）单元课时规划</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020"/>
            <w:shd w:val="clear" w:fill="E8EEF7"/>
          </w:tcPr>
          <w:p>
            <w:pPr>
              <w:spacing w:after="20" w:line="276" w:lineRule="auto"/>
              <w:jc w:val="center"/>
            </w:pPr>
            <w:r/>
            <w:r>
              <w:rPr>
                <w:rFonts w:ascii="黑体" w:hAnsi="黑体" w:eastAsia="黑体"/>
                <w:b/>
                <w:sz w:val="18"/>
              </w:rPr>
              <w:t>课时安排</w:t>
            </w:r>
          </w:p>
        </w:tc>
        <w:tc>
          <w:tcPr>
            <w:tcW w:type="dxa" w:w="3061"/>
            <w:shd w:val="clear" w:fill="E8EEF7"/>
          </w:tcPr>
          <w:p>
            <w:pPr>
              <w:spacing w:after="20" w:line="276" w:lineRule="auto"/>
              <w:jc w:val="center"/>
            </w:pPr>
            <w:r/>
            <w:r>
              <w:rPr>
                <w:rFonts w:ascii="黑体" w:hAnsi="黑体" w:eastAsia="黑体"/>
                <w:b/>
                <w:sz w:val="18"/>
              </w:rPr>
              <w:t>课题</w:t>
            </w:r>
          </w:p>
        </w:tc>
        <w:tc>
          <w:tcPr>
            <w:tcW w:type="dxa" w:w="1814"/>
            <w:shd w:val="clear" w:fill="E8EEF7"/>
          </w:tcPr>
          <w:p>
            <w:pPr>
              <w:spacing w:after="20" w:line="276" w:lineRule="auto"/>
              <w:jc w:val="center"/>
            </w:pPr>
            <w:r/>
            <w:r>
              <w:rPr>
                <w:rFonts w:ascii="黑体" w:hAnsi="黑体" w:eastAsia="黑体"/>
                <w:b/>
                <w:sz w:val="18"/>
              </w:rPr>
              <w:t>课型</w:t>
            </w:r>
          </w:p>
        </w:tc>
        <w:tc>
          <w:tcPr>
            <w:tcW w:type="dxa" w:w="3515"/>
            <w:shd w:val="clear" w:fill="E8EEF7"/>
          </w:tcPr>
          <w:p>
            <w:pPr>
              <w:spacing w:after="20" w:line="276" w:lineRule="auto"/>
              <w:jc w:val="center"/>
            </w:pPr>
            <w:r/>
            <w:r>
              <w:rPr>
                <w:rFonts w:ascii="黑体" w:hAnsi="黑体" w:eastAsia="黑体"/>
                <w:b/>
                <w:sz w:val="18"/>
              </w:rPr>
              <w:t>核心任务</w:t>
            </w:r>
          </w:p>
        </w:tc>
      </w:tr>
      <w:tr>
        <w:tc>
          <w:tcPr>
            <w:tcW w:type="dxa" w:w="1020"/>
          </w:tcPr>
          <w:p>
            <w:pPr>
              <w:spacing w:after="20" w:line="276" w:lineRule="auto"/>
            </w:pPr>
            <w:r/>
            <w:r>
              <w:rPr>
                <w:rFonts w:ascii="宋体" w:hAnsi="宋体" w:eastAsia="宋体"/>
                <w:b w:val="0"/>
                <w:sz w:val="18"/>
              </w:rPr>
              <w:t>第1课时</w:t>
            </w:r>
          </w:p>
        </w:tc>
        <w:tc>
          <w:tcPr>
            <w:tcW w:type="dxa" w:w="3061"/>
          </w:tcPr>
          <w:p>
            <w:pPr>
              <w:spacing w:after="20" w:line="276" w:lineRule="auto"/>
            </w:pPr>
            <w:r/>
            <w:r>
              <w:rPr>
                <w:rFonts w:ascii="宋体" w:hAnsi="宋体" w:eastAsia="宋体"/>
                <w:b w:val="0"/>
                <w:sz w:val="18"/>
              </w:rPr>
              <w:t>7的乘法口诀</w:t>
            </w:r>
          </w:p>
        </w:tc>
        <w:tc>
          <w:tcPr>
            <w:tcW w:type="dxa" w:w="1814"/>
          </w:tcPr>
          <w:p>
            <w:pPr>
              <w:spacing w:after="20" w:line="276" w:lineRule="auto"/>
            </w:pPr>
            <w:r/>
            <w:r>
              <w:rPr>
                <w:rFonts w:ascii="宋体" w:hAnsi="宋体" w:eastAsia="宋体"/>
                <w:b w:val="0"/>
                <w:sz w:val="18"/>
              </w:rPr>
              <w:t>单元开启课</w:t>
            </w:r>
          </w:p>
        </w:tc>
        <w:tc>
          <w:tcPr>
            <w:tcW w:type="dxa" w:w="3515"/>
          </w:tcPr>
          <w:p>
            <w:pPr>
              <w:spacing w:after="20" w:line="276" w:lineRule="auto"/>
            </w:pPr>
            <w:r/>
            <w:r>
              <w:rPr>
                <w:rFonts w:ascii="宋体" w:hAnsi="宋体" w:eastAsia="宋体"/>
                <w:b w:val="0"/>
                <w:sz w:val="18"/>
              </w:rPr>
              <w:t>经历7的乘法口诀的编制过程，了解7的乘法口诀的来源，理解其意义，掌握其特征，熟记7的乘法口诀，能正确、熟练地计算相关的表内乘法。</w:t>
            </w:r>
          </w:p>
        </w:tc>
      </w:tr>
      <w:tr>
        <w:tc>
          <w:tcPr>
            <w:tcW w:type="dxa" w:w="1020"/>
          </w:tcPr>
          <w:p>
            <w:pPr>
              <w:spacing w:after="20" w:line="276" w:lineRule="auto"/>
            </w:pPr>
            <w:r/>
            <w:r>
              <w:rPr>
                <w:rFonts w:ascii="宋体" w:hAnsi="宋体" w:eastAsia="宋体"/>
                <w:b w:val="0"/>
                <w:sz w:val="18"/>
              </w:rPr>
              <w:t>第2课时</w:t>
            </w:r>
          </w:p>
        </w:tc>
        <w:tc>
          <w:tcPr>
            <w:tcW w:type="dxa" w:w="3061"/>
          </w:tcPr>
          <w:p>
            <w:pPr>
              <w:spacing w:after="20" w:line="276" w:lineRule="auto"/>
            </w:pPr>
            <w:r/>
            <w:r>
              <w:rPr>
                <w:rFonts w:ascii="宋体" w:hAnsi="宋体" w:eastAsia="宋体"/>
                <w:b w:val="0"/>
                <w:sz w:val="18"/>
              </w:rPr>
              <w:t>8的乘法口诀</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经历8的乘法口诀的编制过程，理解8的乘法口诀的意义，熟记8的乘法口诀，能正确、熟练地计算相关的表内乘法。</w:t>
            </w:r>
          </w:p>
        </w:tc>
      </w:tr>
      <w:tr>
        <w:tc>
          <w:tcPr>
            <w:tcW w:type="dxa" w:w="1020"/>
          </w:tcPr>
          <w:p>
            <w:pPr>
              <w:spacing w:after="20" w:line="276" w:lineRule="auto"/>
            </w:pPr>
            <w:r/>
            <w:r>
              <w:rPr>
                <w:rFonts w:ascii="宋体" w:hAnsi="宋体" w:eastAsia="宋体"/>
                <w:b w:val="0"/>
                <w:sz w:val="18"/>
              </w:rPr>
              <w:t>第3课时</w:t>
            </w:r>
          </w:p>
        </w:tc>
        <w:tc>
          <w:tcPr>
            <w:tcW w:type="dxa" w:w="3061"/>
          </w:tcPr>
          <w:p>
            <w:pPr>
              <w:spacing w:after="20" w:line="276" w:lineRule="auto"/>
            </w:pPr>
            <w:r/>
            <w:r>
              <w:rPr>
                <w:rFonts w:ascii="宋体" w:hAnsi="宋体" w:eastAsia="宋体"/>
                <w:b w:val="0"/>
                <w:sz w:val="18"/>
              </w:rPr>
              <w:t>9的乘法口诀</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通过自主探索，经历9的乘法口诀的编制过程，了解乘法口诀的来源，加深学生对乘法口诀意义的理解。</w:t>
            </w:r>
          </w:p>
        </w:tc>
      </w:tr>
      <w:tr>
        <w:tc>
          <w:tcPr>
            <w:tcW w:type="dxa" w:w="1020"/>
          </w:tcPr>
          <w:p>
            <w:pPr>
              <w:spacing w:after="20" w:line="276" w:lineRule="auto"/>
            </w:pPr>
            <w:r/>
            <w:r>
              <w:rPr>
                <w:rFonts w:ascii="宋体" w:hAnsi="宋体" w:eastAsia="宋体"/>
                <w:b w:val="0"/>
                <w:sz w:val="18"/>
              </w:rPr>
              <w:t>第4课时</w:t>
            </w:r>
          </w:p>
        </w:tc>
        <w:tc>
          <w:tcPr>
            <w:tcW w:type="dxa" w:w="3061"/>
          </w:tcPr>
          <w:p>
            <w:pPr>
              <w:spacing w:after="20" w:line="276" w:lineRule="auto"/>
            </w:pPr>
            <w:r/>
            <w:r>
              <w:rPr>
                <w:rFonts w:ascii="宋体" w:hAnsi="宋体" w:eastAsia="宋体"/>
                <w:b w:val="0"/>
                <w:sz w:val="18"/>
              </w:rPr>
              <w:t>用7、8的乘法口诀求商</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借助一图三式进一步理解乘、除法的意义，理解用7、8的乘法口诀求商的算理，掌握用乘法口诀求商的一般方法。</w:t>
            </w:r>
          </w:p>
        </w:tc>
      </w:tr>
      <w:tr>
        <w:tc>
          <w:tcPr>
            <w:tcW w:type="dxa" w:w="1020"/>
          </w:tcPr>
          <w:p>
            <w:pPr>
              <w:spacing w:after="20" w:line="276" w:lineRule="auto"/>
            </w:pPr>
            <w:r/>
            <w:r>
              <w:rPr>
                <w:rFonts w:ascii="宋体" w:hAnsi="宋体" w:eastAsia="宋体"/>
                <w:b w:val="0"/>
                <w:sz w:val="18"/>
              </w:rPr>
              <w:t>第5课时</w:t>
            </w:r>
          </w:p>
        </w:tc>
        <w:tc>
          <w:tcPr>
            <w:tcW w:type="dxa" w:w="3061"/>
          </w:tcPr>
          <w:p>
            <w:pPr>
              <w:spacing w:after="20" w:line="276" w:lineRule="auto"/>
            </w:pPr>
            <w:r/>
            <w:r>
              <w:rPr>
                <w:rFonts w:ascii="宋体" w:hAnsi="宋体" w:eastAsia="宋体"/>
                <w:b w:val="0"/>
                <w:sz w:val="18"/>
              </w:rPr>
              <w:t>用9的乘法口诀求商</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会借助图形根据问题需要列出除法算式，理解除法算式的意义即求商的意义。</w:t>
            </w:r>
          </w:p>
        </w:tc>
      </w:tr>
      <w:tr>
        <w:tc>
          <w:tcPr>
            <w:tcW w:type="dxa" w:w="1020"/>
          </w:tcPr>
          <w:p>
            <w:pPr>
              <w:spacing w:after="20" w:line="276" w:lineRule="auto"/>
            </w:pPr>
            <w:r/>
            <w:r>
              <w:rPr>
                <w:rFonts w:ascii="宋体" w:hAnsi="宋体" w:eastAsia="宋体"/>
                <w:b w:val="0"/>
                <w:sz w:val="18"/>
              </w:rPr>
              <w:t>第6课时</w:t>
            </w:r>
          </w:p>
        </w:tc>
        <w:tc>
          <w:tcPr>
            <w:tcW w:type="dxa" w:w="3061"/>
          </w:tcPr>
          <w:p>
            <w:pPr>
              <w:spacing w:after="20" w:line="276" w:lineRule="auto"/>
            </w:pPr>
            <w:r/>
            <w:r>
              <w:rPr>
                <w:rFonts w:ascii="宋体" w:hAnsi="宋体" w:eastAsia="宋体"/>
                <w:b w:val="0"/>
                <w:sz w:val="18"/>
              </w:rPr>
              <w:t>解决问题</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通过“坐摩天轮”和“坐碰碰车”的问题，引导学生理解“总数”和“几个几”的含义，加深对乘法和除法意义的理解，进一步理解乘法和除法之间的联系。</w:t>
            </w:r>
          </w:p>
        </w:tc>
      </w:tr>
      <w:tr>
        <w:tc>
          <w:tcPr>
            <w:tcW w:type="dxa" w:w="1020"/>
          </w:tcPr>
          <w:p>
            <w:pPr>
              <w:spacing w:after="20" w:line="276" w:lineRule="auto"/>
            </w:pPr>
            <w:r/>
            <w:r>
              <w:rPr>
                <w:rFonts w:ascii="宋体" w:hAnsi="宋体" w:eastAsia="宋体"/>
                <w:b w:val="0"/>
                <w:sz w:val="18"/>
              </w:rPr>
              <w:t>第7课时</w:t>
            </w:r>
          </w:p>
        </w:tc>
        <w:tc>
          <w:tcPr>
            <w:tcW w:type="dxa" w:w="3061"/>
          </w:tcPr>
          <w:p>
            <w:pPr>
              <w:spacing w:after="20" w:line="276" w:lineRule="auto"/>
            </w:pPr>
            <w:r/>
            <w:r>
              <w:rPr>
                <w:rFonts w:ascii="宋体" w:hAnsi="宋体" w:eastAsia="宋体"/>
                <w:b w:val="0"/>
                <w:sz w:val="18"/>
              </w:rPr>
              <w:t>整理和复习</w:t>
            </w:r>
          </w:p>
        </w:tc>
        <w:tc>
          <w:tcPr>
            <w:tcW w:type="dxa" w:w="1814"/>
          </w:tcPr>
          <w:p>
            <w:pPr>
              <w:spacing w:after="20" w:line="276" w:lineRule="auto"/>
            </w:pPr>
            <w:r/>
            <w:r>
              <w:rPr>
                <w:rFonts w:ascii="宋体" w:hAnsi="宋体" w:eastAsia="宋体"/>
                <w:b w:val="0"/>
                <w:sz w:val="18"/>
              </w:rPr>
              <w:t>自主整理课</w:t>
            </w:r>
          </w:p>
        </w:tc>
        <w:tc>
          <w:tcPr>
            <w:tcW w:type="dxa" w:w="3515"/>
          </w:tcPr>
          <w:p>
            <w:pPr>
              <w:spacing w:after="20" w:line="276" w:lineRule="auto"/>
            </w:pPr>
            <w:r/>
            <w:r>
              <w:rPr>
                <w:rFonts w:ascii="宋体" w:hAnsi="宋体" w:eastAsia="宋体"/>
                <w:b w:val="0"/>
                <w:sz w:val="18"/>
              </w:rPr>
              <w:t>通过有序地整理和复习表内乘法，理解乘法口诀之间的关系，进一步巩固乘法口诀，通过有规律地记忆乘法口诀，加深对乘法意义的理解。</w:t>
            </w:r>
          </w:p>
        </w:tc>
      </w:tr>
    </w:tbl>
    <w:p>
      <w:pPr>
        <w:spacing w:after="40" w:line="300" w:lineRule="auto"/>
      </w:pPr>
      <w:r>
        <w:rPr>
          <w:rFonts w:ascii="楷体" w:hAnsi="楷体" w:eastAsia="楷体"/>
          <w:b w:val="0"/>
          <w:color w:val="606060"/>
          <w:sz w:val="18"/>
        </w:rPr>
        <w:t>注：课型依据温州市上课常规"单元开启课、活动探索课、专题练习课、自主整理课、主题拓展课"分类。</w:t>
      </w:r>
    </w:p>
    <w:p>
      <w:r>
        <w:br w:type="page"/>
      </w:r>
    </w:p>
    <w:p>
      <w:pPr>
        <w:spacing w:after="80" w:line="300" w:lineRule="auto"/>
      </w:pPr>
      <w:r>
        <w:rPr>
          <w:rFonts w:ascii="黑体" w:hAnsi="黑体" w:eastAsia="黑体"/>
          <w:b/>
          <w:sz w:val="24"/>
        </w:rPr>
        <w:t>二、课时教学方案（第1课时）</w:t>
      </w:r>
    </w:p>
    <w:p>
      <w:pPr>
        <w:spacing w:after="80" w:line="300" w:lineRule="auto"/>
      </w:pPr>
      <w:r>
        <w:rPr>
          <w:rFonts w:ascii="黑体" w:hAnsi="黑体" w:eastAsia="黑体"/>
          <w:b/>
          <w:sz w:val="24"/>
        </w:rPr>
        <w:t>第1课时　7的乘法口诀</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第1课时　7的乘法口诀</w:t>
            </w:r>
          </w:p>
        </w:tc>
        <w:tc>
          <w:tcPr>
            <w:tcW w:type="dxa" w:w="6009"/>
          </w:tcPr>
          <w:p>
            <w:pPr>
              <w:spacing w:after="20" w:line="276" w:lineRule="auto"/>
            </w:pPr>
            <w:r/>
            <w:r>
              <w:rPr>
                <w:rFonts w:ascii="宋体" w:hAnsi="宋体" w:eastAsia="宋体"/>
                <w:b w:val="0"/>
                <w:sz w:val="20"/>
              </w:rPr>
              <w:t>第5单元 7-9的表内乘、除法</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在此之前，学生已经学习了1～6的表内乘、除法，知道了乘法的意义和除法的意义，会“一图三式”，能根据实际情境列出乘法算式和除法算式；积累了编制乘法口诀的经验，初步体会到了乘法算式中各部分与相应除法算式中各部分之间的关系，会运用1～6的乘法口诀计算1～6的表内乘、除法。但是对于编制7～9的乘法口诀以及运用乘法口诀口算乘除法，学生还是以具体思维习惯为主，其抽象、综合、归纳、概括能力还有待逐步形成，而且7～9的乘法口诀句数较多，记忆不太容易；在解决问题时，后一个问题要用到前一个问题的结果，学生容易出错，这些都是学生学习的难点。因此，在教学中要注重引导学生理解数量关系，在此基础上理解每句乘法口诀的意义和解决问题列式的依据，从而提高学生的推理能力。</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教学内容：教科书P73例1，完成教科书P74“做一做”。</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（1）经历7的乘法口诀的编制过程，了解7的乘法口诀的来源，理解其意义，掌握其特征，熟记7的乘法口诀，能正确、熟练地计算相关的表内乘法。</w:t>
      </w:r>
    </w:p>
    <w:p>
      <w:pPr>
        <w:spacing w:after="20" w:line="300" w:lineRule="auto"/>
        <w:ind w:firstLine="400"/>
      </w:pPr>
      <w:r>
        <w:rPr>
          <w:rFonts w:ascii="宋体" w:hAnsi="宋体" w:eastAsia="宋体"/>
          <w:b w:val="0"/>
          <w:sz w:val="20"/>
        </w:rPr>
        <w:t>（2）在编制和整理7的乘法口诀的过程中，培养学生初步的观察、比较、分析、抽象、概括能力和简单的推理能力，逐步提高学生灵活运用乘法口诀计算的能力。</w:t>
      </w:r>
    </w:p>
    <w:p>
      <w:pPr>
        <w:spacing w:after="20" w:line="300" w:lineRule="auto"/>
        <w:ind w:firstLine="400"/>
      </w:pPr>
      <w:r>
        <w:rPr>
          <w:rFonts w:ascii="宋体" w:hAnsi="宋体" w:eastAsia="宋体"/>
          <w:b w:val="0"/>
          <w:sz w:val="20"/>
        </w:rPr>
        <w:t>（3）通过多角度的练习，体会数学就在身边，激发学生学习数学知识的兴趣。</w:t>
      </w:r>
    </w:p>
    <w:p>
      <w:pPr>
        <w:spacing w:after="20" w:line="300" w:lineRule="auto"/>
      </w:pPr>
      <w:r>
        <w:rPr>
          <w:rFonts w:ascii="宋体" w:hAnsi="宋体" w:eastAsia="宋体"/>
          <w:b w:val="0"/>
          <w:sz w:val="20"/>
        </w:rPr>
        <w:t>教学重点：理解并掌握7的乘法口诀。</w:t>
      </w:r>
    </w:p>
    <w:p>
      <w:pPr>
        <w:spacing w:after="20" w:line="300" w:lineRule="auto"/>
      </w:pPr>
      <w:r>
        <w:rPr>
          <w:rFonts w:ascii="宋体" w:hAnsi="宋体" w:eastAsia="宋体"/>
          <w:b w:val="0"/>
          <w:sz w:val="20"/>
        </w:rPr>
        <w:t>教学难点：熟记7的乘法口诀，能运用7的乘法口诀进行计算。</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谈话导入，激趣揭题</w:t>
            </w:r>
          </w:p>
        </w:tc>
        <w:tc>
          <w:tcPr>
            <w:tcW w:type="dxa" w:w="1814"/>
          </w:tcPr>
          <w:p>
            <w:pPr>
              <w:spacing w:after="20" w:line="276" w:lineRule="auto"/>
            </w:pPr>
            <w:r/>
            <w:r>
              <w:rPr>
                <w:rFonts w:ascii="宋体" w:hAnsi="宋体" w:eastAsia="宋体"/>
                <w:b w:val="0"/>
                <w:sz w:val="18"/>
              </w:rPr>
              <w:t>七巧板、课件</w:t>
            </w:r>
          </w:p>
        </w:tc>
        <w:tc>
          <w:tcPr>
            <w:tcW w:type="dxa" w:w="3402"/>
          </w:tcPr>
          <w:p>
            <w:pPr>
              <w:spacing w:after="20" w:line="276" w:lineRule="auto"/>
            </w:pPr>
            <w:r/>
            <w:r>
              <w:rPr>
                <w:rFonts w:ascii="宋体" w:hAnsi="宋体" w:eastAsia="宋体"/>
                <w:b w:val="0"/>
                <w:sz w:val="18"/>
              </w:rPr>
              <w:t>七巧板中还藏着哪些有趣的数学知识呢？</w:t>
            </w:r>
          </w:p>
        </w:tc>
        <w:tc>
          <w:tcPr>
            <w:tcW w:type="dxa" w:w="1361"/>
          </w:tcPr>
          <w:p>
            <w:pPr>
              <w:spacing w:after="20" w:line="276" w:lineRule="auto"/>
            </w:pPr>
            <w:r/>
            <w:r>
              <w:rPr>
                <w:rFonts w:ascii="宋体" w:hAnsi="宋体" w:eastAsia="宋体"/>
                <w:b w:val="0"/>
                <w:sz w:val="18"/>
              </w:rPr>
              <w:t>5分钟</w:t>
            </w:r>
          </w:p>
        </w:tc>
      </w:tr>
      <w:tr>
        <w:tc>
          <w:tcPr>
            <w:tcW w:type="dxa" w:w="2835"/>
          </w:tcPr>
          <w:p>
            <w:pPr>
              <w:spacing w:after="20" w:line="276" w:lineRule="auto"/>
            </w:pPr>
            <w:r/>
            <w:r>
              <w:rPr>
                <w:rFonts w:ascii="宋体" w:hAnsi="宋体" w:eastAsia="宋体"/>
                <w:b w:val="0"/>
                <w:sz w:val="18"/>
              </w:rPr>
              <w:t>自主探究，总结规律</w:t>
            </w:r>
          </w:p>
        </w:tc>
        <w:tc>
          <w:tcPr>
            <w:tcW w:type="dxa" w:w="1814"/>
          </w:tcPr>
          <w:p>
            <w:pPr>
              <w:spacing w:after="20" w:line="276" w:lineRule="auto"/>
            </w:pPr>
            <w:r/>
            <w:r>
              <w:rPr>
                <w:rFonts w:ascii="宋体" w:hAnsi="宋体" w:eastAsia="宋体"/>
                <w:b w:val="0"/>
                <w:sz w:val="18"/>
              </w:rPr>
              <w:t>七巧板、课件、教科书、情境图</w:t>
            </w:r>
          </w:p>
        </w:tc>
        <w:tc>
          <w:tcPr>
            <w:tcW w:type="dxa" w:w="3402"/>
          </w:tcPr>
          <w:p>
            <w:pPr>
              <w:spacing w:after="20" w:line="276" w:lineRule="auto"/>
            </w:pPr>
            <w:r/>
            <w:r>
              <w:rPr>
                <w:rFonts w:ascii="宋体" w:hAnsi="宋体" w:eastAsia="宋体"/>
                <w:b w:val="0"/>
                <w:sz w:val="18"/>
              </w:rPr>
              <w:t>小小的七块拼板，可以拼出各种各样的图案，你们会用七巧板拼出多少种图案呢？；拼一个图案要用几块拼板呢？是几个7？拼2个呢？</w:t>
            </w:r>
          </w:p>
        </w:tc>
        <w:tc>
          <w:tcPr>
            <w:tcW w:type="dxa" w:w="1361"/>
          </w:tcPr>
          <w:p>
            <w:pPr>
              <w:spacing w:after="20" w:line="276" w:lineRule="auto"/>
            </w:pPr>
            <w:r/>
            <w:r>
              <w:rPr>
                <w:rFonts w:ascii="宋体" w:hAnsi="宋体" w:eastAsia="宋体"/>
                <w:b w:val="0"/>
                <w:sz w:val="18"/>
              </w:rPr>
              <w:t>26分钟</w:t>
            </w:r>
          </w:p>
        </w:tc>
      </w:tr>
      <w:tr>
        <w:tc>
          <w:tcPr>
            <w:tcW w:type="dxa" w:w="2835"/>
          </w:tcPr>
          <w:p>
            <w:pPr>
              <w:spacing w:after="20" w:line="276" w:lineRule="auto"/>
            </w:pPr>
            <w:r/>
            <w:r>
              <w:rPr>
                <w:rFonts w:ascii="宋体" w:hAnsi="宋体" w:eastAsia="宋体"/>
                <w:b w:val="0"/>
                <w:sz w:val="18"/>
              </w:rPr>
              <w:t>运用口诀，解决问题</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5分钟</w:t>
            </w:r>
          </w:p>
        </w:tc>
      </w:tr>
      <w:tr>
        <w:tc>
          <w:tcPr>
            <w:tcW w:type="dxa" w:w="2835"/>
          </w:tcPr>
          <w:p>
            <w:pPr>
              <w:spacing w:after="20" w:line="276" w:lineRule="auto"/>
            </w:pPr>
            <w:r/>
            <w:r>
              <w:rPr>
                <w:rFonts w:ascii="宋体" w:hAnsi="宋体" w:eastAsia="宋体"/>
                <w:b w:val="0"/>
                <w:sz w:val="18"/>
              </w:rPr>
              <w:t>课堂小结，畅谈收获</w:t>
            </w:r>
          </w:p>
        </w:tc>
        <w:tc>
          <w:tcPr>
            <w:tcW w:type="dxa" w:w="1814"/>
          </w:tcPr>
          <w:p>
            <w:pPr>
              <w:spacing w:after="20" w:line="276" w:lineRule="auto"/>
            </w:pPr>
            <w:r/>
            <w:r>
              <w:rPr>
                <w:rFonts w:ascii="宋体" w:hAnsi="宋体" w:eastAsia="宋体"/>
                <w:b w:val="0"/>
                <w:sz w:val="18"/>
              </w:rPr>
              <w:t>七巧板、课件</w:t>
            </w:r>
          </w:p>
        </w:tc>
        <w:tc>
          <w:tcPr>
            <w:tcW w:type="dxa" w:w="3402"/>
          </w:tcPr>
          <w:p>
            <w:pPr>
              <w:spacing w:after="20" w:line="276" w:lineRule="auto"/>
            </w:pPr>
            <w:r/>
            <w:r>
              <w:rPr>
                <w:rFonts w:ascii="宋体" w:hAnsi="宋体" w:eastAsia="宋体"/>
                <w:b w:val="0"/>
                <w:sz w:val="18"/>
              </w:rPr>
              <w:t>通过这节课的学习，你们有什么收获？</w:t>
            </w:r>
          </w:p>
        </w:tc>
        <w:tc>
          <w:tcPr>
            <w:tcW w:type="dxa" w:w="1361"/>
          </w:tcPr>
          <w:p>
            <w:pPr>
              <w:spacing w:after="20" w:line="276" w:lineRule="auto"/>
            </w:pPr>
            <w:r/>
            <w:r>
              <w:rPr>
                <w:rFonts w:ascii="宋体" w:hAnsi="宋体" w:eastAsia="宋体"/>
                <w:b w:val="0"/>
                <w:sz w:val="18"/>
              </w:rPr>
              <w:t>4分钟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谈话导入，激趣揭题</w:t>
            </w:r>
          </w:p>
        </w:tc>
        <w:tc>
          <w:tcPr>
            <w:tcW w:type="dxa" w:w="3061"/>
          </w:tcPr>
          <w:p>
            <w:pPr>
              <w:spacing w:after="20" w:line="276" w:lineRule="auto"/>
            </w:pPr>
            <w:r/>
            <w:r>
              <w:rPr>
                <w:rFonts w:ascii="宋体" w:hAnsi="宋体" w:eastAsia="宋体"/>
                <w:b w:val="0"/>
                <w:sz w:val="18"/>
              </w:rPr>
              <w:t>师：同学们，老师玩过一种有趣的玩具，它的板块形状各异，有三角形，正方形和平行四边形，这种玩具叫做七巧板，你们玩过七巧板吗？</w:t>
            </w:r>
          </w:p>
          <w:p>
            <w:pPr>
              <w:spacing w:after="20" w:line="276" w:lineRule="auto"/>
            </w:pPr>
            <w:r>
              <w:rPr>
                <w:rFonts w:ascii="宋体" w:hAnsi="宋体" w:eastAsia="宋体"/>
                <w:b w:val="0"/>
                <w:sz w:val="18"/>
              </w:rPr>
              <w:t>教师引导学生交流对七巧板的了解。</w:t>
            </w:r>
          </w:p>
          <w:p>
            <w:pPr>
              <w:spacing w:after="20" w:line="276" w:lineRule="auto"/>
            </w:pPr>
            <w:r>
              <w:rPr>
                <w:rFonts w:ascii="宋体" w:hAnsi="宋体" w:eastAsia="宋体"/>
                <w:b w:val="0"/>
                <w:sz w:val="18"/>
              </w:rPr>
              <w:t>师：七巧板中还藏着哪些有趣的数学知识呢？本节课就让我们一起走进7的乘法口诀的奇妙世界，探索其中的奥秘吧！(板书课题：7的乘法口诀)</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创设情境激活学生已有经验，自然引出本课学习内容，激发学习兴趣，核心问题："七巧板中还藏着哪些有趣的数学知识呢？"</w:t>
            </w:r>
          </w:p>
        </w:tc>
      </w:tr>
      <w:tr>
        <w:tc>
          <w:tcPr>
            <w:tcW w:type="dxa" w:w="1474"/>
          </w:tcPr>
          <w:p>
            <w:pPr>
              <w:spacing w:after="20" w:line="276" w:lineRule="auto"/>
            </w:pPr>
            <w:r>
              <w:rPr>
                <w:b/>
              </w:rPr>
            </w:r>
            <w:r>
              <w:rPr>
                <w:rFonts w:ascii="宋体" w:hAnsi="宋体" w:eastAsia="宋体"/>
                <w:b/>
                <w:sz w:val="18"/>
              </w:rPr>
              <w:t>自主探究，总结规律</w:t>
            </w:r>
          </w:p>
        </w:tc>
        <w:tc>
          <w:tcPr>
            <w:tcW w:type="dxa" w:w="3061"/>
          </w:tcPr>
          <w:p>
            <w:pPr>
              <w:spacing w:after="20" w:line="276" w:lineRule="auto"/>
            </w:pPr>
            <w:r/>
            <w:r>
              <w:rPr>
                <w:rFonts w:ascii="宋体" w:hAnsi="宋体" w:eastAsia="宋体"/>
                <w:b w:val="0"/>
                <w:sz w:val="18"/>
              </w:rPr>
              <w:t>1.观察思考，填写表格。</w:t>
            </w:r>
          </w:p>
          <w:p>
            <w:pPr>
              <w:spacing w:after="20" w:line="276" w:lineRule="auto"/>
            </w:pPr>
            <w:r>
              <w:rPr>
                <w:rFonts w:ascii="宋体" w:hAnsi="宋体" w:eastAsia="宋体"/>
                <w:b w:val="0"/>
                <w:sz w:val="18"/>
              </w:rPr>
              <w:t>师：小小的七块拼板，可以拼出各种各样的图案，你们会用七巧板拼出多少种图案呢？</w:t>
            </w:r>
          </w:p>
          <w:p>
            <w:pPr>
              <w:spacing w:after="20" w:line="276" w:lineRule="auto"/>
            </w:pPr>
            <w:r>
              <w:rPr>
                <w:rFonts w:ascii="宋体" w:hAnsi="宋体" w:eastAsia="宋体"/>
                <w:b w:val="0"/>
                <w:sz w:val="18"/>
              </w:rPr>
              <w:t>课件出示教科书P73例1的情境图。</w:t>
            </w:r>
          </w:p>
          <w:p>
            <w:pPr>
              <w:spacing w:after="20" w:line="276" w:lineRule="auto"/>
            </w:pPr>
            <w:r>
              <w:rPr>
                <w:rFonts w:ascii="宋体" w:hAnsi="宋体" w:eastAsia="宋体"/>
                <w:b w:val="0"/>
                <w:sz w:val="18"/>
              </w:rPr>
              <w:t>师：看，这是用七巧板拼成的图案，请大家来看看每一幅图案分别像什么。</w:t>
            </w:r>
          </w:p>
          <w:p>
            <w:pPr>
              <w:spacing w:after="20" w:line="276" w:lineRule="auto"/>
            </w:pPr>
            <w:r>
              <w:rPr>
                <w:rFonts w:ascii="宋体" w:hAnsi="宋体" w:eastAsia="宋体"/>
                <w:b w:val="0"/>
                <w:sz w:val="18"/>
              </w:rPr>
              <w:t>师：拼一个图案要用几块拼板呢？是几个7？拼2个呢？</w:t>
            </w:r>
          </w:p>
          <w:p>
            <w:pPr>
              <w:spacing w:after="20" w:line="276" w:lineRule="auto"/>
            </w:pPr>
            <w:r>
              <w:rPr>
                <w:rFonts w:ascii="宋体" w:hAnsi="宋体" w:eastAsia="宋体"/>
                <w:b w:val="0"/>
                <w:sz w:val="18"/>
              </w:rPr>
              <w:t>师：同学们数得又快又准，我还想请大家帮我数出拼3个、4个……7个图案分别需要多少块拼板。</w:t>
            </w:r>
          </w:p>
          <w:p>
            <w:pPr>
              <w:spacing w:after="20" w:line="276" w:lineRule="auto"/>
            </w:pPr>
            <w:r>
              <w:rPr>
                <w:rFonts w:ascii="宋体" w:hAnsi="宋体" w:eastAsia="宋体"/>
                <w:b w:val="0"/>
                <w:sz w:val="18"/>
              </w:rPr>
              <w:t>为了记录方便，请同学们一边数一边填写表格。(课件出示教科书P73例1表格)</w:t>
            </w:r>
          </w:p>
          <w:p>
            <w:pPr>
              <w:spacing w:after="20" w:line="276" w:lineRule="auto"/>
            </w:pPr>
            <w:r>
              <w:rPr>
                <w:rFonts w:ascii="宋体" w:hAnsi="宋体" w:eastAsia="宋体"/>
                <w:b w:val="0"/>
                <w:sz w:val="18"/>
              </w:rPr>
              <w:t>2．列出算式，编制口诀。</w:t>
            </w:r>
          </w:p>
          <w:p>
            <w:pPr>
              <w:spacing w:after="20" w:line="276" w:lineRule="auto"/>
            </w:pPr>
            <w:r>
              <w:rPr>
                <w:rFonts w:ascii="宋体" w:hAnsi="宋体" w:eastAsia="宋体"/>
                <w:b w:val="0"/>
                <w:sz w:val="18"/>
              </w:rPr>
              <w:t>师：请大家仔细观察表格中的数据，谁来说说你发现了什么。</w:t>
            </w:r>
          </w:p>
          <w:p>
            <w:pPr>
              <w:spacing w:after="20" w:line="276" w:lineRule="auto"/>
            </w:pPr>
            <w:r>
              <w:rPr>
                <w:rFonts w:ascii="宋体" w:hAnsi="宋体" w:eastAsia="宋体"/>
                <w:b w:val="0"/>
                <w:sz w:val="18"/>
              </w:rPr>
              <w:t>师：同学们真是火眼金睛，我们发现每拼一个图案都需要7块拼板，拼几个图案就需要几个7块拼板。那么大家想一想，“求几个几是多少”可以用什么方法来计算呢？(乘法)那我们就用乘法算式来写一写吧。(教师引导学生说出乘法算式并板书)</w:t>
            </w:r>
          </w:p>
          <w:p>
            <w:pPr>
              <w:spacing w:after="20" w:line="276" w:lineRule="auto"/>
            </w:pPr>
            <w:r>
              <w:rPr>
                <w:rFonts w:ascii="宋体" w:hAnsi="宋体" w:eastAsia="宋体"/>
                <w:b w:val="0"/>
                <w:sz w:val="18"/>
              </w:rPr>
              <w:t>师：看看这些乘法算式，再根据以前学习编制乘法口诀的经验，你们能试着编一编7的乘法口诀吗？可以同桌两个人一组说一说。</w:t>
            </w:r>
          </w:p>
          <w:p>
            <w:pPr>
              <w:spacing w:after="20" w:line="276" w:lineRule="auto"/>
            </w:pPr>
            <w:r>
              <w:rPr>
                <w:rFonts w:ascii="宋体" w:hAnsi="宋体" w:eastAsia="宋体"/>
                <w:b w:val="0"/>
                <w:sz w:val="18"/>
              </w:rPr>
              <w:t>教师巡视指导。</w:t>
            </w:r>
          </w:p>
          <w:p>
            <w:pPr>
              <w:spacing w:after="20" w:line="276" w:lineRule="auto"/>
            </w:pPr>
            <w:r>
              <w:rPr>
                <w:rFonts w:ascii="宋体" w:hAnsi="宋体" w:eastAsia="宋体"/>
                <w:b w:val="0"/>
                <w:sz w:val="18"/>
              </w:rPr>
              <w:t>师：哪个小组给大家汇报一下你们编的乘法口诀？</w:t>
            </w:r>
          </w:p>
          <w:p>
            <w:pPr>
              <w:spacing w:after="20" w:line="276" w:lineRule="auto"/>
            </w:pPr>
            <w:r>
              <w:rPr>
                <w:rFonts w:ascii="宋体" w:hAnsi="宋体" w:eastAsia="宋体"/>
                <w:b w:val="0"/>
                <w:sz w:val="18"/>
              </w:rPr>
              <w:t>教师根据学生的回答板书。</w:t>
            </w:r>
          </w:p>
          <w:p>
            <w:pPr>
              <w:spacing w:after="20" w:line="276" w:lineRule="auto"/>
            </w:pPr>
            <w:r>
              <w:rPr>
                <w:rFonts w:ascii="宋体" w:hAnsi="宋体" w:eastAsia="宋体"/>
                <w:b w:val="0"/>
                <w:sz w:val="18"/>
              </w:rPr>
              <w:t>3．发现规律，记忆口诀。</w:t>
            </w:r>
          </w:p>
          <w:p>
            <w:pPr>
              <w:spacing w:after="20" w:line="276" w:lineRule="auto"/>
            </w:pPr>
            <w:r>
              <w:rPr>
                <w:rFonts w:ascii="宋体" w:hAnsi="宋体" w:eastAsia="宋体"/>
                <w:b w:val="0"/>
                <w:sz w:val="18"/>
              </w:rPr>
              <w:t>(1)观察口诀，发现联系。</w:t>
            </w:r>
          </w:p>
          <w:p>
            <w:pPr>
              <w:spacing w:after="20" w:line="276" w:lineRule="auto"/>
            </w:pPr>
            <w:r>
              <w:rPr>
                <w:rFonts w:ascii="宋体" w:hAnsi="宋体" w:eastAsia="宋体"/>
                <w:b w:val="0"/>
                <w:sz w:val="18"/>
              </w:rPr>
              <w:t>师：刚才经过大家的共同努力，我们编出了7的乘法口诀。下面请大家拍手齐读口诀。读完后自己试着记一记这些口诀。</w:t>
            </w:r>
          </w:p>
          <w:p>
            <w:pPr>
              <w:spacing w:after="20" w:line="276" w:lineRule="auto"/>
            </w:pPr>
            <w:r>
              <w:rPr>
                <w:rFonts w:ascii="宋体" w:hAnsi="宋体" w:eastAsia="宋体"/>
                <w:b w:val="0"/>
                <w:sz w:val="18"/>
              </w:rPr>
              <w:t>师：请同学们仔细观察，想一想，这些口诀之间有什么联系？</w:t>
            </w:r>
          </w:p>
          <w:p>
            <w:pPr>
              <w:spacing w:after="20" w:line="276" w:lineRule="auto"/>
            </w:pPr>
            <w:r>
              <w:rPr>
                <w:rFonts w:ascii="宋体" w:hAnsi="宋体" w:eastAsia="宋体"/>
                <w:b w:val="0"/>
                <w:sz w:val="18"/>
              </w:rPr>
              <w:t>(2)找方法，记口诀。</w:t>
            </w:r>
          </w:p>
          <w:p>
            <w:pPr>
              <w:spacing w:after="20" w:line="276" w:lineRule="auto"/>
            </w:pPr>
            <w:r>
              <w:rPr>
                <w:rFonts w:ascii="宋体" w:hAnsi="宋体" w:eastAsia="宋体"/>
                <w:b w:val="0"/>
                <w:sz w:val="18"/>
              </w:rPr>
              <w:t>师：你们认为哪句口诀最难记？有什么好方法记住这些口诀？和同桌说一说。</w:t>
            </w:r>
          </w:p>
          <w:p>
            <w:pPr>
              <w:spacing w:after="20" w:line="276" w:lineRule="auto"/>
            </w:pPr>
            <w:r>
              <w:rPr>
                <w:rFonts w:ascii="宋体" w:hAnsi="宋体" w:eastAsia="宋体"/>
                <w:b w:val="0"/>
                <w:sz w:val="18"/>
              </w:rPr>
              <w:t>结合学生的交流，课件出示下面的阅读资料。</w:t>
            </w:r>
          </w:p>
          <w:p>
            <w:pPr>
              <w:spacing w:after="20" w:line="276" w:lineRule="auto"/>
            </w:pPr>
            <w:r>
              <w:rPr>
                <w:rFonts w:ascii="宋体" w:hAnsi="宋体" w:eastAsia="宋体"/>
                <w:b w:val="0"/>
                <w:sz w:val="18"/>
              </w:rPr>
              <w:t>读一读，讲一讲。</w:t>
            </w:r>
          </w:p>
          <w:p>
            <w:pPr>
              <w:spacing w:after="20" w:line="276" w:lineRule="auto"/>
            </w:pPr>
            <w:r>
              <w:rPr>
                <w:rFonts w:ascii="宋体" w:hAnsi="宋体" w:eastAsia="宋体"/>
                <w:b w:val="0"/>
                <w:sz w:val="18"/>
              </w:rPr>
              <w:t>孙悟空在炼丹炉中，经过七七四十九天，练成火眼金睛。</w:t>
            </w:r>
          </w:p>
          <w:p>
            <w:pPr>
              <w:spacing w:after="20" w:line="276" w:lineRule="auto"/>
            </w:pPr>
            <w:r>
              <w:rPr>
                <w:rFonts w:ascii="宋体" w:hAnsi="宋体" w:eastAsia="宋体"/>
                <w:b w:val="0"/>
                <w:sz w:val="18"/>
              </w:rPr>
              <w:t>取经路上遇到妖怪，不管三七二十一，举起金箍棒就打。</w:t>
            </w:r>
          </w:p>
          <w:p>
            <w:pPr>
              <w:spacing w:after="20" w:line="276" w:lineRule="auto"/>
            </w:pPr>
            <w:r>
              <w:rPr>
                <w:rFonts w:ascii="宋体" w:hAnsi="宋体" w:eastAsia="宋体"/>
                <w:b w:val="0"/>
                <w:sz w:val="18"/>
              </w:rPr>
              <w:t>师：看，这些故事也能帮助我们联想到乘法口诀。</w:t>
            </w:r>
          </w:p>
        </w:tc>
        <w:tc>
          <w:tcPr>
            <w:tcW w:type="dxa" w:w="3061"/>
          </w:tcPr>
          <w:p>
            <w:pPr>
              <w:spacing w:after="20" w:line="276" w:lineRule="auto"/>
            </w:pPr>
            <w:r/>
            <w:r>
              <w:rPr>
                <w:rFonts w:ascii="宋体" w:hAnsi="宋体" w:eastAsia="宋体"/>
                <w:b w:val="0"/>
                <w:sz w:val="18"/>
              </w:rPr>
              <w:t>学生自由回答。</w:t>
            </w:r>
          </w:p>
          <w:p>
            <w:pPr>
              <w:spacing w:after="20" w:line="276" w:lineRule="auto"/>
            </w:pPr>
            <w:r>
              <w:rPr>
                <w:rFonts w:ascii="宋体" w:hAnsi="宋体" w:eastAsia="宋体"/>
                <w:b w:val="0"/>
                <w:sz w:val="18"/>
              </w:rPr>
              <w:t>学生根据自己的观察说出每幅图分别像什么，学生描述的可能不同，只要合理均给予肯定。</w:t>
            </w:r>
          </w:p>
          <w:p>
            <w:pPr>
              <w:spacing w:after="20" w:line="276" w:lineRule="auto"/>
            </w:pPr>
            <w:r>
              <w:rPr>
                <w:rFonts w:ascii="宋体" w:hAnsi="宋体" w:eastAsia="宋体"/>
                <w:b w:val="0"/>
                <w:sz w:val="18"/>
              </w:rPr>
              <w:t>学生通过数一数后回答出拼一个图案要用7块拼板，是1个7，拼2个需要14块拼板。</w:t>
            </w:r>
          </w:p>
          <w:p>
            <w:pPr>
              <w:spacing w:after="20" w:line="276" w:lineRule="auto"/>
            </w:pPr>
            <w:r>
              <w:rPr>
                <w:rFonts w:ascii="宋体" w:hAnsi="宋体" w:eastAsia="宋体"/>
                <w:b w:val="0"/>
                <w:sz w:val="18"/>
              </w:rPr>
              <w:t>学生可能会说出每多摆一个图案就多用7块拼板；也可能会说出1个7是7，2个7是14……7个7是49。</w:t>
            </w:r>
          </w:p>
          <w:p>
            <w:pPr>
              <w:spacing w:after="20" w:line="276" w:lineRule="auto"/>
            </w:pPr>
            <w:r>
              <w:rPr>
                <w:rFonts w:ascii="宋体" w:hAnsi="宋体" w:eastAsia="宋体"/>
                <w:b w:val="0"/>
                <w:sz w:val="18"/>
              </w:rPr>
              <w:t>小组汇报，全班交流7的乘法口诀。</w:t>
            </w:r>
          </w:p>
          <w:p>
            <w:pPr>
              <w:spacing w:after="20" w:line="276" w:lineRule="auto"/>
            </w:pPr>
            <w:r>
              <w:rPr>
                <w:rFonts w:ascii="宋体" w:hAnsi="宋体" w:eastAsia="宋体"/>
                <w:b w:val="0"/>
                <w:sz w:val="18"/>
              </w:rPr>
              <w:t>学生可能会发现：从上往下观察，口诀中的第一个数依次多1，第二个数都是7，积依次多7；相邻两句口诀相差1个7；不相邻的口诀前面的数相差几，积就相差几个7。</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设计递进式探究活动，引导学生在动手实践与合作交流中经历知识形成过程，突破本课重难点，核心问题："小小的七块拼板，可以拼出各种各样的图案，你们会用七巧板拼出多少种图案呢？"</w:t>
            </w:r>
          </w:p>
        </w:tc>
      </w:tr>
      <w:tr>
        <w:tc>
          <w:tcPr>
            <w:tcW w:type="dxa" w:w="1474"/>
          </w:tcPr>
          <w:p>
            <w:pPr>
              <w:spacing w:after="20" w:line="276" w:lineRule="auto"/>
            </w:pPr>
            <w:r>
              <w:rPr>
                <w:b/>
              </w:rPr>
            </w:r>
            <w:r>
              <w:rPr>
                <w:rFonts w:ascii="宋体" w:hAnsi="宋体" w:eastAsia="宋体"/>
                <w:b/>
                <w:sz w:val="18"/>
              </w:rPr>
              <w:t>运用口诀，解决问题</w:t>
            </w:r>
          </w:p>
        </w:tc>
        <w:tc>
          <w:tcPr>
            <w:tcW w:type="dxa" w:w="3061"/>
          </w:tcPr>
          <w:p>
            <w:pPr>
              <w:spacing w:after="20" w:line="276" w:lineRule="auto"/>
            </w:pPr>
            <w:r/>
            <w:r>
              <w:rPr>
                <w:rFonts w:ascii="宋体" w:hAnsi="宋体" w:eastAsia="宋体"/>
                <w:b w:val="0"/>
                <w:sz w:val="18"/>
              </w:rPr>
              <w:t>1.完成教科书P74“做一做”第1题。</w:t>
            </w:r>
          </w:p>
          <w:p>
            <w:pPr>
              <w:spacing w:after="20" w:line="276" w:lineRule="auto"/>
            </w:pPr>
            <w:r>
              <w:rPr>
                <w:rFonts w:ascii="宋体" w:hAnsi="宋体" w:eastAsia="宋体"/>
                <w:b w:val="0"/>
                <w:sz w:val="18"/>
              </w:rPr>
              <w:t>引导学生快速说出结果，并说说用的是哪句口诀。</w:t>
            </w:r>
          </w:p>
          <w:p>
            <w:pPr>
              <w:spacing w:after="20" w:line="276" w:lineRule="auto"/>
            </w:pPr>
            <w:r>
              <w:rPr>
                <w:rFonts w:ascii="宋体" w:hAnsi="宋体" w:eastAsia="宋体"/>
                <w:b w:val="0"/>
                <w:sz w:val="18"/>
              </w:rPr>
              <w:t>2．完成教科书P74“做一做”第2题。</w:t>
            </w:r>
          </w:p>
          <w:p>
            <w:pPr>
              <w:spacing w:after="20" w:line="276" w:lineRule="auto"/>
            </w:pPr>
            <w:r>
              <w:rPr>
                <w:rFonts w:ascii="宋体" w:hAnsi="宋体" w:eastAsia="宋体"/>
                <w:b w:val="0"/>
                <w:sz w:val="18"/>
              </w:rPr>
              <w:t>引导学生看月历表，明确一个星期有7天。</w:t>
            </w:r>
          </w:p>
          <w:p>
            <w:pPr>
              <w:spacing w:after="20" w:line="276" w:lineRule="auto"/>
            </w:pPr>
            <w:r>
              <w:rPr>
                <w:rFonts w:ascii="宋体" w:hAnsi="宋体" w:eastAsia="宋体"/>
                <w:b w:val="0"/>
                <w:sz w:val="18"/>
              </w:rPr>
              <w:t>3．完成教科书P73“做一做”第3题。</w:t>
            </w:r>
          </w:p>
        </w:tc>
        <w:tc>
          <w:tcPr>
            <w:tcW w:type="dxa" w:w="3061"/>
          </w:tcPr>
          <w:p>
            <w:pPr>
              <w:spacing w:after="20" w:line="276" w:lineRule="auto"/>
            </w:pPr>
            <w:r/>
            <w:r>
              <w:rPr>
                <w:rFonts w:ascii="宋体" w:hAnsi="宋体" w:eastAsia="宋体"/>
                <w:b w:val="0"/>
                <w:sz w:val="18"/>
              </w:rPr>
              <w:t>学生列式计算，小组讨论后组织全班汇报。</w:t>
            </w:r>
          </w:p>
          <w:p>
            <w:pPr>
              <w:spacing w:after="20" w:line="276" w:lineRule="auto"/>
            </w:pPr>
            <w:r>
              <w:rPr>
                <w:rFonts w:ascii="宋体" w:hAnsi="宋体" w:eastAsia="宋体"/>
                <w:b w:val="0"/>
                <w:sz w:val="18"/>
              </w:rPr>
              <w:t>学生独立连一连，全班交流。</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课堂小结，畅谈收获</w:t>
            </w:r>
          </w:p>
        </w:tc>
        <w:tc>
          <w:tcPr>
            <w:tcW w:type="dxa" w:w="3061"/>
          </w:tcPr>
          <w:p>
            <w:pPr>
              <w:spacing w:after="20" w:line="276" w:lineRule="auto"/>
            </w:pPr>
            <w:r/>
            <w:r>
              <w:rPr>
                <w:rFonts w:ascii="宋体" w:hAnsi="宋体" w:eastAsia="宋体"/>
                <w:b w:val="0"/>
                <w:sz w:val="18"/>
              </w:rPr>
              <w:t>师：通过这节课的学习，你们有什么收获？</w:t>
            </w:r>
          </w:p>
          <w:p>
            <w:pPr>
              <w:spacing w:after="20" w:line="276" w:lineRule="auto"/>
            </w:pPr>
            <w:r>
              <w:rPr>
                <w:rFonts w:ascii="宋体" w:hAnsi="宋体" w:eastAsia="宋体"/>
                <w:b w:val="0"/>
                <w:sz w:val="18"/>
              </w:rPr>
              <w:t>充分调动学生已有的活动经验，借助七巧板，让学生通过观察、操作、推理，自主编制7的乘法口诀，理解每句口诀的意义，在理解的基础上记住7的乘法口诀。</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引导学生回顾梳理本课所学，完善认知结构，提升归纳与反思能力，核心问题："通过这节课的学习，你们有什么收获？"</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7的乘法口诀</w:t>
      </w:r>
    </w:p>
    <w:p>
      <w:pPr>
        <w:spacing w:after="40" w:line="300" w:lineRule="auto"/>
      </w:pPr>
      <w:r>
        <w:rPr>
          <w:rFonts w:ascii="宋体" w:hAnsi="宋体" w:eastAsia="宋体"/>
          <w:b w:val="0"/>
          <w:sz w:val="20"/>
        </w:rPr>
        <w:t>7×1＝7　　　　　1×7＝7　　　　　一七得七</w:t>
      </w:r>
    </w:p>
    <w:p>
      <w:pPr>
        <w:spacing w:after="40" w:line="300" w:lineRule="auto"/>
      </w:pPr>
      <w:r>
        <w:rPr>
          <w:rFonts w:ascii="宋体" w:hAnsi="宋体" w:eastAsia="宋体"/>
          <w:b w:val="0"/>
          <w:sz w:val="20"/>
        </w:rPr>
        <w:t>7×2＝14         2×7＝14   二七十四</w:t>
      </w:r>
    </w:p>
    <w:p>
      <w:pPr>
        <w:spacing w:after="40" w:line="300" w:lineRule="auto"/>
      </w:pPr>
      <w:r>
        <w:rPr>
          <w:rFonts w:ascii="宋体" w:hAnsi="宋体" w:eastAsia="宋体"/>
          <w:b w:val="0"/>
          <w:sz w:val="20"/>
        </w:rPr>
        <w:t>7×3＝21  3×7＝21   三七二十一</w:t>
      </w:r>
    </w:p>
    <w:p>
      <w:pPr>
        <w:spacing w:after="40" w:line="300" w:lineRule="auto"/>
      </w:pPr>
      <w:r>
        <w:rPr>
          <w:rFonts w:ascii="宋体" w:hAnsi="宋体" w:eastAsia="宋体"/>
          <w:b w:val="0"/>
          <w:sz w:val="20"/>
        </w:rPr>
        <w:t>7×4＝28  4×7＝28   四七二十八</w:t>
      </w:r>
    </w:p>
    <w:p>
      <w:pPr>
        <w:spacing w:after="40" w:line="300" w:lineRule="auto"/>
      </w:pPr>
      <w:r>
        <w:rPr>
          <w:rFonts w:ascii="宋体" w:hAnsi="宋体" w:eastAsia="宋体"/>
          <w:b w:val="0"/>
          <w:sz w:val="20"/>
        </w:rPr>
        <w:t>7×5＝35  5×7＝35  五七三十五</w:t>
      </w:r>
    </w:p>
    <w:p>
      <w:pPr>
        <w:spacing w:after="40" w:line="300" w:lineRule="auto"/>
      </w:pPr>
      <w:r>
        <w:rPr>
          <w:rFonts w:ascii="宋体" w:hAnsi="宋体" w:eastAsia="宋体"/>
          <w:b w:val="0"/>
          <w:sz w:val="20"/>
        </w:rPr>
        <w:t>7×6＝42  6×7＝42     六七四十二</w:t>
      </w:r>
    </w:p>
    <w:p>
      <w:pPr>
        <w:spacing w:after="40" w:line="300" w:lineRule="auto"/>
      </w:pPr>
      <w:r>
        <w:rPr>
          <w:rFonts w:ascii="宋体" w:hAnsi="宋体" w:eastAsia="宋体"/>
          <w:b w:val="0"/>
          <w:sz w:val="20"/>
        </w:rPr>
        <w:t>7×7＝49     七七四十九</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教科书P73例1，完成教科书P74“做一做”。</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由于学生已经掌握6以内的乘法口诀，并对编制口诀的基本方法也有了一定的了解，所以教学时要放手让学生自己主动编制口诀。但7的乘法口诀句数比较多，得数比较大，学生记起来有困难，要引导学生正确说出每一句口诀的意义，提供多种多样的方法帮助学生记忆口诀。</w:t>
      </w:r>
    </w:p>
    <w:p>
      <w:r>
        <w:br w:type="page"/>
      </w:r>
    </w:p>
    <w:p>
      <w:pPr>
        <w:spacing w:after="80" w:line="300" w:lineRule="auto"/>
      </w:pPr>
      <w:r>
        <w:rPr>
          <w:rFonts w:ascii="黑体" w:hAnsi="黑体" w:eastAsia="黑体"/>
          <w:b/>
          <w:sz w:val="24"/>
        </w:rPr>
        <w:t>二、课时教学方案（第2课时）</w:t>
      </w:r>
    </w:p>
    <w:p>
      <w:pPr>
        <w:spacing w:after="80" w:line="300" w:lineRule="auto"/>
      </w:pPr>
      <w:r>
        <w:rPr>
          <w:rFonts w:ascii="黑体" w:hAnsi="黑体" w:eastAsia="黑体"/>
          <w:b/>
          <w:sz w:val="24"/>
        </w:rPr>
        <w:t>第2课时　8的乘法口诀</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第2课时　8的乘法口诀</w:t>
            </w:r>
          </w:p>
        </w:tc>
        <w:tc>
          <w:tcPr>
            <w:tcW w:type="dxa" w:w="6009"/>
          </w:tcPr>
          <w:p>
            <w:pPr>
              <w:spacing w:after="20" w:line="276" w:lineRule="auto"/>
            </w:pPr>
            <w:r/>
            <w:r>
              <w:rPr>
                <w:rFonts w:ascii="宋体" w:hAnsi="宋体" w:eastAsia="宋体"/>
                <w:b w:val="0"/>
                <w:sz w:val="20"/>
              </w:rPr>
              <w:t>第5单元 7-9的表内乘、除法</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在此之前，学生已经学习了1～6的表内乘、除法，知道了乘法的意义和除法的意义，会“一图三式”，能根据实际情境列出乘法算式和除法算式；积累了编制乘法口诀的经验，初步体会到了乘法算式中各部分与相应除法算式中各部分之间的关系，会运用1～6的乘法口诀计算1～6的表内乘、除法。但是对于编制7～9的乘法口诀以及运用乘法口诀口算乘除法，学生还是以具体思维习惯为主，其抽象、综合、归纳、概括能力还有待逐步形成，而且7～9的乘法口诀句数较多，记忆不太容易；在解决问题时，后一个问题要用到前一个问题的结果，学生容易出错，这些都是学生学习的难点。因此，在教学中要注重引导学生理解数量关系，在此基础上理解每句乘法口诀的意义和解决问题列式的依据，从而提高学生的推理能力。</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教学内容：教科书P75例2，完成教科书P75“做一做”和P76“练一练”第1～3题。</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（1）经历8的乘法口诀的编制过程，理解8的乘法口诀的意义，熟记8的乘法口诀，能正确、熟练地计算相关的表内乘法。</w:t>
      </w:r>
    </w:p>
    <w:p>
      <w:pPr>
        <w:spacing w:after="20" w:line="300" w:lineRule="auto"/>
        <w:ind w:firstLine="400"/>
      </w:pPr>
      <w:r>
        <w:rPr>
          <w:rFonts w:ascii="宋体" w:hAnsi="宋体" w:eastAsia="宋体"/>
          <w:b w:val="0"/>
          <w:sz w:val="20"/>
        </w:rPr>
        <w:t>（2）在编制和整理8的乘法口诀的过程中，培养学生初步的观察、比较、分析、抽象、概括能力和简单的推理能力，并逐步提高灵活运用乘法口诀的能力。</w:t>
      </w:r>
    </w:p>
    <w:p>
      <w:pPr>
        <w:spacing w:after="20" w:line="300" w:lineRule="auto"/>
        <w:ind w:firstLine="400"/>
      </w:pPr>
      <w:r>
        <w:rPr>
          <w:rFonts w:ascii="宋体" w:hAnsi="宋体" w:eastAsia="宋体"/>
          <w:b w:val="0"/>
          <w:sz w:val="20"/>
        </w:rPr>
        <w:t>（3）通过多角度的练习，体会数学就在身边，激发学生学习数学知识的兴趣。</w:t>
      </w:r>
    </w:p>
    <w:p>
      <w:pPr>
        <w:spacing w:after="20" w:line="300" w:lineRule="auto"/>
      </w:pPr>
      <w:r>
        <w:rPr>
          <w:rFonts w:ascii="宋体" w:hAnsi="宋体" w:eastAsia="宋体"/>
          <w:b w:val="0"/>
          <w:sz w:val="20"/>
        </w:rPr>
        <w:t>教学重点：理解并掌握8的乘法口诀。</w:t>
      </w:r>
    </w:p>
    <w:p>
      <w:pPr>
        <w:spacing w:after="20" w:line="300" w:lineRule="auto"/>
      </w:pPr>
      <w:r>
        <w:rPr>
          <w:rFonts w:ascii="宋体" w:hAnsi="宋体" w:eastAsia="宋体"/>
          <w:b w:val="0"/>
          <w:sz w:val="20"/>
        </w:rPr>
        <w:t>教学难点：熟记8的乘法口诀，运用8的乘法口诀计算。</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复习旧知识，导入新课</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6分钟</w:t>
            </w:r>
          </w:p>
        </w:tc>
      </w:tr>
      <w:tr>
        <w:tc>
          <w:tcPr>
            <w:tcW w:type="dxa" w:w="2835"/>
          </w:tcPr>
          <w:p>
            <w:pPr>
              <w:spacing w:after="20" w:line="276" w:lineRule="auto"/>
            </w:pPr>
            <w:r/>
            <w:r>
              <w:rPr>
                <w:rFonts w:ascii="宋体" w:hAnsi="宋体" w:eastAsia="宋体"/>
                <w:b w:val="0"/>
                <w:sz w:val="18"/>
              </w:rPr>
              <w:t>列出算式，编制口诀</w:t>
            </w:r>
          </w:p>
        </w:tc>
        <w:tc>
          <w:tcPr>
            <w:tcW w:type="dxa" w:w="1814"/>
          </w:tcPr>
          <w:p>
            <w:pPr>
              <w:spacing w:after="20" w:line="276" w:lineRule="auto"/>
            </w:pPr>
            <w:r/>
            <w:r>
              <w:rPr>
                <w:rFonts w:ascii="宋体" w:hAnsi="宋体" w:eastAsia="宋体"/>
                <w:b w:val="0"/>
                <w:sz w:val="18"/>
              </w:rPr>
              <w:t>情境图、课件、教科书</w:t>
            </w:r>
          </w:p>
        </w:tc>
        <w:tc>
          <w:tcPr>
            <w:tcW w:type="dxa" w:w="3402"/>
          </w:tcPr>
          <w:p>
            <w:pPr>
              <w:spacing w:after="20" w:line="276" w:lineRule="auto"/>
            </w:pPr>
            <w:r/>
            <w:r>
              <w:rPr>
                <w:rFonts w:ascii="宋体" w:hAnsi="宋体" w:eastAsia="宋体"/>
                <w:b w:val="0"/>
                <w:sz w:val="18"/>
              </w:rPr>
              <w:t>同学们仔细观察，从图中你们知道了什么？；一共有多少个花瓣？可以怎样算呢？</w:t>
            </w:r>
          </w:p>
        </w:tc>
        <w:tc>
          <w:tcPr>
            <w:tcW w:type="dxa" w:w="1361"/>
          </w:tcPr>
          <w:p>
            <w:pPr>
              <w:spacing w:after="20" w:line="276" w:lineRule="auto"/>
            </w:pPr>
            <w:r/>
            <w:r>
              <w:rPr>
                <w:rFonts w:ascii="宋体" w:hAnsi="宋体" w:eastAsia="宋体"/>
                <w:b w:val="0"/>
                <w:sz w:val="18"/>
              </w:rPr>
              <w:t>17分钟</w:t>
            </w:r>
          </w:p>
        </w:tc>
      </w:tr>
      <w:tr>
        <w:tc>
          <w:tcPr>
            <w:tcW w:type="dxa" w:w="2835"/>
          </w:tcPr>
          <w:p>
            <w:pPr>
              <w:spacing w:after="20" w:line="276" w:lineRule="auto"/>
            </w:pPr>
            <w:r/>
            <w:r>
              <w:rPr>
                <w:rFonts w:ascii="宋体" w:hAnsi="宋体" w:eastAsia="宋体"/>
                <w:b w:val="0"/>
                <w:sz w:val="18"/>
              </w:rPr>
              <w:t>发现规律，记忆口诀</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想一想，我们用什么办法可以很快记住8的乘法口诀？；如果忘了其中一句，如“六八四十八”，你有什么好办法能想起这一句？</w:t>
            </w:r>
          </w:p>
        </w:tc>
        <w:tc>
          <w:tcPr>
            <w:tcW w:type="dxa" w:w="1361"/>
          </w:tcPr>
          <w:p>
            <w:pPr>
              <w:spacing w:after="20" w:line="276" w:lineRule="auto"/>
            </w:pPr>
            <w:r/>
            <w:r>
              <w:rPr>
                <w:rFonts w:ascii="宋体" w:hAnsi="宋体" w:eastAsia="宋体"/>
                <w:b w:val="0"/>
                <w:sz w:val="18"/>
              </w:rPr>
              <w:t>10分钟</w:t>
            </w:r>
          </w:p>
        </w:tc>
      </w:tr>
      <w:tr>
        <w:tc>
          <w:tcPr>
            <w:tcW w:type="dxa" w:w="2835"/>
          </w:tcPr>
          <w:p>
            <w:pPr>
              <w:spacing w:after="20" w:line="276" w:lineRule="auto"/>
            </w:pPr>
            <w:r/>
            <w:r>
              <w:rPr>
                <w:rFonts w:ascii="宋体" w:hAnsi="宋体" w:eastAsia="宋体"/>
                <w:b w:val="0"/>
                <w:sz w:val="18"/>
              </w:rPr>
              <w:t>学以致用，巩固口诀</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通过这节课的学习，你们有什么收获？</w:t>
            </w:r>
          </w:p>
        </w:tc>
        <w:tc>
          <w:tcPr>
            <w:tcW w:type="dxa" w:w="1361"/>
          </w:tcPr>
          <w:p>
            <w:pPr>
              <w:spacing w:after="20" w:line="276" w:lineRule="auto"/>
            </w:pPr>
            <w:r/>
            <w:r>
              <w:rPr>
                <w:rFonts w:ascii="宋体" w:hAnsi="宋体" w:eastAsia="宋体"/>
                <w:b w:val="0"/>
                <w:sz w:val="18"/>
              </w:rPr>
              <w:t>7分钟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复习旧知识，导入新课</w:t>
            </w:r>
          </w:p>
        </w:tc>
        <w:tc>
          <w:tcPr>
            <w:tcW w:type="dxa" w:w="3061"/>
          </w:tcPr>
          <w:p>
            <w:pPr>
              <w:spacing w:after="20" w:line="276" w:lineRule="auto"/>
            </w:pPr>
            <w:r/>
            <w:r>
              <w:rPr>
                <w:rFonts w:ascii="宋体" w:hAnsi="宋体" w:eastAsia="宋体"/>
                <w:b w:val="0"/>
                <w:sz w:val="18"/>
              </w:rPr>
              <w:t>课件出示习题。</w:t>
            </w:r>
          </w:p>
          <w:p>
            <w:pPr>
              <w:spacing w:after="20" w:line="276" w:lineRule="auto"/>
            </w:pPr>
            <w:r>
              <w:rPr>
                <w:rFonts w:ascii="宋体" w:hAnsi="宋体" w:eastAsia="宋体"/>
                <w:b w:val="0"/>
                <w:sz w:val="18"/>
              </w:rPr>
              <w:t>1．2×7＝　 　6×7＝　 　7×6＝　 　7×2＝</w:t>
            </w:r>
          </w:p>
          <w:p>
            <w:pPr>
              <w:spacing w:after="20" w:line="276" w:lineRule="auto"/>
            </w:pPr>
            <w:r>
              <w:rPr>
                <w:rFonts w:ascii="宋体" w:hAnsi="宋体" w:eastAsia="宋体"/>
                <w:b w:val="0"/>
                <w:sz w:val="18"/>
              </w:rPr>
              <w:t>2．解决问题。</w:t>
            </w:r>
          </w:p>
          <w:p>
            <w:pPr>
              <w:spacing w:after="20" w:line="276" w:lineRule="auto"/>
            </w:pPr>
            <w:r>
              <w:rPr>
                <w:rFonts w:ascii="宋体" w:hAnsi="宋体" w:eastAsia="宋体"/>
                <w:b w:val="0"/>
                <w:sz w:val="18"/>
              </w:rPr>
              <w:t>(1)学校组织郊游，每辆车可以坐7名学生。如果有4辆车，一共可以坐多少名学生？</w:t>
            </w:r>
          </w:p>
          <w:p>
            <w:pPr>
              <w:spacing w:after="20" w:line="276" w:lineRule="auto"/>
            </w:pPr>
            <w:r>
              <w:rPr>
                <w:rFonts w:ascii="宋体" w:hAnsi="宋体" w:eastAsia="宋体"/>
                <w:b w:val="0"/>
                <w:sz w:val="18"/>
              </w:rPr>
              <w:t>(2)小明每天读7页书，他读了7天，一共读了多少页？</w:t>
            </w:r>
          </w:p>
          <w:p>
            <w:pPr>
              <w:spacing w:after="20" w:line="276" w:lineRule="auto"/>
            </w:pPr>
            <w:r>
              <w:rPr>
                <w:rFonts w:ascii="宋体" w:hAnsi="宋体" w:eastAsia="宋体"/>
                <w:b w:val="0"/>
                <w:sz w:val="18"/>
              </w:rPr>
              <w:t>师：乘法口诀可以让我们口算得又对又快。今天，我们继续学习8的乘法口诀。(板书课题：8的乘法口诀)</w:t>
            </w:r>
          </w:p>
        </w:tc>
        <w:tc>
          <w:tcPr>
            <w:tcW w:type="dxa" w:w="3061"/>
          </w:tcPr>
          <w:p>
            <w:pPr>
              <w:spacing w:after="20" w:line="276" w:lineRule="auto"/>
            </w:pPr>
            <w:r/>
            <w:r>
              <w:rPr>
                <w:rFonts w:ascii="宋体" w:hAnsi="宋体" w:eastAsia="宋体"/>
                <w:b w:val="0"/>
                <w:sz w:val="18"/>
              </w:rPr>
              <w:t>学生自主完成，小组内交流。</w:t>
            </w:r>
          </w:p>
        </w:tc>
        <w:tc>
          <w:tcPr>
            <w:tcW w:type="dxa" w:w="1814"/>
          </w:tcPr>
          <w:p>
            <w:pPr>
              <w:spacing w:after="20" w:line="276" w:lineRule="auto"/>
            </w:pPr>
            <w:r/>
            <w:r>
              <w:rPr>
                <w:rFonts w:ascii="宋体" w:hAnsi="宋体" w:eastAsia="宋体"/>
                <w:b w:val="0"/>
                <w:sz w:val="18"/>
              </w:rPr>
              <w:t>创设情境激活学生已有经验，自然引出本课学习内容，激发学习兴趣。</w:t>
            </w:r>
          </w:p>
        </w:tc>
      </w:tr>
      <w:tr>
        <w:tc>
          <w:tcPr>
            <w:tcW w:type="dxa" w:w="1474"/>
          </w:tcPr>
          <w:p>
            <w:pPr>
              <w:spacing w:after="20" w:line="276" w:lineRule="auto"/>
            </w:pPr>
            <w:r>
              <w:rPr>
                <w:b/>
              </w:rPr>
            </w:r>
            <w:r>
              <w:rPr>
                <w:rFonts w:ascii="宋体" w:hAnsi="宋体" w:eastAsia="宋体"/>
                <w:b/>
                <w:sz w:val="18"/>
              </w:rPr>
              <w:t>列出算式，编制口诀</w:t>
            </w:r>
          </w:p>
        </w:tc>
        <w:tc>
          <w:tcPr>
            <w:tcW w:type="dxa" w:w="3061"/>
          </w:tcPr>
          <w:p>
            <w:pPr>
              <w:spacing w:after="20" w:line="276" w:lineRule="auto"/>
            </w:pPr>
            <w:r/>
            <w:r>
              <w:rPr>
                <w:rFonts w:ascii="宋体" w:hAnsi="宋体" w:eastAsia="宋体"/>
                <w:b w:val="0"/>
                <w:sz w:val="18"/>
              </w:rPr>
              <w:t>1.观察情境图，列式计算。</w:t>
            </w:r>
          </w:p>
          <w:p>
            <w:pPr>
              <w:spacing w:after="20" w:line="276" w:lineRule="auto"/>
            </w:pPr>
            <w:r>
              <w:rPr>
                <w:rFonts w:ascii="宋体" w:hAnsi="宋体" w:eastAsia="宋体"/>
                <w:b w:val="0"/>
                <w:sz w:val="18"/>
              </w:rPr>
              <w:t>课件出示教科书P75例2的情境图。</w:t>
            </w:r>
          </w:p>
          <w:p>
            <w:pPr>
              <w:spacing w:after="20" w:line="276" w:lineRule="auto"/>
            </w:pPr>
            <w:r>
              <w:rPr>
                <w:rFonts w:ascii="宋体" w:hAnsi="宋体" w:eastAsia="宋体"/>
                <w:b w:val="0"/>
                <w:sz w:val="18"/>
              </w:rPr>
              <w:t>师：同学们仔细观察，从图中你们知道了什么？</w:t>
            </w:r>
          </w:p>
          <w:p>
            <w:pPr>
              <w:spacing w:after="20" w:line="276" w:lineRule="auto"/>
            </w:pPr>
            <w:r>
              <w:rPr>
                <w:rFonts w:ascii="宋体" w:hAnsi="宋体" w:eastAsia="宋体"/>
                <w:b w:val="0"/>
                <w:sz w:val="18"/>
              </w:rPr>
              <w:t>师：一共有多少个花瓣？可以怎样算呢？</w:t>
            </w:r>
          </w:p>
          <w:p>
            <w:pPr>
              <w:spacing w:after="20" w:line="276" w:lineRule="auto"/>
            </w:pPr>
            <w:r>
              <w:rPr>
                <w:rFonts w:ascii="宋体" w:hAnsi="宋体" w:eastAsia="宋体"/>
                <w:b w:val="0"/>
                <w:sz w:val="18"/>
              </w:rPr>
              <w:t>师：我们可以借助数线来进行计算。</w:t>
            </w:r>
          </w:p>
          <w:p>
            <w:pPr>
              <w:spacing w:after="20" w:line="276" w:lineRule="auto"/>
            </w:pPr>
            <w:r>
              <w:rPr>
                <w:rFonts w:ascii="宋体" w:hAnsi="宋体" w:eastAsia="宋体"/>
                <w:b w:val="0"/>
                <w:sz w:val="18"/>
              </w:rPr>
              <w:t>课件出示教科书P75例2数线图，教师引导学生在数线上8个8个地“数数”，并在方框里填上数字。</w:t>
            </w:r>
          </w:p>
          <w:p>
            <w:pPr>
              <w:spacing w:after="20" w:line="276" w:lineRule="auto"/>
            </w:pPr>
            <w:r>
              <w:rPr>
                <w:rFonts w:ascii="宋体" w:hAnsi="宋体" w:eastAsia="宋体"/>
                <w:b w:val="0"/>
                <w:sz w:val="18"/>
              </w:rPr>
              <w:t>师：连续加了8次，分别算出了每多加1个8的得数是多少，你有更简便的方法吗？</w:t>
            </w:r>
          </w:p>
          <w:p>
            <w:pPr>
              <w:spacing w:after="20" w:line="276" w:lineRule="auto"/>
            </w:pPr>
            <w:r>
              <w:rPr>
                <w:rFonts w:ascii="宋体" w:hAnsi="宋体" w:eastAsia="宋体"/>
                <w:b w:val="0"/>
                <w:sz w:val="18"/>
              </w:rPr>
              <w:t>师：我们发现每用加法计算1次，就是加上1个8，也就是每个数都可以用“几个8”表示，1朵花有“1个8”个花瓣，用乘法算式怎么表示呢？</w:t>
            </w:r>
          </w:p>
          <w:p>
            <w:pPr>
              <w:spacing w:after="20" w:line="276" w:lineRule="auto"/>
            </w:pPr>
            <w:r>
              <w:rPr>
                <w:rFonts w:ascii="宋体" w:hAnsi="宋体" w:eastAsia="宋体"/>
                <w:b w:val="0"/>
                <w:sz w:val="18"/>
              </w:rPr>
              <w:t>师：2朵花有多少瓣？3朵有多少瓣？请你们自己算一算，写一写，并将教科书P75例2中的算式填完整。</w:t>
            </w:r>
          </w:p>
          <w:p>
            <w:pPr>
              <w:spacing w:after="20" w:line="276" w:lineRule="auto"/>
            </w:pPr>
            <w:r>
              <w:rPr>
                <w:rFonts w:ascii="宋体" w:hAnsi="宋体" w:eastAsia="宋体"/>
                <w:b w:val="0"/>
                <w:sz w:val="18"/>
              </w:rPr>
              <w:t>师：8×6＝48中的48是怎么得来的？8×8＝64中的64是怎么得来的？</w:t>
            </w:r>
          </w:p>
          <w:p>
            <w:pPr>
              <w:spacing w:after="20" w:line="276" w:lineRule="auto"/>
            </w:pPr>
            <w:r>
              <w:rPr>
                <w:rFonts w:ascii="宋体" w:hAnsi="宋体" w:eastAsia="宋体"/>
                <w:b w:val="0"/>
                <w:sz w:val="18"/>
              </w:rPr>
              <w:t>2．分组讨论，试编口诀。</w:t>
            </w:r>
          </w:p>
          <w:p>
            <w:pPr>
              <w:spacing w:after="20" w:line="276" w:lineRule="auto"/>
            </w:pPr>
            <w:r>
              <w:rPr>
                <w:rFonts w:ascii="宋体" w:hAnsi="宋体" w:eastAsia="宋体"/>
                <w:b w:val="0"/>
                <w:sz w:val="18"/>
              </w:rPr>
              <w:t>师：8×1＝8这个算式表示什么意思？编成一句乘法口诀是什么？</w:t>
            </w:r>
          </w:p>
          <w:p>
            <w:pPr>
              <w:spacing w:after="20" w:line="276" w:lineRule="auto"/>
            </w:pPr>
            <w:r>
              <w:rPr>
                <w:rFonts w:ascii="宋体" w:hAnsi="宋体" w:eastAsia="宋体"/>
                <w:b w:val="0"/>
                <w:sz w:val="18"/>
              </w:rPr>
              <w:t>师：另外几句乘法口诀，请同学们根据乘法的意义和乘法算式，自己试着编一编，并说给小组的同学听。</w:t>
            </w:r>
          </w:p>
          <w:p>
            <w:pPr>
              <w:spacing w:after="20" w:line="276" w:lineRule="auto"/>
            </w:pPr>
            <w:r>
              <w:rPr>
                <w:rFonts w:ascii="宋体" w:hAnsi="宋体" w:eastAsia="宋体"/>
                <w:b w:val="0"/>
                <w:sz w:val="18"/>
              </w:rPr>
              <w:t>留给学生足够的时间，让他们写出教科书P75例2的乘法口诀。</w:t>
            </w:r>
          </w:p>
          <w:p>
            <w:pPr>
              <w:spacing w:after="20" w:line="276" w:lineRule="auto"/>
            </w:pPr>
            <w:r>
              <w:rPr>
                <w:rFonts w:ascii="宋体" w:hAnsi="宋体" w:eastAsia="宋体"/>
                <w:b w:val="0"/>
                <w:sz w:val="18"/>
              </w:rPr>
              <w:t>当学生做完后，指名汇报编写的乘法口诀。</w:t>
            </w:r>
          </w:p>
          <w:p>
            <w:pPr>
              <w:spacing w:after="20" w:line="276" w:lineRule="auto"/>
            </w:pPr>
            <w:r>
              <w:rPr>
                <w:rFonts w:ascii="宋体" w:hAnsi="宋体" w:eastAsia="宋体"/>
                <w:b w:val="0"/>
                <w:sz w:val="18"/>
              </w:rPr>
              <w:t>教师板书8的乘法口诀。</w:t>
            </w:r>
          </w:p>
        </w:tc>
        <w:tc>
          <w:tcPr>
            <w:tcW w:type="dxa" w:w="3061"/>
          </w:tcPr>
          <w:p>
            <w:pPr>
              <w:spacing w:after="20" w:line="276" w:lineRule="auto"/>
            </w:pPr>
            <w:r/>
            <w:r>
              <w:rPr>
                <w:rFonts w:ascii="宋体" w:hAnsi="宋体" w:eastAsia="宋体"/>
                <w:b w:val="0"/>
                <w:sz w:val="18"/>
              </w:rPr>
              <w:t>学生看见8朵向日葵，每朵向日葵上有8个花瓣。</w:t>
            </w:r>
          </w:p>
          <w:p>
            <w:pPr>
              <w:spacing w:after="20" w:line="276" w:lineRule="auto"/>
            </w:pPr>
            <w:r>
              <w:rPr>
                <w:rFonts w:ascii="宋体" w:hAnsi="宋体" w:eastAsia="宋体"/>
                <w:b w:val="0"/>
                <w:sz w:val="18"/>
              </w:rPr>
              <w:t>学生互相交流。</w:t>
            </w:r>
          </w:p>
          <w:p>
            <w:pPr>
              <w:spacing w:after="20" w:line="276" w:lineRule="auto"/>
            </w:pPr>
            <w:r>
              <w:rPr>
                <w:rFonts w:ascii="宋体" w:hAnsi="宋体" w:eastAsia="宋体"/>
                <w:b w:val="0"/>
                <w:sz w:val="18"/>
              </w:rPr>
              <w:t>学生可能说出：用乘法来算每个方框里应填的数更简便。</w:t>
            </w:r>
          </w:p>
          <w:p>
            <w:pPr>
              <w:spacing w:after="20" w:line="276" w:lineRule="auto"/>
            </w:pPr>
            <w:r>
              <w:rPr>
                <w:rFonts w:ascii="宋体" w:hAnsi="宋体" w:eastAsia="宋体"/>
                <w:b w:val="0"/>
                <w:sz w:val="18"/>
              </w:rPr>
              <w:t>学生回答后教师板书：8×1＝8</w:t>
            </w:r>
          </w:p>
          <w:p>
            <w:pPr>
              <w:spacing w:after="20" w:line="276" w:lineRule="auto"/>
            </w:pPr>
            <w:r>
              <w:rPr>
                <w:rFonts w:ascii="宋体" w:hAnsi="宋体" w:eastAsia="宋体"/>
                <w:b w:val="0"/>
                <w:sz w:val="18"/>
              </w:rPr>
              <w:t>学生独立完成后，全班交流。(教师适当板书)</w:t>
            </w:r>
          </w:p>
          <w:p>
            <w:pPr>
              <w:spacing w:after="20" w:line="276" w:lineRule="auto"/>
            </w:pPr>
            <w:r>
              <w:rPr>
                <w:rFonts w:ascii="宋体" w:hAnsi="宋体" w:eastAsia="宋体"/>
                <w:b w:val="0"/>
                <w:sz w:val="18"/>
              </w:rPr>
              <w:t>学生说一说，教师提示学生回答时与填写在数线上的数联系起来。</w:t>
            </w:r>
          </w:p>
          <w:p>
            <w:pPr>
              <w:spacing w:after="20" w:line="276" w:lineRule="auto"/>
            </w:pPr>
            <w:r>
              <w:rPr>
                <w:rFonts w:ascii="宋体" w:hAnsi="宋体" w:eastAsia="宋体"/>
                <w:b w:val="0"/>
                <w:sz w:val="18"/>
              </w:rPr>
              <w:t>学生回答后教师板书：一八得八。</w:t>
            </w:r>
          </w:p>
        </w:tc>
        <w:tc>
          <w:tcPr>
            <w:tcW w:type="dxa" w:w="1814"/>
          </w:tcPr>
          <w:p>
            <w:pPr>
              <w:spacing w:after="20" w:line="276" w:lineRule="auto"/>
            </w:pPr>
            <w:r/>
            <w:r>
              <w:rPr>
                <w:rFonts w:ascii="宋体" w:hAnsi="宋体" w:eastAsia="宋体"/>
                <w:b w:val="0"/>
                <w:sz w:val="18"/>
              </w:rPr>
              <w:t>围绕环节目标组织学习活动，引导学生主动参与、积极思考，核心问题："同学们仔细观察，从图中你们知道了什么？"</w:t>
            </w:r>
          </w:p>
        </w:tc>
      </w:tr>
      <w:tr>
        <w:tc>
          <w:tcPr>
            <w:tcW w:type="dxa" w:w="1474"/>
          </w:tcPr>
          <w:p>
            <w:pPr>
              <w:spacing w:after="20" w:line="276" w:lineRule="auto"/>
            </w:pPr>
            <w:r>
              <w:rPr>
                <w:b/>
              </w:rPr>
            </w:r>
            <w:r>
              <w:rPr>
                <w:rFonts w:ascii="宋体" w:hAnsi="宋体" w:eastAsia="宋体"/>
                <w:b/>
                <w:sz w:val="18"/>
              </w:rPr>
              <w:t>发现规律，记忆口诀</w:t>
            </w:r>
          </w:p>
        </w:tc>
        <w:tc>
          <w:tcPr>
            <w:tcW w:type="dxa" w:w="3061"/>
          </w:tcPr>
          <w:p>
            <w:pPr>
              <w:spacing w:after="20" w:line="276" w:lineRule="auto"/>
            </w:pPr>
            <w:r/>
            <w:r>
              <w:rPr>
                <w:rFonts w:ascii="宋体" w:hAnsi="宋体" w:eastAsia="宋体"/>
                <w:b w:val="0"/>
                <w:sz w:val="18"/>
              </w:rPr>
              <w:t>1.发现规律。</w:t>
            </w:r>
          </w:p>
          <w:p>
            <w:pPr>
              <w:spacing w:after="20" w:line="276" w:lineRule="auto"/>
            </w:pPr>
            <w:r>
              <w:rPr>
                <w:rFonts w:ascii="宋体" w:hAnsi="宋体" w:eastAsia="宋体"/>
                <w:b w:val="0"/>
                <w:sz w:val="18"/>
              </w:rPr>
              <w:t>师：想一想，我们用什么办法可以很快记住8的乘法口诀？</w:t>
            </w:r>
          </w:p>
          <w:p>
            <w:pPr>
              <w:spacing w:after="20" w:line="276" w:lineRule="auto"/>
            </w:pPr>
            <w:r>
              <w:rPr>
                <w:rFonts w:ascii="宋体" w:hAnsi="宋体" w:eastAsia="宋体"/>
                <w:b w:val="0"/>
                <w:sz w:val="18"/>
              </w:rPr>
              <w:t>2．记忆口诀。</w:t>
            </w:r>
          </w:p>
          <w:p>
            <w:pPr>
              <w:spacing w:after="20" w:line="276" w:lineRule="auto"/>
            </w:pPr>
            <w:r>
              <w:rPr>
                <w:rFonts w:ascii="宋体" w:hAnsi="宋体" w:eastAsia="宋体"/>
                <w:b w:val="0"/>
                <w:sz w:val="18"/>
              </w:rPr>
              <w:t>师：如果忘了其中一句，如“六八四十八”，你有什么好办法能想起这一句？</w:t>
            </w:r>
          </w:p>
          <w:p>
            <w:pPr>
              <w:spacing w:after="20" w:line="276" w:lineRule="auto"/>
            </w:pPr>
            <w:r>
              <w:rPr>
                <w:rFonts w:ascii="宋体" w:hAnsi="宋体" w:eastAsia="宋体"/>
                <w:b w:val="0"/>
                <w:sz w:val="18"/>
              </w:rPr>
              <w:t>师小结：我们自己已经动手编制出了8的乘法口诀，知道了这些口诀之间的联系。下面我们就根据这些联系来记忆口诀，看谁记得快。</w:t>
            </w:r>
          </w:p>
          <w:p>
            <w:pPr>
              <w:spacing w:after="20" w:line="276" w:lineRule="auto"/>
            </w:pPr>
            <w:r>
              <w:rPr>
                <w:rFonts w:ascii="宋体" w:hAnsi="宋体" w:eastAsia="宋体"/>
                <w:b w:val="0"/>
                <w:sz w:val="18"/>
              </w:rPr>
              <w:t>3．儿歌记忆。</w:t>
            </w:r>
          </w:p>
          <w:p>
            <w:pPr>
              <w:spacing w:after="20" w:line="276" w:lineRule="auto"/>
            </w:pPr>
            <w:r>
              <w:rPr>
                <w:rFonts w:ascii="宋体" w:hAnsi="宋体" w:eastAsia="宋体"/>
                <w:b w:val="0"/>
                <w:sz w:val="18"/>
              </w:rPr>
              <w:t>8的口诀并不难，个位双数在后边。</w:t>
            </w:r>
          </w:p>
          <w:p>
            <w:pPr>
              <w:spacing w:after="20" w:line="276" w:lineRule="auto"/>
            </w:pPr>
            <w:r>
              <w:rPr>
                <w:rFonts w:ascii="宋体" w:hAnsi="宋体" w:eastAsia="宋体"/>
                <w:b w:val="0"/>
                <w:sz w:val="18"/>
              </w:rPr>
              <w:t>相邻得数都差8，八六四二零循环。</w:t>
            </w:r>
          </w:p>
        </w:tc>
        <w:tc>
          <w:tcPr>
            <w:tcW w:type="dxa" w:w="3061"/>
          </w:tcPr>
          <w:p>
            <w:pPr>
              <w:spacing w:after="20" w:line="276" w:lineRule="auto"/>
            </w:pPr>
            <w:r/>
            <w:r>
              <w:rPr>
                <w:rFonts w:ascii="宋体" w:hAnsi="宋体" w:eastAsia="宋体"/>
                <w:b w:val="0"/>
                <w:sz w:val="18"/>
              </w:rPr>
              <w:t>全班学生齐读8的乘法口诀后，观察寻找8的乘法口诀的规律。</w:t>
            </w:r>
          </w:p>
          <w:p>
            <w:pPr>
              <w:spacing w:after="20" w:line="276" w:lineRule="auto"/>
            </w:pPr>
            <w:r>
              <w:rPr>
                <w:rFonts w:ascii="宋体" w:hAnsi="宋体" w:eastAsia="宋体"/>
                <w:b w:val="0"/>
                <w:sz w:val="18"/>
              </w:rPr>
              <w:t>学生在小组内讨论后，全班交流。</w:t>
            </w:r>
          </w:p>
          <w:p>
            <w:pPr>
              <w:spacing w:after="20" w:line="276" w:lineRule="auto"/>
            </w:pPr>
            <w:r>
              <w:rPr>
                <w:rFonts w:ascii="宋体" w:hAnsi="宋体" w:eastAsia="宋体"/>
                <w:b w:val="0"/>
                <w:sz w:val="18"/>
              </w:rPr>
              <w:t>学生可能会说出：从上往下观察口诀中的第一个数依次多1，第二个数都是8，积依次多8；每相邻两句乘法口诀的积都相差8，等等。</w:t>
            </w:r>
          </w:p>
          <w:p>
            <w:pPr>
              <w:spacing w:after="20" w:line="276" w:lineRule="auto"/>
            </w:pPr>
            <w:r>
              <w:rPr>
                <w:rFonts w:ascii="宋体" w:hAnsi="宋体" w:eastAsia="宋体"/>
                <w:b w:val="0"/>
                <w:sz w:val="18"/>
              </w:rPr>
              <w:t>学生可能说出：在“五八四十”的基础上加1个八或在“七八五十六”的基础上减去1个八，都可推导出“六八四十八”。</w:t>
            </w:r>
          </w:p>
        </w:tc>
        <w:tc>
          <w:tcPr>
            <w:tcW w:type="dxa" w:w="1814"/>
          </w:tcPr>
          <w:p>
            <w:pPr>
              <w:spacing w:after="20" w:line="276" w:lineRule="auto"/>
            </w:pPr>
            <w:r/>
            <w:r>
              <w:rPr>
                <w:rFonts w:ascii="宋体" w:hAnsi="宋体" w:eastAsia="宋体"/>
                <w:b w:val="0"/>
                <w:sz w:val="18"/>
              </w:rPr>
              <w:t>围绕环节目标组织学习活动，引导学生主动参与、积极思考，核心问题："想一想，我们用什么办法可以很快记住8的乘法口诀？"</w:t>
            </w:r>
          </w:p>
        </w:tc>
      </w:tr>
      <w:tr>
        <w:tc>
          <w:tcPr>
            <w:tcW w:type="dxa" w:w="1474"/>
          </w:tcPr>
          <w:p>
            <w:pPr>
              <w:spacing w:after="20" w:line="276" w:lineRule="auto"/>
            </w:pPr>
            <w:r>
              <w:rPr>
                <w:b/>
              </w:rPr>
            </w:r>
            <w:r>
              <w:rPr>
                <w:rFonts w:ascii="宋体" w:hAnsi="宋体" w:eastAsia="宋体"/>
                <w:b/>
                <w:sz w:val="18"/>
              </w:rPr>
              <w:t>学以致用，巩固口诀</w:t>
            </w:r>
          </w:p>
        </w:tc>
        <w:tc>
          <w:tcPr>
            <w:tcW w:type="dxa" w:w="3061"/>
          </w:tcPr>
          <w:p>
            <w:pPr>
              <w:spacing w:after="20" w:line="276" w:lineRule="auto"/>
            </w:pPr>
            <w:r/>
            <w:r>
              <w:rPr>
                <w:rFonts w:ascii="宋体" w:hAnsi="宋体" w:eastAsia="宋体"/>
                <w:b w:val="0"/>
                <w:sz w:val="18"/>
              </w:rPr>
              <w:t>1.填口诀：完成教科书P75“做一做”。</w:t>
            </w:r>
          </w:p>
          <w:p>
            <w:pPr>
              <w:spacing w:after="20" w:line="276" w:lineRule="auto"/>
            </w:pPr>
            <w:r>
              <w:rPr>
                <w:rFonts w:ascii="宋体" w:hAnsi="宋体" w:eastAsia="宋体"/>
                <w:b w:val="0"/>
                <w:sz w:val="18"/>
              </w:rPr>
              <w:t>2．说口诀：完成教科书P76“练一练”第1题。</w:t>
            </w:r>
          </w:p>
          <w:p>
            <w:pPr>
              <w:spacing w:after="20" w:line="276" w:lineRule="auto"/>
            </w:pPr>
            <w:r>
              <w:rPr>
                <w:rFonts w:ascii="宋体" w:hAnsi="宋体" w:eastAsia="宋体"/>
                <w:b w:val="0"/>
                <w:sz w:val="18"/>
              </w:rPr>
              <w:t>先写出得数再说一说每一题用的是哪句乘法口诀。</w:t>
            </w:r>
          </w:p>
          <w:p>
            <w:pPr>
              <w:spacing w:after="20" w:line="276" w:lineRule="auto"/>
            </w:pPr>
            <w:r>
              <w:rPr>
                <w:rFonts w:ascii="宋体" w:hAnsi="宋体" w:eastAsia="宋体"/>
                <w:b w:val="0"/>
                <w:sz w:val="18"/>
              </w:rPr>
              <w:t>3．用口诀：完成教科书P76“练一练”第2、3题。</w:t>
            </w:r>
          </w:p>
          <w:p>
            <w:pPr>
              <w:spacing w:after="20" w:line="276" w:lineRule="auto"/>
            </w:pPr>
            <w:r>
              <w:rPr>
                <w:rFonts w:ascii="宋体" w:hAnsi="宋体" w:eastAsia="宋体"/>
                <w:b w:val="0"/>
                <w:sz w:val="18"/>
              </w:rPr>
              <w:t>五、课堂小结，畅谈收获　　师：通过这节课的学习，你们有什么收获？</w:t>
            </w:r>
          </w:p>
        </w:tc>
        <w:tc>
          <w:tcPr>
            <w:tcW w:type="dxa" w:w="3061"/>
          </w:tcPr>
          <w:p>
            <w:pPr>
              <w:spacing w:after="20" w:line="276" w:lineRule="auto"/>
            </w:pPr>
            <w:r/>
            <w:r>
              <w:rPr>
                <w:rFonts w:ascii="宋体" w:hAnsi="宋体" w:eastAsia="宋体"/>
                <w:b w:val="0"/>
                <w:sz w:val="18"/>
              </w:rPr>
              <w:t>学生填完后一起读一读。</w:t>
            </w:r>
          </w:p>
          <w:p>
            <w:pPr>
              <w:spacing w:after="20" w:line="276" w:lineRule="auto"/>
            </w:pPr>
            <w:r>
              <w:rPr>
                <w:rFonts w:ascii="宋体" w:hAnsi="宋体" w:eastAsia="宋体"/>
                <w:b w:val="0"/>
                <w:sz w:val="18"/>
              </w:rPr>
              <w:t>学生独立列式后，再全班交流。</w:t>
            </w:r>
          </w:p>
          <w:p>
            <w:pPr>
              <w:spacing w:after="20" w:line="276" w:lineRule="auto"/>
            </w:pPr>
            <w:r>
              <w:rPr>
                <w:rFonts w:ascii="宋体" w:hAnsi="宋体" w:eastAsia="宋体"/>
                <w:b w:val="0"/>
                <w:sz w:val="18"/>
              </w:rPr>
              <w:t>学生已经有丰富的编制口诀的经验，本节课充分放手让学生通过小组合作学习，编制8的乘法口诀，让学生明白乘法口诀的来源，在主动探索的过程中，增长知识，发展观察、分析、推理的能力。</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通过有层次的练习及时反馈学情，巩固新知，培养学生灵活运用知识解决问题的能力，核心问题："通过这节课的学习，你们有什么收获？"</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8的乘法口诀</w:t>
      </w:r>
    </w:p>
    <w:p>
      <w:pPr>
        <w:spacing w:after="40" w:line="300" w:lineRule="auto"/>
      </w:pPr>
      <w:r>
        <w:rPr>
          <w:rFonts w:ascii="宋体" w:hAnsi="宋体" w:eastAsia="宋体"/>
          <w:b w:val="0"/>
          <w:sz w:val="20"/>
        </w:rPr>
        <w:t>8×1＝8　　　　　1×8＝8　　　　　   一八得八</w:t>
      </w:r>
    </w:p>
    <w:p>
      <w:pPr>
        <w:spacing w:after="40" w:line="300" w:lineRule="auto"/>
      </w:pPr>
      <w:r>
        <w:rPr>
          <w:rFonts w:ascii="宋体" w:hAnsi="宋体" w:eastAsia="宋体"/>
          <w:b w:val="0"/>
          <w:sz w:val="20"/>
        </w:rPr>
        <w:t>8×2＝16  2×8＝16     二八十六</w:t>
      </w:r>
    </w:p>
    <w:p>
      <w:pPr>
        <w:spacing w:after="40" w:line="300" w:lineRule="auto"/>
      </w:pPr>
      <w:r>
        <w:rPr>
          <w:rFonts w:ascii="宋体" w:hAnsi="宋体" w:eastAsia="宋体"/>
          <w:b w:val="0"/>
          <w:sz w:val="20"/>
        </w:rPr>
        <w:t>8×3＝24  3×8＝24  三八二十四</w:t>
      </w:r>
    </w:p>
    <w:p>
      <w:pPr>
        <w:spacing w:after="40" w:line="300" w:lineRule="auto"/>
      </w:pPr>
      <w:r>
        <w:rPr>
          <w:rFonts w:ascii="宋体" w:hAnsi="宋体" w:eastAsia="宋体"/>
          <w:b w:val="0"/>
          <w:sz w:val="20"/>
        </w:rPr>
        <w:t>8×4＝32  4×8＝32  四八三十二</w:t>
      </w:r>
    </w:p>
    <w:p>
      <w:pPr>
        <w:spacing w:after="40" w:line="300" w:lineRule="auto"/>
      </w:pPr>
      <w:r>
        <w:rPr>
          <w:rFonts w:ascii="宋体" w:hAnsi="宋体" w:eastAsia="宋体"/>
          <w:b w:val="0"/>
          <w:sz w:val="20"/>
        </w:rPr>
        <w:t>8×5＝40  5×8＝40  五八四十</w:t>
      </w:r>
    </w:p>
    <w:p>
      <w:pPr>
        <w:spacing w:after="40" w:line="300" w:lineRule="auto"/>
      </w:pPr>
      <w:r>
        <w:rPr>
          <w:rFonts w:ascii="宋体" w:hAnsi="宋体" w:eastAsia="宋体"/>
          <w:b w:val="0"/>
          <w:sz w:val="20"/>
        </w:rPr>
        <w:t>8×6＝48  6×8＝48  六八四十八</w:t>
      </w:r>
    </w:p>
    <w:p>
      <w:pPr>
        <w:spacing w:after="40" w:line="300" w:lineRule="auto"/>
      </w:pPr>
      <w:r>
        <w:rPr>
          <w:rFonts w:ascii="宋体" w:hAnsi="宋体" w:eastAsia="宋体"/>
          <w:b w:val="0"/>
          <w:sz w:val="20"/>
        </w:rPr>
        <w:t>8×7＝56  7×8＝56  七八五十六</w:t>
      </w:r>
    </w:p>
    <w:p>
      <w:pPr>
        <w:spacing w:after="40" w:line="300" w:lineRule="auto"/>
      </w:pPr>
      <w:r>
        <w:rPr>
          <w:rFonts w:ascii="宋体" w:hAnsi="宋体" w:eastAsia="宋体"/>
          <w:b w:val="0"/>
          <w:sz w:val="20"/>
        </w:rPr>
        <w:t>8×8＝64    八八六十四</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教科书P75例2，完成教科书P75“做一做”和P76“练一练”第1～3题。</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由于学生已经积累了很多乘法口诀的学习经验和记忆方法，相当多的学生已经会背8的乘法口诀了，所以教学时放手让学生自己编制口诀，并设计多种方式帮助他们有效记忆，能提高学生的思维能力。</w:t>
      </w:r>
    </w:p>
    <w:p>
      <w:r>
        <w:br w:type="page"/>
      </w:r>
    </w:p>
    <w:p>
      <w:pPr>
        <w:spacing w:after="80" w:line="300" w:lineRule="auto"/>
      </w:pPr>
      <w:r>
        <w:rPr>
          <w:rFonts w:ascii="黑体" w:hAnsi="黑体" w:eastAsia="黑体"/>
          <w:b/>
          <w:sz w:val="24"/>
        </w:rPr>
        <w:t>二、课时教学方案（第3课时）</w:t>
      </w:r>
    </w:p>
    <w:p>
      <w:pPr>
        <w:spacing w:after="80" w:line="300" w:lineRule="auto"/>
      </w:pPr>
      <w:r>
        <w:rPr>
          <w:rFonts w:ascii="黑体" w:hAnsi="黑体" w:eastAsia="黑体"/>
          <w:b/>
          <w:sz w:val="24"/>
        </w:rPr>
        <w:t>第3课时　9的乘法口诀</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第3课时　9的乘法口诀</w:t>
            </w:r>
          </w:p>
        </w:tc>
        <w:tc>
          <w:tcPr>
            <w:tcW w:type="dxa" w:w="6009"/>
          </w:tcPr>
          <w:p>
            <w:pPr>
              <w:spacing w:after="20" w:line="276" w:lineRule="auto"/>
            </w:pPr>
            <w:r/>
            <w:r>
              <w:rPr>
                <w:rFonts w:ascii="宋体" w:hAnsi="宋体" w:eastAsia="宋体"/>
                <w:b w:val="0"/>
                <w:sz w:val="20"/>
              </w:rPr>
              <w:t>第5单元 7-9的表内乘、除法</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在此之前，学生已经学习了1～6的表内乘、除法，知道了乘法的意义和除法的意义，会“一图三式”，能根据实际情境列出乘法算式和除法算式；积累了编制乘法口诀的经验，初步体会到了乘法算式中各部分与相应除法算式中各部分之间的关系，会运用1～6的乘法口诀计算1～6的表内乘、除法。但是对于编制7～9的乘法口诀以及运用乘法口诀口算乘除法，学生还是以具体思维习惯为主，其抽象、综合、归纳、概括能力还有待逐步形成，而且7～9的乘法口诀句数较多，记忆不太容易；在解决问题时，后一个问题要用到前一个问题的结果，学生容易出错，这些都是学生学习的难点。因此，在教学中要注重引导学生理解数量关系，在此基础上理解每句乘法口诀的意义和解决问题列式的依据，从而提高学生的推理能力。</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教学内容：教科书P77例3，完成教科书P78“做一做”和P79“练一练”第1～2题。</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（1）通过自主探索，经历9的乘法口诀的编制过程，了解乘法口诀的来源，加深学生对乘法口诀意义的理解。</w:t>
      </w:r>
    </w:p>
    <w:p>
      <w:pPr>
        <w:spacing w:after="20" w:line="300" w:lineRule="auto"/>
        <w:ind w:firstLine="400"/>
      </w:pPr>
      <w:r>
        <w:rPr>
          <w:rFonts w:ascii="宋体" w:hAnsi="宋体" w:eastAsia="宋体"/>
          <w:b w:val="0"/>
          <w:sz w:val="20"/>
        </w:rPr>
        <w:t>（2）通过观察、比较、探究等活动，发现9的乘法口诀的规律，并利用发现的规律熟记9的乘法口诀。</w:t>
      </w:r>
    </w:p>
    <w:p>
      <w:pPr>
        <w:spacing w:after="20" w:line="300" w:lineRule="auto"/>
        <w:ind w:firstLine="400"/>
      </w:pPr>
      <w:r>
        <w:rPr>
          <w:rFonts w:ascii="宋体" w:hAnsi="宋体" w:eastAsia="宋体"/>
          <w:b w:val="0"/>
          <w:sz w:val="20"/>
        </w:rPr>
        <w:t>（3）体会主动探索带来的学习乐趣，在数学学习中感受中国传统文化。</w:t>
      </w:r>
    </w:p>
    <w:p>
      <w:pPr>
        <w:spacing w:after="20" w:line="300" w:lineRule="auto"/>
      </w:pPr>
      <w:r>
        <w:rPr>
          <w:rFonts w:ascii="宋体" w:hAnsi="宋体" w:eastAsia="宋体"/>
          <w:b w:val="0"/>
          <w:sz w:val="20"/>
        </w:rPr>
        <w:t>教学重点：自主编制9的乘法口诀，探究发现乘法口诀中蕴含的规律。</w:t>
      </w:r>
    </w:p>
    <w:p>
      <w:pPr>
        <w:spacing w:after="20" w:line="300" w:lineRule="auto"/>
      </w:pPr>
      <w:r>
        <w:rPr>
          <w:rFonts w:ascii="宋体" w:hAnsi="宋体" w:eastAsia="宋体"/>
          <w:b w:val="0"/>
          <w:sz w:val="20"/>
        </w:rPr>
        <w:t>教学难点：探究发现9的乘法口诀及其规律，熟记口诀。</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情境导入，激趣揭题</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同学们，你们知道我国的二十四节气吗？；同学们从图中能获得哪些数学信息？根据这些信息能提出哪些数学问题呢？这些问题都和数字几有关呀？</w:t>
            </w:r>
          </w:p>
        </w:tc>
        <w:tc>
          <w:tcPr>
            <w:tcW w:type="dxa" w:w="1361"/>
          </w:tcPr>
          <w:p>
            <w:pPr>
              <w:spacing w:after="20" w:line="276" w:lineRule="auto"/>
            </w:pPr>
            <w:r/>
            <w:r>
              <w:rPr>
                <w:rFonts w:ascii="宋体" w:hAnsi="宋体" w:eastAsia="宋体"/>
                <w:b w:val="0"/>
                <w:sz w:val="18"/>
              </w:rPr>
              <w:t>9分钟</w:t>
            </w:r>
          </w:p>
        </w:tc>
      </w:tr>
      <w:tr>
        <w:tc>
          <w:tcPr>
            <w:tcW w:type="dxa" w:w="2835"/>
          </w:tcPr>
          <w:p>
            <w:pPr>
              <w:spacing w:after="20" w:line="276" w:lineRule="auto"/>
            </w:pPr>
            <w:r/>
            <w:r>
              <w:rPr>
                <w:rFonts w:ascii="宋体" w:hAnsi="宋体" w:eastAsia="宋体"/>
                <w:b w:val="0"/>
                <w:sz w:val="18"/>
              </w:rPr>
              <w:t>探究新知，编制口诀</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请大家数一数，“九九消寒图”上一共有多少瓣梅花？；数线图中已经给出了一朵梅花有9瓣，两朵梅花有18瓣，你们能接着往后填吗？</w:t>
            </w:r>
          </w:p>
        </w:tc>
        <w:tc>
          <w:tcPr>
            <w:tcW w:type="dxa" w:w="1361"/>
          </w:tcPr>
          <w:p>
            <w:pPr>
              <w:spacing w:after="20" w:line="276" w:lineRule="auto"/>
            </w:pPr>
            <w:r/>
            <w:r>
              <w:rPr>
                <w:rFonts w:ascii="宋体" w:hAnsi="宋体" w:eastAsia="宋体"/>
                <w:b w:val="0"/>
                <w:sz w:val="18"/>
              </w:rPr>
              <w:t>10分钟</w:t>
            </w:r>
          </w:p>
        </w:tc>
      </w:tr>
      <w:tr>
        <w:tc>
          <w:tcPr>
            <w:tcW w:type="dxa" w:w="2835"/>
          </w:tcPr>
          <w:p>
            <w:pPr>
              <w:spacing w:after="20" w:line="276" w:lineRule="auto"/>
            </w:pPr>
            <w:r/>
            <w:r>
              <w:rPr>
                <w:rFonts w:ascii="宋体" w:hAnsi="宋体" w:eastAsia="宋体"/>
                <w:b w:val="0"/>
                <w:sz w:val="18"/>
              </w:rPr>
              <w:t>发现规律，记忆口诀</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9的乘法口诀句数比较多，你们有没有发现什么规律可以帮助我们快速地记忆这9句口诀？；找规律记，这是记忆口诀非常好的方法。比如六九这句口诀忘记了，可以怎么去想？</w:t>
            </w:r>
          </w:p>
        </w:tc>
        <w:tc>
          <w:tcPr>
            <w:tcW w:type="dxa" w:w="1361"/>
          </w:tcPr>
          <w:p>
            <w:pPr>
              <w:spacing w:after="20" w:line="276" w:lineRule="auto"/>
            </w:pPr>
            <w:r/>
            <w:r>
              <w:rPr>
                <w:rFonts w:ascii="宋体" w:hAnsi="宋体" w:eastAsia="宋体"/>
                <w:b w:val="0"/>
                <w:sz w:val="18"/>
              </w:rPr>
              <w:t>12分钟</w:t>
            </w:r>
          </w:p>
        </w:tc>
      </w:tr>
      <w:tr>
        <w:tc>
          <w:tcPr>
            <w:tcW w:type="dxa" w:w="2835"/>
          </w:tcPr>
          <w:p>
            <w:pPr>
              <w:spacing w:after="20" w:line="276" w:lineRule="auto"/>
            </w:pPr>
            <w:r/>
            <w:r>
              <w:rPr>
                <w:rFonts w:ascii="宋体" w:hAnsi="宋体" w:eastAsia="宋体"/>
                <w:b w:val="0"/>
                <w:sz w:val="18"/>
              </w:rPr>
              <w:t>学以致用，巩固口诀</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4分钟</w:t>
            </w:r>
          </w:p>
        </w:tc>
      </w:tr>
      <w:tr>
        <w:tc>
          <w:tcPr>
            <w:tcW w:type="dxa" w:w="2835"/>
          </w:tcPr>
          <w:p>
            <w:pPr>
              <w:spacing w:after="20" w:line="276" w:lineRule="auto"/>
            </w:pPr>
            <w:r/>
            <w:r>
              <w:rPr>
                <w:rFonts w:ascii="宋体" w:hAnsi="宋体" w:eastAsia="宋体"/>
                <w:b w:val="0"/>
                <w:sz w:val="18"/>
              </w:rPr>
              <w:t>课堂小结，畅谈收获</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通过这节课的学习，你们有什么收获？</w:t>
            </w:r>
          </w:p>
        </w:tc>
        <w:tc>
          <w:tcPr>
            <w:tcW w:type="dxa" w:w="1361"/>
          </w:tcPr>
          <w:p>
            <w:pPr>
              <w:spacing w:after="20" w:line="276" w:lineRule="auto"/>
            </w:pPr>
            <w:r/>
            <w:r>
              <w:rPr>
                <w:rFonts w:ascii="宋体" w:hAnsi="宋体" w:eastAsia="宋体"/>
                <w:b w:val="0"/>
                <w:sz w:val="18"/>
              </w:rPr>
              <w:t>5分钟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情境导入，激趣揭题</w:t>
            </w:r>
          </w:p>
        </w:tc>
        <w:tc>
          <w:tcPr>
            <w:tcW w:type="dxa" w:w="3061"/>
          </w:tcPr>
          <w:p>
            <w:pPr>
              <w:spacing w:after="20" w:line="276" w:lineRule="auto"/>
            </w:pPr>
            <w:r/>
            <w:r>
              <w:rPr>
                <w:rFonts w:ascii="宋体" w:hAnsi="宋体" w:eastAsia="宋体"/>
                <w:b w:val="0"/>
                <w:sz w:val="18"/>
              </w:rPr>
              <w:t>师：同学们，你们知道我国的二十四节气吗？</w:t>
            </w:r>
          </w:p>
          <w:p>
            <w:pPr>
              <w:spacing w:after="20" w:line="276" w:lineRule="auto"/>
            </w:pPr>
            <w:r>
              <w:rPr>
                <w:rFonts w:ascii="宋体" w:hAnsi="宋体" w:eastAsia="宋体"/>
                <w:b w:val="0"/>
                <w:sz w:val="18"/>
              </w:rPr>
              <w:t>师：我们常听说数九寒天，数九，是中国民间一种计算寒天与春暖花开日期的方法。为了便于计算，我国北方文人根据“数九”绘制了一幅“九九消寒图”。</w:t>
            </w:r>
          </w:p>
          <w:p>
            <w:pPr>
              <w:spacing w:after="20" w:line="276" w:lineRule="auto"/>
            </w:pPr>
            <w:r>
              <w:rPr>
                <w:rFonts w:ascii="宋体" w:hAnsi="宋体" w:eastAsia="宋体"/>
                <w:b w:val="0"/>
                <w:sz w:val="18"/>
              </w:rPr>
              <w:t>课件出示教科书P77“九九消寒图”。</w:t>
            </w:r>
          </w:p>
          <w:p>
            <w:pPr>
              <w:spacing w:after="20" w:line="276" w:lineRule="auto"/>
            </w:pPr>
            <w:r>
              <w:rPr>
                <w:rFonts w:ascii="宋体" w:hAnsi="宋体" w:eastAsia="宋体"/>
                <w:b w:val="0"/>
                <w:sz w:val="18"/>
              </w:rPr>
              <w:t>师：同学们从图中能获得哪些数学信息？根据这些信息能提出哪些数学问题呢？这些问题都和数字几有关呀？</w:t>
            </w:r>
          </w:p>
          <w:p>
            <w:pPr>
              <w:spacing w:after="20" w:line="276" w:lineRule="auto"/>
            </w:pPr>
            <w:r>
              <w:rPr>
                <w:rFonts w:ascii="宋体" w:hAnsi="宋体" w:eastAsia="宋体"/>
                <w:b w:val="0"/>
                <w:sz w:val="18"/>
              </w:rPr>
              <w:t>师：今天我们来学习9的乘法口诀。(板书课题：9的乘法口诀)</w:t>
            </w:r>
          </w:p>
        </w:tc>
        <w:tc>
          <w:tcPr>
            <w:tcW w:type="dxa" w:w="3061"/>
          </w:tcPr>
          <w:p>
            <w:pPr>
              <w:spacing w:after="20" w:line="276" w:lineRule="auto"/>
            </w:pPr>
            <w:r/>
            <w:r>
              <w:rPr>
                <w:rFonts w:ascii="宋体" w:hAnsi="宋体" w:eastAsia="宋体"/>
                <w:b w:val="0"/>
                <w:sz w:val="18"/>
              </w:rPr>
              <w:t>学生交流自己知道的关于二十四节气的知识。</w:t>
            </w:r>
          </w:p>
          <w:p>
            <w:pPr>
              <w:spacing w:after="20" w:line="276" w:lineRule="auto"/>
            </w:pPr>
            <w:r>
              <w:rPr>
                <w:rFonts w:ascii="宋体" w:hAnsi="宋体" w:eastAsia="宋体"/>
                <w:b w:val="0"/>
                <w:sz w:val="18"/>
              </w:rPr>
              <w:t>学生能说出图中一共有9朵梅花，且每朵梅花都有9个花瓣，提出1朵、2朵、3朵……9朵梅花一共有多少个花瓣的问题，且能说出这些问题都和数字9有关。</w:t>
            </w:r>
          </w:p>
        </w:tc>
        <w:tc>
          <w:tcPr>
            <w:tcW w:type="dxa" w:w="1814"/>
          </w:tcPr>
          <w:p>
            <w:pPr>
              <w:spacing w:after="20" w:line="276" w:lineRule="auto"/>
            </w:pPr>
            <w:r/>
            <w:r>
              <w:rPr>
                <w:rFonts w:ascii="宋体" w:hAnsi="宋体" w:eastAsia="宋体"/>
                <w:b w:val="0"/>
                <w:sz w:val="18"/>
              </w:rPr>
              <w:t>创设情境激活学生已有经验，自然引出本课学习内容，激发学习兴趣，核心问题："同学们，你们知道我国的二十四节气吗？"</w:t>
            </w:r>
          </w:p>
        </w:tc>
      </w:tr>
      <w:tr>
        <w:tc>
          <w:tcPr>
            <w:tcW w:type="dxa" w:w="1474"/>
          </w:tcPr>
          <w:p>
            <w:pPr>
              <w:spacing w:after="20" w:line="276" w:lineRule="auto"/>
            </w:pPr>
            <w:r>
              <w:rPr>
                <w:b/>
              </w:rPr>
            </w:r>
            <w:r>
              <w:rPr>
                <w:rFonts w:ascii="宋体" w:hAnsi="宋体" w:eastAsia="宋体"/>
                <w:b/>
                <w:sz w:val="18"/>
              </w:rPr>
              <w:t>探究新知，编制口诀</w:t>
            </w:r>
          </w:p>
        </w:tc>
        <w:tc>
          <w:tcPr>
            <w:tcW w:type="dxa" w:w="3061"/>
          </w:tcPr>
          <w:p>
            <w:pPr>
              <w:spacing w:after="20" w:line="276" w:lineRule="auto"/>
            </w:pPr>
            <w:r/>
            <w:r>
              <w:rPr>
                <w:rFonts w:ascii="宋体" w:hAnsi="宋体" w:eastAsia="宋体"/>
                <w:b w:val="0"/>
                <w:sz w:val="18"/>
              </w:rPr>
              <w:t>1.填写数线图。</w:t>
            </w:r>
          </w:p>
          <w:p>
            <w:pPr>
              <w:spacing w:after="20" w:line="276" w:lineRule="auto"/>
            </w:pPr>
            <w:r>
              <w:rPr>
                <w:rFonts w:ascii="宋体" w:hAnsi="宋体" w:eastAsia="宋体"/>
                <w:b w:val="0"/>
                <w:sz w:val="18"/>
              </w:rPr>
              <w:t>师：请大家数一数，“九九消寒图”上一共有多少瓣梅花？</w:t>
            </w:r>
          </w:p>
          <w:p>
            <w:pPr>
              <w:spacing w:after="20" w:line="276" w:lineRule="auto"/>
            </w:pPr>
            <w:r>
              <w:rPr>
                <w:rFonts w:ascii="宋体" w:hAnsi="宋体" w:eastAsia="宋体"/>
                <w:b w:val="0"/>
                <w:sz w:val="18"/>
              </w:rPr>
              <w:t>师：在我们数数的过程中，可以在下面的数线图上把结果记录下来。</w:t>
            </w:r>
          </w:p>
          <w:p>
            <w:pPr>
              <w:spacing w:after="20" w:line="276" w:lineRule="auto"/>
            </w:pPr>
            <w:r>
              <w:rPr>
                <w:rFonts w:ascii="宋体" w:hAnsi="宋体" w:eastAsia="宋体"/>
                <w:b w:val="0"/>
                <w:sz w:val="18"/>
              </w:rPr>
              <w:t>课件出示教科书P77数线图。</w:t>
            </w:r>
          </w:p>
          <w:p>
            <w:pPr>
              <w:spacing w:after="20" w:line="276" w:lineRule="auto"/>
            </w:pPr>
            <w:r>
              <w:rPr>
                <w:rFonts w:ascii="宋体" w:hAnsi="宋体" w:eastAsia="宋体"/>
                <w:b w:val="0"/>
                <w:sz w:val="18"/>
              </w:rPr>
              <w:t>师：数线图中已经给出了一朵梅花有9瓣，两朵梅花有18瓣，你们能接着往后填吗？</w:t>
            </w:r>
          </w:p>
          <w:p>
            <w:pPr>
              <w:spacing w:after="20" w:line="276" w:lineRule="auto"/>
            </w:pPr>
            <w:r>
              <w:rPr>
                <w:rFonts w:ascii="宋体" w:hAnsi="宋体" w:eastAsia="宋体"/>
                <w:b w:val="0"/>
                <w:sz w:val="18"/>
              </w:rPr>
              <w:t>2．列出乘法算式。</w:t>
            </w:r>
          </w:p>
          <w:p>
            <w:pPr>
              <w:spacing w:after="20" w:line="276" w:lineRule="auto"/>
            </w:pPr>
            <w:r>
              <w:rPr>
                <w:rFonts w:ascii="宋体" w:hAnsi="宋体" w:eastAsia="宋体"/>
                <w:b w:val="0"/>
                <w:sz w:val="18"/>
              </w:rPr>
              <w:t>师：刚才我们经历了9个9个地“数数”的过程，如果用算式表示该怎样写呢？请完成教科书上的算式。</w:t>
            </w:r>
          </w:p>
          <w:p>
            <w:pPr>
              <w:spacing w:after="20" w:line="276" w:lineRule="auto"/>
            </w:pPr>
            <w:r>
              <w:rPr>
                <w:rFonts w:ascii="宋体" w:hAnsi="宋体" w:eastAsia="宋体"/>
                <w:b w:val="0"/>
                <w:sz w:val="18"/>
              </w:rPr>
              <w:t>3．编制9的乘法口诀。</w:t>
            </w:r>
          </w:p>
          <w:p>
            <w:pPr>
              <w:spacing w:after="20" w:line="276" w:lineRule="auto"/>
            </w:pPr>
            <w:r>
              <w:rPr>
                <w:rFonts w:ascii="宋体" w:hAnsi="宋体" w:eastAsia="宋体"/>
                <w:b w:val="0"/>
                <w:sz w:val="18"/>
              </w:rPr>
              <w:t>师：根据这些乘法算式，你能编出9的乘法口诀吗？</w:t>
            </w:r>
          </w:p>
          <w:p>
            <w:pPr>
              <w:spacing w:after="20" w:line="276" w:lineRule="auto"/>
            </w:pPr>
            <w:r>
              <w:rPr>
                <w:rFonts w:ascii="宋体" w:hAnsi="宋体" w:eastAsia="宋体"/>
                <w:b w:val="0"/>
                <w:sz w:val="18"/>
              </w:rPr>
              <w:t>大部分学生利用已有的编制乘法口诀的经验，可以独立编制9的乘法口诀。</w:t>
            </w:r>
          </w:p>
          <w:p>
            <w:pPr>
              <w:spacing w:after="20" w:line="276" w:lineRule="auto"/>
            </w:pPr>
            <w:r>
              <w:rPr>
                <w:rFonts w:ascii="宋体" w:hAnsi="宋体" w:eastAsia="宋体"/>
                <w:b w:val="0"/>
                <w:sz w:val="18"/>
              </w:rPr>
              <w:t>教师板书9的乘法口诀。</w:t>
            </w:r>
          </w:p>
        </w:tc>
        <w:tc>
          <w:tcPr>
            <w:tcW w:type="dxa" w:w="3061"/>
          </w:tcPr>
          <w:p>
            <w:pPr>
              <w:spacing w:after="20" w:line="276" w:lineRule="auto"/>
            </w:pPr>
            <w:r/>
            <w:r>
              <w:rPr>
                <w:rFonts w:ascii="宋体" w:hAnsi="宋体" w:eastAsia="宋体"/>
                <w:b w:val="0"/>
                <w:sz w:val="18"/>
              </w:rPr>
              <w:t>学生可能一朵一朵地数，通过累加的方法得到总瓣数。</w:t>
            </w:r>
          </w:p>
          <w:p>
            <w:pPr>
              <w:spacing w:after="20" w:line="276" w:lineRule="auto"/>
            </w:pPr>
            <w:r>
              <w:rPr>
                <w:rFonts w:ascii="宋体" w:hAnsi="宋体" w:eastAsia="宋体"/>
                <w:b w:val="0"/>
                <w:sz w:val="18"/>
              </w:rPr>
              <w:t>学生独立填写后集体订正。</w:t>
            </w:r>
          </w:p>
          <w:p>
            <w:pPr>
              <w:spacing w:after="20" w:line="276" w:lineRule="auto"/>
            </w:pPr>
            <w:r>
              <w:rPr>
                <w:rFonts w:ascii="宋体" w:hAnsi="宋体" w:eastAsia="宋体"/>
                <w:b w:val="0"/>
                <w:sz w:val="18"/>
              </w:rPr>
              <w:t>学生独立完成后小组交流，教师根据学生的汇报板书算式。</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设计递进式探究活动，引导学生在动手实践与合作交流中经历知识形成过程，突破本课重难点，核心问题："请大家数一数，“九九消寒图”上一共有多少瓣梅花？"</w:t>
            </w:r>
          </w:p>
        </w:tc>
      </w:tr>
      <w:tr>
        <w:tc>
          <w:tcPr>
            <w:tcW w:type="dxa" w:w="1474"/>
          </w:tcPr>
          <w:p>
            <w:pPr>
              <w:spacing w:after="20" w:line="276" w:lineRule="auto"/>
            </w:pPr>
            <w:r>
              <w:rPr>
                <w:b/>
              </w:rPr>
            </w:r>
            <w:r>
              <w:rPr>
                <w:rFonts w:ascii="宋体" w:hAnsi="宋体" w:eastAsia="宋体"/>
                <w:b/>
                <w:sz w:val="18"/>
              </w:rPr>
              <w:t>发现规律，记忆口诀</w:t>
            </w:r>
          </w:p>
        </w:tc>
        <w:tc>
          <w:tcPr>
            <w:tcW w:type="dxa" w:w="3061"/>
          </w:tcPr>
          <w:p>
            <w:pPr>
              <w:spacing w:after="20" w:line="276" w:lineRule="auto"/>
            </w:pPr>
            <w:r/>
            <w:r>
              <w:rPr>
                <w:rFonts w:ascii="宋体" w:hAnsi="宋体" w:eastAsia="宋体"/>
                <w:b w:val="0"/>
                <w:sz w:val="18"/>
              </w:rPr>
              <w:t>1.找规律记忆乘法口诀。</w:t>
            </w:r>
          </w:p>
          <w:p>
            <w:pPr>
              <w:spacing w:after="20" w:line="276" w:lineRule="auto"/>
            </w:pPr>
            <w:r>
              <w:rPr>
                <w:rFonts w:ascii="宋体" w:hAnsi="宋体" w:eastAsia="宋体"/>
                <w:b w:val="0"/>
                <w:sz w:val="18"/>
              </w:rPr>
              <w:t>师：9的乘法口诀句数比较多，你们有没有发现什么规律可以帮助我们快速地记忆这9句口诀？</w:t>
            </w:r>
          </w:p>
          <w:p>
            <w:pPr>
              <w:spacing w:after="20" w:line="276" w:lineRule="auto"/>
            </w:pPr>
            <w:r>
              <w:rPr>
                <w:rFonts w:ascii="宋体" w:hAnsi="宋体" w:eastAsia="宋体"/>
                <w:b w:val="0"/>
                <w:sz w:val="18"/>
              </w:rPr>
              <w:t>师：找规律记，这是记忆口诀非常好的方法。比如六九这句口诀忘记了，可以怎么去想？</w:t>
            </w:r>
          </w:p>
          <w:p>
            <w:pPr>
              <w:spacing w:after="20" w:line="276" w:lineRule="auto"/>
            </w:pPr>
            <w:r>
              <w:rPr>
                <w:rFonts w:ascii="宋体" w:hAnsi="宋体" w:eastAsia="宋体"/>
                <w:b w:val="0"/>
                <w:sz w:val="18"/>
              </w:rPr>
              <w:t>师：如果六九前面的不记得，后面的也不记得，怎么想出这句口诀呢？</w:t>
            </w:r>
          </w:p>
          <w:p>
            <w:pPr>
              <w:spacing w:after="20" w:line="276" w:lineRule="auto"/>
            </w:pPr>
            <w:r>
              <w:rPr>
                <w:rFonts w:ascii="宋体" w:hAnsi="宋体" w:eastAsia="宋体"/>
                <w:b w:val="0"/>
                <w:sz w:val="18"/>
              </w:rPr>
              <w:t>可以用6个9连加算出和是54，就得出口诀是六九五十四了。</w:t>
            </w:r>
          </w:p>
          <w:p>
            <w:pPr>
              <w:spacing w:after="20" w:line="276" w:lineRule="auto"/>
            </w:pPr>
            <w:r>
              <w:rPr>
                <w:rFonts w:ascii="宋体" w:hAnsi="宋体" w:eastAsia="宋体"/>
                <w:b w:val="0"/>
                <w:sz w:val="18"/>
              </w:rPr>
              <w:t>2．用手指记忆乘法口诀。</w:t>
            </w:r>
          </w:p>
          <w:p>
            <w:pPr>
              <w:spacing w:after="20" w:line="276" w:lineRule="auto"/>
            </w:pPr>
            <w:r>
              <w:rPr>
                <w:rFonts w:ascii="宋体" w:hAnsi="宋体" w:eastAsia="宋体"/>
                <w:b w:val="0"/>
                <w:sz w:val="18"/>
              </w:rPr>
              <w:t>师：其实要记住9的乘法口诀还有一个很有趣的方法，它就藏在我们的身上，我们自己的10根手指就能帮我们记忆9的乘法口诀。</w:t>
            </w:r>
          </w:p>
          <w:p>
            <w:pPr>
              <w:spacing w:after="20" w:line="276" w:lineRule="auto"/>
            </w:pPr>
            <w:r>
              <w:rPr>
                <w:rFonts w:ascii="宋体" w:hAnsi="宋体" w:eastAsia="宋体"/>
                <w:b w:val="0"/>
                <w:sz w:val="18"/>
              </w:rPr>
              <w:t>课件展示教科书P78“数学游戏”，介绍用双手表示9的乘法口诀的方法。</w:t>
            </w:r>
          </w:p>
        </w:tc>
        <w:tc>
          <w:tcPr>
            <w:tcW w:type="dxa" w:w="3061"/>
          </w:tcPr>
          <w:p>
            <w:pPr>
              <w:spacing w:after="20" w:line="276" w:lineRule="auto"/>
            </w:pPr>
            <w:r/>
            <w:r>
              <w:rPr>
                <w:rFonts w:ascii="宋体" w:hAnsi="宋体" w:eastAsia="宋体"/>
                <w:b w:val="0"/>
                <w:sz w:val="18"/>
              </w:rPr>
              <w:t>学生独立思考后进行小组讨论，再组织全班汇报交流。</w:t>
            </w:r>
          </w:p>
          <w:p>
            <w:pPr>
              <w:spacing w:after="20" w:line="276" w:lineRule="auto"/>
            </w:pPr>
            <w:r>
              <w:rPr>
                <w:rFonts w:ascii="宋体" w:hAnsi="宋体" w:eastAsia="宋体"/>
                <w:b w:val="0"/>
                <w:sz w:val="18"/>
              </w:rPr>
              <w:t>预设1：想五九四十五，45加9是54，所以口诀就是六九五十四。</w:t>
            </w:r>
          </w:p>
          <w:p>
            <w:pPr>
              <w:spacing w:after="20" w:line="276" w:lineRule="auto"/>
            </w:pPr>
            <w:r>
              <w:rPr>
                <w:rFonts w:ascii="宋体" w:hAnsi="宋体" w:eastAsia="宋体"/>
                <w:b w:val="0"/>
                <w:sz w:val="18"/>
              </w:rPr>
              <w:t>预设2：想七九六十三，63减9是54，所以口诀就是六九五十四。</w:t>
            </w:r>
          </w:p>
          <w:p>
            <w:pPr>
              <w:spacing w:after="20" w:line="276" w:lineRule="auto"/>
            </w:pPr>
            <w:r>
              <w:rPr>
                <w:rFonts w:ascii="宋体" w:hAnsi="宋体" w:eastAsia="宋体"/>
                <w:b w:val="0"/>
                <w:sz w:val="18"/>
              </w:rPr>
              <w:t>预设3：想六九可以分成两个三九二十七，27加27是54，所以口诀就是六九五十四。</w:t>
            </w:r>
          </w:p>
        </w:tc>
        <w:tc>
          <w:tcPr>
            <w:tcW w:type="dxa" w:w="1814"/>
          </w:tcPr>
          <w:p>
            <w:pPr>
              <w:spacing w:after="20" w:line="276" w:lineRule="auto"/>
            </w:pPr>
            <w:r/>
            <w:r>
              <w:rPr>
                <w:rFonts w:ascii="宋体" w:hAnsi="宋体" w:eastAsia="宋体"/>
                <w:b w:val="0"/>
                <w:sz w:val="18"/>
              </w:rPr>
              <w:t>围绕环节目标组织学习活动，引导学生主动参与、积极思考，核心问题："9的乘法口诀句数比较多，你们有没有发现什么规律可以帮助我们快速地记忆这9句口诀？"</w:t>
            </w:r>
          </w:p>
        </w:tc>
      </w:tr>
      <w:tr>
        <w:tc>
          <w:tcPr>
            <w:tcW w:type="dxa" w:w="1474"/>
          </w:tcPr>
          <w:p>
            <w:pPr>
              <w:spacing w:after="20" w:line="276" w:lineRule="auto"/>
            </w:pPr>
            <w:r>
              <w:rPr>
                <w:b/>
              </w:rPr>
            </w:r>
            <w:r>
              <w:rPr>
                <w:rFonts w:ascii="宋体" w:hAnsi="宋体" w:eastAsia="宋体"/>
                <w:b/>
                <w:sz w:val="18"/>
              </w:rPr>
              <w:t>学以致用，巩固口诀</w:t>
            </w:r>
          </w:p>
        </w:tc>
        <w:tc>
          <w:tcPr>
            <w:tcW w:type="dxa" w:w="3061"/>
          </w:tcPr>
          <w:p>
            <w:pPr>
              <w:spacing w:after="20" w:line="276" w:lineRule="auto"/>
            </w:pPr>
            <w:r/>
            <w:r>
              <w:rPr>
                <w:rFonts w:ascii="宋体" w:hAnsi="宋体" w:eastAsia="宋体"/>
                <w:b w:val="0"/>
                <w:sz w:val="18"/>
              </w:rPr>
              <w:t>1.完成教科书P78“做一做”第1题。</w:t>
            </w:r>
          </w:p>
          <w:p>
            <w:pPr>
              <w:spacing w:after="20" w:line="276" w:lineRule="auto"/>
            </w:pPr>
            <w:r>
              <w:rPr>
                <w:rFonts w:ascii="宋体" w:hAnsi="宋体" w:eastAsia="宋体"/>
                <w:b w:val="0"/>
                <w:sz w:val="18"/>
              </w:rPr>
              <w:t>先同桌之间玩游戏，再师生一起玩游戏。</w:t>
            </w:r>
          </w:p>
          <w:p>
            <w:pPr>
              <w:spacing w:after="20" w:line="276" w:lineRule="auto"/>
            </w:pPr>
            <w:r>
              <w:rPr>
                <w:rFonts w:ascii="宋体" w:hAnsi="宋体" w:eastAsia="宋体"/>
                <w:b w:val="0"/>
                <w:sz w:val="18"/>
              </w:rPr>
              <w:t>2．完成教科书P78“做一做”第2题。</w:t>
            </w:r>
          </w:p>
          <w:p>
            <w:pPr>
              <w:spacing w:after="20" w:line="276" w:lineRule="auto"/>
            </w:pPr>
            <w:r>
              <w:rPr>
                <w:rFonts w:ascii="宋体" w:hAnsi="宋体" w:eastAsia="宋体"/>
                <w:b w:val="0"/>
                <w:sz w:val="18"/>
              </w:rPr>
              <w:t>3．完成教科书P79“练一练”第1、2题。</w:t>
            </w:r>
          </w:p>
        </w:tc>
        <w:tc>
          <w:tcPr>
            <w:tcW w:type="dxa" w:w="3061"/>
          </w:tcPr>
          <w:p>
            <w:pPr>
              <w:spacing w:after="20" w:line="276" w:lineRule="auto"/>
            </w:pPr>
            <w:r/>
            <w:r>
              <w:rPr>
                <w:rFonts w:ascii="宋体" w:hAnsi="宋体" w:eastAsia="宋体"/>
                <w:b w:val="0"/>
                <w:sz w:val="18"/>
              </w:rPr>
              <w:t>学生独立完成后全班交流。</w:t>
            </w:r>
          </w:p>
          <w:p>
            <w:pPr>
              <w:spacing w:after="20" w:line="276" w:lineRule="auto"/>
            </w:pPr>
            <w:r>
              <w:rPr>
                <w:rFonts w:ascii="宋体" w:hAnsi="宋体" w:eastAsia="宋体"/>
                <w:b w:val="0"/>
                <w:sz w:val="18"/>
              </w:rPr>
              <w:t>学生独立解答后再全班交流评价。</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课堂小结，畅谈收获</w:t>
            </w:r>
          </w:p>
        </w:tc>
        <w:tc>
          <w:tcPr>
            <w:tcW w:type="dxa" w:w="3061"/>
          </w:tcPr>
          <w:p>
            <w:pPr>
              <w:spacing w:after="20" w:line="276" w:lineRule="auto"/>
            </w:pPr>
            <w:r/>
            <w:r>
              <w:rPr>
                <w:rFonts w:ascii="宋体" w:hAnsi="宋体" w:eastAsia="宋体"/>
                <w:b w:val="0"/>
                <w:sz w:val="18"/>
              </w:rPr>
              <w:t>师：通过这节课的学习，你们有什么收获？</w:t>
            </w:r>
          </w:p>
          <w:p>
            <w:pPr>
              <w:spacing w:after="20" w:line="276" w:lineRule="auto"/>
            </w:pPr>
            <w:r>
              <w:rPr>
                <w:rFonts w:ascii="宋体" w:hAnsi="宋体" w:eastAsia="宋体"/>
                <w:b w:val="0"/>
                <w:sz w:val="18"/>
              </w:rPr>
              <w:t>充分利用教科书上的素材，一方面引导学生在具体情境中抽象出口诀，另一方面引导学生了解中国传统节气的相关知识。本节课的重点是引导学生发现9的乘法口诀的规律，用多种方法帮助学生熟记口诀。</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引导学生回顾梳理本课所学，完善认知结构，提升归纳与反思能力，核心问题："通过这节课的学习，你们有什么收获？"</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9的乘法口诀</w:t>
      </w:r>
    </w:p>
    <w:p>
      <w:pPr>
        <w:spacing w:after="40" w:line="300" w:lineRule="auto"/>
      </w:pPr>
      <w:r>
        <w:rPr>
          <w:rFonts w:ascii="宋体" w:hAnsi="宋体" w:eastAsia="宋体"/>
          <w:b w:val="0"/>
          <w:sz w:val="20"/>
        </w:rPr>
        <w:t>9×1＝9　　　　　1×9＝9　　　　　  一九得九</w:t>
      </w:r>
    </w:p>
    <w:p>
      <w:pPr>
        <w:spacing w:after="40" w:line="300" w:lineRule="auto"/>
      </w:pPr>
      <w:r>
        <w:rPr>
          <w:rFonts w:ascii="宋体" w:hAnsi="宋体" w:eastAsia="宋体"/>
          <w:b w:val="0"/>
          <w:sz w:val="20"/>
        </w:rPr>
        <w:t>9×2＝18   2×9＝18  二九十八</w:t>
      </w:r>
    </w:p>
    <w:p>
      <w:pPr>
        <w:spacing w:after="40" w:line="300" w:lineRule="auto"/>
      </w:pPr>
      <w:r>
        <w:rPr>
          <w:rFonts w:ascii="宋体" w:hAnsi="宋体" w:eastAsia="宋体"/>
          <w:b w:val="0"/>
          <w:sz w:val="20"/>
        </w:rPr>
        <w:t>9×3＝27  3×9＝27  三九二十七</w:t>
      </w:r>
    </w:p>
    <w:p>
      <w:pPr>
        <w:spacing w:after="40" w:line="300" w:lineRule="auto"/>
      </w:pPr>
      <w:r>
        <w:rPr>
          <w:rFonts w:ascii="宋体" w:hAnsi="宋体" w:eastAsia="宋体"/>
          <w:b w:val="0"/>
          <w:sz w:val="20"/>
        </w:rPr>
        <w:t>9×4＝36  4×9＝36  四九三十六</w:t>
      </w:r>
    </w:p>
    <w:p>
      <w:pPr>
        <w:spacing w:after="40" w:line="300" w:lineRule="auto"/>
      </w:pPr>
      <w:r>
        <w:rPr>
          <w:rFonts w:ascii="宋体" w:hAnsi="宋体" w:eastAsia="宋体"/>
          <w:b w:val="0"/>
          <w:sz w:val="20"/>
        </w:rPr>
        <w:t>9×5＝45  5×9＝45  五九四十五</w:t>
      </w:r>
    </w:p>
    <w:p>
      <w:pPr>
        <w:spacing w:after="40" w:line="300" w:lineRule="auto"/>
      </w:pPr>
      <w:r>
        <w:rPr>
          <w:rFonts w:ascii="宋体" w:hAnsi="宋体" w:eastAsia="宋体"/>
          <w:b w:val="0"/>
          <w:sz w:val="20"/>
        </w:rPr>
        <w:t>9×6＝54  6×9＝54  六九五十四</w:t>
      </w:r>
    </w:p>
    <w:p>
      <w:pPr>
        <w:spacing w:after="40" w:line="300" w:lineRule="auto"/>
      </w:pPr>
      <w:r>
        <w:rPr>
          <w:rFonts w:ascii="宋体" w:hAnsi="宋体" w:eastAsia="宋体"/>
          <w:b w:val="0"/>
          <w:sz w:val="20"/>
        </w:rPr>
        <w:t>9×7＝63  7×9＝63  七九六十三</w:t>
      </w:r>
    </w:p>
    <w:p>
      <w:pPr>
        <w:spacing w:after="40" w:line="300" w:lineRule="auto"/>
      </w:pPr>
      <w:r>
        <w:rPr>
          <w:rFonts w:ascii="宋体" w:hAnsi="宋体" w:eastAsia="宋体"/>
          <w:b w:val="0"/>
          <w:sz w:val="20"/>
        </w:rPr>
        <w:t>9×8＝72  8×9＝72  八九七十二</w:t>
      </w:r>
    </w:p>
    <w:p>
      <w:pPr>
        <w:spacing w:after="40" w:line="300" w:lineRule="auto"/>
      </w:pPr>
      <w:r>
        <w:rPr>
          <w:rFonts w:ascii="宋体" w:hAnsi="宋体" w:eastAsia="宋体"/>
          <w:b w:val="0"/>
          <w:sz w:val="20"/>
        </w:rPr>
        <w:t>9×9＝81    九九八十一</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教科书P77例3，完成教科书P78“做一做”和P79“练一练”第1～2题。</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熟练记忆9的乘法口诀是本节课的重点。在学生编制口诀、探寻规律之后，教师安排了有层次的记忆活动：边读边记、找规律记、自主记、对口令记等。再通过手指操记忆法，把每一个学生当作学习资源，人人动手，用自己灵巧的双手来记忆9的乘法口诀，学生感到新奇、有趣，有效提高了学生学习的主动性和积极性。</w:t>
      </w:r>
    </w:p>
    <w:p>
      <w:r>
        <w:br w:type="page"/>
      </w:r>
    </w:p>
    <w:p>
      <w:pPr>
        <w:spacing w:after="80" w:line="300" w:lineRule="auto"/>
      </w:pPr>
      <w:r>
        <w:rPr>
          <w:rFonts w:ascii="黑体" w:hAnsi="黑体" w:eastAsia="黑体"/>
          <w:b/>
          <w:sz w:val="24"/>
        </w:rPr>
        <w:t>二、课时教学方案（第4课时）</w:t>
      </w:r>
    </w:p>
    <w:p>
      <w:pPr>
        <w:spacing w:after="80" w:line="300" w:lineRule="auto"/>
      </w:pPr>
      <w:r>
        <w:rPr>
          <w:rFonts w:ascii="黑体" w:hAnsi="黑体" w:eastAsia="黑体"/>
          <w:b/>
          <w:sz w:val="24"/>
        </w:rPr>
        <w:t>第4课时　用7、8的乘法口诀求商</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第4课时　用7、8的乘法口诀求商</w:t>
            </w:r>
          </w:p>
        </w:tc>
        <w:tc>
          <w:tcPr>
            <w:tcW w:type="dxa" w:w="6009"/>
          </w:tcPr>
          <w:p>
            <w:pPr>
              <w:spacing w:after="20" w:line="276" w:lineRule="auto"/>
            </w:pPr>
            <w:r/>
            <w:r>
              <w:rPr>
                <w:rFonts w:ascii="宋体" w:hAnsi="宋体" w:eastAsia="宋体"/>
                <w:b w:val="0"/>
                <w:sz w:val="20"/>
              </w:rPr>
              <w:t>第5单元 7-9的表内乘、除法</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在此之前，学生已经学习了1～6的表内乘、除法，知道了乘法的意义和除法的意义，会“一图三式”，能根据实际情境列出乘法算式和除法算式；积累了编制乘法口诀的经验，初步体会到了乘法算式中各部分与相应除法算式中各部分之间的关系，会运用1～6的乘法口诀计算1～6的表内乘、除法。但是对于编制7～9的乘法口诀以及运用乘法口诀口算乘除法，学生还是以具体思维习惯为主，其抽象、综合、归纳、概括能力还有待逐步形成，而且7～9的乘法口诀句数较多，记忆不太容易；在解决问题时，后一个问题要用到前一个问题的结果，学生容易出错，这些都是学生学习的难点。因此，在教学中要注重引导学生理解数量关系，在此基础上理解每句乘法口诀的意义和解决问题列式的依据，从而提高学生的推理能力。</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教学内容：教科书P81例4，完成教科书P81“做一做”。</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（1）借助一图三式进一步理解乘、除法的意义，理解用7、8的乘法口诀求商的算理，掌握用乘法口诀求商的一般方法。</w:t>
      </w:r>
    </w:p>
    <w:p>
      <w:pPr>
        <w:spacing w:after="20" w:line="300" w:lineRule="auto"/>
        <w:ind w:firstLine="400"/>
      </w:pPr>
      <w:r>
        <w:rPr>
          <w:rFonts w:ascii="宋体" w:hAnsi="宋体" w:eastAsia="宋体"/>
          <w:b w:val="0"/>
          <w:sz w:val="20"/>
        </w:rPr>
        <w:t>（2）借助具体情境进一步感受乘法与除法间的关系，知道除法是乘法的逆运算。</w:t>
      </w:r>
    </w:p>
    <w:p>
      <w:pPr>
        <w:spacing w:after="20" w:line="300" w:lineRule="auto"/>
        <w:ind w:firstLine="400"/>
      </w:pPr>
      <w:r>
        <w:rPr>
          <w:rFonts w:ascii="宋体" w:hAnsi="宋体" w:eastAsia="宋体"/>
          <w:b w:val="0"/>
          <w:sz w:val="20"/>
        </w:rPr>
        <w:t>（3）初步学会运用迁移的方法进行探究，体验成功的乐趣。</w:t>
      </w:r>
    </w:p>
    <w:p>
      <w:pPr>
        <w:spacing w:after="20" w:line="300" w:lineRule="auto"/>
      </w:pPr>
      <w:r>
        <w:rPr>
          <w:rFonts w:ascii="宋体" w:hAnsi="宋体" w:eastAsia="宋体"/>
          <w:b w:val="0"/>
          <w:sz w:val="20"/>
        </w:rPr>
        <w:t>教学重点：体会乘、除法之间的联系，理解除法计算的算理，掌握除法求商的计算方法。</w:t>
      </w:r>
    </w:p>
    <w:p>
      <w:pPr>
        <w:spacing w:after="20" w:line="300" w:lineRule="auto"/>
      </w:pPr>
      <w:r>
        <w:rPr>
          <w:rFonts w:ascii="宋体" w:hAnsi="宋体" w:eastAsia="宋体"/>
          <w:b w:val="0"/>
          <w:sz w:val="20"/>
        </w:rPr>
        <w:t>教学难点：理解用乘法口诀求商的算理。</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复习旧知识</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5分钟</w:t>
            </w:r>
          </w:p>
        </w:tc>
      </w:tr>
      <w:tr>
        <w:tc>
          <w:tcPr>
            <w:tcW w:type="dxa" w:w="2835"/>
          </w:tcPr>
          <w:p>
            <w:pPr>
              <w:spacing w:after="20" w:line="276" w:lineRule="auto"/>
            </w:pPr>
            <w:r/>
            <w:r>
              <w:rPr>
                <w:rFonts w:ascii="宋体" w:hAnsi="宋体" w:eastAsia="宋体"/>
                <w:b w:val="0"/>
                <w:sz w:val="18"/>
              </w:rPr>
              <w:t>探究新知识</w:t>
            </w:r>
          </w:p>
        </w:tc>
        <w:tc>
          <w:tcPr>
            <w:tcW w:type="dxa" w:w="1814"/>
          </w:tcPr>
          <w:p>
            <w:pPr>
              <w:spacing w:after="20" w:line="276" w:lineRule="auto"/>
            </w:pPr>
            <w:r/>
            <w:r>
              <w:rPr>
                <w:rFonts w:ascii="宋体" w:hAnsi="宋体" w:eastAsia="宋体"/>
                <w:b w:val="0"/>
                <w:sz w:val="18"/>
              </w:rPr>
              <w:t>课件、教科书、情境图</w:t>
            </w:r>
          </w:p>
        </w:tc>
        <w:tc>
          <w:tcPr>
            <w:tcW w:type="dxa" w:w="3402"/>
          </w:tcPr>
          <w:p>
            <w:pPr>
              <w:spacing w:after="20" w:line="276" w:lineRule="auto"/>
            </w:pPr>
            <w:r/>
            <w:r>
              <w:rPr>
                <w:rFonts w:ascii="宋体" w:hAnsi="宋体" w:eastAsia="宋体"/>
                <w:b w:val="0"/>
                <w:sz w:val="18"/>
              </w:rPr>
              <w:t>仔细观察这个方格图，从中可以获得哪些数学信息？；一共有多少个小方格？你能列式解答吗？</w:t>
            </w:r>
          </w:p>
        </w:tc>
        <w:tc>
          <w:tcPr>
            <w:tcW w:type="dxa" w:w="1361"/>
          </w:tcPr>
          <w:p>
            <w:pPr>
              <w:spacing w:after="20" w:line="276" w:lineRule="auto"/>
            </w:pPr>
            <w:r/>
            <w:r>
              <w:rPr>
                <w:rFonts w:ascii="宋体" w:hAnsi="宋体" w:eastAsia="宋体"/>
                <w:b w:val="0"/>
                <w:sz w:val="18"/>
              </w:rPr>
              <w:t>24分钟</w:t>
            </w:r>
          </w:p>
        </w:tc>
      </w:tr>
      <w:tr>
        <w:tc>
          <w:tcPr>
            <w:tcW w:type="dxa" w:w="2835"/>
          </w:tcPr>
          <w:p>
            <w:pPr>
              <w:spacing w:after="20" w:line="276" w:lineRule="auto"/>
            </w:pPr>
            <w:r/>
            <w:r>
              <w:rPr>
                <w:rFonts w:ascii="宋体" w:hAnsi="宋体" w:eastAsia="宋体"/>
                <w:b w:val="0"/>
                <w:sz w:val="18"/>
              </w:rPr>
              <w:t>巩固练习</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6分钟</w:t>
            </w:r>
          </w:p>
        </w:tc>
      </w:tr>
      <w:tr>
        <w:tc>
          <w:tcPr>
            <w:tcW w:type="dxa" w:w="2835"/>
          </w:tcPr>
          <w:p>
            <w:pPr>
              <w:spacing w:after="20" w:line="276" w:lineRule="auto"/>
            </w:pPr>
            <w:r/>
            <w:r>
              <w:rPr>
                <w:rFonts w:ascii="宋体" w:hAnsi="宋体" w:eastAsia="宋体"/>
                <w:b w:val="0"/>
                <w:sz w:val="18"/>
              </w:rPr>
              <w:t>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这节课你学到了什么？在计算方面，你有什么经验跟同学们分享的吗？</w:t>
            </w:r>
          </w:p>
        </w:tc>
        <w:tc>
          <w:tcPr>
            <w:tcW w:type="dxa" w:w="1361"/>
          </w:tcPr>
          <w:p>
            <w:pPr>
              <w:spacing w:after="20" w:line="276" w:lineRule="auto"/>
            </w:pPr>
            <w:r/>
            <w:r>
              <w:rPr>
                <w:rFonts w:ascii="宋体" w:hAnsi="宋体" w:eastAsia="宋体"/>
                <w:b w:val="0"/>
                <w:sz w:val="18"/>
              </w:rPr>
              <w:t>5分钟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复习旧知识</w:t>
            </w:r>
          </w:p>
        </w:tc>
        <w:tc>
          <w:tcPr>
            <w:tcW w:type="dxa" w:w="3061"/>
          </w:tcPr>
          <w:p>
            <w:pPr>
              <w:spacing w:after="20" w:line="276" w:lineRule="auto"/>
            </w:pPr>
            <w:r/>
            <w:r>
              <w:rPr>
                <w:rFonts w:ascii="宋体" w:hAnsi="宋体" w:eastAsia="宋体"/>
                <w:b w:val="0"/>
                <w:sz w:val="18"/>
              </w:rPr>
              <w:t>课件出示习题。</w:t>
            </w:r>
          </w:p>
          <w:p>
            <w:pPr>
              <w:spacing w:after="20" w:line="276" w:lineRule="auto"/>
            </w:pPr>
            <w:r>
              <w:rPr>
                <w:rFonts w:ascii="宋体" w:hAnsi="宋体" w:eastAsia="宋体"/>
                <w:b w:val="0"/>
                <w:sz w:val="18"/>
              </w:rPr>
              <w:t>在括号里填上合适的数。</w:t>
            </w:r>
          </w:p>
          <w:p>
            <w:pPr>
              <w:spacing w:after="20" w:line="276" w:lineRule="auto"/>
            </w:pPr>
            <w:r>
              <w:rPr>
                <w:rFonts w:ascii="宋体" w:hAnsi="宋体" w:eastAsia="宋体"/>
                <w:b w:val="0"/>
                <w:sz w:val="18"/>
              </w:rPr>
              <w:t>3×(　　)＝21　　　　　　(　　)×6＝48</w:t>
            </w:r>
          </w:p>
          <w:p>
            <w:pPr>
              <w:spacing w:after="20" w:line="276" w:lineRule="auto"/>
            </w:pPr>
            <w:r>
              <w:rPr>
                <w:rFonts w:ascii="宋体" w:hAnsi="宋体" w:eastAsia="宋体"/>
                <w:b w:val="0"/>
                <w:sz w:val="18"/>
              </w:rPr>
              <w:t>20÷5＝(　　)            24÷6＝(　　)</w:t>
            </w:r>
          </w:p>
          <w:p>
            <w:pPr>
              <w:spacing w:after="20" w:line="276" w:lineRule="auto"/>
            </w:pPr>
            <w:r>
              <w:rPr>
                <w:rFonts w:ascii="宋体" w:hAnsi="宋体" w:eastAsia="宋体"/>
                <w:b w:val="0"/>
                <w:sz w:val="18"/>
              </w:rPr>
              <w:t>师：这节课我们学习用7、8的乘法口诀求商。(板书课题：用7、8的乘法口诀求商)</w:t>
            </w:r>
          </w:p>
        </w:tc>
        <w:tc>
          <w:tcPr>
            <w:tcW w:type="dxa" w:w="3061"/>
          </w:tcPr>
          <w:p>
            <w:pPr>
              <w:spacing w:after="20" w:line="276" w:lineRule="auto"/>
            </w:pPr>
            <w:r/>
            <w:r>
              <w:rPr>
                <w:rFonts w:ascii="宋体" w:hAnsi="宋体" w:eastAsia="宋体"/>
                <w:b w:val="0"/>
                <w:sz w:val="18"/>
              </w:rPr>
              <w:t>学生自主完成，小组内交流。</w:t>
            </w:r>
          </w:p>
        </w:tc>
        <w:tc>
          <w:tcPr>
            <w:tcW w:type="dxa" w:w="1814"/>
          </w:tcPr>
          <w:p>
            <w:pPr>
              <w:spacing w:after="20" w:line="276" w:lineRule="auto"/>
            </w:pPr>
            <w:r/>
            <w:r>
              <w:rPr>
                <w:rFonts w:ascii="宋体" w:hAnsi="宋体" w:eastAsia="宋体"/>
                <w:b w:val="0"/>
                <w:sz w:val="18"/>
              </w:rPr>
              <w:t>围绕环节目标组织学习活动，引导学生主动参与、积极思考。</w:t>
            </w:r>
          </w:p>
        </w:tc>
      </w:tr>
      <w:tr>
        <w:tc>
          <w:tcPr>
            <w:tcW w:type="dxa" w:w="1474"/>
          </w:tcPr>
          <w:p>
            <w:pPr>
              <w:spacing w:after="20" w:line="276" w:lineRule="auto"/>
            </w:pPr>
            <w:r>
              <w:rPr>
                <w:b/>
              </w:rPr>
            </w:r>
            <w:r>
              <w:rPr>
                <w:rFonts w:ascii="宋体" w:hAnsi="宋体" w:eastAsia="宋体"/>
                <w:b/>
                <w:sz w:val="18"/>
              </w:rPr>
              <w:t>探究新知识</w:t>
            </w:r>
          </w:p>
        </w:tc>
        <w:tc>
          <w:tcPr>
            <w:tcW w:type="dxa" w:w="3061"/>
          </w:tcPr>
          <w:p>
            <w:pPr>
              <w:spacing w:after="20" w:line="276" w:lineRule="auto"/>
            </w:pPr>
            <w:r/>
            <w:r>
              <w:rPr>
                <w:rFonts w:ascii="宋体" w:hAnsi="宋体" w:eastAsia="宋体"/>
                <w:b w:val="0"/>
                <w:sz w:val="18"/>
              </w:rPr>
              <w:t>课件出示教科书P81例4情境图。</w:t>
            </w:r>
          </w:p>
          <w:p>
            <w:pPr>
              <w:spacing w:after="20" w:line="276" w:lineRule="auto"/>
            </w:pPr>
            <w:r>
              <w:rPr>
                <w:rFonts w:ascii="宋体" w:hAnsi="宋体" w:eastAsia="宋体"/>
                <w:b w:val="0"/>
                <w:sz w:val="18"/>
              </w:rPr>
              <w:t>1．观察已知信息设问探究。</w:t>
            </w:r>
          </w:p>
          <w:p>
            <w:pPr>
              <w:spacing w:after="20" w:line="276" w:lineRule="auto"/>
            </w:pPr>
            <w:r>
              <w:rPr>
                <w:rFonts w:ascii="宋体" w:hAnsi="宋体" w:eastAsia="宋体"/>
                <w:b w:val="0"/>
                <w:sz w:val="18"/>
              </w:rPr>
              <w:t>师：仔细观察这个方格图，从中可以获得哪些数学信息？</w:t>
            </w:r>
          </w:p>
          <w:p>
            <w:pPr>
              <w:spacing w:after="20" w:line="276" w:lineRule="auto"/>
            </w:pPr>
            <w:r>
              <w:rPr>
                <w:rFonts w:ascii="宋体" w:hAnsi="宋体" w:eastAsia="宋体"/>
                <w:b w:val="0"/>
                <w:sz w:val="18"/>
              </w:rPr>
              <w:t>引导学生说出每行有7个小方格，共有8行。</w:t>
            </w:r>
          </w:p>
          <w:p>
            <w:pPr>
              <w:spacing w:after="20" w:line="276" w:lineRule="auto"/>
            </w:pPr>
            <w:r>
              <w:rPr>
                <w:rFonts w:ascii="宋体" w:hAnsi="宋体" w:eastAsia="宋体"/>
                <w:b w:val="0"/>
                <w:sz w:val="18"/>
              </w:rPr>
              <w:t>师：一共有多少个小方格？你能列式解答吗？</w:t>
            </w:r>
          </w:p>
          <w:p>
            <w:pPr>
              <w:spacing w:after="20" w:line="276" w:lineRule="auto"/>
            </w:pPr>
            <w:r>
              <w:rPr>
                <w:rFonts w:ascii="宋体" w:hAnsi="宋体" w:eastAsia="宋体"/>
                <w:b w:val="0"/>
                <w:sz w:val="18"/>
              </w:rPr>
              <w:t>教师板书：7×8＝56　口诀：七八五十六</w:t>
            </w:r>
          </w:p>
          <w:p>
            <w:pPr>
              <w:spacing w:after="20" w:line="276" w:lineRule="auto"/>
            </w:pPr>
            <w:r>
              <w:rPr>
                <w:rFonts w:ascii="宋体" w:hAnsi="宋体" w:eastAsia="宋体"/>
                <w:b w:val="0"/>
                <w:sz w:val="18"/>
              </w:rPr>
              <w:t>2．交换上题中的信息进行探究。</w:t>
            </w:r>
          </w:p>
          <w:p>
            <w:pPr>
              <w:spacing w:after="20" w:line="276" w:lineRule="auto"/>
            </w:pPr>
            <w:r>
              <w:rPr>
                <w:rFonts w:ascii="宋体" w:hAnsi="宋体" w:eastAsia="宋体"/>
                <w:b w:val="0"/>
                <w:sz w:val="18"/>
              </w:rPr>
              <w:t>师：一共有56个小方格，排成8行，平均每行有几个小方格呢？</w:t>
            </w:r>
          </w:p>
          <w:p>
            <w:pPr>
              <w:spacing w:after="20" w:line="276" w:lineRule="auto"/>
            </w:pPr>
            <w:r>
              <w:rPr>
                <w:rFonts w:ascii="宋体" w:hAnsi="宋体" w:eastAsia="宋体"/>
                <w:b w:val="0"/>
                <w:sz w:val="18"/>
              </w:rPr>
              <w:t>师：为什么用56÷8?</w:t>
            </w:r>
          </w:p>
          <w:p>
            <w:pPr>
              <w:spacing w:after="20" w:line="276" w:lineRule="auto"/>
            </w:pPr>
            <w:r>
              <w:rPr>
                <w:rFonts w:ascii="宋体" w:hAnsi="宋体" w:eastAsia="宋体"/>
                <w:b w:val="0"/>
                <w:sz w:val="18"/>
              </w:rPr>
              <w:t>引导学生复习除法的意义。</w:t>
            </w:r>
          </w:p>
          <w:p>
            <w:pPr>
              <w:spacing w:after="20" w:line="276" w:lineRule="auto"/>
            </w:pPr>
            <w:r>
              <w:rPr>
                <w:rFonts w:ascii="宋体" w:hAnsi="宋体" w:eastAsia="宋体"/>
                <w:b w:val="0"/>
                <w:sz w:val="18"/>
              </w:rPr>
              <w:t>师：谁来说一说可以怎样求商？</w:t>
            </w:r>
          </w:p>
          <w:p>
            <w:pPr>
              <w:spacing w:after="20" w:line="276" w:lineRule="auto"/>
            </w:pPr>
            <w:r>
              <w:rPr>
                <w:rFonts w:ascii="宋体" w:hAnsi="宋体" w:eastAsia="宋体"/>
                <w:b w:val="0"/>
                <w:sz w:val="18"/>
              </w:rPr>
              <w:t>因为7×8＝56，所以56÷8＝7。</w:t>
            </w:r>
          </w:p>
          <w:p>
            <w:pPr>
              <w:spacing w:after="20" w:line="276" w:lineRule="auto"/>
            </w:pPr>
            <w:r>
              <w:rPr>
                <w:rFonts w:ascii="宋体" w:hAnsi="宋体" w:eastAsia="宋体"/>
                <w:b w:val="0"/>
                <w:sz w:val="18"/>
              </w:rPr>
              <w:t>师：非常好，我们就是想8和几相乘得56，根据乘法口诀七八五十六，就可以算出56÷8＝7。[板书：56÷8＝7　口诀：(七)八五十六]</w:t>
            </w:r>
          </w:p>
          <w:p>
            <w:pPr>
              <w:spacing w:after="20" w:line="276" w:lineRule="auto"/>
            </w:pPr>
            <w:r>
              <w:rPr>
                <w:rFonts w:ascii="宋体" w:hAnsi="宋体" w:eastAsia="宋体"/>
                <w:b w:val="0"/>
                <w:sz w:val="18"/>
              </w:rPr>
              <w:t>3．根据除法算式的意义求商。</w:t>
            </w:r>
          </w:p>
          <w:p>
            <w:pPr>
              <w:spacing w:after="20" w:line="276" w:lineRule="auto"/>
            </w:pPr>
            <w:r>
              <w:rPr>
                <w:rFonts w:ascii="宋体" w:hAnsi="宋体" w:eastAsia="宋体"/>
                <w:b w:val="0"/>
                <w:sz w:val="18"/>
              </w:rPr>
              <w:t>师：根据这幅图你还能列出一个除法算式吗？</w:t>
            </w:r>
          </w:p>
          <w:p>
            <w:pPr>
              <w:spacing w:after="20" w:line="276" w:lineRule="auto"/>
            </w:pPr>
            <w:r>
              <w:rPr>
                <w:rFonts w:ascii="宋体" w:hAnsi="宋体" w:eastAsia="宋体"/>
                <w:b w:val="0"/>
                <w:sz w:val="18"/>
              </w:rPr>
              <w:t>根据学生回答，教师板书：56÷7</w:t>
            </w:r>
          </w:p>
          <w:p>
            <w:pPr>
              <w:spacing w:after="20" w:line="276" w:lineRule="auto"/>
            </w:pPr>
            <w:r>
              <w:rPr>
                <w:rFonts w:ascii="宋体" w:hAnsi="宋体" w:eastAsia="宋体"/>
                <w:b w:val="0"/>
                <w:sz w:val="18"/>
              </w:rPr>
              <w:t>师：这个算式表示什么意思？</w:t>
            </w:r>
          </w:p>
          <w:p>
            <w:pPr>
              <w:spacing w:after="20" w:line="276" w:lineRule="auto"/>
            </w:pPr>
            <w:r>
              <w:rPr>
                <w:rFonts w:ascii="宋体" w:hAnsi="宋体" w:eastAsia="宋体"/>
                <w:b w:val="0"/>
                <w:sz w:val="18"/>
              </w:rPr>
              <w:t>引导学生说出，将56个小方格，每7个排成一行，可以排成几行？</w:t>
            </w:r>
          </w:p>
          <w:p>
            <w:pPr>
              <w:spacing w:after="20" w:line="276" w:lineRule="auto"/>
            </w:pPr>
            <w:r>
              <w:rPr>
                <w:rFonts w:ascii="宋体" w:hAnsi="宋体" w:eastAsia="宋体"/>
                <w:b w:val="0"/>
                <w:sz w:val="18"/>
              </w:rPr>
              <w:t>师：56÷7＝？用哪一句口诀计算？</w:t>
            </w:r>
          </w:p>
          <w:p>
            <w:pPr>
              <w:spacing w:after="20" w:line="276" w:lineRule="auto"/>
            </w:pPr>
            <w:r>
              <w:rPr>
                <w:rFonts w:ascii="宋体" w:hAnsi="宋体" w:eastAsia="宋体"/>
                <w:b w:val="0"/>
                <w:sz w:val="18"/>
              </w:rPr>
              <w:t>多数学生能够说出：想7和几相乘得56，因为七八五十六，所以56÷8＝7。</w:t>
            </w:r>
          </w:p>
          <w:p>
            <w:pPr>
              <w:spacing w:after="20" w:line="276" w:lineRule="auto"/>
            </w:pPr>
            <w:r>
              <w:rPr>
                <w:rFonts w:ascii="宋体" w:hAnsi="宋体" w:eastAsia="宋体"/>
                <w:b w:val="0"/>
                <w:sz w:val="18"/>
              </w:rPr>
              <w:t>根据学生回答，教师板书：56÷7＝8　口诀：七(八)五十六</w:t>
            </w:r>
          </w:p>
          <w:p>
            <w:pPr>
              <w:spacing w:after="20" w:line="276" w:lineRule="auto"/>
            </w:pPr>
            <w:r>
              <w:rPr>
                <w:rFonts w:ascii="宋体" w:hAnsi="宋体" w:eastAsia="宋体"/>
                <w:b w:val="0"/>
                <w:sz w:val="18"/>
              </w:rPr>
              <w:t>4．引导比较，提炼方法。</w:t>
            </w:r>
          </w:p>
          <w:p>
            <w:pPr>
              <w:spacing w:after="20" w:line="276" w:lineRule="auto"/>
            </w:pPr>
            <w:r>
              <w:rPr>
                <w:rFonts w:ascii="宋体" w:hAnsi="宋体" w:eastAsia="宋体"/>
                <w:b w:val="0"/>
                <w:sz w:val="18"/>
              </w:rPr>
              <w:t>师：比较三个算式的计算过程，你有什么发现？</w:t>
            </w:r>
          </w:p>
          <w:p>
            <w:pPr>
              <w:spacing w:after="20" w:line="276" w:lineRule="auto"/>
            </w:pPr>
            <w:r>
              <w:rPr>
                <w:rFonts w:ascii="宋体" w:hAnsi="宋体" w:eastAsia="宋体"/>
                <w:b w:val="0"/>
                <w:sz w:val="18"/>
              </w:rPr>
              <w:t>有的学生发现三个算式在计算时用的都是“七八五十六”这句乘法口诀，有的学生能说出可根据乘法算除法。</w:t>
            </w:r>
          </w:p>
          <w:p>
            <w:pPr>
              <w:spacing w:after="20" w:line="276" w:lineRule="auto"/>
            </w:pPr>
            <w:r>
              <w:rPr>
                <w:rFonts w:ascii="宋体" w:hAnsi="宋体" w:eastAsia="宋体"/>
                <w:b w:val="0"/>
                <w:sz w:val="18"/>
              </w:rPr>
              <w:t>师小结：计算这3个算式时，都是用“七八五十六”这句口诀解决的。乘、除法算式之间存在紧密的联系，除法算式中的被除数是乘法算式中的积，除法算式中的除数和商分别是乘法算式中的乘数。</w:t>
            </w:r>
          </w:p>
        </w:tc>
        <w:tc>
          <w:tcPr>
            <w:tcW w:type="dxa" w:w="3061"/>
          </w:tcPr>
          <w:p>
            <w:pPr>
              <w:spacing w:after="20" w:line="276" w:lineRule="auto"/>
            </w:pPr>
            <w:r/>
            <w:r>
              <w:rPr>
                <w:rFonts w:ascii="宋体" w:hAnsi="宋体" w:eastAsia="宋体"/>
                <w:b w:val="0"/>
                <w:sz w:val="18"/>
              </w:rPr>
              <w:t>学生小组交流，列乘法算式，说算理并复习乘法的意义，说出乘法算式中每个数表示的意义，再小组代表汇报。</w:t>
            </w:r>
          </w:p>
          <w:p>
            <w:pPr>
              <w:spacing w:after="20" w:line="276" w:lineRule="auto"/>
            </w:pPr>
            <w:r>
              <w:rPr>
                <w:rFonts w:ascii="宋体" w:hAnsi="宋体" w:eastAsia="宋体"/>
                <w:b w:val="0"/>
                <w:sz w:val="18"/>
              </w:rPr>
              <w:t>学生独立思考，自主探究，合作交流。</w:t>
            </w:r>
          </w:p>
          <w:p>
            <w:pPr>
              <w:spacing w:after="20" w:line="276" w:lineRule="auto"/>
            </w:pPr>
            <w:r>
              <w:rPr>
                <w:rFonts w:ascii="宋体" w:hAnsi="宋体" w:eastAsia="宋体"/>
                <w:b w:val="0"/>
                <w:sz w:val="18"/>
              </w:rPr>
              <w:t>预设1：学生观察情境图，发现每行有7个。</w:t>
            </w:r>
          </w:p>
          <w:p>
            <w:pPr>
              <w:spacing w:after="20" w:line="276" w:lineRule="auto"/>
            </w:pPr>
            <w:r>
              <w:rPr>
                <w:rFonts w:ascii="宋体" w:hAnsi="宋体" w:eastAsia="宋体"/>
                <w:b w:val="0"/>
                <w:sz w:val="18"/>
              </w:rPr>
              <w:t>预设2：学生根据除法的意义直接列式56÷8。</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设计递进式探究活动，引导学生在动手实践与合作交流中经历知识形成过程，突破本课重难点，核心问题："仔细观察这个方格图，从中可以获得哪些数学信息？"</w:t>
            </w:r>
          </w:p>
        </w:tc>
      </w:tr>
      <w:tr>
        <w:tc>
          <w:tcPr>
            <w:tcW w:type="dxa" w:w="1474"/>
          </w:tcPr>
          <w:p>
            <w:pPr>
              <w:spacing w:after="20" w:line="276" w:lineRule="auto"/>
            </w:pPr>
            <w:r>
              <w:rPr>
                <w:b/>
              </w:rPr>
            </w:r>
            <w:r>
              <w:rPr>
                <w:rFonts w:ascii="宋体" w:hAnsi="宋体" w:eastAsia="宋体"/>
                <w:b/>
                <w:sz w:val="18"/>
              </w:rPr>
              <w:t>巩固练习</w:t>
            </w:r>
          </w:p>
        </w:tc>
        <w:tc>
          <w:tcPr>
            <w:tcW w:type="dxa" w:w="3061"/>
          </w:tcPr>
          <w:p>
            <w:pPr>
              <w:spacing w:after="20" w:line="276" w:lineRule="auto"/>
            </w:pPr>
            <w:r/>
            <w:r>
              <w:rPr>
                <w:rFonts w:ascii="宋体" w:hAnsi="宋体" w:eastAsia="宋体"/>
                <w:b w:val="0"/>
                <w:sz w:val="18"/>
              </w:rPr>
              <w:t>1.完成教科书P81“做一做”第1题。</w:t>
            </w:r>
          </w:p>
          <w:p>
            <w:pPr>
              <w:spacing w:after="20" w:line="276" w:lineRule="auto"/>
            </w:pPr>
            <w:r>
              <w:rPr>
                <w:rFonts w:ascii="宋体" w:hAnsi="宋体" w:eastAsia="宋体"/>
                <w:b w:val="0"/>
                <w:sz w:val="18"/>
              </w:rPr>
              <w:t>2．完成教科书P81“做一做”第2题。</w:t>
            </w:r>
          </w:p>
          <w:p>
            <w:pPr>
              <w:spacing w:after="20" w:line="276" w:lineRule="auto"/>
            </w:pPr>
            <w:r>
              <w:rPr>
                <w:rFonts w:ascii="宋体" w:hAnsi="宋体" w:eastAsia="宋体"/>
                <w:b w:val="0"/>
                <w:sz w:val="18"/>
              </w:rPr>
              <w:t>3．完成教科书P81“做一做”第3题。</w:t>
            </w:r>
          </w:p>
        </w:tc>
        <w:tc>
          <w:tcPr>
            <w:tcW w:type="dxa" w:w="3061"/>
          </w:tcPr>
          <w:p>
            <w:pPr>
              <w:spacing w:after="20" w:line="276" w:lineRule="auto"/>
            </w:pPr>
            <w:r/>
            <w:r>
              <w:rPr>
                <w:rFonts w:ascii="宋体" w:hAnsi="宋体" w:eastAsia="宋体"/>
                <w:b w:val="0"/>
                <w:sz w:val="18"/>
              </w:rPr>
              <w:t>小组交流，小组代表再在全班交流。</w:t>
            </w:r>
          </w:p>
          <w:p>
            <w:pPr>
              <w:spacing w:after="20" w:line="276" w:lineRule="auto"/>
            </w:pPr>
            <w:r>
              <w:rPr>
                <w:rFonts w:ascii="宋体" w:hAnsi="宋体" w:eastAsia="宋体"/>
                <w:b w:val="0"/>
                <w:sz w:val="18"/>
              </w:rPr>
              <w:t>学生独立完成后，小组内交流每组三个算式有怎样的关系，都用到了哪句口诀。</w:t>
            </w:r>
          </w:p>
          <w:p>
            <w:pPr>
              <w:spacing w:after="20" w:line="276" w:lineRule="auto"/>
            </w:pPr>
            <w:r>
              <w:rPr>
                <w:rFonts w:ascii="宋体" w:hAnsi="宋体" w:eastAsia="宋体"/>
                <w:b w:val="0"/>
                <w:sz w:val="18"/>
              </w:rPr>
              <w:t>学生独立完成后，小组内交流每题分别用到了哪句口诀，是怎么想的。</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课堂小结</w:t>
            </w:r>
          </w:p>
        </w:tc>
        <w:tc>
          <w:tcPr>
            <w:tcW w:type="dxa" w:w="3061"/>
          </w:tcPr>
          <w:p>
            <w:pPr>
              <w:spacing w:after="20" w:line="276" w:lineRule="auto"/>
            </w:pPr>
            <w:r/>
            <w:r>
              <w:rPr>
                <w:rFonts w:ascii="宋体" w:hAnsi="宋体" w:eastAsia="宋体"/>
                <w:b w:val="0"/>
                <w:sz w:val="18"/>
              </w:rPr>
              <w:t>师：这节课你学到了什么？在计算方面，你有什么经验跟同学们分享的吗？</w:t>
            </w:r>
          </w:p>
          <w:p>
            <w:pPr>
              <w:spacing w:after="20" w:line="276" w:lineRule="auto"/>
            </w:pPr>
            <w:r>
              <w:rPr>
                <w:rFonts w:ascii="宋体" w:hAnsi="宋体" w:eastAsia="宋体"/>
                <w:b w:val="0"/>
                <w:sz w:val="18"/>
              </w:rPr>
              <w:t>充分调动学生的思维主动性，让学生在主动探究中借助一图三式进一步理解乘法和除法之间的联系，通过乘法算式和除法算式各部分之间的联系理解除法的算理，学会运用乘法口诀计算表内除法。</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引导学生回顾梳理本课所学，完善认知结构，提升归纳与反思能力，核心问题："这节课你学到了什么？在计算方面，你有什么经验跟同学们分享的吗？"</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用7、8的乘法口诀求商</w:t>
      </w:r>
    </w:p>
    <w:p>
      <w:pPr>
        <w:spacing w:after="40" w:line="300" w:lineRule="auto"/>
      </w:pPr>
      <w:r>
        <w:rPr>
          <w:rFonts w:ascii="宋体" w:hAnsi="宋体" w:eastAsia="宋体"/>
          <w:b w:val="0"/>
          <w:sz w:val="20"/>
        </w:rPr>
        <w:t>7×8＝56　口诀：七八五十六</w:t>
      </w:r>
    </w:p>
    <w:p>
      <w:pPr>
        <w:spacing w:after="40" w:line="300" w:lineRule="auto"/>
      </w:pPr>
      <w:r>
        <w:rPr>
          <w:rFonts w:ascii="宋体" w:hAnsi="宋体" w:eastAsia="宋体"/>
          <w:b w:val="0"/>
          <w:sz w:val="20"/>
        </w:rPr>
        <w:t>56÷8＝7　口诀：(七)八五十六</w:t>
      </w:r>
    </w:p>
    <w:p>
      <w:pPr>
        <w:spacing w:after="40" w:line="300" w:lineRule="auto"/>
      </w:pPr>
      <w:r>
        <w:rPr>
          <w:rFonts w:ascii="宋体" w:hAnsi="宋体" w:eastAsia="宋体"/>
          <w:b w:val="0"/>
          <w:sz w:val="20"/>
        </w:rPr>
        <w:t>56÷7＝8　口诀：七(八)五十六</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教科书P81例4，完成教科书P81“做一做”。</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学生能根据一幅图列出三个算式，重点在于结合情境图引导学生理解三个算式的意义，三个算式中各部分之间的关系，沟通乘法算式和除法算式的联系，根据联系理解除法计算的算理，发展运算能力。</w:t>
      </w:r>
    </w:p>
    <w:p>
      <w:r>
        <w:br w:type="page"/>
      </w:r>
    </w:p>
    <w:p>
      <w:pPr>
        <w:spacing w:after="80" w:line="300" w:lineRule="auto"/>
      </w:pPr>
      <w:r>
        <w:rPr>
          <w:rFonts w:ascii="黑体" w:hAnsi="黑体" w:eastAsia="黑体"/>
          <w:b/>
          <w:sz w:val="24"/>
        </w:rPr>
        <w:t>二、课时教学方案（第5课时）</w:t>
      </w:r>
    </w:p>
    <w:p>
      <w:pPr>
        <w:spacing w:after="80" w:line="300" w:lineRule="auto"/>
      </w:pPr>
      <w:r>
        <w:rPr>
          <w:rFonts w:ascii="黑体" w:hAnsi="黑体" w:eastAsia="黑体"/>
          <w:b/>
          <w:sz w:val="24"/>
        </w:rPr>
        <w:t>第5课时　用9的乘法口诀求商</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第5课时　用9的乘法口诀求商</w:t>
            </w:r>
          </w:p>
        </w:tc>
        <w:tc>
          <w:tcPr>
            <w:tcW w:type="dxa" w:w="6009"/>
          </w:tcPr>
          <w:p>
            <w:pPr>
              <w:spacing w:after="20" w:line="276" w:lineRule="auto"/>
            </w:pPr>
            <w:r/>
            <w:r>
              <w:rPr>
                <w:rFonts w:ascii="宋体" w:hAnsi="宋体" w:eastAsia="宋体"/>
                <w:b w:val="0"/>
                <w:sz w:val="20"/>
              </w:rPr>
              <w:t>第5单元 7-9的表内乘、除法</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在此之前，学生已经学习了1～6的表内乘、除法，知道了乘法的意义和除法的意义，会“一图三式”，能根据实际情境列出乘法算式和除法算式；积累了编制乘法口诀的经验，初步体会到了乘法算式中各部分与相应除法算式中各部分之间的关系，会运用1～6的乘法口诀计算1～6的表内乘、除法。但是对于编制7～9的乘法口诀以及运用乘法口诀口算乘除法，学生还是以具体思维习惯为主，其抽象、综合、归纳、概括能力还有待逐步形成，而且7～9的乘法口诀句数较多，记忆不太容易；在解决问题时，后一个问题要用到前一个问题的结果，学生容易出错，这些都是学生学习的难点。因此，在教学中要注重引导学生理解数量关系，在此基础上理解每句乘法口诀的意义和解决问题列式的依据，从而提高学生的推理能力。</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教学内容：教科书P82例5，完成P82“做一做”及“数学游戏”。</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（1）会借助图形根据问题需要列出除法算式，理解除法算式的意义即求商的意义。</w:t>
      </w:r>
    </w:p>
    <w:p>
      <w:pPr>
        <w:spacing w:after="20" w:line="300" w:lineRule="auto"/>
        <w:ind w:firstLine="400"/>
      </w:pPr>
      <w:r>
        <w:rPr>
          <w:rFonts w:ascii="宋体" w:hAnsi="宋体" w:eastAsia="宋体"/>
          <w:b w:val="0"/>
          <w:sz w:val="20"/>
        </w:rPr>
        <w:t>（2）借助模型理解用9的乘法口诀求商的算理，掌握用乘法口诀求商的一般方法。</w:t>
      </w:r>
    </w:p>
    <w:p>
      <w:pPr>
        <w:spacing w:after="20" w:line="300" w:lineRule="auto"/>
        <w:ind w:firstLine="400"/>
      </w:pPr>
      <w:r>
        <w:rPr>
          <w:rFonts w:ascii="宋体" w:hAnsi="宋体" w:eastAsia="宋体"/>
          <w:b w:val="0"/>
          <w:sz w:val="20"/>
        </w:rPr>
        <w:t>（3）进一步巩固9的乘法口诀，体验成功的乐趣。</w:t>
      </w:r>
    </w:p>
    <w:p>
      <w:pPr>
        <w:spacing w:after="20" w:line="300" w:lineRule="auto"/>
      </w:pPr>
      <w:r>
        <w:rPr>
          <w:rFonts w:ascii="宋体" w:hAnsi="宋体" w:eastAsia="宋体"/>
          <w:b w:val="0"/>
          <w:sz w:val="20"/>
        </w:rPr>
        <w:t>教学重点：理解用乘法口诀求商的算理，掌握用乘法口诀求商的一般方法。</w:t>
      </w:r>
    </w:p>
    <w:p>
      <w:pPr>
        <w:spacing w:after="20" w:line="300" w:lineRule="auto"/>
      </w:pPr>
      <w:r>
        <w:rPr>
          <w:rFonts w:ascii="宋体" w:hAnsi="宋体" w:eastAsia="宋体"/>
          <w:b w:val="0"/>
          <w:sz w:val="20"/>
        </w:rPr>
        <w:t>教学难点：理解用乘法口诀求商的算理。</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复习导入</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6分钟</w:t>
            </w:r>
          </w:p>
        </w:tc>
      </w:tr>
      <w:tr>
        <w:tc>
          <w:tcPr>
            <w:tcW w:type="dxa" w:w="2835"/>
          </w:tcPr>
          <w:p>
            <w:pPr>
              <w:spacing w:after="20" w:line="276" w:lineRule="auto"/>
            </w:pPr>
            <w:r/>
            <w:r>
              <w:rPr>
                <w:rFonts w:ascii="宋体" w:hAnsi="宋体" w:eastAsia="宋体"/>
                <w:b w:val="0"/>
                <w:sz w:val="18"/>
              </w:rPr>
              <w:t>探究新知</w:t>
            </w:r>
          </w:p>
        </w:tc>
        <w:tc>
          <w:tcPr>
            <w:tcW w:type="dxa" w:w="1814"/>
          </w:tcPr>
          <w:p>
            <w:pPr>
              <w:spacing w:after="20" w:line="276" w:lineRule="auto"/>
            </w:pPr>
            <w:r/>
            <w:r>
              <w:rPr>
                <w:rFonts w:ascii="宋体" w:hAnsi="宋体" w:eastAsia="宋体"/>
                <w:b w:val="0"/>
                <w:sz w:val="18"/>
              </w:rPr>
              <w:t>课件、教科书、情境图</w:t>
            </w:r>
          </w:p>
        </w:tc>
        <w:tc>
          <w:tcPr>
            <w:tcW w:type="dxa" w:w="3402"/>
          </w:tcPr>
          <w:p>
            <w:pPr>
              <w:spacing w:after="20" w:line="276" w:lineRule="auto"/>
            </w:pPr>
            <w:r/>
            <w:r>
              <w:rPr>
                <w:rFonts w:ascii="宋体" w:hAnsi="宋体" w:eastAsia="宋体"/>
                <w:b w:val="0"/>
                <w:sz w:val="18"/>
              </w:rPr>
              <w:t>同学们仔细观察这幅方格图，跟上节课观察的图形一样吗？从这幅图中可以获得哪些数学信息呢？；你能根据这幅图，编出一个用乘法解决的问题吗？</w:t>
            </w:r>
          </w:p>
        </w:tc>
        <w:tc>
          <w:tcPr>
            <w:tcW w:type="dxa" w:w="1361"/>
          </w:tcPr>
          <w:p>
            <w:pPr>
              <w:spacing w:after="20" w:line="276" w:lineRule="auto"/>
            </w:pPr>
            <w:r/>
            <w:r>
              <w:rPr>
                <w:rFonts w:ascii="宋体" w:hAnsi="宋体" w:eastAsia="宋体"/>
                <w:b w:val="0"/>
                <w:sz w:val="18"/>
              </w:rPr>
              <w:t>22分钟</w:t>
            </w:r>
          </w:p>
        </w:tc>
      </w:tr>
      <w:tr>
        <w:tc>
          <w:tcPr>
            <w:tcW w:type="dxa" w:w="2835"/>
          </w:tcPr>
          <w:p>
            <w:pPr>
              <w:spacing w:after="20" w:line="276" w:lineRule="auto"/>
            </w:pPr>
            <w:r/>
            <w:r>
              <w:rPr>
                <w:rFonts w:ascii="宋体" w:hAnsi="宋体" w:eastAsia="宋体"/>
                <w:b w:val="0"/>
                <w:sz w:val="18"/>
              </w:rPr>
              <w:t>巩固练习</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5分钟</w:t>
            </w:r>
          </w:p>
        </w:tc>
      </w:tr>
      <w:tr>
        <w:tc>
          <w:tcPr>
            <w:tcW w:type="dxa" w:w="2835"/>
          </w:tcPr>
          <w:p>
            <w:pPr>
              <w:spacing w:after="20" w:line="276" w:lineRule="auto"/>
            </w:pPr>
            <w:r/>
            <w:r>
              <w:rPr>
                <w:rFonts w:ascii="宋体" w:hAnsi="宋体" w:eastAsia="宋体"/>
                <w:b w:val="0"/>
                <w:sz w:val="18"/>
              </w:rPr>
              <w:t>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同学们，今天我们学习了用9的乘法口诀求商，你们能谈谈学习这节课后的收获吗？</w:t>
            </w:r>
          </w:p>
        </w:tc>
        <w:tc>
          <w:tcPr>
            <w:tcW w:type="dxa" w:w="1361"/>
          </w:tcPr>
          <w:p>
            <w:pPr>
              <w:spacing w:after="20" w:line="276" w:lineRule="auto"/>
            </w:pPr>
            <w:r/>
            <w:r>
              <w:rPr>
                <w:rFonts w:ascii="宋体" w:hAnsi="宋体" w:eastAsia="宋体"/>
                <w:b w:val="0"/>
                <w:sz w:val="18"/>
              </w:rPr>
              <w:t>7分钟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复习导入</w:t>
            </w:r>
          </w:p>
        </w:tc>
        <w:tc>
          <w:tcPr>
            <w:tcW w:type="dxa" w:w="3061"/>
          </w:tcPr>
          <w:p>
            <w:pPr>
              <w:spacing w:after="20" w:line="276" w:lineRule="auto"/>
            </w:pPr>
            <w:r/>
            <w:r>
              <w:rPr>
                <w:rFonts w:ascii="宋体" w:hAnsi="宋体" w:eastAsia="宋体"/>
                <w:b w:val="0"/>
                <w:sz w:val="18"/>
              </w:rPr>
              <w:t>课件出示复习题。</w:t>
            </w:r>
          </w:p>
          <w:p>
            <w:pPr>
              <w:spacing w:after="20" w:line="276" w:lineRule="auto"/>
            </w:pPr>
            <w:r>
              <w:rPr>
                <w:rFonts w:ascii="宋体" w:hAnsi="宋体" w:eastAsia="宋体"/>
                <w:b w:val="0"/>
                <w:sz w:val="18"/>
              </w:rPr>
              <w:t>1．填空。</w:t>
            </w:r>
          </w:p>
          <w:p>
            <w:pPr>
              <w:spacing w:after="20" w:line="276" w:lineRule="auto"/>
            </w:pPr>
            <w:r>
              <w:rPr>
                <w:rFonts w:ascii="宋体" w:hAnsi="宋体" w:eastAsia="宋体"/>
                <w:b w:val="0"/>
                <w:sz w:val="18"/>
              </w:rPr>
              <w:t>(　　)九二十七　　　　八(　　)七十二</w:t>
            </w:r>
          </w:p>
          <w:p>
            <w:pPr>
              <w:spacing w:after="20" w:line="276" w:lineRule="auto"/>
            </w:pPr>
            <w:r>
              <w:rPr>
                <w:rFonts w:ascii="宋体" w:hAnsi="宋体" w:eastAsia="宋体"/>
                <w:b w:val="0"/>
                <w:sz w:val="18"/>
              </w:rPr>
              <w:t>四(　　)三十六       五(　　)四十五</w:t>
            </w:r>
          </w:p>
          <w:p>
            <w:pPr>
              <w:spacing w:after="20" w:line="276" w:lineRule="auto"/>
            </w:pPr>
            <w:r>
              <w:rPr>
                <w:rFonts w:ascii="宋体" w:hAnsi="宋体" w:eastAsia="宋体"/>
                <w:b w:val="0"/>
                <w:sz w:val="18"/>
              </w:rPr>
              <w:t>(　　)九六十三       六(　　)五十四</w:t>
            </w:r>
          </w:p>
          <w:p>
            <w:pPr>
              <w:spacing w:after="20" w:line="276" w:lineRule="auto"/>
            </w:pPr>
            <w:r>
              <w:rPr>
                <w:rFonts w:ascii="宋体" w:hAnsi="宋体" w:eastAsia="宋体"/>
                <w:b w:val="0"/>
                <w:sz w:val="18"/>
              </w:rPr>
              <w:t>2．抢答，说说你是怎样想的。</w:t>
            </w:r>
          </w:p>
          <w:p>
            <w:pPr>
              <w:spacing w:after="20" w:line="276" w:lineRule="auto"/>
            </w:pPr>
            <w:r>
              <w:rPr>
                <w:rFonts w:ascii="宋体" w:hAnsi="宋体" w:eastAsia="宋体"/>
                <w:b w:val="0"/>
                <w:sz w:val="18"/>
              </w:rPr>
              <w:t>24÷8＝　 　21÷7＝　 　40÷5＝　 　28÷4＝</w:t>
            </w:r>
          </w:p>
          <w:p>
            <w:pPr>
              <w:spacing w:after="20" w:line="276" w:lineRule="auto"/>
            </w:pPr>
            <w:r>
              <w:rPr>
                <w:rFonts w:ascii="宋体" w:hAnsi="宋体" w:eastAsia="宋体"/>
                <w:b w:val="0"/>
                <w:sz w:val="18"/>
              </w:rPr>
              <w:t>师：我们已经学会了用2～8的乘法口诀求商，这节课我们继续学习用9的乘法口诀求商。(板书课题：用9的乘法口诀求商)</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创设情境激活学生已有经验，自然引出本课学习内容，激发学习兴趣。</w:t>
            </w:r>
          </w:p>
        </w:tc>
      </w:tr>
      <w:tr>
        <w:tc>
          <w:tcPr>
            <w:tcW w:type="dxa" w:w="1474"/>
          </w:tcPr>
          <w:p>
            <w:pPr>
              <w:spacing w:after="20" w:line="276" w:lineRule="auto"/>
            </w:pPr>
            <w:r>
              <w:rPr>
                <w:b/>
              </w:rPr>
            </w:r>
            <w:r>
              <w:rPr>
                <w:rFonts w:ascii="宋体" w:hAnsi="宋体" w:eastAsia="宋体"/>
                <w:b/>
                <w:sz w:val="18"/>
              </w:rPr>
              <w:t>探究新知</w:t>
            </w:r>
          </w:p>
        </w:tc>
        <w:tc>
          <w:tcPr>
            <w:tcW w:type="dxa" w:w="3061"/>
          </w:tcPr>
          <w:p>
            <w:pPr>
              <w:spacing w:after="20" w:line="276" w:lineRule="auto"/>
            </w:pPr>
            <w:r/>
            <w:r>
              <w:rPr>
                <w:rFonts w:ascii="宋体" w:hAnsi="宋体" w:eastAsia="宋体"/>
                <w:b w:val="0"/>
                <w:sz w:val="18"/>
              </w:rPr>
              <w:t>1.课件出示教科书P82例5情境图。</w:t>
            </w:r>
          </w:p>
          <w:p>
            <w:pPr>
              <w:spacing w:after="20" w:line="276" w:lineRule="auto"/>
            </w:pPr>
            <w:r>
              <w:rPr>
                <w:rFonts w:ascii="宋体" w:hAnsi="宋体" w:eastAsia="宋体"/>
                <w:b w:val="0"/>
                <w:sz w:val="18"/>
              </w:rPr>
              <w:t>师：同学们仔细观察这幅方格图，跟上节课观察的图形一样吗？从这幅图中可以获得哪些数学信息呢？</w:t>
            </w:r>
          </w:p>
          <w:p>
            <w:pPr>
              <w:spacing w:after="20" w:line="276" w:lineRule="auto"/>
            </w:pPr>
            <w:r>
              <w:rPr>
                <w:rFonts w:ascii="宋体" w:hAnsi="宋体" w:eastAsia="宋体"/>
                <w:b w:val="0"/>
                <w:sz w:val="18"/>
              </w:rPr>
              <w:t>每行有9个小方格，有6行，共有54个小方格。</w:t>
            </w:r>
          </w:p>
          <w:p>
            <w:pPr>
              <w:spacing w:after="20" w:line="276" w:lineRule="auto"/>
            </w:pPr>
            <w:r>
              <w:rPr>
                <w:rFonts w:ascii="宋体" w:hAnsi="宋体" w:eastAsia="宋体"/>
                <w:b w:val="0"/>
                <w:sz w:val="18"/>
              </w:rPr>
              <w:t>2．看图编题，回顾算理。</w:t>
            </w:r>
          </w:p>
          <w:p>
            <w:pPr>
              <w:spacing w:after="20" w:line="276" w:lineRule="auto"/>
            </w:pPr>
            <w:r>
              <w:rPr>
                <w:rFonts w:ascii="宋体" w:hAnsi="宋体" w:eastAsia="宋体"/>
                <w:b w:val="0"/>
                <w:sz w:val="18"/>
              </w:rPr>
              <w:t>师：你能根据这幅图，编出一个用乘法解决的问题吗？请同学们在小组内讨论交流并解答。</w:t>
            </w:r>
          </w:p>
          <w:p>
            <w:pPr>
              <w:spacing w:after="20" w:line="276" w:lineRule="auto"/>
            </w:pPr>
            <w:r>
              <w:rPr>
                <w:rFonts w:ascii="宋体" w:hAnsi="宋体" w:eastAsia="宋体"/>
                <w:b w:val="0"/>
                <w:sz w:val="18"/>
              </w:rPr>
              <w:t>展示成果，生生互动，解决问题。</w:t>
            </w:r>
          </w:p>
          <w:p>
            <w:pPr>
              <w:spacing w:after="20" w:line="276" w:lineRule="auto"/>
            </w:pPr>
            <w:r>
              <w:rPr>
                <w:rFonts w:ascii="宋体" w:hAnsi="宋体" w:eastAsia="宋体"/>
                <w:b w:val="0"/>
                <w:sz w:val="18"/>
              </w:rPr>
              <w:t>有6行小方格，每行有9个，一共有多少个小方格？可以用6×9来计算。</w:t>
            </w:r>
          </w:p>
          <w:p>
            <w:pPr>
              <w:spacing w:after="20" w:line="276" w:lineRule="auto"/>
            </w:pPr>
            <w:r>
              <w:rPr>
                <w:rFonts w:ascii="宋体" w:hAnsi="宋体" w:eastAsia="宋体"/>
                <w:b w:val="0"/>
                <w:sz w:val="18"/>
              </w:rPr>
              <w:t>师：乘法算式可以怎么计算？</w:t>
            </w:r>
          </w:p>
          <w:p>
            <w:pPr>
              <w:spacing w:after="20" w:line="276" w:lineRule="auto"/>
            </w:pPr>
            <w:r>
              <w:rPr>
                <w:rFonts w:ascii="宋体" w:hAnsi="宋体" w:eastAsia="宋体"/>
                <w:b w:val="0"/>
                <w:sz w:val="18"/>
              </w:rPr>
              <w:t>请学生独立把自己的解题步骤补充完整。</w:t>
            </w:r>
          </w:p>
          <w:p>
            <w:pPr>
              <w:spacing w:after="20" w:line="276" w:lineRule="auto"/>
            </w:pPr>
            <w:r>
              <w:rPr>
                <w:rFonts w:ascii="宋体" w:hAnsi="宋体" w:eastAsia="宋体"/>
                <w:b w:val="0"/>
                <w:sz w:val="18"/>
              </w:rPr>
              <w:t>3．探究用9的乘法口诀求商。</w:t>
            </w:r>
          </w:p>
          <w:p>
            <w:pPr>
              <w:spacing w:after="20" w:line="276" w:lineRule="auto"/>
            </w:pPr>
            <w:r>
              <w:rPr>
                <w:rFonts w:ascii="宋体" w:hAnsi="宋体" w:eastAsia="宋体"/>
                <w:b w:val="0"/>
                <w:sz w:val="18"/>
              </w:rPr>
              <w:t>师：你能根据例5情境图，编出两个用除法解决的问题吗？请同学们在小组内讨论交流并解答。</w:t>
            </w:r>
          </w:p>
          <w:p>
            <w:pPr>
              <w:spacing w:after="20" w:line="276" w:lineRule="auto"/>
            </w:pPr>
            <w:r>
              <w:rPr>
                <w:rFonts w:ascii="宋体" w:hAnsi="宋体" w:eastAsia="宋体"/>
                <w:b w:val="0"/>
                <w:sz w:val="18"/>
              </w:rPr>
              <w:t>展示成果，生生互动，解决问题。</w:t>
            </w:r>
          </w:p>
          <w:p>
            <w:pPr>
              <w:spacing w:after="20" w:line="276" w:lineRule="auto"/>
            </w:pPr>
            <w:r>
              <w:rPr>
                <w:rFonts w:ascii="宋体" w:hAnsi="宋体" w:eastAsia="宋体"/>
                <w:b w:val="0"/>
                <w:sz w:val="18"/>
              </w:rPr>
              <w:t>因为学生学过用除法表示平均分，所以只要抓住平均分的概念，很容易提出用除法来解决的问题。但还是有学生会在行和列上分不清楚，需要在平时多提示、多指导。学生可能提出以下两个问题：(1)一共有54个小方格，每9个排成一行，可以排成几行？(2)一共有54个小方格，平均排成了6行，每行有几个小方格？</w:t>
            </w:r>
          </w:p>
          <w:p>
            <w:pPr>
              <w:spacing w:after="20" w:line="276" w:lineRule="auto"/>
            </w:pPr>
            <w:r>
              <w:rPr>
                <w:rFonts w:ascii="宋体" w:hAnsi="宋体" w:eastAsia="宋体"/>
                <w:b w:val="0"/>
                <w:sz w:val="18"/>
              </w:rPr>
              <w:t>师：第一个问题可以怎样列式？为什么？</w:t>
            </w:r>
          </w:p>
          <w:p>
            <w:pPr>
              <w:spacing w:after="20" w:line="276" w:lineRule="auto"/>
            </w:pPr>
            <w:r>
              <w:rPr>
                <w:rFonts w:ascii="宋体" w:hAnsi="宋体" w:eastAsia="宋体"/>
                <w:b w:val="0"/>
                <w:sz w:val="18"/>
              </w:rPr>
              <w:t>平均分的过程可以用除法算式来表示，根据54个小方格每9个排成一行，求可以排成几行，列式54÷9。观察图中已分得的结果是6，所以54÷9＝6。</w:t>
            </w:r>
          </w:p>
          <w:p>
            <w:pPr>
              <w:spacing w:after="20" w:line="276" w:lineRule="auto"/>
            </w:pPr>
            <w:r>
              <w:rPr>
                <w:rFonts w:ascii="宋体" w:hAnsi="宋体" w:eastAsia="宋体"/>
                <w:b w:val="0"/>
                <w:sz w:val="18"/>
              </w:rPr>
              <w:t>师：还可以怎么快速计算出这个除法算式的结果呢？</w:t>
            </w:r>
          </w:p>
          <w:p>
            <w:pPr>
              <w:spacing w:after="20" w:line="276" w:lineRule="auto"/>
            </w:pPr>
            <w:r>
              <w:rPr>
                <w:rFonts w:ascii="宋体" w:hAnsi="宋体" w:eastAsia="宋体"/>
                <w:b w:val="0"/>
                <w:sz w:val="18"/>
              </w:rPr>
              <w:t>想( 六 )九五十四，所以54÷9＝6。(教师适时板书)</w:t>
            </w:r>
          </w:p>
          <w:p>
            <w:pPr>
              <w:spacing w:after="20" w:line="276" w:lineRule="auto"/>
            </w:pPr>
            <w:r>
              <w:rPr>
                <w:rFonts w:ascii="宋体" w:hAnsi="宋体" w:eastAsia="宋体"/>
                <w:b w:val="0"/>
                <w:sz w:val="18"/>
              </w:rPr>
              <w:t>师：第二个用除法解决的问题该怎样列式呢？能不能直接用乘法口诀计算出结果？</w:t>
            </w:r>
          </w:p>
          <w:p>
            <w:pPr>
              <w:spacing w:after="20" w:line="276" w:lineRule="auto"/>
            </w:pPr>
            <w:r>
              <w:rPr>
                <w:rFonts w:ascii="宋体" w:hAnsi="宋体" w:eastAsia="宋体"/>
                <w:b w:val="0"/>
                <w:sz w:val="18"/>
              </w:rPr>
              <w:t>想六( 九 )五十四，所以54÷6＝9。(教师适时板书)</w:t>
            </w:r>
          </w:p>
          <w:p>
            <w:pPr>
              <w:spacing w:after="20" w:line="276" w:lineRule="auto"/>
            </w:pPr>
            <w:r>
              <w:rPr>
                <w:rFonts w:ascii="宋体" w:hAnsi="宋体" w:eastAsia="宋体"/>
                <w:b w:val="0"/>
                <w:sz w:val="18"/>
              </w:rPr>
              <w:t>请学生独立把自己的解题步骤补充完整。</w:t>
            </w:r>
          </w:p>
          <w:p>
            <w:pPr>
              <w:spacing w:after="20" w:line="276" w:lineRule="auto"/>
            </w:pPr>
            <w:r>
              <w:rPr>
                <w:rFonts w:ascii="宋体" w:hAnsi="宋体" w:eastAsia="宋体"/>
                <w:b w:val="0"/>
                <w:sz w:val="18"/>
              </w:rPr>
              <w:t>师：这两个除法算式有什么相同点？</w:t>
            </w:r>
          </w:p>
          <w:p>
            <w:pPr>
              <w:spacing w:after="20" w:line="276" w:lineRule="auto"/>
            </w:pPr>
            <w:r>
              <w:rPr>
                <w:rFonts w:ascii="宋体" w:hAnsi="宋体" w:eastAsia="宋体"/>
                <w:b w:val="0"/>
                <w:sz w:val="18"/>
              </w:rPr>
              <w:t>师小结：除法算式中，都用到了“六九五十四”这句口诀。(六)九五十四，算式中缺6，所以商是6。六(九)五十四，算式中缺9，所以商是9。</w:t>
            </w:r>
          </w:p>
          <w:p>
            <w:pPr>
              <w:spacing w:after="20" w:line="276" w:lineRule="auto"/>
            </w:pPr>
            <w:r>
              <w:rPr>
                <w:rFonts w:ascii="宋体" w:hAnsi="宋体" w:eastAsia="宋体"/>
                <w:b w:val="0"/>
                <w:sz w:val="18"/>
              </w:rPr>
              <w:t>4．横向拓展，及时巩固。</w:t>
            </w:r>
          </w:p>
          <w:p>
            <w:pPr>
              <w:spacing w:after="20" w:line="276" w:lineRule="auto"/>
            </w:pPr>
            <w:r>
              <w:rPr>
                <w:rFonts w:ascii="宋体" w:hAnsi="宋体" w:eastAsia="宋体"/>
                <w:b w:val="0"/>
                <w:sz w:val="18"/>
              </w:rPr>
              <w:t>师：9的乘法口诀还有几句？请你在心里再想一句9的乘法口诀，用你想的这句口诀，列出除法算式并计算。</w:t>
            </w:r>
          </w:p>
          <w:p>
            <w:pPr>
              <w:spacing w:after="20" w:line="276" w:lineRule="auto"/>
            </w:pPr>
            <w:r>
              <w:rPr>
                <w:rFonts w:ascii="宋体" w:hAnsi="宋体" w:eastAsia="宋体"/>
                <w:b w:val="0"/>
                <w:sz w:val="18"/>
              </w:rPr>
              <w:t>师小结：用9的乘法口诀求商与前面学习的用其他乘法口诀求商的思路和方法是一样的，只是用的口诀不同。</w:t>
            </w:r>
          </w:p>
        </w:tc>
        <w:tc>
          <w:tcPr>
            <w:tcW w:type="dxa" w:w="3061"/>
          </w:tcPr>
          <w:p>
            <w:pPr>
              <w:spacing w:after="20" w:line="276" w:lineRule="auto"/>
            </w:pPr>
            <w:r/>
            <w:r>
              <w:rPr>
                <w:rFonts w:ascii="宋体" w:hAnsi="宋体" w:eastAsia="宋体"/>
                <w:b w:val="0"/>
                <w:sz w:val="18"/>
              </w:rPr>
              <w:t>小组交流，教师巡视指导。</w:t>
            </w:r>
          </w:p>
          <w:p>
            <w:pPr>
              <w:spacing w:after="20" w:line="276" w:lineRule="auto"/>
            </w:pPr>
            <w:r>
              <w:rPr>
                <w:rFonts w:ascii="宋体" w:hAnsi="宋体" w:eastAsia="宋体"/>
                <w:b w:val="0"/>
                <w:sz w:val="18"/>
              </w:rPr>
              <w:t>小组交流，教师巡视。</w:t>
            </w:r>
          </w:p>
          <w:p>
            <w:pPr>
              <w:spacing w:after="20" w:line="276" w:lineRule="auto"/>
            </w:pPr>
            <w:r>
              <w:rPr>
                <w:rFonts w:ascii="宋体" w:hAnsi="宋体" w:eastAsia="宋体"/>
                <w:b w:val="0"/>
                <w:sz w:val="18"/>
              </w:rPr>
              <w:t>学生小组内交流讨论。</w:t>
            </w:r>
          </w:p>
          <w:p>
            <w:pPr>
              <w:spacing w:after="20" w:line="276" w:lineRule="auto"/>
            </w:pPr>
            <w:r>
              <w:rPr>
                <w:rFonts w:ascii="宋体" w:hAnsi="宋体" w:eastAsia="宋体"/>
                <w:b w:val="0"/>
                <w:sz w:val="18"/>
              </w:rPr>
              <w:t>学生汇报，集体交流。</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设计递进式探究活动，引导学生在动手实践与合作交流中经历知识形成过程，突破本课重难点，核心问题："同学们仔细观察这幅方格图，跟上节课观察的图形一样吗？从这幅图中可以获得哪些数学信息呢？"</w:t>
            </w:r>
          </w:p>
        </w:tc>
      </w:tr>
      <w:tr>
        <w:tc>
          <w:tcPr>
            <w:tcW w:type="dxa" w:w="1474"/>
          </w:tcPr>
          <w:p>
            <w:pPr>
              <w:spacing w:after="20" w:line="276" w:lineRule="auto"/>
            </w:pPr>
            <w:r>
              <w:rPr>
                <w:b/>
              </w:rPr>
            </w:r>
            <w:r>
              <w:rPr>
                <w:rFonts w:ascii="宋体" w:hAnsi="宋体" w:eastAsia="宋体"/>
                <w:b/>
                <w:sz w:val="18"/>
              </w:rPr>
              <w:t>巩固练习</w:t>
            </w:r>
          </w:p>
        </w:tc>
        <w:tc>
          <w:tcPr>
            <w:tcW w:type="dxa" w:w="3061"/>
          </w:tcPr>
          <w:p>
            <w:pPr>
              <w:spacing w:after="20" w:line="276" w:lineRule="auto"/>
            </w:pPr>
            <w:r/>
            <w:r>
              <w:rPr>
                <w:rFonts w:ascii="宋体" w:hAnsi="宋体" w:eastAsia="宋体"/>
                <w:b w:val="0"/>
                <w:sz w:val="18"/>
              </w:rPr>
              <w:t>1.完成教科书P82“做一做”第1题。</w:t>
            </w:r>
          </w:p>
          <w:p>
            <w:pPr>
              <w:spacing w:after="20" w:line="276" w:lineRule="auto"/>
            </w:pPr>
            <w:r>
              <w:rPr>
                <w:rFonts w:ascii="宋体" w:hAnsi="宋体" w:eastAsia="宋体"/>
                <w:b w:val="0"/>
                <w:sz w:val="18"/>
              </w:rPr>
              <w:t>说一说用到了哪句口诀，你发现了什么？</w:t>
            </w:r>
          </w:p>
          <w:p>
            <w:pPr>
              <w:spacing w:after="20" w:line="276" w:lineRule="auto"/>
            </w:pPr>
            <w:r>
              <w:rPr>
                <w:rFonts w:ascii="宋体" w:hAnsi="宋体" w:eastAsia="宋体"/>
                <w:b w:val="0"/>
                <w:sz w:val="18"/>
              </w:rPr>
              <w:t>2．完成教科书P82“做一做”第2题。</w:t>
            </w:r>
          </w:p>
          <w:p>
            <w:pPr>
              <w:spacing w:after="20" w:line="276" w:lineRule="auto"/>
            </w:pPr>
            <w:r>
              <w:rPr>
                <w:rFonts w:ascii="宋体" w:hAnsi="宋体" w:eastAsia="宋体"/>
                <w:b w:val="0"/>
                <w:sz w:val="18"/>
              </w:rPr>
              <w:t>让学生将得数直接写在教科书上，再集体交流计算方法。</w:t>
            </w:r>
          </w:p>
          <w:p>
            <w:pPr>
              <w:spacing w:after="20" w:line="276" w:lineRule="auto"/>
            </w:pPr>
            <w:r>
              <w:rPr>
                <w:rFonts w:ascii="宋体" w:hAnsi="宋体" w:eastAsia="宋体"/>
                <w:b w:val="0"/>
                <w:sz w:val="18"/>
              </w:rPr>
              <w:t>师小结：想乘法口诀时都是想与除数有关的。被除数变了，除数不变，商也相应变了。</w:t>
            </w:r>
          </w:p>
          <w:p>
            <w:pPr>
              <w:spacing w:after="20" w:line="276" w:lineRule="auto"/>
            </w:pPr>
            <w:r>
              <w:rPr>
                <w:rFonts w:ascii="宋体" w:hAnsi="宋体" w:eastAsia="宋体"/>
                <w:b w:val="0"/>
                <w:sz w:val="18"/>
              </w:rPr>
              <w:t>3．师生活动，玩教科书P82“数学游戏”。</w:t>
            </w:r>
          </w:p>
          <w:p>
            <w:pPr>
              <w:spacing w:after="20" w:line="276" w:lineRule="auto"/>
            </w:pPr>
            <w:r>
              <w:rPr>
                <w:rFonts w:ascii="宋体" w:hAnsi="宋体" w:eastAsia="宋体"/>
                <w:b w:val="0"/>
                <w:sz w:val="18"/>
              </w:rPr>
              <w:t>教师说算式，学生说用到的是哪句口诀；教师说口诀，学生说可以计算的算式。</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课堂小结</w:t>
            </w:r>
          </w:p>
        </w:tc>
        <w:tc>
          <w:tcPr>
            <w:tcW w:type="dxa" w:w="3061"/>
          </w:tcPr>
          <w:p>
            <w:pPr>
              <w:spacing w:after="20" w:line="276" w:lineRule="auto"/>
            </w:pPr>
            <w:r/>
            <w:r>
              <w:rPr>
                <w:rFonts w:ascii="宋体" w:hAnsi="宋体" w:eastAsia="宋体"/>
                <w:b w:val="0"/>
                <w:sz w:val="18"/>
              </w:rPr>
              <w:t>师：同学们，今天我们学习了用9的乘法口诀求商，你们能谈谈学习这节课后的收获吗？</w:t>
            </w:r>
          </w:p>
          <w:p>
            <w:pPr>
              <w:spacing w:after="20" w:line="276" w:lineRule="auto"/>
            </w:pPr>
            <w:r>
              <w:rPr>
                <w:rFonts w:ascii="宋体" w:hAnsi="宋体" w:eastAsia="宋体"/>
                <w:b w:val="0"/>
                <w:sz w:val="18"/>
              </w:rPr>
              <w:t>师小结：本节课的主要内容是用9的乘法口诀求商，在求商的过程中要心里想着相应的乘法口诀才不容易出错，另外要多多练习。</w:t>
            </w:r>
          </w:p>
          <w:p>
            <w:pPr>
              <w:spacing w:after="20" w:line="276" w:lineRule="auto"/>
            </w:pPr>
            <w:r>
              <w:rPr>
                <w:rFonts w:ascii="宋体" w:hAnsi="宋体" w:eastAsia="宋体"/>
                <w:b w:val="0"/>
                <w:sz w:val="18"/>
              </w:rPr>
              <w:t>对比前面的用7、8的乘法口诀求商，本教学内容直接要求列出除法算式，没有乘法算式做铺垫，抽象性更高。教学一开始，引导学生提出用乘法计算的问题，并列式解答，为学生的学习做好铺垫。在此基础上，再让学生提出用除法计算解决的问题，让学生在提问题中理解数量关系，在深化对除法算式的理解的同时学会运用乘法口诀求商。</w:t>
            </w:r>
          </w:p>
        </w:tc>
        <w:tc>
          <w:tcPr>
            <w:tcW w:type="dxa" w:w="3061"/>
          </w:tcPr>
          <w:p>
            <w:pPr>
              <w:spacing w:after="20" w:line="276" w:lineRule="auto"/>
            </w:pPr>
            <w:r/>
            <w:r>
              <w:rPr>
                <w:rFonts w:ascii="宋体" w:hAnsi="宋体" w:eastAsia="宋体"/>
                <w:b w:val="0"/>
                <w:sz w:val="18"/>
              </w:rPr>
              <w:t>学生谈收获。</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引导学生回顾梳理本课所学，完善认知结构，提升归纳与反思能力，核心问题："同学们，今天我们学习了用9的乘法口诀求商，你们能谈谈学习这节课后的收获吗？"</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用9的乘法口诀求商</w:t>
      </w:r>
    </w:p>
    <w:p>
      <w:pPr>
        <w:spacing w:after="40" w:line="300" w:lineRule="auto"/>
      </w:pPr>
      <w:r>
        <w:rPr>
          <w:rFonts w:ascii="宋体" w:hAnsi="宋体" w:eastAsia="宋体"/>
          <w:b w:val="0"/>
          <w:sz w:val="20"/>
        </w:rPr>
        <w:t>54÷9＝6  口诀：( 六 )九五十四)　　54÷6＝9,  口诀：六( 九 )五十四)</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教科书P82例5，完成P82“做一做”及“数学游戏”。</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节课学生有前面用乘法口诀求商的基础，知识的迁移让学生能自主探究用9的乘法口诀求商的方法。学生能很快地发现乘法与除法之间的联系，了解用乘法口诀计算除法算式的原理。通过大量不同方式的练习，让学生对较大的被除数也能很快想到相应的乘法口诀，不再感到口算练习枯燥，而是变得有趣、高效。</w:t>
      </w:r>
    </w:p>
    <w:p>
      <w:r>
        <w:br w:type="page"/>
      </w:r>
    </w:p>
    <w:p>
      <w:pPr>
        <w:spacing w:after="80" w:line="300" w:lineRule="auto"/>
      </w:pPr>
      <w:r>
        <w:rPr>
          <w:rFonts w:ascii="黑体" w:hAnsi="黑体" w:eastAsia="黑体"/>
          <w:b/>
          <w:sz w:val="24"/>
        </w:rPr>
        <w:t>二、课时教学方案（第6课时）</w:t>
      </w:r>
    </w:p>
    <w:p>
      <w:pPr>
        <w:spacing w:after="80" w:line="300" w:lineRule="auto"/>
      </w:pPr>
      <w:r>
        <w:rPr>
          <w:rFonts w:ascii="黑体" w:hAnsi="黑体" w:eastAsia="黑体"/>
          <w:b/>
          <w:sz w:val="24"/>
        </w:rPr>
        <w:t>第6课时　解决问题</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第6课时　解决问题</w:t>
            </w:r>
          </w:p>
        </w:tc>
        <w:tc>
          <w:tcPr>
            <w:tcW w:type="dxa" w:w="6009"/>
          </w:tcPr>
          <w:p>
            <w:pPr>
              <w:spacing w:after="20" w:line="276" w:lineRule="auto"/>
            </w:pPr>
            <w:r/>
            <w:r>
              <w:rPr>
                <w:rFonts w:ascii="宋体" w:hAnsi="宋体" w:eastAsia="宋体"/>
                <w:b w:val="0"/>
                <w:sz w:val="20"/>
              </w:rPr>
              <w:t>第5单元 7-9的表内乘、除法</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在此之前，学生已经学习了1～6的表内乘、除法，知道了乘法的意义和除法的意义，会“一图三式”，能根据实际情境列出乘法算式和除法算式；积累了编制乘法口诀的经验，初步体会到了乘法算式中各部分与相应除法算式中各部分之间的关系，会运用1～6的乘法口诀计算1～6的表内乘、除法。但是对于编制7～9的乘法口诀以及运用乘法口诀口算乘除法，学生还是以具体思维习惯为主，其抽象、综合、归纳、概括能力还有待逐步形成，而且7～9的乘法口诀句数较多，记忆不太容易；在解决问题时，后一个问题要用到前一个问题的结果，学生容易出错，这些都是学生学习的难点。因此，在教学中要注重引导学生理解数量关系，在此基础上理解每句乘法口诀的意义和解决问题列式的依据，从而提高学生的推理能力。</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教学内容：教科书P83例6，完成教科书P84“做一做”和P85“练一练”第4、5题。</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（1）通过“坐摩天轮”和“坐碰碰车”的问题，引导学生理解“总数”和“几个几”的含义，加深对乘法和除法意义的理解，进一步理解乘法和除法之间的联系。</w:t>
      </w:r>
    </w:p>
    <w:p>
      <w:pPr>
        <w:spacing w:after="20" w:line="300" w:lineRule="auto"/>
        <w:ind w:firstLine="400"/>
      </w:pPr>
      <w:r>
        <w:rPr>
          <w:rFonts w:ascii="宋体" w:hAnsi="宋体" w:eastAsia="宋体"/>
          <w:b w:val="0"/>
          <w:sz w:val="20"/>
        </w:rPr>
        <w:t>（2）在解决问题的过程中，理解“总数”和“几个几”之间的关系，知道求“总数”时，用乘法计算；求“几个几”时，用除法计算。</w:t>
      </w:r>
    </w:p>
    <w:p>
      <w:pPr>
        <w:spacing w:after="20" w:line="300" w:lineRule="auto"/>
        <w:ind w:firstLine="400"/>
      </w:pPr>
      <w:r>
        <w:rPr>
          <w:rFonts w:ascii="宋体" w:hAnsi="宋体" w:eastAsia="宋体"/>
          <w:b w:val="0"/>
          <w:sz w:val="20"/>
        </w:rPr>
        <w:t>（3）掌握解决问题的一般方法，会用画图表征数学信息，分析数量关系。</w:t>
      </w:r>
    </w:p>
    <w:p>
      <w:pPr>
        <w:spacing w:after="20" w:line="300" w:lineRule="auto"/>
      </w:pPr>
      <w:r>
        <w:rPr>
          <w:rFonts w:ascii="宋体" w:hAnsi="宋体" w:eastAsia="宋体"/>
          <w:b w:val="0"/>
          <w:sz w:val="20"/>
        </w:rPr>
        <w:t>教学重点：会用画图表征数学信息，会根据数量关系列乘法算式或除法算式解决问题。</w:t>
      </w:r>
    </w:p>
    <w:p>
      <w:pPr>
        <w:spacing w:after="20" w:line="300" w:lineRule="auto"/>
      </w:pPr>
      <w:r>
        <w:rPr>
          <w:rFonts w:ascii="宋体" w:hAnsi="宋体" w:eastAsia="宋体"/>
          <w:b w:val="0"/>
          <w:sz w:val="20"/>
        </w:rPr>
        <w:t>教学难点：分析数量关系，理解两个问题之间的关系。</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创设情境，激趣导入</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同学们，你们去过游乐园吗？谁能说说，游乐园有哪些项目？你最喜欢哪些游乐项目？</w:t>
            </w:r>
          </w:p>
        </w:tc>
        <w:tc>
          <w:tcPr>
            <w:tcW w:type="dxa" w:w="1361"/>
          </w:tcPr>
          <w:p>
            <w:pPr>
              <w:spacing w:after="20" w:line="276" w:lineRule="auto"/>
            </w:pPr>
            <w:r/>
            <w:r>
              <w:rPr>
                <w:rFonts w:ascii="宋体" w:hAnsi="宋体" w:eastAsia="宋体"/>
                <w:b w:val="0"/>
                <w:sz w:val="18"/>
              </w:rPr>
              <w:t>2分钟</w:t>
            </w:r>
          </w:p>
        </w:tc>
      </w:tr>
      <w:tr>
        <w:tc>
          <w:tcPr>
            <w:tcW w:type="dxa" w:w="2835"/>
          </w:tcPr>
          <w:p>
            <w:pPr>
              <w:spacing w:after="20" w:line="276" w:lineRule="auto"/>
            </w:pPr>
            <w:r/>
            <w:r>
              <w:rPr>
                <w:rFonts w:ascii="宋体" w:hAnsi="宋体" w:eastAsia="宋体"/>
                <w:b w:val="0"/>
                <w:sz w:val="18"/>
              </w:rPr>
              <w:t>探究新知，解决问题</w:t>
            </w:r>
          </w:p>
        </w:tc>
        <w:tc>
          <w:tcPr>
            <w:tcW w:type="dxa" w:w="1814"/>
          </w:tcPr>
          <w:p>
            <w:pPr>
              <w:spacing w:after="20" w:line="276" w:lineRule="auto"/>
            </w:pPr>
            <w:r/>
            <w:r>
              <w:rPr>
                <w:rFonts w:ascii="宋体" w:hAnsi="宋体" w:eastAsia="宋体"/>
                <w:b w:val="0"/>
                <w:sz w:val="18"/>
              </w:rPr>
              <w:t>课件、教科书、线段图</w:t>
            </w:r>
          </w:p>
        </w:tc>
        <w:tc>
          <w:tcPr>
            <w:tcW w:type="dxa" w:w="3402"/>
          </w:tcPr>
          <w:p>
            <w:pPr>
              <w:spacing w:after="20" w:line="276" w:lineRule="auto"/>
            </w:pPr>
            <w:r/>
            <w:r>
              <w:rPr>
                <w:rFonts w:ascii="宋体" w:hAnsi="宋体" w:eastAsia="宋体"/>
                <w:b w:val="0"/>
                <w:sz w:val="18"/>
              </w:rPr>
              <w:t>仔细读一读，你从中读到了哪些数学信息？；你们能用自己的方式将这些信息表达出来吗？</w:t>
            </w:r>
          </w:p>
        </w:tc>
        <w:tc>
          <w:tcPr>
            <w:tcW w:type="dxa" w:w="1361"/>
          </w:tcPr>
          <w:p>
            <w:pPr>
              <w:spacing w:after="20" w:line="276" w:lineRule="auto"/>
            </w:pPr>
            <w:r/>
            <w:r>
              <w:rPr>
                <w:rFonts w:ascii="宋体" w:hAnsi="宋体" w:eastAsia="宋体"/>
                <w:b w:val="0"/>
                <w:sz w:val="18"/>
              </w:rPr>
              <w:t>31分钟</w:t>
            </w:r>
          </w:p>
        </w:tc>
      </w:tr>
      <w:tr>
        <w:tc>
          <w:tcPr>
            <w:tcW w:type="dxa" w:w="2835"/>
          </w:tcPr>
          <w:p>
            <w:pPr>
              <w:spacing w:after="20" w:line="276" w:lineRule="auto"/>
            </w:pPr>
            <w:r/>
            <w:r>
              <w:rPr>
                <w:rFonts w:ascii="宋体" w:hAnsi="宋体" w:eastAsia="宋体"/>
                <w:b w:val="0"/>
                <w:sz w:val="18"/>
              </w:rPr>
              <w:t>课堂练习，及时巩固</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3分钟</w:t>
            </w:r>
          </w:p>
        </w:tc>
      </w:tr>
      <w:tr>
        <w:tc>
          <w:tcPr>
            <w:tcW w:type="dxa" w:w="2835"/>
          </w:tcPr>
          <w:p>
            <w:pPr>
              <w:spacing w:after="20" w:line="276" w:lineRule="auto"/>
            </w:pPr>
            <w:r/>
            <w:r>
              <w:rPr>
                <w:rFonts w:ascii="宋体" w:hAnsi="宋体" w:eastAsia="宋体"/>
                <w:b w:val="0"/>
                <w:sz w:val="18"/>
              </w:rPr>
              <w:t>课堂小结，畅谈收获</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同学们，通过这节课的学习，你们有什么收获？</w:t>
            </w:r>
          </w:p>
        </w:tc>
        <w:tc>
          <w:tcPr>
            <w:tcW w:type="dxa" w:w="1361"/>
          </w:tcPr>
          <w:p>
            <w:pPr>
              <w:spacing w:after="20" w:line="276" w:lineRule="auto"/>
            </w:pPr>
            <w:r/>
            <w:r>
              <w:rPr>
                <w:rFonts w:ascii="宋体" w:hAnsi="宋体" w:eastAsia="宋体"/>
                <w:b w:val="0"/>
                <w:sz w:val="18"/>
              </w:rPr>
              <w:t>4分钟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创设情境，激趣导入</w:t>
            </w:r>
          </w:p>
        </w:tc>
        <w:tc>
          <w:tcPr>
            <w:tcW w:type="dxa" w:w="3061"/>
          </w:tcPr>
          <w:p>
            <w:pPr>
              <w:spacing w:after="20" w:line="276" w:lineRule="auto"/>
            </w:pPr>
            <w:r/>
            <w:r>
              <w:rPr>
                <w:rFonts w:ascii="宋体" w:hAnsi="宋体" w:eastAsia="宋体"/>
                <w:b w:val="0"/>
                <w:sz w:val="18"/>
              </w:rPr>
              <w:t>师：同学们，你们去过游乐园吗？谁能说说，游乐园有哪些项目？你最喜欢哪些游乐项目？</w:t>
            </w:r>
          </w:p>
          <w:p>
            <w:pPr>
              <w:spacing w:after="20" w:line="276" w:lineRule="auto"/>
            </w:pPr>
            <w:r>
              <w:rPr>
                <w:rFonts w:ascii="宋体" w:hAnsi="宋体" w:eastAsia="宋体"/>
                <w:b w:val="0"/>
                <w:sz w:val="18"/>
              </w:rPr>
              <w:t>师：本节课我们就一起去探究游乐园中的数学问题。(板书课题：解决问题)</w:t>
            </w:r>
          </w:p>
        </w:tc>
        <w:tc>
          <w:tcPr>
            <w:tcW w:type="dxa" w:w="3061"/>
          </w:tcPr>
          <w:p>
            <w:pPr>
              <w:spacing w:after="20" w:line="276" w:lineRule="auto"/>
            </w:pPr>
            <w:r/>
            <w:r>
              <w:rPr>
                <w:rFonts w:ascii="宋体" w:hAnsi="宋体" w:eastAsia="宋体"/>
                <w:b w:val="0"/>
                <w:sz w:val="18"/>
              </w:rPr>
              <w:t>学生自由交流。</w:t>
            </w:r>
          </w:p>
        </w:tc>
        <w:tc>
          <w:tcPr>
            <w:tcW w:type="dxa" w:w="1814"/>
          </w:tcPr>
          <w:p>
            <w:pPr>
              <w:spacing w:after="20" w:line="276" w:lineRule="auto"/>
            </w:pPr>
            <w:r/>
            <w:r>
              <w:rPr>
                <w:rFonts w:ascii="宋体" w:hAnsi="宋体" w:eastAsia="宋体"/>
                <w:b w:val="0"/>
                <w:sz w:val="18"/>
              </w:rPr>
              <w:t>创设情境激活学生已有经验，自然引出本课学习内容，激发学习兴趣，核心问题："同学们，你们去过游乐园吗？谁能说说，游乐园有哪些项目？你最喜欢哪些游乐项目？"</w:t>
            </w:r>
          </w:p>
        </w:tc>
      </w:tr>
      <w:tr>
        <w:tc>
          <w:tcPr>
            <w:tcW w:type="dxa" w:w="1474"/>
          </w:tcPr>
          <w:p>
            <w:pPr>
              <w:spacing w:after="20" w:line="276" w:lineRule="auto"/>
            </w:pPr>
            <w:r>
              <w:rPr>
                <w:b/>
              </w:rPr>
            </w:r>
            <w:r>
              <w:rPr>
                <w:rFonts w:ascii="宋体" w:hAnsi="宋体" w:eastAsia="宋体"/>
                <w:b/>
                <w:sz w:val="18"/>
              </w:rPr>
              <w:t>探究新知，解决问题</w:t>
            </w:r>
          </w:p>
        </w:tc>
        <w:tc>
          <w:tcPr>
            <w:tcW w:type="dxa" w:w="3061"/>
          </w:tcPr>
          <w:p>
            <w:pPr>
              <w:spacing w:after="20" w:line="276" w:lineRule="auto"/>
            </w:pPr>
            <w:r/>
            <w:r>
              <w:rPr>
                <w:rFonts w:ascii="宋体" w:hAnsi="宋体" w:eastAsia="宋体"/>
                <w:b w:val="0"/>
                <w:sz w:val="18"/>
              </w:rPr>
              <w:t>课件出示教科书P83例6。</w:t>
            </w:r>
          </w:p>
          <w:p>
            <w:pPr>
              <w:spacing w:after="20" w:line="276" w:lineRule="auto"/>
            </w:pPr>
            <w:r>
              <w:rPr>
                <w:rFonts w:ascii="宋体" w:hAnsi="宋体" w:eastAsia="宋体"/>
                <w:b w:val="0"/>
                <w:sz w:val="18"/>
              </w:rPr>
              <w:t>1．理解题意，读取信息。</w:t>
            </w:r>
          </w:p>
          <w:p>
            <w:pPr>
              <w:spacing w:after="20" w:line="276" w:lineRule="auto"/>
            </w:pPr>
            <w:r>
              <w:rPr>
                <w:rFonts w:ascii="宋体" w:hAnsi="宋体" w:eastAsia="宋体"/>
                <w:b w:val="0"/>
                <w:sz w:val="18"/>
              </w:rPr>
              <w:t>师：仔细读一读，你从中读到了哪些数学信息？</w:t>
            </w:r>
          </w:p>
          <w:p>
            <w:pPr>
              <w:spacing w:after="20" w:line="276" w:lineRule="auto"/>
            </w:pPr>
            <w:r>
              <w:rPr>
                <w:rFonts w:ascii="宋体" w:hAnsi="宋体" w:eastAsia="宋体"/>
                <w:b w:val="0"/>
                <w:sz w:val="18"/>
              </w:rPr>
              <w:t>引导学生分析得出：这些信息中，有两条线，一条是坐摩天轮的，一条是坐碰碰车的。坐摩天轮的信息有：摩天轮每个轿厢可以坐4人，正好坐满了3个轿厢，求这群学生一共有多少人。坐碰碰车的信息有：碰碰车2人一辆，求要坐几辆碰碰车。</w:t>
            </w:r>
          </w:p>
          <w:p>
            <w:pPr>
              <w:spacing w:after="20" w:line="276" w:lineRule="auto"/>
            </w:pPr>
            <w:r>
              <w:rPr>
                <w:rFonts w:ascii="宋体" w:hAnsi="宋体" w:eastAsia="宋体"/>
                <w:b w:val="0"/>
                <w:sz w:val="18"/>
              </w:rPr>
              <w:t>师：你们能用自己的方式将这些信息表达出来吗？</w:t>
            </w:r>
          </w:p>
          <w:p>
            <w:pPr>
              <w:spacing w:after="20" w:line="276" w:lineRule="auto"/>
            </w:pPr>
            <w:r>
              <w:rPr>
                <w:rFonts w:ascii="宋体" w:hAnsi="宋体" w:eastAsia="宋体"/>
                <w:b w:val="0"/>
                <w:sz w:val="18"/>
              </w:rPr>
              <w:t>师：谁来说说，你是怎样表示的？</w:t>
            </w:r>
          </w:p>
          <w:p>
            <w:pPr>
              <w:spacing w:after="20" w:line="276" w:lineRule="auto"/>
            </w:pPr>
            <w:r>
              <w:rPr>
                <w:rFonts w:ascii="宋体" w:hAnsi="宋体" w:eastAsia="宋体"/>
                <w:b w:val="0"/>
                <w:sz w:val="18"/>
              </w:rPr>
              <w:t>结合学生的展示交流，教师引导学生画条形图。教师边画边讲解。</w:t>
            </w:r>
          </w:p>
          <w:p>
            <w:pPr>
              <w:spacing w:after="20" w:line="276" w:lineRule="auto"/>
            </w:pPr>
            <w:r>
              <w:rPr>
                <w:rFonts w:ascii="宋体" w:hAnsi="宋体" w:eastAsia="宋体"/>
                <w:b w:val="0"/>
                <w:sz w:val="18"/>
              </w:rPr>
              <w:t>师：我们画图的时候，也要一条一条地画。摩天轮每个轿厢可以坐4人，我们可以用一个小条形表示一个轿厢可坐的人数(画：)，这个小条形表示几人呢？(4人)</w:t>
            </w:r>
          </w:p>
          <w:p>
            <w:pPr>
              <w:spacing w:after="20" w:line="276" w:lineRule="auto"/>
            </w:pPr>
            <w:r>
              <w:rPr>
                <w:rFonts w:ascii="宋体" w:hAnsi="宋体" w:eastAsia="宋体"/>
                <w:b w:val="0"/>
                <w:sz w:val="18"/>
              </w:rPr>
              <w:t>师：正好坐满了3个轿厢，该怎么画呢？那就是要画3个小条形，表示3个轿厢可坐的人数。(画：)</w:t>
            </w:r>
          </w:p>
          <w:p>
            <w:pPr>
              <w:spacing w:after="20" w:line="276" w:lineRule="auto"/>
            </w:pPr>
            <w:r>
              <w:rPr>
                <w:rFonts w:ascii="宋体" w:hAnsi="宋体" w:eastAsia="宋体"/>
                <w:b w:val="0"/>
                <w:sz w:val="18"/>
              </w:rPr>
              <w:t>师：这幅图画出来了，哪些是已经知道的信息，哪些是要求的问题呢？</w:t>
            </w:r>
          </w:p>
          <w:p>
            <w:pPr>
              <w:spacing w:after="20" w:line="276" w:lineRule="auto"/>
            </w:pPr>
            <w:r>
              <w:rPr>
                <w:rFonts w:ascii="宋体" w:hAnsi="宋体" w:eastAsia="宋体"/>
                <w:b w:val="0"/>
                <w:sz w:val="18"/>
              </w:rPr>
              <w:t>根据学生的回答，教师介绍：我们可以将已经知道的信息直接标出来，将要求的问题用问号表示出来。(边说边完善图示：)</w:t>
            </w:r>
          </w:p>
          <w:p>
            <w:pPr>
              <w:spacing w:after="20" w:line="276" w:lineRule="auto"/>
            </w:pPr>
            <w:r>
              <w:rPr>
                <w:rFonts w:ascii="宋体" w:hAnsi="宋体" w:eastAsia="宋体"/>
                <w:b w:val="0"/>
                <w:sz w:val="18"/>
              </w:rPr>
              <w:t>师：摩天轮的信息我们通过小条形图画出来了。那碰碰车的信息该怎么表示呢？</w:t>
            </w:r>
          </w:p>
          <w:p>
            <w:pPr>
              <w:spacing w:after="20" w:line="276" w:lineRule="auto"/>
            </w:pPr>
            <w:r>
              <w:rPr>
                <w:rFonts w:ascii="宋体" w:hAnsi="宋体" w:eastAsia="宋体"/>
                <w:b w:val="0"/>
                <w:sz w:val="18"/>
              </w:rPr>
              <w:t>师：我们同样用小条形表示坐碰碰车的人数。碰碰车2人一辆，该画多长的小条形呢？能跟前面表示摩天轮一个轿厢能坐人数的小条形的长度一样吗？</w:t>
            </w:r>
          </w:p>
          <w:p>
            <w:pPr>
              <w:spacing w:after="20" w:line="276" w:lineRule="auto"/>
            </w:pPr>
            <w:r>
              <w:rPr>
                <w:rFonts w:ascii="宋体" w:hAnsi="宋体" w:eastAsia="宋体"/>
                <w:b w:val="0"/>
                <w:sz w:val="18"/>
              </w:rPr>
              <w:t>引导学生思考：表示一辆碰碰车可坐的人数与摩天轮一个轿厢可坐的人数不一样，不能画同样长，因为2是4的一半，只能画一半那么长。</w:t>
            </w:r>
          </w:p>
          <w:p>
            <w:pPr>
              <w:spacing w:after="20" w:line="276" w:lineRule="auto"/>
            </w:pPr>
            <w:r>
              <w:rPr>
                <w:rFonts w:ascii="宋体" w:hAnsi="宋体" w:eastAsia="宋体"/>
                <w:b w:val="0"/>
                <w:sz w:val="18"/>
              </w:rPr>
              <w:t>师：因为每辆碰碰车坐的人少，只有摩天轮一个轿厢坐的人数的一半，所以这个小条形也只能画一半那么长。(画：)</w:t>
            </w:r>
          </w:p>
          <w:p>
            <w:pPr>
              <w:spacing w:after="20" w:line="276" w:lineRule="auto"/>
            </w:pPr>
            <w:r>
              <w:rPr>
                <w:rFonts w:ascii="宋体" w:hAnsi="宋体" w:eastAsia="宋体"/>
                <w:b w:val="0"/>
                <w:sz w:val="18"/>
              </w:rPr>
              <w:t>师：接下来该怎么画呢？</w:t>
            </w:r>
          </w:p>
          <w:p>
            <w:pPr>
              <w:spacing w:after="20" w:line="276" w:lineRule="auto"/>
            </w:pPr>
            <w:r>
              <w:rPr>
                <w:rFonts w:ascii="宋体" w:hAnsi="宋体" w:eastAsia="宋体"/>
                <w:b w:val="0"/>
                <w:sz w:val="18"/>
              </w:rPr>
              <w:t>师生交流，引导学生理解：坐摩天轮和坐碰碰车的是同一群人，所以总人数一样多，那就是两个小条形图一样长。(画：)</w:t>
            </w:r>
          </w:p>
          <w:p>
            <w:pPr>
              <w:spacing w:after="20" w:line="276" w:lineRule="auto"/>
            </w:pPr>
            <w:r>
              <w:rPr>
                <w:rFonts w:ascii="宋体" w:hAnsi="宋体" w:eastAsia="宋体"/>
                <w:b w:val="0"/>
                <w:sz w:val="18"/>
              </w:rPr>
              <w:t>师：这个图中，又有哪些是已经知道的信息，哪些是要求的问题呢？</w:t>
            </w:r>
          </w:p>
          <w:p>
            <w:pPr>
              <w:spacing w:after="20" w:line="276" w:lineRule="auto"/>
            </w:pPr>
            <w:r>
              <w:rPr>
                <w:rFonts w:ascii="宋体" w:hAnsi="宋体" w:eastAsia="宋体"/>
                <w:b w:val="0"/>
                <w:sz w:val="18"/>
              </w:rPr>
              <w:t>根据学生的回答，教师完善条形图：</w:t>
            </w:r>
          </w:p>
          <w:p>
            <w:pPr>
              <w:spacing w:after="20" w:line="276" w:lineRule="auto"/>
            </w:pPr>
            <w:r>
              <w:rPr>
                <w:rFonts w:ascii="宋体" w:hAnsi="宋体" w:eastAsia="宋体"/>
                <w:b w:val="0"/>
                <w:sz w:val="18"/>
              </w:rPr>
              <w:t>2．自主尝试，独立解答。</w:t>
            </w:r>
          </w:p>
          <w:p>
            <w:pPr>
              <w:spacing w:after="20" w:line="276" w:lineRule="auto"/>
            </w:pPr>
            <w:r>
              <w:rPr>
                <w:rFonts w:ascii="宋体" w:hAnsi="宋体" w:eastAsia="宋体"/>
                <w:b w:val="0"/>
                <w:sz w:val="18"/>
              </w:rPr>
              <w:t>师：我们运用图示表示出了信息和问题，同学们再看看这个图，需要求几个问题？</w:t>
            </w:r>
          </w:p>
          <w:p>
            <w:pPr>
              <w:spacing w:after="20" w:line="276" w:lineRule="auto"/>
            </w:pPr>
            <w:r>
              <w:rPr>
                <w:rFonts w:ascii="宋体" w:hAnsi="宋体" w:eastAsia="宋体"/>
                <w:b w:val="0"/>
                <w:sz w:val="18"/>
              </w:rPr>
              <w:t>师：先求什么问题？再求什么问题？</w:t>
            </w:r>
          </w:p>
          <w:p>
            <w:pPr>
              <w:spacing w:after="20" w:line="276" w:lineRule="auto"/>
            </w:pPr>
            <w:r>
              <w:rPr>
                <w:rFonts w:ascii="宋体" w:hAnsi="宋体" w:eastAsia="宋体"/>
                <w:b w:val="0"/>
                <w:sz w:val="18"/>
              </w:rPr>
              <w:t>师：能先求要坐几辆碰碰车吗？为什么？</w:t>
            </w:r>
          </w:p>
          <w:p>
            <w:pPr>
              <w:spacing w:after="20" w:line="276" w:lineRule="auto"/>
            </w:pPr>
            <w:r>
              <w:rPr>
                <w:rFonts w:ascii="宋体" w:hAnsi="宋体" w:eastAsia="宋体"/>
                <w:b w:val="0"/>
                <w:sz w:val="18"/>
              </w:rPr>
              <w:t>因为要知道一共有多少人，才能求要坐几辆碰碰车，而坐摩天轮的人数就是这群学生一共的人数，所以要先求坐摩天轮的人数。</w:t>
            </w:r>
          </w:p>
          <w:p>
            <w:pPr>
              <w:spacing w:after="20" w:line="276" w:lineRule="auto"/>
            </w:pPr>
            <w:r>
              <w:rPr>
                <w:rFonts w:ascii="宋体" w:hAnsi="宋体" w:eastAsia="宋体"/>
                <w:b w:val="0"/>
                <w:sz w:val="18"/>
              </w:rPr>
              <w:t>师：同学们都做出来了吗？我们先解决什么问题？</w:t>
            </w:r>
          </w:p>
          <w:p>
            <w:pPr>
              <w:spacing w:after="20" w:line="276" w:lineRule="auto"/>
            </w:pPr>
            <w:r>
              <w:rPr>
                <w:rFonts w:ascii="宋体" w:hAnsi="宋体" w:eastAsia="宋体"/>
                <w:b w:val="0"/>
                <w:sz w:val="18"/>
              </w:rPr>
              <w:t>先求这群学生一共有多少人。</w:t>
            </w:r>
          </w:p>
          <w:p>
            <w:pPr>
              <w:spacing w:after="20" w:line="276" w:lineRule="auto"/>
            </w:pPr>
            <w:r>
              <w:rPr>
                <w:rFonts w:ascii="宋体" w:hAnsi="宋体" w:eastAsia="宋体"/>
                <w:b w:val="0"/>
                <w:sz w:val="18"/>
              </w:rPr>
              <w:t>师：求这群学生一共有多少人，该怎么计算呢？(板书：这群学生一共有多少人？)</w:t>
            </w:r>
          </w:p>
          <w:p>
            <w:pPr>
              <w:spacing w:after="20" w:line="276" w:lineRule="auto"/>
            </w:pPr>
            <w:r>
              <w:rPr>
                <w:rFonts w:ascii="宋体" w:hAnsi="宋体" w:eastAsia="宋体"/>
                <w:b w:val="0"/>
                <w:sz w:val="18"/>
              </w:rPr>
              <w:t>在学生交流的基础上，引导学生理解：求总人数就是求3个4人是多少人，用乘法计算，列式4×3。[板书：4×3＝12(人)]</w:t>
            </w:r>
          </w:p>
          <w:p>
            <w:pPr>
              <w:spacing w:after="20" w:line="276" w:lineRule="auto"/>
            </w:pPr>
            <w:r>
              <w:rPr>
                <w:rFonts w:ascii="宋体" w:hAnsi="宋体" w:eastAsia="宋体"/>
                <w:b w:val="0"/>
                <w:sz w:val="18"/>
              </w:rPr>
              <w:t>师：求要坐几辆碰碰车，又该怎么计算呢？(板书：要坐几辆碰碰车？)</w:t>
            </w:r>
          </w:p>
          <w:p>
            <w:pPr>
              <w:spacing w:after="20" w:line="276" w:lineRule="auto"/>
            </w:pPr>
            <w:r>
              <w:rPr>
                <w:rFonts w:ascii="宋体" w:hAnsi="宋体" w:eastAsia="宋体"/>
                <w:b w:val="0"/>
                <w:sz w:val="18"/>
              </w:rPr>
              <w:t>在学生交流的基础上，引导学生理解：求要坐几辆碰碰车就是将总人数按每2个一份，看有多少份，用除法计算。这个总人数题目没有直接告诉，但是第1个问题求的就是总人数，所以可以用到第1个问题的计算结果，可知总人数是12人。求12里面有几个2，列式为12÷2。[板书：12÷2＝6(辆)]</w:t>
            </w:r>
          </w:p>
          <w:p>
            <w:pPr>
              <w:spacing w:after="20" w:line="276" w:lineRule="auto"/>
            </w:pPr>
            <w:r>
              <w:rPr>
                <w:rFonts w:ascii="宋体" w:hAnsi="宋体" w:eastAsia="宋体"/>
                <w:b w:val="0"/>
                <w:sz w:val="18"/>
              </w:rPr>
              <w:t>师：这两个问题你们都解答对了吗？同桌之间互相说说自己是怎么想的，为什么这样列式。</w:t>
            </w:r>
          </w:p>
          <w:p>
            <w:pPr>
              <w:spacing w:after="20" w:line="276" w:lineRule="auto"/>
            </w:pPr>
            <w:r>
              <w:rPr>
                <w:rFonts w:ascii="宋体" w:hAnsi="宋体" w:eastAsia="宋体"/>
                <w:b w:val="0"/>
                <w:sz w:val="18"/>
              </w:rPr>
              <w:t>4．检验解答，回顾反思。</w:t>
            </w:r>
          </w:p>
          <w:p>
            <w:pPr>
              <w:spacing w:after="20" w:line="276" w:lineRule="auto"/>
            </w:pPr>
            <w:r>
              <w:rPr>
                <w:rFonts w:ascii="宋体" w:hAnsi="宋体" w:eastAsia="宋体"/>
                <w:b w:val="0"/>
                <w:sz w:val="18"/>
              </w:rPr>
              <w:t>师：解决问题之后我们来检验一下，看看我们的解答是否正确。可以用什么方法检验呢？</w:t>
            </w:r>
          </w:p>
          <w:p>
            <w:pPr>
              <w:spacing w:after="20" w:line="276" w:lineRule="auto"/>
            </w:pPr>
            <w:r>
              <w:rPr>
                <w:rFonts w:ascii="宋体" w:hAnsi="宋体" w:eastAsia="宋体"/>
                <w:b w:val="0"/>
                <w:sz w:val="18"/>
              </w:rPr>
              <w:t>教师引导学生检验，通过坐摩天轮和坐碰碰车的人数相同验证解答正确。[教师板书：检验：4×3＝12(人)</w:t>
            </w:r>
          </w:p>
          <w:p>
            <w:pPr>
              <w:spacing w:after="20" w:line="276" w:lineRule="auto"/>
            </w:pPr>
            <w:r>
              <w:rPr>
                <w:rFonts w:ascii="宋体" w:hAnsi="宋体" w:eastAsia="宋体"/>
                <w:b w:val="0"/>
                <w:sz w:val="18"/>
              </w:rPr>
              <w:t>2×6＝12(人)]</w:t>
            </w:r>
          </w:p>
          <w:p>
            <w:pPr>
              <w:spacing w:after="20" w:line="276" w:lineRule="auto"/>
            </w:pPr>
            <w:r>
              <w:rPr>
                <w:rFonts w:ascii="宋体" w:hAnsi="宋体" w:eastAsia="宋体"/>
                <w:b w:val="0"/>
                <w:sz w:val="18"/>
              </w:rPr>
              <w:t>5．归纳小结，提升认识。</w:t>
            </w:r>
          </w:p>
          <w:p>
            <w:pPr>
              <w:spacing w:after="20" w:line="276" w:lineRule="auto"/>
            </w:pPr>
            <w:r>
              <w:rPr>
                <w:rFonts w:ascii="宋体" w:hAnsi="宋体" w:eastAsia="宋体"/>
                <w:b w:val="0"/>
                <w:sz w:val="18"/>
              </w:rPr>
              <w:t>师：我们回顾一下解决这个问题的过程，大家认为在解决问题的过程中有哪些需要注意的地方？</w:t>
            </w:r>
          </w:p>
          <w:p>
            <w:pPr>
              <w:spacing w:after="20" w:line="276" w:lineRule="auto"/>
            </w:pPr>
            <w:r>
              <w:rPr>
                <w:rFonts w:ascii="宋体" w:hAnsi="宋体" w:eastAsia="宋体"/>
                <w:b w:val="0"/>
                <w:sz w:val="18"/>
              </w:rPr>
              <w:t>师小结：首先要读懂题意，弄清楚题目中的数量关系；其次要运用合适的方式将问题中的数量关系表示出来，这样就看得更清楚，再就是要根据数量关系选择合适的运算列式解答，最后要对问题的结果进行检验，看是否正确。另外要注意，一个情境中有两个问题时，要确定这两个问题的解答顺序。</w:t>
            </w:r>
          </w:p>
        </w:tc>
        <w:tc>
          <w:tcPr>
            <w:tcW w:type="dxa" w:w="3061"/>
          </w:tcPr>
          <w:p>
            <w:pPr>
              <w:spacing w:after="20" w:line="276" w:lineRule="auto"/>
            </w:pPr>
            <w:r/>
            <w:r>
              <w:rPr>
                <w:rFonts w:ascii="宋体" w:hAnsi="宋体" w:eastAsia="宋体"/>
                <w:b w:val="0"/>
                <w:sz w:val="18"/>
              </w:rPr>
              <w:t>学生能读出文字的数据和问题，教师要引导学生理清信息间的关系。</w:t>
            </w:r>
          </w:p>
          <w:p>
            <w:pPr>
              <w:spacing w:after="20" w:line="276" w:lineRule="auto"/>
            </w:pPr>
            <w:r>
              <w:rPr>
                <w:rFonts w:ascii="宋体" w:hAnsi="宋体" w:eastAsia="宋体"/>
                <w:b w:val="0"/>
                <w:sz w:val="18"/>
              </w:rPr>
              <w:t>学生尝试用不同的方式表征信息。</w:t>
            </w:r>
          </w:p>
          <w:p>
            <w:pPr>
              <w:spacing w:after="20" w:line="276" w:lineRule="auto"/>
            </w:pPr>
            <w:r>
              <w:rPr>
                <w:rFonts w:ascii="宋体" w:hAnsi="宋体" w:eastAsia="宋体"/>
                <w:b w:val="0"/>
                <w:sz w:val="18"/>
              </w:rPr>
              <w:t>预设1：在教科书上，将数据和问题用线画出来。</w:t>
            </w:r>
          </w:p>
          <w:p>
            <w:pPr>
              <w:spacing w:after="20" w:line="276" w:lineRule="auto"/>
            </w:pPr>
            <w:r>
              <w:rPr>
                <w:rFonts w:ascii="宋体" w:hAnsi="宋体" w:eastAsia="宋体"/>
                <w:b w:val="0"/>
                <w:sz w:val="18"/>
              </w:rPr>
              <w:t>预设2：画线段图，用线段表示。</w:t>
            </w:r>
          </w:p>
          <w:p>
            <w:pPr>
              <w:spacing w:after="20" w:line="276" w:lineRule="auto"/>
            </w:pPr>
            <w:r>
              <w:rPr>
                <w:rFonts w:ascii="宋体" w:hAnsi="宋体" w:eastAsia="宋体"/>
                <w:b w:val="0"/>
                <w:sz w:val="18"/>
              </w:rPr>
              <w:t>预设3：仿照教科书上画条形图，但是不一定画得很规范。</w:t>
            </w:r>
          </w:p>
          <w:p>
            <w:pPr>
              <w:spacing w:after="20" w:line="276" w:lineRule="auto"/>
            </w:pPr>
            <w:r>
              <w:rPr>
                <w:rFonts w:ascii="宋体" w:hAnsi="宋体" w:eastAsia="宋体"/>
                <w:b w:val="0"/>
                <w:sz w:val="18"/>
              </w:rPr>
              <w:t>同学们自主解答，教师巡视指导，了解学生的思路和出现的问题，为后面的交流展示做准备。</w:t>
            </w:r>
          </w:p>
          <w:p>
            <w:pPr>
              <w:spacing w:after="20" w:line="276" w:lineRule="auto"/>
            </w:pPr>
            <w:r>
              <w:rPr>
                <w:rFonts w:ascii="宋体" w:hAnsi="宋体" w:eastAsia="宋体"/>
                <w:b w:val="0"/>
                <w:sz w:val="18"/>
              </w:rPr>
              <w:t>3．交流展示，规范解答。</w:t>
            </w:r>
          </w:p>
          <w:p>
            <w:pPr>
              <w:spacing w:after="20" w:line="276" w:lineRule="auto"/>
            </w:pPr>
            <w:r>
              <w:rPr>
                <w:rFonts w:ascii="宋体" w:hAnsi="宋体" w:eastAsia="宋体"/>
                <w:b w:val="0"/>
                <w:sz w:val="18"/>
              </w:rPr>
              <w:t>预设1：再做一遍。</w:t>
            </w:r>
          </w:p>
          <w:p>
            <w:pPr>
              <w:spacing w:after="20" w:line="276" w:lineRule="auto"/>
            </w:pPr>
            <w:r>
              <w:rPr>
                <w:rFonts w:ascii="宋体" w:hAnsi="宋体" w:eastAsia="宋体"/>
                <w:b w:val="0"/>
                <w:sz w:val="18"/>
              </w:rPr>
              <w:t>预设2：看看坐摩天轮和坐碰碰车的人数是否相同。</w:t>
            </w:r>
          </w:p>
          <w:p>
            <w:pPr>
              <w:spacing w:after="20" w:line="276" w:lineRule="auto"/>
            </w:pPr>
            <w:r>
              <w:rPr>
                <w:rFonts w:ascii="宋体" w:hAnsi="宋体" w:eastAsia="宋体"/>
                <w:b w:val="0"/>
                <w:sz w:val="18"/>
              </w:rPr>
              <w:t>预设3：12÷4＝3(个)或12÷3＝4(个)，数量刚好一致。</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设计递进式探究活动，引导学生在动手实践与合作交流中经历知识形成过程，突破本课重难点，核心问题："仔细读一读，你从中读到了哪些数学信息？"</w:t>
            </w:r>
          </w:p>
        </w:tc>
      </w:tr>
      <w:tr>
        <w:tc>
          <w:tcPr>
            <w:tcW w:type="dxa" w:w="1474"/>
          </w:tcPr>
          <w:p>
            <w:pPr>
              <w:spacing w:after="20" w:line="276" w:lineRule="auto"/>
            </w:pPr>
            <w:r>
              <w:rPr>
                <w:b/>
              </w:rPr>
            </w:r>
            <w:r>
              <w:rPr>
                <w:rFonts w:ascii="宋体" w:hAnsi="宋体" w:eastAsia="宋体"/>
                <w:b/>
                <w:sz w:val="18"/>
              </w:rPr>
              <w:t>课堂练习，及时巩固</w:t>
            </w:r>
          </w:p>
        </w:tc>
        <w:tc>
          <w:tcPr>
            <w:tcW w:type="dxa" w:w="3061"/>
          </w:tcPr>
          <w:p>
            <w:pPr>
              <w:spacing w:after="20" w:line="276" w:lineRule="auto"/>
            </w:pPr>
            <w:r/>
            <w:r>
              <w:rPr>
                <w:rFonts w:ascii="宋体" w:hAnsi="宋体" w:eastAsia="宋体"/>
                <w:b w:val="0"/>
                <w:sz w:val="18"/>
              </w:rPr>
              <w:t>1.完成教科书P84“做一做”。</w:t>
            </w:r>
          </w:p>
          <w:p>
            <w:pPr>
              <w:spacing w:after="20" w:line="276" w:lineRule="auto"/>
            </w:pPr>
            <w:r>
              <w:rPr>
                <w:rFonts w:ascii="宋体" w:hAnsi="宋体" w:eastAsia="宋体"/>
                <w:b w:val="0"/>
                <w:sz w:val="18"/>
              </w:rPr>
              <w:t>组织学生先画图分析，再列式解答。学生独立解答后全班交流展示，进行评价。</w:t>
            </w:r>
          </w:p>
          <w:p>
            <w:pPr>
              <w:spacing w:after="20" w:line="276" w:lineRule="auto"/>
            </w:pPr>
            <w:r>
              <w:rPr>
                <w:rFonts w:ascii="宋体" w:hAnsi="宋体" w:eastAsia="宋体"/>
                <w:b w:val="0"/>
                <w:sz w:val="18"/>
              </w:rPr>
              <w:t>2．完成教科书P85“练一练”第4题。</w:t>
            </w:r>
          </w:p>
          <w:p>
            <w:pPr>
              <w:spacing w:after="20" w:line="276" w:lineRule="auto"/>
            </w:pPr>
            <w:r>
              <w:rPr>
                <w:rFonts w:ascii="宋体" w:hAnsi="宋体" w:eastAsia="宋体"/>
                <w:b w:val="0"/>
                <w:sz w:val="18"/>
              </w:rPr>
              <w:t>两小问非常清晰，学生独立解答后，交流分析过程。</w:t>
            </w:r>
          </w:p>
          <w:p>
            <w:pPr>
              <w:spacing w:after="20" w:line="276" w:lineRule="auto"/>
            </w:pPr>
            <w:r>
              <w:rPr>
                <w:rFonts w:ascii="宋体" w:hAnsi="宋体" w:eastAsia="宋体"/>
                <w:b w:val="0"/>
                <w:sz w:val="18"/>
              </w:rPr>
              <w:t>3．完成教科书P85“练一练”第5题。</w:t>
            </w:r>
          </w:p>
          <w:p>
            <w:pPr>
              <w:spacing w:after="20" w:line="276" w:lineRule="auto"/>
            </w:pPr>
            <w:r>
              <w:rPr>
                <w:rFonts w:ascii="宋体" w:hAnsi="宋体" w:eastAsia="宋体"/>
                <w:b w:val="0"/>
                <w:sz w:val="18"/>
              </w:rPr>
              <w:t>先引导学生分析数量关系，再让学生独立解答。</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课堂小结，畅谈收获</w:t>
            </w:r>
          </w:p>
        </w:tc>
        <w:tc>
          <w:tcPr>
            <w:tcW w:type="dxa" w:w="3061"/>
          </w:tcPr>
          <w:p>
            <w:pPr>
              <w:spacing w:after="20" w:line="276" w:lineRule="auto"/>
            </w:pPr>
            <w:r/>
            <w:r>
              <w:rPr>
                <w:rFonts w:ascii="宋体" w:hAnsi="宋体" w:eastAsia="宋体"/>
                <w:b w:val="0"/>
                <w:sz w:val="18"/>
              </w:rPr>
              <w:t>师：同学们，通过这节课的学习，你们有什么收获？</w:t>
            </w:r>
          </w:p>
          <w:p>
            <w:pPr>
              <w:spacing w:after="20" w:line="276" w:lineRule="auto"/>
            </w:pPr>
            <w:r>
              <w:rPr>
                <w:rFonts w:ascii="宋体" w:hAnsi="宋体" w:eastAsia="宋体"/>
                <w:b w:val="0"/>
                <w:sz w:val="18"/>
              </w:rPr>
              <w:t>借助具体的问题情境，让学生经历表征信息、分析数量关系、列式解决问题的全过程。特别是在表征数学信息时，引导学生理解图中每部分表示的意义及各部分之间的关系，借此分析理解数量关系，实现分析能力的提升。在这个过程中，学生领悟解决问题的基本方法，积累解决问题的经验。</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引导学生回顾梳理本课所学，完善认知结构，提升归纳与反思能力，核心问题："同学们，通过这节课的学习，你们有什么收获？"</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解决问题</w:t>
      </w:r>
    </w:p>
    <w:p>
      <w:pPr>
        <w:spacing w:after="40" w:line="300" w:lineRule="auto"/>
      </w:pPr>
      <w:r>
        <w:rPr>
          <w:rFonts w:ascii="宋体" w:hAnsi="宋体" w:eastAsia="宋体"/>
          <w:b w:val="0"/>
          <w:sz w:val="20"/>
        </w:rPr>
        <w:t>这群学生一共有多少人？</w:t>
      </w:r>
    </w:p>
    <w:p>
      <w:pPr>
        <w:spacing w:after="40" w:line="300" w:lineRule="auto"/>
      </w:pPr>
      <w:r>
        <w:rPr>
          <w:rFonts w:ascii="宋体" w:hAnsi="宋体" w:eastAsia="宋体"/>
          <w:b w:val="0"/>
          <w:sz w:val="20"/>
        </w:rPr>
        <w:t>4×3＝12(人)</w:t>
      </w:r>
    </w:p>
    <w:p>
      <w:pPr>
        <w:spacing w:after="40" w:line="300" w:lineRule="auto"/>
      </w:pPr>
      <w:r>
        <w:rPr>
          <w:rFonts w:ascii="宋体" w:hAnsi="宋体" w:eastAsia="宋体"/>
          <w:b w:val="0"/>
          <w:sz w:val="20"/>
        </w:rPr>
        <w:t>要坐几辆碰碰车？</w:t>
      </w:r>
    </w:p>
    <w:p>
      <w:pPr>
        <w:spacing w:after="40" w:line="300" w:lineRule="auto"/>
      </w:pPr>
      <w:r>
        <w:rPr>
          <w:rFonts w:ascii="宋体" w:hAnsi="宋体" w:eastAsia="宋体"/>
          <w:b w:val="0"/>
          <w:sz w:val="20"/>
        </w:rPr>
        <w:t>12÷2＝6(辆)</w:t>
      </w:r>
    </w:p>
    <w:p>
      <w:pPr>
        <w:spacing w:after="40" w:line="300" w:lineRule="auto"/>
      </w:pPr>
      <w:r>
        <w:rPr>
          <w:rFonts w:ascii="宋体" w:hAnsi="宋体" w:eastAsia="宋体"/>
          <w:b w:val="0"/>
          <w:sz w:val="20"/>
        </w:rPr>
        <w:t>检验：4×3＝12(人)　2×6＝12(人)</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教科书P83例6，完成教科书P84“做一做”和P85“练一练”第4、5题。</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节课的解决问题是纯文字，而且用到了间接信息，在画图表示时，如何通过图形的长短反映数量之间的关系，学生学习有难度，所以在画图分析这个环节，花费的时间比较多，一方面是让学生学会画图表征信息，另一方面是通过画图这个过程，帮助学生理解数量关系。</w:t>
      </w:r>
    </w:p>
    <w:p>
      <w:r>
        <w:br w:type="page"/>
      </w:r>
    </w:p>
    <w:p>
      <w:pPr>
        <w:spacing w:after="80" w:line="300" w:lineRule="auto"/>
      </w:pPr>
      <w:r>
        <w:rPr>
          <w:rFonts w:ascii="黑体" w:hAnsi="黑体" w:eastAsia="黑体"/>
          <w:b/>
          <w:sz w:val="24"/>
        </w:rPr>
        <w:t>二、课时教学方案（第7课时）</w:t>
      </w:r>
    </w:p>
    <w:p>
      <w:pPr>
        <w:spacing w:after="80" w:line="300" w:lineRule="auto"/>
      </w:pPr>
      <w:r>
        <w:rPr>
          <w:rFonts w:ascii="黑体" w:hAnsi="黑体" w:eastAsia="黑体"/>
          <w:b/>
          <w:sz w:val="24"/>
        </w:rPr>
        <w:t>第7课时　整理和复习</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第7课时　整理和复习</w:t>
            </w:r>
          </w:p>
        </w:tc>
        <w:tc>
          <w:tcPr>
            <w:tcW w:type="dxa" w:w="6009"/>
          </w:tcPr>
          <w:p>
            <w:pPr>
              <w:spacing w:after="20" w:line="276" w:lineRule="auto"/>
            </w:pPr>
            <w:r/>
            <w:r>
              <w:rPr>
                <w:rFonts w:ascii="宋体" w:hAnsi="宋体" w:eastAsia="宋体"/>
                <w:b w:val="0"/>
                <w:sz w:val="20"/>
              </w:rPr>
              <w:t>第5单元 7-9的表内乘、除法</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在此之前，学生已经学习了1～6的表内乘、除法，知道了乘法的意义和除法的意义，会“一图三式”，能根据实际情境列出乘法算式和除法算式；积累了编制乘法口诀的经验，初步体会到了乘法算式中各部分与相应除法算式中各部分之间的关系，会运用1～6的乘法口诀计算1～6的表内乘、除法。但是对于编制7～9的乘法口诀以及运用乘法口诀口算乘除法，学生还是以具体思维习惯为主，其抽象、综合、归纳、概括能力还有待逐步形成，而且7～9的乘法口诀句数较多，记忆不太容易；在解决问题时，后一个问题要用到前一个问题的结果，学生容易出错，这些都是学生学习的难点。因此，在教学中要注重引导学生理解数量关系，在此基础上理解每句乘法口诀的意义和解决问题列式的依据，从而提高学生的推理能力。</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教学内容：教科书P86“你知道吗？”及P87～88整理和复习，完成教科书P89“练一练”第1、2题。</w:t>
      </w:r>
    </w:p>
    <w:p>
      <w:pPr>
        <w:spacing w:after="80" w:line="300" w:lineRule="auto"/>
        <w:ind w:firstLine="400"/>
      </w:pPr>
      <w:r>
        <w:rPr>
          <w:rFonts w:ascii="宋体" w:hAnsi="宋体" w:eastAsia="宋体"/>
          <w:b w:val="0"/>
          <w:sz w:val="20"/>
        </w:rPr>
        <w:t>教学准备：课件、卡片。</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（1）通过有序地整理和复习表内乘法，理解乘法口诀之间的关系，进一步巩固乘法口诀，通过有规律地记忆乘法口诀，加深对乘法意义的理解。</w:t>
      </w:r>
    </w:p>
    <w:p>
      <w:pPr>
        <w:spacing w:after="20" w:line="300" w:lineRule="auto"/>
        <w:ind w:firstLine="400"/>
      </w:pPr>
      <w:r>
        <w:rPr>
          <w:rFonts w:ascii="宋体" w:hAnsi="宋体" w:eastAsia="宋体"/>
          <w:b w:val="0"/>
          <w:sz w:val="20"/>
        </w:rPr>
        <w:t>（2）通过有序地整理和复习表内除法及联系沟通表内乘法，进一步体会乘、除法间的内在联系，理解除法的算理，发现除法算式的一些规律，加强学生对表内除法的计算能力。</w:t>
      </w:r>
    </w:p>
    <w:p>
      <w:pPr>
        <w:spacing w:after="20" w:line="300" w:lineRule="auto"/>
        <w:ind w:firstLine="400"/>
      </w:pPr>
      <w:r>
        <w:rPr>
          <w:rFonts w:ascii="宋体" w:hAnsi="宋体" w:eastAsia="宋体"/>
          <w:b w:val="0"/>
          <w:sz w:val="20"/>
        </w:rPr>
        <w:t>（3）结合具体的情境表征信息、分析数量关系，选择合适的运算解决问题，发展应用意识和提升解决问题的能力。</w:t>
      </w:r>
    </w:p>
    <w:p>
      <w:pPr>
        <w:spacing w:after="20" w:line="300" w:lineRule="auto"/>
        <w:ind w:firstLine="400"/>
      </w:pPr>
      <w:r>
        <w:rPr>
          <w:rFonts w:ascii="宋体" w:hAnsi="宋体" w:eastAsia="宋体"/>
          <w:b w:val="0"/>
          <w:sz w:val="20"/>
        </w:rPr>
        <w:t>（4）引导学生经历对表内乘、除法的自主表达，通过比较、归纳等活动，积累整理复习的方法和经验。</w:t>
      </w:r>
    </w:p>
    <w:p>
      <w:pPr>
        <w:spacing w:after="20" w:line="300" w:lineRule="auto"/>
      </w:pPr>
      <w:r>
        <w:rPr>
          <w:rFonts w:ascii="宋体" w:hAnsi="宋体" w:eastAsia="宋体"/>
          <w:b w:val="0"/>
          <w:sz w:val="20"/>
        </w:rPr>
        <w:t>教学重点：深化对表内乘、除法的认识，熟练地运用乘法口诀进行乘、除法计算。</w:t>
      </w:r>
    </w:p>
    <w:p>
      <w:pPr>
        <w:spacing w:after="20" w:line="300" w:lineRule="auto"/>
      </w:pPr>
      <w:r>
        <w:rPr>
          <w:rFonts w:ascii="宋体" w:hAnsi="宋体" w:eastAsia="宋体"/>
          <w:b w:val="0"/>
          <w:sz w:val="20"/>
        </w:rPr>
        <w:t>教学难点：体会乘、除法之间的内在联系，在理解算理的基础上正确运算。</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谈话导入，激活经验</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同学们，本单元我们学习了哪些知识？你有哪些收获呢？</w:t>
            </w:r>
          </w:p>
        </w:tc>
        <w:tc>
          <w:tcPr>
            <w:tcW w:type="dxa" w:w="1361"/>
          </w:tcPr>
          <w:p>
            <w:pPr>
              <w:spacing w:after="20" w:line="276" w:lineRule="auto"/>
            </w:pPr>
            <w:r/>
            <w:r>
              <w:rPr>
                <w:rFonts w:ascii="宋体" w:hAnsi="宋体" w:eastAsia="宋体"/>
                <w:b w:val="0"/>
                <w:sz w:val="18"/>
              </w:rPr>
              <w:t>2分钟</w:t>
            </w:r>
          </w:p>
        </w:tc>
      </w:tr>
      <w:tr>
        <w:tc>
          <w:tcPr>
            <w:tcW w:type="dxa" w:w="2835"/>
          </w:tcPr>
          <w:p>
            <w:pPr>
              <w:spacing w:after="20" w:line="276" w:lineRule="auto"/>
            </w:pPr>
            <w:r/>
            <w:r>
              <w:rPr>
                <w:rFonts w:ascii="宋体" w:hAnsi="宋体" w:eastAsia="宋体"/>
                <w:b w:val="0"/>
                <w:sz w:val="18"/>
              </w:rPr>
              <w:t>课件出示教科书P86“你知道吗？”</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九九乘法口诀表中有怎样的秘密呢？</w:t>
            </w:r>
          </w:p>
        </w:tc>
        <w:tc>
          <w:tcPr>
            <w:tcW w:type="dxa" w:w="1361"/>
          </w:tcPr>
          <w:p>
            <w:pPr>
              <w:spacing w:after="20" w:line="276" w:lineRule="auto"/>
            </w:pPr>
            <w:r/>
            <w:r>
              <w:rPr>
                <w:rFonts w:ascii="宋体" w:hAnsi="宋体" w:eastAsia="宋体"/>
                <w:b w:val="0"/>
                <w:sz w:val="18"/>
              </w:rPr>
              <w:t>2分钟</w:t>
            </w:r>
          </w:p>
        </w:tc>
      </w:tr>
      <w:tr>
        <w:tc>
          <w:tcPr>
            <w:tcW w:type="dxa" w:w="2835"/>
          </w:tcPr>
          <w:p>
            <w:pPr>
              <w:spacing w:after="20" w:line="276" w:lineRule="auto"/>
            </w:pPr>
            <w:r/>
            <w:r>
              <w:rPr>
                <w:rFonts w:ascii="宋体" w:hAnsi="宋体" w:eastAsia="宋体"/>
                <w:b w:val="0"/>
                <w:sz w:val="18"/>
              </w:rPr>
              <w:t>回顾整理乘法口诀，建构网络</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请同学们想一想，我们学过关于几的乘法口诀？各有几句？；怎样整理乘法口诀才能帮助我们更好地理解和记忆？</w:t>
            </w:r>
          </w:p>
        </w:tc>
        <w:tc>
          <w:tcPr>
            <w:tcW w:type="dxa" w:w="1361"/>
          </w:tcPr>
          <w:p>
            <w:pPr>
              <w:spacing w:after="20" w:line="276" w:lineRule="auto"/>
            </w:pPr>
            <w:r/>
            <w:r>
              <w:rPr>
                <w:rFonts w:ascii="宋体" w:hAnsi="宋体" w:eastAsia="宋体"/>
                <w:b w:val="0"/>
                <w:sz w:val="18"/>
              </w:rPr>
              <w:t>17分钟</w:t>
            </w:r>
          </w:p>
        </w:tc>
      </w:tr>
      <w:tr>
        <w:tc>
          <w:tcPr>
            <w:tcW w:type="dxa" w:w="2835"/>
          </w:tcPr>
          <w:p>
            <w:pPr>
              <w:spacing w:after="20" w:line="276" w:lineRule="auto"/>
            </w:pPr>
            <w:r/>
            <w:r>
              <w:rPr>
                <w:rFonts w:ascii="宋体" w:hAnsi="宋体" w:eastAsia="宋体"/>
                <w:b w:val="0"/>
                <w:sz w:val="18"/>
              </w:rPr>
              <w:t>回顾整理用乘法口诀计算的除法算式</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这些乘法口诀不仅能进行表内乘法口算，还能进行除法口算。回忆一下，用乘法口诀口算的除法算式有哪些？；同学们用自己的方式整理了用乘法口诀计算的除法算式，大家观察以下这个表格，根据已有的算式，你能发现什么规律？</w:t>
            </w:r>
          </w:p>
        </w:tc>
        <w:tc>
          <w:tcPr>
            <w:tcW w:type="dxa" w:w="1361"/>
          </w:tcPr>
          <w:p>
            <w:pPr>
              <w:spacing w:after="20" w:line="276" w:lineRule="auto"/>
            </w:pPr>
            <w:r/>
            <w:r>
              <w:rPr>
                <w:rFonts w:ascii="宋体" w:hAnsi="宋体" w:eastAsia="宋体"/>
                <w:b w:val="0"/>
                <w:sz w:val="18"/>
              </w:rPr>
              <w:t>16分钟</w:t>
            </w:r>
          </w:p>
        </w:tc>
      </w:tr>
      <w:tr>
        <w:tc>
          <w:tcPr>
            <w:tcW w:type="dxa" w:w="2835"/>
          </w:tcPr>
          <w:p>
            <w:pPr>
              <w:spacing w:after="20" w:line="276" w:lineRule="auto"/>
            </w:pPr>
            <w:r/>
            <w:r>
              <w:rPr>
                <w:rFonts w:ascii="宋体" w:hAnsi="宋体" w:eastAsia="宋体"/>
                <w:b w:val="0"/>
                <w:sz w:val="18"/>
              </w:rPr>
              <w:t>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通过本节课的整理和复习，你有哪些收获？还有什么问题吗？</w:t>
            </w:r>
          </w:p>
        </w:tc>
        <w:tc>
          <w:tcPr>
            <w:tcW w:type="dxa" w:w="1361"/>
          </w:tcPr>
          <w:p>
            <w:pPr>
              <w:spacing w:after="20" w:line="276" w:lineRule="auto"/>
            </w:pPr>
            <w:r/>
            <w:r>
              <w:rPr>
                <w:rFonts w:ascii="宋体" w:hAnsi="宋体" w:eastAsia="宋体"/>
                <w:b w:val="0"/>
                <w:sz w:val="18"/>
              </w:rPr>
              <w:t>3分钟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谈话导入，激活经验</w:t>
            </w:r>
          </w:p>
        </w:tc>
        <w:tc>
          <w:tcPr>
            <w:tcW w:type="dxa" w:w="3061"/>
          </w:tcPr>
          <w:p>
            <w:pPr>
              <w:spacing w:after="20" w:line="276" w:lineRule="auto"/>
            </w:pPr>
            <w:r/>
            <w:r>
              <w:rPr>
                <w:rFonts w:ascii="宋体" w:hAnsi="宋体" w:eastAsia="宋体"/>
                <w:b w:val="0"/>
                <w:sz w:val="18"/>
              </w:rPr>
              <w:t>师：同学们，本单元我们学习了哪些知识？你有哪些收获呢？</w:t>
            </w:r>
          </w:p>
          <w:p>
            <w:pPr>
              <w:spacing w:after="20" w:line="276" w:lineRule="auto"/>
            </w:pPr>
            <w:r>
              <w:rPr>
                <w:rFonts w:ascii="宋体" w:hAnsi="宋体" w:eastAsia="宋体"/>
                <w:b w:val="0"/>
                <w:sz w:val="18"/>
              </w:rPr>
              <w:t>师：本单元是表内乘、除法的最后一个单元，关于乘法口诀在我国两千多年前就有了，下面大家来了解一下吧。</w:t>
            </w:r>
          </w:p>
        </w:tc>
        <w:tc>
          <w:tcPr>
            <w:tcW w:type="dxa" w:w="3061"/>
          </w:tcPr>
          <w:p>
            <w:pPr>
              <w:spacing w:after="20" w:line="276" w:lineRule="auto"/>
            </w:pPr>
            <w:r/>
            <w:r>
              <w:rPr>
                <w:rFonts w:ascii="宋体" w:hAnsi="宋体" w:eastAsia="宋体"/>
                <w:b w:val="0"/>
                <w:sz w:val="18"/>
              </w:rPr>
              <w:t>学生交流本单元的学习内容，并分享学习经验。</w:t>
            </w:r>
          </w:p>
        </w:tc>
        <w:tc>
          <w:tcPr>
            <w:tcW w:type="dxa" w:w="1814"/>
          </w:tcPr>
          <w:p>
            <w:pPr>
              <w:spacing w:after="20" w:line="276" w:lineRule="auto"/>
            </w:pPr>
            <w:r/>
            <w:r>
              <w:rPr>
                <w:rFonts w:ascii="宋体" w:hAnsi="宋体" w:eastAsia="宋体"/>
                <w:b w:val="0"/>
                <w:sz w:val="18"/>
              </w:rPr>
              <w:t>创设情境激活学生已有经验，自然引出本课学习内容，激发学习兴趣，核心问题："同学们，本单元我们学习了哪些知识？你有哪些收获呢？"</w:t>
            </w:r>
          </w:p>
        </w:tc>
      </w:tr>
      <w:tr>
        <w:tc>
          <w:tcPr>
            <w:tcW w:type="dxa" w:w="1474"/>
          </w:tcPr>
          <w:p>
            <w:pPr>
              <w:spacing w:after="20" w:line="276" w:lineRule="auto"/>
            </w:pPr>
            <w:r>
              <w:rPr>
                <w:b/>
              </w:rPr>
            </w:r>
            <w:r>
              <w:rPr>
                <w:rFonts w:ascii="宋体" w:hAnsi="宋体" w:eastAsia="宋体"/>
                <w:b/>
                <w:sz w:val="18"/>
              </w:rPr>
              <w:t>课件出示教科书P86“你知道吗？”</w:t>
            </w:r>
          </w:p>
        </w:tc>
        <w:tc>
          <w:tcPr>
            <w:tcW w:type="dxa" w:w="3061"/>
          </w:tcPr>
          <w:p>
            <w:pPr>
              <w:spacing w:after="20" w:line="276" w:lineRule="auto"/>
            </w:pPr>
            <w:r/>
            <w:r>
              <w:rPr>
                <w:rFonts w:ascii="宋体" w:hAnsi="宋体" w:eastAsia="宋体"/>
                <w:b w:val="0"/>
                <w:sz w:val="18"/>
              </w:rPr>
              <w:t>教师简单介绍九九乘法口诀表。</w:t>
            </w:r>
          </w:p>
          <w:p>
            <w:pPr>
              <w:spacing w:after="20" w:line="276" w:lineRule="auto"/>
            </w:pPr>
            <w:r>
              <w:rPr>
                <w:rFonts w:ascii="宋体" w:hAnsi="宋体" w:eastAsia="宋体"/>
                <w:b w:val="0"/>
                <w:sz w:val="18"/>
              </w:rPr>
              <w:t>师：九九乘法口诀表中有怎样的秘密呢？本节课，我们对表内乘法和表内除法进行系统的整理和复习。(板书课题：整理和复习　乘法口诀表)</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围绕环节目标组织学习活动，引导学生主动参与、积极思考，核心问题："九九乘法口诀表中有怎样的秘密呢？"</w:t>
            </w:r>
          </w:p>
        </w:tc>
      </w:tr>
      <w:tr>
        <w:tc>
          <w:tcPr>
            <w:tcW w:type="dxa" w:w="1474"/>
          </w:tcPr>
          <w:p>
            <w:pPr>
              <w:spacing w:after="20" w:line="276" w:lineRule="auto"/>
            </w:pPr>
            <w:r>
              <w:rPr>
                <w:b/>
              </w:rPr>
            </w:r>
            <w:r>
              <w:rPr>
                <w:rFonts w:ascii="宋体" w:hAnsi="宋体" w:eastAsia="宋体"/>
                <w:b/>
                <w:sz w:val="18"/>
              </w:rPr>
              <w:t>回顾整理乘法口诀，建构网络</w:t>
            </w:r>
          </w:p>
        </w:tc>
        <w:tc>
          <w:tcPr>
            <w:tcW w:type="dxa" w:w="3061"/>
          </w:tcPr>
          <w:p>
            <w:pPr>
              <w:spacing w:after="20" w:line="276" w:lineRule="auto"/>
            </w:pPr>
            <w:r/>
            <w:r>
              <w:rPr>
                <w:rFonts w:ascii="宋体" w:hAnsi="宋体" w:eastAsia="宋体"/>
                <w:b w:val="0"/>
                <w:sz w:val="18"/>
              </w:rPr>
              <w:t>1.回忆所学乘法口诀。</w:t>
            </w:r>
          </w:p>
          <w:p>
            <w:pPr>
              <w:spacing w:after="20" w:line="276" w:lineRule="auto"/>
            </w:pPr>
            <w:r>
              <w:rPr>
                <w:rFonts w:ascii="宋体" w:hAnsi="宋体" w:eastAsia="宋体"/>
                <w:b w:val="0"/>
                <w:sz w:val="18"/>
              </w:rPr>
              <w:t>师：请同学们想一想，我们学过关于几的乘法口诀？各有几句？</w:t>
            </w:r>
          </w:p>
          <w:p>
            <w:pPr>
              <w:spacing w:after="20" w:line="276" w:lineRule="auto"/>
            </w:pPr>
            <w:r>
              <w:rPr>
                <w:rFonts w:ascii="宋体" w:hAnsi="宋体" w:eastAsia="宋体"/>
                <w:b w:val="0"/>
                <w:sz w:val="18"/>
              </w:rPr>
              <w:t>通过共同回忆和计算，学生可能会想到：学过1～9的乘法口诀，1的乘法口诀有1句，2的乘法口诀有2句，3的乘法口诀有3句，4的乘法口诀有4句……</w:t>
            </w:r>
          </w:p>
          <w:p>
            <w:pPr>
              <w:spacing w:after="20" w:line="276" w:lineRule="auto"/>
            </w:pPr>
            <w:r>
              <w:rPr>
                <w:rFonts w:ascii="宋体" w:hAnsi="宋体" w:eastAsia="宋体"/>
                <w:b w:val="0"/>
                <w:sz w:val="18"/>
              </w:rPr>
              <w:t>2．自主整理乘法口诀表。</w:t>
            </w:r>
          </w:p>
          <w:p>
            <w:pPr>
              <w:spacing w:after="20" w:line="276" w:lineRule="auto"/>
            </w:pPr>
            <w:r>
              <w:rPr>
                <w:rFonts w:ascii="宋体" w:hAnsi="宋体" w:eastAsia="宋体"/>
                <w:b w:val="0"/>
                <w:sz w:val="18"/>
              </w:rPr>
              <w:t>师：怎样整理乘法口诀才能帮助我们更好地理解和记忆？下面请大家以小组为单位进行整理。</w:t>
            </w:r>
          </w:p>
          <w:p>
            <w:pPr>
              <w:spacing w:after="20" w:line="276" w:lineRule="auto"/>
            </w:pPr>
            <w:r>
              <w:rPr>
                <w:rFonts w:ascii="宋体" w:hAnsi="宋体" w:eastAsia="宋体"/>
                <w:b w:val="0"/>
                <w:sz w:val="18"/>
              </w:rPr>
              <w:t>由于学生有了整理1～6的乘法口诀的经验，多数小组的学生会将2～9的乘法口诀按一定的顺序排列好，形成一个有结构、有系统的表格。</w:t>
            </w:r>
          </w:p>
          <w:p>
            <w:pPr>
              <w:spacing w:after="20" w:line="276" w:lineRule="auto"/>
            </w:pPr>
            <w:r>
              <w:rPr>
                <w:rFonts w:ascii="宋体" w:hAnsi="宋体" w:eastAsia="宋体"/>
                <w:b w:val="0"/>
                <w:sz w:val="18"/>
              </w:rPr>
              <w:t>3．展示乘法口诀表，建构网络。</w:t>
            </w:r>
          </w:p>
          <w:p>
            <w:pPr>
              <w:spacing w:after="20" w:line="276" w:lineRule="auto"/>
            </w:pPr>
            <w:r>
              <w:rPr>
                <w:rFonts w:ascii="宋体" w:hAnsi="宋体" w:eastAsia="宋体"/>
                <w:b w:val="0"/>
                <w:sz w:val="18"/>
              </w:rPr>
              <w:t>师：下面请各小组将自己整理的结果向全班展示。</w:t>
            </w:r>
          </w:p>
          <w:p>
            <w:pPr>
              <w:spacing w:after="20" w:line="276" w:lineRule="auto"/>
            </w:pPr>
            <w:r>
              <w:rPr>
                <w:rFonts w:ascii="宋体" w:hAnsi="宋体" w:eastAsia="宋体"/>
                <w:b w:val="0"/>
                <w:sz w:val="18"/>
              </w:rPr>
              <w:t>各组展示的同时，教师对整理的结构完整、书写整齐而美观的小组给予表扬。</w:t>
            </w:r>
          </w:p>
          <w:p>
            <w:pPr>
              <w:spacing w:after="20" w:line="276" w:lineRule="auto"/>
            </w:pPr>
            <w:r>
              <w:rPr>
                <w:rFonts w:ascii="宋体" w:hAnsi="宋体" w:eastAsia="宋体"/>
                <w:b w:val="0"/>
                <w:sz w:val="18"/>
              </w:rPr>
              <w:t>师：同学们整理得非常不错，老师也和大家一样整理了全部的乘法口诀，一起来看一看吧。</w:t>
            </w:r>
          </w:p>
          <w:p>
            <w:pPr>
              <w:spacing w:after="20" w:line="276" w:lineRule="auto"/>
            </w:pPr>
            <w:r>
              <w:rPr>
                <w:rFonts w:ascii="宋体" w:hAnsi="宋体" w:eastAsia="宋体"/>
                <w:b w:val="0"/>
                <w:sz w:val="18"/>
              </w:rPr>
              <w:t>课件展示完整的“小九九”乘法口诀表。</w:t>
            </w:r>
          </w:p>
          <w:p>
            <w:pPr>
              <w:spacing w:after="20" w:line="276" w:lineRule="auto"/>
            </w:pPr>
            <w:r>
              <w:rPr>
                <w:rFonts w:ascii="宋体" w:hAnsi="宋体" w:eastAsia="宋体"/>
                <w:b w:val="0"/>
                <w:sz w:val="18"/>
              </w:rPr>
              <w:t>师：上面的乘法口诀表有多少句呢？</w:t>
            </w:r>
          </w:p>
          <w:p>
            <w:pPr>
              <w:spacing w:after="20" w:line="276" w:lineRule="auto"/>
            </w:pPr>
            <w:r>
              <w:rPr>
                <w:rFonts w:ascii="宋体" w:hAnsi="宋体" w:eastAsia="宋体"/>
                <w:b w:val="0"/>
                <w:sz w:val="18"/>
              </w:rPr>
              <w:t>是几的乘法口诀就有几句。有的学生可能说全部乘法口诀的句数是44句，也有学生会补充说还有一句“一一得一”，所以我们一共学习了45句乘法口诀。</w:t>
            </w:r>
          </w:p>
          <w:p>
            <w:pPr>
              <w:spacing w:after="20" w:line="276" w:lineRule="auto"/>
            </w:pPr>
            <w:r>
              <w:rPr>
                <w:rFonts w:ascii="宋体" w:hAnsi="宋体" w:eastAsia="宋体"/>
                <w:b w:val="0"/>
                <w:sz w:val="18"/>
              </w:rPr>
              <w:t>教师根据学生回答板书：“小九九”乘法口诀表：是几就有几句乘法口诀，一共45句乘法口诀。</w:t>
            </w:r>
          </w:p>
          <w:p>
            <w:pPr>
              <w:spacing w:after="20" w:line="276" w:lineRule="auto"/>
            </w:pPr>
            <w:r>
              <w:rPr>
                <w:rFonts w:ascii="宋体" w:hAnsi="宋体" w:eastAsia="宋体"/>
                <w:b w:val="0"/>
                <w:sz w:val="18"/>
              </w:rPr>
              <w:t>师：这些口诀我们都能够熟练地背下来，那么你知道它们表示什么意思吗？</w:t>
            </w:r>
          </w:p>
          <w:p>
            <w:pPr>
              <w:spacing w:after="20" w:line="276" w:lineRule="auto"/>
            </w:pPr>
            <w:r>
              <w:rPr>
                <w:rFonts w:ascii="宋体" w:hAnsi="宋体" w:eastAsia="宋体"/>
                <w:b w:val="0"/>
                <w:sz w:val="18"/>
              </w:rPr>
              <w:t>引导学生说出如“二五一十”表示2个5(或5个2)的和是10，“五九四十五”表示5个9(或9个5)的和是45。</w:t>
            </w:r>
          </w:p>
          <w:p>
            <w:pPr>
              <w:spacing w:after="20" w:line="276" w:lineRule="auto"/>
            </w:pPr>
            <w:r>
              <w:rPr>
                <w:rFonts w:ascii="宋体" w:hAnsi="宋体" w:eastAsia="宋体"/>
                <w:b w:val="0"/>
                <w:sz w:val="18"/>
              </w:rPr>
              <w:t>4．发现规律。</w:t>
            </w:r>
          </w:p>
          <w:p>
            <w:pPr>
              <w:spacing w:after="20" w:line="276" w:lineRule="auto"/>
            </w:pPr>
            <w:r>
              <w:rPr>
                <w:rFonts w:ascii="宋体" w:hAnsi="宋体" w:eastAsia="宋体"/>
                <w:b w:val="0"/>
                <w:sz w:val="18"/>
              </w:rPr>
              <w:t>师：观察这个乘法口诀表，你发现了什么规律？</w:t>
            </w:r>
          </w:p>
          <w:p>
            <w:pPr>
              <w:spacing w:after="20" w:line="276" w:lineRule="auto"/>
            </w:pPr>
            <w:r>
              <w:rPr>
                <w:rFonts w:ascii="宋体" w:hAnsi="宋体" w:eastAsia="宋体"/>
                <w:b w:val="0"/>
                <w:sz w:val="18"/>
              </w:rPr>
              <w:t>横着看时，几的口诀就有几句；竖着看时，第几列就用几开头；每一行末尾的口诀，都是相同的两个数相乘，即一一得一、二二得四、三三得九……九九八十一；2的口诀相邻两句的积相差2，3的口诀相邻两句的积相差3……9的口诀相邻两句的积相差9。</w:t>
            </w:r>
          </w:p>
          <w:p>
            <w:pPr>
              <w:spacing w:after="20" w:line="276" w:lineRule="auto"/>
            </w:pPr>
            <w:r>
              <w:rPr>
                <w:rFonts w:ascii="宋体" w:hAnsi="宋体" w:eastAsia="宋体"/>
                <w:b w:val="0"/>
                <w:sz w:val="18"/>
              </w:rPr>
              <w:t>师：找到这么多的规律，大家一定能更快更好地记住这些乘法口诀了。</w:t>
            </w:r>
          </w:p>
          <w:p>
            <w:pPr>
              <w:spacing w:after="20" w:line="276" w:lineRule="auto"/>
            </w:pPr>
            <w:r>
              <w:rPr>
                <w:rFonts w:ascii="宋体" w:hAnsi="宋体" w:eastAsia="宋体"/>
                <w:b w:val="0"/>
                <w:sz w:val="18"/>
              </w:rPr>
              <w:t>5．记忆口诀。</w:t>
            </w:r>
          </w:p>
          <w:p>
            <w:pPr>
              <w:spacing w:after="20" w:line="276" w:lineRule="auto"/>
            </w:pPr>
            <w:r>
              <w:rPr>
                <w:rFonts w:ascii="宋体" w:hAnsi="宋体" w:eastAsia="宋体"/>
                <w:b w:val="0"/>
                <w:sz w:val="18"/>
              </w:rPr>
              <w:t>师：先自己记一记，然后同桌两人一组做一个对口令的游戏，比比谁算得快。</w:t>
            </w:r>
          </w:p>
          <w:p>
            <w:pPr>
              <w:spacing w:after="20" w:line="276" w:lineRule="auto"/>
            </w:pPr>
            <w:r>
              <w:rPr>
                <w:rFonts w:ascii="宋体" w:hAnsi="宋体" w:eastAsia="宋体"/>
                <w:b w:val="0"/>
                <w:sz w:val="18"/>
              </w:rPr>
              <w:t>6．补充完善，形成“大九九”乘法口诀表。</w:t>
            </w:r>
          </w:p>
          <w:p>
            <w:pPr>
              <w:spacing w:after="20" w:line="276" w:lineRule="auto"/>
            </w:pPr>
            <w:r>
              <w:rPr>
                <w:rFonts w:ascii="宋体" w:hAnsi="宋体" w:eastAsia="宋体"/>
                <w:b w:val="0"/>
                <w:sz w:val="18"/>
              </w:rPr>
              <w:t>师：上面的乘法口诀表俗称“小九九”。如果把每个数的乘法口诀补充完整(补上二一得二、三一得三，三二得六……)，就得到“大九九”。你能将“小九九”变成“大九九”吗？</w:t>
            </w:r>
          </w:p>
          <w:p>
            <w:pPr>
              <w:spacing w:after="20" w:line="276" w:lineRule="auto"/>
            </w:pPr>
            <w:r>
              <w:rPr>
                <w:rFonts w:ascii="宋体" w:hAnsi="宋体" w:eastAsia="宋体"/>
                <w:b w:val="0"/>
                <w:sz w:val="18"/>
              </w:rPr>
              <w:t>师：仔细观察“大九九”乘法口诀表，一共有多少句？怎么算出来的？</w:t>
            </w:r>
          </w:p>
          <w:p>
            <w:pPr>
              <w:spacing w:after="20" w:line="276" w:lineRule="auto"/>
            </w:pPr>
            <w:r>
              <w:rPr>
                <w:rFonts w:ascii="宋体" w:hAnsi="宋体" w:eastAsia="宋体"/>
                <w:b w:val="0"/>
                <w:sz w:val="18"/>
              </w:rPr>
              <w:t>师：每个数共有几句乘法口诀？</w:t>
            </w:r>
          </w:p>
          <w:p>
            <w:pPr>
              <w:spacing w:after="20" w:line="276" w:lineRule="auto"/>
            </w:pPr>
            <w:r>
              <w:rPr>
                <w:rFonts w:ascii="宋体" w:hAnsi="宋体" w:eastAsia="宋体"/>
                <w:b w:val="0"/>
                <w:sz w:val="18"/>
              </w:rPr>
              <w:t>多数学生能说出：每个数都有9句乘法口诀，一共有81句。</w:t>
            </w:r>
          </w:p>
          <w:p>
            <w:pPr>
              <w:spacing w:after="20" w:line="276" w:lineRule="auto"/>
            </w:pPr>
            <w:r>
              <w:rPr>
                <w:rFonts w:ascii="宋体" w:hAnsi="宋体" w:eastAsia="宋体"/>
                <w:b w:val="0"/>
                <w:sz w:val="18"/>
              </w:rPr>
              <w:t>教师根据学生的回答板书：“大九九”乘法口诀表：每个数都有9句乘法口诀，一共81句乘法口诀。</w:t>
            </w:r>
          </w:p>
        </w:tc>
        <w:tc>
          <w:tcPr>
            <w:tcW w:type="dxa" w:w="3061"/>
          </w:tcPr>
          <w:p>
            <w:pPr>
              <w:spacing w:after="20" w:line="276" w:lineRule="auto"/>
            </w:pPr>
            <w:r/>
            <w:r>
              <w:rPr>
                <w:rFonts w:ascii="宋体" w:hAnsi="宋体" w:eastAsia="宋体"/>
                <w:b w:val="0"/>
                <w:sz w:val="18"/>
              </w:rPr>
              <w:t>学生在教科书“小九九”的乘法表上补充。课件展示“大九九”乘法口诀表。</w:t>
            </w:r>
          </w:p>
        </w:tc>
        <w:tc>
          <w:tcPr>
            <w:tcW w:type="dxa" w:w="1814"/>
          </w:tcPr>
          <w:p>
            <w:pPr>
              <w:spacing w:after="20" w:line="276" w:lineRule="auto"/>
            </w:pPr>
            <w:r/>
            <w:r>
              <w:rPr>
                <w:rFonts w:ascii="宋体" w:hAnsi="宋体" w:eastAsia="宋体"/>
                <w:b w:val="0"/>
                <w:sz w:val="18"/>
              </w:rPr>
              <w:t>创设情境激活学生已有经验，自然引出本课学习内容，激发学习兴趣，核心问题："请同学们想一想，我们学过关于几的乘法口诀？各有几句？"</w:t>
            </w:r>
          </w:p>
        </w:tc>
      </w:tr>
      <w:tr>
        <w:tc>
          <w:tcPr>
            <w:tcW w:type="dxa" w:w="1474"/>
          </w:tcPr>
          <w:p>
            <w:pPr>
              <w:spacing w:after="20" w:line="276" w:lineRule="auto"/>
            </w:pPr>
            <w:r>
              <w:rPr>
                <w:b/>
              </w:rPr>
            </w:r>
            <w:r>
              <w:rPr>
                <w:rFonts w:ascii="宋体" w:hAnsi="宋体" w:eastAsia="宋体"/>
                <w:b/>
                <w:sz w:val="18"/>
              </w:rPr>
              <w:t>回顾整理用乘法口诀计算的除法算式</w:t>
            </w:r>
          </w:p>
        </w:tc>
        <w:tc>
          <w:tcPr>
            <w:tcW w:type="dxa" w:w="3061"/>
          </w:tcPr>
          <w:p>
            <w:pPr>
              <w:spacing w:after="20" w:line="276" w:lineRule="auto"/>
            </w:pPr>
            <w:r/>
            <w:r>
              <w:rPr>
                <w:rFonts w:ascii="宋体" w:hAnsi="宋体" w:eastAsia="宋体"/>
                <w:b w:val="0"/>
                <w:sz w:val="18"/>
              </w:rPr>
              <w:t>师：这些乘法口诀不仅能进行表内乘法口算，还能进行除法口算。回忆一下，用乘法口诀口算的除法算式有哪些？</w:t>
            </w:r>
          </w:p>
          <w:p>
            <w:pPr>
              <w:spacing w:after="20" w:line="276" w:lineRule="auto"/>
            </w:pPr>
            <w:r>
              <w:rPr>
                <w:rFonts w:ascii="宋体" w:hAnsi="宋体" w:eastAsia="宋体"/>
                <w:b w:val="0"/>
                <w:sz w:val="18"/>
              </w:rPr>
              <w:t>教师引导学生发现一句乘法口诀可以写出两个除法算式，学生按规律在卡片上写除法算式。</w:t>
            </w:r>
          </w:p>
          <w:p>
            <w:pPr>
              <w:spacing w:after="20" w:line="276" w:lineRule="auto"/>
            </w:pPr>
            <w:r>
              <w:rPr>
                <w:rFonts w:ascii="宋体" w:hAnsi="宋体" w:eastAsia="宋体"/>
                <w:b w:val="0"/>
                <w:sz w:val="18"/>
              </w:rPr>
              <w:t>3．整理结果，说说发现。</w:t>
            </w:r>
          </w:p>
          <w:p>
            <w:pPr>
              <w:spacing w:after="20" w:line="276" w:lineRule="auto"/>
            </w:pPr>
            <w:r>
              <w:rPr>
                <w:rFonts w:ascii="宋体" w:hAnsi="宋体" w:eastAsia="宋体"/>
                <w:b w:val="0"/>
                <w:sz w:val="18"/>
              </w:rPr>
              <w:t>4．完成教科书上的除法算式表。</w:t>
            </w:r>
          </w:p>
          <w:p>
            <w:pPr>
              <w:spacing w:after="20" w:line="276" w:lineRule="auto"/>
            </w:pPr>
            <w:r>
              <w:rPr>
                <w:rFonts w:ascii="宋体" w:hAnsi="宋体" w:eastAsia="宋体"/>
                <w:b w:val="0"/>
                <w:sz w:val="18"/>
              </w:rPr>
              <w:t>师：同学们用自己的方式整理了用乘法口诀计算的除法算式，大家观察以下这个表格，根据已有的算式，你能发现什么规律？</w:t>
            </w:r>
          </w:p>
          <w:p>
            <w:pPr>
              <w:spacing w:after="20" w:line="276" w:lineRule="auto"/>
            </w:pPr>
            <w:r>
              <w:rPr>
                <w:rFonts w:ascii="宋体" w:hAnsi="宋体" w:eastAsia="宋体"/>
                <w:b w:val="0"/>
                <w:sz w:val="18"/>
              </w:rPr>
              <w:t>课件呈现教科书P88不完整的除法算式表。</w:t>
            </w:r>
          </w:p>
          <w:p>
            <w:pPr>
              <w:spacing w:after="20" w:line="276" w:lineRule="auto"/>
            </w:pPr>
            <w:r>
              <w:rPr>
                <w:rFonts w:ascii="宋体" w:hAnsi="宋体" w:eastAsia="宋体"/>
                <w:b w:val="0"/>
                <w:sz w:val="18"/>
              </w:rPr>
              <w:t>师：请你们根据规律填一填。</w:t>
            </w:r>
          </w:p>
          <w:p>
            <w:pPr>
              <w:spacing w:after="20" w:line="276" w:lineRule="auto"/>
            </w:pPr>
            <w:r>
              <w:rPr>
                <w:rFonts w:ascii="宋体" w:hAnsi="宋体" w:eastAsia="宋体"/>
                <w:b w:val="0"/>
                <w:sz w:val="18"/>
              </w:rPr>
              <w:t>5．观察除法算式发现规律。</w:t>
            </w:r>
          </w:p>
          <w:p>
            <w:pPr>
              <w:spacing w:after="20" w:line="276" w:lineRule="auto"/>
            </w:pPr>
            <w:r>
              <w:rPr>
                <w:rFonts w:ascii="宋体" w:hAnsi="宋体" w:eastAsia="宋体"/>
                <w:b w:val="0"/>
                <w:sz w:val="18"/>
              </w:rPr>
              <w:t>师：观察教科书中整理的表格，你发现有什么规律？</w:t>
            </w:r>
          </w:p>
          <w:p>
            <w:pPr>
              <w:spacing w:after="20" w:line="276" w:lineRule="auto"/>
            </w:pPr>
            <w:r>
              <w:rPr>
                <w:rFonts w:ascii="宋体" w:hAnsi="宋体" w:eastAsia="宋体"/>
                <w:b w:val="0"/>
                <w:sz w:val="18"/>
              </w:rPr>
              <w:t>师：在表中任意圈出“十”字形的五个算式，它们分别用哪句乘法口诀计算？它们的商有什么规律？同桌合作，圈出算式再互相说说。</w:t>
            </w:r>
          </w:p>
          <w:p>
            <w:pPr>
              <w:spacing w:after="20" w:line="276" w:lineRule="auto"/>
            </w:pPr>
            <w:r>
              <w:rPr>
                <w:rFonts w:ascii="宋体" w:hAnsi="宋体" w:eastAsia="宋体"/>
                <w:b w:val="0"/>
                <w:sz w:val="18"/>
              </w:rPr>
              <w:t>教师根据学生回答适当板书。</w:t>
            </w:r>
          </w:p>
          <w:p>
            <w:pPr>
              <w:spacing w:after="20" w:line="276" w:lineRule="auto"/>
            </w:pPr>
            <w:r>
              <w:rPr>
                <w:rFonts w:ascii="宋体" w:hAnsi="宋体" w:eastAsia="宋体"/>
                <w:b w:val="0"/>
                <w:sz w:val="18"/>
              </w:rPr>
              <w:t>“十”字形的五个算式分别用到不同的乘法口诀，竖列的商从上至下依次增加1，横排的商都相等。</w:t>
            </w:r>
          </w:p>
          <w:p>
            <w:pPr>
              <w:spacing w:after="20" w:line="276" w:lineRule="auto"/>
            </w:pPr>
            <w:r>
              <w:rPr>
                <w:rFonts w:ascii="宋体" w:hAnsi="宋体" w:eastAsia="宋体"/>
                <w:b w:val="0"/>
                <w:sz w:val="18"/>
              </w:rPr>
              <w:t>6．数学游戏。</w:t>
            </w:r>
          </w:p>
          <w:p>
            <w:pPr>
              <w:spacing w:after="20" w:line="276" w:lineRule="auto"/>
            </w:pPr>
            <w:r>
              <w:rPr>
                <w:rFonts w:ascii="宋体" w:hAnsi="宋体" w:eastAsia="宋体"/>
                <w:b w:val="0"/>
                <w:sz w:val="18"/>
              </w:rPr>
              <w:t>(1)教师说乘法口诀，学生在除法算式表中找出算式，并说出来。</w:t>
            </w:r>
          </w:p>
          <w:p>
            <w:pPr>
              <w:spacing w:after="20" w:line="276" w:lineRule="auto"/>
            </w:pPr>
            <w:r>
              <w:rPr>
                <w:rFonts w:ascii="宋体" w:hAnsi="宋体" w:eastAsia="宋体"/>
                <w:b w:val="0"/>
                <w:sz w:val="18"/>
              </w:rPr>
              <w:t>(2)教师说除法算式表中的算式，学生说计算该算式用到的乘法口诀。</w:t>
            </w:r>
          </w:p>
          <w:p>
            <w:pPr>
              <w:spacing w:after="20" w:line="276" w:lineRule="auto"/>
            </w:pPr>
            <w:r>
              <w:rPr>
                <w:rFonts w:ascii="宋体" w:hAnsi="宋体" w:eastAsia="宋体"/>
                <w:b w:val="0"/>
                <w:sz w:val="18"/>
              </w:rPr>
              <w:t>(3)同桌之间仿照前面的规则继续玩游戏。</w:t>
            </w:r>
          </w:p>
          <w:p>
            <w:pPr>
              <w:spacing w:after="20" w:line="276" w:lineRule="auto"/>
            </w:pPr>
            <w:r>
              <w:rPr>
                <w:rFonts w:ascii="宋体" w:hAnsi="宋体" w:eastAsia="宋体"/>
                <w:b w:val="0"/>
                <w:sz w:val="18"/>
              </w:rPr>
              <w:t>四、实践应用，深化理解　　1.完成教科书P89“练一练”第1题。</w:t>
            </w:r>
          </w:p>
          <w:p>
            <w:pPr>
              <w:spacing w:after="20" w:line="276" w:lineRule="auto"/>
            </w:pPr>
            <w:r>
              <w:rPr>
                <w:rFonts w:ascii="宋体" w:hAnsi="宋体" w:eastAsia="宋体"/>
                <w:b w:val="0"/>
                <w:sz w:val="18"/>
              </w:rPr>
              <w:t>限时独立完成，与同桌比一比，看谁做得又对又快。教师随机选取几个算式让学生说用到的乘法口诀。</w:t>
            </w:r>
          </w:p>
          <w:p>
            <w:pPr>
              <w:spacing w:after="20" w:line="276" w:lineRule="auto"/>
            </w:pPr>
            <w:r>
              <w:rPr>
                <w:rFonts w:ascii="宋体" w:hAnsi="宋体" w:eastAsia="宋体"/>
                <w:b w:val="0"/>
                <w:sz w:val="18"/>
              </w:rPr>
              <w:t>2．完成教科书P89“练一练”第2题。</w:t>
            </w:r>
          </w:p>
        </w:tc>
        <w:tc>
          <w:tcPr>
            <w:tcW w:type="dxa" w:w="3061"/>
          </w:tcPr>
          <w:p>
            <w:pPr>
              <w:spacing w:after="20" w:line="276" w:lineRule="auto"/>
            </w:pPr>
            <w:r/>
            <w:r>
              <w:rPr>
                <w:rFonts w:ascii="宋体" w:hAnsi="宋体" w:eastAsia="宋体"/>
                <w:b w:val="0"/>
                <w:sz w:val="18"/>
              </w:rPr>
              <w:t>1.学生自主写用乘法口诀计算的除法算式。</w:t>
            </w:r>
          </w:p>
          <w:p>
            <w:pPr>
              <w:spacing w:after="20" w:line="276" w:lineRule="auto"/>
            </w:pPr>
            <w:r>
              <w:rPr>
                <w:rFonts w:ascii="宋体" w:hAnsi="宋体" w:eastAsia="宋体"/>
                <w:b w:val="0"/>
                <w:sz w:val="18"/>
              </w:rPr>
              <w:t>2．小组讨论，整理除法算式。</w:t>
            </w:r>
          </w:p>
          <w:p>
            <w:pPr>
              <w:spacing w:after="20" w:line="276" w:lineRule="auto"/>
            </w:pPr>
            <w:r>
              <w:rPr>
                <w:rFonts w:ascii="宋体" w:hAnsi="宋体" w:eastAsia="宋体"/>
                <w:b w:val="0"/>
                <w:sz w:val="18"/>
              </w:rPr>
              <w:t>学生以小组为单位按一定的规律合作整理除法算式。</w:t>
            </w:r>
          </w:p>
          <w:p>
            <w:pPr>
              <w:spacing w:after="20" w:line="276" w:lineRule="auto"/>
            </w:pPr>
            <w:r>
              <w:rPr>
                <w:rFonts w:ascii="宋体" w:hAnsi="宋体" w:eastAsia="宋体"/>
                <w:b w:val="0"/>
                <w:sz w:val="18"/>
              </w:rPr>
              <w:t>学生展示整理的结果，并说说自己的排列规律及发现。</w:t>
            </w:r>
          </w:p>
          <w:p>
            <w:pPr>
              <w:spacing w:after="20" w:line="276" w:lineRule="auto"/>
            </w:pPr>
            <w:r>
              <w:rPr>
                <w:rFonts w:ascii="宋体" w:hAnsi="宋体" w:eastAsia="宋体"/>
                <w:b w:val="0"/>
                <w:sz w:val="18"/>
              </w:rPr>
              <w:t>学生会出现两种整理方式：一种是按得数整理的，每一列的得数都相同，并且从左到右，商依次是1～9。另一种是按除数整理的，每一列的除数都是相同的，从左到右除数依次增大。对两种方式均予以肯定。注意引导学生全面地去说说自己的排列规律及发现。</w:t>
            </w:r>
          </w:p>
          <w:p>
            <w:pPr>
              <w:spacing w:after="20" w:line="276" w:lineRule="auto"/>
            </w:pPr>
            <w:r>
              <w:rPr>
                <w:rFonts w:ascii="宋体" w:hAnsi="宋体" w:eastAsia="宋体"/>
                <w:b w:val="0"/>
                <w:sz w:val="18"/>
              </w:rPr>
              <w:t>学生在教科书上完成表格。</w:t>
            </w:r>
          </w:p>
          <w:p>
            <w:pPr>
              <w:spacing w:after="20" w:line="276" w:lineRule="auto"/>
            </w:pPr>
            <w:r>
              <w:rPr>
                <w:rFonts w:ascii="宋体" w:hAnsi="宋体" w:eastAsia="宋体"/>
                <w:b w:val="0"/>
                <w:sz w:val="18"/>
              </w:rPr>
              <w:t>预设1：每列的除数相同，也就是第一列是根据与1有关的乘法口诀写出的除法算式，第二列是根据与2有关的乘法口诀写出的除法算式，后面依次进行整理。</w:t>
            </w:r>
          </w:p>
          <w:p>
            <w:pPr>
              <w:spacing w:after="20" w:line="276" w:lineRule="auto"/>
            </w:pPr>
            <w:r>
              <w:rPr>
                <w:rFonts w:ascii="宋体" w:hAnsi="宋体" w:eastAsia="宋体"/>
                <w:b w:val="0"/>
                <w:sz w:val="18"/>
              </w:rPr>
              <w:t>预设2：第1列是除数是1的除法算式，结果等于被除数。第2列是除数是2的除法算式，结果从1到9，逐渐增大……</w:t>
            </w:r>
          </w:p>
          <w:p>
            <w:pPr>
              <w:spacing w:after="20" w:line="276" w:lineRule="auto"/>
            </w:pPr>
            <w:r>
              <w:rPr>
                <w:rFonts w:ascii="宋体" w:hAnsi="宋体" w:eastAsia="宋体"/>
                <w:b w:val="0"/>
                <w:sz w:val="18"/>
              </w:rPr>
              <w:t>预设3：横排：每个算式的结果都相同，除数按1到9排列。竖排：每个算式的结果按1到9排列，除数相同。</w:t>
            </w:r>
          </w:p>
          <w:p>
            <w:pPr>
              <w:spacing w:after="20" w:line="276" w:lineRule="auto"/>
            </w:pPr>
            <w:r>
              <w:rPr>
                <w:rFonts w:ascii="宋体" w:hAnsi="宋体" w:eastAsia="宋体"/>
                <w:b w:val="0"/>
                <w:sz w:val="18"/>
              </w:rPr>
              <w:t>学生独立完成后交流，说算式及其含义。</w:t>
            </w:r>
          </w:p>
        </w:tc>
        <w:tc>
          <w:tcPr>
            <w:tcW w:type="dxa" w:w="1814"/>
          </w:tcPr>
          <w:p>
            <w:pPr>
              <w:spacing w:after="20" w:line="276" w:lineRule="auto"/>
            </w:pPr>
            <w:r/>
            <w:r>
              <w:rPr>
                <w:rFonts w:ascii="宋体" w:hAnsi="宋体" w:eastAsia="宋体"/>
                <w:b w:val="0"/>
                <w:sz w:val="18"/>
              </w:rPr>
              <w:t>创设情境激活学生已有经验，自然引出本课学习内容，激发学习兴趣，核心问题："这些乘法口诀不仅能进行表内乘法口算，还能进行除法口算。回忆一下，用乘法口诀口算的除法算式有哪些？"</w:t>
            </w:r>
          </w:p>
        </w:tc>
      </w:tr>
      <w:tr>
        <w:tc>
          <w:tcPr>
            <w:tcW w:type="dxa" w:w="1474"/>
          </w:tcPr>
          <w:p>
            <w:pPr>
              <w:spacing w:after="20" w:line="276" w:lineRule="auto"/>
            </w:pPr>
            <w:r>
              <w:rPr>
                <w:b/>
              </w:rPr>
            </w:r>
            <w:r>
              <w:rPr>
                <w:rFonts w:ascii="宋体" w:hAnsi="宋体" w:eastAsia="宋体"/>
                <w:b/>
                <w:sz w:val="18"/>
              </w:rPr>
              <w:t>课堂小结</w:t>
            </w:r>
          </w:p>
        </w:tc>
        <w:tc>
          <w:tcPr>
            <w:tcW w:type="dxa" w:w="3061"/>
          </w:tcPr>
          <w:p>
            <w:pPr>
              <w:spacing w:after="20" w:line="276" w:lineRule="auto"/>
            </w:pPr>
            <w:r/>
            <w:r>
              <w:rPr>
                <w:rFonts w:ascii="宋体" w:hAnsi="宋体" w:eastAsia="宋体"/>
                <w:b w:val="0"/>
                <w:sz w:val="18"/>
              </w:rPr>
              <w:t>师：通过本节课的整理和复习，你有哪些收获？还有什么问题吗？</w:t>
            </w:r>
          </w:p>
          <w:p>
            <w:pPr>
              <w:spacing w:after="20" w:line="276" w:lineRule="auto"/>
            </w:pPr>
            <w:r>
              <w:rPr>
                <w:rFonts w:ascii="宋体" w:hAnsi="宋体" w:eastAsia="宋体"/>
                <w:b w:val="0"/>
                <w:sz w:val="18"/>
              </w:rPr>
              <w:t>发挥学生的主体性，让学生自主整理所学知识，有序地完成所有的表内乘法和除法算式，让学生对表内乘、除法算式有一个整体感知，较好地探究乘数、积与被除数、除数、商之间的一些简单规律。同时让学生经历整理知识的过程，积累整理复习的经验。</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引导学生回顾梳理本课所学，完善认知结构，提升归纳与反思能力，核心问题："通过本节课的整理和复习，你有哪些收获？还有什么问题吗？"</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整理和复习　乘法口诀表</w:t>
      </w:r>
    </w:p>
    <w:p>
      <w:pPr>
        <w:spacing w:after="40" w:line="300" w:lineRule="auto"/>
      </w:pPr>
      <w:r>
        <w:rPr>
          <w:rFonts w:ascii="宋体" w:hAnsi="宋体" w:eastAsia="宋体"/>
          <w:b w:val="0"/>
          <w:sz w:val="20"/>
        </w:rPr>
        <w:t>“小九九”乘法口诀表：是几就有几句乘法口诀，一共45句乘法口诀。</w:t>
      </w:r>
    </w:p>
    <w:p>
      <w:pPr>
        <w:spacing w:after="40" w:line="300" w:lineRule="auto"/>
      </w:pPr>
      <w:r>
        <w:rPr>
          <w:rFonts w:ascii="宋体" w:hAnsi="宋体" w:eastAsia="宋体"/>
          <w:b w:val="0"/>
          <w:sz w:val="20"/>
        </w:rPr>
        <w:t>“大九九”乘法口诀表：每个数都有9句乘法口诀，一共81句乘法口诀。</w:t>
      </w:r>
    </w:p>
    <w:p>
      <w:pPr>
        <w:spacing w:after="40" w:line="300" w:lineRule="auto"/>
      </w:pPr>
      <w:r>
        <w:rPr>
          <w:rFonts w:ascii="宋体" w:hAnsi="宋体" w:eastAsia="宋体"/>
          <w:b w:val="0"/>
          <w:sz w:val="20"/>
        </w:rPr>
        <w:t>除法算式表：</w:t>
      </w:r>
    </w:p>
    <w:p>
      <w:pPr>
        <w:spacing w:after="40" w:line="300" w:lineRule="auto"/>
      </w:pPr>
      <w:r>
        <w:rPr>
          <w:rFonts w:ascii="宋体" w:hAnsi="宋体" w:eastAsia="宋体"/>
          <w:b w:val="0"/>
          <w:sz w:val="20"/>
        </w:rPr>
        <w:t>横排：每个算式的结果相同，除数按1～9排列。</w:t>
      </w:r>
    </w:p>
    <w:p>
      <w:pPr>
        <w:spacing w:after="40" w:line="300" w:lineRule="auto"/>
      </w:pPr>
      <w:r>
        <w:rPr>
          <w:rFonts w:ascii="宋体" w:hAnsi="宋体" w:eastAsia="宋体"/>
          <w:b w:val="0"/>
          <w:sz w:val="20"/>
        </w:rPr>
        <w:t>竖排：每个算式的结果按1～9排列，除数相同。</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教科书P86“你知道吗？”及P87～88整理和复习，完成教科书P89“练一练”第1、2题。</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复习时让学生整理所有的表内乘法口诀和表内除法算式，让学生有一个整体感知，便于建构知识体系。但本节课的容量较大，发现的规律都是依据“小九九”乘法口诀表和表内除法算式表，从不同角度观察发现的规律也较多，再就是口诀数量多，有些口诀容易记错或混淆，这都给学生记忆口诀造成了一定的困难。所以本节课内容在后续的练习中还要进一步夯实。</w:t>
      </w:r>
    </w:p>
    <w:sectPr w:rsidR="00FC693F" w:rsidRPr="0006063C" w:rsidSect="00034616">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