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人教版二年级数学上册</w:t>
      </w:r>
    </w:p>
    <w:p>
      <w:pPr>
        <w:spacing w:after="80" w:line="300" w:lineRule="auto"/>
        <w:jc w:val="center"/>
      </w:pPr>
      <w:r>
        <w:rPr>
          <w:rFonts w:ascii="黑体" w:hAnsi="黑体" w:eastAsia="黑体"/>
          <w:b/>
          <w:sz w:val="26"/>
        </w:rPr>
        <w:t>第6单元 复习与关联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第6单元 复习与关联</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跨领域（复习）</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4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本单元是期末阶段的总复习，根据《义务教育数学课程标准(2022年版)》的要求和本册教科书的内容编排，主要包括“数与运算”、“数量关系”、“图形的位置与测量”和“数据分类”四个主题。通过本单元的复习，促进学生深入理解知识，体会知识之间的联系，发展思维能力。</w:t>
      </w:r>
    </w:p>
    <w:p>
      <w:pPr>
        <w:spacing w:after="80" w:line="300" w:lineRule="auto"/>
        <w:ind w:firstLine="400"/>
      </w:pPr>
      <w:r>
        <w:rPr>
          <w:rFonts w:ascii="宋体" w:hAnsi="宋体" w:eastAsia="宋体"/>
          <w:b w:val="0"/>
          <w:sz w:val="20"/>
        </w:rPr>
        <w:t>教科书以小丽分主题整理的“知识图”的方式呈现，引导学生对每个主题中的“知识图”进行解读和补充。在“数与运算”主题中沟通加法和减法、乘法和除法、加法和乘法、减法和除法之间的联系，深化对乘法及乘法口诀、除法及用乘法口诀计算除法的理解，构建知识体系。在“数量关系”主题中进一步理解每份数、份数、总数的含义，知道这三者间的数量关系，会根据三者中的已知量和未知量选择用乘法或除法解决问题。在“图形的位置与测量”主题中结合实际辨认方向和回顾测量单位。在“数据分类”主题中进一步探究分类与整理，会用不同方式整理不同的分类结果。其中“数与运算”和“数量关系”这两个主题的内容较多，也是本册学习的重点。</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学生在一年级的时候已经经历过期末总复习，有一定的整理复习经验。在前面的每个单元中，也有整理和复习，所以对于每个知识点的整理和复习，学生容易接受。但是二年级的学生，对数学的学习更多停留在感性认识层面，思维的深刻性和广阔性还有待发展，而期末的总复习更多是要建构知识关联，将前面每个单元的知识进行整合，形成体系，这些对于学生而言有难度。教学时，要注重知识间的关联，多给学生创造交流和表达的机会，促进学生深度思考，引导学生感悟知识间的联系。</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单元素养目标：</w:t>
      </w:r>
    </w:p>
    <w:p>
      <w:pPr>
        <w:spacing w:after="40" w:line="300" w:lineRule="auto"/>
        <w:ind w:firstLine="400"/>
      </w:pPr>
      <w:r>
        <w:rPr>
          <w:rFonts w:ascii="宋体" w:hAnsi="宋体" w:eastAsia="宋体"/>
          <w:b w:val="0"/>
          <w:sz w:val="20"/>
        </w:rPr>
        <w:t>量感：建立米和厘米的长度概念，知道1厘米、1米的实际长度。</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第1课时：在具体的情境中理解加数相同的加法可以用乘法计算，平均分的过程用除法计算，进一步理解乘法和除法的意义，感悟加法和乘法、减法和除法之间的联系。</w:t>
      </w:r>
    </w:p>
    <w:p>
      <w:pPr>
        <w:spacing w:after="20" w:line="300" w:lineRule="auto"/>
        <w:ind w:firstLine="400"/>
      </w:pPr>
      <w:r>
        <w:rPr>
          <w:rFonts w:ascii="宋体" w:hAnsi="宋体" w:eastAsia="宋体"/>
          <w:b w:val="0"/>
          <w:sz w:val="20"/>
        </w:rPr>
        <w:t>第2课时：在具体的情境中理解总数、每份数和份数之间的关系，能根据其中两个已知信息选择乘法或除法求出另一个未知信息，感悟乘法和除法之间的联系。</w:t>
      </w:r>
    </w:p>
    <w:p>
      <w:pPr>
        <w:spacing w:after="20" w:line="300" w:lineRule="auto"/>
        <w:ind w:firstLine="400"/>
      </w:pPr>
      <w:r>
        <w:rPr>
          <w:rFonts w:ascii="宋体" w:hAnsi="宋体" w:eastAsia="宋体"/>
          <w:b w:val="0"/>
          <w:sz w:val="20"/>
        </w:rPr>
        <w:t>第3课时：结合具体情境，进一步认识东、南、西、北四个方向，会用东、南、西、北描述简单的方位，能根据一个方向推导出其他三个方向。</w:t>
      </w:r>
    </w:p>
    <w:p>
      <w:pPr>
        <w:spacing w:after="20" w:line="300" w:lineRule="auto"/>
        <w:ind w:firstLine="400"/>
      </w:pPr>
      <w:r>
        <w:rPr>
          <w:rFonts w:ascii="宋体" w:hAnsi="宋体" w:eastAsia="宋体"/>
          <w:b w:val="0"/>
          <w:sz w:val="20"/>
        </w:rPr>
        <w:t>第4课时：在具体的情境中，复习分类整理、收集数据的方法，能按一定的标准对物体进行分类，进一步体会单一标准下分类的一致性和不同标准下分类的多样性。</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在交流中查漏补缺，促进知识关联。“复习与关联”不是简单的对本册所学内容进行回顾和整理，而是要在此基础上，聚焦知识间的紧密关联。“数与运算”是本学期学习的重点内容，教科书在编写此主题时，突出了加法与乘法、减法与除法以及乘法与除法之间的联系，让学生感悟和理解四则运算是紧密联系的，便于形成知识结构。教学时，要围绕核心概念，多给学生创造交流展示的机会，帮助学生打通知识间的联系。</w:t>
      </w:r>
    </w:p>
    <w:p>
      <w:pPr>
        <w:spacing w:after="20" w:line="300" w:lineRule="auto"/>
      </w:pPr>
      <w:r>
        <w:rPr>
          <w:rFonts w:ascii="宋体" w:hAnsi="宋体" w:eastAsia="宋体"/>
          <w:b w:val="0"/>
          <w:sz w:val="20"/>
        </w:rPr>
        <w:t>● 引导学生自主复习梳理，积累学习经验。教科书以小丽整理的“知识图”为线索，引导学生分析和补充，虽没有强制要求学生自主画“知识图”，但学生有通过画“知识图”整理知识点的经验，教学中，可以让学生先自主画一画，再呈现小丽的“知识图”，在对比分析中找问题、找差异，更有利于学生查漏补缺、深化理解、积累自主梳理知识的经验。</w:t>
      </w:r>
    </w:p>
    <w:p>
      <w:pPr>
        <w:spacing w:after="20" w:line="300" w:lineRule="auto"/>
      </w:pPr>
      <w:r>
        <w:rPr>
          <w:rFonts w:ascii="宋体" w:hAnsi="宋体" w:eastAsia="宋体"/>
          <w:b w:val="0"/>
          <w:sz w:val="20"/>
        </w:rPr>
        <w:t>● 关注计算过程，突出计算思维。在复习计算题时，让学生说说计算方法及算理，说说先算什么等，引导学生进行思考，而不是机械地模仿，发展学生的运算能力。</w:t>
      </w:r>
    </w:p>
    <w:p>
      <w:pPr>
        <w:spacing w:after="20" w:line="300" w:lineRule="auto"/>
      </w:pPr>
      <w:r>
        <w:rPr>
          <w:rFonts w:ascii="宋体" w:hAnsi="宋体" w:eastAsia="宋体"/>
          <w:b w:val="0"/>
          <w:sz w:val="20"/>
        </w:rPr>
        <w:t>运算能力：在具体情境中，理解乘法和除法的意义，感悟乘、除法的内在联系，能描述乘法和除法的关系，能熟练运用7～9的乘法口诀计算相应的乘、除法。</w:t>
      </w:r>
    </w:p>
    <w:p>
      <w:pPr>
        <w:spacing w:after="20" w:line="300" w:lineRule="auto"/>
      </w:pPr>
      <w:r>
        <w:rPr>
          <w:rFonts w:ascii="宋体" w:hAnsi="宋体" w:eastAsia="宋体"/>
          <w:b w:val="0"/>
          <w:sz w:val="20"/>
        </w:rPr>
        <w:t>应用意识：在实际情境中，能发现有关乘法或除法的数量关系，能运用表内乘、除法解决简单的问题。</w:t>
      </w:r>
    </w:p>
    <w:p>
      <w:pPr>
        <w:spacing w:after="20" w:line="300" w:lineRule="auto"/>
      </w:pPr>
      <w:r>
        <w:rPr>
          <w:rFonts w:ascii="宋体" w:hAnsi="宋体" w:eastAsia="宋体"/>
          <w:b w:val="0"/>
          <w:sz w:val="20"/>
        </w:rPr>
        <w:t>模型意识：结合具体的情境，理解乘法和除法的意义，建立乘法模型、除法模型。</w:t>
      </w:r>
    </w:p>
    <w:p>
      <w:pPr>
        <w:spacing w:after="20" w:line="300" w:lineRule="auto"/>
      </w:pPr>
      <w:r>
        <w:rPr>
          <w:rFonts w:ascii="宋体" w:hAnsi="宋体" w:eastAsia="宋体"/>
          <w:b w:val="0"/>
          <w:sz w:val="20"/>
        </w:rPr>
        <w:t>空间观念：会辨认东、南、西、北四个方向，并能结合具体情境用东、南、西、北描述物体的位置和简单的路线。</w:t>
      </w:r>
    </w:p>
    <w:p>
      <w:pPr>
        <w:spacing w:after="20" w:line="300" w:lineRule="auto"/>
      </w:pPr>
      <w:r>
        <w:rPr>
          <w:rFonts w:ascii="宋体" w:hAnsi="宋体" w:eastAsia="宋体"/>
          <w:b w:val="0"/>
          <w:sz w:val="20"/>
        </w:rPr>
        <w:t>数据分析：对物体进行分类，用合适的方式呈现分类的结果。</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数与运算</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在具体的情境中理解加数相同的加法可以用乘法计算，平均分的过程用除法计算，进一步理解乘法和除法的意义，感悟加法和乘法、减法和除法之间的联系。</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数量关系</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在具体的情境中理解总数、每份数和份数之间的关系，能根据其中两个已知信息选择乘法或除法求出另一个未知信息，感悟乘法和除法之间的联系。</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图形的位置与测量</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结合具体情境，进一步认识东、南、西、北四个方向，会用东、南、西、北描述简单的方位，能根据一个方向推导出其他三个方向。</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数据分类</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在具体的情境中，复习分类整理、收集数据的方法，能按一定的标准对物体进行分类，进一步体会单一标准下分类的一致性和不同标准下分类的多样性。</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数与运算</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数与运算</w:t>
            </w:r>
          </w:p>
        </w:tc>
        <w:tc>
          <w:tcPr>
            <w:tcW w:type="dxa" w:w="6009"/>
          </w:tcPr>
          <w:p>
            <w:pPr>
              <w:spacing w:after="20" w:line="276" w:lineRule="auto"/>
            </w:pPr>
            <w:r/>
            <w:r>
              <w:rPr>
                <w:rFonts w:ascii="宋体" w:hAnsi="宋体" w:eastAsia="宋体"/>
                <w:b w:val="0"/>
                <w:sz w:val="20"/>
              </w:rPr>
              <w:t>第6单元 复习与关联</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一年级的时候已经经历过期末总复习，有一定的整理复习经验。在前面的每个单元中，也有整理和复习，所以对于每个知识点的整理和复习，学生容易接受。但是二年级的学生，对数学的学习更多停留在感性认识层面，思维的深刻性和广阔性还有待发展，而期末的总复习更多是要建构知识关联，将前面每个单元的知识进行整合，形成体系，这些对于学生而言有难度。教学时，要注重知识间的关联，多给学生创造交流和表达的机会，促进学生深度思考，引导学生感悟知识间的联系。</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教学内容：教科书P91“数与运算”，完成教科书P94“应用提升”第1题和P96～97“练一练”第2～5题。</w:t>
      </w:r>
    </w:p>
    <w:p>
      <w:pPr>
        <w:spacing w:after="80" w:line="300" w:lineRule="auto"/>
        <w:ind w:firstLine="400"/>
      </w:pPr>
      <w:r>
        <w:rPr>
          <w:rFonts w:ascii="宋体" w:hAnsi="宋体" w:eastAsia="宋体"/>
          <w:b w:val="0"/>
          <w:sz w:val="20"/>
        </w:rPr>
        <w:t>教学准备：课件。学生提前画好本主题的“知识图”。</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（1）在具体的情境中理解加数相同的加法可以用乘法计算，平均分的过程用除法计算，进一步理解乘法和除法的意义，感悟加法和乘法、减法和除法之间的联系。</w:t>
      </w:r>
    </w:p>
    <w:p>
      <w:pPr>
        <w:spacing w:after="20" w:line="300" w:lineRule="auto"/>
        <w:ind w:firstLine="400"/>
      </w:pPr>
      <w:r>
        <w:rPr>
          <w:rFonts w:ascii="宋体" w:hAnsi="宋体" w:eastAsia="宋体"/>
          <w:b w:val="0"/>
          <w:sz w:val="20"/>
        </w:rPr>
        <w:t>（2）回顾表内乘法口诀，梳理乘法口诀的编制过程，说出乘法口诀的规律和记忆口诀的方法，熟练掌握并运用乘法口诀。</w:t>
      </w:r>
    </w:p>
    <w:p>
      <w:pPr>
        <w:spacing w:after="20" w:line="300" w:lineRule="auto"/>
        <w:ind w:firstLine="400"/>
      </w:pPr>
      <w:r>
        <w:rPr>
          <w:rFonts w:ascii="宋体" w:hAnsi="宋体" w:eastAsia="宋体"/>
          <w:b w:val="0"/>
          <w:sz w:val="20"/>
        </w:rPr>
        <w:t>（3）结合具体情境理解乘法和除法之间的联系，分析数量关系，能根据已知量和要求的问题选择乘法或除法进行计算解决问题。</w:t>
      </w:r>
    </w:p>
    <w:p>
      <w:pPr>
        <w:spacing w:after="20" w:line="300" w:lineRule="auto"/>
        <w:ind w:firstLine="400"/>
      </w:pPr>
      <w:r>
        <w:rPr>
          <w:rFonts w:ascii="宋体" w:hAnsi="宋体" w:eastAsia="宋体"/>
          <w:b w:val="0"/>
          <w:sz w:val="20"/>
        </w:rPr>
        <w:t>（4）引导学生经历对数与运算的自主表达过程，通过分类、比较、归纳、推理等学习活动，积累整理复习的方法和经验。</w:t>
      </w:r>
    </w:p>
    <w:p>
      <w:pPr>
        <w:spacing w:after="20" w:line="300" w:lineRule="auto"/>
      </w:pPr>
      <w:r>
        <w:rPr>
          <w:rFonts w:ascii="宋体" w:hAnsi="宋体" w:eastAsia="宋体"/>
          <w:b w:val="0"/>
          <w:sz w:val="20"/>
        </w:rPr>
        <w:t>教学重点：深化对乘法口诀的理解和认识，能运用乘法口诀进行乘、除法计算。</w:t>
      </w:r>
    </w:p>
    <w:p>
      <w:pPr>
        <w:spacing w:after="20" w:line="300" w:lineRule="auto"/>
      </w:pPr>
      <w:r>
        <w:rPr>
          <w:rFonts w:ascii="宋体" w:hAnsi="宋体" w:eastAsia="宋体"/>
          <w:b w:val="0"/>
          <w:sz w:val="20"/>
        </w:rPr>
        <w:t>教学难点：理解乘、除法的意义，初步体会四则运算之间的联系。</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呈现作品，交流展示，查漏补缺</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大家仔细观察，你认为他的知识点全面吗？；大家看看自己的“知识图”，觉得自己的“知识图”中还有哪些地方需要补充和完善呢？</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对比分析，深化理解</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小丽也对本册“数与运算”的内容进行了整理，大家看看，她整理了哪些内容呢？；要求几个相同的加数相加的和可以用什么方法做？</w:t>
            </w:r>
          </w:p>
        </w:tc>
        <w:tc>
          <w:tcPr>
            <w:tcW w:type="dxa" w:w="1361"/>
          </w:tcPr>
          <w:p>
            <w:pPr>
              <w:spacing w:after="20" w:line="276" w:lineRule="auto"/>
            </w:pPr>
            <w:r/>
            <w:r>
              <w:rPr>
                <w:rFonts w:ascii="宋体" w:hAnsi="宋体" w:eastAsia="宋体"/>
                <w:b w:val="0"/>
                <w:sz w:val="18"/>
              </w:rPr>
              <w:t>26分钟</w:t>
            </w:r>
          </w:p>
        </w:tc>
      </w:tr>
      <w:tr>
        <w:tc>
          <w:tcPr>
            <w:tcW w:type="dxa" w:w="2835"/>
          </w:tcPr>
          <w:p>
            <w:pPr>
              <w:spacing w:after="20" w:line="276" w:lineRule="auto"/>
            </w:pPr>
            <w:r/>
            <w:r>
              <w:rPr>
                <w:rFonts w:ascii="宋体" w:hAnsi="宋体" w:eastAsia="宋体"/>
                <w:b w:val="0"/>
                <w:sz w:val="18"/>
              </w:rPr>
              <w:t>实践应用，巩固提升</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本节复习课你有哪些收获？复习的时候要注意些什么？</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呈现作品，交流展示，查漏补缺</w:t>
            </w:r>
          </w:p>
        </w:tc>
        <w:tc>
          <w:tcPr>
            <w:tcW w:type="dxa" w:w="3061"/>
          </w:tcPr>
          <w:p>
            <w:pPr>
              <w:spacing w:after="20" w:line="276" w:lineRule="auto"/>
            </w:pPr>
            <w:r/>
            <w:r>
              <w:rPr>
                <w:rFonts w:ascii="宋体" w:hAnsi="宋体" w:eastAsia="宋体"/>
                <w:b w:val="0"/>
                <w:sz w:val="18"/>
              </w:rPr>
              <w:t>师：课前我们已经将本册“数与运算”的“知识图”画好了，现在我们一起来欣赏一下。</w:t>
            </w:r>
          </w:p>
          <w:p>
            <w:pPr>
              <w:spacing w:after="20" w:line="276" w:lineRule="auto"/>
            </w:pPr>
            <w:r>
              <w:rPr>
                <w:rFonts w:ascii="宋体" w:hAnsi="宋体" w:eastAsia="宋体"/>
                <w:b w:val="0"/>
                <w:sz w:val="18"/>
              </w:rPr>
              <w:t>教师选择有代表性的学生作品在黑板上展示。(用投影仪呈现)</w:t>
            </w:r>
          </w:p>
          <w:p>
            <w:pPr>
              <w:spacing w:after="20" w:line="276" w:lineRule="auto"/>
            </w:pPr>
            <w:r>
              <w:rPr>
                <w:rFonts w:ascii="宋体" w:hAnsi="宋体" w:eastAsia="宋体"/>
                <w:b w:val="0"/>
                <w:sz w:val="18"/>
              </w:rPr>
              <w:t>师：大家仔细观察，你认为他的知识点全面吗？</w:t>
            </w:r>
          </w:p>
          <w:p>
            <w:pPr>
              <w:spacing w:after="20" w:line="276" w:lineRule="auto"/>
            </w:pPr>
            <w:r>
              <w:rPr>
                <w:rFonts w:ascii="宋体" w:hAnsi="宋体" w:eastAsia="宋体"/>
                <w:b w:val="0"/>
                <w:sz w:val="18"/>
              </w:rPr>
              <w:t>引导学生回顾本学期学习的“数与运算”主题中的知识点：乘法的意义、除法的意义、表内乘法口诀，用乘法口诀计算表内乘、除法。</w:t>
            </w:r>
          </w:p>
          <w:p>
            <w:pPr>
              <w:spacing w:after="20" w:line="276" w:lineRule="auto"/>
            </w:pPr>
            <w:r>
              <w:rPr>
                <w:rFonts w:ascii="宋体" w:hAnsi="宋体" w:eastAsia="宋体"/>
                <w:b w:val="0"/>
                <w:sz w:val="18"/>
              </w:rPr>
              <w:t>师：大家看看自己的“知识图”，觉得自己的“知识图”中还有哪些地方需要补充和完善呢？试着补一补。(板书课题：数与运算的复习)</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组织学生交流分享学习成果与思考过程，在互动中深化理解、提升数学表达能力，核心问题："大家仔细观察，你认为他的知识点全面吗？"</w:t>
            </w:r>
          </w:p>
        </w:tc>
      </w:tr>
      <w:tr>
        <w:tc>
          <w:tcPr>
            <w:tcW w:type="dxa" w:w="1474"/>
          </w:tcPr>
          <w:p>
            <w:pPr>
              <w:spacing w:after="20" w:line="276" w:lineRule="auto"/>
            </w:pPr>
            <w:r>
              <w:rPr>
                <w:b/>
              </w:rPr>
            </w:r>
            <w:r>
              <w:rPr>
                <w:rFonts w:ascii="宋体" w:hAnsi="宋体" w:eastAsia="宋体"/>
                <w:b/>
                <w:sz w:val="18"/>
              </w:rPr>
              <w:t>对比分析，深化理解</w:t>
            </w:r>
          </w:p>
        </w:tc>
        <w:tc>
          <w:tcPr>
            <w:tcW w:type="dxa" w:w="3061"/>
          </w:tcPr>
          <w:p>
            <w:pPr>
              <w:spacing w:after="20" w:line="276" w:lineRule="auto"/>
            </w:pPr>
            <w:r/>
            <w:r>
              <w:rPr>
                <w:rFonts w:ascii="宋体" w:hAnsi="宋体" w:eastAsia="宋体"/>
                <w:b w:val="0"/>
                <w:sz w:val="18"/>
              </w:rPr>
              <w:t>师：小丽也对本册“数与运算”的内容进行了整理，大家看看，她整理了哪些内容呢？</w:t>
            </w:r>
          </w:p>
          <w:p>
            <w:pPr>
              <w:spacing w:after="20" w:line="276" w:lineRule="auto"/>
            </w:pPr>
            <w:r>
              <w:rPr>
                <w:rFonts w:ascii="宋体" w:hAnsi="宋体" w:eastAsia="宋体"/>
                <w:b w:val="0"/>
                <w:sz w:val="18"/>
              </w:rPr>
              <w:t>课件出示教科书P91小丽整理的“知识图”。</w:t>
            </w:r>
          </w:p>
          <w:p>
            <w:pPr>
              <w:spacing w:after="20" w:line="276" w:lineRule="auto"/>
            </w:pPr>
            <w:r>
              <w:rPr>
                <w:rFonts w:ascii="宋体" w:hAnsi="宋体" w:eastAsia="宋体"/>
                <w:b w:val="0"/>
                <w:sz w:val="18"/>
              </w:rPr>
              <w:t>1．沟通四则运算的联系，理解乘法和除法的含义。</w:t>
            </w:r>
          </w:p>
          <w:p>
            <w:pPr>
              <w:spacing w:after="20" w:line="276" w:lineRule="auto"/>
            </w:pPr>
            <w:r>
              <w:rPr>
                <w:rFonts w:ascii="宋体" w:hAnsi="宋体" w:eastAsia="宋体"/>
                <w:b w:val="0"/>
                <w:sz w:val="18"/>
              </w:rPr>
              <w:t>(1)加法与乘法的关系。</w:t>
            </w:r>
          </w:p>
          <w:p>
            <w:pPr>
              <w:spacing w:after="20" w:line="276" w:lineRule="auto"/>
            </w:pPr>
            <w:r>
              <w:rPr>
                <w:rFonts w:ascii="宋体" w:hAnsi="宋体" w:eastAsia="宋体"/>
                <w:b w:val="0"/>
                <w:sz w:val="18"/>
              </w:rPr>
              <w:t>师：要求几个相同的加数相加的和可以用什么方法做？</w:t>
            </w:r>
          </w:p>
          <w:p>
            <w:pPr>
              <w:spacing w:after="20" w:line="276" w:lineRule="auto"/>
            </w:pPr>
            <w:r>
              <w:rPr>
                <w:rFonts w:ascii="宋体" w:hAnsi="宋体" w:eastAsia="宋体"/>
                <w:b w:val="0"/>
                <w:sz w:val="18"/>
              </w:rPr>
              <w:t>可以用加法，也可以用乘法。</w:t>
            </w:r>
          </w:p>
          <w:p>
            <w:pPr>
              <w:spacing w:after="20" w:line="276" w:lineRule="auto"/>
            </w:pPr>
            <w:r>
              <w:rPr>
                <w:rFonts w:ascii="宋体" w:hAnsi="宋体" w:eastAsia="宋体"/>
                <w:b w:val="0"/>
                <w:sz w:val="18"/>
              </w:rPr>
              <w:t>师：为什么既可以用加法，也可以用乘法呢？</w:t>
            </w:r>
          </w:p>
          <w:p>
            <w:pPr>
              <w:spacing w:after="20" w:line="276" w:lineRule="auto"/>
            </w:pPr>
            <w:r>
              <w:rPr>
                <w:rFonts w:ascii="宋体" w:hAnsi="宋体" w:eastAsia="宋体"/>
                <w:b w:val="0"/>
                <w:sz w:val="18"/>
              </w:rPr>
              <w:t>引导学生交流，说出加法与乘法的联系：加数相同时可以用乘法计算，乘法是加法的简便运算。</w:t>
            </w:r>
          </w:p>
          <w:p>
            <w:pPr>
              <w:spacing w:after="20" w:line="276" w:lineRule="auto"/>
            </w:pPr>
            <w:r>
              <w:rPr>
                <w:rFonts w:ascii="宋体" w:hAnsi="宋体" w:eastAsia="宋体"/>
                <w:b w:val="0"/>
                <w:sz w:val="18"/>
              </w:rPr>
              <w:t>(2)减法与除法的关系。</w:t>
            </w:r>
          </w:p>
          <w:p>
            <w:pPr>
              <w:spacing w:after="20" w:line="276" w:lineRule="auto"/>
            </w:pPr>
            <w:r>
              <w:rPr>
                <w:rFonts w:ascii="宋体" w:hAnsi="宋体" w:eastAsia="宋体"/>
                <w:b w:val="0"/>
                <w:sz w:val="18"/>
              </w:rPr>
              <w:t>师：类似的，减法与除法又有怎样的关系呢？</w:t>
            </w:r>
          </w:p>
          <w:p>
            <w:pPr>
              <w:spacing w:after="20" w:line="276" w:lineRule="auto"/>
            </w:pPr>
            <w:r>
              <w:rPr>
                <w:rFonts w:ascii="宋体" w:hAnsi="宋体" w:eastAsia="宋体"/>
                <w:b w:val="0"/>
                <w:sz w:val="18"/>
              </w:rPr>
              <w:t>引导学生交流，说出减法与除法的联系：一个数连续减去几个相同的减数时，可以用除法计算，除法是减法的简便运算。</w:t>
            </w:r>
          </w:p>
          <w:p>
            <w:pPr>
              <w:spacing w:after="20" w:line="276" w:lineRule="auto"/>
            </w:pPr>
            <w:r>
              <w:rPr>
                <w:rFonts w:ascii="宋体" w:hAnsi="宋体" w:eastAsia="宋体"/>
                <w:b w:val="0"/>
                <w:sz w:val="18"/>
              </w:rPr>
              <w:t>(3)加法、减法、乘法与除法的关系。</w:t>
            </w:r>
          </w:p>
          <w:p>
            <w:pPr>
              <w:spacing w:after="20" w:line="276" w:lineRule="auto"/>
            </w:pPr>
            <w:r>
              <w:rPr>
                <w:rFonts w:ascii="宋体" w:hAnsi="宋体" w:eastAsia="宋体"/>
                <w:b w:val="0"/>
                <w:sz w:val="18"/>
              </w:rPr>
              <w:t>师：加法、减法、乘法和除法都是相互联系的，根据下图你能列出哪些算式呢？每个算式表示的意义分别是什么？</w:t>
            </w:r>
          </w:p>
          <w:p>
            <w:pPr>
              <w:spacing w:after="20" w:line="276" w:lineRule="auto"/>
            </w:pPr>
            <w:r>
              <w:rPr>
                <w:rFonts w:ascii="宋体" w:hAnsi="宋体" w:eastAsia="宋体"/>
                <w:b w:val="0"/>
                <w:sz w:val="18"/>
              </w:rPr>
              <w:t>出示课件。</w:t>
            </w:r>
          </w:p>
          <w:p>
            <w:pPr>
              <w:spacing w:after="20" w:line="276" w:lineRule="auto"/>
            </w:pPr>
            <w:r>
              <w:rPr>
                <w:rFonts w:ascii="宋体" w:hAnsi="宋体" w:eastAsia="宋体"/>
                <w:b w:val="0"/>
                <w:sz w:val="18"/>
              </w:rPr>
              <w:t>部分学生不一定能列出全部的算式，但全班学生集体交流能将算式列全。</w:t>
            </w:r>
          </w:p>
          <w:p>
            <w:pPr>
              <w:spacing w:after="20" w:line="276" w:lineRule="auto"/>
            </w:pPr>
            <w:r>
              <w:rPr>
                <w:rFonts w:ascii="宋体" w:hAnsi="宋体" w:eastAsia="宋体"/>
                <w:b w:val="0"/>
                <w:sz w:val="18"/>
              </w:rPr>
              <w:t>引导学生分别列出加法算式、减法算式、乘法算式和除法算式，并说出每个算式的意义。(教师适时板书)</w:t>
            </w:r>
          </w:p>
          <w:p>
            <w:pPr>
              <w:spacing w:after="20" w:line="276" w:lineRule="auto"/>
            </w:pPr>
            <w:r>
              <w:rPr>
                <w:rFonts w:ascii="宋体" w:hAnsi="宋体" w:eastAsia="宋体"/>
                <w:b w:val="0"/>
                <w:sz w:val="18"/>
              </w:rPr>
              <w:t>师：通过一幅图，同学们能列出这么多算式。这些算式之间有怎样的联系呢？</w:t>
            </w:r>
          </w:p>
          <w:p>
            <w:pPr>
              <w:spacing w:after="20" w:line="276" w:lineRule="auto"/>
            </w:pPr>
            <w:r>
              <w:rPr>
                <w:rFonts w:ascii="宋体" w:hAnsi="宋体" w:eastAsia="宋体"/>
                <w:b w:val="0"/>
                <w:sz w:val="18"/>
              </w:rPr>
              <w:t>2．整理乘法口诀，计算表内乘、除法。</w:t>
            </w:r>
          </w:p>
          <w:p>
            <w:pPr>
              <w:spacing w:after="20" w:line="276" w:lineRule="auto"/>
            </w:pPr>
            <w:r>
              <w:rPr>
                <w:rFonts w:ascii="宋体" w:hAnsi="宋体" w:eastAsia="宋体"/>
                <w:b w:val="0"/>
                <w:sz w:val="18"/>
              </w:rPr>
              <w:t>师：我们已经列出了这么多算式，加法和减法我们上学期就已经学过，那乘法和除法该怎么计算呢？</w:t>
            </w:r>
          </w:p>
          <w:p>
            <w:pPr>
              <w:spacing w:after="20" w:line="276" w:lineRule="auto"/>
            </w:pPr>
            <w:r>
              <w:rPr>
                <w:rFonts w:ascii="宋体" w:hAnsi="宋体" w:eastAsia="宋体"/>
                <w:b w:val="0"/>
                <w:sz w:val="18"/>
              </w:rPr>
              <w:t>师：回忆一下，我们本学期学了哪些乘法口诀？</w:t>
            </w:r>
          </w:p>
          <w:p>
            <w:pPr>
              <w:spacing w:after="20" w:line="276" w:lineRule="auto"/>
            </w:pPr>
            <w:r>
              <w:rPr>
                <w:rFonts w:ascii="宋体" w:hAnsi="宋体" w:eastAsia="宋体"/>
                <w:b w:val="0"/>
                <w:sz w:val="18"/>
              </w:rPr>
              <w:t>引导学生整理回顾学习过的乘法口诀。</w:t>
            </w:r>
          </w:p>
          <w:p>
            <w:pPr>
              <w:spacing w:after="20" w:line="276" w:lineRule="auto"/>
            </w:pPr>
            <w:r>
              <w:rPr>
                <w:rFonts w:ascii="宋体" w:hAnsi="宋体" w:eastAsia="宋体"/>
                <w:b w:val="0"/>
                <w:sz w:val="18"/>
              </w:rPr>
              <w:t>课件展示“小九九”乘法口诀表。</w:t>
            </w:r>
          </w:p>
          <w:p>
            <w:pPr>
              <w:spacing w:after="20" w:line="276" w:lineRule="auto"/>
            </w:pPr>
            <w:r>
              <w:rPr>
                <w:rFonts w:ascii="宋体" w:hAnsi="宋体" w:eastAsia="宋体"/>
                <w:b w:val="0"/>
                <w:sz w:val="18"/>
              </w:rPr>
              <w:t>师：我们一共学习了多少句乘法口诀？这么多乘法口诀怎么记住呢？</w:t>
            </w:r>
          </w:p>
          <w:p>
            <w:pPr>
              <w:spacing w:after="20" w:line="276" w:lineRule="auto"/>
            </w:pPr>
            <w:r>
              <w:rPr>
                <w:rFonts w:ascii="宋体" w:hAnsi="宋体" w:eastAsia="宋体"/>
                <w:b w:val="0"/>
                <w:sz w:val="18"/>
              </w:rPr>
              <w:t>引导学生交流乘法口诀的规律和记忆口诀的方法。</w:t>
            </w:r>
          </w:p>
          <w:p>
            <w:pPr>
              <w:spacing w:after="20" w:line="276" w:lineRule="auto"/>
            </w:pPr>
            <w:r>
              <w:rPr>
                <w:rFonts w:ascii="宋体" w:hAnsi="宋体" w:eastAsia="宋体"/>
                <w:b w:val="0"/>
                <w:sz w:val="18"/>
              </w:rPr>
              <w:t>3．运用乘法口诀表计算表内乘、除法。</w:t>
            </w:r>
          </w:p>
          <w:p>
            <w:pPr>
              <w:spacing w:after="20" w:line="276" w:lineRule="auto"/>
            </w:pPr>
            <w:r>
              <w:rPr>
                <w:rFonts w:ascii="宋体" w:hAnsi="宋体" w:eastAsia="宋体"/>
                <w:b w:val="0"/>
                <w:sz w:val="18"/>
              </w:rPr>
              <w:t>师：乘法口诀可以帮助我们快速计算乘法和除法，现在我们一起来算一算吧！</w:t>
            </w:r>
          </w:p>
          <w:p>
            <w:pPr>
              <w:spacing w:after="20" w:line="276" w:lineRule="auto"/>
            </w:pPr>
            <w:r>
              <w:rPr>
                <w:rFonts w:ascii="宋体" w:hAnsi="宋体" w:eastAsia="宋体"/>
                <w:b w:val="0"/>
                <w:sz w:val="18"/>
              </w:rPr>
              <w:t>课件出示教科书P96“练一练”第2题。</w:t>
            </w:r>
          </w:p>
          <w:p>
            <w:pPr>
              <w:spacing w:after="20" w:line="276" w:lineRule="auto"/>
            </w:pPr>
            <w:r>
              <w:rPr>
                <w:rFonts w:ascii="宋体" w:hAnsi="宋体" w:eastAsia="宋体"/>
                <w:b w:val="0"/>
                <w:sz w:val="18"/>
              </w:rPr>
              <w:t>师：说一说，你是怎样想到要用哪句乘法口诀的？</w:t>
            </w:r>
          </w:p>
          <w:p>
            <w:pPr>
              <w:spacing w:after="20" w:line="276" w:lineRule="auto"/>
            </w:pPr>
            <w:r>
              <w:rPr>
                <w:rFonts w:ascii="宋体" w:hAnsi="宋体" w:eastAsia="宋体"/>
                <w:b w:val="0"/>
                <w:sz w:val="18"/>
              </w:rPr>
              <w:t>师小结：根据算式中的数，乘法算式中，看乘数，想这两个乘数的乘法口诀；除法算式中，先看除数，想除数有哪些乘法口诀，再根据被除数确定用哪句乘法口诀。</w:t>
            </w:r>
          </w:p>
          <w:p>
            <w:pPr>
              <w:spacing w:after="20" w:line="276" w:lineRule="auto"/>
            </w:pPr>
            <w:r>
              <w:rPr>
                <w:rFonts w:ascii="宋体" w:hAnsi="宋体" w:eastAsia="宋体"/>
                <w:b w:val="0"/>
                <w:sz w:val="18"/>
              </w:rPr>
              <w:t>4．完善自己的“知识图”。</w:t>
            </w:r>
          </w:p>
          <w:p>
            <w:pPr>
              <w:spacing w:after="20" w:line="276" w:lineRule="auto"/>
            </w:pPr>
            <w:r>
              <w:rPr>
                <w:rFonts w:ascii="宋体" w:hAnsi="宋体" w:eastAsia="宋体"/>
                <w:b w:val="0"/>
                <w:sz w:val="18"/>
              </w:rPr>
              <w:t>师：我们通过小丽整理的“知识图”复习了本学期学习的“数与运算”的内容，你们再对比一下自己的“知识图”，看还有哪些需要修改、补充的地方，同桌之间交换看一看，提出修改建议。</w:t>
            </w:r>
          </w:p>
        </w:tc>
        <w:tc>
          <w:tcPr>
            <w:tcW w:type="dxa" w:w="3061"/>
          </w:tcPr>
          <w:p>
            <w:pPr>
              <w:spacing w:after="20" w:line="276" w:lineRule="auto"/>
            </w:pPr>
            <w:r/>
            <w:r>
              <w:rPr>
                <w:rFonts w:ascii="宋体" w:hAnsi="宋体" w:eastAsia="宋体"/>
                <w:b w:val="0"/>
                <w:sz w:val="18"/>
              </w:rPr>
              <w:t>学生难以分析全面，需要教师有序引导。在教师引导下学生能说出加法算式与乘法算式、减法算式与除法算式、乘法算式与除法算式之间的联系。</w:t>
            </w:r>
          </w:p>
          <w:p>
            <w:pPr>
              <w:spacing w:after="20" w:line="276" w:lineRule="auto"/>
            </w:pPr>
            <w:r>
              <w:rPr>
                <w:rFonts w:ascii="宋体" w:hAnsi="宋体" w:eastAsia="宋体"/>
                <w:b w:val="0"/>
                <w:sz w:val="18"/>
              </w:rPr>
              <w:t>学生都能说出用乘法口诀计算乘法和除法。</w:t>
            </w:r>
          </w:p>
          <w:p>
            <w:pPr>
              <w:spacing w:after="20" w:line="276" w:lineRule="auto"/>
            </w:pPr>
            <w:r>
              <w:rPr>
                <w:rFonts w:ascii="宋体" w:hAnsi="宋体" w:eastAsia="宋体"/>
                <w:b w:val="0"/>
                <w:sz w:val="18"/>
              </w:rPr>
              <w:t>学生独立完成教科书P94“应用提升”第1题后，集体交流讨论。</w:t>
            </w:r>
          </w:p>
          <w:p>
            <w:pPr>
              <w:spacing w:after="20" w:line="276" w:lineRule="auto"/>
            </w:pPr>
            <w:r>
              <w:rPr>
                <w:rFonts w:ascii="宋体" w:hAnsi="宋体" w:eastAsia="宋体"/>
                <w:b w:val="0"/>
                <w:sz w:val="18"/>
              </w:rPr>
              <w:t>学生先独立计算，再集体交流。</w:t>
            </w:r>
          </w:p>
          <w:p>
            <w:pPr>
              <w:spacing w:after="20" w:line="276" w:lineRule="auto"/>
            </w:pPr>
            <w:r>
              <w:rPr>
                <w:rFonts w:ascii="宋体" w:hAnsi="宋体" w:eastAsia="宋体"/>
                <w:b w:val="0"/>
                <w:sz w:val="18"/>
              </w:rPr>
              <w:t>同桌互相指出需要修改完善的地方，各自将自己的“知识图”修改、补充完整。</w:t>
            </w:r>
          </w:p>
        </w:tc>
        <w:tc>
          <w:tcPr>
            <w:tcW w:type="dxa" w:w="1814"/>
          </w:tcPr>
          <w:p>
            <w:pPr>
              <w:spacing w:after="20" w:line="276" w:lineRule="auto"/>
            </w:pPr>
            <w:r/>
            <w:r>
              <w:rPr>
                <w:rFonts w:ascii="宋体" w:hAnsi="宋体" w:eastAsia="宋体"/>
                <w:b w:val="0"/>
                <w:sz w:val="18"/>
              </w:rPr>
              <w:t>围绕环节目标组织学习活动，引导学生主动参与、积极思考，核心问题："小丽也对本册“数与运算”的内容进行了整理，大家看看，她整理了哪些内容呢？"</w:t>
            </w:r>
          </w:p>
        </w:tc>
      </w:tr>
      <w:tr>
        <w:tc>
          <w:tcPr>
            <w:tcW w:type="dxa" w:w="1474"/>
          </w:tcPr>
          <w:p>
            <w:pPr>
              <w:spacing w:after="20" w:line="276" w:lineRule="auto"/>
            </w:pPr>
            <w:r>
              <w:rPr>
                <w:b/>
              </w:rPr>
            </w:r>
            <w:r>
              <w:rPr>
                <w:rFonts w:ascii="宋体" w:hAnsi="宋体" w:eastAsia="宋体"/>
                <w:b/>
                <w:sz w:val="18"/>
              </w:rPr>
              <w:t>实践应用，巩固提升</w:t>
            </w:r>
          </w:p>
        </w:tc>
        <w:tc>
          <w:tcPr>
            <w:tcW w:type="dxa" w:w="3061"/>
          </w:tcPr>
          <w:p>
            <w:pPr>
              <w:spacing w:after="20" w:line="276" w:lineRule="auto"/>
            </w:pPr>
            <w:r/>
            <w:r>
              <w:rPr>
                <w:rFonts w:ascii="宋体" w:hAnsi="宋体" w:eastAsia="宋体"/>
                <w:b w:val="0"/>
                <w:sz w:val="18"/>
              </w:rPr>
              <w:t>1.完成教科书P97“练一练”第3、4题。</w:t>
            </w:r>
          </w:p>
          <w:p>
            <w:pPr>
              <w:spacing w:after="20" w:line="276" w:lineRule="auto"/>
            </w:pPr>
            <w:r>
              <w:rPr>
                <w:rFonts w:ascii="宋体" w:hAnsi="宋体" w:eastAsia="宋体"/>
                <w:b w:val="0"/>
                <w:sz w:val="18"/>
              </w:rPr>
              <w:t>2．完成教科书P97“练一练”第5题。</w:t>
            </w:r>
          </w:p>
        </w:tc>
        <w:tc>
          <w:tcPr>
            <w:tcW w:type="dxa" w:w="3061"/>
          </w:tcPr>
          <w:p>
            <w:pPr>
              <w:spacing w:after="20" w:line="276" w:lineRule="auto"/>
            </w:pPr>
            <w:r/>
            <w:r>
              <w:rPr>
                <w:rFonts w:ascii="宋体" w:hAnsi="宋体" w:eastAsia="宋体"/>
                <w:b w:val="0"/>
                <w:sz w:val="18"/>
              </w:rPr>
              <w:t>学生独立完成，后集中评价。教师选择部分题引导学生交流思考过程和解答方法。</w:t>
            </w:r>
          </w:p>
          <w:p>
            <w:pPr>
              <w:spacing w:after="20" w:line="276" w:lineRule="auto"/>
            </w:pPr>
            <w:r>
              <w:rPr>
                <w:rFonts w:ascii="宋体" w:hAnsi="宋体" w:eastAsia="宋体"/>
                <w:b w:val="0"/>
                <w:sz w:val="18"/>
              </w:rPr>
              <w:t>学生独立完成后，集体交流计算顺序。</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师：本节复习课你有哪些收获？复习的时候要注意些什么？</w:t>
            </w:r>
          </w:p>
          <w:p>
            <w:pPr>
              <w:spacing w:after="20" w:line="276" w:lineRule="auto"/>
            </w:pPr>
            <w:r>
              <w:rPr>
                <w:rFonts w:ascii="宋体" w:hAnsi="宋体" w:eastAsia="宋体"/>
                <w:b w:val="0"/>
                <w:sz w:val="18"/>
              </w:rPr>
              <w:t>让学生自主画“知识图”，在展示交流的过程中查漏补缺，完善知识结构；在对比分析中深化理解，建构知识关联。借助具体的情境进一步理解乘、除法的意义，复习表内乘法口诀，运用乘法口诀计算表内乘、除法。</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引导学生回顾梳理本课所学，完善认知结构，提升归纳与反思能力，核心问题："本节复习课你有哪些收获？复习的时候要注意些什么？"</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教科书P91“数与运算”，完成教科书P94“应用提升”第1题和P96～97“练一练”第2～5题。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生能对本学期学习的内容进行整理，基本上能正确解答本学期学习的相关问题。少数同学看了小丽整理的“知识点”，没有将加、减法与乘、除法联系起来，但是通过教学活动，引导学生建立了联系，后续还需要继续引导学生用联系的眼光学习数学。</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数量关系</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数量关系</w:t>
            </w:r>
          </w:p>
        </w:tc>
        <w:tc>
          <w:tcPr>
            <w:tcW w:type="dxa" w:w="6009"/>
          </w:tcPr>
          <w:p>
            <w:pPr>
              <w:spacing w:after="20" w:line="276" w:lineRule="auto"/>
            </w:pPr>
            <w:r/>
            <w:r>
              <w:rPr>
                <w:rFonts w:ascii="宋体" w:hAnsi="宋体" w:eastAsia="宋体"/>
                <w:b w:val="0"/>
                <w:sz w:val="20"/>
              </w:rPr>
              <w:t>第6单元 复习与关联</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一年级的时候已经经历过期末总复习，有一定的整理复习经验。在前面的每个单元中，也有整理和复习，所以对于每个知识点的整理和复习，学生容易接受。但是二年级的学生，对数学的学习更多停留在感性认识层面，思维的深刻性和广阔性还有待发展，而期末的总复习更多是要建构知识关联，将前面每个单元的知识进行整合，形成体系，这些对于学生而言有难度。教学时，要注重知识间的关联，多给学生创造交流和表达的机会，促进学生深度思考，引导学生感悟知识间的联系。</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教学内容：教科书P92“数量关系”，完成教科书P96～99“练一练”第1、11、13题。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（1）在具体的情境中理解总数、每份数和份数之间的关系，能根据其中两个已知信息选择乘法或除法求出另一个未知信息，感悟乘法和除法之间的联系。</w:t>
      </w:r>
    </w:p>
    <w:p>
      <w:pPr>
        <w:spacing w:after="20" w:line="300" w:lineRule="auto"/>
        <w:ind w:firstLine="400"/>
      </w:pPr>
      <w:r>
        <w:rPr>
          <w:rFonts w:ascii="宋体" w:hAnsi="宋体" w:eastAsia="宋体"/>
          <w:b w:val="0"/>
          <w:sz w:val="20"/>
        </w:rPr>
        <w:t>（2）能用画图的方法表征数学问题，分析数量关系，正确地解决问题。</w:t>
      </w:r>
    </w:p>
    <w:p>
      <w:pPr>
        <w:spacing w:after="20" w:line="300" w:lineRule="auto"/>
        <w:ind w:firstLine="400"/>
      </w:pPr>
      <w:r>
        <w:rPr>
          <w:rFonts w:ascii="宋体" w:hAnsi="宋体" w:eastAsia="宋体"/>
          <w:b w:val="0"/>
          <w:sz w:val="20"/>
        </w:rPr>
        <w:t>（3）引导学生经历对不同现实情境问题的分析、比较与归纳，感悟初步的、直观的乘法和除法模型。</w:t>
      </w:r>
    </w:p>
    <w:p>
      <w:pPr>
        <w:spacing w:after="20" w:line="300" w:lineRule="auto"/>
      </w:pPr>
      <w:r>
        <w:rPr>
          <w:rFonts w:ascii="宋体" w:hAnsi="宋体" w:eastAsia="宋体"/>
          <w:b w:val="0"/>
          <w:sz w:val="20"/>
        </w:rPr>
        <w:t>教学重点：引导学生分析乘法、除法解决问题中的数量关系，进一步理解乘、除法的意义。</w:t>
      </w:r>
    </w:p>
    <w:p>
      <w:pPr>
        <w:spacing w:after="20" w:line="300" w:lineRule="auto"/>
      </w:pPr>
      <w:r>
        <w:rPr>
          <w:rFonts w:ascii="宋体" w:hAnsi="宋体" w:eastAsia="宋体"/>
          <w:b w:val="0"/>
          <w:sz w:val="20"/>
        </w:rPr>
        <w:t>教学难点：引导学生理解乘、除法问题之间的联系，形成初步的模型意识。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谈话导入，复习回顾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同学们，本学期我们学习了乘、除法，会用乘、除法解决一些简单的问题。同学们回顾一下，乘法的意义是什么？除法的意义又是什么？</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整理复习，沟通联系</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你们能根据提供的信息编写一个用乘法计算解决的问题吗？；这个问题该如何解决呢？</w:t>
            </w:r>
          </w:p>
        </w:tc>
        <w:tc>
          <w:tcPr>
            <w:tcW w:type="dxa" w:w="1361"/>
          </w:tcPr>
          <w:p>
            <w:pPr>
              <w:spacing w:after="20" w:line="276" w:lineRule="auto"/>
            </w:pPr>
            <w:r/>
            <w:r>
              <w:rPr>
                <w:rFonts w:ascii="宋体" w:hAnsi="宋体" w:eastAsia="宋体"/>
                <w:b w:val="0"/>
                <w:sz w:val="18"/>
              </w:rPr>
              <w:t>20分钟</w:t>
            </w:r>
          </w:p>
        </w:tc>
      </w:tr>
      <w:tr>
        <w:tc>
          <w:tcPr>
            <w:tcW w:type="dxa" w:w="2835"/>
          </w:tcPr>
          <w:p>
            <w:pPr>
              <w:spacing w:after="20" w:line="276" w:lineRule="auto"/>
            </w:pPr>
            <w:r/>
            <w:r>
              <w:rPr>
                <w:rFonts w:ascii="宋体" w:hAnsi="宋体" w:eastAsia="宋体"/>
                <w:b w:val="0"/>
                <w:sz w:val="18"/>
              </w:rPr>
              <w:t>实际应用，深化理解数学模型</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四、根据算式提问题，拓展提升</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仔细读一读，这个问题中，总数、每份数、份数分别是指什么？；算式24÷3＝8(元)中，“24”“3”和“8”分别表示什么？</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解决问题，反馈评价</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情境图、课件</w:t>
            </w:r>
          </w:p>
        </w:tc>
        <w:tc>
          <w:tcPr>
            <w:tcW w:type="dxa" w:w="3402"/>
          </w:tcPr>
          <w:p>
            <w:pPr>
              <w:spacing w:after="20" w:line="276" w:lineRule="auto"/>
            </w:pPr>
            <w:r/>
            <w:r>
              <w:rPr>
                <w:rFonts w:ascii="宋体" w:hAnsi="宋体" w:eastAsia="宋体"/>
                <w:b w:val="0"/>
                <w:sz w:val="18"/>
              </w:rPr>
              <w:t>本节复习课你有哪些收获？什么时候列乘法算式解答？什么时候列除法算式解答？</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谈话导入，复习回顾</w:t>
            </w:r>
          </w:p>
        </w:tc>
        <w:tc>
          <w:tcPr>
            <w:tcW w:type="dxa" w:w="3061"/>
          </w:tcPr>
          <w:p>
            <w:pPr>
              <w:spacing w:after="20" w:line="276" w:lineRule="auto"/>
            </w:pPr>
            <w:r/>
            <w:r>
              <w:rPr>
                <w:rFonts w:ascii="宋体" w:hAnsi="宋体" w:eastAsia="宋体"/>
                <w:b w:val="0"/>
                <w:sz w:val="18"/>
              </w:rPr>
              <w:t>师：同学们，本学期我们学习了乘、除法，会用乘、除法解决一些简单的问题。同学们回顾一下，乘法的意义是什么？除法的意义又是什么？</w:t>
            </w:r>
          </w:p>
          <w:p>
            <w:pPr>
              <w:spacing w:after="20" w:line="276" w:lineRule="auto"/>
            </w:pPr>
            <w:r>
              <w:rPr>
                <w:rFonts w:ascii="宋体" w:hAnsi="宋体" w:eastAsia="宋体"/>
                <w:b w:val="0"/>
                <w:sz w:val="18"/>
              </w:rPr>
              <w:t>求几个相同加数的和，用乘法计算；将一个数平均分，已知每份数，求平均分的份数，用除法计算；已知平均分成了多少份，求每份数，也用除法计算。</w:t>
            </w:r>
          </w:p>
          <w:p>
            <w:pPr>
              <w:spacing w:after="20" w:line="276" w:lineRule="auto"/>
            </w:pPr>
            <w:r>
              <w:rPr>
                <w:rFonts w:ascii="宋体" w:hAnsi="宋体" w:eastAsia="宋体"/>
                <w:b w:val="0"/>
                <w:sz w:val="18"/>
              </w:rPr>
              <w:t>师：乘法、除法的意义是我们分析数量关系的重要依据，本节课我们就复习运用数量关系列式解决问题。(板书课题：数量关系的复习)</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本学期我们学习了乘、除法，会用乘、除法解决一些简单的问题。同学们回顾一下，乘法的意义是什么？除法的意义又是什么？"</w:t>
            </w:r>
          </w:p>
        </w:tc>
      </w:tr>
      <w:tr>
        <w:tc>
          <w:tcPr>
            <w:tcW w:type="dxa" w:w="1474"/>
          </w:tcPr>
          <w:p>
            <w:pPr>
              <w:spacing w:after="20" w:line="276" w:lineRule="auto"/>
            </w:pPr>
            <w:r>
              <w:rPr>
                <w:b/>
              </w:rPr>
            </w:r>
            <w:r>
              <w:rPr>
                <w:rFonts w:ascii="宋体" w:hAnsi="宋体" w:eastAsia="宋体"/>
                <w:b/>
                <w:sz w:val="18"/>
              </w:rPr>
              <w:t>整理复习，沟通联系</w:t>
            </w:r>
          </w:p>
        </w:tc>
        <w:tc>
          <w:tcPr>
            <w:tcW w:type="dxa" w:w="3061"/>
          </w:tcPr>
          <w:p>
            <w:pPr>
              <w:spacing w:after="20" w:line="276" w:lineRule="auto"/>
            </w:pPr>
            <w:r/>
            <w:r>
              <w:rPr>
                <w:rFonts w:ascii="宋体" w:hAnsi="宋体" w:eastAsia="宋体"/>
                <w:b w:val="0"/>
                <w:sz w:val="18"/>
              </w:rPr>
              <w:t>出示课件。</w:t>
            </w:r>
          </w:p>
          <w:p>
            <w:pPr>
              <w:spacing w:after="20" w:line="276" w:lineRule="auto"/>
            </w:pPr>
            <w:r>
              <w:rPr>
                <w:rFonts w:ascii="宋体" w:hAnsi="宋体" w:eastAsia="宋体"/>
                <w:b w:val="0"/>
                <w:sz w:val="18"/>
              </w:rPr>
              <w:t>1．根据信息编写用乘法计算解决的问题。</w:t>
            </w:r>
          </w:p>
          <w:p>
            <w:pPr>
              <w:spacing w:after="20" w:line="276" w:lineRule="auto"/>
            </w:pPr>
            <w:r>
              <w:rPr>
                <w:rFonts w:ascii="宋体" w:hAnsi="宋体" w:eastAsia="宋体"/>
                <w:b w:val="0"/>
                <w:sz w:val="18"/>
              </w:rPr>
              <w:t>师：你们能根据提供的信息编写一个用乘法计算解决的问题吗？</w:t>
            </w:r>
          </w:p>
          <w:p>
            <w:pPr>
              <w:spacing w:after="20" w:line="276" w:lineRule="auto"/>
            </w:pPr>
            <w:r>
              <w:rPr>
                <w:rFonts w:ascii="宋体" w:hAnsi="宋体" w:eastAsia="宋体"/>
                <w:b w:val="0"/>
                <w:sz w:val="18"/>
              </w:rPr>
              <w:t>每个皮球5元，买3个皮球一共需要多少元？</w:t>
            </w:r>
          </w:p>
          <w:p>
            <w:pPr>
              <w:spacing w:after="20" w:line="276" w:lineRule="auto"/>
            </w:pPr>
            <w:r>
              <w:rPr>
                <w:rFonts w:ascii="宋体" w:hAnsi="宋体" w:eastAsia="宋体"/>
                <w:b w:val="0"/>
                <w:sz w:val="18"/>
              </w:rPr>
              <w:t>师：这个问题该如何解决呢？我们一起用画图的方法解决问题。用1个小条形代表1个皮球的价格(画：Ｋ)，接下来该怎么画？请大家先独立画一画，再和同桌交流想法。</w:t>
            </w:r>
          </w:p>
          <w:p>
            <w:pPr>
              <w:spacing w:after="20" w:line="276" w:lineRule="auto"/>
            </w:pPr>
            <w:r>
              <w:rPr>
                <w:rFonts w:ascii="宋体" w:hAnsi="宋体" w:eastAsia="宋体"/>
                <w:b w:val="0"/>
                <w:sz w:val="18"/>
              </w:rPr>
              <w:t>师：同学们画的图清晰地表示出了3个皮球的价钱，但还需补上1个表示“一共需要多少元”的大括号及“共？元”，这样就能把题意表达完整了，从而能较容易直接从图中看出问题中的数量关系。那么数量关系是什么呢？同桌间互相说一说。(板书：)</w:t>
            </w:r>
          </w:p>
          <w:p>
            <w:pPr>
              <w:spacing w:after="20" w:line="276" w:lineRule="auto"/>
            </w:pPr>
            <w:r>
              <w:rPr>
                <w:rFonts w:ascii="宋体" w:hAnsi="宋体" w:eastAsia="宋体"/>
                <w:b w:val="0"/>
                <w:sz w:val="18"/>
              </w:rPr>
              <w:t>师：该怎么列式计算呢？</w:t>
            </w:r>
          </w:p>
          <w:p>
            <w:pPr>
              <w:spacing w:after="20" w:line="276" w:lineRule="auto"/>
            </w:pPr>
            <w:r>
              <w:rPr>
                <w:rFonts w:ascii="宋体" w:hAnsi="宋体" w:eastAsia="宋体"/>
                <w:b w:val="0"/>
                <w:sz w:val="18"/>
              </w:rPr>
              <w:t>2．根据信息编写用除法计算解决的问题。</w:t>
            </w:r>
          </w:p>
          <w:p>
            <w:pPr>
              <w:spacing w:after="20" w:line="276" w:lineRule="auto"/>
            </w:pPr>
            <w:r>
              <w:rPr>
                <w:rFonts w:ascii="宋体" w:hAnsi="宋体" w:eastAsia="宋体"/>
                <w:b w:val="0"/>
                <w:sz w:val="18"/>
              </w:rPr>
              <w:t>师：根据这些信息你们能编写一个用除法计算解决的问题吗？</w:t>
            </w:r>
          </w:p>
          <w:p>
            <w:pPr>
              <w:spacing w:after="20" w:line="276" w:lineRule="auto"/>
            </w:pPr>
            <w:r>
              <w:rPr>
                <w:rFonts w:ascii="宋体" w:hAnsi="宋体" w:eastAsia="宋体"/>
                <w:b w:val="0"/>
                <w:sz w:val="18"/>
              </w:rPr>
              <w:t>师：先独立画图表示出这些问题，再在小组内交流。</w:t>
            </w:r>
          </w:p>
          <w:p>
            <w:pPr>
              <w:spacing w:after="20" w:line="276" w:lineRule="auto"/>
            </w:pPr>
            <w:r>
              <w:rPr>
                <w:rFonts w:ascii="宋体" w:hAnsi="宋体" w:eastAsia="宋体"/>
                <w:b w:val="0"/>
                <w:sz w:val="18"/>
              </w:rPr>
              <w:t>结合小组代表的汇报，教师板书：</w:t>
            </w:r>
          </w:p>
          <w:p>
            <w:pPr>
              <w:spacing w:after="20" w:line="276" w:lineRule="auto"/>
            </w:pPr>
            <w:r>
              <w:rPr>
                <w:rFonts w:ascii="宋体" w:hAnsi="宋体" w:eastAsia="宋体"/>
                <w:b w:val="0"/>
                <w:sz w:val="18"/>
              </w:rPr>
              <w:t>师：根据画出的图，同学们能说一说数量关系是什么吗？</w:t>
            </w:r>
          </w:p>
          <w:p>
            <w:pPr>
              <w:spacing w:after="20" w:line="276" w:lineRule="auto"/>
            </w:pPr>
            <w:r>
              <w:rPr>
                <w:rFonts w:ascii="宋体" w:hAnsi="宋体" w:eastAsia="宋体"/>
                <w:b w:val="0"/>
                <w:sz w:val="18"/>
              </w:rPr>
              <w:t>有的学生说出：知道买皮球的总钱数和所买皮球的个数，求每个皮球的价钱。有的学生说出：知道买皮球的总钱数和每个皮球的价钱，求所买皮球的个数。</w:t>
            </w:r>
          </w:p>
          <w:p>
            <w:pPr>
              <w:spacing w:after="20" w:line="276" w:lineRule="auto"/>
            </w:pPr>
            <w:r>
              <w:rPr>
                <w:rFonts w:ascii="宋体" w:hAnsi="宋体" w:eastAsia="宋体"/>
                <w:b w:val="0"/>
                <w:sz w:val="18"/>
              </w:rPr>
              <w:t>师：同学们已经很准确地表述出了问题的数量关系，那么该怎么列式计算呢？</w:t>
            </w:r>
          </w:p>
          <w:p>
            <w:pPr>
              <w:spacing w:after="20" w:line="276" w:lineRule="auto"/>
            </w:pPr>
            <w:r>
              <w:rPr>
                <w:rFonts w:ascii="宋体" w:hAnsi="宋体" w:eastAsia="宋体"/>
                <w:b w:val="0"/>
                <w:sz w:val="18"/>
              </w:rPr>
              <w:t>3．整体梳理，初步形成模型。</w:t>
            </w:r>
          </w:p>
          <w:p>
            <w:pPr>
              <w:spacing w:after="20" w:line="276" w:lineRule="auto"/>
            </w:pPr>
            <w:r>
              <w:rPr>
                <w:rFonts w:ascii="宋体" w:hAnsi="宋体" w:eastAsia="宋体"/>
                <w:b w:val="0"/>
                <w:sz w:val="18"/>
              </w:rPr>
              <w:t>师：我们分别用乘法和除法解决了不同的问题，大家集中来看看这三个问题的数量关系，这三个问题有什么相同的地方？</w:t>
            </w:r>
          </w:p>
          <w:p>
            <w:pPr>
              <w:spacing w:after="20" w:line="276" w:lineRule="auto"/>
            </w:pPr>
            <w:r>
              <w:rPr>
                <w:rFonts w:ascii="宋体" w:hAnsi="宋体" w:eastAsia="宋体"/>
                <w:b w:val="0"/>
                <w:sz w:val="18"/>
              </w:rPr>
              <w:t>引导学生发现三个问题中都涉及到了每份数、份数和总数。都是已知其中的两个数，求另一个数。</w:t>
            </w:r>
          </w:p>
          <w:p>
            <w:pPr>
              <w:spacing w:after="20" w:line="276" w:lineRule="auto"/>
            </w:pPr>
            <w:r>
              <w:rPr>
                <w:rFonts w:ascii="宋体" w:hAnsi="宋体" w:eastAsia="宋体"/>
                <w:b w:val="0"/>
                <w:sz w:val="18"/>
              </w:rPr>
              <w:t>师：不同的地方在哪里？</w:t>
            </w:r>
          </w:p>
          <w:p>
            <w:pPr>
              <w:spacing w:after="20" w:line="276" w:lineRule="auto"/>
            </w:pPr>
            <w:r>
              <w:rPr>
                <w:rFonts w:ascii="宋体" w:hAnsi="宋体" w:eastAsia="宋体"/>
                <w:b w:val="0"/>
                <w:sz w:val="18"/>
              </w:rPr>
              <w:t>引导学生分析交流，理解已知的条件不同，要求的问题不同。</w:t>
            </w:r>
          </w:p>
          <w:p>
            <w:pPr>
              <w:spacing w:after="20" w:line="276" w:lineRule="auto"/>
            </w:pPr>
            <w:r>
              <w:rPr>
                <w:rFonts w:ascii="宋体" w:hAnsi="宋体" w:eastAsia="宋体"/>
                <w:b w:val="0"/>
                <w:sz w:val="18"/>
              </w:rPr>
              <w:t>师：在这些问题中，总钱数就是总数，每个皮球的价格是每份数，3个皮球就是份数。那么第一个问题是求什么呢？(总数)，总数该怎么求呢？</w:t>
            </w:r>
          </w:p>
          <w:p>
            <w:pPr>
              <w:spacing w:after="20" w:line="276" w:lineRule="auto"/>
            </w:pPr>
            <w:r>
              <w:rPr>
                <w:rFonts w:ascii="宋体" w:hAnsi="宋体" w:eastAsia="宋体"/>
                <w:b w:val="0"/>
                <w:sz w:val="18"/>
              </w:rPr>
              <w:t>用每份数乘份数可以求得总数。</w:t>
            </w:r>
          </w:p>
          <w:p>
            <w:pPr>
              <w:spacing w:after="20" w:line="276" w:lineRule="auto"/>
            </w:pPr>
            <w:r>
              <w:rPr>
                <w:rFonts w:ascii="宋体" w:hAnsi="宋体" w:eastAsia="宋体"/>
                <w:b w:val="0"/>
                <w:sz w:val="18"/>
              </w:rPr>
              <w:t>结合学生的交流，板书：总数＝每份数×份数。</w:t>
            </w:r>
          </w:p>
          <w:p>
            <w:pPr>
              <w:spacing w:after="20" w:line="276" w:lineRule="auto"/>
            </w:pPr>
            <w:r>
              <w:rPr>
                <w:rFonts w:ascii="宋体" w:hAnsi="宋体" w:eastAsia="宋体"/>
                <w:b w:val="0"/>
                <w:sz w:val="18"/>
              </w:rPr>
              <w:t>师：第二个问题又是求什么呢？(每份数)，每份数该怎么求呢？</w:t>
            </w:r>
          </w:p>
          <w:p>
            <w:pPr>
              <w:spacing w:after="20" w:line="276" w:lineRule="auto"/>
            </w:pPr>
            <w:r>
              <w:rPr>
                <w:rFonts w:ascii="宋体" w:hAnsi="宋体" w:eastAsia="宋体"/>
                <w:b w:val="0"/>
                <w:sz w:val="18"/>
              </w:rPr>
              <w:t>用总数除以份数可以求得每份数。</w:t>
            </w:r>
          </w:p>
          <w:p>
            <w:pPr>
              <w:spacing w:after="20" w:line="276" w:lineRule="auto"/>
            </w:pPr>
            <w:r>
              <w:rPr>
                <w:rFonts w:ascii="宋体" w:hAnsi="宋体" w:eastAsia="宋体"/>
                <w:b w:val="0"/>
                <w:sz w:val="18"/>
              </w:rPr>
              <w:t>结合学生的交流，板书：每份数＝总数÷份数。</w:t>
            </w:r>
          </w:p>
          <w:p>
            <w:pPr>
              <w:spacing w:after="20" w:line="276" w:lineRule="auto"/>
            </w:pPr>
            <w:r>
              <w:rPr>
                <w:rFonts w:ascii="宋体" w:hAnsi="宋体" w:eastAsia="宋体"/>
                <w:b w:val="0"/>
                <w:sz w:val="18"/>
              </w:rPr>
              <w:t>师：第三个问题是求什么？(份数)，份数又该怎么求呢？</w:t>
            </w:r>
          </w:p>
          <w:p>
            <w:pPr>
              <w:spacing w:after="20" w:line="276" w:lineRule="auto"/>
            </w:pPr>
            <w:r>
              <w:rPr>
                <w:rFonts w:ascii="宋体" w:hAnsi="宋体" w:eastAsia="宋体"/>
                <w:b w:val="0"/>
                <w:sz w:val="18"/>
              </w:rPr>
              <w:t>用总数除以每份数可以求得份数。</w:t>
            </w:r>
          </w:p>
          <w:p>
            <w:pPr>
              <w:spacing w:after="20" w:line="276" w:lineRule="auto"/>
            </w:pPr>
            <w:r>
              <w:rPr>
                <w:rFonts w:ascii="宋体" w:hAnsi="宋体" w:eastAsia="宋体"/>
                <w:b w:val="0"/>
                <w:sz w:val="18"/>
              </w:rPr>
              <w:t>结合学生的交流，板书：份数＝总数÷每份数。</w:t>
            </w:r>
          </w:p>
          <w:p>
            <w:pPr>
              <w:spacing w:after="20" w:line="276" w:lineRule="auto"/>
            </w:pPr>
            <w:r>
              <w:rPr>
                <w:rFonts w:ascii="宋体" w:hAnsi="宋体" w:eastAsia="宋体"/>
                <w:b w:val="0"/>
                <w:sz w:val="18"/>
              </w:rPr>
              <w:t>师：通过这些问题，我们知道了求总数用乘法计算，求每份数和份数用除法计算。</w:t>
            </w:r>
          </w:p>
        </w:tc>
        <w:tc>
          <w:tcPr>
            <w:tcW w:type="dxa" w:w="3061"/>
          </w:tcPr>
          <w:p>
            <w:pPr>
              <w:spacing w:after="20" w:line="276" w:lineRule="auto"/>
            </w:pPr>
            <w:r/>
            <w:r>
              <w:rPr>
                <w:rFonts w:ascii="宋体" w:hAnsi="宋体" w:eastAsia="宋体"/>
                <w:b w:val="0"/>
                <w:sz w:val="18"/>
              </w:rPr>
              <w:t>学生基本都能根据问题画出3个连着的小条形来表示3个皮球的价钱，但只有少数学生在图上标了大括号和“共？元”。</w:t>
            </w:r>
          </w:p>
          <w:p>
            <w:pPr>
              <w:spacing w:after="20" w:line="276" w:lineRule="auto"/>
            </w:pPr>
            <w:r>
              <w:rPr>
                <w:rFonts w:ascii="宋体" w:hAnsi="宋体" w:eastAsia="宋体"/>
                <w:b w:val="0"/>
                <w:sz w:val="18"/>
              </w:rPr>
              <w:t>学生能说出：知道1个皮球的价格是5元，求3个皮球的总钱数。</w:t>
            </w:r>
          </w:p>
          <w:p>
            <w:pPr>
              <w:spacing w:after="20" w:line="276" w:lineRule="auto"/>
            </w:pPr>
            <w:r>
              <w:rPr>
                <w:rFonts w:ascii="宋体" w:hAnsi="宋体" w:eastAsia="宋体"/>
                <w:b w:val="0"/>
                <w:sz w:val="18"/>
              </w:rPr>
              <w:t>学生自主列式解答后汇报交流。(教师适时板书)</w:t>
            </w:r>
          </w:p>
          <w:p>
            <w:pPr>
              <w:spacing w:after="20" w:line="276" w:lineRule="auto"/>
            </w:pPr>
            <w:r>
              <w:rPr>
                <w:rFonts w:ascii="宋体" w:hAnsi="宋体" w:eastAsia="宋体"/>
                <w:b w:val="0"/>
                <w:sz w:val="18"/>
              </w:rPr>
              <w:t>预设1：每个皮球5元，15元能买多少个皮球？</w:t>
            </w:r>
          </w:p>
          <w:p>
            <w:pPr>
              <w:spacing w:after="20" w:line="276" w:lineRule="auto"/>
            </w:pPr>
            <w:r>
              <w:rPr>
                <w:rFonts w:ascii="宋体" w:hAnsi="宋体" w:eastAsia="宋体"/>
                <w:b w:val="0"/>
                <w:sz w:val="18"/>
              </w:rPr>
              <w:t>预设2：15元能买3个皮球，每个皮球多少元？</w:t>
            </w:r>
          </w:p>
          <w:p>
            <w:pPr>
              <w:spacing w:after="20" w:line="276" w:lineRule="auto"/>
            </w:pPr>
            <w:r>
              <w:rPr>
                <w:rFonts w:ascii="宋体" w:hAnsi="宋体" w:eastAsia="宋体"/>
                <w:b w:val="0"/>
                <w:sz w:val="18"/>
              </w:rPr>
              <w:t>学生自主列式解答后汇报交流。(教师适时板书)</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引导学生回顾梳理本课所学，完善认知结构，提升归纳与反思能力，核心问题："你们能根据提供的信息编写一个用乘法计算解决的问题吗？"</w:t>
            </w:r>
          </w:p>
        </w:tc>
      </w:tr>
      <w:tr>
        <w:tc>
          <w:tcPr>
            <w:tcW w:type="dxa" w:w="1474"/>
          </w:tcPr>
          <w:p>
            <w:pPr>
              <w:spacing w:after="20" w:line="276" w:lineRule="auto"/>
            </w:pPr>
            <w:r>
              <w:rPr>
                <w:b/>
              </w:rPr>
            </w:r>
            <w:r>
              <w:rPr>
                <w:rFonts w:ascii="宋体" w:hAnsi="宋体" w:eastAsia="宋体"/>
                <w:b/>
                <w:sz w:val="18"/>
              </w:rPr>
              <w:t>实际应用，深化理解数学模型</w:t>
            </w:r>
          </w:p>
        </w:tc>
        <w:tc>
          <w:tcPr>
            <w:tcW w:type="dxa" w:w="3061"/>
          </w:tcPr>
          <w:p>
            <w:pPr>
              <w:spacing w:after="20" w:line="276" w:lineRule="auto"/>
            </w:pPr>
            <w:r/>
            <w:r>
              <w:rPr>
                <w:rFonts w:ascii="宋体" w:hAnsi="宋体" w:eastAsia="宋体"/>
                <w:b w:val="0"/>
                <w:sz w:val="18"/>
              </w:rPr>
              <w:t>课件呈现教科书P92例题。</w:t>
            </w:r>
          </w:p>
          <w:p>
            <w:pPr>
              <w:spacing w:after="20" w:line="276" w:lineRule="auto"/>
            </w:pPr>
            <w:r>
              <w:rPr>
                <w:rFonts w:ascii="宋体" w:hAnsi="宋体" w:eastAsia="宋体"/>
                <w:b w:val="0"/>
                <w:sz w:val="18"/>
              </w:rPr>
              <w:t>2．师生交流，分析两个问题中的数量关系。</w:t>
            </w:r>
          </w:p>
        </w:tc>
        <w:tc>
          <w:tcPr>
            <w:tcW w:type="dxa" w:w="3061"/>
          </w:tcPr>
          <w:p>
            <w:pPr>
              <w:spacing w:after="20" w:line="276" w:lineRule="auto"/>
            </w:pPr>
            <w:r/>
            <w:r>
              <w:rPr>
                <w:rFonts w:ascii="宋体" w:hAnsi="宋体" w:eastAsia="宋体"/>
                <w:b w:val="0"/>
                <w:sz w:val="18"/>
              </w:rPr>
              <w:t>1．学生画图表征问题。</w:t>
            </w:r>
          </w:p>
          <w:p>
            <w:pPr>
              <w:spacing w:after="20" w:line="276" w:lineRule="auto"/>
            </w:pPr>
            <w:r>
              <w:rPr>
                <w:rFonts w:ascii="宋体" w:hAnsi="宋体" w:eastAsia="宋体"/>
                <w:b w:val="0"/>
                <w:sz w:val="18"/>
              </w:rPr>
              <w:t>3．学生列式解答。</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四、根据算式提问题，拓展提升</w:t>
            </w:r>
          </w:p>
        </w:tc>
        <w:tc>
          <w:tcPr>
            <w:tcW w:type="dxa" w:w="3061"/>
          </w:tcPr>
          <w:p>
            <w:pPr>
              <w:spacing w:after="20" w:line="276" w:lineRule="auto"/>
            </w:pPr>
            <w:r/>
            <w:r>
              <w:rPr>
                <w:rFonts w:ascii="宋体" w:hAnsi="宋体" w:eastAsia="宋体"/>
                <w:b w:val="0"/>
                <w:sz w:val="18"/>
              </w:rPr>
              <w:t>课件呈现教科书P99第13题。</w:t>
            </w:r>
          </w:p>
          <w:p>
            <w:pPr>
              <w:spacing w:after="20" w:line="276" w:lineRule="auto"/>
            </w:pPr>
            <w:r>
              <w:rPr>
                <w:rFonts w:ascii="宋体" w:hAnsi="宋体" w:eastAsia="宋体"/>
                <w:b w:val="0"/>
                <w:sz w:val="18"/>
              </w:rPr>
              <w:t>师：仔细读一读，这个问题中，总数、每份数、份数分别是指什么？</w:t>
            </w:r>
          </w:p>
          <w:p>
            <w:pPr>
              <w:spacing w:after="20" w:line="276" w:lineRule="auto"/>
            </w:pPr>
            <w:r>
              <w:rPr>
                <w:rFonts w:ascii="宋体" w:hAnsi="宋体" w:eastAsia="宋体"/>
                <w:b w:val="0"/>
                <w:sz w:val="18"/>
              </w:rPr>
              <w:t>总数是指总钱数，每份数是指1个小蛋糕的价钱，份数是指蛋糕的个数。</w:t>
            </w:r>
          </w:p>
          <w:p>
            <w:pPr>
              <w:spacing w:after="20" w:line="276" w:lineRule="auto"/>
            </w:pPr>
            <w:r>
              <w:rPr>
                <w:rFonts w:ascii="宋体" w:hAnsi="宋体" w:eastAsia="宋体"/>
                <w:b w:val="0"/>
                <w:sz w:val="18"/>
              </w:rPr>
              <w:t>师：算式24÷3＝8(元)中，“24”“3”和“8”分别表示什么？</w:t>
            </w:r>
          </w:p>
          <w:p>
            <w:pPr>
              <w:spacing w:after="20" w:line="276" w:lineRule="auto"/>
            </w:pPr>
            <w:r>
              <w:rPr>
                <w:rFonts w:ascii="宋体" w:hAnsi="宋体" w:eastAsia="宋体"/>
                <w:b w:val="0"/>
                <w:sz w:val="18"/>
              </w:rPr>
              <w:t>“24”表示小红带的总钱数，是总数，“3”表示小蛋糕的个数，是份数，“8”是每个小蛋糕的价钱，是每份数。</w:t>
            </w:r>
          </w:p>
          <w:p>
            <w:pPr>
              <w:spacing w:after="20" w:line="276" w:lineRule="auto"/>
            </w:pPr>
            <w:r>
              <w:rPr>
                <w:rFonts w:ascii="宋体" w:hAnsi="宋体" w:eastAsia="宋体"/>
                <w:b w:val="0"/>
                <w:sz w:val="18"/>
              </w:rPr>
              <w:t>师：所以第(1)题中该怎么提问题呢？</w:t>
            </w:r>
          </w:p>
          <w:p>
            <w:pPr>
              <w:spacing w:after="20" w:line="276" w:lineRule="auto"/>
            </w:pPr>
            <w:r>
              <w:rPr>
                <w:rFonts w:ascii="宋体" w:hAnsi="宋体" w:eastAsia="宋体"/>
                <w:b w:val="0"/>
                <w:sz w:val="18"/>
              </w:rPr>
              <w:t>每个小蛋糕多少钱？</w:t>
            </w:r>
          </w:p>
          <w:p>
            <w:pPr>
              <w:spacing w:after="20" w:line="276" w:lineRule="auto"/>
            </w:pPr>
            <w:r>
              <w:rPr>
                <w:rFonts w:ascii="宋体" w:hAnsi="宋体" w:eastAsia="宋体"/>
                <w:b w:val="0"/>
                <w:sz w:val="18"/>
              </w:rPr>
              <w:t>师：算式8×9＝72(元)中，“8”、“9”和“72”分别表示什么？</w:t>
            </w:r>
          </w:p>
          <w:p>
            <w:pPr>
              <w:spacing w:after="20" w:line="276" w:lineRule="auto"/>
            </w:pPr>
            <w:r>
              <w:rPr>
                <w:rFonts w:ascii="宋体" w:hAnsi="宋体" w:eastAsia="宋体"/>
                <w:b w:val="0"/>
                <w:sz w:val="18"/>
              </w:rPr>
              <w:t>引导学生分析出：根据第(1)题，知道“8”表示每个小蛋糕的价钱，是每份数，那么与之相乘的只能是份数，所以“9”就表示小蛋糕的个数，“72”就是买9个小蛋糕的总钱数。</w:t>
            </w:r>
          </w:p>
          <w:p>
            <w:pPr>
              <w:spacing w:after="20" w:line="276" w:lineRule="auto"/>
            </w:pPr>
            <w:r>
              <w:rPr>
                <w:rFonts w:ascii="宋体" w:hAnsi="宋体" w:eastAsia="宋体"/>
                <w:b w:val="0"/>
                <w:sz w:val="18"/>
              </w:rPr>
              <w:t>师：那么第(2)题中该怎么提问题呢？</w:t>
            </w:r>
          </w:p>
          <w:p>
            <w:pPr>
              <w:spacing w:after="20" w:line="276" w:lineRule="auto"/>
            </w:pPr>
            <w:r>
              <w:rPr>
                <w:rFonts w:ascii="宋体" w:hAnsi="宋体" w:eastAsia="宋体"/>
                <w:b w:val="0"/>
                <w:sz w:val="18"/>
              </w:rPr>
              <w:t>买9个小蛋糕需要多少钱？</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围绕环节目标组织学习活动，引导学生主动参与、积极思考，核心问题："仔细读一读，这个问题中，总数、每份数、份数分别是指什么？"</w:t>
            </w:r>
          </w:p>
        </w:tc>
      </w:tr>
      <w:tr>
        <w:tc>
          <w:tcPr>
            <w:tcW w:type="dxa" w:w="1474"/>
          </w:tcPr>
          <w:p>
            <w:pPr>
              <w:spacing w:after="20" w:line="276" w:lineRule="auto"/>
            </w:pPr>
            <w:r>
              <w:rPr>
                <w:b/>
              </w:rPr>
            </w:r>
            <w:r>
              <w:rPr>
                <w:rFonts w:ascii="宋体" w:hAnsi="宋体" w:eastAsia="宋体"/>
                <w:b/>
                <w:sz w:val="18"/>
              </w:rPr>
              <w:t>解决问题，反馈评价</w:t>
            </w:r>
          </w:p>
        </w:tc>
        <w:tc>
          <w:tcPr>
            <w:tcW w:type="dxa" w:w="3061"/>
          </w:tcPr>
          <w:p>
            <w:pPr>
              <w:spacing w:after="20" w:line="276" w:lineRule="auto"/>
            </w:pPr>
            <w:r/>
            <w:r>
              <w:rPr>
                <w:rFonts w:ascii="宋体" w:hAnsi="宋体" w:eastAsia="宋体"/>
                <w:b w:val="0"/>
                <w:sz w:val="18"/>
              </w:rPr>
              <w:t>1.完成教科书P96“练一练”第1题。</w:t>
            </w:r>
          </w:p>
          <w:p>
            <w:pPr>
              <w:spacing w:after="20" w:line="276" w:lineRule="auto"/>
            </w:pPr>
            <w:r>
              <w:rPr>
                <w:rFonts w:ascii="宋体" w:hAnsi="宋体" w:eastAsia="宋体"/>
                <w:b w:val="0"/>
                <w:sz w:val="18"/>
              </w:rPr>
              <w:t>2．完成教科书P98“练一练”第11题。</w:t>
            </w:r>
          </w:p>
        </w:tc>
        <w:tc>
          <w:tcPr>
            <w:tcW w:type="dxa" w:w="3061"/>
          </w:tcPr>
          <w:p>
            <w:pPr>
              <w:spacing w:after="20" w:line="276" w:lineRule="auto"/>
            </w:pPr>
            <w:r/>
            <w:r>
              <w:rPr>
                <w:rFonts w:ascii="宋体" w:hAnsi="宋体" w:eastAsia="宋体"/>
                <w:b w:val="0"/>
                <w:sz w:val="18"/>
              </w:rPr>
              <w:t>学生独立完成后，以小组为单位说一说数量关系及列式的依据，小组代表在全班汇报。</w:t>
            </w:r>
          </w:p>
          <w:p>
            <w:pPr>
              <w:spacing w:after="20" w:line="276" w:lineRule="auto"/>
            </w:pPr>
            <w:r>
              <w:rPr>
                <w:rFonts w:ascii="宋体" w:hAnsi="宋体" w:eastAsia="宋体"/>
                <w:b w:val="0"/>
                <w:sz w:val="18"/>
              </w:rPr>
              <w:t>学生独立完成，在全班集中交流为什么这样列式。</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师：本节复习课你有哪些收获？什么时候列乘法算式解答？什么时候列除法算式解答？</w:t>
            </w:r>
          </w:p>
          <w:p>
            <w:pPr>
              <w:spacing w:after="20" w:line="276" w:lineRule="auto"/>
            </w:pPr>
            <w:r>
              <w:rPr>
                <w:rFonts w:ascii="宋体" w:hAnsi="宋体" w:eastAsia="宋体"/>
                <w:b w:val="0"/>
                <w:sz w:val="18"/>
              </w:rPr>
              <w:t>引导学生借助具体的情境图，理解总数、每份数和份数的内涵。通过交流探讨，结合现实情境领悟数量关系：总数＝每份数×份数，每份数＝总数÷份数，份数＝总数÷每份数，初步建立应用模型。设计丰富的问题情境，在对比分析中深化理解，建构知识关联。</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引导学生回顾梳理本课所学，完善认知结构，提升归纳与反思能力，核心问题："本节复习课你有哪些收获？什么时候列乘法算式解答？什么时候列除法算式解答？"</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教科书P92“数量关系”，完成教科书P96～99“练一练”第1、11、13题。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涉及数量关系的内容在教科书中分布比较分散，学生会解答具体的问题，但是让他们自主画出“知识图”有困难。所以本节课采用问题导向，通过具体的问题引导学生分析数量关系，依据数量关系列式，并初步形成用乘法、除法解决问题的模型。</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图形的位置与测量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图形的位置与测量</w:t>
            </w:r>
          </w:p>
        </w:tc>
        <w:tc>
          <w:tcPr>
            <w:tcW w:type="dxa" w:w="6009"/>
          </w:tcPr>
          <w:p>
            <w:pPr>
              <w:spacing w:after="20" w:line="276" w:lineRule="auto"/>
            </w:pPr>
            <w:r/>
            <w:r>
              <w:rPr>
                <w:rFonts w:ascii="宋体" w:hAnsi="宋体" w:eastAsia="宋体"/>
                <w:b w:val="0"/>
                <w:sz w:val="20"/>
              </w:rPr>
              <w:t>第6单元 复习与关联</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一年级的时候已经经历过期末总复习，有一定的整理复习经验。在前面的每个单元中，也有整理和复习，所以对于每个知识点的整理和复习，学生容易接受。但是二年级的学生，对数学的学习更多停留在感性认识层面，思维的深刻性和广阔性还有待发展，而期末的总复习更多是要建构知识关联，将前面每个单元的知识进行整合，形成体系，这些对于学生而言有难度。教学时，要注重知识间的关联，多给学生创造交流和表达的机会，促进学生深度思考，引导学生感悟知识间的联系。</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教学内容：教科书P93“图形的位置与测量”，完成教科书P97～98“练一练”第6～9题。</w:t>
      </w:r>
    </w:p>
    <w:p>
      <w:pPr>
        <w:spacing w:after="80" w:line="300" w:lineRule="auto"/>
        <w:ind w:firstLine="400"/>
      </w:pPr>
      <w:r>
        <w:rPr>
          <w:rFonts w:ascii="宋体" w:hAnsi="宋体" w:eastAsia="宋体"/>
          <w:b w:val="0"/>
          <w:sz w:val="20"/>
        </w:rPr>
        <w:t>教学准备：课件、直尺。</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（1）结合具体情境，进一步认识东、南、西、北四个方向，会用东、南、西、北描述简单的方位，能根据一个方向推导出其他三个方向。</w:t>
      </w:r>
    </w:p>
    <w:p>
      <w:pPr>
        <w:spacing w:after="20" w:line="300" w:lineRule="auto"/>
        <w:ind w:firstLine="400"/>
      </w:pPr>
      <w:r>
        <w:rPr>
          <w:rFonts w:ascii="宋体" w:hAnsi="宋体" w:eastAsia="宋体"/>
          <w:b w:val="0"/>
          <w:sz w:val="20"/>
        </w:rPr>
        <w:t>（2）进一步认识长度单位厘米和米，能用厘米和米表示物体的长度；认识线段，会用直尺测量线段的长度。</w:t>
      </w:r>
    </w:p>
    <w:p>
      <w:pPr>
        <w:spacing w:after="20" w:line="300" w:lineRule="auto"/>
      </w:pPr>
      <w:r>
        <w:rPr>
          <w:rFonts w:ascii="宋体" w:hAnsi="宋体" w:eastAsia="宋体"/>
          <w:b w:val="0"/>
          <w:sz w:val="20"/>
        </w:rPr>
        <w:t>教学重点：进一步认识东、南、西、北四个方向；认识长度单位厘米和米；认识线段。</w:t>
      </w:r>
    </w:p>
    <w:p>
      <w:pPr>
        <w:spacing w:after="20" w:line="300" w:lineRule="auto"/>
      </w:pPr>
      <w:r>
        <w:rPr>
          <w:rFonts w:ascii="宋体" w:hAnsi="宋体" w:eastAsia="宋体"/>
          <w:b w:val="0"/>
          <w:sz w:val="20"/>
        </w:rPr>
        <w:t>教学难点：会辨认东、南、西、北四个方向并准确描述简单的方位；能用米和厘米表示物体的长度。</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谈话导入，引入新课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同学们，你们熟悉我们的教室吗？谁能用本学期我们学过的知识介绍一下教室的各个方向有哪些物体或同学吗？</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复习图形的位置</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刚才我们用东、南、西、北简单介绍了教室内各物体的位置。你们能用图示在纸上表示出这四个方向的相对位置吗？；在实际生活中，我们可以根据物体辨认一个方向，如早上的太阳在东方。我们该如何根据这一个方向确定其他的方向呢？</w:t>
            </w:r>
          </w:p>
        </w:tc>
        <w:tc>
          <w:tcPr>
            <w:tcW w:type="dxa" w:w="1361"/>
          </w:tcPr>
          <w:p>
            <w:pPr>
              <w:spacing w:after="20" w:line="276" w:lineRule="auto"/>
            </w:pPr>
            <w:r/>
            <w:r>
              <w:rPr>
                <w:rFonts w:ascii="宋体" w:hAnsi="宋体" w:eastAsia="宋体"/>
                <w:b w:val="0"/>
                <w:sz w:val="18"/>
              </w:rPr>
              <w:t>19分钟</w:t>
            </w:r>
          </w:p>
        </w:tc>
      </w:tr>
      <w:tr>
        <w:tc>
          <w:tcPr>
            <w:tcW w:type="dxa" w:w="2835"/>
          </w:tcPr>
          <w:p>
            <w:pPr>
              <w:spacing w:after="20" w:line="276" w:lineRule="auto"/>
            </w:pPr>
            <w:r/>
            <w:r>
              <w:rPr>
                <w:rFonts w:ascii="宋体" w:hAnsi="宋体" w:eastAsia="宋体"/>
                <w:b w:val="0"/>
                <w:sz w:val="18"/>
              </w:rPr>
              <w:t>复习图形的测量</w:t>
            </w:r>
          </w:p>
        </w:tc>
        <w:tc>
          <w:tcPr>
            <w:tcW w:type="dxa" w:w="1814"/>
          </w:tcPr>
          <w:p>
            <w:pPr>
              <w:spacing w:after="20" w:line="276" w:lineRule="auto"/>
            </w:pPr>
            <w:r/>
            <w:r>
              <w:rPr>
                <w:rFonts w:ascii="宋体" w:hAnsi="宋体" w:eastAsia="宋体"/>
                <w:b w:val="0"/>
                <w:sz w:val="18"/>
              </w:rPr>
              <w:t>尺子、教科书、课件</w:t>
            </w:r>
          </w:p>
        </w:tc>
        <w:tc>
          <w:tcPr>
            <w:tcW w:type="dxa" w:w="3402"/>
          </w:tcPr>
          <w:p>
            <w:pPr>
              <w:spacing w:after="20" w:line="276" w:lineRule="auto"/>
            </w:pPr>
            <w:r/>
            <w:r>
              <w:rPr>
                <w:rFonts w:ascii="宋体" w:hAnsi="宋体" w:eastAsia="宋体"/>
                <w:b w:val="0"/>
                <w:sz w:val="18"/>
              </w:rPr>
              <w:t>我们已经认识了哪些长度单位？；有关厘米和米你们都知道些什么知识？</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同学们，这节课我们复习了哪些内容？你还有什么不清楚的吗？</w:t>
            </w:r>
          </w:p>
        </w:tc>
        <w:tc>
          <w:tcPr>
            <w:tcW w:type="dxa" w:w="1361"/>
          </w:tcPr>
          <w:p>
            <w:pPr>
              <w:spacing w:after="20" w:line="276" w:lineRule="auto"/>
            </w:pPr>
            <w:r/>
            <w:r>
              <w:rPr>
                <w:rFonts w:ascii="宋体" w:hAnsi="宋体" w:eastAsia="宋体"/>
                <w:b w:val="0"/>
                <w:sz w:val="18"/>
              </w:rPr>
              <w:t>5分钟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谈话导入，引入新课</w:t>
            </w:r>
          </w:p>
        </w:tc>
        <w:tc>
          <w:tcPr>
            <w:tcW w:type="dxa" w:w="3061"/>
          </w:tcPr>
          <w:p>
            <w:pPr>
              <w:spacing w:after="20" w:line="276" w:lineRule="auto"/>
            </w:pPr>
            <w:r/>
            <w:r>
              <w:rPr>
                <w:rFonts w:ascii="宋体" w:hAnsi="宋体" w:eastAsia="宋体"/>
                <w:b w:val="0"/>
                <w:sz w:val="18"/>
              </w:rPr>
              <w:t>师：同学们，你们熟悉我们的教室吗？谁能用本学期我们学过的知识介绍一下教室的各个方向有哪些物体或同学吗？</w:t>
            </w:r>
          </w:p>
          <w:p>
            <w:pPr>
              <w:spacing w:after="20" w:line="276" w:lineRule="auto"/>
            </w:pPr>
            <w:r>
              <w:rPr>
                <w:rFonts w:ascii="宋体" w:hAnsi="宋体" w:eastAsia="宋体"/>
                <w:b w:val="0"/>
                <w:sz w:val="18"/>
              </w:rPr>
              <w:t>师：刚才同学们介绍的都是各物体或者同学坐的位置，在数学里，属于“图形的位置与测量”这个主题。本节课我们就来复习图形的位置与测量。(板书课题：图形的位置与测量的复习)</w:t>
            </w:r>
          </w:p>
        </w:tc>
        <w:tc>
          <w:tcPr>
            <w:tcW w:type="dxa" w:w="3061"/>
          </w:tcPr>
          <w:p>
            <w:pPr>
              <w:spacing w:after="20" w:line="276" w:lineRule="auto"/>
            </w:pPr>
            <w:r/>
            <w:r>
              <w:rPr>
                <w:rFonts w:ascii="宋体" w:hAnsi="宋体" w:eastAsia="宋体"/>
                <w:b w:val="0"/>
                <w:sz w:val="18"/>
              </w:rPr>
              <w:t>学生用东、南、西、北简单介绍教室内各物体的位置或者同学的位置。</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创设情境激活学生已有经验，自然引出本课学习内容，激发学习兴趣，核心问题："同学们，你们熟悉我们的教室吗？谁能用本学期我们学过的知识介绍一下教室的各个方向有哪些物体或同学吗？"</w:t>
            </w:r>
          </w:p>
        </w:tc>
      </w:tr>
      <w:tr>
        <w:tc>
          <w:tcPr>
            <w:tcW w:type="dxa" w:w="1474"/>
          </w:tcPr>
          <w:p>
            <w:pPr>
              <w:spacing w:after="20" w:line="276" w:lineRule="auto"/>
            </w:pPr>
            <w:r>
              <w:rPr>
                <w:b/>
              </w:rPr>
            </w:r>
            <w:r>
              <w:rPr>
                <w:rFonts w:ascii="宋体" w:hAnsi="宋体" w:eastAsia="宋体"/>
                <w:b/>
                <w:sz w:val="18"/>
              </w:rPr>
              <w:t>复习图形的位置</w:t>
            </w:r>
          </w:p>
        </w:tc>
        <w:tc>
          <w:tcPr>
            <w:tcW w:type="dxa" w:w="3061"/>
          </w:tcPr>
          <w:p>
            <w:pPr>
              <w:spacing w:after="20" w:line="276" w:lineRule="auto"/>
            </w:pPr>
            <w:r/>
            <w:r>
              <w:rPr>
                <w:rFonts w:ascii="宋体" w:hAnsi="宋体" w:eastAsia="宋体"/>
                <w:b w:val="0"/>
                <w:sz w:val="18"/>
              </w:rPr>
              <w:t>1.画图表示东、南、西、北。</w:t>
            </w:r>
          </w:p>
          <w:p>
            <w:pPr>
              <w:spacing w:after="20" w:line="276" w:lineRule="auto"/>
            </w:pPr>
            <w:r>
              <w:rPr>
                <w:rFonts w:ascii="宋体" w:hAnsi="宋体" w:eastAsia="宋体"/>
                <w:b w:val="0"/>
                <w:sz w:val="18"/>
              </w:rPr>
              <w:t>师：刚才我们用东、南、西、北简单介绍了教室内各物体的位置。你们能用图示在纸上表示出这四个方向的相对位置吗？</w:t>
            </w:r>
          </w:p>
          <w:p>
            <w:pPr>
              <w:spacing w:after="20" w:line="276" w:lineRule="auto"/>
            </w:pPr>
            <w:r>
              <w:rPr>
                <w:rFonts w:ascii="宋体" w:hAnsi="宋体" w:eastAsia="宋体"/>
                <w:b w:val="0"/>
                <w:sz w:val="18"/>
              </w:rPr>
              <w:t>课件展示正确的图示。</w:t>
            </w:r>
          </w:p>
          <w:p>
            <w:pPr>
              <w:spacing w:after="20" w:line="276" w:lineRule="auto"/>
            </w:pPr>
            <w:r>
              <w:rPr>
                <w:rFonts w:ascii="宋体" w:hAnsi="宋体" w:eastAsia="宋体"/>
                <w:b w:val="0"/>
                <w:sz w:val="18"/>
              </w:rPr>
              <w:t>师：画图时，一般上面的是北方，下面的是南方，左边是西方，右边是东方。我们在看平面图时，如果没有特殊标明，就是按照上北下南、左西右东进行辨认。</w:t>
            </w:r>
          </w:p>
          <w:p>
            <w:pPr>
              <w:spacing w:after="20" w:line="276" w:lineRule="auto"/>
            </w:pPr>
            <w:r>
              <w:rPr>
                <w:rFonts w:ascii="宋体" w:hAnsi="宋体" w:eastAsia="宋体"/>
                <w:b w:val="0"/>
                <w:sz w:val="18"/>
              </w:rPr>
              <w:t>2．根据一个方向辨认其他三个方向。</w:t>
            </w:r>
          </w:p>
          <w:p>
            <w:pPr>
              <w:spacing w:after="20" w:line="276" w:lineRule="auto"/>
            </w:pPr>
            <w:r>
              <w:rPr>
                <w:rFonts w:ascii="宋体" w:hAnsi="宋体" w:eastAsia="宋体"/>
                <w:b w:val="0"/>
                <w:sz w:val="18"/>
              </w:rPr>
              <w:t>师：在实际生活中，我们可以根据物体辨认一个方向，如早上的太阳在东方。我们该如何根据这一个方向确定其他的方向呢？</w:t>
            </w:r>
          </w:p>
          <w:p>
            <w:pPr>
              <w:spacing w:after="20" w:line="276" w:lineRule="auto"/>
            </w:pPr>
            <w:r>
              <w:rPr>
                <w:rFonts w:ascii="宋体" w:hAnsi="宋体" w:eastAsia="宋体"/>
                <w:b w:val="0"/>
                <w:sz w:val="18"/>
              </w:rPr>
              <w:t>师：东、南、西、北四个方向在图上的排列顺序是按时针转动方向变化的。我们根据这个规律，知道了一个方向可以推导出其他三个方向。那么在画图时，当东、南、西分别在上面时，其他三个方向分别在什么位置？仿照课件上的图试着画一画，再和同桌交流。</w:t>
            </w:r>
          </w:p>
          <w:p>
            <w:pPr>
              <w:spacing w:after="20" w:line="276" w:lineRule="auto"/>
            </w:pPr>
            <w:r>
              <w:rPr>
                <w:rFonts w:ascii="宋体" w:hAnsi="宋体" w:eastAsia="宋体"/>
                <w:b w:val="0"/>
                <w:sz w:val="18"/>
              </w:rPr>
              <w:t>指名学生到黑板上画，教师根据学生画的图整理板书。</w:t>
            </w:r>
          </w:p>
          <w:p>
            <w:pPr>
              <w:spacing w:after="20" w:line="276" w:lineRule="auto"/>
            </w:pPr>
            <w:r>
              <w:rPr>
                <w:rFonts w:ascii="宋体" w:hAnsi="宋体" w:eastAsia="宋体"/>
                <w:b w:val="0"/>
                <w:sz w:val="18"/>
              </w:rPr>
              <w:t>3．体会方向的相对性。</w:t>
            </w:r>
          </w:p>
          <w:p>
            <w:pPr>
              <w:spacing w:after="20" w:line="276" w:lineRule="auto"/>
            </w:pPr>
            <w:r>
              <w:rPr>
                <w:rFonts w:ascii="宋体" w:hAnsi="宋体" w:eastAsia="宋体"/>
                <w:b w:val="0"/>
                <w:sz w:val="18"/>
              </w:rPr>
              <w:t>师：图上的方位是确定的，但是在描述物体的方向时，要选定一个标准，标准不同，相对方向也不同。如我们学校，逸夫楼在办公楼的北方，逸夫楼是在所有楼房的北方吗？</w:t>
            </w:r>
          </w:p>
          <w:p>
            <w:pPr>
              <w:spacing w:after="20" w:line="276" w:lineRule="auto"/>
            </w:pPr>
            <w:r>
              <w:rPr>
                <w:rFonts w:ascii="宋体" w:hAnsi="宋体" w:eastAsia="宋体"/>
                <w:b w:val="0"/>
                <w:sz w:val="18"/>
              </w:rPr>
              <w:t>4．用东、南、西、北描述位置。</w:t>
            </w:r>
          </w:p>
          <w:p>
            <w:pPr>
              <w:spacing w:after="20" w:line="276" w:lineRule="auto"/>
            </w:pPr>
            <w:r>
              <w:rPr>
                <w:rFonts w:ascii="宋体" w:hAnsi="宋体" w:eastAsia="宋体"/>
                <w:b w:val="0"/>
                <w:sz w:val="18"/>
              </w:rPr>
              <w:t>(1)课件出示教科书P93“安全疏散示意图”。</w:t>
            </w:r>
          </w:p>
          <w:p>
            <w:pPr>
              <w:spacing w:after="20" w:line="276" w:lineRule="auto"/>
            </w:pPr>
            <w:r>
              <w:rPr>
                <w:rFonts w:ascii="宋体" w:hAnsi="宋体" w:eastAsia="宋体"/>
                <w:b w:val="0"/>
                <w:sz w:val="18"/>
              </w:rPr>
              <w:t>师：大家还记得这幅图吗？如果你在美术教室，你怎样才能尽快逃到安全地带？</w:t>
            </w:r>
          </w:p>
          <w:p>
            <w:pPr>
              <w:spacing w:after="20" w:line="276" w:lineRule="auto"/>
            </w:pPr>
            <w:r>
              <w:rPr>
                <w:rFonts w:ascii="宋体" w:hAnsi="宋体" w:eastAsia="宋体"/>
                <w:b w:val="0"/>
                <w:sz w:val="18"/>
              </w:rPr>
              <w:t>组织学生说出逃生路线后，教师继续举例不同的地点让学生说出逃生路线。</w:t>
            </w:r>
          </w:p>
          <w:p>
            <w:pPr>
              <w:spacing w:after="20" w:line="276" w:lineRule="auto"/>
            </w:pPr>
            <w:r>
              <w:rPr>
                <w:rFonts w:ascii="宋体" w:hAnsi="宋体" w:eastAsia="宋体"/>
                <w:b w:val="0"/>
                <w:sz w:val="18"/>
              </w:rPr>
              <w:t>(2)课件出示教科书P98第9题。</w:t>
            </w:r>
          </w:p>
          <w:p>
            <w:pPr>
              <w:spacing w:after="20" w:line="276" w:lineRule="auto"/>
            </w:pPr>
            <w:r>
              <w:rPr>
                <w:rFonts w:ascii="宋体" w:hAnsi="宋体" w:eastAsia="宋体"/>
                <w:b w:val="0"/>
                <w:sz w:val="18"/>
              </w:rPr>
              <w:t>师：仔细观察示意图，你们都看到了什么？</w:t>
            </w:r>
          </w:p>
          <w:p>
            <w:pPr>
              <w:spacing w:after="20" w:line="276" w:lineRule="auto"/>
            </w:pPr>
            <w:r>
              <w:rPr>
                <w:rFonts w:ascii="宋体" w:hAnsi="宋体" w:eastAsia="宋体"/>
                <w:b w:val="0"/>
                <w:sz w:val="18"/>
              </w:rPr>
              <w:t>看到了小鸡的家，还看到小鸡家的北方、南方、西方和东方都有一个房间。</w:t>
            </w:r>
          </w:p>
          <w:p>
            <w:pPr>
              <w:spacing w:after="20" w:line="276" w:lineRule="auto"/>
            </w:pPr>
            <w:r>
              <w:rPr>
                <w:rFonts w:ascii="宋体" w:hAnsi="宋体" w:eastAsia="宋体"/>
                <w:b w:val="0"/>
                <w:sz w:val="18"/>
              </w:rPr>
              <w:t>师：小兔、小羊、小猫和小狗要搬新家了。请你给它们安排好房间，并说说它们分别住在小鸡家的什么方向。</w:t>
            </w:r>
          </w:p>
        </w:tc>
        <w:tc>
          <w:tcPr>
            <w:tcW w:type="dxa" w:w="3061"/>
          </w:tcPr>
          <w:p>
            <w:pPr>
              <w:spacing w:after="20" w:line="276" w:lineRule="auto"/>
            </w:pPr>
            <w:r/>
            <w:r>
              <w:rPr>
                <w:rFonts w:ascii="宋体" w:hAnsi="宋体" w:eastAsia="宋体"/>
                <w:b w:val="0"/>
                <w:sz w:val="18"/>
              </w:rPr>
              <w:t>学生自主画图。</w:t>
            </w:r>
          </w:p>
          <w:p>
            <w:pPr>
              <w:spacing w:after="20" w:line="276" w:lineRule="auto"/>
            </w:pPr>
            <w:r>
              <w:rPr>
                <w:rFonts w:ascii="宋体" w:hAnsi="宋体" w:eastAsia="宋体"/>
                <w:b w:val="0"/>
                <w:sz w:val="18"/>
              </w:rPr>
              <w:t>学生交流后课件动态展示：</w:t>
            </w:r>
          </w:p>
          <w:p>
            <w:pPr>
              <w:spacing w:after="20" w:line="276" w:lineRule="auto"/>
            </w:pPr>
            <w:r>
              <w:rPr>
                <w:rFonts w:ascii="宋体" w:hAnsi="宋体" w:eastAsia="宋体"/>
                <w:b w:val="0"/>
                <w:sz w:val="18"/>
              </w:rPr>
              <w:t>学生能够说出：逸夫楼不是在所有楼房的北方，并举例说明逸夫楼在别的楼房的其他方向。</w:t>
            </w:r>
          </w:p>
          <w:p>
            <w:pPr>
              <w:spacing w:after="20" w:line="276" w:lineRule="auto"/>
            </w:pPr>
            <w:r>
              <w:rPr>
                <w:rFonts w:ascii="宋体" w:hAnsi="宋体" w:eastAsia="宋体"/>
                <w:b w:val="0"/>
                <w:sz w:val="18"/>
              </w:rPr>
              <w:t>学生分小组讨论，教师巡视指导。</w:t>
            </w:r>
          </w:p>
        </w:tc>
        <w:tc>
          <w:tcPr>
            <w:tcW w:type="dxa" w:w="1814"/>
          </w:tcPr>
          <w:p>
            <w:pPr>
              <w:spacing w:after="20" w:line="276" w:lineRule="auto"/>
            </w:pPr>
            <w:r/>
            <w:r>
              <w:rPr>
                <w:rFonts w:ascii="宋体" w:hAnsi="宋体" w:eastAsia="宋体"/>
                <w:b w:val="0"/>
                <w:sz w:val="18"/>
              </w:rPr>
              <w:t>围绕环节目标组织学习活动，引导学生主动参与、积极思考，核心问题："刚才我们用东、南、西、北简单介绍了教室内各物体的位置。你们能用图示在纸上表示出这四个方向的相对位置吗？"</w:t>
            </w:r>
          </w:p>
        </w:tc>
      </w:tr>
      <w:tr>
        <w:tc>
          <w:tcPr>
            <w:tcW w:type="dxa" w:w="1474"/>
          </w:tcPr>
          <w:p>
            <w:pPr>
              <w:spacing w:after="20" w:line="276" w:lineRule="auto"/>
            </w:pPr>
            <w:r>
              <w:rPr>
                <w:b/>
              </w:rPr>
            </w:r>
            <w:r>
              <w:rPr>
                <w:rFonts w:ascii="宋体" w:hAnsi="宋体" w:eastAsia="宋体"/>
                <w:b/>
                <w:sz w:val="18"/>
              </w:rPr>
              <w:t>复习图形的测量</w:t>
            </w:r>
          </w:p>
        </w:tc>
        <w:tc>
          <w:tcPr>
            <w:tcW w:type="dxa" w:w="3061"/>
          </w:tcPr>
          <w:p>
            <w:pPr>
              <w:spacing w:after="20" w:line="276" w:lineRule="auto"/>
            </w:pPr>
            <w:r/>
            <w:r>
              <w:rPr>
                <w:rFonts w:ascii="宋体" w:hAnsi="宋体" w:eastAsia="宋体"/>
                <w:b w:val="0"/>
                <w:sz w:val="18"/>
              </w:rPr>
              <w:t>1.复习长度单位。</w:t>
            </w:r>
          </w:p>
          <w:p>
            <w:pPr>
              <w:spacing w:after="20" w:line="276" w:lineRule="auto"/>
            </w:pPr>
            <w:r>
              <w:rPr>
                <w:rFonts w:ascii="宋体" w:hAnsi="宋体" w:eastAsia="宋体"/>
                <w:b w:val="0"/>
                <w:sz w:val="18"/>
              </w:rPr>
              <w:t>师：我们已经认识了哪些长度单位？</w:t>
            </w:r>
          </w:p>
          <w:p>
            <w:pPr>
              <w:spacing w:after="20" w:line="276" w:lineRule="auto"/>
            </w:pPr>
            <w:r>
              <w:rPr>
                <w:rFonts w:ascii="宋体" w:hAnsi="宋体" w:eastAsia="宋体"/>
                <w:b w:val="0"/>
                <w:sz w:val="18"/>
              </w:rPr>
              <w:t>厘米和米。</w:t>
            </w:r>
          </w:p>
          <w:p>
            <w:pPr>
              <w:spacing w:after="20" w:line="276" w:lineRule="auto"/>
            </w:pPr>
            <w:r>
              <w:rPr>
                <w:rFonts w:ascii="宋体" w:hAnsi="宋体" w:eastAsia="宋体"/>
                <w:b w:val="0"/>
                <w:sz w:val="18"/>
              </w:rPr>
              <w:t>师：有关厘米和米你们都知道些什么知识？</w:t>
            </w:r>
          </w:p>
          <w:p>
            <w:pPr>
              <w:spacing w:after="20" w:line="276" w:lineRule="auto"/>
            </w:pPr>
            <w:r>
              <w:rPr>
                <w:rFonts w:ascii="宋体" w:hAnsi="宋体" w:eastAsia="宋体"/>
                <w:b w:val="0"/>
                <w:sz w:val="18"/>
              </w:rPr>
              <w:t>教师根据学生的回答板书：1米＝100厘米</w:t>
            </w:r>
          </w:p>
          <w:p>
            <w:pPr>
              <w:spacing w:after="20" w:line="276" w:lineRule="auto"/>
            </w:pPr>
            <w:r>
              <w:rPr>
                <w:rFonts w:ascii="宋体" w:hAnsi="宋体" w:eastAsia="宋体"/>
                <w:b w:val="0"/>
                <w:sz w:val="18"/>
              </w:rPr>
              <w:t>师：你们总结得真好！请同学们比画一下1米和1厘米各有多长。</w:t>
            </w:r>
          </w:p>
          <w:p>
            <w:pPr>
              <w:spacing w:after="20" w:line="276" w:lineRule="auto"/>
            </w:pPr>
            <w:r>
              <w:rPr>
                <w:rFonts w:ascii="宋体" w:hAnsi="宋体" w:eastAsia="宋体"/>
                <w:b w:val="0"/>
                <w:sz w:val="18"/>
              </w:rPr>
              <w:t>教师出示米尺，让学生上台来指一指1米。</w:t>
            </w:r>
          </w:p>
          <w:p>
            <w:pPr>
              <w:spacing w:after="20" w:line="276" w:lineRule="auto"/>
            </w:pPr>
            <w:r>
              <w:rPr>
                <w:rFonts w:ascii="宋体" w:hAnsi="宋体" w:eastAsia="宋体"/>
                <w:b w:val="0"/>
                <w:sz w:val="18"/>
              </w:rPr>
              <w:t>请学生拿出自己的尺子，指一指1厘米。</w:t>
            </w:r>
          </w:p>
          <w:p>
            <w:pPr>
              <w:spacing w:after="20" w:line="276" w:lineRule="auto"/>
            </w:pPr>
            <w:r>
              <w:rPr>
                <w:rFonts w:ascii="宋体" w:hAnsi="宋体" w:eastAsia="宋体"/>
                <w:b w:val="0"/>
                <w:sz w:val="18"/>
              </w:rPr>
              <w:t>师：请同学们闭上眼睛想一想刚才的1米和1厘米，接着睁开眼睛试着再比画一下1米和1厘米。你能说一说哪些物体的长度或高度是用米或厘米作单位的吗？</w:t>
            </w:r>
          </w:p>
          <w:p>
            <w:pPr>
              <w:spacing w:after="20" w:line="276" w:lineRule="auto"/>
            </w:pPr>
            <w:r>
              <w:rPr>
                <w:rFonts w:ascii="宋体" w:hAnsi="宋体" w:eastAsia="宋体"/>
                <w:b w:val="0"/>
                <w:sz w:val="18"/>
              </w:rPr>
              <w:t>师：请你试着填一填教科书P97第6、8题。</w:t>
            </w:r>
          </w:p>
          <w:p>
            <w:pPr>
              <w:spacing w:after="20" w:line="276" w:lineRule="auto"/>
            </w:pPr>
            <w:r>
              <w:rPr>
                <w:rFonts w:ascii="宋体" w:hAnsi="宋体" w:eastAsia="宋体"/>
                <w:b w:val="0"/>
                <w:sz w:val="18"/>
              </w:rPr>
              <w:t>先让学生独立完成，然后全班交流，并说说自己的想法。注意引导学生描述用直尺测量物体长度的方法。</w:t>
            </w:r>
          </w:p>
          <w:p>
            <w:pPr>
              <w:spacing w:after="20" w:line="276" w:lineRule="auto"/>
            </w:pPr>
            <w:r>
              <w:rPr>
                <w:rFonts w:ascii="宋体" w:hAnsi="宋体" w:eastAsia="宋体"/>
                <w:b w:val="0"/>
                <w:sz w:val="18"/>
              </w:rPr>
              <w:t>2．复习线段。</w:t>
            </w:r>
          </w:p>
          <w:p>
            <w:pPr>
              <w:spacing w:after="20" w:line="276" w:lineRule="auto"/>
            </w:pPr>
            <w:r>
              <w:rPr>
                <w:rFonts w:ascii="宋体" w:hAnsi="宋体" w:eastAsia="宋体"/>
                <w:b w:val="0"/>
                <w:sz w:val="18"/>
              </w:rPr>
              <w:t>师：在教科书P97第6题中，铅笔、小刀都可以看成是线段。</w:t>
            </w:r>
          </w:p>
          <w:p>
            <w:pPr>
              <w:spacing w:after="20" w:line="276" w:lineRule="auto"/>
            </w:pPr>
            <w:r>
              <w:rPr>
                <w:rFonts w:ascii="宋体" w:hAnsi="宋体" w:eastAsia="宋体"/>
                <w:b w:val="0"/>
                <w:sz w:val="18"/>
              </w:rPr>
              <w:t>师：线段是可以测量出长短的。估一估下面这两条线段的长度。</w:t>
            </w:r>
          </w:p>
          <w:p>
            <w:pPr>
              <w:spacing w:after="20" w:line="276" w:lineRule="auto"/>
            </w:pPr>
            <w:r>
              <w:rPr>
                <w:rFonts w:ascii="宋体" w:hAnsi="宋体" w:eastAsia="宋体"/>
                <w:b w:val="0"/>
                <w:sz w:val="18"/>
              </w:rPr>
              <w:t>课件出示教科书P97第7题。</w:t>
            </w:r>
          </w:p>
        </w:tc>
        <w:tc>
          <w:tcPr>
            <w:tcW w:type="dxa" w:w="3061"/>
          </w:tcPr>
          <w:p>
            <w:pPr>
              <w:spacing w:after="20" w:line="276" w:lineRule="auto"/>
            </w:pPr>
            <w:r/>
            <w:r>
              <w:rPr>
                <w:rFonts w:ascii="宋体" w:hAnsi="宋体" w:eastAsia="宋体"/>
                <w:b w:val="0"/>
                <w:sz w:val="18"/>
              </w:rPr>
              <w:t>学生能够说出：1米等于100厘米。</w:t>
            </w:r>
          </w:p>
          <w:p>
            <w:pPr>
              <w:spacing w:after="20" w:line="276" w:lineRule="auto"/>
            </w:pPr>
            <w:r>
              <w:rPr>
                <w:rFonts w:ascii="宋体" w:hAnsi="宋体" w:eastAsia="宋体"/>
                <w:b w:val="0"/>
                <w:sz w:val="18"/>
              </w:rPr>
              <w:t>学生能举出一些用米或厘米作单位表示长度或高度的例子。</w:t>
            </w:r>
          </w:p>
          <w:p>
            <w:pPr>
              <w:spacing w:after="20" w:line="276" w:lineRule="auto"/>
            </w:pPr>
            <w:r>
              <w:rPr>
                <w:rFonts w:ascii="宋体" w:hAnsi="宋体" w:eastAsia="宋体"/>
                <w:b w:val="0"/>
                <w:sz w:val="18"/>
              </w:rPr>
              <w:t>学生估计后，量一量教科书上这两条线段的长度。</w:t>
            </w:r>
          </w:p>
        </w:tc>
        <w:tc>
          <w:tcPr>
            <w:tcW w:type="dxa" w:w="1814"/>
          </w:tcPr>
          <w:p>
            <w:pPr>
              <w:spacing w:after="20" w:line="276" w:lineRule="auto"/>
            </w:pPr>
            <w:r/>
            <w:r>
              <w:rPr>
                <w:rFonts w:ascii="宋体" w:hAnsi="宋体" w:eastAsia="宋体"/>
                <w:b w:val="0"/>
                <w:sz w:val="18"/>
              </w:rPr>
              <w:t>围绕环节目标组织学习活动，引导学生主动参与、积极思考，核心问题："我们已经认识了哪些长度单位？"</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师：同学们，这节课我们复习了哪些内容？你还有什么不清楚的吗？</w:t>
            </w:r>
          </w:p>
          <w:p>
            <w:pPr>
              <w:spacing w:after="20" w:line="276" w:lineRule="auto"/>
            </w:pPr>
            <w:r>
              <w:rPr>
                <w:rFonts w:ascii="宋体" w:hAnsi="宋体" w:eastAsia="宋体"/>
                <w:b w:val="0"/>
                <w:sz w:val="18"/>
              </w:rPr>
              <w:t>辨认东、南、西、北四个方向是陈述性知识，探究性的空间不大，主要是要引导学生积累经验，能准确地辨认和运用长度单位厘米和米，要引导学生建立实际的长度感知，发展学生的量感。所以在复习时，注重创设实际情境，让学生在实际情境中感知、体会。</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引导学生回顾梳理本课所学，完善认知结构，提升归纳与反思能力，核心问题："同学们，这节课我们复习了哪些内容？你还有什么不清楚的吗？"</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图形的位置与测量的复习</w:t>
      </w:r>
    </w:p>
    <w:p>
      <w:pPr>
        <w:spacing w:after="40" w:line="300" w:lineRule="auto"/>
      </w:pPr>
      <w:r>
        <w:rPr>
          <w:rFonts w:ascii="宋体" w:hAnsi="宋体" w:eastAsia="宋体"/>
          <w:b w:val="0"/>
          <w:sz w:val="20"/>
        </w:rPr>
        <w:t>1米＝100厘米</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教科书P93“图形的位置与测量”，完成教科书P97～98“练一练”第6～9题。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主题的复习内容都是本领域的起始内容，更多是学生在建立感性认识的基础上进行抽象，目前还难以建立知识结构，更多是了解知识点，所以学生很容易混淆。特别是左西右东和根据实际来选择长度单位，学生很容易错，后面还需要加强训练。</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数据分类</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数据分类</w:t>
            </w:r>
          </w:p>
        </w:tc>
        <w:tc>
          <w:tcPr>
            <w:tcW w:type="dxa" w:w="6009"/>
          </w:tcPr>
          <w:p>
            <w:pPr>
              <w:spacing w:after="20" w:line="276" w:lineRule="auto"/>
            </w:pPr>
            <w:r/>
            <w:r>
              <w:rPr>
                <w:rFonts w:ascii="宋体" w:hAnsi="宋体" w:eastAsia="宋体"/>
                <w:b w:val="0"/>
                <w:sz w:val="20"/>
              </w:rPr>
              <w:t>第6单元 复习与关联</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一年级的时候已经经历过期末总复习，有一定的整理复习经验。在前面的每个单元中，也有整理和复习，所以对于每个知识点的整理和复习，学生容易接受。但是二年级的学生，对数学的学习更多停留在感性认识层面，思维的深刻性和广阔性还有待发展，而期末的总复习更多是要建构知识关联，将前面每个单元的知识进行整合，形成体系，这些对于学生而言有难度。教学时，要注重知识间的关联，多给学生创造交流和表达的机会，促进学生深度思考，引导学生感悟知识间的联系。</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教学内容：教科书P94“数据分类”，完成教科书P95“应用提升”第3题和P98“练一练”第10题。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（1）在具体的情境中，复习分类整理、收集数据的方法，能按一定的标准对物体进行分类，进一步体会单一标准下分类的一致性和不同标准下分类的多样性。</w:t>
      </w:r>
    </w:p>
    <w:p>
      <w:pPr>
        <w:spacing w:after="20" w:line="300" w:lineRule="auto"/>
        <w:ind w:firstLine="400"/>
      </w:pPr>
      <w:r>
        <w:rPr>
          <w:rFonts w:ascii="宋体" w:hAnsi="宋体" w:eastAsia="宋体"/>
          <w:b w:val="0"/>
          <w:sz w:val="20"/>
        </w:rPr>
        <w:t>（2）会把整理出的数据用简单的图形表示出来，填在简单的统计表里，能对分类统计的结果进行简单的分析、判断。</w:t>
      </w:r>
    </w:p>
    <w:p>
      <w:pPr>
        <w:spacing w:after="20" w:line="300" w:lineRule="auto"/>
        <w:ind w:firstLine="400"/>
      </w:pPr>
      <w:r>
        <w:rPr>
          <w:rFonts w:ascii="宋体" w:hAnsi="宋体" w:eastAsia="宋体"/>
          <w:b w:val="0"/>
          <w:sz w:val="20"/>
        </w:rPr>
        <w:t>（3）通过按不同标准继续分类，感受数据内在的联系，发展数据意识。</w:t>
      </w:r>
    </w:p>
    <w:p>
      <w:pPr>
        <w:spacing w:after="20" w:line="300" w:lineRule="auto"/>
      </w:pPr>
      <w:r>
        <w:rPr>
          <w:rFonts w:ascii="宋体" w:hAnsi="宋体" w:eastAsia="宋体"/>
          <w:b w:val="0"/>
          <w:sz w:val="20"/>
        </w:rPr>
        <w:t>教学重点：能根据事物的特点确定分类标准，进行分类整理。</w:t>
      </w:r>
    </w:p>
    <w:p>
      <w:pPr>
        <w:spacing w:after="20" w:line="300" w:lineRule="auto"/>
      </w:pPr>
      <w:r>
        <w:rPr>
          <w:rFonts w:ascii="宋体" w:hAnsi="宋体" w:eastAsia="宋体"/>
          <w:b w:val="0"/>
          <w:sz w:val="20"/>
        </w:rPr>
        <w:t>教学难点：自主根据事物的特点确定分类标准，用不同的方式整理分类结果。</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谈话导入，揭示课题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同学们，在前面我们学习了分类整理。同学们还记得分类的方法吗？</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呈现情境，经历分类全过程</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同学们将这些卡片按不同标准分成了不同的两类，大家看看，这样分类都可以吗？；观察这些分类的结果，你们发现了什么？</w:t>
            </w:r>
          </w:p>
        </w:tc>
        <w:tc>
          <w:tcPr>
            <w:tcW w:type="dxa" w:w="1361"/>
          </w:tcPr>
          <w:p>
            <w:pPr>
              <w:spacing w:after="20" w:line="276" w:lineRule="auto"/>
            </w:pPr>
            <w:r/>
            <w:r>
              <w:rPr>
                <w:rFonts w:ascii="宋体" w:hAnsi="宋体" w:eastAsia="宋体"/>
                <w:b w:val="0"/>
                <w:sz w:val="18"/>
              </w:rPr>
              <w:t>20分钟</w:t>
            </w:r>
          </w:p>
        </w:tc>
      </w:tr>
      <w:tr>
        <w:tc>
          <w:tcPr>
            <w:tcW w:type="dxa" w:w="2835"/>
          </w:tcPr>
          <w:p>
            <w:pPr>
              <w:spacing w:after="20" w:line="276" w:lineRule="auto"/>
            </w:pPr>
            <w:r/>
            <w:r>
              <w:rPr>
                <w:rFonts w:ascii="宋体" w:hAnsi="宋体" w:eastAsia="宋体"/>
                <w:b w:val="0"/>
                <w:sz w:val="18"/>
              </w:rPr>
              <w:t>实际应用，拓展提升</w:t>
            </w:r>
          </w:p>
        </w:tc>
        <w:tc>
          <w:tcPr>
            <w:tcW w:type="dxa" w:w="1814"/>
          </w:tcPr>
          <w:p>
            <w:pPr>
              <w:spacing w:after="20" w:line="276" w:lineRule="auto"/>
            </w:pPr>
            <w:r/>
            <w:r>
              <w:rPr>
                <w:rFonts w:ascii="宋体" w:hAnsi="宋体" w:eastAsia="宋体"/>
                <w:b w:val="0"/>
                <w:sz w:val="18"/>
              </w:rPr>
              <w:t>课件、教科书、图片</w:t>
            </w:r>
          </w:p>
        </w:tc>
        <w:tc>
          <w:tcPr>
            <w:tcW w:type="dxa" w:w="3402"/>
          </w:tcPr>
          <w:p>
            <w:pPr>
              <w:spacing w:after="20" w:line="276" w:lineRule="auto"/>
            </w:pPr>
            <w:r/>
            <w:r>
              <w:rPr>
                <w:rFonts w:ascii="宋体" w:hAnsi="宋体" w:eastAsia="宋体"/>
                <w:b w:val="0"/>
                <w:sz w:val="18"/>
              </w:rPr>
              <w:t>仔细观察上图，你认为可以分成几类？分成哪几类？；如果分成两类，可以怎样分？</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统计表、课件</w:t>
            </w:r>
          </w:p>
        </w:tc>
        <w:tc>
          <w:tcPr>
            <w:tcW w:type="dxa" w:w="3402"/>
          </w:tcPr>
          <w:p>
            <w:pPr>
              <w:spacing w:after="20" w:line="276" w:lineRule="auto"/>
            </w:pPr>
            <w:r/>
            <w:r>
              <w:rPr>
                <w:rFonts w:ascii="宋体" w:hAnsi="宋体" w:eastAsia="宋体"/>
                <w:b w:val="0"/>
                <w:sz w:val="18"/>
              </w:rPr>
              <w:t>通过本节课的复习，你对分类整理有了哪些新的认识？</w:t>
            </w:r>
          </w:p>
        </w:tc>
        <w:tc>
          <w:tcPr>
            <w:tcW w:type="dxa" w:w="1361"/>
          </w:tcPr>
          <w:p>
            <w:pPr>
              <w:spacing w:after="20" w:line="276" w:lineRule="auto"/>
            </w:pPr>
            <w:r/>
            <w:r>
              <w:rPr>
                <w:rFonts w:ascii="宋体" w:hAnsi="宋体" w:eastAsia="宋体"/>
                <w:b w:val="0"/>
                <w:sz w:val="18"/>
              </w:rPr>
              <w:t>5分钟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谈话导入，揭示课题</w:t>
            </w:r>
          </w:p>
        </w:tc>
        <w:tc>
          <w:tcPr>
            <w:tcW w:type="dxa" w:w="3061"/>
          </w:tcPr>
          <w:p>
            <w:pPr>
              <w:spacing w:after="20" w:line="276" w:lineRule="auto"/>
            </w:pPr>
            <w:r/>
            <w:r>
              <w:rPr>
                <w:rFonts w:ascii="宋体" w:hAnsi="宋体" w:eastAsia="宋体"/>
                <w:b w:val="0"/>
                <w:sz w:val="18"/>
              </w:rPr>
              <w:t>师：同学们，在前面我们学习了分类整理。同学们还记得分类的方法吗？同桌之间互相说说。</w:t>
            </w:r>
          </w:p>
          <w:p>
            <w:pPr>
              <w:spacing w:after="20" w:line="276" w:lineRule="auto"/>
            </w:pPr>
            <w:r>
              <w:rPr>
                <w:rFonts w:ascii="宋体" w:hAnsi="宋体" w:eastAsia="宋体"/>
                <w:b w:val="0"/>
                <w:sz w:val="18"/>
              </w:rPr>
              <w:t>组织学生分组讨论，指名学生回答。</w:t>
            </w:r>
          </w:p>
          <w:p>
            <w:pPr>
              <w:spacing w:after="20" w:line="276" w:lineRule="auto"/>
            </w:pPr>
            <w:r>
              <w:rPr>
                <w:rFonts w:ascii="宋体" w:hAnsi="宋体" w:eastAsia="宋体"/>
                <w:b w:val="0"/>
                <w:sz w:val="18"/>
              </w:rPr>
              <w:t>师小结：分类先要观察物体，确定分类标准，按标准分类；再数一数每类物体的个数；然后用图形或者表格呈现各类的数据；还可以对第一次分类的结果继续按一定的标准分下去。(适当板书)</w:t>
            </w:r>
          </w:p>
          <w:p>
            <w:pPr>
              <w:spacing w:after="20" w:line="276" w:lineRule="auto"/>
            </w:pPr>
            <w:r>
              <w:rPr>
                <w:rFonts w:ascii="宋体" w:hAnsi="宋体" w:eastAsia="宋体"/>
                <w:b w:val="0"/>
                <w:sz w:val="18"/>
              </w:rPr>
              <w:t>师：同学们对前面学习的知识掌握得很好！本节课我们继续复习分类整理。(板书课题：数据分类的复习)</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创设情境激活学生已有经验，自然引出本课学习内容，激发学习兴趣，核心问题："同学们，在前面我们学习了分类整理。同学们还记得分类的方法吗？"</w:t>
            </w:r>
          </w:p>
        </w:tc>
      </w:tr>
      <w:tr>
        <w:tc>
          <w:tcPr>
            <w:tcW w:type="dxa" w:w="1474"/>
          </w:tcPr>
          <w:p>
            <w:pPr>
              <w:spacing w:after="20" w:line="276" w:lineRule="auto"/>
            </w:pPr>
            <w:r>
              <w:rPr>
                <w:b/>
              </w:rPr>
            </w:r>
            <w:r>
              <w:rPr>
                <w:rFonts w:ascii="宋体" w:hAnsi="宋体" w:eastAsia="宋体"/>
                <w:b/>
                <w:sz w:val="18"/>
              </w:rPr>
              <w:t>呈现情境，经历分类全过程</w:t>
            </w:r>
          </w:p>
        </w:tc>
        <w:tc>
          <w:tcPr>
            <w:tcW w:type="dxa" w:w="3061"/>
          </w:tcPr>
          <w:p>
            <w:pPr>
              <w:spacing w:after="20" w:line="276" w:lineRule="auto"/>
            </w:pPr>
            <w:r/>
            <w:r>
              <w:rPr>
                <w:rFonts w:ascii="宋体" w:hAnsi="宋体" w:eastAsia="宋体"/>
                <w:b w:val="0"/>
                <w:sz w:val="18"/>
              </w:rPr>
              <w:t>1.课件呈现教科书P95“应用提升”第3题中的图形及问题(1)。</w:t>
            </w:r>
          </w:p>
          <w:p>
            <w:pPr>
              <w:spacing w:after="20" w:line="276" w:lineRule="auto"/>
            </w:pPr>
            <w:r>
              <w:rPr>
                <w:rFonts w:ascii="宋体" w:hAnsi="宋体" w:eastAsia="宋体"/>
                <w:b w:val="0"/>
                <w:sz w:val="18"/>
              </w:rPr>
              <w:t>师：同学们，仔细观察这些卡片，自己定一个标准把这些卡片分成两类，试一试，看能怎么分。</w:t>
            </w:r>
          </w:p>
          <w:p>
            <w:pPr>
              <w:spacing w:after="20" w:line="276" w:lineRule="auto"/>
            </w:pPr>
            <w:r>
              <w:rPr>
                <w:rFonts w:ascii="宋体" w:hAnsi="宋体" w:eastAsia="宋体"/>
                <w:b w:val="0"/>
                <w:sz w:val="18"/>
              </w:rPr>
              <w:t>师：同学们将这些卡片按不同标准分成了不同的两类，大家看看，这样分类都可以吗？</w:t>
            </w:r>
          </w:p>
          <w:p>
            <w:pPr>
              <w:spacing w:after="20" w:line="276" w:lineRule="auto"/>
            </w:pPr>
            <w:r>
              <w:rPr>
                <w:rFonts w:ascii="宋体" w:hAnsi="宋体" w:eastAsia="宋体"/>
                <w:b w:val="0"/>
                <w:sz w:val="18"/>
              </w:rPr>
              <w:t>课件呈现按不同标准分成两类的结果。</w:t>
            </w:r>
          </w:p>
          <w:p>
            <w:pPr>
              <w:spacing w:after="20" w:line="276" w:lineRule="auto"/>
            </w:pPr>
            <w:r>
              <w:rPr>
                <w:rFonts w:ascii="宋体" w:hAnsi="宋体" w:eastAsia="宋体"/>
                <w:b w:val="0"/>
                <w:sz w:val="18"/>
              </w:rPr>
              <w:t>师：观察这些分类的结果，你们发现了什么？</w:t>
            </w:r>
          </w:p>
          <w:p>
            <w:pPr>
              <w:spacing w:after="20" w:line="276" w:lineRule="auto"/>
            </w:pPr>
            <w:r>
              <w:rPr>
                <w:rFonts w:ascii="宋体" w:hAnsi="宋体" w:eastAsia="宋体"/>
                <w:b w:val="0"/>
                <w:sz w:val="18"/>
              </w:rPr>
              <w:t>教师结合学生的交流板书：分类标准不同，结果可能不同。</w:t>
            </w:r>
          </w:p>
          <w:p>
            <w:pPr>
              <w:spacing w:after="20" w:line="276" w:lineRule="auto"/>
            </w:pPr>
            <w:r>
              <w:rPr>
                <w:rFonts w:ascii="宋体" w:hAnsi="宋体" w:eastAsia="宋体"/>
                <w:b w:val="0"/>
                <w:sz w:val="18"/>
              </w:rPr>
              <w:t>师：怎么判断我们分的是否正确呢？</w:t>
            </w:r>
          </w:p>
          <w:p>
            <w:pPr>
              <w:spacing w:after="20" w:line="276" w:lineRule="auto"/>
            </w:pPr>
            <w:r>
              <w:rPr>
                <w:rFonts w:ascii="宋体" w:hAnsi="宋体" w:eastAsia="宋体"/>
                <w:b w:val="0"/>
                <w:sz w:val="18"/>
              </w:rPr>
              <w:t>引导学生说出可以计算总数，看每类的数据加起来总数是否一致。最终发现，不管怎样分，所分物体的总数不变。(接着板书：但物体的总数不变。)</w:t>
            </w:r>
          </w:p>
          <w:p>
            <w:pPr>
              <w:spacing w:after="20" w:line="276" w:lineRule="auto"/>
            </w:pPr>
            <w:r>
              <w:rPr>
                <w:rFonts w:ascii="宋体" w:hAnsi="宋体" w:eastAsia="宋体"/>
                <w:b w:val="0"/>
                <w:sz w:val="18"/>
              </w:rPr>
              <w:t>2．课件呈现教科书P95“应用提升”第3题中问题(2)。</w:t>
            </w:r>
          </w:p>
          <w:p>
            <w:pPr>
              <w:spacing w:after="20" w:line="276" w:lineRule="auto"/>
            </w:pPr>
            <w:r>
              <w:rPr>
                <w:rFonts w:ascii="宋体" w:hAnsi="宋体" w:eastAsia="宋体"/>
                <w:b w:val="0"/>
                <w:sz w:val="18"/>
              </w:rPr>
              <w:t>师：你们看看自己的分类结果还可以继续分吗？不能确定的让同桌帮忙看看。</w:t>
            </w:r>
          </w:p>
          <w:p>
            <w:pPr>
              <w:spacing w:after="20" w:line="276" w:lineRule="auto"/>
            </w:pPr>
            <w:r>
              <w:rPr>
                <w:rFonts w:ascii="宋体" w:hAnsi="宋体" w:eastAsia="宋体"/>
                <w:b w:val="0"/>
                <w:sz w:val="18"/>
              </w:rPr>
              <w:t>师：你准备用怎样的方式呈现你的分类结果呢？</w:t>
            </w:r>
          </w:p>
          <w:p>
            <w:pPr>
              <w:spacing w:after="20" w:line="276" w:lineRule="auto"/>
            </w:pPr>
            <w:r>
              <w:rPr>
                <w:rFonts w:ascii="宋体" w:hAnsi="宋体" w:eastAsia="宋体"/>
                <w:b w:val="0"/>
                <w:sz w:val="18"/>
              </w:rPr>
              <w:t>引导学生用表格呈现。</w:t>
            </w:r>
          </w:p>
          <w:p>
            <w:pPr>
              <w:spacing w:after="20" w:line="276" w:lineRule="auto"/>
            </w:pPr>
            <w:r>
              <w:rPr>
                <w:rFonts w:ascii="宋体" w:hAnsi="宋体" w:eastAsia="宋体"/>
                <w:b w:val="0"/>
                <w:sz w:val="18"/>
              </w:rPr>
              <w:t>课件继续呈现不同的分类结果。</w:t>
            </w:r>
          </w:p>
          <w:p>
            <w:pPr>
              <w:spacing w:after="20" w:line="276" w:lineRule="auto"/>
            </w:pPr>
            <w:r>
              <w:rPr>
                <w:rFonts w:ascii="宋体" w:hAnsi="宋体" w:eastAsia="宋体"/>
                <w:b w:val="0"/>
                <w:sz w:val="18"/>
              </w:rPr>
              <w:t>师：同学们观察继续分得的结果，你们有什么发现？</w:t>
            </w:r>
          </w:p>
          <w:p>
            <w:pPr>
              <w:spacing w:after="20" w:line="276" w:lineRule="auto"/>
            </w:pPr>
            <w:r>
              <w:rPr>
                <w:rFonts w:ascii="宋体" w:hAnsi="宋体" w:eastAsia="宋体"/>
                <w:b w:val="0"/>
                <w:sz w:val="18"/>
              </w:rPr>
              <w:t>引导学生发现，最终分得的结果是一样的。</w:t>
            </w:r>
          </w:p>
          <w:p>
            <w:pPr>
              <w:spacing w:after="20" w:line="276" w:lineRule="auto"/>
            </w:pPr>
            <w:r>
              <w:rPr>
                <w:rFonts w:ascii="宋体" w:hAnsi="宋体" w:eastAsia="宋体"/>
                <w:b w:val="0"/>
                <w:sz w:val="18"/>
              </w:rPr>
              <w:t>师：前面按不同标准分成两类，结果是不同的，继续分后，得到的结果是一样的。</w:t>
            </w:r>
          </w:p>
          <w:p>
            <w:pPr>
              <w:spacing w:after="20" w:line="276" w:lineRule="auto"/>
            </w:pPr>
            <w:r>
              <w:rPr>
                <w:rFonts w:ascii="宋体" w:hAnsi="宋体" w:eastAsia="宋体"/>
                <w:b w:val="0"/>
                <w:sz w:val="18"/>
              </w:rPr>
              <w:t>师小结：继续分时，不管按什么顺序分类，最后的结果是一样的。(板书)</w:t>
            </w:r>
          </w:p>
          <w:p>
            <w:pPr>
              <w:spacing w:after="20" w:line="276" w:lineRule="auto"/>
            </w:pPr>
            <w:r>
              <w:rPr>
                <w:rFonts w:ascii="宋体" w:hAnsi="宋体" w:eastAsia="宋体"/>
                <w:b w:val="0"/>
                <w:sz w:val="18"/>
              </w:rPr>
              <w:t>3．体会分类整理的价值。</w:t>
            </w:r>
          </w:p>
          <w:p>
            <w:pPr>
              <w:spacing w:after="20" w:line="276" w:lineRule="auto"/>
            </w:pPr>
            <w:r>
              <w:rPr>
                <w:rFonts w:ascii="宋体" w:hAnsi="宋体" w:eastAsia="宋体"/>
                <w:b w:val="0"/>
                <w:sz w:val="18"/>
              </w:rPr>
              <w:t>师：我们将这些卡片进行了分类，你们觉得分类有什么作用？</w:t>
            </w:r>
          </w:p>
          <w:p>
            <w:pPr>
              <w:spacing w:after="20" w:line="276" w:lineRule="auto"/>
            </w:pPr>
            <w:r>
              <w:rPr>
                <w:rFonts w:ascii="宋体" w:hAnsi="宋体" w:eastAsia="宋体"/>
                <w:b w:val="0"/>
                <w:sz w:val="18"/>
              </w:rPr>
              <w:t>便于查找。</w:t>
            </w:r>
          </w:p>
          <w:p>
            <w:pPr>
              <w:spacing w:after="20" w:line="276" w:lineRule="auto"/>
            </w:pPr>
            <w:r>
              <w:rPr>
                <w:rFonts w:ascii="宋体" w:hAnsi="宋体" w:eastAsia="宋体"/>
                <w:b w:val="0"/>
                <w:sz w:val="18"/>
              </w:rPr>
              <w:t>师：对于一些物体，进行分类后，便于查找。对于一些数据或者数学知识，进行分类，更利于掌握和整理。比如，我们期末的复习，就是按类别来的，将本册所学的知识按主题分类进行复习。</w:t>
            </w:r>
          </w:p>
        </w:tc>
        <w:tc>
          <w:tcPr>
            <w:tcW w:type="dxa" w:w="3061"/>
          </w:tcPr>
          <w:p>
            <w:pPr>
              <w:spacing w:after="20" w:line="276" w:lineRule="auto"/>
            </w:pPr>
            <w:r/>
            <w:r>
              <w:rPr>
                <w:rFonts w:ascii="宋体" w:hAnsi="宋体" w:eastAsia="宋体"/>
                <w:b w:val="0"/>
                <w:sz w:val="18"/>
              </w:rPr>
              <w:t>学生自主解答后全班展示交流。</w:t>
            </w:r>
          </w:p>
          <w:p>
            <w:pPr>
              <w:spacing w:after="20" w:line="276" w:lineRule="auto"/>
            </w:pPr>
            <w:r>
              <w:rPr>
                <w:rFonts w:ascii="宋体" w:hAnsi="宋体" w:eastAsia="宋体"/>
                <w:b w:val="0"/>
                <w:sz w:val="18"/>
              </w:rPr>
              <w:t>预设1：按形状分，分成圆形和由直直的边组成的图形两类。</w:t>
            </w:r>
          </w:p>
          <w:p>
            <w:pPr>
              <w:spacing w:after="20" w:line="276" w:lineRule="auto"/>
            </w:pPr>
            <w:r>
              <w:rPr>
                <w:rFonts w:ascii="宋体" w:hAnsi="宋体" w:eastAsia="宋体"/>
                <w:b w:val="0"/>
                <w:sz w:val="18"/>
              </w:rPr>
              <w:t>预设2：按形状分，分成正方形和非正方形两类。</w:t>
            </w:r>
          </w:p>
          <w:p>
            <w:pPr>
              <w:spacing w:after="20" w:line="276" w:lineRule="auto"/>
            </w:pPr>
            <w:r>
              <w:rPr>
                <w:rFonts w:ascii="宋体" w:hAnsi="宋体" w:eastAsia="宋体"/>
                <w:b w:val="0"/>
                <w:sz w:val="18"/>
              </w:rPr>
              <w:t>预设3：按颜色分，分成红色和非红色两类。</w:t>
            </w:r>
          </w:p>
          <w:p>
            <w:pPr>
              <w:spacing w:after="20" w:line="276" w:lineRule="auto"/>
            </w:pPr>
            <w:r>
              <w:rPr>
                <w:rFonts w:ascii="宋体" w:hAnsi="宋体" w:eastAsia="宋体"/>
                <w:b w:val="0"/>
                <w:sz w:val="18"/>
              </w:rPr>
              <w:t>学生按自选标准分类有一定难度，只要能说出道理即可。</w:t>
            </w:r>
          </w:p>
          <w:p>
            <w:pPr>
              <w:spacing w:after="20" w:line="276" w:lineRule="auto"/>
            </w:pPr>
            <w:r>
              <w:rPr>
                <w:rFonts w:ascii="宋体" w:hAnsi="宋体" w:eastAsia="宋体"/>
                <w:b w:val="0"/>
                <w:sz w:val="18"/>
              </w:rPr>
              <w:t>预设1：按形状分的结果，还可以继续按颜色分。</w:t>
            </w:r>
          </w:p>
          <w:p>
            <w:pPr>
              <w:spacing w:after="20" w:line="276" w:lineRule="auto"/>
            </w:pPr>
            <w:r>
              <w:rPr>
                <w:rFonts w:ascii="宋体" w:hAnsi="宋体" w:eastAsia="宋体"/>
                <w:b w:val="0"/>
                <w:sz w:val="18"/>
              </w:rPr>
              <w:t>预设2：按颜色分的结果，还可以继续按形状分。</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创设情境激活学生已有经验，自然引出本课学习内容，激发学习兴趣，核心问题："同学们将这些卡片按不同标准分成了不同的两类，大家看看，这样分类都可以吗？"</w:t>
            </w:r>
          </w:p>
        </w:tc>
      </w:tr>
      <w:tr>
        <w:tc>
          <w:tcPr>
            <w:tcW w:type="dxa" w:w="1474"/>
          </w:tcPr>
          <w:p>
            <w:pPr>
              <w:spacing w:after="20" w:line="276" w:lineRule="auto"/>
            </w:pPr>
            <w:r>
              <w:rPr>
                <w:b/>
              </w:rPr>
            </w:r>
            <w:r>
              <w:rPr>
                <w:rFonts w:ascii="宋体" w:hAnsi="宋体" w:eastAsia="宋体"/>
                <w:b/>
                <w:sz w:val="18"/>
              </w:rPr>
              <w:t>实际应用，拓展提升</w:t>
            </w:r>
          </w:p>
        </w:tc>
        <w:tc>
          <w:tcPr>
            <w:tcW w:type="dxa" w:w="3061"/>
          </w:tcPr>
          <w:p>
            <w:pPr>
              <w:spacing w:after="20" w:line="276" w:lineRule="auto"/>
            </w:pPr>
            <w:r/>
            <w:r>
              <w:rPr>
                <w:rFonts w:ascii="宋体" w:hAnsi="宋体" w:eastAsia="宋体"/>
                <w:b w:val="0"/>
                <w:sz w:val="18"/>
              </w:rPr>
              <w:t>课件出示教科书P98“练一练”第10题图片。</w:t>
            </w:r>
          </w:p>
          <w:p>
            <w:pPr>
              <w:spacing w:after="20" w:line="276" w:lineRule="auto"/>
            </w:pPr>
            <w:r>
              <w:rPr>
                <w:rFonts w:ascii="宋体" w:hAnsi="宋体" w:eastAsia="宋体"/>
                <w:b w:val="0"/>
                <w:sz w:val="18"/>
              </w:rPr>
              <w:t>师：仔细观察上图，你认为可以分成几类？分成哪几类？</w:t>
            </w:r>
          </w:p>
          <w:p>
            <w:pPr>
              <w:spacing w:after="20" w:line="276" w:lineRule="auto"/>
            </w:pPr>
            <w:r>
              <w:rPr>
                <w:rFonts w:ascii="宋体" w:hAnsi="宋体" w:eastAsia="宋体"/>
                <w:b w:val="0"/>
                <w:sz w:val="18"/>
              </w:rPr>
              <w:t>师生互动，交流分类标准和分类结果。</w:t>
            </w:r>
          </w:p>
          <w:p>
            <w:pPr>
              <w:spacing w:after="20" w:line="276" w:lineRule="auto"/>
            </w:pPr>
            <w:r>
              <w:rPr>
                <w:rFonts w:ascii="宋体" w:hAnsi="宋体" w:eastAsia="宋体"/>
                <w:b w:val="0"/>
                <w:sz w:val="18"/>
              </w:rPr>
              <w:t>课件呈现问题(1)。</w:t>
            </w:r>
          </w:p>
          <w:p>
            <w:pPr>
              <w:spacing w:after="20" w:line="276" w:lineRule="auto"/>
            </w:pPr>
            <w:r>
              <w:rPr>
                <w:rFonts w:ascii="宋体" w:hAnsi="宋体" w:eastAsia="宋体"/>
                <w:b w:val="0"/>
                <w:sz w:val="18"/>
              </w:rPr>
              <w:t>师：按不同的车型分一分，填写下表。</w:t>
            </w:r>
          </w:p>
          <w:p>
            <w:pPr>
              <w:spacing w:after="20" w:line="276" w:lineRule="auto"/>
            </w:pPr>
            <w:r>
              <w:rPr>
                <w:rFonts w:ascii="宋体" w:hAnsi="宋体" w:eastAsia="宋体"/>
                <w:b w:val="0"/>
                <w:sz w:val="18"/>
              </w:rPr>
              <w:t>课件呈现问题(2)。</w:t>
            </w:r>
          </w:p>
          <w:p>
            <w:pPr>
              <w:spacing w:after="20" w:line="276" w:lineRule="auto"/>
            </w:pPr>
            <w:r>
              <w:rPr>
                <w:rFonts w:ascii="宋体" w:hAnsi="宋体" w:eastAsia="宋体"/>
                <w:b w:val="0"/>
                <w:sz w:val="18"/>
              </w:rPr>
              <w:t>师：如果分成两类，可以怎样分？</w:t>
            </w:r>
          </w:p>
          <w:p>
            <w:pPr>
              <w:spacing w:after="20" w:line="276" w:lineRule="auto"/>
            </w:pPr>
            <w:r>
              <w:rPr>
                <w:rFonts w:ascii="宋体" w:hAnsi="宋体" w:eastAsia="宋体"/>
                <w:b w:val="0"/>
                <w:sz w:val="18"/>
              </w:rPr>
              <w:t>师：同学们很会观察，按不同标准分成了不同的两类。</w:t>
            </w:r>
          </w:p>
          <w:p>
            <w:pPr>
              <w:spacing w:after="20" w:line="276" w:lineRule="auto"/>
            </w:pPr>
            <w:r>
              <w:rPr>
                <w:rFonts w:ascii="宋体" w:hAnsi="宋体" w:eastAsia="宋体"/>
                <w:b w:val="0"/>
                <w:sz w:val="18"/>
              </w:rPr>
              <w:t>师生交流互动后，让学生独立在教科书上完成问题(1)和问题(2)。</w:t>
            </w:r>
          </w:p>
          <w:p>
            <w:pPr>
              <w:spacing w:after="20" w:line="276" w:lineRule="auto"/>
            </w:pPr>
            <w:r>
              <w:rPr>
                <w:rFonts w:ascii="宋体" w:hAnsi="宋体" w:eastAsia="宋体"/>
                <w:b w:val="0"/>
                <w:sz w:val="18"/>
              </w:rPr>
              <w:t>3．展示交流。</w:t>
            </w:r>
          </w:p>
          <w:p>
            <w:pPr>
              <w:spacing w:after="20" w:line="276" w:lineRule="auto"/>
            </w:pPr>
            <w:r>
              <w:rPr>
                <w:rFonts w:ascii="宋体" w:hAnsi="宋体" w:eastAsia="宋体"/>
                <w:b w:val="0"/>
                <w:sz w:val="18"/>
              </w:rPr>
              <w:t>(1)指名学生展示自己的解答结果，分享思考过程。</w:t>
            </w:r>
          </w:p>
          <w:p>
            <w:pPr>
              <w:spacing w:after="20" w:line="276" w:lineRule="auto"/>
            </w:pPr>
            <w:r>
              <w:rPr>
                <w:rFonts w:ascii="宋体" w:hAnsi="宋体" w:eastAsia="宋体"/>
                <w:b w:val="0"/>
                <w:sz w:val="18"/>
              </w:rPr>
              <w:t>(2)让不同分法的同学展示分类结果并分享思考过程。</w:t>
            </w:r>
          </w:p>
        </w:tc>
        <w:tc>
          <w:tcPr>
            <w:tcW w:type="dxa" w:w="3061"/>
          </w:tcPr>
          <w:p>
            <w:pPr>
              <w:spacing w:after="20" w:line="276" w:lineRule="auto"/>
            </w:pPr>
            <w:r/>
            <w:r>
              <w:rPr>
                <w:rFonts w:ascii="宋体" w:hAnsi="宋体" w:eastAsia="宋体"/>
                <w:b w:val="0"/>
                <w:sz w:val="18"/>
              </w:rPr>
              <w:t>1．交流互动，分析问题。</w:t>
            </w:r>
          </w:p>
          <w:p>
            <w:pPr>
              <w:spacing w:after="20" w:line="276" w:lineRule="auto"/>
            </w:pPr>
            <w:r>
              <w:rPr>
                <w:rFonts w:ascii="宋体" w:hAnsi="宋体" w:eastAsia="宋体"/>
                <w:b w:val="0"/>
                <w:sz w:val="18"/>
              </w:rPr>
              <w:t>学生都能数出各种车型的汽车各有几辆。</w:t>
            </w:r>
          </w:p>
          <w:p>
            <w:pPr>
              <w:spacing w:after="20" w:line="276" w:lineRule="auto"/>
            </w:pPr>
            <w:r>
              <w:rPr>
                <w:rFonts w:ascii="宋体" w:hAnsi="宋体" w:eastAsia="宋体"/>
                <w:b w:val="0"/>
                <w:sz w:val="18"/>
              </w:rPr>
              <w:t>预设1：按颜色分，分为蓝色车辆和非蓝色车辆。</w:t>
            </w:r>
          </w:p>
          <w:p>
            <w:pPr>
              <w:spacing w:after="20" w:line="276" w:lineRule="auto"/>
            </w:pPr>
            <w:r>
              <w:rPr>
                <w:rFonts w:ascii="宋体" w:hAnsi="宋体" w:eastAsia="宋体"/>
                <w:b w:val="0"/>
                <w:sz w:val="18"/>
              </w:rPr>
              <w:t>预设2：按有无车顶灯分，分为有车顶灯车辆和无车顶灯车辆。</w:t>
            </w:r>
          </w:p>
          <w:p>
            <w:pPr>
              <w:spacing w:after="20" w:line="276" w:lineRule="auto"/>
            </w:pPr>
            <w:r>
              <w:rPr>
                <w:rFonts w:ascii="宋体" w:hAnsi="宋体" w:eastAsia="宋体"/>
                <w:b w:val="0"/>
                <w:sz w:val="18"/>
              </w:rPr>
              <w:t>2．学生独立解答。</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通过有层次的练习及时反馈学情，巩固新知，培养学生灵活运用知识解决问题的能力，核心问题："仔细观察上图，你认为可以分成几类？分成哪几类？"</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师：通过本节课的复习，你对分类整理有了哪些新的认识？</w:t>
            </w:r>
          </w:p>
          <w:p>
            <w:pPr>
              <w:spacing w:after="20" w:line="276" w:lineRule="auto"/>
            </w:pPr>
            <w:r>
              <w:rPr>
                <w:rFonts w:ascii="宋体" w:hAnsi="宋体" w:eastAsia="宋体"/>
                <w:b w:val="0"/>
                <w:sz w:val="18"/>
              </w:rPr>
              <w:t>结合具体的情境，由给定标准到自己选择标准，由单一标准到不同标准，由形象地表达分类结果到利用统计表去表达，让学生经历一个完整的统计过程，从而体会分类的含义、方法及目的。强调在分类的基础上收集、整理并呈现分类的结果，突出分类是收集、整理、描述数据的基础，发展学生的数据意识。</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引导学生回顾梳理本课所学，完善认知结构，提升归纳与反思能力，核心问题："通过本节课的复习，你对分类整理有了哪些新的认识？"</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数据分类的复习</w:t>
      </w:r>
    </w:p>
    <w:p>
      <w:pPr>
        <w:spacing w:after="40" w:line="300" w:lineRule="auto"/>
      </w:pPr>
      <w:r>
        <w:rPr>
          <w:rFonts w:ascii="宋体" w:hAnsi="宋体" w:eastAsia="宋体"/>
          <w:b w:val="0"/>
          <w:sz w:val="20"/>
        </w:rPr>
        <w:t>分类步骤：观察物体—确定分类标准—按标准分类—数一数每类物体的个数—用图形或者表格呈现各类的数据—继续分</w:t>
      </w:r>
    </w:p>
    <w:p>
      <w:pPr>
        <w:spacing w:after="40" w:line="300" w:lineRule="auto"/>
      </w:pPr>
      <w:r>
        <w:rPr>
          <w:rFonts w:ascii="宋体" w:hAnsi="宋体" w:eastAsia="宋体"/>
          <w:b w:val="0"/>
          <w:sz w:val="20"/>
        </w:rPr>
        <w:t>分类标准不同，结果可能不同，但物体的总数不变。</w:t>
      </w:r>
    </w:p>
    <w:p>
      <w:pPr>
        <w:spacing w:after="40" w:line="300" w:lineRule="auto"/>
      </w:pPr>
      <w:r>
        <w:rPr>
          <w:rFonts w:ascii="宋体" w:hAnsi="宋体" w:eastAsia="宋体"/>
          <w:b w:val="0"/>
          <w:sz w:val="20"/>
        </w:rPr>
        <w:t>继续分时，不管按什么顺序分类，最后的结果是一样的。</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教科书P94“数据分类”，完成教科书P95“应用提升”第3题和P98“练一练”第10题。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由于学生已经理解了分类的含义，学会了分类的方法，所以选择分类标准比较容易做到，但是引导学生经历简单的统计表的生成过程比较困难，学生根据实际意义选择分类标准的能力需要继续加强。</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