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人教版二年级数学上册</w:t>
      </w:r>
    </w:p>
    <w:p>
      <w:pPr>
        <w:spacing w:after="80" w:line="300" w:lineRule="auto"/>
        <w:jc w:val="center"/>
      </w:pPr>
      <w:r>
        <w:rPr>
          <w:rFonts w:ascii="黑体" w:hAnsi="黑体" w:eastAsia="黑体"/>
          <w:b/>
          <w:sz w:val="26"/>
        </w:rPr>
        <w:t>校园小导游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校园小导游</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综合与实践</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2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主题拓展课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（见各课时"课前思考·教材分析"。）</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（结合班情诊断学生已有知识基础与学习困难，确定单元学习起点。）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第1课时：在具体的情境中认识东、南、西、北四个方向，并能根据给定的一个方向辨认出其余的三个方向，培养辨别方向的意识，发展空间观念。</w:t>
      </w:r>
    </w:p>
    <w:p>
      <w:pPr>
        <w:spacing w:after="20" w:line="300" w:lineRule="auto"/>
        <w:ind w:firstLine="400"/>
      </w:pPr>
      <w:r>
        <w:rPr>
          <w:rFonts w:ascii="宋体" w:hAnsi="宋体" w:eastAsia="宋体"/>
          <w:b w:val="0"/>
          <w:sz w:val="20"/>
        </w:rPr>
        <w:t>第2课时：学生经历将现实空间的方向转换到平面图上的过程，能在平面图上辨认东、南、西、北，并会用这些词语描述物体所在的方向。</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认识东、南、西、北</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在具体的情境中认识东、南、西、北四个方向，并能根据给定的一个方向辨认出其余的三个方向，培养辨别方向的意识，发展空间观念。</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校园小导游</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学生经历将现实空间的方向转换到平面图上的过程，能在平面图上辨认东、南、西、北，并会用这些词语描述物体所在的方向。</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认识东、南、西、北</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认识东、南、西、北</w:t>
            </w:r>
          </w:p>
        </w:tc>
        <w:tc>
          <w:tcPr>
            <w:tcW w:type="dxa" w:w="6009"/>
          </w:tcPr>
          <w:p>
            <w:pPr>
              <w:spacing w:after="20" w:line="276" w:lineRule="auto"/>
            </w:pPr>
            <w:r/>
            <w:r>
              <w:rPr>
                <w:rFonts w:ascii="宋体" w:hAnsi="宋体" w:eastAsia="宋体"/>
                <w:b w:val="0"/>
                <w:sz w:val="20"/>
              </w:rPr>
              <w:t>校园小导游</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教学内容：教科书P50～51。</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（1）在具体的情境中认识东、南、西、北四个方向，并能根据给定的一个方向辨认出其余的三个方向，培养辨别方向的意识，发展空间观念。</w:t>
      </w:r>
    </w:p>
    <w:p>
      <w:pPr>
        <w:spacing w:after="20" w:line="300" w:lineRule="auto"/>
        <w:ind w:firstLine="400"/>
      </w:pPr>
      <w:r>
        <w:rPr>
          <w:rFonts w:ascii="宋体" w:hAnsi="宋体" w:eastAsia="宋体"/>
          <w:b w:val="0"/>
          <w:sz w:val="20"/>
        </w:rPr>
        <w:t>（2）会用东、南、西、北四个方位词描述物体所在的位置。</w:t>
      </w:r>
    </w:p>
    <w:p>
      <w:pPr>
        <w:spacing w:after="20" w:line="300" w:lineRule="auto"/>
        <w:ind w:firstLine="400"/>
      </w:pPr>
      <w:r>
        <w:rPr>
          <w:rFonts w:ascii="宋体" w:hAnsi="宋体" w:eastAsia="宋体"/>
          <w:b w:val="0"/>
          <w:sz w:val="20"/>
        </w:rPr>
        <w:t>（3）体会数学与日常生活的密切联系。</w:t>
      </w:r>
    </w:p>
    <w:p>
      <w:pPr>
        <w:spacing w:after="20" w:line="300" w:lineRule="auto"/>
      </w:pPr>
      <w:r>
        <w:rPr>
          <w:rFonts w:ascii="宋体" w:hAnsi="宋体" w:eastAsia="宋体"/>
          <w:b w:val="0"/>
          <w:sz w:val="20"/>
        </w:rPr>
        <w:t>教学重点：根据给定的一个方向辨认出其余的三个方向。</w:t>
      </w:r>
    </w:p>
    <w:p>
      <w:pPr>
        <w:spacing w:after="20" w:line="300" w:lineRule="auto"/>
      </w:pPr>
      <w:r>
        <w:rPr>
          <w:rFonts w:ascii="宋体" w:hAnsi="宋体" w:eastAsia="宋体"/>
          <w:b w:val="0"/>
          <w:sz w:val="20"/>
        </w:rPr>
        <w:t>教学难点：能正确描述物体所在的方向。</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自主探究</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请同学们仔细观察，你发现了什么？；要怎么找东方呢？</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介绍指南针</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还有能辨别方向的方法吗？</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认一认学校的方向</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做一做</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到一个陌生的地方，怎样知道方向呢？</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情境图、课件</w:t>
            </w:r>
          </w:p>
        </w:tc>
        <w:tc>
          <w:tcPr>
            <w:tcW w:type="dxa" w:w="3402"/>
          </w:tcPr>
          <w:p>
            <w:pPr>
              <w:spacing w:after="20" w:line="276" w:lineRule="auto"/>
            </w:pPr>
            <w:r/>
            <w:r>
              <w:rPr>
                <w:rFonts w:ascii="宋体" w:hAnsi="宋体" w:eastAsia="宋体"/>
                <w:b w:val="0"/>
                <w:sz w:val="18"/>
              </w:rPr>
              <w:t>同学们，通过本节课的学习，你们有哪些收获呢？</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导入新课</w:t>
            </w:r>
          </w:p>
        </w:tc>
        <w:tc>
          <w:tcPr>
            <w:tcW w:type="dxa" w:w="3061"/>
          </w:tcPr>
          <w:p>
            <w:pPr>
              <w:spacing w:after="20" w:line="276" w:lineRule="auto"/>
            </w:pPr>
            <w:r/>
            <w:r>
              <w:rPr>
                <w:rFonts w:ascii="宋体" w:hAnsi="宋体" w:eastAsia="宋体"/>
                <w:b w:val="0"/>
                <w:sz w:val="18"/>
              </w:rPr>
              <w:t>1.猜谜激趣。</w:t>
            </w:r>
          </w:p>
          <w:p>
            <w:pPr>
              <w:spacing w:after="20" w:line="276" w:lineRule="auto"/>
            </w:pPr>
            <w:r>
              <w:rPr>
                <w:rFonts w:ascii="宋体" w:hAnsi="宋体" w:eastAsia="宋体"/>
                <w:b w:val="0"/>
                <w:sz w:val="18"/>
              </w:rPr>
              <w:t>师：我们一起来猜一个谜语吧！请注意听：有位勤劳老公公，天色一亮就开工。若有一天不见它，不是下雨就刮风。大家知道这是什么吗？请同学们猜一猜。</w:t>
            </w:r>
          </w:p>
          <w:p>
            <w:pPr>
              <w:spacing w:after="20" w:line="276" w:lineRule="auto"/>
            </w:pPr>
            <w:r>
              <w:rPr>
                <w:rFonts w:ascii="宋体" w:hAnsi="宋体" w:eastAsia="宋体"/>
                <w:b w:val="0"/>
                <w:sz w:val="18"/>
              </w:rPr>
              <w:t>部分学生可能无法立刻回答出答案。可以给予充足的时间让他们思考，引导他们说出太阳。</w:t>
            </w:r>
          </w:p>
          <w:p>
            <w:pPr>
              <w:spacing w:after="20" w:line="276" w:lineRule="auto"/>
            </w:pPr>
            <w:r>
              <w:rPr>
                <w:rFonts w:ascii="宋体" w:hAnsi="宋体" w:eastAsia="宋体"/>
                <w:b w:val="0"/>
                <w:sz w:val="18"/>
              </w:rPr>
              <w:t>师：同学们真聪明，谜底就是太阳。今天我们就借助太阳为我们指引方向。</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师：让我们一起来认识东、南、西、北吧！(板书课题：认识东、南、西、北)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自主探究</w:t>
            </w:r>
          </w:p>
        </w:tc>
        <w:tc>
          <w:tcPr>
            <w:tcW w:type="dxa" w:w="3061"/>
          </w:tcPr>
          <w:p>
            <w:pPr>
              <w:spacing w:after="20" w:line="276" w:lineRule="auto"/>
            </w:pPr>
            <w:r/>
            <w:r>
              <w:rPr>
                <w:rFonts w:ascii="宋体" w:hAnsi="宋体" w:eastAsia="宋体"/>
                <w:b w:val="0"/>
                <w:sz w:val="18"/>
              </w:rPr>
              <w:t>1.创设情境：课件出示教科书P50情境图。</w:t>
            </w:r>
          </w:p>
          <w:p>
            <w:pPr>
              <w:spacing w:after="20" w:line="276" w:lineRule="auto"/>
            </w:pPr>
            <w:r>
              <w:rPr>
                <w:rFonts w:ascii="宋体" w:hAnsi="宋体" w:eastAsia="宋体"/>
                <w:b w:val="0"/>
                <w:sz w:val="18"/>
              </w:rPr>
              <w:t>怎样辨认东、南、西、北呢？</w:t>
            </w:r>
          </w:p>
          <w:p>
            <w:pPr>
              <w:spacing w:after="20" w:line="276" w:lineRule="auto"/>
            </w:pPr>
            <w:r>
              <w:rPr>
                <w:rFonts w:ascii="宋体" w:hAnsi="宋体" w:eastAsia="宋体"/>
                <w:b w:val="0"/>
                <w:sz w:val="18"/>
              </w:rPr>
              <w:t>2．引导学生观察情境图。</w:t>
            </w:r>
          </w:p>
          <w:p>
            <w:pPr>
              <w:spacing w:after="20" w:line="276" w:lineRule="auto"/>
            </w:pPr>
            <w:r>
              <w:rPr>
                <w:rFonts w:ascii="宋体" w:hAnsi="宋体" w:eastAsia="宋体"/>
                <w:b w:val="0"/>
                <w:sz w:val="18"/>
              </w:rPr>
              <w:t>师：请同学们仔细观察，你发现了什么？</w:t>
            </w:r>
          </w:p>
          <w:p>
            <w:pPr>
              <w:spacing w:after="20" w:line="276" w:lineRule="auto"/>
            </w:pPr>
            <w:r>
              <w:rPr>
                <w:rFonts w:ascii="宋体" w:hAnsi="宋体" w:eastAsia="宋体"/>
                <w:b w:val="0"/>
                <w:sz w:val="18"/>
              </w:rPr>
              <w:t>3．初步认识东、南、西、北四个方向。</w:t>
            </w:r>
          </w:p>
          <w:p>
            <w:pPr>
              <w:spacing w:after="20" w:line="276" w:lineRule="auto"/>
            </w:pPr>
            <w:r>
              <w:rPr>
                <w:rFonts w:ascii="宋体" w:hAnsi="宋体" w:eastAsia="宋体"/>
                <w:b w:val="0"/>
                <w:sz w:val="18"/>
              </w:rPr>
              <w:t>师：要怎么找东方呢？</w:t>
            </w:r>
          </w:p>
          <w:p>
            <w:pPr>
              <w:spacing w:after="20" w:line="276" w:lineRule="auto"/>
            </w:pPr>
            <w:r>
              <w:rPr>
                <w:rFonts w:ascii="宋体" w:hAnsi="宋体" w:eastAsia="宋体"/>
                <w:b w:val="0"/>
                <w:sz w:val="18"/>
              </w:rPr>
              <w:t>师：我们借助太阳知道了东方，还有几个方向怎么确定呢？你还知道哪个方向？能找出来吗？</w:t>
            </w:r>
          </w:p>
          <w:p>
            <w:pPr>
              <w:spacing w:after="20" w:line="276" w:lineRule="auto"/>
            </w:pPr>
            <w:r>
              <w:rPr>
                <w:rFonts w:ascii="宋体" w:hAnsi="宋体" w:eastAsia="宋体"/>
                <w:b w:val="0"/>
                <w:sz w:val="18"/>
              </w:rPr>
              <w:t>师：分组指一指，说一说。</w:t>
            </w:r>
          </w:p>
          <w:p>
            <w:pPr>
              <w:spacing w:after="20" w:line="276" w:lineRule="auto"/>
            </w:pPr>
            <w:r>
              <w:rPr>
                <w:rFonts w:ascii="宋体" w:hAnsi="宋体" w:eastAsia="宋体"/>
                <w:b w:val="0"/>
                <w:sz w:val="18"/>
              </w:rPr>
              <w:t>师：你们面对的、背对的、左面的、右面的位置分别是什么方向？互相说一说。</w:t>
            </w:r>
          </w:p>
          <w:p>
            <w:pPr>
              <w:spacing w:after="20" w:line="276" w:lineRule="auto"/>
            </w:pPr>
            <w:r>
              <w:rPr>
                <w:rFonts w:ascii="宋体" w:hAnsi="宋体" w:eastAsia="宋体"/>
                <w:b w:val="0"/>
                <w:sz w:val="18"/>
              </w:rPr>
              <w:t>我们面对的是东，背对的是西，左面是北，右面是南。</w:t>
            </w:r>
          </w:p>
        </w:tc>
        <w:tc>
          <w:tcPr>
            <w:tcW w:type="dxa" w:w="3061"/>
          </w:tcPr>
          <w:p>
            <w:pPr>
              <w:spacing w:after="20" w:line="276" w:lineRule="auto"/>
            </w:pPr>
            <w:r/>
            <w:r>
              <w:rPr>
                <w:rFonts w:ascii="宋体" w:hAnsi="宋体" w:eastAsia="宋体"/>
                <w:b w:val="0"/>
                <w:sz w:val="18"/>
              </w:rPr>
              <w:t>预设1：小明面向东，是太阳升起的方向。</w:t>
            </w:r>
          </w:p>
          <w:p>
            <w:pPr>
              <w:spacing w:after="20" w:line="276" w:lineRule="auto"/>
            </w:pPr>
            <w:r>
              <w:rPr>
                <w:rFonts w:ascii="宋体" w:hAnsi="宋体" w:eastAsia="宋体"/>
                <w:b w:val="0"/>
                <w:sz w:val="18"/>
              </w:rPr>
              <w:t>预设2：小明背对着的方向是西，他的左面是北，右面是南。</w:t>
            </w:r>
          </w:p>
          <w:p>
            <w:pPr>
              <w:spacing w:after="20" w:line="276" w:lineRule="auto"/>
            </w:pPr>
            <w:r>
              <w:rPr>
                <w:rFonts w:ascii="宋体" w:hAnsi="宋体" w:eastAsia="宋体"/>
                <w:b w:val="0"/>
                <w:sz w:val="18"/>
              </w:rPr>
              <w:t>预设1：我们背对着的方向是西。</w:t>
            </w:r>
          </w:p>
          <w:p>
            <w:pPr>
              <w:spacing w:after="20" w:line="276" w:lineRule="auto"/>
            </w:pPr>
            <w:r>
              <w:rPr>
                <w:rFonts w:ascii="宋体" w:hAnsi="宋体" w:eastAsia="宋体"/>
                <w:b w:val="0"/>
                <w:sz w:val="18"/>
              </w:rPr>
              <w:t>预设2：我们的左面是北方，右面是南方。</w:t>
            </w:r>
          </w:p>
          <w:p>
            <w:pPr>
              <w:spacing w:after="20" w:line="276" w:lineRule="auto"/>
            </w:pPr>
            <w:r>
              <w:rPr>
                <w:rFonts w:ascii="宋体" w:hAnsi="宋体" w:eastAsia="宋体"/>
                <w:b w:val="0"/>
                <w:sz w:val="18"/>
              </w:rPr>
              <w:t>全班一起边读边指明方向，教师在另外三面墙上贴上字样，帮助学生更好地区分东、南、西、北。</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设计递进式探究活动，引导学生在动手实践与合作交流中经历知识形成过程，突破本课重难点，核心问题："请同学们仔细观察，你发现了什么？"</w:t>
            </w:r>
          </w:p>
        </w:tc>
      </w:tr>
      <w:tr>
        <w:tc>
          <w:tcPr>
            <w:tcW w:type="dxa" w:w="1474"/>
          </w:tcPr>
          <w:p>
            <w:pPr>
              <w:spacing w:after="20" w:line="276" w:lineRule="auto"/>
            </w:pPr>
            <w:r>
              <w:rPr>
                <w:b/>
              </w:rPr>
            </w:r>
            <w:r>
              <w:rPr>
                <w:rFonts w:ascii="宋体" w:hAnsi="宋体" w:eastAsia="宋体"/>
                <w:b/>
                <w:sz w:val="18"/>
              </w:rPr>
              <w:t>介绍指南针</w:t>
            </w:r>
          </w:p>
        </w:tc>
        <w:tc>
          <w:tcPr>
            <w:tcW w:type="dxa" w:w="3061"/>
          </w:tcPr>
          <w:p>
            <w:pPr>
              <w:spacing w:after="20" w:line="276" w:lineRule="auto"/>
            </w:pPr>
            <w:r/>
            <w:r>
              <w:rPr>
                <w:rFonts w:ascii="宋体" w:hAnsi="宋体" w:eastAsia="宋体"/>
                <w:b w:val="0"/>
                <w:sz w:val="18"/>
              </w:rPr>
              <w:t>课件出示指南针。</w:t>
            </w:r>
          </w:p>
          <w:p>
            <w:pPr>
              <w:spacing w:after="20" w:line="276" w:lineRule="auto"/>
            </w:pPr>
            <w:r>
              <w:rPr>
                <w:rFonts w:ascii="宋体" w:hAnsi="宋体" w:eastAsia="宋体"/>
                <w:b w:val="0"/>
                <w:sz w:val="18"/>
              </w:rPr>
              <w:t>师：指南针红色的一头指向北方，蓝色的一头指向南方，可以帮助我们辨认方向。</w:t>
            </w:r>
          </w:p>
          <w:p>
            <w:pPr>
              <w:spacing w:after="20" w:line="276" w:lineRule="auto"/>
            </w:pPr>
            <w:r>
              <w:rPr>
                <w:rFonts w:ascii="宋体" w:hAnsi="宋体" w:eastAsia="宋体"/>
                <w:b w:val="0"/>
                <w:sz w:val="18"/>
              </w:rPr>
              <w:t>师：还有能辨别方向的方法吗？</w:t>
            </w:r>
          </w:p>
          <w:p>
            <w:pPr>
              <w:spacing w:after="20" w:line="276" w:lineRule="auto"/>
            </w:pPr>
            <w:r>
              <w:rPr>
                <w:rFonts w:ascii="宋体" w:hAnsi="宋体" w:eastAsia="宋体"/>
                <w:b w:val="0"/>
                <w:sz w:val="18"/>
              </w:rPr>
              <w:t>大雁南飞过冬，树的年轮、北极星等。</w:t>
            </w:r>
          </w:p>
          <w:p>
            <w:pPr>
              <w:spacing w:after="20" w:line="276" w:lineRule="auto"/>
            </w:pPr>
            <w:r>
              <w:rPr>
                <w:rFonts w:ascii="宋体" w:hAnsi="宋体" w:eastAsia="宋体"/>
                <w:b w:val="0"/>
                <w:sz w:val="18"/>
              </w:rPr>
              <w:t>师：对，生活中有很多的方法可以帮我们辨别方向。</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围绕环节目标组织学习活动，引导学生主动参与、积极思考，核心问题："还有能辨别方向的方法吗？"</w:t>
            </w:r>
          </w:p>
        </w:tc>
      </w:tr>
      <w:tr>
        <w:tc>
          <w:tcPr>
            <w:tcW w:type="dxa" w:w="1474"/>
          </w:tcPr>
          <w:p>
            <w:pPr>
              <w:spacing w:after="20" w:line="276" w:lineRule="auto"/>
            </w:pPr>
            <w:r>
              <w:rPr>
                <w:b/>
              </w:rPr>
            </w:r>
            <w:r>
              <w:rPr>
                <w:rFonts w:ascii="宋体" w:hAnsi="宋体" w:eastAsia="宋体"/>
                <w:b/>
                <w:sz w:val="18"/>
              </w:rPr>
              <w:t>认一认学校的方向</w:t>
            </w:r>
          </w:p>
        </w:tc>
        <w:tc>
          <w:tcPr>
            <w:tcW w:type="dxa" w:w="3061"/>
          </w:tcPr>
          <w:p>
            <w:pPr>
              <w:spacing w:after="20" w:line="276" w:lineRule="auto"/>
            </w:pPr>
            <w:r/>
            <w:r>
              <w:rPr>
                <w:rFonts w:ascii="宋体" w:hAnsi="宋体" w:eastAsia="宋体"/>
                <w:b w:val="0"/>
                <w:sz w:val="18"/>
              </w:rPr>
              <w:t>课件出示教科书P50记录单。</w:t>
            </w:r>
          </w:p>
          <w:p>
            <w:pPr>
              <w:spacing w:after="20" w:line="276" w:lineRule="auto"/>
            </w:pPr>
            <w:r>
              <w:rPr>
                <w:rFonts w:ascii="宋体" w:hAnsi="宋体" w:eastAsia="宋体"/>
                <w:b w:val="0"/>
                <w:sz w:val="18"/>
              </w:rPr>
              <w:t>1．面向北，后面是(　　)，左面是(　　)，右面是(　　)。</w:t>
            </w:r>
          </w:p>
          <w:p>
            <w:pPr>
              <w:spacing w:after="20" w:line="276" w:lineRule="auto"/>
            </w:pPr>
            <w:r>
              <w:rPr>
                <w:rFonts w:ascii="宋体" w:hAnsi="宋体" w:eastAsia="宋体"/>
                <w:b w:val="0"/>
                <w:sz w:val="18"/>
              </w:rPr>
              <w:t>2．(　　)与(　　)相对，(　　)与(　　)相对。</w:t>
            </w:r>
          </w:p>
          <w:p>
            <w:pPr>
              <w:spacing w:after="20" w:line="276" w:lineRule="auto"/>
            </w:pPr>
            <w:r>
              <w:rPr>
                <w:rFonts w:ascii="宋体" w:hAnsi="宋体" w:eastAsia="宋体"/>
                <w:b w:val="0"/>
                <w:sz w:val="18"/>
              </w:rPr>
              <w:t>3．校园的东面有(　　)，南面有(　　)，西面有(　　)，北面有(　　)。</w:t>
            </w:r>
          </w:p>
        </w:tc>
        <w:tc>
          <w:tcPr>
            <w:tcW w:type="dxa" w:w="3061"/>
          </w:tcPr>
          <w:p>
            <w:pPr>
              <w:spacing w:after="20" w:line="276" w:lineRule="auto"/>
            </w:pPr>
            <w:r/>
            <w:r>
              <w:rPr>
                <w:rFonts w:ascii="宋体" w:hAnsi="宋体" w:eastAsia="宋体"/>
                <w:b w:val="0"/>
                <w:sz w:val="18"/>
              </w:rPr>
              <w:t>学生独立完成后，全班交流。</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做一做</w:t>
            </w:r>
          </w:p>
        </w:tc>
        <w:tc>
          <w:tcPr>
            <w:tcW w:type="dxa" w:w="3061"/>
          </w:tcPr>
          <w:p>
            <w:pPr>
              <w:spacing w:after="20" w:line="276" w:lineRule="auto"/>
            </w:pPr>
            <w:r/>
            <w:r>
              <w:rPr>
                <w:rFonts w:ascii="宋体" w:hAnsi="宋体" w:eastAsia="宋体"/>
                <w:b w:val="0"/>
                <w:sz w:val="18"/>
              </w:rPr>
              <w:t>师：到一个陌生的地方，怎样知道方向呢？我们可以做一个方向牌来作为提示。</w:t>
            </w:r>
          </w:p>
          <w:p>
            <w:pPr>
              <w:spacing w:after="20" w:line="276" w:lineRule="auto"/>
            </w:pPr>
            <w:r>
              <w:rPr>
                <w:rFonts w:ascii="宋体" w:hAnsi="宋体" w:eastAsia="宋体"/>
                <w:b w:val="0"/>
                <w:sz w:val="18"/>
              </w:rPr>
              <w:t>出示课件。</w:t>
            </w:r>
          </w:p>
          <w:p>
            <w:pPr>
              <w:spacing w:after="20" w:line="276" w:lineRule="auto"/>
            </w:pPr>
            <w:r>
              <w:rPr>
                <w:rFonts w:ascii="宋体" w:hAnsi="宋体" w:eastAsia="宋体"/>
                <w:b w:val="0"/>
                <w:sz w:val="18"/>
              </w:rPr>
              <w:t>比较不同的方向牌，说一说你的发现。</w:t>
            </w:r>
          </w:p>
          <w:p>
            <w:pPr>
              <w:spacing w:after="20" w:line="276" w:lineRule="auto"/>
            </w:pPr>
            <w:r>
              <w:rPr>
                <w:rFonts w:ascii="宋体" w:hAnsi="宋体" w:eastAsia="宋体"/>
                <w:b w:val="0"/>
                <w:sz w:val="18"/>
              </w:rPr>
              <w:t>教师板书：东和西相对，南和北相对。</w:t>
            </w:r>
          </w:p>
          <w:p>
            <w:pPr>
              <w:spacing w:after="20" w:line="276" w:lineRule="auto"/>
            </w:pPr>
            <w:r>
              <w:rPr>
                <w:rFonts w:ascii="宋体" w:hAnsi="宋体" w:eastAsia="宋体"/>
                <w:b w:val="0"/>
                <w:sz w:val="18"/>
              </w:rPr>
              <w:t>出示课件。</w:t>
            </w:r>
          </w:p>
          <w:p>
            <w:pPr>
              <w:spacing w:after="20" w:line="276" w:lineRule="auto"/>
            </w:pPr>
            <w:r>
              <w:rPr>
                <w:rFonts w:ascii="宋体" w:hAnsi="宋体" w:eastAsia="宋体"/>
                <w:b w:val="0"/>
                <w:sz w:val="18"/>
              </w:rPr>
              <w:t>师小结：我们可以用一幅图来表示方向，比如指南针。地图也是根据上北、下南、左西、右东的方式来绘制的。</w:t>
            </w:r>
          </w:p>
        </w:tc>
        <w:tc>
          <w:tcPr>
            <w:tcW w:type="dxa" w:w="3061"/>
          </w:tcPr>
          <w:p>
            <w:pPr>
              <w:spacing w:after="20" w:line="276" w:lineRule="auto"/>
            </w:pPr>
            <w:r/>
            <w:r>
              <w:rPr>
                <w:rFonts w:ascii="宋体" w:hAnsi="宋体" w:eastAsia="宋体"/>
                <w:b w:val="0"/>
                <w:sz w:val="18"/>
              </w:rPr>
              <w:t>学生试做方向牌，教师搜集不同的作品。</w:t>
            </w:r>
          </w:p>
          <w:p>
            <w:pPr>
              <w:spacing w:after="20" w:line="276" w:lineRule="auto"/>
            </w:pPr>
            <w:r>
              <w:rPr>
                <w:rFonts w:ascii="宋体" w:hAnsi="宋体" w:eastAsia="宋体"/>
                <w:b w:val="0"/>
                <w:sz w:val="18"/>
              </w:rPr>
              <w:t>学生汇报发现。</w:t>
            </w:r>
          </w:p>
          <w:p>
            <w:pPr>
              <w:spacing w:after="20" w:line="276" w:lineRule="auto"/>
            </w:pPr>
            <w:r>
              <w:rPr>
                <w:rFonts w:ascii="宋体" w:hAnsi="宋体" w:eastAsia="宋体"/>
                <w:b w:val="0"/>
                <w:sz w:val="18"/>
              </w:rPr>
              <w:t>预设1：东和西相对，南和北相对。</w:t>
            </w:r>
          </w:p>
          <w:p>
            <w:pPr>
              <w:spacing w:after="20" w:line="276" w:lineRule="auto"/>
            </w:pPr>
            <w:r>
              <w:rPr>
                <w:rFonts w:ascii="宋体" w:hAnsi="宋体" w:eastAsia="宋体"/>
                <w:b w:val="0"/>
                <w:sz w:val="18"/>
              </w:rPr>
              <w:t>预设2：在不同的方向牌上，东、南、西、北的排列顺序与时针转动方向一致，是不变的。</w:t>
            </w:r>
          </w:p>
          <w:p>
            <w:pPr>
              <w:spacing w:after="20" w:line="276" w:lineRule="auto"/>
            </w:pPr>
            <w:r>
              <w:rPr>
                <w:rFonts w:ascii="宋体" w:hAnsi="宋体" w:eastAsia="宋体"/>
                <w:b w:val="0"/>
                <w:sz w:val="18"/>
              </w:rPr>
              <w:t>预设3：只要确定一个方向，其他三个方向就确定了。</w:t>
            </w:r>
          </w:p>
        </w:tc>
        <w:tc>
          <w:tcPr>
            <w:tcW w:type="dxa" w:w="1814"/>
          </w:tcPr>
          <w:p>
            <w:pPr>
              <w:spacing w:after="20" w:line="276" w:lineRule="auto"/>
            </w:pPr>
            <w:r/>
            <w:r>
              <w:rPr>
                <w:rFonts w:ascii="宋体" w:hAnsi="宋体" w:eastAsia="宋体"/>
                <w:b w:val="0"/>
                <w:sz w:val="18"/>
              </w:rPr>
              <w:t>围绕环节目标组织学习活动，引导学生主动参与、积极思考，核心问题："到一个陌生的地方，怎样知道方向呢？"</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师：同学们，通过本节课的学习，你们有哪些收获呢？师生共同小结位置与方向的有关知识。</w:t>
            </w:r>
          </w:p>
          <w:p>
            <w:pPr>
              <w:spacing w:after="20" w:line="276" w:lineRule="auto"/>
            </w:pPr>
            <w:r>
              <w:rPr>
                <w:rFonts w:ascii="宋体" w:hAnsi="宋体" w:eastAsia="宋体"/>
                <w:b w:val="0"/>
                <w:sz w:val="18"/>
              </w:rPr>
              <w:t>由猜谜游戏引入，将太阳作为参照物，在具体情境图中初步认识东、南、西、北四个方向，然后让学生经历认一认、做一做等活动，认识并掌握这四个具体方向的特点。通过制作和观察方向牌，学生能根据给定的一个方向辨认出其余的三个方向，培养辨别方向的意识，发展空间观念。</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引导学生回顾梳理本课所学，完善认知结构，提升归纳与反思能力，核心问题："同学们，通过本节课的学习，你们有哪些收获呢？"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认识东、南、西、北</w:t>
      </w:r>
    </w:p>
    <w:p>
      <w:pPr>
        <w:spacing w:after="40" w:line="300" w:lineRule="auto"/>
      </w:pPr>
      <w:r>
        <w:rPr>
          <w:rFonts w:ascii="宋体" w:hAnsi="宋体" w:eastAsia="宋体"/>
          <w:b w:val="0"/>
          <w:sz w:val="20"/>
        </w:rPr>
        <w:t>东和西相对，南和北相对。</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教科书P50～51。</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充分利用学生已有的知识与生活经验，让他们在具体的情境中辨认方向，增加他们探究体验新知识的机会。课堂上引导学生讨论和交流，帮助学生整理归纳辨别方向的方法。虽然刚开始要学生叙述有点困难，但随着学生方向感的逐步建立，他们也能较清楚地表述出各个方向。在整堂课中，应以学生为主体，教师充当的只是一个引导者、组织者和参与者的角色，让学生在活动中理解并掌握新知识，使学生成为课堂真正的主人。</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校园小导游</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校园小导游</w:t>
            </w:r>
          </w:p>
        </w:tc>
        <w:tc>
          <w:tcPr>
            <w:tcW w:type="dxa" w:w="6009"/>
          </w:tcPr>
          <w:p>
            <w:pPr>
              <w:spacing w:after="20" w:line="276" w:lineRule="auto"/>
            </w:pPr>
            <w:r/>
            <w:r>
              <w:rPr>
                <w:rFonts w:ascii="宋体" w:hAnsi="宋体" w:eastAsia="宋体"/>
                <w:b w:val="0"/>
                <w:sz w:val="20"/>
              </w:rPr>
              <w:t>校园小导游</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教学内容：教科书P52～54。</w:t>
      </w:r>
    </w:p>
    <w:p>
      <w:pPr>
        <w:spacing w:after="80" w:line="300" w:lineRule="auto"/>
        <w:ind w:firstLine="400"/>
      </w:pPr>
      <w:r>
        <w:rPr>
          <w:rFonts w:ascii="宋体" w:hAnsi="宋体" w:eastAsia="宋体"/>
          <w:b w:val="0"/>
          <w:sz w:val="20"/>
        </w:rPr>
        <w:t>教学准备：校园建筑分布相关资料，搜集到的利用大自然辨别方向的资料，课件。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（1）学生经历将现实空间的方向转换到平面图上的过程，能在平面图上辨认东、南、西、北，并会用这些词语描述物体所在的方向。</w:t>
      </w:r>
    </w:p>
    <w:p>
      <w:pPr>
        <w:spacing w:after="20" w:line="300" w:lineRule="auto"/>
        <w:ind w:firstLine="400"/>
      </w:pPr>
      <w:r>
        <w:rPr>
          <w:rFonts w:ascii="宋体" w:hAnsi="宋体" w:eastAsia="宋体"/>
          <w:b w:val="0"/>
          <w:sz w:val="20"/>
        </w:rPr>
        <w:t>（2）能运用方向知识，结合校园建筑布局，设计合理的导游路线；初步形成辨认方向、描述物体所在的方向的能力，提高空间想象能力。</w:t>
      </w:r>
    </w:p>
    <w:p>
      <w:pPr>
        <w:spacing w:after="20" w:line="300" w:lineRule="auto"/>
        <w:ind w:firstLine="400"/>
      </w:pPr>
      <w:r>
        <w:rPr>
          <w:rFonts w:ascii="宋体" w:hAnsi="宋体" w:eastAsia="宋体"/>
          <w:b w:val="0"/>
          <w:sz w:val="20"/>
        </w:rPr>
        <w:t>（3）通过观察、设计、交流，提升空间观念、实践操作与合作交流的能力。</w:t>
      </w:r>
    </w:p>
    <w:p>
      <w:pPr>
        <w:spacing w:after="20" w:line="300" w:lineRule="auto"/>
        <w:ind w:firstLine="400"/>
      </w:pPr>
      <w:r>
        <w:rPr>
          <w:rFonts w:ascii="宋体" w:hAnsi="宋体" w:eastAsia="宋体"/>
          <w:b w:val="0"/>
          <w:sz w:val="20"/>
        </w:rPr>
        <w:t>（4）增强学生对校园的了解与热爱，激发数学学习兴趣，培养应用意识与创新精神。</w:t>
      </w:r>
    </w:p>
    <w:p>
      <w:pPr>
        <w:spacing w:after="20" w:line="300" w:lineRule="auto"/>
      </w:pPr>
      <w:r>
        <w:rPr>
          <w:rFonts w:ascii="宋体" w:hAnsi="宋体" w:eastAsia="宋体"/>
          <w:b w:val="0"/>
          <w:sz w:val="20"/>
        </w:rPr>
        <w:t>教学重点：运用方向知识设计校园导游路线，掌握多种辨别方向的方法。</w:t>
      </w:r>
    </w:p>
    <w:p>
      <w:pPr>
        <w:spacing w:after="20" w:line="300" w:lineRule="auto"/>
      </w:pPr>
      <w:r>
        <w:rPr>
          <w:rFonts w:ascii="宋体" w:hAnsi="宋体" w:eastAsia="宋体"/>
          <w:b w:val="0"/>
          <w:sz w:val="20"/>
        </w:rPr>
        <w:t>教学难点：合理规划导游路线，灵活运用方向知识解决实际问题。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画校园简易图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设计导游路线</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争做优秀小导游</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辨别方向方法探究</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没有太阳和指南针时，应该怎么辨别方向？有其他方法吗？</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安全疏散与拓展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安全疏散示意图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课堂总结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情境导入</w:t>
            </w:r>
          </w:p>
        </w:tc>
        <w:tc>
          <w:tcPr>
            <w:tcW w:type="dxa" w:w="3061"/>
          </w:tcPr>
          <w:p>
            <w:pPr>
              <w:spacing w:after="20" w:line="276" w:lineRule="auto"/>
            </w:pPr>
            <w:r/>
            <w:r>
              <w:rPr>
                <w:rFonts w:ascii="宋体" w:hAnsi="宋体" w:eastAsia="宋体"/>
                <w:b w:val="0"/>
                <w:sz w:val="18"/>
              </w:rPr>
              <w:t>师：说一说校园里的主要建筑。</w:t>
            </w:r>
          </w:p>
          <w:p>
            <w:pPr>
              <w:spacing w:after="20" w:line="276" w:lineRule="auto"/>
            </w:pPr>
            <w:r>
              <w:rPr>
                <w:rFonts w:ascii="宋体" w:hAnsi="宋体" w:eastAsia="宋体"/>
                <w:b w:val="0"/>
                <w:sz w:val="18"/>
              </w:rPr>
              <w:t>图书馆、教学楼、操场等。教师还可以引导学生用方向依次描述校园里的主要建筑在什么位置。</w:t>
            </w:r>
          </w:p>
          <w:p>
            <w:pPr>
              <w:spacing w:after="20" w:line="276" w:lineRule="auto"/>
            </w:pPr>
            <w:r>
              <w:rPr>
                <w:rFonts w:ascii="宋体" w:hAnsi="宋体" w:eastAsia="宋体"/>
                <w:b w:val="0"/>
                <w:sz w:val="18"/>
              </w:rPr>
              <w:t>师：今天，请你带着家长参观我们美丽的校园。(板书课题：校园小导游)</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画校园简易图</w:t>
            </w:r>
          </w:p>
        </w:tc>
        <w:tc>
          <w:tcPr>
            <w:tcW w:type="dxa" w:w="3061"/>
          </w:tcPr>
          <w:p>
            <w:pPr>
              <w:spacing w:after="20" w:line="276" w:lineRule="auto"/>
            </w:pPr>
            <w:r/>
            <w:r>
              <w:rPr>
                <w:rFonts w:ascii="宋体" w:hAnsi="宋体" w:eastAsia="宋体"/>
                <w:b w:val="0"/>
                <w:sz w:val="18"/>
              </w:rPr>
              <w:t>师：要做好小导游，首先要找准方位并设计好导游路线。请大家拿出方向牌，标出学校大门和其他建筑物的大致位置。试画出简易地图。</w:t>
            </w:r>
          </w:p>
          <w:p>
            <w:pPr>
              <w:spacing w:after="20" w:line="276" w:lineRule="auto"/>
            </w:pPr>
            <w:r>
              <w:rPr>
                <w:rFonts w:ascii="宋体" w:hAnsi="宋体" w:eastAsia="宋体"/>
                <w:b w:val="0"/>
                <w:sz w:val="18"/>
              </w:rPr>
              <w:t>师：标出大门或建筑物时，首先要确定方向。保证图和实际的方位一致。</w:t>
            </w:r>
          </w:p>
          <w:p>
            <w:pPr>
              <w:spacing w:after="20" w:line="276" w:lineRule="auto"/>
            </w:pPr>
            <w:r>
              <w:rPr>
                <w:rFonts w:ascii="宋体" w:hAnsi="宋体" w:eastAsia="宋体"/>
                <w:b w:val="0"/>
                <w:sz w:val="18"/>
              </w:rPr>
              <w:t>指名学生指认各建筑物的位置及方向关系，强化方向认知。</w:t>
            </w:r>
          </w:p>
        </w:tc>
        <w:tc>
          <w:tcPr>
            <w:tcW w:type="dxa" w:w="3061"/>
          </w:tcPr>
          <w:p>
            <w:pPr>
              <w:spacing w:after="20" w:line="276" w:lineRule="auto"/>
            </w:pPr>
            <w:r/>
            <w:r>
              <w:rPr>
                <w:rFonts w:ascii="宋体" w:hAnsi="宋体" w:eastAsia="宋体"/>
                <w:b w:val="0"/>
                <w:sz w:val="18"/>
              </w:rPr>
              <w:t>学生展示校园简易地图，互评。</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设计导游路线</w:t>
            </w:r>
          </w:p>
        </w:tc>
        <w:tc>
          <w:tcPr>
            <w:tcW w:type="dxa" w:w="3061"/>
          </w:tcPr>
          <w:p>
            <w:pPr>
              <w:spacing w:after="20" w:line="276" w:lineRule="auto"/>
            </w:pPr>
            <w:r/>
            <w:r>
              <w:rPr>
                <w:rFonts w:ascii="宋体" w:hAnsi="宋体" w:eastAsia="宋体"/>
                <w:b w:val="0"/>
                <w:sz w:val="18"/>
              </w:rPr>
              <w:t>1.分组讨论。</w:t>
            </w:r>
          </w:p>
          <w:p>
            <w:pPr>
              <w:spacing w:after="20" w:line="276" w:lineRule="auto"/>
            </w:pPr>
            <w:r>
              <w:rPr>
                <w:rFonts w:ascii="宋体" w:hAnsi="宋体" w:eastAsia="宋体"/>
                <w:b w:val="0"/>
                <w:sz w:val="18"/>
              </w:rPr>
              <w:t>将学生分成若干小组，给每组发放校园简易地图，要求设计一条带领家长参观校园主要建筑(如教学楼、多功能厅等)的导游路线，要标注方向，并说明从大门出发的行走顺序。</w:t>
            </w:r>
          </w:p>
          <w:p>
            <w:pPr>
              <w:spacing w:after="20" w:line="276" w:lineRule="auto"/>
            </w:pPr>
            <w:r>
              <w:rPr>
                <w:rFonts w:ascii="宋体" w:hAnsi="宋体" w:eastAsia="宋体"/>
                <w:b w:val="0"/>
                <w:sz w:val="18"/>
              </w:rPr>
              <w:t>各小组展示设计的路线，运用方向讲解参观顺序，其他小组提问、补充，教师引导优化路线，如考虑路线是否合理、是否能清晰展示校园特色等。</w:t>
            </w:r>
          </w:p>
          <w:p>
            <w:pPr>
              <w:spacing w:after="20" w:line="276" w:lineRule="auto"/>
            </w:pPr>
            <w:r>
              <w:rPr>
                <w:rFonts w:ascii="宋体" w:hAnsi="宋体" w:eastAsia="宋体"/>
                <w:b w:val="0"/>
                <w:sz w:val="18"/>
              </w:rPr>
              <w:t>3．总结梳理。</w:t>
            </w:r>
          </w:p>
          <w:p>
            <w:pPr>
              <w:spacing w:after="20" w:line="276" w:lineRule="auto"/>
            </w:pPr>
            <w:r>
              <w:rPr>
                <w:rFonts w:ascii="宋体" w:hAnsi="宋体" w:eastAsia="宋体"/>
                <w:b w:val="0"/>
                <w:sz w:val="18"/>
              </w:rPr>
              <w:t>教师总结设计导游路线的要点，如明确起点(大门)、合理规划经过的建筑及行走方向、突出校园亮点等。(板书：起点—方向—途经点。)</w:t>
            </w:r>
          </w:p>
        </w:tc>
        <w:tc>
          <w:tcPr>
            <w:tcW w:type="dxa" w:w="3061"/>
          </w:tcPr>
          <w:p>
            <w:pPr>
              <w:spacing w:after="20" w:line="276" w:lineRule="auto"/>
            </w:pPr>
            <w:r/>
            <w:r>
              <w:rPr>
                <w:rFonts w:ascii="宋体" w:hAnsi="宋体" w:eastAsia="宋体"/>
                <w:b w:val="0"/>
                <w:sz w:val="18"/>
              </w:rPr>
              <w:t>2．小组汇报。</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争做优秀小导游</w:t>
            </w:r>
          </w:p>
        </w:tc>
        <w:tc>
          <w:tcPr>
            <w:tcW w:type="dxa" w:w="3061"/>
          </w:tcPr>
          <w:p>
            <w:pPr>
              <w:spacing w:after="20" w:line="276" w:lineRule="auto"/>
            </w:pPr>
            <w:r/>
            <w:r>
              <w:rPr>
                <w:rFonts w:ascii="宋体" w:hAnsi="宋体" w:eastAsia="宋体"/>
                <w:b w:val="0"/>
                <w:sz w:val="18"/>
              </w:rPr>
              <w:t>要求学生熟记选定的路线，能清晰地描述地点的位置以及行走方向，同时介绍相关的校园文化。</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辨别方向方法探究</w:t>
            </w:r>
          </w:p>
        </w:tc>
        <w:tc>
          <w:tcPr>
            <w:tcW w:type="dxa" w:w="3061"/>
          </w:tcPr>
          <w:p>
            <w:pPr>
              <w:spacing w:after="20" w:line="276" w:lineRule="auto"/>
            </w:pPr>
            <w:r/>
            <w:r>
              <w:rPr>
                <w:rFonts w:ascii="宋体" w:hAnsi="宋体" w:eastAsia="宋体"/>
                <w:b w:val="0"/>
                <w:sz w:val="18"/>
              </w:rPr>
              <w:t>1.提出问题：课件呈现“小讲堂”中的问题。</w:t>
            </w:r>
          </w:p>
          <w:p>
            <w:pPr>
              <w:spacing w:after="20" w:line="276" w:lineRule="auto"/>
            </w:pPr>
            <w:r>
              <w:rPr>
                <w:rFonts w:ascii="宋体" w:hAnsi="宋体" w:eastAsia="宋体"/>
                <w:b w:val="0"/>
                <w:sz w:val="18"/>
              </w:rPr>
              <w:t>关于方向，你还有什么感兴趣的问题？</w:t>
            </w:r>
          </w:p>
          <w:p>
            <w:pPr>
              <w:spacing w:after="20" w:line="276" w:lineRule="auto"/>
            </w:pPr>
            <w:r>
              <w:rPr>
                <w:rFonts w:ascii="宋体" w:hAnsi="宋体" w:eastAsia="宋体"/>
                <w:b w:val="0"/>
                <w:sz w:val="18"/>
              </w:rPr>
              <w:t>师：没有太阳和指南针时，应该怎么辨别方向？有其他方法吗？</w:t>
            </w:r>
          </w:p>
          <w:p>
            <w:pPr>
              <w:spacing w:after="20" w:line="276" w:lineRule="auto"/>
            </w:pPr>
            <w:r>
              <w:rPr>
                <w:rFonts w:ascii="宋体" w:hAnsi="宋体" w:eastAsia="宋体"/>
                <w:b w:val="0"/>
                <w:sz w:val="18"/>
              </w:rPr>
              <w:t>各小组结合课前收集的资料和教科书上“大自然为你指引方向”等内容，探究辨别方向的方法，然后上台分享，如利用北极星、树木枝叶、积雪、青苔等辨别方向，讲解手机导航、北斗卫星导航系统辨别方向的原理，结合生活经验简单科普。(教师适时板书)</w:t>
            </w:r>
          </w:p>
          <w:p>
            <w:pPr>
              <w:spacing w:after="20" w:line="276" w:lineRule="auto"/>
            </w:pPr>
            <w:r>
              <w:rPr>
                <w:rFonts w:ascii="宋体" w:hAnsi="宋体" w:eastAsia="宋体"/>
                <w:b w:val="0"/>
                <w:sz w:val="18"/>
              </w:rPr>
              <w:t>2．实践应用。</w:t>
            </w:r>
          </w:p>
          <w:p>
            <w:pPr>
              <w:spacing w:after="20" w:line="276" w:lineRule="auto"/>
            </w:pPr>
            <w:r>
              <w:rPr>
                <w:rFonts w:ascii="宋体" w:hAnsi="宋体" w:eastAsia="宋体"/>
                <w:b w:val="0"/>
                <w:sz w:val="18"/>
              </w:rPr>
              <w:t>结合校园环境，让学生尝试用一种新学到的方法辨别方向，如观察校园树木枝叶稠稀辨别方向。</w:t>
            </w:r>
          </w:p>
        </w:tc>
        <w:tc>
          <w:tcPr>
            <w:tcW w:type="dxa" w:w="3061"/>
          </w:tcPr>
          <w:p>
            <w:pPr>
              <w:spacing w:after="20" w:line="276" w:lineRule="auto"/>
            </w:pPr>
            <w:r/>
            <w:r>
              <w:rPr>
                <w:rFonts w:ascii="宋体" w:hAnsi="宋体" w:eastAsia="宋体"/>
                <w:b w:val="0"/>
                <w:sz w:val="18"/>
              </w:rPr>
              <w:t>学生分组共同探究。</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设计递进式探究活动，引导学生在动手实践与合作交流中经历知识形成过程，突破本课重难点，核心问题："没有太阳和指南针时，应该怎么辨别方向？有其他方法吗？"</w:t>
            </w:r>
          </w:p>
        </w:tc>
      </w:tr>
      <w:tr>
        <w:tc>
          <w:tcPr>
            <w:tcW w:type="dxa" w:w="1474"/>
          </w:tcPr>
          <w:p>
            <w:pPr>
              <w:spacing w:after="20" w:line="276" w:lineRule="auto"/>
            </w:pPr>
            <w:r>
              <w:rPr>
                <w:b/>
              </w:rPr>
            </w:r>
            <w:r>
              <w:rPr>
                <w:rFonts w:ascii="宋体" w:hAnsi="宋体" w:eastAsia="宋体"/>
                <w:b/>
                <w:sz w:val="18"/>
              </w:rPr>
              <w:t>安全疏散与拓展</w:t>
            </w:r>
          </w:p>
        </w:tc>
        <w:tc>
          <w:tcPr>
            <w:tcW w:type="dxa" w:w="3061"/>
          </w:tcPr>
          <w:p>
            <w:pPr>
              <w:spacing w:after="20" w:line="276" w:lineRule="auto"/>
            </w:pPr>
            <w:r/>
            <w:r>
              <w:rPr>
                <w:rFonts w:ascii="宋体" w:hAnsi="宋体" w:eastAsia="宋体"/>
                <w:b w:val="0"/>
                <w:sz w:val="18"/>
              </w:rPr>
              <w:t>课件出示教科书P54“安全疏散示意图”。</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安全疏散示意图</w:t>
            </w:r>
          </w:p>
        </w:tc>
        <w:tc>
          <w:tcPr>
            <w:tcW w:type="dxa" w:w="3061"/>
          </w:tcPr>
          <w:p>
            <w:pPr>
              <w:spacing w:after="20" w:line="276" w:lineRule="auto"/>
            </w:pPr>
            <w:r/>
            <w:r>
              <w:rPr>
                <w:rFonts w:ascii="宋体" w:hAnsi="宋体" w:eastAsia="宋体"/>
                <w:b w:val="0"/>
                <w:sz w:val="18"/>
              </w:rPr>
              <w:t>1.科学引导。</w:t>
            </w:r>
          </w:p>
          <w:p>
            <w:pPr>
              <w:spacing w:after="20" w:line="276" w:lineRule="auto"/>
            </w:pPr>
            <w:r>
              <w:rPr>
                <w:rFonts w:ascii="宋体" w:hAnsi="宋体" w:eastAsia="宋体"/>
                <w:b w:val="0"/>
                <w:sz w:val="18"/>
              </w:rPr>
              <w:t>教师讲解遇到火灾等紧急情况时，如何根据方向和示意图快速、安全疏散，让学生找出从不同教室到安全出口的路线及方向。(板书：逃生路线和方向。)</w:t>
            </w:r>
          </w:p>
          <w:p>
            <w:pPr>
              <w:spacing w:after="20" w:line="276" w:lineRule="auto"/>
            </w:pPr>
            <w:r>
              <w:rPr>
                <w:rFonts w:ascii="宋体" w:hAnsi="宋体" w:eastAsia="宋体"/>
                <w:b w:val="0"/>
                <w:sz w:val="18"/>
              </w:rPr>
              <w:t>2．拓展延伸。</w:t>
            </w:r>
          </w:p>
          <w:p>
            <w:pPr>
              <w:spacing w:after="20" w:line="276" w:lineRule="auto"/>
            </w:pPr>
            <w:r>
              <w:rPr>
                <w:rFonts w:ascii="宋体" w:hAnsi="宋体" w:eastAsia="宋体"/>
                <w:b w:val="0"/>
                <w:sz w:val="18"/>
              </w:rPr>
              <w:t>让学生思考生活中还有哪些地方用到方向知识，如公园游览、城市出行等，鼓励课后设计更多元化的校园导游路线或为家庭居住地设计参观路线。</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课堂总结</w:t>
            </w:r>
          </w:p>
        </w:tc>
        <w:tc>
          <w:tcPr>
            <w:tcW w:type="dxa" w:w="3061"/>
          </w:tcPr>
          <w:p>
            <w:pPr>
              <w:spacing w:after="20" w:line="276" w:lineRule="auto"/>
            </w:pPr>
            <w:r/>
            <w:r>
              <w:rPr>
                <w:rFonts w:ascii="宋体" w:hAnsi="宋体" w:eastAsia="宋体"/>
                <w:b w:val="0"/>
                <w:sz w:val="18"/>
              </w:rPr>
              <w:t>1.回顾内容。</w:t>
            </w:r>
          </w:p>
          <w:p>
            <w:pPr>
              <w:spacing w:after="20" w:line="276" w:lineRule="auto"/>
            </w:pPr>
            <w:r>
              <w:rPr>
                <w:rFonts w:ascii="宋体" w:hAnsi="宋体" w:eastAsia="宋体"/>
                <w:b w:val="0"/>
                <w:sz w:val="18"/>
              </w:rPr>
              <w:t>教师帮学生回顾设计导游路线的方法、辨别方向的多种方式、安全疏散中对方向的运用等，加深学生对知识的理解，提高学生的综合能力。</w:t>
            </w:r>
          </w:p>
          <w:p>
            <w:pPr>
              <w:spacing w:after="20" w:line="276" w:lineRule="auto"/>
            </w:pPr>
            <w:r>
              <w:rPr>
                <w:rFonts w:ascii="宋体" w:hAnsi="宋体" w:eastAsia="宋体"/>
                <w:b w:val="0"/>
                <w:sz w:val="18"/>
              </w:rPr>
              <w:t>2．课外拓展。</w:t>
            </w:r>
          </w:p>
          <w:p>
            <w:pPr>
              <w:spacing w:after="20" w:line="276" w:lineRule="auto"/>
            </w:pPr>
            <w:r>
              <w:rPr>
                <w:rFonts w:ascii="宋体" w:hAnsi="宋体" w:eastAsia="宋体"/>
                <w:b w:val="0"/>
                <w:sz w:val="18"/>
              </w:rPr>
              <w:t>教师总结强调数学知识在生活实践中的重要性，鼓励学生做生活中的“小导游”，用数学知识服务生活、探索世界，并向学生介绍课外知识，拓展学生的学习视野。</w:t>
            </w:r>
          </w:p>
          <w:p>
            <w:pPr>
              <w:spacing w:after="20" w:line="276" w:lineRule="auto"/>
            </w:pPr>
            <w:r>
              <w:rPr>
                <w:rFonts w:ascii="宋体" w:hAnsi="宋体" w:eastAsia="宋体"/>
                <w:b w:val="0"/>
                <w:sz w:val="18"/>
              </w:rPr>
              <w:t>以“校园小导游”为实践载体，借设计导游路线，让学生运用方向知识，强化空间认知与规划能力，熟悉校园布局；探究辨别方向方法，提升实践应用与解决问题的能力；结合安全疏散示意图，渗透安全意识，实现学科知识与生活技能、安全素养的联动培养，让学生在真实情境中感受数学的价值，发展综合素养。</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校园小导游</w:t>
      </w:r>
    </w:p>
    <w:p>
      <w:pPr>
        <w:spacing w:after="40" w:line="300" w:lineRule="auto"/>
      </w:pPr>
      <w:r>
        <w:rPr>
          <w:rFonts w:ascii="宋体" w:hAnsi="宋体" w:eastAsia="宋体"/>
          <w:b w:val="0"/>
          <w:sz w:val="20"/>
        </w:rPr>
        <w:t>导游路线：起点—方向—途径点。</w:t>
      </w:r>
    </w:p>
    <w:p>
      <w:pPr>
        <w:spacing w:after="40" w:line="300" w:lineRule="auto"/>
      </w:pPr>
      <w:r>
        <w:rPr>
          <w:rFonts w:ascii="宋体" w:hAnsi="宋体" w:eastAsia="宋体"/>
          <w:b w:val="0"/>
          <w:sz w:val="20"/>
        </w:rPr>
        <w:t>辨别方向的方法</w:t>
      </w:r>
    </w:p>
    <w:p>
      <w:pPr>
        <w:spacing w:after="40" w:line="300" w:lineRule="auto"/>
      </w:pPr>
      <w:r>
        <w:rPr>
          <w:rFonts w:ascii="宋体" w:hAnsi="宋体" w:eastAsia="宋体"/>
          <w:b w:val="0"/>
          <w:sz w:val="20"/>
        </w:rPr>
        <w:t>安全疏散：逃生路线和方向。</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教科书P52～54。</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次实践活动课通过设计校园导游路线、探究辨别方向方法等环节，让学生在实践中运用数学知识。教学中需关注小组合作的有效性，对于辨别方向这类较抽象的知识，可增加更多直观演示。后续可拓展实践范围，让学生在更广阔的场景中运用方向知识，提升数学应用能力。</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