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人教版二年级数学上册</w:t>
      </w:r>
    </w:p>
    <w:p>
      <w:pPr>
        <w:spacing w:after="80" w:line="300" w:lineRule="auto"/>
        <w:jc w:val="center"/>
      </w:pPr>
      <w:r>
        <w:rPr>
          <w:rFonts w:ascii="黑体" w:hAnsi="黑体" w:eastAsia="黑体"/>
          <w:b/>
          <w:sz w:val="26"/>
        </w:rPr>
        <w:t>第2单元 1-6的表内乘法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1-6的表内乘法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9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本单元的主要教学内容包括：乘法的初步认识、2～6的乘法口诀、乘加和乘减、用所学的计算知识解决问题。</w:t>
      </w:r>
    </w:p>
    <w:p>
      <w:pPr>
        <w:spacing w:after="80" w:line="300" w:lineRule="auto"/>
        <w:ind w:firstLine="400"/>
      </w:pPr>
      <w:r>
        <w:rPr>
          <w:rFonts w:ascii="宋体" w:hAnsi="宋体" w:eastAsia="宋体"/>
          <w:b w:val="0"/>
          <w:sz w:val="20"/>
        </w:rPr>
        <w:t>表内乘法是学生学习乘法的开始，它是今后学习表内除法和多位数乘、除法的基础。让学生体会乘法运算的意义，在理解的基础上熟记2～6的乘法口诀，是本单元教学的重点。其中，5、6的乘法口诀是教学的难点。突破难点的关键在于让学生认识并理解求几个相同加数的和与乘法的关系。</w:t>
      </w:r>
    </w:p>
    <w:p>
      <w:pPr>
        <w:spacing w:after="80" w:line="300" w:lineRule="auto"/>
        <w:ind w:firstLine="400"/>
      </w:pPr>
      <w:r>
        <w:rPr>
          <w:rFonts w:ascii="宋体" w:hAnsi="宋体" w:eastAsia="宋体"/>
          <w:b w:val="0"/>
          <w:sz w:val="20"/>
        </w:rPr>
        <w:t>教科书的编排尊重学生已有的知识经验和认知发展的基本规律，重视乘法口诀的来源和意义，重视培养学生分析问题和解决问题的能力。提供大量相同加数连加的现实情境，架构起加法算式与乘法算式之间的桥梁，突出乘法意义的本质，使学生更为明确乘法的意义，并能在实际应用中进一步领会四则运算的意义，积累解决问题的经验和策略，逐步形成分析问题、解决问题的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符号意识：能结合实际问题写出乘法算式，认识乘号“×”，掌握其写法和读法。</w:t>
      </w:r>
    </w:p>
    <w:p>
      <w:pPr>
        <w:spacing w:after="40" w:line="300" w:lineRule="auto"/>
        <w:ind w:firstLine="400"/>
      </w:pPr>
      <w:r>
        <w:rPr>
          <w:rFonts w:ascii="宋体" w:hAnsi="宋体" w:eastAsia="宋体"/>
          <w:b w:val="0"/>
          <w:sz w:val="20"/>
        </w:rPr>
        <w:t>数感：在具体情境中理解乘法运算的意义，知道乘法算式各部分的名称。</w:t>
      </w:r>
    </w:p>
    <w:p>
      <w:pPr>
        <w:spacing w:after="40" w:line="300" w:lineRule="auto"/>
        <w:ind w:firstLine="400"/>
      </w:pPr>
      <w:r>
        <w:rPr>
          <w:rFonts w:ascii="宋体" w:hAnsi="宋体" w:eastAsia="宋体"/>
          <w:b w:val="0"/>
          <w:sz w:val="20"/>
        </w:rPr>
        <w:t>创新意识：经历编制乘法口诀的过程，知道乘法口诀的来源和意义。</w:t>
      </w:r>
    </w:p>
    <w:p>
      <w:pPr>
        <w:spacing w:after="40" w:line="300" w:lineRule="auto"/>
        <w:ind w:firstLine="400"/>
      </w:pPr>
      <w:r>
        <w:rPr>
          <w:rFonts w:ascii="宋体" w:hAnsi="宋体" w:eastAsia="宋体"/>
          <w:b w:val="0"/>
          <w:sz w:val="20"/>
        </w:rPr>
        <w:t>运算能力：熟记2～6的乘法口诀，会用乘法口诀熟练口算有关乘法算式。</w:t>
      </w:r>
    </w:p>
    <w:p>
      <w:pPr>
        <w:spacing w:after="40" w:line="300" w:lineRule="auto"/>
        <w:ind w:firstLine="400"/>
      </w:pPr>
      <w:r>
        <w:rPr>
          <w:rFonts w:ascii="宋体" w:hAnsi="宋体" w:eastAsia="宋体"/>
          <w:b w:val="0"/>
          <w:sz w:val="20"/>
        </w:rPr>
        <w:t>应用意识：能用乘法和乘加、乘减算式解决简单的实际问题。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第1课时：经历探索5的乘法口诀的编制过程，进一步理解乘法的意义，掌握5的乘法口诀，能运用口诀正确地进行乘法计算。</w:t>
      </w:r>
    </w:p>
    <w:p>
      <w:pPr>
        <w:spacing w:after="20" w:line="300" w:lineRule="auto"/>
        <w:ind w:firstLine="400"/>
      </w:pPr>
      <w:r>
        <w:rPr>
          <w:rFonts w:ascii="宋体" w:hAnsi="宋体" w:eastAsia="宋体"/>
          <w:b w:val="0"/>
          <w:sz w:val="20"/>
        </w:rPr>
        <w:t>第2课时：经历几个相同加数连加可以用乘法表示的探究过程，初步理解乘法的意义，体会乘法和加法的联系与区别，能正确地读、写乘法算式。</w:t>
      </w:r>
    </w:p>
    <w:p>
      <w:pPr>
        <w:spacing w:after="20" w:line="300" w:lineRule="auto"/>
        <w:ind w:firstLine="400"/>
      </w:pPr>
      <w:r>
        <w:rPr>
          <w:rFonts w:ascii="宋体" w:hAnsi="宋体" w:eastAsia="宋体"/>
          <w:b w:val="0"/>
          <w:sz w:val="20"/>
        </w:rPr>
        <w:t>第3课时：经历2、3、4的乘法口诀的编制过程，并熟记2、3、4的乘法口诀。</w:t>
      </w:r>
    </w:p>
    <w:p>
      <w:pPr>
        <w:spacing w:after="20" w:line="300" w:lineRule="auto"/>
        <w:ind w:firstLine="400"/>
      </w:pPr>
      <w:r>
        <w:rPr>
          <w:rFonts w:ascii="宋体" w:hAnsi="宋体" w:eastAsia="宋体"/>
          <w:b w:val="0"/>
          <w:sz w:val="20"/>
        </w:rPr>
        <w:t>第4课时：结合具体情境，认识乘法算式的各部分名称，了解加法和乘法的关系。</w:t>
      </w:r>
    </w:p>
    <w:p>
      <w:pPr>
        <w:spacing w:after="20" w:line="300" w:lineRule="auto"/>
        <w:ind w:firstLine="400"/>
      </w:pPr>
      <w:r>
        <w:rPr>
          <w:rFonts w:ascii="宋体" w:hAnsi="宋体" w:eastAsia="宋体"/>
          <w:b w:val="0"/>
          <w:sz w:val="20"/>
        </w:rPr>
        <w:t>第5课时：在具体情境中，感受乘加、乘减算式的具体意义及运算顺序，并能按顺序正确地运算。</w:t>
      </w:r>
    </w:p>
    <w:p>
      <w:pPr>
        <w:spacing w:after="20" w:line="300" w:lineRule="auto"/>
        <w:ind w:firstLine="400"/>
      </w:pPr>
      <w:r>
        <w:rPr>
          <w:rFonts w:ascii="宋体" w:hAnsi="宋体" w:eastAsia="宋体"/>
          <w:b w:val="0"/>
          <w:sz w:val="20"/>
        </w:rPr>
        <w:t>第6课时：经历编制6的乘法口诀的过程，知道每句口诀的来源和意义，在理解的基础上记忆6的乘法口诀。</w:t>
      </w:r>
    </w:p>
    <w:p>
      <w:pPr>
        <w:spacing w:after="20" w:line="300" w:lineRule="auto"/>
        <w:ind w:firstLine="400"/>
      </w:pPr>
      <w:r>
        <w:rPr>
          <w:rFonts w:ascii="宋体" w:hAnsi="宋体" w:eastAsia="宋体"/>
          <w:b w:val="0"/>
          <w:sz w:val="20"/>
        </w:rPr>
        <w:t>第7课时：探索解决问题的一般步骤，能根据四则运算的意义，选择合适的运算解决实际问题。</w:t>
      </w:r>
    </w:p>
    <w:p>
      <w:pPr>
        <w:spacing w:after="20" w:line="300" w:lineRule="auto"/>
        <w:ind w:firstLine="400"/>
      </w:pPr>
      <w:r>
        <w:rPr>
          <w:rFonts w:ascii="宋体" w:hAnsi="宋体" w:eastAsia="宋体"/>
          <w:b w:val="0"/>
          <w:sz w:val="20"/>
        </w:rPr>
        <w:t>第8课时：初步学会根据乘法的意义，解决生活中有关求总价是多少的实际问题，初步渗透“单价×数量＝总价”这一数量关系。</w:t>
      </w:r>
    </w:p>
    <w:p>
      <w:pPr>
        <w:spacing w:after="20" w:line="300" w:lineRule="auto"/>
        <w:ind w:firstLine="400"/>
      </w:pPr>
      <w:r>
        <w:rPr>
          <w:rFonts w:ascii="宋体" w:hAnsi="宋体" w:eastAsia="宋体"/>
          <w:b w:val="0"/>
          <w:sz w:val="20"/>
        </w:rPr>
        <w:t>第9课时：经历整理1～6的乘法口诀的过程，加深理解乘法的意义，沟通乘法口诀和乘法算式之间的联系。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要充分利用好情境图，让学生感知乘法的意义。乘法的意义是学习乘法计算和用乘法解决问题的基础。要利用教科书中提供的几个相同加数连加的现实情境，为学生提供丰富而生动的直观表象，让学生将具体的相同加数连加的算式、情境用“几个几”的方式进行表达，同时通过与情境中非相同加数连加的情况进行对照，使学生形成对乘法现实模型的认识。</w:t>
      </w:r>
    </w:p>
    <w:p>
      <w:pPr>
        <w:spacing w:after="20" w:line="300" w:lineRule="auto"/>
      </w:pPr>
      <w:r>
        <w:rPr>
          <w:rFonts w:ascii="宋体" w:hAnsi="宋体" w:eastAsia="宋体"/>
          <w:b w:val="0"/>
          <w:sz w:val="20"/>
        </w:rPr>
        <w:t>● 要充分借助学生的动手操作，让学生理解乘法的意义。教学时不要单纯重视乘法口诀的记忆和应用，而要多关注学生对乘法意义的理解。在教学时，要充分利用学生的动手操作能力辅助学生理解教学内容由直观到抽象，加深学生对乘法的认识。</w:t>
      </w:r>
    </w:p>
    <w:p>
      <w:pPr>
        <w:spacing w:after="20" w:line="300" w:lineRule="auto"/>
      </w:pPr>
      <w:r>
        <w:rPr>
          <w:rFonts w:ascii="宋体" w:hAnsi="宋体" w:eastAsia="宋体"/>
          <w:b w:val="0"/>
          <w:sz w:val="20"/>
        </w:rPr>
        <w:t>● 要设计丰富有趣的练习，帮助学生理解和记忆乘法口诀。熟练口算表内乘法，是学生应具备的最基本的计算能力。教师应该设计形式多样、学生感兴趣、符合学生年龄特点、提高学生学习能力的练习，让枯燥的记忆变得丰富有趣，提高练习效果。在日常的教学中，要加强乘法的口算练习，不在于量的多少，而在于每天的坚持练习，力争达到正确、快速。到本学期期末，学生应达到每分钟做8～10道乘法题的水平。</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5的乘法口诀</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经历探索5的乘法口诀的编制过程，进一步理解乘法的意义，掌握5的乘法口诀，能运用口诀正确地进行乘法计算。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乘法的初步认识(1)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经历几个相同加数连加可以用乘法表示的探究过程，初步理解乘法的意义，体会乘法和加法的联系与区别，能正确地读、写乘法算式。</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2、3、4的乘法口诀</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经历2、3、4的乘法口诀的编制过程，并熟记2、3、4的乘法口诀。</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乘法的初步认识(2)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结合具体情境，认识乘法算式的各部分名称，了解加法和乘法的关系。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乘加、乘减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在具体情境中，感受乘加、乘减算式的具体意义及运算顺序，并能按顺序正确地运算。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6的乘法口诀</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经历编制6的乘法口诀的过程，知道每句口诀的来源和意义，在理解的基础上记忆6的乘法口诀。</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探索解决问题的一般步骤，能根据四则运算的意义，选择合适的运算解决实际问题。</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初步学会根据乘法的意义，解决生活中有关求总价是多少的实际问题，初步渗透“单价×数量＝总价”这一数量关系。</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经历整理1～6的乘法口诀的过程，加深理解乘法的意义，沟通乘法口诀和乘法算式之间的联系。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5的乘法口诀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5的乘法口诀</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教学内容：教科书P16例1，完成教科书P16“做一做”。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（1）经历探索5的乘法口诀的编制过程，进一步理解乘法的意义，掌握5的乘法口诀，能运用口诀正确地进行乘法计算。</w:t>
      </w:r>
    </w:p>
    <w:p>
      <w:pPr>
        <w:spacing w:after="20" w:line="300" w:lineRule="auto"/>
        <w:ind w:firstLine="400"/>
      </w:pPr>
      <w:r>
        <w:rPr>
          <w:rFonts w:ascii="宋体" w:hAnsi="宋体" w:eastAsia="宋体"/>
          <w:b w:val="0"/>
          <w:sz w:val="20"/>
        </w:rPr>
        <w:t>（2）在参与学习活动的过程中，逐步发现5的乘法口诀的一些简单规律，增强学生初步的推理能力。</w:t>
      </w:r>
    </w:p>
    <w:p>
      <w:pPr>
        <w:spacing w:after="20" w:line="300" w:lineRule="auto"/>
        <w:ind w:firstLine="400"/>
      </w:pPr>
      <w:r>
        <w:rPr>
          <w:rFonts w:ascii="宋体" w:hAnsi="宋体" w:eastAsia="宋体"/>
          <w:b w:val="0"/>
          <w:sz w:val="20"/>
        </w:rPr>
        <w:t>（3）通过5的乘法口诀在生活中的应用，帮助学生积累基本经验，增强学生学习数学的自信心。</w:t>
      </w:r>
    </w:p>
    <w:p>
      <w:pPr>
        <w:spacing w:after="20" w:line="300" w:lineRule="auto"/>
      </w:pPr>
      <w:r>
        <w:rPr>
          <w:rFonts w:ascii="宋体" w:hAnsi="宋体" w:eastAsia="宋体"/>
          <w:b w:val="0"/>
          <w:sz w:val="20"/>
        </w:rPr>
        <w:t>教学重点：经历编制乘法口诀的过程中，理解每句口诀的含义。</w:t>
      </w:r>
    </w:p>
    <w:p>
      <w:pPr>
        <w:spacing w:after="20" w:line="300" w:lineRule="auto"/>
      </w:pPr>
      <w:r>
        <w:rPr>
          <w:rFonts w:ascii="宋体" w:hAnsi="宋体" w:eastAsia="宋体"/>
          <w:b w:val="0"/>
          <w:sz w:val="20"/>
        </w:rPr>
        <w:t>教学难点：学生自己尝试探究并总结出5的乘法口诀。</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同学们，游乐园的便利店新进了一批小熊玩偶，你们能很快速说出它们的个数吗？；2个5相加的和是多少？3个5相加的和是多少？20是几个5相加的和？25呢？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自主探究，学编口诀</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如果用1个圆点表示1个小熊玩偶，表示1盒小熊玩偶需要几个圆点？；1个5是5，用乘法算式怎样表示？</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每挂香蕉有几根？共有几个几根？用哪句口诀计算？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这节课我们一起学习了什么？你们有什么收获？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1.课件出示例题。</w:t>
            </w:r>
          </w:p>
          <w:p>
            <w:pPr>
              <w:spacing w:after="20" w:line="276" w:lineRule="auto"/>
            </w:pPr>
            <w:r>
              <w:rPr>
                <w:rFonts w:ascii="宋体" w:hAnsi="宋体" w:eastAsia="宋体"/>
                <w:b w:val="0"/>
                <w:sz w:val="18"/>
              </w:rPr>
              <w:t>师：同学们，游乐园的便利店新进了一批小熊玩偶，你们能很快速说出它们的个数吗？(课件出示教科书P16例1情境图)</w:t>
            </w:r>
          </w:p>
          <w:p>
            <w:pPr>
              <w:spacing w:after="20" w:line="276" w:lineRule="auto"/>
            </w:pPr>
            <w:r>
              <w:rPr>
                <w:rFonts w:ascii="宋体" w:hAnsi="宋体" w:eastAsia="宋体"/>
                <w:b w:val="0"/>
                <w:sz w:val="18"/>
              </w:rPr>
              <w:t>5个5个地数。</w:t>
            </w:r>
          </w:p>
          <w:p>
            <w:pPr>
              <w:spacing w:after="20" w:line="276" w:lineRule="auto"/>
            </w:pPr>
            <w:r>
              <w:rPr>
                <w:rFonts w:ascii="宋体" w:hAnsi="宋体" w:eastAsia="宋体"/>
                <w:b w:val="0"/>
                <w:sz w:val="18"/>
              </w:rPr>
              <w:t>师：我们一起来数一数。</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师：2个5相加的和是多少？3个5相加的和是多少？20是几个5相加的和？25呢？</w:t>
            </w:r>
          </w:p>
          <w:p>
            <w:pPr>
              <w:spacing w:after="20" w:line="276" w:lineRule="auto"/>
            </w:pPr>
            <w:r>
              <w:rPr>
                <w:rFonts w:ascii="宋体" w:hAnsi="宋体" w:eastAsia="宋体"/>
                <w:b w:val="0"/>
                <w:sz w:val="18"/>
              </w:rPr>
              <w:t>课件显示结果。</w:t>
            </w:r>
          </w:p>
          <w:p>
            <w:pPr>
              <w:spacing w:after="20" w:line="276" w:lineRule="auto"/>
            </w:pPr>
            <w:r>
              <w:rPr>
                <w:rFonts w:ascii="宋体" w:hAnsi="宋体" w:eastAsia="宋体"/>
                <w:b w:val="0"/>
                <w:sz w:val="18"/>
              </w:rPr>
              <w:t>5</w:t>
            </w:r>
          </w:p>
          <w:p>
            <w:pPr>
              <w:spacing w:after="20" w:line="276" w:lineRule="auto"/>
            </w:pPr>
            <w:r>
              <w:rPr>
                <w:rFonts w:ascii="宋体" w:hAnsi="宋体" w:eastAsia="宋体"/>
                <w:b w:val="0"/>
                <w:sz w:val="18"/>
              </w:rPr>
              <w:t>教师适当板书。</w:t>
            </w:r>
          </w:p>
          <w:p>
            <w:pPr>
              <w:spacing w:after="20" w:line="276" w:lineRule="auto"/>
            </w:pPr>
            <w:r>
              <w:rPr>
                <w:rFonts w:ascii="宋体" w:hAnsi="宋体" w:eastAsia="宋体"/>
                <w:b w:val="0"/>
                <w:sz w:val="18"/>
              </w:rPr>
              <w:t>师：有没有更简便的算法？今天我们一起来学习：5的乘法口诀。(板书课题：5的乘法口诀)</w:t>
            </w:r>
          </w:p>
        </w:tc>
        <w:tc>
          <w:tcPr>
            <w:tcW w:type="dxa" w:w="3061"/>
          </w:tcPr>
          <w:p>
            <w:pPr>
              <w:spacing w:after="20" w:line="276" w:lineRule="auto"/>
            </w:pPr>
            <w:r/>
            <w:r>
              <w:rPr>
                <w:rFonts w:ascii="宋体" w:hAnsi="宋体" w:eastAsia="宋体"/>
                <w:b w:val="0"/>
                <w:sz w:val="18"/>
              </w:rPr>
              <w:t>同桌讨论，交流方法。</w:t>
            </w:r>
          </w:p>
          <w:p>
            <w:pPr>
              <w:spacing w:after="20" w:line="276" w:lineRule="auto"/>
            </w:pPr>
            <w:r>
              <w:rPr>
                <w:rFonts w:ascii="宋体" w:hAnsi="宋体" w:eastAsia="宋体"/>
                <w:b w:val="0"/>
                <w:sz w:val="18"/>
              </w:rPr>
              <w:t>2．学生填空。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创设情境激活学生已有经验，自然引出本课学习内容，激发学习兴趣，核心问题："同学们，游乐园的便利店新进了一批小熊玩偶，你们能很快速说出它们的个数吗？"</w:t>
            </w:r>
          </w:p>
        </w:tc>
      </w:tr>
      <w:tr>
        <w:tc>
          <w:tcPr>
            <w:tcW w:type="dxa" w:w="1474"/>
          </w:tcPr>
          <w:p>
            <w:pPr>
              <w:spacing w:after="20" w:line="276" w:lineRule="auto"/>
            </w:pPr>
            <w:r>
              <w:rPr>
                <w:b/>
              </w:rPr>
            </w:r>
            <w:r>
              <w:rPr>
                <w:rFonts w:ascii="宋体" w:hAnsi="宋体" w:eastAsia="宋体"/>
                <w:b/>
                <w:sz w:val="18"/>
              </w:rPr>
              <w:t>自主探究，学编口诀</w:t>
            </w:r>
          </w:p>
        </w:tc>
        <w:tc>
          <w:tcPr>
            <w:tcW w:type="dxa" w:w="3061"/>
          </w:tcPr>
          <w:p>
            <w:pPr>
              <w:spacing w:after="20" w:line="276" w:lineRule="auto"/>
            </w:pPr>
            <w:r/>
            <w:r>
              <w:rPr>
                <w:rFonts w:ascii="宋体" w:hAnsi="宋体" w:eastAsia="宋体"/>
                <w:b w:val="0"/>
                <w:sz w:val="18"/>
              </w:rPr>
              <w:t>1.列式计算。</w:t>
            </w:r>
          </w:p>
          <w:p>
            <w:pPr>
              <w:spacing w:after="20" w:line="276" w:lineRule="auto"/>
            </w:pPr>
            <w:r>
              <w:rPr>
                <w:rFonts w:ascii="宋体" w:hAnsi="宋体" w:eastAsia="宋体"/>
                <w:b w:val="0"/>
                <w:sz w:val="18"/>
              </w:rPr>
              <w:t>师：如果用1个圆点表示1个小熊玩偶，表示1盒小熊玩偶需要几个圆点？</w:t>
            </w:r>
          </w:p>
          <w:p>
            <w:pPr>
              <w:spacing w:after="20" w:line="276" w:lineRule="auto"/>
            </w:pPr>
            <w:r>
              <w:rPr>
                <w:rFonts w:ascii="宋体" w:hAnsi="宋体" w:eastAsia="宋体"/>
                <w:b w:val="0"/>
                <w:sz w:val="18"/>
              </w:rPr>
              <w:t>5个。</w:t>
            </w:r>
          </w:p>
          <w:p>
            <w:pPr>
              <w:spacing w:after="20" w:line="276" w:lineRule="auto"/>
            </w:pPr>
            <w:r>
              <w:rPr>
                <w:rFonts w:ascii="宋体" w:hAnsi="宋体" w:eastAsia="宋体"/>
                <w:b w:val="0"/>
                <w:sz w:val="18"/>
              </w:rPr>
              <w:t>师：1个5是5，用乘法算式怎样表示？</w:t>
            </w:r>
          </w:p>
          <w:p>
            <w:pPr>
              <w:spacing w:after="20" w:line="276" w:lineRule="auto"/>
            </w:pPr>
            <w:r>
              <w:rPr>
                <w:rFonts w:ascii="宋体" w:hAnsi="宋体" w:eastAsia="宋体"/>
                <w:b w:val="0"/>
                <w:sz w:val="18"/>
              </w:rPr>
              <w:t>5×1＝5。</w:t>
            </w:r>
          </w:p>
          <w:p>
            <w:pPr>
              <w:spacing w:after="20" w:line="276" w:lineRule="auto"/>
            </w:pPr>
            <w:r>
              <w:rPr>
                <w:rFonts w:ascii="宋体" w:hAnsi="宋体" w:eastAsia="宋体"/>
                <w:b w:val="0"/>
                <w:sz w:val="18"/>
              </w:rPr>
              <w:t>师：2盒小熊玩偶有多少个？(10个)几个5相加是10？(2个5)2个5相加怎样用乘法算式表示？(5×2＝10)</w:t>
            </w:r>
          </w:p>
          <w:p>
            <w:pPr>
              <w:spacing w:after="20" w:line="276" w:lineRule="auto"/>
            </w:pPr>
            <w:r>
              <w:rPr>
                <w:rFonts w:ascii="宋体" w:hAnsi="宋体" w:eastAsia="宋体"/>
                <w:b w:val="0"/>
                <w:sz w:val="18"/>
              </w:rPr>
              <w:t>师：按照上面的方法，谁能接着用乘法算式计算出3盒、4盒、5盒小熊玩偶分别有多少个？</w:t>
            </w:r>
          </w:p>
          <w:p>
            <w:pPr>
              <w:spacing w:after="20" w:line="276" w:lineRule="auto"/>
            </w:pPr>
            <w:r>
              <w:rPr>
                <w:rFonts w:ascii="宋体" w:hAnsi="宋体" w:eastAsia="宋体"/>
                <w:b w:val="0"/>
                <w:sz w:val="18"/>
              </w:rPr>
              <w:t>根据学生回答整理板书，并出示课件。</w:t>
            </w:r>
          </w:p>
          <w:p>
            <w:pPr>
              <w:spacing w:after="20" w:line="276" w:lineRule="auto"/>
            </w:pPr>
            <w:r>
              <w:rPr>
                <w:rFonts w:ascii="宋体" w:hAnsi="宋体" w:eastAsia="宋体"/>
                <w:b w:val="0"/>
                <w:sz w:val="18"/>
              </w:rPr>
              <w:t>5×1＝5　　　　1×5＝5</w:t>
            </w:r>
          </w:p>
          <w:p>
            <w:pPr>
              <w:spacing w:after="20" w:line="276" w:lineRule="auto"/>
            </w:pPr>
            <w:r>
              <w:rPr>
                <w:rFonts w:ascii="宋体" w:hAnsi="宋体" w:eastAsia="宋体"/>
                <w:b w:val="0"/>
                <w:sz w:val="18"/>
              </w:rPr>
              <w:t>5×2＝10        2×5＝10</w:t>
            </w:r>
          </w:p>
          <w:p>
            <w:pPr>
              <w:spacing w:after="20" w:line="276" w:lineRule="auto"/>
            </w:pPr>
            <w:r>
              <w:rPr>
                <w:rFonts w:ascii="宋体" w:hAnsi="宋体" w:eastAsia="宋体"/>
                <w:b w:val="0"/>
                <w:sz w:val="18"/>
              </w:rPr>
              <w:t>5×3＝15         3×5＝15</w:t>
            </w:r>
          </w:p>
          <w:p>
            <w:pPr>
              <w:spacing w:after="20" w:line="276" w:lineRule="auto"/>
            </w:pPr>
            <w:r>
              <w:rPr>
                <w:rFonts w:ascii="宋体" w:hAnsi="宋体" w:eastAsia="宋体"/>
                <w:b w:val="0"/>
                <w:sz w:val="18"/>
              </w:rPr>
              <w:t>5×4＝20         4×5＝20</w:t>
            </w:r>
          </w:p>
          <w:p>
            <w:pPr>
              <w:spacing w:after="20" w:line="276" w:lineRule="auto"/>
            </w:pPr>
            <w:r>
              <w:rPr>
                <w:rFonts w:ascii="宋体" w:hAnsi="宋体" w:eastAsia="宋体"/>
                <w:b w:val="0"/>
                <w:sz w:val="18"/>
              </w:rPr>
              <w:t>5×5＝25</w:t>
            </w:r>
          </w:p>
          <w:p>
            <w:pPr>
              <w:spacing w:after="20" w:line="276" w:lineRule="auto"/>
            </w:pPr>
            <w:r>
              <w:rPr>
                <w:rFonts w:ascii="宋体" w:hAnsi="宋体" w:eastAsia="宋体"/>
                <w:b w:val="0"/>
                <w:sz w:val="18"/>
              </w:rPr>
              <w:t>2．编制口诀。</w:t>
            </w:r>
          </w:p>
          <w:p>
            <w:pPr>
              <w:spacing w:after="20" w:line="276" w:lineRule="auto"/>
            </w:pPr>
            <w:r>
              <w:rPr>
                <w:rFonts w:ascii="宋体" w:hAnsi="宋体" w:eastAsia="宋体"/>
                <w:b w:val="0"/>
                <w:sz w:val="18"/>
              </w:rPr>
              <w:t>(1)汇报比较，规范表达。</w:t>
            </w:r>
          </w:p>
          <w:p>
            <w:pPr>
              <w:spacing w:after="20" w:line="276" w:lineRule="auto"/>
            </w:pPr>
            <w:r>
              <w:rPr>
                <w:rFonts w:ascii="宋体" w:hAnsi="宋体" w:eastAsia="宋体"/>
                <w:b w:val="0"/>
                <w:sz w:val="18"/>
              </w:rPr>
              <w:t>对于第一个算式学生可能会编一五五或一五等于五等情况，这里教师要给学生指出：在这种情况下，积不满十就说一五得五；第三个算式可能出现三五一五、三五十五、三五一十五、五三十五等情况，让学生辨析每一种情况，最后统一到三五十五上来。</w:t>
            </w:r>
          </w:p>
          <w:p>
            <w:pPr>
              <w:spacing w:after="20" w:line="276" w:lineRule="auto"/>
            </w:pPr>
            <w:r>
              <w:rPr>
                <w:rFonts w:ascii="宋体" w:hAnsi="宋体" w:eastAsia="宋体"/>
                <w:b w:val="0"/>
                <w:sz w:val="18"/>
              </w:rPr>
              <w:t>教师板书：一五得五，二五一十，三五十五，四五二十，五五二十五。</w:t>
            </w:r>
          </w:p>
          <w:p>
            <w:pPr>
              <w:spacing w:after="20" w:line="276" w:lineRule="auto"/>
            </w:pPr>
            <w:r>
              <w:rPr>
                <w:rFonts w:ascii="宋体" w:hAnsi="宋体" w:eastAsia="宋体"/>
                <w:b w:val="0"/>
                <w:sz w:val="18"/>
              </w:rPr>
              <w:t>(2)数学文化渗透。</w:t>
            </w:r>
          </w:p>
          <w:p>
            <w:pPr>
              <w:spacing w:after="20" w:line="276" w:lineRule="auto"/>
            </w:pPr>
            <w:r>
              <w:rPr>
                <w:rFonts w:ascii="宋体" w:hAnsi="宋体" w:eastAsia="宋体"/>
                <w:b w:val="0"/>
                <w:sz w:val="18"/>
              </w:rPr>
              <w:t>乘法口诀在我国有悠久的历史，早在两千多年前，我国古代劳动人民为了方便计算乘法，就编出了乘法口诀，一代一代传承下来。这是我国独有的文化瑰宝，因此乘法口诀都是用汉字书写的。</w:t>
            </w:r>
          </w:p>
          <w:p>
            <w:pPr>
              <w:spacing w:after="20" w:line="276" w:lineRule="auto"/>
            </w:pPr>
            <w:r>
              <w:rPr>
                <w:rFonts w:ascii="宋体" w:hAnsi="宋体" w:eastAsia="宋体"/>
                <w:b w:val="0"/>
                <w:sz w:val="18"/>
              </w:rPr>
              <w:t>(3)解释交流，深化理解。</w:t>
            </w:r>
          </w:p>
          <w:p>
            <w:pPr>
              <w:spacing w:after="20" w:line="276" w:lineRule="auto"/>
            </w:pPr>
            <w:r>
              <w:rPr>
                <w:rFonts w:ascii="宋体" w:hAnsi="宋体" w:eastAsia="宋体"/>
                <w:b w:val="0"/>
                <w:sz w:val="18"/>
              </w:rPr>
              <w:t>师：每一句口诀是什么意思？每一句口诀可以计算哪些乘法算式？为什么下一句口诀比上一句口诀多5?</w:t>
            </w:r>
          </w:p>
          <w:p>
            <w:pPr>
              <w:spacing w:after="20" w:line="276" w:lineRule="auto"/>
            </w:pPr>
            <w:r>
              <w:rPr>
                <w:rFonts w:ascii="宋体" w:hAnsi="宋体" w:eastAsia="宋体"/>
                <w:b w:val="0"/>
                <w:sz w:val="18"/>
              </w:rPr>
              <w:t>3．识记口诀。</w:t>
            </w:r>
          </w:p>
          <w:p>
            <w:pPr>
              <w:spacing w:after="20" w:line="276" w:lineRule="auto"/>
            </w:pPr>
            <w:r>
              <w:rPr>
                <w:rFonts w:ascii="宋体" w:hAnsi="宋体" w:eastAsia="宋体"/>
                <w:b w:val="0"/>
                <w:sz w:val="18"/>
              </w:rPr>
              <w:t>师：5的乘法口诀有什么规律？让我们再来读一读这五句口诀，一边读一边想，这里面藏了什么小秘密？怎样才能很快地把它们记下来呢？</w:t>
            </w:r>
          </w:p>
          <w:p>
            <w:pPr>
              <w:spacing w:after="20" w:line="276" w:lineRule="auto"/>
            </w:pPr>
            <w:r>
              <w:rPr>
                <w:rFonts w:ascii="宋体" w:hAnsi="宋体" w:eastAsia="宋体"/>
                <w:b w:val="0"/>
                <w:sz w:val="18"/>
              </w:rPr>
              <w:t>师小结：这样很有顺序性，我们记口诀就容易多了。</w:t>
            </w:r>
          </w:p>
          <w:p>
            <w:pPr>
              <w:spacing w:after="20" w:line="276" w:lineRule="auto"/>
            </w:pPr>
            <w:r>
              <w:rPr>
                <w:rFonts w:ascii="宋体" w:hAnsi="宋体" w:eastAsia="宋体"/>
                <w:b w:val="0"/>
                <w:sz w:val="18"/>
              </w:rPr>
              <w:t>师：谁能找到藏在生活中有关5的乘法口诀？</w:t>
            </w:r>
          </w:p>
          <w:p>
            <w:pPr>
              <w:spacing w:after="20" w:line="276" w:lineRule="auto"/>
            </w:pPr>
            <w:r>
              <w:rPr>
                <w:rFonts w:ascii="宋体" w:hAnsi="宋体" w:eastAsia="宋体"/>
                <w:b w:val="0"/>
                <w:sz w:val="18"/>
              </w:rPr>
              <w:t>4．熟记口诀。</w:t>
            </w:r>
          </w:p>
          <w:p>
            <w:pPr>
              <w:spacing w:after="20" w:line="276" w:lineRule="auto"/>
            </w:pPr>
            <w:r>
              <w:rPr>
                <w:rFonts w:ascii="宋体" w:hAnsi="宋体" w:eastAsia="宋体"/>
                <w:b w:val="0"/>
                <w:sz w:val="18"/>
              </w:rPr>
              <w:t>师：同学们真能干，发现了那么多的秘密。下面老师给你们一分钟的时间，把这五句口诀背下来。</w:t>
            </w:r>
          </w:p>
        </w:tc>
        <w:tc>
          <w:tcPr>
            <w:tcW w:type="dxa" w:w="3061"/>
          </w:tcPr>
          <w:p>
            <w:pPr>
              <w:spacing w:after="20" w:line="276" w:lineRule="auto"/>
            </w:pPr>
            <w:r/>
            <w:r>
              <w:rPr>
                <w:rFonts w:ascii="宋体" w:hAnsi="宋体" w:eastAsia="宋体"/>
                <w:b w:val="0"/>
                <w:sz w:val="18"/>
              </w:rPr>
              <w:t>学生尝试编制口诀，教师巡视，收集典型案例。</w:t>
            </w:r>
          </w:p>
          <w:p>
            <w:pPr>
              <w:spacing w:after="20" w:line="276" w:lineRule="auto"/>
            </w:pPr>
            <w:r>
              <w:rPr>
                <w:rFonts w:ascii="宋体" w:hAnsi="宋体" w:eastAsia="宋体"/>
                <w:b w:val="0"/>
                <w:sz w:val="18"/>
              </w:rPr>
              <w:t>小组内交流讨论，全班汇报。</w:t>
            </w:r>
          </w:p>
          <w:p>
            <w:pPr>
              <w:spacing w:after="20" w:line="276" w:lineRule="auto"/>
            </w:pPr>
            <w:r>
              <w:rPr>
                <w:rFonts w:ascii="宋体" w:hAnsi="宋体" w:eastAsia="宋体"/>
                <w:b w:val="0"/>
                <w:sz w:val="18"/>
              </w:rPr>
              <w:t>小组内讨论，指名回答。</w:t>
            </w:r>
          </w:p>
          <w:p>
            <w:pPr>
              <w:spacing w:after="20" w:line="276" w:lineRule="auto"/>
            </w:pPr>
            <w:r>
              <w:rPr>
                <w:rFonts w:ascii="宋体" w:hAnsi="宋体" w:eastAsia="宋体"/>
                <w:b w:val="0"/>
                <w:sz w:val="18"/>
              </w:rPr>
              <w:t>预设1：每一句口诀的第一个字分别是一、二、三、四、五，按从小到大的顺序排列。</w:t>
            </w:r>
          </w:p>
          <w:p>
            <w:pPr>
              <w:spacing w:after="20" w:line="276" w:lineRule="auto"/>
            </w:pPr>
            <w:r>
              <w:rPr>
                <w:rFonts w:ascii="宋体" w:hAnsi="宋体" w:eastAsia="宋体"/>
                <w:b w:val="0"/>
                <w:sz w:val="18"/>
              </w:rPr>
              <w:t>预设2：每一句口诀的第二个字都是五。</w:t>
            </w:r>
          </w:p>
          <w:p>
            <w:pPr>
              <w:spacing w:after="20" w:line="276" w:lineRule="auto"/>
            </w:pPr>
            <w:r>
              <w:rPr>
                <w:rFonts w:ascii="宋体" w:hAnsi="宋体" w:eastAsia="宋体"/>
                <w:b w:val="0"/>
                <w:sz w:val="18"/>
              </w:rPr>
              <w:t>预设3：下一句口诀的得数都比上一句多5。</w:t>
            </w:r>
          </w:p>
          <w:p>
            <w:pPr>
              <w:spacing w:after="20" w:line="276" w:lineRule="auto"/>
            </w:pPr>
            <w:r>
              <w:rPr>
                <w:rFonts w:ascii="宋体" w:hAnsi="宋体" w:eastAsia="宋体"/>
                <w:b w:val="0"/>
                <w:sz w:val="18"/>
              </w:rPr>
              <w:t>学生互相交流讨论。</w:t>
            </w:r>
          </w:p>
          <w:p>
            <w:pPr>
              <w:spacing w:after="20" w:line="276" w:lineRule="auto"/>
            </w:pPr>
            <w:r>
              <w:rPr>
                <w:rFonts w:ascii="宋体" w:hAnsi="宋体" w:eastAsia="宋体"/>
                <w:b w:val="0"/>
                <w:sz w:val="18"/>
              </w:rPr>
              <w:t>学生自由背、开火车背，教师指名背、全班背。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设计递进式探究活动，引导学生在动手实践与合作交流中经历知识形成过程，突破本课重难点，核心问题："如果用1个圆点表示1个小熊玩偶，表示1盒小熊玩偶需要几个圆点？"</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1.完成教科书P16“做一做”第1题。</w:t>
            </w:r>
          </w:p>
          <w:p>
            <w:pPr>
              <w:spacing w:after="20" w:line="276" w:lineRule="auto"/>
            </w:pPr>
            <w:r>
              <w:rPr>
                <w:rFonts w:ascii="宋体" w:hAnsi="宋体" w:eastAsia="宋体"/>
                <w:b w:val="0"/>
                <w:sz w:val="18"/>
              </w:rPr>
              <w:t>(1)师生对口诀。</w:t>
            </w:r>
          </w:p>
          <w:p>
            <w:pPr>
              <w:spacing w:after="20" w:line="276" w:lineRule="auto"/>
            </w:pPr>
            <w:r>
              <w:rPr>
                <w:rFonts w:ascii="宋体" w:hAnsi="宋体" w:eastAsia="宋体"/>
                <w:b w:val="0"/>
                <w:sz w:val="18"/>
              </w:rPr>
              <w:t>(2)同桌互对口诀。</w:t>
            </w:r>
          </w:p>
          <w:p>
            <w:pPr>
              <w:spacing w:after="20" w:line="276" w:lineRule="auto"/>
            </w:pPr>
            <w:r>
              <w:rPr>
                <w:rFonts w:ascii="宋体" w:hAnsi="宋体" w:eastAsia="宋体"/>
                <w:b w:val="0"/>
                <w:sz w:val="18"/>
              </w:rPr>
              <w:t>2．完成教科书P16“做一做”第2题。</w:t>
            </w:r>
          </w:p>
          <w:p>
            <w:pPr>
              <w:spacing w:after="20" w:line="276" w:lineRule="auto"/>
            </w:pPr>
            <w:r>
              <w:rPr>
                <w:rFonts w:ascii="宋体" w:hAnsi="宋体" w:eastAsia="宋体"/>
                <w:b w:val="0"/>
                <w:sz w:val="18"/>
              </w:rPr>
              <w:t>师：每挂香蕉有几根？共有几个几根？用哪句口诀计算？</w:t>
            </w:r>
          </w:p>
        </w:tc>
        <w:tc>
          <w:tcPr>
            <w:tcW w:type="dxa" w:w="3061"/>
          </w:tcPr>
          <w:p>
            <w:pPr>
              <w:spacing w:after="20" w:line="276" w:lineRule="auto"/>
            </w:pPr>
            <w:r/>
            <w:r>
              <w:rPr>
                <w:rFonts w:ascii="宋体" w:hAnsi="宋体" w:eastAsia="宋体"/>
                <w:b w:val="0"/>
                <w:sz w:val="18"/>
              </w:rPr>
              <w:t>学生独立填空，教师指名汇报。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通过有层次的练习及时反馈学情，巩固新知，培养学生灵活运用知识解决问题的能力，核心问题："每挂香蕉有几根？共有几个几根？用哪句口诀计算？"</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师：这节课我们一起学习了什么？你们有什么收获？</w:t>
            </w:r>
          </w:p>
          <w:p>
            <w:pPr>
              <w:spacing w:after="20" w:line="276" w:lineRule="auto"/>
            </w:pPr>
            <w:r>
              <w:rPr>
                <w:rFonts w:ascii="宋体" w:hAnsi="宋体" w:eastAsia="宋体"/>
                <w:b w:val="0"/>
                <w:sz w:val="18"/>
              </w:rPr>
              <w:t>借助学生最熟悉的五个计数的活动经验和其得数的特点，为编制乘法口诀提供了实物模型。结合实物图，让学生经历5的乘法意义的现实情境表征到符号表征的过程，使机械记忆5的乘法口诀变成有意义的创编5的乘法口诀的学习过程，赋予学生更多自主性和创造性。</w:t>
            </w:r>
          </w:p>
        </w:tc>
        <w:tc>
          <w:tcPr>
            <w:tcW w:type="dxa" w:w="3061"/>
          </w:tcPr>
          <w:p>
            <w:pPr>
              <w:spacing w:after="20" w:line="276" w:lineRule="auto"/>
            </w:pPr>
            <w:r/>
            <w:r>
              <w:rPr>
                <w:rFonts w:ascii="宋体" w:hAnsi="宋体" w:eastAsia="宋体"/>
                <w:b w:val="0"/>
                <w:sz w:val="18"/>
              </w:rPr>
              <w:t>全班齐背5的乘法口诀。</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引导学生回顾梳理本课所学，完善认知结构，提升归纳与反思能力，核心问题："这节课我们一起学习了什么？你们有什么收获？"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5的乘法口诀</w:t>
      </w:r>
    </w:p>
    <w:p>
      <w:pPr>
        <w:spacing w:after="40" w:line="300" w:lineRule="auto"/>
      </w:pPr>
      <w:r>
        <w:rPr>
          <w:rFonts w:ascii="宋体" w:hAnsi="宋体" w:eastAsia="宋体"/>
          <w:b w:val="0"/>
          <w:sz w:val="20"/>
        </w:rPr>
        <w:t>5</w:t>
      </w:r>
    </w:p>
    <w:p>
      <w:pPr>
        <w:spacing w:after="40" w:line="300" w:lineRule="auto"/>
      </w:pPr>
      <w:r>
        <w:rPr>
          <w:rFonts w:ascii="宋体" w:hAnsi="宋体" w:eastAsia="宋体"/>
          <w:b w:val="0"/>
          <w:sz w:val="20"/>
        </w:rPr>
        <w:t>5×1＝5　　　　　1×5＝5　　　　　一五得五</w:t>
      </w:r>
    </w:p>
    <w:p>
      <w:pPr>
        <w:spacing w:after="40" w:line="300" w:lineRule="auto"/>
      </w:pPr>
      <w:r>
        <w:rPr>
          <w:rFonts w:ascii="宋体" w:hAnsi="宋体" w:eastAsia="宋体"/>
          <w:b w:val="0"/>
          <w:sz w:val="20"/>
        </w:rPr>
        <w:t>5×2＝10         2×5＝10         二五一十</w:t>
      </w:r>
    </w:p>
    <w:p>
      <w:pPr>
        <w:spacing w:after="40" w:line="300" w:lineRule="auto"/>
      </w:pPr>
      <w:r>
        <w:rPr>
          <w:rFonts w:ascii="宋体" w:hAnsi="宋体" w:eastAsia="宋体"/>
          <w:b w:val="0"/>
          <w:sz w:val="20"/>
        </w:rPr>
        <w:t>5×3＝15         3×5＝15         三五十五</w:t>
      </w:r>
    </w:p>
    <w:p>
      <w:pPr>
        <w:spacing w:after="40" w:line="300" w:lineRule="auto"/>
      </w:pPr>
      <w:r>
        <w:rPr>
          <w:rFonts w:ascii="宋体" w:hAnsi="宋体" w:eastAsia="宋体"/>
          <w:b w:val="0"/>
          <w:sz w:val="20"/>
        </w:rPr>
        <w:t>5×4＝20        4×5＝20         四五二十</w:t>
      </w:r>
    </w:p>
    <w:p>
      <w:pPr>
        <w:spacing w:after="40" w:line="300" w:lineRule="auto"/>
      </w:pPr>
      <w:r>
        <w:rPr>
          <w:rFonts w:ascii="宋体" w:hAnsi="宋体" w:eastAsia="宋体"/>
          <w:b w:val="0"/>
          <w:sz w:val="20"/>
        </w:rPr>
        <w:t>5×5＝25                        五五二十五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教科书P16例1，完成教科书P16“做一做”。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中，教师从帮助学生到让学生自主探究，体现学生的主体地位。把5的乘法口诀知识的教学置于让学生自主探究、动手操作、合作交流等学习方式之中，旨在让学生体验自己编制5的乘法口诀的过程，促使学生主动建构知识，提高自主学习的能力。教师设计多样化的练习，帮助学生深化知识，使学生对5的乘法口诀有更好的理解，在教学中注重为学生营造自主学习、主动建构知识的氛围，并通过练习引导学生独立思考、合作交流，进一步深化所学知识。</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乘法的初步认识(1)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乘法的初步认识(1)</w:t>
            </w:r>
          </w:p>
        </w:tc>
        <w:tc>
          <w:tcPr>
            <w:tcW w:type="dxa" w:w="6009"/>
          </w:tcPr>
          <w:p>
            <w:pPr>
              <w:spacing w:after="20" w:line="276" w:lineRule="auto"/>
            </w:pPr>
            <w:r/>
            <w:r>
              <w:rPr>
                <w:rFonts w:ascii="宋体" w:hAnsi="宋体" w:eastAsia="宋体"/>
                <w:b w:val="0"/>
                <w:sz w:val="20"/>
              </w:rPr>
              <w:t>第2单元 1-6的表内乘法（乘法的初步认识）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教学内容：教科书P10～12例1，完成教科书P12“做一做”。</w:t>
      </w:r>
    </w:p>
    <w:p>
      <w:pPr>
        <w:spacing w:after="80" w:line="300" w:lineRule="auto"/>
        <w:ind w:firstLine="400"/>
      </w:pPr>
      <w:r>
        <w:rPr>
          <w:rFonts w:ascii="宋体" w:hAnsi="宋体" w:eastAsia="宋体"/>
          <w:b w:val="0"/>
          <w:sz w:val="20"/>
        </w:rPr>
        <w:t>教学准备：课件，若干根小棒。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（1）经历几个相同加数连加可以用乘法表示的探究过程，初步理解乘法的意义，体会乘法和加法的联系与区别，能正确地读、写乘法算式。</w:t>
      </w:r>
    </w:p>
    <w:p>
      <w:pPr>
        <w:spacing w:after="20" w:line="300" w:lineRule="auto"/>
        <w:ind w:firstLine="400"/>
      </w:pPr>
      <w:r>
        <w:rPr>
          <w:rFonts w:ascii="宋体" w:hAnsi="宋体" w:eastAsia="宋体"/>
          <w:b w:val="0"/>
          <w:sz w:val="20"/>
        </w:rPr>
        <w:t>（2）从简单的实际问题中抽象出求几个几相加是多少的数学问题，并在根据数学问题列乘法算式的活动中，培养学生有条理地思考问题的习惯，提高解决问题的能力。</w:t>
      </w:r>
    </w:p>
    <w:p>
      <w:pPr>
        <w:spacing w:after="20" w:line="300" w:lineRule="auto"/>
        <w:ind w:firstLine="400"/>
      </w:pPr>
      <w:r>
        <w:rPr>
          <w:rFonts w:ascii="宋体" w:hAnsi="宋体" w:eastAsia="宋体"/>
          <w:b w:val="0"/>
          <w:sz w:val="20"/>
        </w:rPr>
        <w:t>（3）在初步认识乘法并应用乘法的教学中，培养学生的数学兴趣和合作学习的意识。</w:t>
      </w:r>
    </w:p>
    <w:p>
      <w:pPr>
        <w:spacing w:after="20" w:line="300" w:lineRule="auto"/>
      </w:pPr>
      <w:r>
        <w:rPr>
          <w:rFonts w:ascii="宋体" w:hAnsi="宋体" w:eastAsia="宋体"/>
          <w:b w:val="0"/>
          <w:sz w:val="20"/>
        </w:rPr>
        <w:t>教学重点：理解乘法的意义，体会乘法和加法的联系与区别。</w:t>
      </w:r>
    </w:p>
    <w:p>
      <w:pPr>
        <w:spacing w:after="20" w:line="300" w:lineRule="auto"/>
      </w:pPr>
      <w:r>
        <w:rPr>
          <w:rFonts w:ascii="宋体" w:hAnsi="宋体" w:eastAsia="宋体"/>
          <w:b w:val="0"/>
          <w:sz w:val="20"/>
        </w:rPr>
        <w:t>教学难点：理解乘法的意义。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创设情境，激发兴趣</w:t>
            </w:r>
          </w:p>
        </w:tc>
        <w:tc>
          <w:tcPr>
            <w:tcW w:type="dxa" w:w="1814"/>
          </w:tcPr>
          <w:p>
            <w:pPr>
              <w:spacing w:after="20" w:line="276" w:lineRule="auto"/>
            </w:pPr>
            <w:r/>
            <w:r>
              <w:rPr>
                <w:rFonts w:ascii="宋体" w:hAnsi="宋体" w:eastAsia="宋体"/>
                <w:b w:val="0"/>
                <w:sz w:val="18"/>
              </w:rPr>
              <w:t>课件、教科书、情境图、小棒</w:t>
            </w:r>
          </w:p>
        </w:tc>
        <w:tc>
          <w:tcPr>
            <w:tcW w:type="dxa" w:w="3402"/>
          </w:tcPr>
          <w:p>
            <w:pPr>
              <w:spacing w:after="20" w:line="276" w:lineRule="auto"/>
            </w:pPr>
            <w:r/>
            <w:r>
              <w:rPr>
                <w:rFonts w:ascii="宋体" w:hAnsi="宋体" w:eastAsia="宋体"/>
                <w:b w:val="0"/>
                <w:sz w:val="18"/>
              </w:rPr>
              <w:t>同学们，节假日你们喜欢到什么地方玩？；游乐园里有哪些好玩的游乐项目？从图中你们能发现哪些数学信息？</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自主探究，合作交流</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每架小飞机上的人数有什么特点呢？；一共是几个几相加？</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教科书、小棒、课件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小棒、课件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创设情境，激发兴趣</w:t>
            </w:r>
          </w:p>
        </w:tc>
        <w:tc>
          <w:tcPr>
            <w:tcW w:type="dxa" w:w="3061"/>
          </w:tcPr>
          <w:p>
            <w:pPr>
              <w:spacing w:after="20" w:line="276" w:lineRule="auto"/>
            </w:pPr>
            <w:r/>
            <w:r>
              <w:rPr>
                <w:rFonts w:ascii="宋体" w:hAnsi="宋体" w:eastAsia="宋体"/>
                <w:b w:val="0"/>
                <w:sz w:val="18"/>
              </w:rPr>
              <w:t>师：同学们，节假日你们喜欢到什么地方玩？</w:t>
            </w:r>
          </w:p>
          <w:p>
            <w:pPr>
              <w:spacing w:after="20" w:line="276" w:lineRule="auto"/>
            </w:pPr>
            <w:r>
              <w:rPr>
                <w:rFonts w:ascii="宋体" w:hAnsi="宋体" w:eastAsia="宋体"/>
                <w:b w:val="0"/>
                <w:sz w:val="18"/>
              </w:rPr>
              <w:t>课件出示教科书P10的游乐园情境图。</w:t>
            </w:r>
          </w:p>
          <w:p>
            <w:pPr>
              <w:spacing w:after="20" w:line="276" w:lineRule="auto"/>
            </w:pPr>
            <w:r>
              <w:rPr>
                <w:rFonts w:ascii="宋体" w:hAnsi="宋体" w:eastAsia="宋体"/>
                <w:b w:val="0"/>
                <w:sz w:val="18"/>
              </w:rPr>
              <w:t>师：游乐园里有哪些好玩的游乐项目？从图中你们能发现哪些数学信息？</w:t>
            </w:r>
          </w:p>
          <w:p>
            <w:pPr>
              <w:spacing w:after="20" w:line="276" w:lineRule="auto"/>
            </w:pPr>
            <w:r>
              <w:rPr>
                <w:rFonts w:ascii="宋体" w:hAnsi="宋体" w:eastAsia="宋体"/>
                <w:b w:val="0"/>
                <w:sz w:val="18"/>
              </w:rPr>
              <w:t>有旋转木马、小火车、旋转飞机、过山车。每架小飞机上坐了3人……通过联系生动的生活情境，为学生理解乘法的意义积累感性经验。</w:t>
            </w:r>
          </w:p>
          <w:p>
            <w:pPr>
              <w:spacing w:after="20" w:line="276" w:lineRule="auto"/>
            </w:pPr>
            <w:r>
              <w:rPr>
                <w:rFonts w:ascii="宋体" w:hAnsi="宋体" w:eastAsia="宋体"/>
                <w:b w:val="0"/>
                <w:sz w:val="18"/>
              </w:rPr>
              <w:t>师：你能提出哪些数学问题？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创设情境激活学生已有经验，自然引出本课学习内容，激发学习兴趣，核心问题："同学们，节假日你们喜欢到什么地方玩？"</w:t>
            </w:r>
          </w:p>
        </w:tc>
      </w:tr>
      <w:tr>
        <w:tc>
          <w:tcPr>
            <w:tcW w:type="dxa" w:w="1474"/>
          </w:tcPr>
          <w:p>
            <w:pPr>
              <w:spacing w:after="20" w:line="276" w:lineRule="auto"/>
            </w:pPr>
            <w:r>
              <w:rPr>
                <w:b/>
              </w:rPr>
            </w:r>
            <w:r>
              <w:rPr>
                <w:rFonts w:ascii="宋体" w:hAnsi="宋体" w:eastAsia="宋体"/>
                <w:b/>
                <w:sz w:val="18"/>
              </w:rPr>
              <w:t>自主探究，合作交流</w:t>
            </w:r>
          </w:p>
        </w:tc>
        <w:tc>
          <w:tcPr>
            <w:tcW w:type="dxa" w:w="3061"/>
          </w:tcPr>
          <w:p>
            <w:pPr>
              <w:spacing w:after="20" w:line="276" w:lineRule="auto"/>
            </w:pPr>
            <w:r/>
            <w:r>
              <w:rPr>
                <w:rFonts w:ascii="宋体" w:hAnsi="宋体" w:eastAsia="宋体"/>
                <w:b w:val="0"/>
                <w:sz w:val="18"/>
              </w:rPr>
              <w:t>1.认识几个几。</w:t>
            </w:r>
          </w:p>
          <w:p>
            <w:pPr>
              <w:spacing w:after="20" w:line="276" w:lineRule="auto"/>
            </w:pPr>
            <w:r>
              <w:rPr>
                <w:rFonts w:ascii="宋体" w:hAnsi="宋体" w:eastAsia="宋体"/>
                <w:b w:val="0"/>
                <w:sz w:val="18"/>
              </w:rPr>
              <w:t>师：我们一起看看坐小飞机的情况。(出示课件)</w:t>
            </w:r>
          </w:p>
          <w:p>
            <w:pPr>
              <w:spacing w:after="20" w:line="276" w:lineRule="auto"/>
            </w:pPr>
            <w:r>
              <w:rPr>
                <w:rFonts w:ascii="宋体" w:hAnsi="宋体" w:eastAsia="宋体"/>
                <w:b w:val="0"/>
                <w:sz w:val="18"/>
              </w:rPr>
              <w:t>(1)小飞机里共有多少人？</w:t>
            </w:r>
          </w:p>
          <w:p>
            <w:pPr>
              <w:spacing w:after="20" w:line="276" w:lineRule="auto"/>
            </w:pPr>
            <w:r>
              <w:rPr>
                <w:rFonts w:ascii="宋体" w:hAnsi="宋体" w:eastAsia="宋体"/>
                <w:b w:val="0"/>
                <w:sz w:val="18"/>
              </w:rPr>
              <w:t>(1)学生自主解决问题后，汇报交流。</w:t>
            </w:r>
          </w:p>
          <w:p>
            <w:pPr>
              <w:spacing w:after="20" w:line="276" w:lineRule="auto"/>
            </w:pPr>
            <w:r>
              <w:rPr>
                <w:rFonts w:ascii="宋体" w:hAnsi="宋体" w:eastAsia="宋体"/>
                <w:b w:val="0"/>
                <w:sz w:val="18"/>
              </w:rPr>
              <w:t>(2)数一数，圈一圈。</w:t>
            </w:r>
          </w:p>
          <w:p>
            <w:pPr>
              <w:spacing w:after="20" w:line="276" w:lineRule="auto"/>
            </w:pPr>
            <w:r>
              <w:rPr>
                <w:rFonts w:ascii="宋体" w:hAnsi="宋体" w:eastAsia="宋体"/>
                <w:b w:val="0"/>
                <w:sz w:val="18"/>
              </w:rPr>
              <w:t>师：每架小飞机上的人数有什么特点呢？</w:t>
            </w:r>
          </w:p>
          <w:p>
            <w:pPr>
              <w:spacing w:after="20" w:line="276" w:lineRule="auto"/>
            </w:pPr>
            <w:r>
              <w:rPr>
                <w:rFonts w:ascii="宋体" w:hAnsi="宋体" w:eastAsia="宋体"/>
                <w:b w:val="0"/>
                <w:sz w:val="18"/>
              </w:rPr>
              <w:t>人数都相等，都是3人。</w:t>
            </w:r>
          </w:p>
          <w:p>
            <w:pPr>
              <w:spacing w:after="20" w:line="276" w:lineRule="auto"/>
            </w:pPr>
            <w:r>
              <w:rPr>
                <w:rFonts w:ascii="宋体" w:hAnsi="宋体" w:eastAsia="宋体"/>
                <w:b w:val="0"/>
                <w:sz w:val="18"/>
              </w:rPr>
              <w:t>(3)师：一共是几个几相加？</w:t>
            </w:r>
          </w:p>
          <w:p>
            <w:pPr>
              <w:spacing w:after="20" w:line="276" w:lineRule="auto"/>
            </w:pPr>
            <w:r>
              <w:rPr>
                <w:rFonts w:ascii="宋体" w:hAnsi="宋体" w:eastAsia="宋体"/>
                <w:b w:val="0"/>
                <w:sz w:val="18"/>
              </w:rPr>
              <w:t>5个3相加。</w:t>
            </w:r>
          </w:p>
          <w:p>
            <w:pPr>
              <w:spacing w:after="20" w:line="276" w:lineRule="auto"/>
            </w:pPr>
            <w:r>
              <w:rPr>
                <w:rFonts w:ascii="宋体" w:hAnsi="宋体" w:eastAsia="宋体"/>
                <w:b w:val="0"/>
                <w:sz w:val="18"/>
              </w:rPr>
              <w:t>板书算式：3＋3＋3＋3＋3＝15。</w:t>
            </w:r>
          </w:p>
          <w:p>
            <w:pPr>
              <w:spacing w:after="20" w:line="276" w:lineRule="auto"/>
            </w:pPr>
            <w:r>
              <w:rPr>
                <w:rFonts w:ascii="宋体" w:hAnsi="宋体" w:eastAsia="宋体"/>
                <w:b w:val="0"/>
                <w:sz w:val="18"/>
              </w:rPr>
              <w:t>2．自主尝试，强化认识。</w:t>
            </w:r>
          </w:p>
          <w:p>
            <w:pPr>
              <w:spacing w:after="20" w:line="276" w:lineRule="auto"/>
            </w:pPr>
            <w:r>
              <w:rPr>
                <w:rFonts w:ascii="宋体" w:hAnsi="宋体" w:eastAsia="宋体"/>
                <w:b w:val="0"/>
                <w:sz w:val="18"/>
              </w:rPr>
              <w:t>师：请你数一数、圈一圈、算一算，坐小火车的一共有多少人？</w:t>
            </w:r>
          </w:p>
          <w:p>
            <w:pPr>
              <w:spacing w:after="20" w:line="276" w:lineRule="auto"/>
            </w:pPr>
            <w:r>
              <w:rPr>
                <w:rFonts w:ascii="宋体" w:hAnsi="宋体" w:eastAsia="宋体"/>
                <w:b w:val="0"/>
                <w:sz w:val="18"/>
              </w:rPr>
              <w:t>(1)课件出示教科书P11例1第(2)题。</w:t>
            </w:r>
          </w:p>
          <w:p>
            <w:pPr>
              <w:spacing w:after="20" w:line="276" w:lineRule="auto"/>
            </w:pPr>
            <w:r>
              <w:rPr>
                <w:rFonts w:ascii="宋体" w:hAnsi="宋体" w:eastAsia="宋体"/>
                <w:b w:val="0"/>
                <w:sz w:val="18"/>
              </w:rPr>
              <w:t>(2)小火车里共有多少人？</w:t>
            </w:r>
          </w:p>
          <w:p>
            <w:pPr>
              <w:spacing w:after="20" w:line="276" w:lineRule="auto"/>
            </w:pPr>
            <w:r>
              <w:rPr>
                <w:rFonts w:ascii="宋体" w:hAnsi="宋体" w:eastAsia="宋体"/>
                <w:b w:val="0"/>
                <w:sz w:val="18"/>
              </w:rPr>
              <w:t>师：请同学们把每节车厢的6人圈一个圈，一共圈了几个圈？</w:t>
            </w:r>
          </w:p>
          <w:p>
            <w:pPr>
              <w:spacing w:after="20" w:line="276" w:lineRule="auto"/>
            </w:pPr>
            <w:r>
              <w:rPr>
                <w:rFonts w:ascii="宋体" w:hAnsi="宋体" w:eastAsia="宋体"/>
                <w:b w:val="0"/>
                <w:sz w:val="18"/>
              </w:rPr>
              <w:t>圈了4个圈。</w:t>
            </w:r>
          </w:p>
          <w:p>
            <w:pPr>
              <w:spacing w:after="20" w:line="276" w:lineRule="auto"/>
            </w:pPr>
            <w:r>
              <w:rPr>
                <w:rFonts w:ascii="宋体" w:hAnsi="宋体" w:eastAsia="宋体"/>
                <w:b w:val="0"/>
                <w:sz w:val="18"/>
              </w:rPr>
              <w:t>师：怎样用算式表示呢？</w:t>
            </w:r>
          </w:p>
          <w:p>
            <w:pPr>
              <w:spacing w:after="20" w:line="276" w:lineRule="auto"/>
            </w:pPr>
            <w:r>
              <w:rPr>
                <w:rFonts w:ascii="宋体" w:hAnsi="宋体" w:eastAsia="宋体"/>
                <w:b w:val="0"/>
                <w:sz w:val="18"/>
              </w:rPr>
              <w:t>6＋6＋6＋6＝24(板书)</w:t>
            </w:r>
          </w:p>
          <w:p>
            <w:pPr>
              <w:spacing w:after="20" w:line="276" w:lineRule="auto"/>
            </w:pPr>
            <w:r>
              <w:rPr>
                <w:rFonts w:ascii="宋体" w:hAnsi="宋体" w:eastAsia="宋体"/>
                <w:b w:val="0"/>
                <w:sz w:val="18"/>
              </w:rPr>
              <w:t>师：这个算式表示几个几相加的和？</w:t>
            </w:r>
          </w:p>
          <w:p>
            <w:pPr>
              <w:spacing w:after="20" w:line="276" w:lineRule="auto"/>
            </w:pPr>
            <w:r>
              <w:rPr>
                <w:rFonts w:ascii="宋体" w:hAnsi="宋体" w:eastAsia="宋体"/>
                <w:b w:val="0"/>
                <w:sz w:val="18"/>
              </w:rPr>
              <w:t>4个6相加的和。</w:t>
            </w:r>
          </w:p>
          <w:p>
            <w:pPr>
              <w:spacing w:after="20" w:line="276" w:lineRule="auto"/>
            </w:pPr>
            <w:r>
              <w:rPr>
                <w:rFonts w:ascii="宋体" w:hAnsi="宋体" w:eastAsia="宋体"/>
                <w:b w:val="0"/>
                <w:sz w:val="18"/>
              </w:rPr>
              <w:t>(2)课件出示教科书P11例1第(3)题。</w:t>
            </w:r>
          </w:p>
          <w:p>
            <w:pPr>
              <w:spacing w:after="20" w:line="276" w:lineRule="auto"/>
            </w:pPr>
            <w:r>
              <w:rPr>
                <w:rFonts w:ascii="宋体" w:hAnsi="宋体" w:eastAsia="宋体"/>
                <w:b w:val="0"/>
                <w:sz w:val="18"/>
              </w:rPr>
              <w:t>(3)过山车里共有多少人？</w:t>
            </w:r>
          </w:p>
          <w:p>
            <w:pPr>
              <w:spacing w:after="20" w:line="276" w:lineRule="auto"/>
            </w:pPr>
            <w:r>
              <w:rPr>
                <w:rFonts w:ascii="宋体" w:hAnsi="宋体" w:eastAsia="宋体"/>
                <w:b w:val="0"/>
                <w:sz w:val="18"/>
              </w:rPr>
              <w:t>师：用自己的话说说这幅图的意思，要求的是几个几相加的和？</w:t>
            </w:r>
          </w:p>
          <w:p>
            <w:pPr>
              <w:spacing w:after="20" w:line="276" w:lineRule="auto"/>
            </w:pPr>
            <w:r>
              <w:rPr>
                <w:rFonts w:ascii="宋体" w:hAnsi="宋体" w:eastAsia="宋体"/>
                <w:b w:val="0"/>
                <w:sz w:val="18"/>
              </w:rPr>
              <w:t>每排有2人，坐了7排，要求的是7个2相加的和。</w:t>
            </w:r>
          </w:p>
          <w:p>
            <w:pPr>
              <w:spacing w:after="20" w:line="276" w:lineRule="auto"/>
            </w:pPr>
            <w:r>
              <w:rPr>
                <w:rFonts w:ascii="宋体" w:hAnsi="宋体" w:eastAsia="宋体"/>
                <w:b w:val="0"/>
                <w:sz w:val="18"/>
              </w:rPr>
              <w:t>3．认识乘法。</w:t>
            </w:r>
          </w:p>
          <w:p>
            <w:pPr>
              <w:spacing w:after="20" w:line="276" w:lineRule="auto"/>
            </w:pPr>
            <w:r>
              <w:rPr>
                <w:rFonts w:ascii="宋体" w:hAnsi="宋体" w:eastAsia="宋体"/>
                <w:b w:val="0"/>
                <w:sz w:val="18"/>
              </w:rPr>
              <w:t>(1)发现算式的特征。</w:t>
            </w:r>
          </w:p>
          <w:p>
            <w:pPr>
              <w:spacing w:after="20" w:line="276" w:lineRule="auto"/>
            </w:pPr>
            <w:r>
              <w:rPr>
                <w:rFonts w:ascii="宋体" w:hAnsi="宋体" w:eastAsia="宋体"/>
                <w:b w:val="0"/>
                <w:sz w:val="18"/>
              </w:rPr>
              <w:t>课件出示上述3个加法算式。</w:t>
            </w:r>
          </w:p>
          <w:p>
            <w:pPr>
              <w:spacing w:after="20" w:line="276" w:lineRule="auto"/>
            </w:pPr>
            <w:r>
              <w:rPr>
                <w:rFonts w:ascii="宋体" w:hAnsi="宋体" w:eastAsia="宋体"/>
                <w:b w:val="0"/>
                <w:sz w:val="18"/>
              </w:rPr>
              <w:t>(1)3＋3＋3＋3＋3＝15</w:t>
            </w:r>
          </w:p>
          <w:p>
            <w:pPr>
              <w:spacing w:after="20" w:line="276" w:lineRule="auto"/>
            </w:pPr>
            <w:r>
              <w:rPr>
                <w:rFonts w:ascii="宋体" w:hAnsi="宋体" w:eastAsia="宋体"/>
                <w:b w:val="0"/>
                <w:sz w:val="18"/>
              </w:rPr>
              <w:t>(2)6＋6＋6＋6＝24</w:t>
            </w:r>
          </w:p>
          <w:p>
            <w:pPr>
              <w:spacing w:after="20" w:line="276" w:lineRule="auto"/>
            </w:pPr>
            <w:r>
              <w:rPr>
                <w:rFonts w:ascii="宋体" w:hAnsi="宋体" w:eastAsia="宋体"/>
                <w:b w:val="0"/>
                <w:sz w:val="18"/>
              </w:rPr>
              <w:t>(3)2＋2＋2＋2＋2＋2＋2＝14</w:t>
            </w:r>
          </w:p>
          <w:p>
            <w:pPr>
              <w:spacing w:after="20" w:line="276" w:lineRule="auto"/>
            </w:pPr>
            <w:r>
              <w:rPr>
                <w:rFonts w:ascii="宋体" w:hAnsi="宋体" w:eastAsia="宋体"/>
                <w:b w:val="0"/>
                <w:sz w:val="18"/>
              </w:rPr>
              <w:t>师：观察这3个加法算式，你们发现了什么？</w:t>
            </w:r>
          </w:p>
          <w:p>
            <w:pPr>
              <w:spacing w:after="20" w:line="276" w:lineRule="auto"/>
            </w:pPr>
            <w:r>
              <w:rPr>
                <w:rFonts w:ascii="宋体" w:hAnsi="宋体" w:eastAsia="宋体"/>
                <w:b w:val="0"/>
                <w:sz w:val="18"/>
              </w:rPr>
              <w:t>它们都是连加算式，每个算式中的加数都相同。</w:t>
            </w:r>
          </w:p>
          <w:p>
            <w:pPr>
              <w:spacing w:after="20" w:line="276" w:lineRule="auto"/>
            </w:pPr>
            <w:r>
              <w:rPr>
                <w:rFonts w:ascii="宋体" w:hAnsi="宋体" w:eastAsia="宋体"/>
                <w:b w:val="0"/>
                <w:sz w:val="18"/>
              </w:rPr>
              <w:t>师：像这样求几个相同加数和的加法算式，可以用乘法表示。[板书课题：乘法的初步认识(1)]</w:t>
            </w:r>
          </w:p>
          <w:p>
            <w:pPr>
              <w:spacing w:after="20" w:line="276" w:lineRule="auto"/>
            </w:pPr>
            <w:r>
              <w:rPr>
                <w:rFonts w:ascii="宋体" w:hAnsi="宋体" w:eastAsia="宋体"/>
                <w:b w:val="0"/>
                <w:sz w:val="18"/>
              </w:rPr>
              <w:t>(2)明确乘法的意义。</w:t>
            </w:r>
          </w:p>
          <w:p>
            <w:pPr>
              <w:spacing w:after="20" w:line="276" w:lineRule="auto"/>
            </w:pPr>
            <w:r>
              <w:rPr>
                <w:rFonts w:ascii="宋体" w:hAnsi="宋体" w:eastAsia="宋体"/>
                <w:b w:val="0"/>
                <w:sz w:val="18"/>
              </w:rPr>
              <w:t>师：求5个3的和可以写成课件里的样子。(出示课件)</w:t>
            </w:r>
          </w:p>
          <w:p>
            <w:pPr>
              <w:spacing w:after="20" w:line="276" w:lineRule="auto"/>
            </w:pPr>
            <w:r>
              <w:rPr>
                <w:rFonts w:ascii="宋体" w:hAnsi="宋体" w:eastAsia="宋体"/>
                <w:b w:val="0"/>
                <w:sz w:val="18"/>
              </w:rPr>
              <w:t>师：仔细观察这个乘法算式，这里的“3”表示什么？“5”呢？</w:t>
            </w:r>
          </w:p>
          <w:p>
            <w:pPr>
              <w:spacing w:after="20" w:line="276" w:lineRule="auto"/>
            </w:pPr>
            <w:r>
              <w:rPr>
                <w:rFonts w:ascii="宋体" w:hAnsi="宋体" w:eastAsia="宋体"/>
                <w:b w:val="0"/>
                <w:sz w:val="18"/>
              </w:rPr>
              <w:t>“3”表示相同的加数，“5”表示相同加数的个数。</w:t>
            </w:r>
          </w:p>
          <w:p>
            <w:pPr>
              <w:spacing w:after="20" w:line="276" w:lineRule="auto"/>
            </w:pPr>
            <w:r>
              <w:rPr>
                <w:rFonts w:ascii="宋体" w:hAnsi="宋体" w:eastAsia="宋体"/>
                <w:b w:val="0"/>
                <w:sz w:val="18"/>
              </w:rPr>
              <w:t>师：乘法算式中的每个数都有自己的名称。“5”和“3”在这个乘法算式中叫“乘数”，“15”是这两个乘数相乘的得数，叫“积”。(板书)</w:t>
            </w:r>
          </w:p>
          <w:p>
            <w:pPr>
              <w:spacing w:after="20" w:line="276" w:lineRule="auto"/>
            </w:pPr>
            <w:r>
              <w:rPr>
                <w:rFonts w:ascii="宋体" w:hAnsi="宋体" w:eastAsia="宋体"/>
                <w:b w:val="0"/>
                <w:sz w:val="18"/>
              </w:rPr>
              <w:t>(3)学习乘号的写法和读法。</w:t>
            </w:r>
          </w:p>
          <w:p>
            <w:pPr>
              <w:spacing w:after="20" w:line="276" w:lineRule="auto"/>
            </w:pPr>
            <w:r>
              <w:rPr>
                <w:rFonts w:ascii="宋体" w:hAnsi="宋体" w:eastAsia="宋体"/>
                <w:b w:val="0"/>
                <w:sz w:val="18"/>
              </w:rPr>
              <w:t>师：如果有9个2相加，该怎样写成乘法算式？</w:t>
            </w:r>
          </w:p>
          <w:p>
            <w:pPr>
              <w:spacing w:after="20" w:line="276" w:lineRule="auto"/>
            </w:pPr>
            <w:r>
              <w:rPr>
                <w:rFonts w:ascii="宋体" w:hAnsi="宋体" w:eastAsia="宋体"/>
                <w:b w:val="0"/>
                <w:sz w:val="18"/>
              </w:rPr>
              <w:t>指名学生回答，并追问算式各部分分别表示什么。</w:t>
            </w:r>
          </w:p>
          <w:p>
            <w:pPr>
              <w:spacing w:after="20" w:line="276" w:lineRule="auto"/>
            </w:pPr>
            <w:r>
              <w:rPr>
                <w:rFonts w:ascii="宋体" w:hAnsi="宋体" w:eastAsia="宋体"/>
                <w:b w:val="0"/>
                <w:sz w:val="18"/>
              </w:rPr>
              <w:t>(4)课件介绍乘号的来历。(课件出示教科书P15“你知道吗？”)</w:t>
            </w:r>
          </w:p>
          <w:p>
            <w:pPr>
              <w:spacing w:after="20" w:line="276" w:lineRule="auto"/>
            </w:pPr>
            <w:r>
              <w:rPr>
                <w:rFonts w:ascii="宋体" w:hAnsi="宋体" w:eastAsia="宋体"/>
                <w:b w:val="0"/>
                <w:sz w:val="18"/>
              </w:rPr>
              <w:t>(5)比较两种算式，体会乘法的简便。</w:t>
            </w:r>
          </w:p>
          <w:p>
            <w:pPr>
              <w:spacing w:after="20" w:line="276" w:lineRule="auto"/>
            </w:pPr>
            <w:r>
              <w:rPr>
                <w:rFonts w:ascii="宋体" w:hAnsi="宋体" w:eastAsia="宋体"/>
                <w:b w:val="0"/>
                <w:sz w:val="18"/>
              </w:rPr>
              <w:t>师：什么情况下才能用乘法计算？</w:t>
            </w:r>
          </w:p>
          <w:p>
            <w:pPr>
              <w:spacing w:after="20" w:line="276" w:lineRule="auto"/>
            </w:pPr>
            <w:r>
              <w:rPr>
                <w:rFonts w:ascii="宋体" w:hAnsi="宋体" w:eastAsia="宋体"/>
                <w:b w:val="0"/>
                <w:sz w:val="18"/>
              </w:rPr>
              <w:t>师小结：求几个相同加数的和，可以用乘法表示。(板书)</w:t>
            </w:r>
          </w:p>
        </w:tc>
        <w:tc>
          <w:tcPr>
            <w:tcW w:type="dxa" w:w="3061"/>
          </w:tcPr>
          <w:p>
            <w:pPr>
              <w:spacing w:after="20" w:line="276" w:lineRule="auto"/>
            </w:pPr>
            <w:r/>
            <w:r>
              <w:rPr>
                <w:rFonts w:ascii="宋体" w:hAnsi="宋体" w:eastAsia="宋体"/>
                <w:b w:val="0"/>
                <w:sz w:val="18"/>
              </w:rPr>
              <w:t>学生回答，教师板书：2＋2＋2＋2＋2＋2＋2＝14。</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设计递进式探究活动，引导学生在动手实践与合作交流中经历知识形成过程，突破本课重难点，核心问题："每架小飞机上的人数有什么特点呢？"</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1.完成教科书P12“做一做”第1题。</w:t>
            </w:r>
          </w:p>
          <w:p>
            <w:pPr>
              <w:spacing w:after="20" w:line="276" w:lineRule="auto"/>
            </w:pPr>
            <w:r>
              <w:rPr>
                <w:rFonts w:ascii="宋体" w:hAnsi="宋体" w:eastAsia="宋体"/>
                <w:b w:val="0"/>
                <w:sz w:val="18"/>
              </w:rPr>
              <w:t>2．完成教科书P12“做一做”第2题。</w:t>
            </w:r>
          </w:p>
          <w:p>
            <w:pPr>
              <w:spacing w:after="20" w:line="276" w:lineRule="auto"/>
            </w:pPr>
            <w:r>
              <w:rPr>
                <w:rFonts w:ascii="宋体" w:hAnsi="宋体" w:eastAsia="宋体"/>
                <w:b w:val="0"/>
                <w:sz w:val="18"/>
              </w:rPr>
              <w:t>先让学生圈一圈，数出几个几相加，再列乘法算式计算。</w:t>
            </w:r>
          </w:p>
        </w:tc>
        <w:tc>
          <w:tcPr>
            <w:tcW w:type="dxa" w:w="3061"/>
          </w:tcPr>
          <w:p>
            <w:pPr>
              <w:spacing w:after="20" w:line="276" w:lineRule="auto"/>
            </w:pPr>
            <w:r/>
            <w:r>
              <w:rPr>
                <w:rFonts w:ascii="宋体" w:hAnsi="宋体" w:eastAsia="宋体"/>
                <w:b w:val="0"/>
                <w:sz w:val="18"/>
              </w:rPr>
              <w:t>学生拿出小棒摆一摆，根据摆法填空。</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师：通过本节课的学习，我们知道了加数相同的加法还可以用乘法计算，并能把加数相同的加法算式写成乘法算式，还认识了乘法算式的各部分名称，进一步掌握了相同加数连加与乘法的关系。</w:t>
            </w:r>
          </w:p>
          <w:p>
            <w:pPr>
              <w:spacing w:after="20" w:line="276" w:lineRule="auto"/>
            </w:pPr>
            <w:r>
              <w:rPr>
                <w:rFonts w:ascii="宋体" w:hAnsi="宋体" w:eastAsia="宋体"/>
                <w:b w:val="0"/>
                <w:sz w:val="18"/>
              </w:rPr>
              <w:t>从学生熟悉的游乐园情境入手，让学生观察、交流，发现数学信息并提出问题。依托主题图，引导学生发现几个相同加数连加与“几个几相加”的联系，初步感知乘法的意义，经历从具体事物中抽象、概括出乘法概念的过程。引导学生认识到乘法是几个相同加数连加的简便方法，体会加法与乘法的密切联系，通过对比相同加数连加算式与乘法算式，感受乘法的简便性，培养学生观察、分析、比较及概括能力。练习中通过多种数学活动，如摆小棒、填空等，让学生在活动中学习，培养合作学习意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乘法的初步认识(1)</w:t>
      </w:r>
    </w:p>
    <w:p>
      <w:pPr>
        <w:spacing w:after="40" w:line="300" w:lineRule="auto"/>
      </w:pPr>
      <w:r>
        <w:rPr>
          <w:rFonts w:ascii="宋体" w:hAnsi="宋体" w:eastAsia="宋体"/>
          <w:b w:val="0"/>
          <w:sz w:val="20"/>
        </w:rPr>
        <w:t>加法算式：3＋3＋3＋3＋3＝15</w:t>
      </w:r>
    </w:p>
    <w:p>
      <w:pPr>
        <w:spacing w:after="40" w:line="300" w:lineRule="auto"/>
      </w:pPr>
      <w:r>
        <w:rPr>
          <w:rFonts w:ascii="宋体" w:hAnsi="宋体" w:eastAsia="宋体"/>
          <w:b w:val="0"/>
          <w:sz w:val="20"/>
        </w:rPr>
        <w:t>6＋6＋6＋6＝24</w:t>
      </w:r>
    </w:p>
    <w:p>
      <w:pPr>
        <w:spacing w:after="40" w:line="300" w:lineRule="auto"/>
      </w:pPr>
      <w:r>
        <w:rPr>
          <w:rFonts w:ascii="宋体" w:hAnsi="宋体" w:eastAsia="宋体"/>
          <w:b w:val="0"/>
          <w:sz w:val="20"/>
        </w:rPr>
        <w:t>2＋2＋2＋2＋2＋2＋2＝14</w:t>
      </w:r>
    </w:p>
    <w:p>
      <w:pPr>
        <w:spacing w:after="40" w:line="300" w:lineRule="auto"/>
      </w:pPr>
      <w:r>
        <w:rPr>
          <w:rFonts w:ascii="宋体" w:hAnsi="宋体" w:eastAsia="宋体"/>
          <w:b w:val="0"/>
          <w:sz w:val="20"/>
        </w:rPr>
        <w:t>求几个相同加数的和，可以用乘法表示。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教科书P10～12例1，完成教科书P12“做一做”。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从课堂中可以看出，学生虽然已经知道了一些有关乘法的知识，如乘法算式的读写、一些乘法口诀等，但乘法的意义对于大多数学生来说还是挺陌生的。课一开始，在数小飞机上的人数时，针对学生说的“3个3个地数”，教师给予重视并有意识地将数数与加法算式联系起来，再圈一圈，突出“几个几相加”，为学生在后面学习乘法的意义奠定基础，使他们的学习变得相对容易轻松。</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2、3、4的乘法口诀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2、3、4的乘法口诀</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教学内容：教科书P17例2和“试一试”，完成教科书P18“做一做”和P19“练一练”第1题。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（1）经历2、3、4的乘法口诀的编制过程，并熟记2、3、4的乘法口诀。</w:t>
      </w:r>
    </w:p>
    <w:p>
      <w:pPr>
        <w:spacing w:after="20" w:line="300" w:lineRule="auto"/>
        <w:ind w:firstLine="400"/>
      </w:pPr>
      <w:r>
        <w:rPr>
          <w:rFonts w:ascii="宋体" w:hAnsi="宋体" w:eastAsia="宋体"/>
          <w:b w:val="0"/>
          <w:sz w:val="20"/>
        </w:rPr>
        <w:t>（2）正确应用2、3、4的乘法口诀计算乘法算式题，进一步体会乘法口诀在计算中的作用，提高学生的计算能力。</w:t>
      </w:r>
    </w:p>
    <w:p>
      <w:pPr>
        <w:spacing w:after="20" w:line="300" w:lineRule="auto"/>
        <w:ind w:firstLine="400"/>
      </w:pPr>
      <w:r>
        <w:rPr>
          <w:rFonts w:ascii="宋体" w:hAnsi="宋体" w:eastAsia="宋体"/>
          <w:b w:val="0"/>
          <w:sz w:val="20"/>
        </w:rPr>
        <w:t>（3）掌握编制乘法口诀的规律，培养学生的计算能力和应用能力。</w:t>
      </w:r>
    </w:p>
    <w:p>
      <w:pPr>
        <w:spacing w:after="20" w:line="300" w:lineRule="auto"/>
      </w:pPr>
      <w:r>
        <w:rPr>
          <w:rFonts w:ascii="宋体" w:hAnsi="宋体" w:eastAsia="宋体"/>
          <w:b w:val="0"/>
          <w:sz w:val="20"/>
        </w:rPr>
        <w:t>教学重点：理解并熟记2、3、4的乘法口诀。</w:t>
      </w:r>
    </w:p>
    <w:p>
      <w:pPr>
        <w:spacing w:after="20" w:line="300" w:lineRule="auto"/>
      </w:pPr>
      <w:r>
        <w:rPr>
          <w:rFonts w:ascii="宋体" w:hAnsi="宋体" w:eastAsia="宋体"/>
          <w:b w:val="0"/>
          <w:sz w:val="20"/>
        </w:rPr>
        <w:t>教学难点：自主编制2、3、4的乘法口诀。</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我们已经学习了5的乘法口诀，同学们掌握得非常好！今天我们来编制2、3、4的乘法口诀。有信心吗？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编制4的乘法口诀</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说说盒子里的汤圆是怎样排列的？；一共有多少个汤圆？</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三、发现1～5的乘法口诀的规律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观察1～5的乘法口诀，你有什么发现？</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四、巩固练习，深化理解</w:t>
            </w:r>
          </w:p>
        </w:tc>
        <w:tc>
          <w:tcPr>
            <w:tcW w:type="dxa" w:w="1814"/>
          </w:tcPr>
          <w:p>
            <w:pPr>
              <w:spacing w:after="20" w:line="276" w:lineRule="auto"/>
            </w:pPr>
            <w:r/>
            <w:r>
              <w:rPr>
                <w:rFonts w:ascii="宋体" w:hAnsi="宋体" w:eastAsia="宋体"/>
                <w:b w:val="0"/>
                <w:sz w:val="18"/>
              </w:rPr>
              <w:t>教科书、图片、课件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复习旧知识，导入新课</w:t>
            </w:r>
          </w:p>
        </w:tc>
        <w:tc>
          <w:tcPr>
            <w:tcW w:type="dxa" w:w="3061"/>
          </w:tcPr>
          <w:p>
            <w:pPr>
              <w:spacing w:after="20" w:line="276" w:lineRule="auto"/>
            </w:pPr>
            <w:r/>
            <w:r>
              <w:rPr>
                <w:rFonts w:ascii="宋体" w:hAnsi="宋体" w:eastAsia="宋体"/>
                <w:b w:val="0"/>
                <w:sz w:val="18"/>
              </w:rPr>
              <w:t>1.复习旧知。</w:t>
            </w:r>
          </w:p>
          <w:p>
            <w:pPr>
              <w:spacing w:after="20" w:line="276" w:lineRule="auto"/>
            </w:pPr>
            <w:r>
              <w:rPr>
                <w:rFonts w:ascii="宋体" w:hAnsi="宋体" w:eastAsia="宋体"/>
                <w:b w:val="0"/>
                <w:sz w:val="18"/>
              </w:rPr>
              <w:t>教师可以通过开火车、对口令的方式，帮助学生复习5的乘法口诀。</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师：我们已经学习了5的乘法口诀，同学们掌握得非常好！今天我们来编制2、3、4的乘法口诀。有信心吗？(板书课题：2、3、4的乘法口诀)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创设情境激活学生已有经验，自然引出本课学习内容，激发学习兴趣，核心问题："我们已经学习了5的乘法口诀，同学们掌握得非常好！今天我们来编制2、3、4的乘法口诀。有信心吗？"</w:t>
            </w:r>
          </w:p>
        </w:tc>
      </w:tr>
      <w:tr>
        <w:tc>
          <w:tcPr>
            <w:tcW w:type="dxa" w:w="1474"/>
          </w:tcPr>
          <w:p>
            <w:pPr>
              <w:spacing w:after="20" w:line="276" w:lineRule="auto"/>
            </w:pPr>
            <w:r>
              <w:rPr>
                <w:b/>
              </w:rPr>
            </w:r>
            <w:r>
              <w:rPr>
                <w:rFonts w:ascii="宋体" w:hAnsi="宋体" w:eastAsia="宋体"/>
                <w:b/>
                <w:sz w:val="18"/>
              </w:rPr>
              <w:t>编制4的乘法口诀</w:t>
            </w:r>
          </w:p>
        </w:tc>
        <w:tc>
          <w:tcPr>
            <w:tcW w:type="dxa" w:w="3061"/>
          </w:tcPr>
          <w:p>
            <w:pPr>
              <w:spacing w:after="20" w:line="276" w:lineRule="auto"/>
            </w:pPr>
            <w:r/>
            <w:r>
              <w:rPr>
                <w:rFonts w:ascii="宋体" w:hAnsi="宋体" w:eastAsia="宋体"/>
                <w:b w:val="0"/>
                <w:sz w:val="18"/>
              </w:rPr>
              <w:t>1.自主探究4的乘法口诀。</w:t>
            </w:r>
          </w:p>
          <w:p>
            <w:pPr>
              <w:spacing w:after="20" w:line="276" w:lineRule="auto"/>
            </w:pPr>
            <w:r>
              <w:rPr>
                <w:rFonts w:ascii="宋体" w:hAnsi="宋体" w:eastAsia="宋体"/>
                <w:b w:val="0"/>
                <w:sz w:val="18"/>
              </w:rPr>
              <w:t>课件出示教科书P17例2情境图。</w:t>
            </w:r>
          </w:p>
          <w:p>
            <w:pPr>
              <w:spacing w:after="20" w:line="276" w:lineRule="auto"/>
            </w:pPr>
            <w:r>
              <w:rPr>
                <w:rFonts w:ascii="宋体" w:hAnsi="宋体" w:eastAsia="宋体"/>
                <w:b w:val="0"/>
                <w:sz w:val="18"/>
              </w:rPr>
              <w:t>师：说说盒子里的汤圆是怎样排列的？</w:t>
            </w:r>
          </w:p>
          <w:p>
            <w:pPr>
              <w:spacing w:after="20" w:line="276" w:lineRule="auto"/>
            </w:pPr>
            <w:r>
              <w:rPr>
                <w:rFonts w:ascii="宋体" w:hAnsi="宋体" w:eastAsia="宋体"/>
                <w:b w:val="0"/>
                <w:sz w:val="18"/>
              </w:rPr>
              <w:t>横着看，每行4个，有这样的4行；竖着看，每列4个，有这样的4列。</w:t>
            </w:r>
          </w:p>
          <w:p>
            <w:pPr>
              <w:spacing w:after="20" w:line="276" w:lineRule="auto"/>
            </w:pPr>
            <w:r>
              <w:rPr>
                <w:rFonts w:ascii="宋体" w:hAnsi="宋体" w:eastAsia="宋体"/>
                <w:b w:val="0"/>
                <w:sz w:val="18"/>
              </w:rPr>
              <w:t>师：一共有多少个汤圆？填一填。</w:t>
            </w:r>
          </w:p>
          <w:p>
            <w:pPr>
              <w:spacing w:after="20" w:line="276" w:lineRule="auto"/>
            </w:pPr>
            <w:r>
              <w:rPr>
                <w:rFonts w:ascii="宋体" w:hAnsi="宋体" w:eastAsia="宋体"/>
                <w:b w:val="0"/>
                <w:sz w:val="18"/>
              </w:rPr>
              <w:t>4(板书)</w:t>
            </w:r>
          </w:p>
          <w:p>
            <w:pPr>
              <w:spacing w:after="20" w:line="276" w:lineRule="auto"/>
            </w:pPr>
            <w:r>
              <w:rPr>
                <w:rFonts w:ascii="宋体" w:hAnsi="宋体" w:eastAsia="宋体"/>
                <w:b w:val="0"/>
                <w:sz w:val="18"/>
              </w:rPr>
              <w:t>师：根据前面的学习经验猜一猜，4的乘法口诀有几句？</w:t>
            </w:r>
          </w:p>
          <w:p>
            <w:pPr>
              <w:spacing w:after="20" w:line="276" w:lineRule="auto"/>
            </w:pPr>
            <w:r>
              <w:rPr>
                <w:rFonts w:ascii="宋体" w:hAnsi="宋体" w:eastAsia="宋体"/>
                <w:b w:val="0"/>
                <w:sz w:val="18"/>
              </w:rPr>
              <w:t>4句。</w:t>
            </w:r>
          </w:p>
          <w:p>
            <w:pPr>
              <w:spacing w:after="20" w:line="276" w:lineRule="auto"/>
            </w:pPr>
            <w:r>
              <w:rPr>
                <w:rFonts w:ascii="宋体" w:hAnsi="宋体" w:eastAsia="宋体"/>
                <w:b w:val="0"/>
                <w:sz w:val="18"/>
              </w:rPr>
              <w:t>师：说一说每个乘法算式的含义和对应乘法口诀的含义。</w:t>
            </w:r>
          </w:p>
          <w:p>
            <w:pPr>
              <w:spacing w:after="20" w:line="276" w:lineRule="auto"/>
            </w:pPr>
            <w:r>
              <w:rPr>
                <w:rFonts w:ascii="宋体" w:hAnsi="宋体" w:eastAsia="宋体"/>
                <w:b w:val="0"/>
                <w:sz w:val="18"/>
              </w:rPr>
              <w:t>一行有4个汤圆，1个4是4，口诀是“一四得四”，两行有……(板书：一四得四……)</w:t>
            </w:r>
          </w:p>
          <w:p>
            <w:pPr>
              <w:spacing w:after="20" w:line="276" w:lineRule="auto"/>
            </w:pPr>
            <w:r>
              <w:rPr>
                <w:rFonts w:ascii="宋体" w:hAnsi="宋体" w:eastAsia="宋体"/>
                <w:b w:val="0"/>
                <w:sz w:val="18"/>
              </w:rPr>
              <w:t>师：你是怎样知道“三四十二”的？12这个结果是怎样算出来的？</w:t>
            </w:r>
          </w:p>
          <w:p>
            <w:pPr>
              <w:spacing w:after="20" w:line="276" w:lineRule="auto"/>
            </w:pPr>
            <w:r>
              <w:rPr>
                <w:rFonts w:ascii="宋体" w:hAnsi="宋体" w:eastAsia="宋体"/>
                <w:b w:val="0"/>
                <w:sz w:val="18"/>
              </w:rPr>
              <w:t>引导学生说出是3个4逐次累加起来的。</w:t>
            </w:r>
          </w:p>
          <w:p>
            <w:pPr>
              <w:spacing w:after="20" w:line="276" w:lineRule="auto"/>
            </w:pPr>
            <w:r>
              <w:rPr>
                <w:rFonts w:ascii="宋体" w:hAnsi="宋体" w:eastAsia="宋体"/>
                <w:b w:val="0"/>
                <w:sz w:val="18"/>
              </w:rPr>
              <w:t>3．编制3的乘法口诀。</w:t>
            </w:r>
          </w:p>
          <w:p>
            <w:pPr>
              <w:spacing w:after="20" w:line="276" w:lineRule="auto"/>
            </w:pPr>
            <w:r>
              <w:rPr>
                <w:rFonts w:ascii="宋体" w:hAnsi="宋体" w:eastAsia="宋体"/>
                <w:b w:val="0"/>
                <w:sz w:val="18"/>
              </w:rPr>
              <w:t>师：你能自己编制3的乘法口诀吗？</w:t>
            </w:r>
          </w:p>
          <w:p>
            <w:pPr>
              <w:spacing w:after="20" w:line="276" w:lineRule="auto"/>
            </w:pPr>
            <w:r>
              <w:rPr>
                <w:rFonts w:ascii="宋体" w:hAnsi="宋体" w:eastAsia="宋体"/>
                <w:b w:val="0"/>
                <w:sz w:val="18"/>
              </w:rPr>
              <w:t>4．编制2的乘法口诀。</w:t>
            </w:r>
          </w:p>
          <w:p>
            <w:pPr>
              <w:spacing w:after="20" w:line="276" w:lineRule="auto"/>
            </w:pPr>
            <w:r>
              <w:rPr>
                <w:rFonts w:ascii="宋体" w:hAnsi="宋体" w:eastAsia="宋体"/>
                <w:b w:val="0"/>
                <w:sz w:val="18"/>
              </w:rPr>
              <w:t>师：根据前面的学习经验，请互编2的乘法口诀给同桌听。</w:t>
            </w:r>
          </w:p>
          <w:p>
            <w:pPr>
              <w:spacing w:after="20" w:line="276" w:lineRule="auto"/>
            </w:pPr>
            <w:r>
              <w:rPr>
                <w:rFonts w:ascii="宋体" w:hAnsi="宋体" w:eastAsia="宋体"/>
                <w:b w:val="0"/>
                <w:sz w:val="18"/>
              </w:rPr>
              <w:t>师：同学们编制了2、3、4的口诀，你知道“1×1”等于多少吗？1的乘法口诀又是什么呢？</w:t>
            </w:r>
          </w:p>
        </w:tc>
        <w:tc>
          <w:tcPr>
            <w:tcW w:type="dxa" w:w="3061"/>
          </w:tcPr>
          <w:p>
            <w:pPr>
              <w:spacing w:after="20" w:line="276" w:lineRule="auto"/>
            </w:pPr>
            <w:r/>
            <w:r>
              <w:rPr>
                <w:rFonts w:ascii="宋体" w:hAnsi="宋体" w:eastAsia="宋体"/>
                <w:b w:val="0"/>
                <w:sz w:val="18"/>
              </w:rPr>
              <w:t>学生自主填空。</w:t>
            </w:r>
          </w:p>
          <w:p>
            <w:pPr>
              <w:spacing w:after="20" w:line="276" w:lineRule="auto"/>
            </w:pPr>
            <w:r>
              <w:rPr>
                <w:rFonts w:ascii="宋体" w:hAnsi="宋体" w:eastAsia="宋体"/>
                <w:b w:val="0"/>
                <w:sz w:val="18"/>
              </w:rPr>
              <w:t>小组合作讨论，完成教科书P17例2中相应的乘法算式并编制4的乘法口诀。</w:t>
            </w:r>
          </w:p>
          <w:p>
            <w:pPr>
              <w:spacing w:after="20" w:line="276" w:lineRule="auto"/>
            </w:pPr>
            <w:r>
              <w:rPr>
                <w:rFonts w:ascii="宋体" w:hAnsi="宋体" w:eastAsia="宋体"/>
                <w:b w:val="0"/>
                <w:sz w:val="18"/>
              </w:rPr>
              <w:t>2．学生汇报4的乘法口诀。</w:t>
            </w:r>
          </w:p>
          <w:p>
            <w:pPr>
              <w:spacing w:after="20" w:line="276" w:lineRule="auto"/>
            </w:pPr>
            <w:r>
              <w:rPr>
                <w:rFonts w:ascii="宋体" w:hAnsi="宋体" w:eastAsia="宋体"/>
                <w:b w:val="0"/>
                <w:sz w:val="18"/>
              </w:rPr>
              <w:t>学生汇报交流，教师板书3的乘法口诀，课件同时呈现：</w:t>
            </w:r>
          </w:p>
          <w:p>
            <w:pPr>
              <w:spacing w:after="20" w:line="276" w:lineRule="auto"/>
            </w:pPr>
            <w:r>
              <w:rPr>
                <w:rFonts w:ascii="宋体" w:hAnsi="宋体" w:eastAsia="宋体"/>
                <w:b w:val="0"/>
                <w:sz w:val="18"/>
              </w:rPr>
              <w:t>学生交流汇报，教师板书2的乘法口诀，课件同时呈现：</w:t>
            </w:r>
          </w:p>
          <w:p>
            <w:pPr>
              <w:spacing w:after="20" w:line="276" w:lineRule="auto"/>
            </w:pPr>
            <w:r>
              <w:rPr>
                <w:rFonts w:ascii="宋体" w:hAnsi="宋体" w:eastAsia="宋体"/>
                <w:b w:val="0"/>
                <w:sz w:val="18"/>
              </w:rPr>
              <w:t>学生都能回答出1这个答案，也可以由前面的经验推出“一一得一”。</w:t>
            </w:r>
          </w:p>
        </w:tc>
        <w:tc>
          <w:tcPr>
            <w:tcW w:type="dxa" w:w="1814"/>
          </w:tcPr>
          <w:p>
            <w:pPr>
              <w:spacing w:after="20" w:line="276" w:lineRule="auto"/>
            </w:pPr>
            <w:r/>
            <w:r>
              <w:rPr>
                <w:rFonts w:ascii="宋体" w:hAnsi="宋体" w:eastAsia="宋体"/>
                <w:b w:val="0"/>
                <w:sz w:val="18"/>
              </w:rPr>
              <w:t>围绕环节目标组织学习活动，引导学生主动参与、积极思考，核心问题："说说盒子里的汤圆是怎样排列的？"</w:t>
            </w:r>
          </w:p>
        </w:tc>
      </w:tr>
      <w:tr>
        <w:tc>
          <w:tcPr>
            <w:tcW w:type="dxa" w:w="1474"/>
          </w:tcPr>
          <w:p>
            <w:pPr>
              <w:spacing w:after="20" w:line="276" w:lineRule="auto"/>
            </w:pPr>
            <w:r>
              <w:rPr>
                <w:b/>
              </w:rPr>
            </w:r>
            <w:r>
              <w:rPr>
                <w:rFonts w:ascii="宋体" w:hAnsi="宋体" w:eastAsia="宋体"/>
                <w:b/>
                <w:sz w:val="18"/>
              </w:rPr>
              <w:t>三、发现1～5的乘法口诀的规律</w:t>
            </w:r>
          </w:p>
        </w:tc>
        <w:tc>
          <w:tcPr>
            <w:tcW w:type="dxa" w:w="3061"/>
          </w:tcPr>
          <w:p>
            <w:pPr>
              <w:spacing w:after="20" w:line="276" w:lineRule="auto"/>
            </w:pPr>
            <w:r/>
            <w:r>
              <w:rPr>
                <w:rFonts w:ascii="宋体" w:hAnsi="宋体" w:eastAsia="宋体"/>
                <w:b w:val="0"/>
                <w:sz w:val="18"/>
              </w:rPr>
              <w:t>1．课件出示。</w:t>
            </w:r>
          </w:p>
          <w:p>
            <w:pPr>
              <w:spacing w:after="20" w:line="276" w:lineRule="auto"/>
            </w:pPr>
            <w:r>
              <w:rPr>
                <w:rFonts w:ascii="宋体" w:hAnsi="宋体" w:eastAsia="宋体"/>
                <w:b w:val="0"/>
                <w:sz w:val="18"/>
              </w:rPr>
              <w:t>课件出示1～5的乘法口诀。</w:t>
            </w:r>
          </w:p>
          <w:p>
            <w:pPr>
              <w:spacing w:after="20" w:line="276" w:lineRule="auto"/>
            </w:pPr>
            <w:r>
              <w:rPr>
                <w:rFonts w:ascii="宋体" w:hAnsi="宋体" w:eastAsia="宋体"/>
                <w:b w:val="0"/>
                <w:sz w:val="18"/>
              </w:rPr>
              <w:t>1～5的乘法口诀</w:t>
            </w:r>
          </w:p>
          <w:p>
            <w:pPr>
              <w:spacing w:after="20" w:line="276" w:lineRule="auto"/>
            </w:pPr>
            <w:r>
              <w:rPr>
                <w:rFonts w:ascii="宋体" w:hAnsi="宋体" w:eastAsia="宋体"/>
                <w:b w:val="0"/>
                <w:sz w:val="18"/>
              </w:rPr>
              <w:t>2．探究规律。</w:t>
            </w:r>
          </w:p>
          <w:p>
            <w:pPr>
              <w:spacing w:after="20" w:line="276" w:lineRule="auto"/>
            </w:pPr>
            <w:r>
              <w:rPr>
                <w:rFonts w:ascii="宋体" w:hAnsi="宋体" w:eastAsia="宋体"/>
                <w:b w:val="0"/>
                <w:sz w:val="18"/>
              </w:rPr>
              <w:t>师：观察1～5的乘法口诀，你有什么发现？</w:t>
            </w:r>
          </w:p>
          <w:p>
            <w:pPr>
              <w:spacing w:after="20" w:line="276" w:lineRule="auto"/>
            </w:pPr>
            <w:r>
              <w:rPr>
                <w:rFonts w:ascii="宋体" w:hAnsi="宋体" w:eastAsia="宋体"/>
                <w:b w:val="0"/>
                <w:sz w:val="18"/>
              </w:rPr>
              <w:t>引导学生尝试背口诀。先让学生自己按顺序背，再同桌互相背。</w:t>
            </w:r>
          </w:p>
        </w:tc>
        <w:tc>
          <w:tcPr>
            <w:tcW w:type="dxa" w:w="3061"/>
          </w:tcPr>
          <w:p>
            <w:pPr>
              <w:spacing w:after="20" w:line="276" w:lineRule="auto"/>
            </w:pPr>
            <w:r/>
            <w:r>
              <w:rPr>
                <w:rFonts w:ascii="宋体" w:hAnsi="宋体" w:eastAsia="宋体"/>
                <w:b w:val="0"/>
                <w:sz w:val="18"/>
              </w:rPr>
              <w:t>学生会发现很多规律，如：横着看、竖着看、斜着看分别有什么规律。</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围绕环节目标组织学习活动，引导学生主动参与、积极思考，核心问题："观察1～5的乘法口诀，你有什么发现？"</w:t>
            </w:r>
          </w:p>
        </w:tc>
      </w:tr>
      <w:tr>
        <w:tc>
          <w:tcPr>
            <w:tcW w:type="dxa" w:w="1474"/>
          </w:tcPr>
          <w:p>
            <w:pPr>
              <w:spacing w:after="20" w:line="276" w:lineRule="auto"/>
            </w:pPr>
            <w:r>
              <w:rPr>
                <w:b/>
              </w:rPr>
            </w:r>
            <w:r>
              <w:rPr>
                <w:rFonts w:ascii="宋体" w:hAnsi="宋体" w:eastAsia="宋体"/>
                <w:b/>
                <w:sz w:val="18"/>
              </w:rPr>
              <w:t>四、巩固练习，深化理解</w:t>
            </w:r>
          </w:p>
        </w:tc>
        <w:tc>
          <w:tcPr>
            <w:tcW w:type="dxa" w:w="3061"/>
          </w:tcPr>
          <w:p>
            <w:pPr>
              <w:spacing w:after="20" w:line="276" w:lineRule="auto"/>
            </w:pPr>
            <w:r/>
            <w:r>
              <w:rPr>
                <w:rFonts w:ascii="宋体" w:hAnsi="宋体" w:eastAsia="宋体"/>
                <w:b w:val="0"/>
                <w:sz w:val="18"/>
              </w:rPr>
              <w:t>1.完成教科书P18“做一做”第1题。</w:t>
            </w:r>
          </w:p>
          <w:p>
            <w:pPr>
              <w:spacing w:after="20" w:line="276" w:lineRule="auto"/>
            </w:pPr>
            <w:r>
              <w:rPr>
                <w:rFonts w:ascii="宋体" w:hAnsi="宋体" w:eastAsia="宋体"/>
                <w:b w:val="0"/>
                <w:sz w:val="18"/>
              </w:rPr>
              <w:t>让学生先计算，再同桌互相说一说所用的口诀，最后判断说的口诀是否正确。</w:t>
            </w:r>
          </w:p>
          <w:p>
            <w:pPr>
              <w:spacing w:after="20" w:line="276" w:lineRule="auto"/>
            </w:pPr>
            <w:r>
              <w:rPr>
                <w:rFonts w:ascii="宋体" w:hAnsi="宋体" w:eastAsia="宋体"/>
                <w:b w:val="0"/>
                <w:sz w:val="18"/>
              </w:rPr>
              <w:t>2．完成教科书P18“做一做”第2题。</w:t>
            </w:r>
          </w:p>
          <w:p>
            <w:pPr>
              <w:spacing w:after="20" w:line="276" w:lineRule="auto"/>
            </w:pPr>
            <w:r>
              <w:rPr>
                <w:rFonts w:ascii="宋体" w:hAnsi="宋体" w:eastAsia="宋体"/>
                <w:b w:val="0"/>
                <w:sz w:val="18"/>
              </w:rPr>
              <w:t>先看图分析分别要用到几的口诀，然后填写算式。</w:t>
            </w:r>
          </w:p>
          <w:p>
            <w:pPr>
              <w:spacing w:after="20" w:line="276" w:lineRule="auto"/>
            </w:pPr>
            <w:r>
              <w:rPr>
                <w:rFonts w:ascii="宋体" w:hAnsi="宋体" w:eastAsia="宋体"/>
                <w:b w:val="0"/>
                <w:sz w:val="18"/>
              </w:rPr>
              <w:t>3．完成教科书P18“做一做”第3题。</w:t>
            </w:r>
          </w:p>
          <w:p>
            <w:pPr>
              <w:spacing w:after="20" w:line="276" w:lineRule="auto"/>
            </w:pPr>
            <w:r>
              <w:rPr>
                <w:rFonts w:ascii="宋体" w:hAnsi="宋体" w:eastAsia="宋体"/>
                <w:b w:val="0"/>
                <w:sz w:val="18"/>
              </w:rPr>
              <w:t>注意观察每一行，每一列的苹果数量。</w:t>
            </w:r>
          </w:p>
          <w:p>
            <w:pPr>
              <w:spacing w:after="20" w:line="276" w:lineRule="auto"/>
            </w:pPr>
            <w:r>
              <w:rPr>
                <w:rFonts w:ascii="宋体" w:hAnsi="宋体" w:eastAsia="宋体"/>
                <w:b w:val="0"/>
                <w:sz w:val="18"/>
              </w:rPr>
              <w:t>4．完成教科书P19“练一练”第1题。</w:t>
            </w:r>
          </w:p>
          <w:p>
            <w:pPr>
              <w:spacing w:after="20" w:line="276" w:lineRule="auto"/>
            </w:pPr>
            <w:r>
              <w:rPr>
                <w:rFonts w:ascii="宋体" w:hAnsi="宋体" w:eastAsia="宋体"/>
                <w:b w:val="0"/>
                <w:sz w:val="18"/>
              </w:rPr>
              <w:t>引导学生认真观察图片，看看青蛙、小兔子、袋鼠一次跳几格，再在图片上根据小动物每次所跳的格数画一画，最后用口诀验证所画的内容是否正确，一次跳几格，就用几的乘法口诀去计算。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通过让学生自己编制乘法口诀，经历由不规范到逐步规范的过程，使学生真正理解乘法口诀的意义，掌握编制乘法口诀的方法，为记忆和运用乘法口诀及以后乘法口诀的学习奠定基础。</w:t>
            </w:r>
          </w:p>
          <w:p>
            <w:pPr>
              <w:spacing w:after="20" w:line="276" w:lineRule="auto"/>
            </w:pPr>
            <w:r>
              <w:rPr>
                <w:rFonts w:ascii="宋体" w:hAnsi="宋体" w:eastAsia="宋体"/>
                <w:b w:val="0"/>
                <w:sz w:val="18"/>
              </w:rPr>
              <w:t>从复习5的乘法口诀入手，通过学生熟悉的汤圆激发学生学习兴趣，让学生通过观察、交流、小组合作等形式编制4的乘法口诀。然后让学生自主探索编制2、3的乘法口诀并汇报，在教学中以学生为主体，践行“做数学”理念，让学生经历“观察—思考—编制—应用”完整过程，自主构建知识，体现新课标中“重视知识形成过程”的要求。</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2、3、4的乘法口诀</w:t>
      </w:r>
    </w:p>
    <w:p>
      <w:pPr>
        <w:spacing w:after="40" w:line="300" w:lineRule="auto"/>
      </w:pPr>
      <w:r>
        <w:rPr>
          <w:rFonts w:ascii="宋体" w:hAnsi="宋体" w:eastAsia="宋体"/>
          <w:b w:val="0"/>
          <w:sz w:val="20"/>
        </w:rPr>
        <w:t>4</w:t>
      </w:r>
    </w:p>
    <w:p>
      <w:pPr>
        <w:spacing w:after="40" w:line="300" w:lineRule="auto"/>
      </w:pPr>
      <w:r>
        <w:rPr>
          <w:rFonts w:ascii="宋体" w:hAnsi="宋体" w:eastAsia="宋体"/>
          <w:b w:val="0"/>
          <w:sz w:val="20"/>
        </w:rPr>
        <w:t>一四得四　二四得八　三四十二　四四十六</w:t>
      </w:r>
    </w:p>
    <w:p>
      <w:pPr>
        <w:spacing w:after="40" w:line="300" w:lineRule="auto"/>
      </w:pPr>
      <w:r>
        <w:rPr>
          <w:rFonts w:ascii="宋体" w:hAnsi="宋体" w:eastAsia="宋体"/>
          <w:b w:val="0"/>
          <w:sz w:val="20"/>
        </w:rPr>
        <w:t>一三得三　二三得六　三三得九</w:t>
      </w:r>
    </w:p>
    <w:p>
      <w:pPr>
        <w:spacing w:after="40" w:line="300" w:lineRule="auto"/>
      </w:pPr>
      <w:r>
        <w:rPr>
          <w:rFonts w:ascii="宋体" w:hAnsi="宋体" w:eastAsia="宋体"/>
          <w:b w:val="0"/>
          <w:sz w:val="20"/>
        </w:rPr>
        <w:t>一二得二　二二得四</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教科书P17例2和“试一试”，完成教科书P18“做一做”和P19“练一练”第1题。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些学生在学习乘法口诀之前已经能背诵口诀，而有的学生对乘法口诀所知甚少，这样的两极分化现象在教学时较难控制。因此教学时，教师应把讲解的重点放在乘法的意义、编制口诀的方法与记忆口诀的引导上，放手让学生自主记忆口诀，并让学习较快的学生帮助其他学习较乏力的学生熟记口诀。</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乘法的初步认识(2)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乘法的初步认识(2)</w:t>
            </w:r>
          </w:p>
        </w:tc>
        <w:tc>
          <w:tcPr>
            <w:tcW w:type="dxa" w:w="6009"/>
          </w:tcPr>
          <w:p>
            <w:pPr>
              <w:spacing w:after="20" w:line="276" w:lineRule="auto"/>
            </w:pPr>
            <w:r/>
            <w:r>
              <w:rPr>
                <w:rFonts w:ascii="宋体" w:hAnsi="宋体" w:eastAsia="宋体"/>
                <w:b w:val="0"/>
                <w:sz w:val="20"/>
              </w:rPr>
              <w:t>第2单元 1-6的表内乘法（乘法的初步认识）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教学内容：教科书P13例2，完成教科书P13“做一做”和P14“练一练”第1～4题。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（1）结合具体情境，认识乘法算式的各部分名称，了解加法和乘法的关系。</w:t>
      </w:r>
    </w:p>
    <w:p>
      <w:pPr>
        <w:spacing w:after="20" w:line="300" w:lineRule="auto"/>
        <w:ind w:firstLine="400"/>
      </w:pPr>
      <w:r>
        <w:rPr>
          <w:rFonts w:ascii="宋体" w:hAnsi="宋体" w:eastAsia="宋体"/>
          <w:b w:val="0"/>
          <w:sz w:val="20"/>
        </w:rPr>
        <w:t>（2）进一步理解乘法的意义，会直接看图列出加法算式和乘法算式。</w:t>
      </w:r>
    </w:p>
    <w:p>
      <w:pPr>
        <w:spacing w:after="20" w:line="300" w:lineRule="auto"/>
        <w:ind w:firstLine="400"/>
      </w:pPr>
      <w:r>
        <w:rPr>
          <w:rFonts w:ascii="宋体" w:hAnsi="宋体" w:eastAsia="宋体"/>
          <w:b w:val="0"/>
          <w:sz w:val="20"/>
        </w:rPr>
        <w:t>（3）感受生活中有许多相同加数求和的问题，激发学生进一步学习数学的兴趣，培养学生认真观察、独立思考的良好习惯。</w:t>
      </w:r>
    </w:p>
    <w:p>
      <w:pPr>
        <w:spacing w:after="20" w:line="300" w:lineRule="auto"/>
      </w:pPr>
      <w:r>
        <w:rPr>
          <w:rFonts w:ascii="宋体" w:hAnsi="宋体" w:eastAsia="宋体"/>
          <w:b w:val="0"/>
          <w:sz w:val="20"/>
        </w:rPr>
        <w:t>教学重点：帮助学生理解几个相同加数连加与乘法的关系。</w:t>
      </w:r>
    </w:p>
    <w:p>
      <w:pPr>
        <w:spacing w:after="20" w:line="300" w:lineRule="auto"/>
      </w:pPr>
      <w:r>
        <w:rPr>
          <w:rFonts w:ascii="宋体" w:hAnsi="宋体" w:eastAsia="宋体"/>
          <w:b w:val="0"/>
          <w:sz w:val="20"/>
        </w:rPr>
        <w:t>教学难点：能看图列出乘法算式，进一步理解乘法的意义。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说说你是怎样想的？</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课件、教科书、情境图、圆片</w:t>
            </w:r>
          </w:p>
        </w:tc>
        <w:tc>
          <w:tcPr>
            <w:tcW w:type="dxa" w:w="3402"/>
          </w:tcPr>
          <w:p>
            <w:pPr>
              <w:spacing w:after="20" w:line="276" w:lineRule="auto"/>
            </w:pPr>
            <w:r/>
            <w:r>
              <w:rPr>
                <w:rFonts w:ascii="宋体" w:hAnsi="宋体" w:eastAsia="宋体"/>
                <w:b w:val="0"/>
                <w:sz w:val="18"/>
              </w:rPr>
              <w:t>怎样用加法和乘法列式？；请同学们分组讨论，观察这几个乘法算式，你发现了什么相同和不同的地方？</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巩固新知</w:t>
            </w:r>
          </w:p>
        </w:tc>
        <w:tc>
          <w:tcPr>
            <w:tcW w:type="dxa" w:w="1814"/>
          </w:tcPr>
          <w:p>
            <w:pPr>
              <w:spacing w:after="20" w:line="276" w:lineRule="auto"/>
            </w:pPr>
            <w:r/>
            <w:r>
              <w:rPr>
                <w:rFonts w:ascii="宋体" w:hAnsi="宋体" w:eastAsia="宋体"/>
                <w:b w:val="0"/>
                <w:sz w:val="18"/>
              </w:rPr>
              <w:t>教科书、图片、课件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圆片、课件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10分钟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复习旧知识，引入新课</w:t>
            </w:r>
          </w:p>
        </w:tc>
        <w:tc>
          <w:tcPr>
            <w:tcW w:type="dxa" w:w="3061"/>
          </w:tcPr>
          <w:p>
            <w:pPr>
              <w:spacing w:after="20" w:line="276" w:lineRule="auto"/>
            </w:pPr>
            <w:r/>
            <w:r>
              <w:rPr>
                <w:rFonts w:ascii="宋体" w:hAnsi="宋体" w:eastAsia="宋体"/>
                <w:b w:val="0"/>
                <w:sz w:val="18"/>
              </w:rPr>
              <w:t>1.复习旧知识。</w:t>
            </w:r>
          </w:p>
          <w:p>
            <w:pPr>
              <w:spacing w:after="20" w:line="276" w:lineRule="auto"/>
            </w:pPr>
            <w:r>
              <w:rPr>
                <w:rFonts w:ascii="宋体" w:hAnsi="宋体" w:eastAsia="宋体"/>
                <w:b w:val="0"/>
                <w:sz w:val="18"/>
              </w:rPr>
              <w:t>师：上节课我们认识了乘法，现在老师要检验一下你们掌握得怎么样，有信心吗？(课件出示习题)</w:t>
            </w:r>
          </w:p>
          <w:p>
            <w:pPr>
              <w:spacing w:after="20" w:line="276" w:lineRule="auto"/>
            </w:pPr>
            <w:r>
              <w:rPr>
                <w:rFonts w:ascii="宋体" w:hAnsi="宋体" w:eastAsia="宋体"/>
                <w:b w:val="0"/>
                <w:sz w:val="18"/>
              </w:rPr>
              <w:t>将下面两个加法算式改写成乘法算式。</w:t>
            </w:r>
          </w:p>
          <w:p>
            <w:pPr>
              <w:spacing w:after="20" w:line="276" w:lineRule="auto"/>
            </w:pPr>
            <w:r>
              <w:rPr>
                <w:rFonts w:ascii="宋体" w:hAnsi="宋体" w:eastAsia="宋体"/>
                <w:b w:val="0"/>
                <w:sz w:val="18"/>
              </w:rPr>
              <w:t>3＋3＋3＋3＋3＝15　______________</w:t>
            </w:r>
          </w:p>
          <w:p>
            <w:pPr>
              <w:spacing w:after="20" w:line="276" w:lineRule="auto"/>
            </w:pPr>
            <w:r>
              <w:rPr>
                <w:rFonts w:ascii="宋体" w:hAnsi="宋体" w:eastAsia="宋体"/>
                <w:b w:val="0"/>
                <w:sz w:val="18"/>
              </w:rPr>
              <w:t>5＋5＋5＝15　______________</w:t>
            </w:r>
          </w:p>
          <w:p>
            <w:pPr>
              <w:spacing w:after="20" w:line="276" w:lineRule="auto"/>
            </w:pPr>
            <w:r>
              <w:rPr>
                <w:rFonts w:ascii="宋体" w:hAnsi="宋体" w:eastAsia="宋体"/>
                <w:b w:val="0"/>
                <w:sz w:val="18"/>
              </w:rPr>
              <w:t>师：说说你是怎样想的？</w:t>
            </w:r>
          </w:p>
          <w:p>
            <w:pPr>
              <w:spacing w:after="20" w:line="276" w:lineRule="auto"/>
            </w:pPr>
            <w:r>
              <w:rPr>
                <w:rFonts w:ascii="宋体" w:hAnsi="宋体" w:eastAsia="宋体"/>
                <w:b w:val="0"/>
                <w:sz w:val="18"/>
              </w:rPr>
              <w:t>第一个算式表示5个3相加，所以写成3×5＝15，第二个算式表示3个5相加，所以写成5×3＝15。</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师：大家掌握得非常好，乘法好奇妙啊！今天我们继续学习乘法的初步认识。[板书课题：乘法的初步认识(2)]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创设情境激活学生已有经验，自然引出本课学习内容，激发学习兴趣，核心问题："说说你是怎样想的？"</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1.课件出示教科书P13例2情境图。</w:t>
            </w:r>
          </w:p>
          <w:p>
            <w:pPr>
              <w:spacing w:after="20" w:line="276" w:lineRule="auto"/>
            </w:pPr>
            <w:r>
              <w:rPr>
                <w:rFonts w:ascii="宋体" w:hAnsi="宋体" w:eastAsia="宋体"/>
                <w:b w:val="0"/>
                <w:sz w:val="18"/>
              </w:rPr>
              <w:t>师：观察圆片图，说一说：你是怎样观察的？看到的圆片图是怎样摆的？</w:t>
            </w:r>
          </w:p>
          <w:p>
            <w:pPr>
              <w:spacing w:after="20" w:line="276" w:lineRule="auto"/>
            </w:pPr>
            <w:r>
              <w:rPr>
                <w:rFonts w:ascii="宋体" w:hAnsi="宋体" w:eastAsia="宋体"/>
                <w:b w:val="0"/>
                <w:sz w:val="18"/>
              </w:rPr>
              <w:t>有的学生说，可以竖着看，每列有4个，有这样的6列；有的学生说，可以横着看，每行有6个，有这样的4行。</w:t>
            </w:r>
          </w:p>
          <w:p>
            <w:pPr>
              <w:spacing w:after="20" w:line="276" w:lineRule="auto"/>
            </w:pPr>
            <w:r>
              <w:rPr>
                <w:rFonts w:ascii="宋体" w:hAnsi="宋体" w:eastAsia="宋体"/>
                <w:b w:val="0"/>
                <w:sz w:val="18"/>
              </w:rPr>
              <w:t>师：怎样用加法和乘法列式？</w:t>
            </w:r>
          </w:p>
          <w:p>
            <w:pPr>
              <w:spacing w:after="20" w:line="276" w:lineRule="auto"/>
            </w:pPr>
            <w:r>
              <w:rPr>
                <w:rFonts w:ascii="宋体" w:hAnsi="宋体" w:eastAsia="宋体"/>
                <w:b w:val="0"/>
                <w:sz w:val="18"/>
              </w:rPr>
              <w:t>引导学生讨论，根据不同的观察方法写出不同的加法算式和乘法算式，并让学生同桌之间交流，汇报讨论结果。(板书：4＋4＋4＋4＋4＋4＝24　4×6＝24　6＋6＋6＋6＝24　6×4＝24)</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2．观察乘法算式，明确乘法的意义。</w:t>
            </w:r>
          </w:p>
          <w:p>
            <w:pPr>
              <w:spacing w:after="20" w:line="276" w:lineRule="auto"/>
            </w:pPr>
            <w:r>
              <w:rPr>
                <w:rFonts w:ascii="宋体" w:hAnsi="宋体" w:eastAsia="宋体"/>
                <w:b w:val="0"/>
                <w:sz w:val="18"/>
              </w:rPr>
              <w:t>师：请同学们分组讨论，观察这几个乘法算式，你发现了什么相同和不同的地方？</w:t>
            </w:r>
          </w:p>
          <w:p>
            <w:pPr>
              <w:spacing w:after="20" w:line="276" w:lineRule="auto"/>
            </w:pPr>
            <w:r>
              <w:rPr>
                <w:rFonts w:ascii="宋体" w:hAnsi="宋体" w:eastAsia="宋体"/>
                <w:b w:val="0"/>
                <w:sz w:val="18"/>
              </w:rPr>
              <w:t>相同加数相加可以用乘法表示；4×6和6×4乘号前后数的顺序不同，但积一样，都等于24。</w:t>
            </w:r>
          </w:p>
          <w:p>
            <w:pPr>
              <w:spacing w:after="20" w:line="276" w:lineRule="auto"/>
            </w:pPr>
            <w:r>
              <w:rPr>
                <w:rFonts w:ascii="宋体" w:hAnsi="宋体" w:eastAsia="宋体"/>
                <w:b w:val="0"/>
                <w:sz w:val="18"/>
              </w:rPr>
              <w:t>师小结：同学们观察得非常仔细，乘法算式里两个乘数交换位置，结果不变。(板书)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设计递进式探究活动，引导学生在动手实践与合作交流中经历知识形成过程，突破本课重难点，核心问题："怎样用加法和乘法列式？"</w:t>
            </w:r>
          </w:p>
        </w:tc>
      </w:tr>
      <w:tr>
        <w:tc>
          <w:tcPr>
            <w:tcW w:type="dxa" w:w="1474"/>
          </w:tcPr>
          <w:p>
            <w:pPr>
              <w:spacing w:after="20" w:line="276" w:lineRule="auto"/>
            </w:pPr>
            <w:r>
              <w:rPr>
                <w:b/>
              </w:rPr>
            </w:r>
            <w:r>
              <w:rPr>
                <w:rFonts w:ascii="宋体" w:hAnsi="宋体" w:eastAsia="宋体"/>
                <w:b/>
                <w:sz w:val="18"/>
              </w:rPr>
              <w:t>巩固新知</w:t>
            </w:r>
          </w:p>
        </w:tc>
        <w:tc>
          <w:tcPr>
            <w:tcW w:type="dxa" w:w="3061"/>
          </w:tcPr>
          <w:p>
            <w:pPr>
              <w:spacing w:after="20" w:line="276" w:lineRule="auto"/>
            </w:pPr>
            <w:r/>
            <w:r>
              <w:rPr>
                <w:rFonts w:ascii="宋体" w:hAnsi="宋体" w:eastAsia="宋体"/>
                <w:b w:val="0"/>
                <w:sz w:val="18"/>
              </w:rPr>
              <w:t>1.完成教科书P13“做一做”第1题。</w:t>
            </w:r>
          </w:p>
          <w:p>
            <w:pPr>
              <w:spacing w:after="20" w:line="276" w:lineRule="auto"/>
            </w:pPr>
            <w:r>
              <w:rPr>
                <w:rFonts w:ascii="宋体" w:hAnsi="宋体" w:eastAsia="宋体"/>
                <w:b w:val="0"/>
                <w:sz w:val="18"/>
              </w:rPr>
              <w:t>引导学生先将图片转换成“几个几相加”的形式，再列式。</w:t>
            </w:r>
          </w:p>
          <w:p>
            <w:pPr>
              <w:spacing w:after="20" w:line="276" w:lineRule="auto"/>
            </w:pPr>
            <w:r>
              <w:rPr>
                <w:rFonts w:ascii="宋体" w:hAnsi="宋体" w:eastAsia="宋体"/>
                <w:b w:val="0"/>
                <w:sz w:val="18"/>
              </w:rPr>
              <w:t>2．完成教科书P13“做一做”第2题。</w:t>
            </w:r>
          </w:p>
          <w:p>
            <w:pPr>
              <w:spacing w:after="20" w:line="276" w:lineRule="auto"/>
            </w:pPr>
            <w:r>
              <w:rPr>
                <w:rFonts w:ascii="宋体" w:hAnsi="宋体" w:eastAsia="宋体"/>
                <w:b w:val="0"/>
                <w:sz w:val="18"/>
              </w:rPr>
              <w:t>明确每组的个数和组数再动手画图。教师应允许学生画图方式多样，如果学生画出“矩形模型”应予以鼓励，并指导学生从不同角度观察，建立其与“几个几”的联系。但又不能为了多样化而多样化，以尊重学生的认知水平为准。</w:t>
            </w:r>
          </w:p>
          <w:p>
            <w:pPr>
              <w:spacing w:after="20" w:line="276" w:lineRule="auto"/>
            </w:pPr>
            <w:r>
              <w:rPr>
                <w:rFonts w:ascii="宋体" w:hAnsi="宋体" w:eastAsia="宋体"/>
                <w:b w:val="0"/>
                <w:sz w:val="18"/>
              </w:rPr>
              <w:t>3．完成教科书P14“练一练”第1题。</w:t>
            </w:r>
          </w:p>
          <w:p>
            <w:pPr>
              <w:spacing w:after="20" w:line="276" w:lineRule="auto"/>
            </w:pPr>
            <w:r>
              <w:rPr>
                <w:rFonts w:ascii="宋体" w:hAnsi="宋体" w:eastAsia="宋体"/>
                <w:b w:val="0"/>
                <w:sz w:val="18"/>
              </w:rPr>
              <w:t>引导学生注意不是所有的算式都能与其他算式相连。</w:t>
            </w:r>
          </w:p>
          <w:p>
            <w:pPr>
              <w:spacing w:after="20" w:line="276" w:lineRule="auto"/>
            </w:pPr>
            <w:r>
              <w:rPr>
                <w:rFonts w:ascii="宋体" w:hAnsi="宋体" w:eastAsia="宋体"/>
                <w:b w:val="0"/>
                <w:sz w:val="18"/>
              </w:rPr>
              <w:t>4．完成教科书P14“练一练”第2题。</w:t>
            </w:r>
          </w:p>
          <w:p>
            <w:pPr>
              <w:spacing w:after="20" w:line="276" w:lineRule="auto"/>
            </w:pPr>
            <w:r>
              <w:rPr>
                <w:rFonts w:ascii="宋体" w:hAnsi="宋体" w:eastAsia="宋体"/>
                <w:b w:val="0"/>
                <w:sz w:val="18"/>
              </w:rPr>
              <w:t>帮助学生巩固加法和乘法之间的联系以及乘法算式各部分的名称。</w:t>
            </w:r>
          </w:p>
          <w:p>
            <w:pPr>
              <w:spacing w:after="20" w:line="276" w:lineRule="auto"/>
            </w:pPr>
            <w:r>
              <w:rPr>
                <w:rFonts w:ascii="宋体" w:hAnsi="宋体" w:eastAsia="宋体"/>
                <w:b w:val="0"/>
                <w:sz w:val="18"/>
              </w:rPr>
              <w:t>5．教科书P14“练一练”第3题。</w:t>
            </w:r>
          </w:p>
          <w:p>
            <w:pPr>
              <w:spacing w:after="20" w:line="276" w:lineRule="auto"/>
            </w:pPr>
            <w:r>
              <w:rPr>
                <w:rFonts w:ascii="宋体" w:hAnsi="宋体" w:eastAsia="宋体"/>
                <w:b w:val="0"/>
                <w:sz w:val="18"/>
              </w:rPr>
              <w:t>进一步巩固“几个几”表示的含义。</w:t>
            </w:r>
          </w:p>
          <w:p>
            <w:pPr>
              <w:spacing w:after="20" w:line="276" w:lineRule="auto"/>
            </w:pPr>
            <w:r>
              <w:rPr>
                <w:rFonts w:ascii="宋体" w:hAnsi="宋体" w:eastAsia="宋体"/>
                <w:b w:val="0"/>
                <w:sz w:val="18"/>
              </w:rPr>
              <w:t>6．教科书P14“练一练”第4题。</w:t>
            </w:r>
          </w:p>
          <w:p>
            <w:pPr>
              <w:spacing w:after="20" w:line="276" w:lineRule="auto"/>
            </w:pPr>
            <w:r>
              <w:rPr>
                <w:rFonts w:ascii="宋体" w:hAnsi="宋体" w:eastAsia="宋体"/>
                <w:b w:val="0"/>
                <w:sz w:val="18"/>
              </w:rPr>
              <w:t>适时提示学生可以横着看，也可以竖着看。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师：通过今天的学习，你们有什么收获？</w:t>
            </w:r>
          </w:p>
          <w:p>
            <w:pPr>
              <w:spacing w:after="20" w:line="276" w:lineRule="auto"/>
            </w:pPr>
            <w:r>
              <w:rPr>
                <w:rFonts w:ascii="宋体" w:hAnsi="宋体" w:eastAsia="宋体"/>
                <w:b w:val="0"/>
                <w:sz w:val="18"/>
              </w:rPr>
              <w:t>师小结：本节课我们认识了乘法算式各部分的名称，进一步掌握了相同加数连加与乘法的关系。</w:t>
            </w:r>
          </w:p>
          <w:p>
            <w:pPr>
              <w:spacing w:after="20" w:line="276" w:lineRule="auto"/>
            </w:pPr>
            <w:r>
              <w:rPr>
                <w:rFonts w:ascii="宋体" w:hAnsi="宋体" w:eastAsia="宋体"/>
                <w:b w:val="0"/>
                <w:sz w:val="18"/>
              </w:rPr>
              <w:t>通过回顾旧知识搭建与新知识衔接的桥梁，圆片的主题图及乘法算式转换，唤醒学生已有的乘法认知，借助熟悉的情境降低学习门槛，激发探究欲。教学中，通过观察对比两组算式，让学生讨论，引导其自主发现乘法交换现象(4×6与6×4结果一致)，理解乘法本质是几个相同加数相加的简便运算。以同桌讨论的形式，培养学生观察、归纳及交流能力，让抽象能力在自主探究中自然生成。练习中，看图、画图写算式，强化乘法与加法的对应关系，让学生熟练掌握“相同加数、个数”与乘法中乘数的关联，夯实知识基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乘法的初步认识(2)</w:t>
      </w:r>
    </w:p>
    <w:p>
      <w:pPr>
        <w:spacing w:after="40" w:line="300" w:lineRule="auto"/>
      </w:pPr>
      <w:r>
        <w:rPr>
          <w:rFonts w:ascii="宋体" w:hAnsi="宋体" w:eastAsia="宋体"/>
          <w:b w:val="0"/>
          <w:sz w:val="20"/>
        </w:rPr>
        <w:t>4＋4＋4＋4＋4＋4＝24　　6＋6＋6＋6＝24</w:t>
      </w:r>
    </w:p>
    <w:p>
      <w:pPr>
        <w:spacing w:after="40" w:line="300" w:lineRule="auto"/>
      </w:pPr>
      <w:r>
        <w:rPr>
          <w:rFonts w:ascii="宋体" w:hAnsi="宋体" w:eastAsia="宋体"/>
          <w:b w:val="0"/>
          <w:sz w:val="20"/>
        </w:rPr>
        <w:t>4×6＝24　　　　　6×4＝24</w:t>
      </w:r>
    </w:p>
    <w:p>
      <w:pPr>
        <w:spacing w:after="40" w:line="300" w:lineRule="auto"/>
      </w:pPr>
      <w:r>
        <w:rPr>
          <w:rFonts w:ascii="宋体" w:hAnsi="宋体" w:eastAsia="宋体"/>
          <w:b w:val="0"/>
          <w:sz w:val="20"/>
        </w:rPr>
        <w:t>乘法算式里两个乘数交换位置，结果不变。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教科书P13例2，完成教科书P13“做一做”和P14“练一练”第1～4题。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借助具体情境，引导学生进一步巩固、深化认识加法与乘法的联系，为后面学习用乘法解决问题打下基础；课堂教学做到以生为本，让学生自主发现乘法交换现象、深化乘法意义理解。但教学存在不足：一是讨论活动时，部分学生互动交流不够充分，需更关注个体差异；二是巩固练习虽有层次，但“乘数交换位置”的拓展应用未深入到生活实例中。后续应优化活动组织，丰富练习场景，让学生更透彻掌握知识，提升课堂实效。</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乘加、乘减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乘加、乘减</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教学内容：教科书P21例3，完成教科书P21“做一做”。</w:t>
      </w:r>
    </w:p>
    <w:p>
      <w:pPr>
        <w:spacing w:after="80" w:line="300" w:lineRule="auto"/>
        <w:ind w:firstLine="400"/>
      </w:pPr>
      <w:r>
        <w:rPr>
          <w:rFonts w:ascii="宋体" w:hAnsi="宋体" w:eastAsia="宋体"/>
          <w:b w:val="0"/>
          <w:sz w:val="20"/>
        </w:rPr>
        <w:t>教学准备：课件，若干根小棒。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（1）在具体情境中，感受乘加、乘减算式的具体意义及运算顺序，并能按顺序正确地运算。</w:t>
      </w:r>
    </w:p>
    <w:p>
      <w:pPr>
        <w:spacing w:after="20" w:line="300" w:lineRule="auto"/>
        <w:ind w:firstLine="400"/>
      </w:pPr>
      <w:r>
        <w:rPr>
          <w:rFonts w:ascii="宋体" w:hAnsi="宋体" w:eastAsia="宋体"/>
          <w:b w:val="0"/>
          <w:sz w:val="20"/>
        </w:rPr>
        <w:t>（2）经历发现、提出、分析与解决问题的过程，培养学生解决问题的能力，树立问题意识。</w:t>
      </w:r>
    </w:p>
    <w:p>
      <w:pPr>
        <w:spacing w:after="20" w:line="300" w:lineRule="auto"/>
        <w:ind w:firstLine="400"/>
      </w:pPr>
      <w:r>
        <w:rPr>
          <w:rFonts w:ascii="宋体" w:hAnsi="宋体" w:eastAsia="宋体"/>
          <w:b w:val="0"/>
          <w:sz w:val="20"/>
        </w:rPr>
        <w:t>（3）引导学生在解决具体问题的过程中，体会解决问题方法的多样性，体验成功的乐趣。</w:t>
      </w:r>
    </w:p>
    <w:p>
      <w:pPr>
        <w:spacing w:after="20" w:line="300" w:lineRule="auto"/>
      </w:pPr>
      <w:r>
        <w:rPr>
          <w:rFonts w:ascii="宋体" w:hAnsi="宋体" w:eastAsia="宋体"/>
          <w:b w:val="0"/>
          <w:sz w:val="20"/>
        </w:rPr>
        <w:t>教学重点：掌握乘加、乘减的运算顺序。</w:t>
      </w:r>
    </w:p>
    <w:p>
      <w:pPr>
        <w:spacing w:after="20" w:line="300" w:lineRule="auto"/>
      </w:pPr>
      <w:r>
        <w:rPr>
          <w:rFonts w:ascii="宋体" w:hAnsi="宋体" w:eastAsia="宋体"/>
          <w:b w:val="0"/>
          <w:sz w:val="20"/>
        </w:rPr>
        <w:t>教学难点：理解算理，并能进行乘加、乘减之间的改写。</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情境导入，激发兴趣</w:t>
            </w:r>
          </w:p>
        </w:tc>
        <w:tc>
          <w:tcPr>
            <w:tcW w:type="dxa" w:w="1814"/>
          </w:tcPr>
          <w:p>
            <w:pPr>
              <w:spacing w:after="20" w:line="276" w:lineRule="auto"/>
            </w:pPr>
            <w:r/>
            <w:r>
              <w:rPr>
                <w:rFonts w:ascii="宋体" w:hAnsi="宋体" w:eastAsia="宋体"/>
                <w:b w:val="0"/>
                <w:sz w:val="18"/>
              </w:rPr>
              <w:t>课件、教科书、情境图、小棒</w:t>
            </w:r>
          </w:p>
        </w:tc>
        <w:tc>
          <w:tcPr>
            <w:tcW w:type="dxa" w:w="3402"/>
          </w:tcPr>
          <w:p>
            <w:pPr>
              <w:spacing w:after="20" w:line="276" w:lineRule="auto"/>
            </w:pPr>
            <w:r/>
            <w:r>
              <w:rPr>
                <w:rFonts w:ascii="宋体" w:hAnsi="宋体" w:eastAsia="宋体"/>
                <w:b w:val="0"/>
                <w:sz w:val="18"/>
              </w:rPr>
              <w:t>仔细观察，每个转盘上有几人？；一共有多少人？你能列算式解答吗？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自主探究，解决问题</w:t>
            </w:r>
          </w:p>
        </w:tc>
        <w:tc>
          <w:tcPr>
            <w:tcW w:type="dxa" w:w="1814"/>
          </w:tcPr>
          <w:p>
            <w:pPr>
              <w:spacing w:after="20" w:line="276" w:lineRule="auto"/>
            </w:pPr>
            <w:r/>
            <w:r>
              <w:rPr>
                <w:rFonts w:ascii="宋体" w:hAnsi="宋体" w:eastAsia="宋体"/>
                <w:b w:val="0"/>
                <w:sz w:val="18"/>
              </w:rPr>
              <w:t>学具、小棒、课件</w:t>
            </w:r>
          </w:p>
        </w:tc>
        <w:tc>
          <w:tcPr>
            <w:tcW w:type="dxa" w:w="3402"/>
          </w:tcPr>
          <w:p>
            <w:pPr>
              <w:spacing w:after="20" w:line="276" w:lineRule="auto"/>
            </w:pPr>
            <w:r/>
            <w:r>
              <w:rPr>
                <w:rFonts w:ascii="宋体" w:hAnsi="宋体" w:eastAsia="宋体"/>
                <w:b w:val="0"/>
                <w:sz w:val="18"/>
              </w:rPr>
              <w:t>仔细观察，你知道了哪些信息？；怎样求他们的人数？</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小棒、课件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情境导入，激发兴趣</w:t>
            </w:r>
          </w:p>
        </w:tc>
        <w:tc>
          <w:tcPr>
            <w:tcW w:type="dxa" w:w="3061"/>
          </w:tcPr>
          <w:p>
            <w:pPr>
              <w:spacing w:after="20" w:line="276" w:lineRule="auto"/>
            </w:pPr>
            <w:r/>
            <w:r>
              <w:rPr>
                <w:rFonts w:ascii="宋体" w:hAnsi="宋体" w:eastAsia="宋体"/>
                <w:b w:val="0"/>
                <w:sz w:val="18"/>
              </w:rPr>
              <w:t>师：同学们，前面我们在课堂上跟着教材上的小朋友们一起去游乐园玩了小飞机、小火车和过山车，今天我们再和他们一起去玩一玩旋转木马吧！</w:t>
            </w:r>
          </w:p>
          <w:p>
            <w:pPr>
              <w:spacing w:after="20" w:line="276" w:lineRule="auto"/>
            </w:pPr>
            <w:r>
              <w:rPr>
                <w:rFonts w:ascii="宋体" w:hAnsi="宋体" w:eastAsia="宋体"/>
                <w:b w:val="0"/>
                <w:sz w:val="18"/>
              </w:rPr>
              <w:t>课件出示教科书P21例3情境图。(先隐藏坐了两名同学的旋转木马)。</w:t>
            </w:r>
          </w:p>
          <w:p>
            <w:pPr>
              <w:spacing w:after="20" w:line="276" w:lineRule="auto"/>
            </w:pPr>
            <w:r>
              <w:rPr>
                <w:rFonts w:ascii="宋体" w:hAnsi="宋体" w:eastAsia="宋体"/>
                <w:b w:val="0"/>
                <w:sz w:val="18"/>
              </w:rPr>
              <w:t>师：仔细观察，每个转盘上有几人？</w:t>
            </w:r>
          </w:p>
          <w:p>
            <w:pPr>
              <w:spacing w:after="20" w:line="276" w:lineRule="auto"/>
            </w:pPr>
            <w:r>
              <w:rPr>
                <w:rFonts w:ascii="宋体" w:hAnsi="宋体" w:eastAsia="宋体"/>
                <w:b w:val="0"/>
                <w:sz w:val="18"/>
              </w:rPr>
              <w:t>3人。</w:t>
            </w:r>
          </w:p>
          <w:p>
            <w:pPr>
              <w:spacing w:after="20" w:line="276" w:lineRule="auto"/>
            </w:pPr>
            <w:r>
              <w:rPr>
                <w:rFonts w:ascii="宋体" w:hAnsi="宋体" w:eastAsia="宋体"/>
                <w:b w:val="0"/>
                <w:sz w:val="18"/>
              </w:rPr>
              <w:t>师：一共有多少人？你能列算式解答吗？</w:t>
            </w:r>
          </w:p>
          <w:p>
            <w:pPr>
              <w:spacing w:after="20" w:line="276" w:lineRule="auto"/>
            </w:pPr>
            <w:r>
              <w:rPr>
                <w:rFonts w:ascii="宋体" w:hAnsi="宋体" w:eastAsia="宋体"/>
                <w:b w:val="0"/>
                <w:sz w:val="18"/>
              </w:rPr>
              <w:t>师：这道题既可以列加法算式，还可以列乘法算式，你们喜欢列加法算式还是乘法算式？为什么呢？</w:t>
            </w:r>
          </w:p>
          <w:p>
            <w:pPr>
              <w:spacing w:after="20" w:line="276" w:lineRule="auto"/>
            </w:pPr>
            <w:r>
              <w:rPr>
                <w:rFonts w:ascii="宋体" w:hAnsi="宋体" w:eastAsia="宋体"/>
                <w:b w:val="0"/>
                <w:sz w:val="18"/>
              </w:rPr>
              <w:t>大部分学生说喜欢列乘法算式，因为几个相同加数相加的加法列成乘法算式比较简便，更容易得出答案。小部分学生说喜欢列加法算式，因为不容易出错。教师应鼓励小部分学生尝试运用乘法去解决问题，并帮助他们熟练地运用乘法口诀，加深他们对乘法口诀的印象，提高他们的学习能力。</w:t>
            </w:r>
          </w:p>
        </w:tc>
        <w:tc>
          <w:tcPr>
            <w:tcW w:type="dxa" w:w="3061"/>
          </w:tcPr>
          <w:p>
            <w:pPr>
              <w:spacing w:after="20" w:line="276" w:lineRule="auto"/>
            </w:pPr>
            <w:r/>
            <w:r>
              <w:rPr>
                <w:rFonts w:ascii="宋体" w:hAnsi="宋体" w:eastAsia="宋体"/>
                <w:b w:val="0"/>
                <w:sz w:val="18"/>
              </w:rPr>
              <w:t>学生列式：加法算式：3＋3＋3＝9(人)；乘法算式：3×3＝9(人)。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创设情境激活学生已有经验，自然引出本课学习内容，激发学习兴趣，核心问题："仔细观察，每个转盘上有几人？"</w:t>
            </w:r>
          </w:p>
        </w:tc>
      </w:tr>
      <w:tr>
        <w:tc>
          <w:tcPr>
            <w:tcW w:type="dxa" w:w="1474"/>
          </w:tcPr>
          <w:p>
            <w:pPr>
              <w:spacing w:after="20" w:line="276" w:lineRule="auto"/>
            </w:pPr>
            <w:r>
              <w:rPr>
                <w:b/>
              </w:rPr>
            </w:r>
            <w:r>
              <w:rPr>
                <w:rFonts w:ascii="宋体" w:hAnsi="宋体" w:eastAsia="宋体"/>
                <w:b/>
                <w:sz w:val="18"/>
              </w:rPr>
              <w:t>自主探究，解决问题</w:t>
            </w:r>
          </w:p>
        </w:tc>
        <w:tc>
          <w:tcPr>
            <w:tcW w:type="dxa" w:w="3061"/>
          </w:tcPr>
          <w:p>
            <w:pPr>
              <w:spacing w:after="20" w:line="276" w:lineRule="auto"/>
            </w:pPr>
            <w:r/>
            <w:r>
              <w:rPr>
                <w:rFonts w:ascii="宋体" w:hAnsi="宋体" w:eastAsia="宋体"/>
                <w:b w:val="0"/>
                <w:sz w:val="18"/>
              </w:rPr>
              <w:t>1.教学乘加。</w:t>
            </w:r>
          </w:p>
          <w:p>
            <w:pPr>
              <w:spacing w:after="20" w:line="276" w:lineRule="auto"/>
            </w:pPr>
            <w:r>
              <w:rPr>
                <w:rFonts w:ascii="宋体" w:hAnsi="宋体" w:eastAsia="宋体"/>
                <w:b w:val="0"/>
                <w:sz w:val="18"/>
              </w:rPr>
              <w:t>一共坐了多少人？</w:t>
            </w:r>
          </w:p>
          <w:p>
            <w:pPr>
              <w:spacing w:after="20" w:line="276" w:lineRule="auto"/>
            </w:pPr>
            <w:r>
              <w:rPr>
                <w:rFonts w:ascii="宋体" w:hAnsi="宋体" w:eastAsia="宋体"/>
                <w:b w:val="0"/>
                <w:sz w:val="18"/>
              </w:rPr>
              <w:t>(1)看图提问。</w:t>
            </w:r>
          </w:p>
          <w:p>
            <w:pPr>
              <w:spacing w:after="20" w:line="276" w:lineRule="auto"/>
            </w:pPr>
            <w:r>
              <w:rPr>
                <w:rFonts w:ascii="宋体" w:hAnsi="宋体" w:eastAsia="宋体"/>
                <w:b w:val="0"/>
                <w:sz w:val="18"/>
              </w:rPr>
              <w:t>师：仔细观察，你知道了哪些信息？</w:t>
            </w:r>
          </w:p>
          <w:p>
            <w:pPr>
              <w:spacing w:after="20" w:line="276" w:lineRule="auto"/>
            </w:pPr>
            <w:r>
              <w:rPr>
                <w:rFonts w:ascii="宋体" w:hAnsi="宋体" w:eastAsia="宋体"/>
                <w:b w:val="0"/>
                <w:sz w:val="18"/>
              </w:rPr>
              <w:t>人数相同的有3组，另外一组有2人。</w:t>
            </w:r>
          </w:p>
          <w:p>
            <w:pPr>
              <w:spacing w:after="20" w:line="276" w:lineRule="auto"/>
            </w:pPr>
            <w:r>
              <w:rPr>
                <w:rFonts w:ascii="宋体" w:hAnsi="宋体" w:eastAsia="宋体"/>
                <w:b w:val="0"/>
                <w:sz w:val="18"/>
              </w:rPr>
              <w:t>(2)寻找方法。</w:t>
            </w:r>
          </w:p>
          <w:p>
            <w:pPr>
              <w:spacing w:after="20" w:line="276" w:lineRule="auto"/>
            </w:pPr>
            <w:r>
              <w:rPr>
                <w:rFonts w:ascii="宋体" w:hAnsi="宋体" w:eastAsia="宋体"/>
                <w:b w:val="0"/>
                <w:sz w:val="18"/>
              </w:rPr>
              <w:t>师：怎样求他们的人数？</w:t>
            </w:r>
          </w:p>
          <w:p>
            <w:pPr>
              <w:spacing w:after="20" w:line="276" w:lineRule="auto"/>
            </w:pPr>
            <w:r>
              <w:rPr>
                <w:rFonts w:ascii="宋体" w:hAnsi="宋体" w:eastAsia="宋体"/>
                <w:b w:val="0"/>
                <w:sz w:val="18"/>
              </w:rPr>
              <w:t>鼓励学生自主列式。</w:t>
            </w:r>
          </w:p>
          <w:p>
            <w:pPr>
              <w:spacing w:after="20" w:line="276" w:lineRule="auto"/>
            </w:pPr>
            <w:r>
              <w:rPr>
                <w:rFonts w:ascii="宋体" w:hAnsi="宋体" w:eastAsia="宋体"/>
                <w:b w:val="0"/>
                <w:sz w:val="18"/>
              </w:rPr>
              <w:t>师：根据题意，利用手中的学具(小棒)和同桌一起边摆边列出算式，并说说你们是怎么想的。</w:t>
            </w:r>
          </w:p>
          <w:p>
            <w:pPr>
              <w:spacing w:after="20" w:line="276" w:lineRule="auto"/>
            </w:pPr>
            <w:r>
              <w:rPr>
                <w:rFonts w:ascii="宋体" w:hAnsi="宋体" w:eastAsia="宋体"/>
                <w:b w:val="0"/>
                <w:sz w:val="18"/>
              </w:rPr>
              <w:t>教师指导学生一人摆，一人列算式。</w:t>
            </w:r>
          </w:p>
          <w:p>
            <w:pPr>
              <w:spacing w:after="20" w:line="276" w:lineRule="auto"/>
            </w:pPr>
            <w:r>
              <w:rPr>
                <w:rFonts w:ascii="宋体" w:hAnsi="宋体" w:eastAsia="宋体"/>
                <w:b w:val="0"/>
                <w:sz w:val="18"/>
              </w:rPr>
              <w:t>师：我看到大家都已经有了自己的想法，谁愿意上台来边摆边说想法？</w:t>
            </w:r>
          </w:p>
          <w:p>
            <w:pPr>
              <w:spacing w:after="20" w:line="276" w:lineRule="auto"/>
            </w:pPr>
            <w:r>
              <w:rPr>
                <w:rFonts w:ascii="宋体" w:hAnsi="宋体" w:eastAsia="宋体"/>
                <w:b w:val="0"/>
                <w:sz w:val="18"/>
              </w:rPr>
              <w:t>利用摆小棒的方法来帮助学生理解乘加算式，学生可能会出现以下两种情况：</w:t>
            </w:r>
          </w:p>
          <w:p>
            <w:pPr>
              <w:spacing w:after="20" w:line="276" w:lineRule="auto"/>
            </w:pPr>
            <w:r>
              <w:rPr>
                <w:rFonts w:ascii="宋体" w:hAnsi="宋体" w:eastAsia="宋体"/>
                <w:b w:val="0"/>
                <w:sz w:val="18"/>
              </w:rPr>
              <w:t>结合学生的汇报，教师板书。</w:t>
            </w:r>
          </w:p>
          <w:p>
            <w:pPr>
              <w:spacing w:after="20" w:line="276" w:lineRule="auto"/>
            </w:pPr>
            <w:r>
              <w:rPr>
                <w:rFonts w:ascii="宋体" w:hAnsi="宋体" w:eastAsia="宋体"/>
                <w:b w:val="0"/>
                <w:sz w:val="18"/>
              </w:rPr>
              <w:t>(3)认识乘加。</w:t>
            </w:r>
          </w:p>
          <w:p>
            <w:pPr>
              <w:spacing w:after="20" w:line="276" w:lineRule="auto"/>
            </w:pPr>
            <w:r>
              <w:rPr>
                <w:rFonts w:ascii="宋体" w:hAnsi="宋体" w:eastAsia="宋体"/>
                <w:b w:val="0"/>
                <w:sz w:val="18"/>
              </w:rPr>
              <w:t>师：这两个算式都能计算出旋转木马上的人数。你们觉得哪个算式更简便呢？</w:t>
            </w:r>
          </w:p>
          <w:p>
            <w:pPr>
              <w:spacing w:after="20" w:line="276" w:lineRule="auto"/>
            </w:pPr>
            <w:r>
              <w:rPr>
                <w:rFonts w:ascii="宋体" w:hAnsi="宋体" w:eastAsia="宋体"/>
                <w:b w:val="0"/>
                <w:sz w:val="18"/>
              </w:rPr>
              <w:t>大部分学生会说3×3＋2简便些。</w:t>
            </w:r>
          </w:p>
          <w:p>
            <w:pPr>
              <w:spacing w:after="20" w:line="276" w:lineRule="auto"/>
            </w:pPr>
            <w:r>
              <w:rPr>
                <w:rFonts w:ascii="宋体" w:hAnsi="宋体" w:eastAsia="宋体"/>
                <w:b w:val="0"/>
                <w:sz w:val="18"/>
              </w:rPr>
              <w:t>师：看来，在一个加法算式中，只要有几个相同加数连加，就可以先用乘法来表示，然后再加上剩下的加数(不同的数)，这样就变成了一个什么算式？</w:t>
            </w:r>
          </w:p>
          <w:p>
            <w:pPr>
              <w:spacing w:after="20" w:line="276" w:lineRule="auto"/>
            </w:pPr>
            <w:r>
              <w:rPr>
                <w:rFonts w:ascii="宋体" w:hAnsi="宋体" w:eastAsia="宋体"/>
                <w:b w:val="0"/>
                <w:sz w:val="18"/>
              </w:rPr>
              <w:t>乘加算式。(板书课题：乘加)</w:t>
            </w:r>
          </w:p>
          <w:p>
            <w:pPr>
              <w:spacing w:after="20" w:line="276" w:lineRule="auto"/>
            </w:pPr>
            <w:r>
              <w:rPr>
                <w:rFonts w:ascii="宋体" w:hAnsi="宋体" w:eastAsia="宋体"/>
                <w:b w:val="0"/>
                <w:sz w:val="18"/>
              </w:rPr>
              <w:t>2．教学乘减。</w:t>
            </w:r>
          </w:p>
          <w:p>
            <w:pPr>
              <w:spacing w:after="20" w:line="276" w:lineRule="auto"/>
            </w:pPr>
            <w:r>
              <w:rPr>
                <w:rFonts w:ascii="宋体" w:hAnsi="宋体" w:eastAsia="宋体"/>
                <w:b w:val="0"/>
                <w:sz w:val="18"/>
              </w:rPr>
              <w:t>师：如果每组都坐满，就是几个几？总人数会发生什么变化？</w:t>
            </w:r>
          </w:p>
          <w:p>
            <w:pPr>
              <w:spacing w:after="20" w:line="276" w:lineRule="auto"/>
            </w:pPr>
            <w:r>
              <w:rPr>
                <w:rFonts w:ascii="宋体" w:hAnsi="宋体" w:eastAsia="宋体"/>
                <w:b w:val="0"/>
                <w:sz w:val="18"/>
              </w:rPr>
              <w:t>4个3，总人数会变多。</w:t>
            </w:r>
          </w:p>
          <w:p>
            <w:pPr>
              <w:spacing w:after="20" w:line="276" w:lineRule="auto"/>
            </w:pPr>
            <w:r>
              <w:rPr>
                <w:rFonts w:ascii="宋体" w:hAnsi="宋体" w:eastAsia="宋体"/>
                <w:b w:val="0"/>
                <w:sz w:val="18"/>
              </w:rPr>
              <w:t>师：哪位同学愿意上台来列算式并说说你的想法？</w:t>
            </w:r>
          </w:p>
          <w:p>
            <w:pPr>
              <w:spacing w:after="20" w:line="276" w:lineRule="auto"/>
            </w:pPr>
            <w:r>
              <w:rPr>
                <w:rFonts w:ascii="宋体" w:hAnsi="宋体" w:eastAsia="宋体"/>
                <w:b w:val="0"/>
                <w:sz w:val="18"/>
              </w:rPr>
              <w:t>师小结：因为前3个木马上都是3人，所以我们就把第4个木马上也想成3人，就是4个3，列式为3×4；这样总人数就多算了1人，所以还得把多算的那1人减去。(板书算式：3×4－1＝11)</w:t>
            </w:r>
          </w:p>
          <w:p>
            <w:pPr>
              <w:spacing w:after="20" w:line="276" w:lineRule="auto"/>
            </w:pPr>
            <w:r>
              <w:rPr>
                <w:rFonts w:ascii="宋体" w:hAnsi="宋体" w:eastAsia="宋体"/>
                <w:b w:val="0"/>
                <w:sz w:val="18"/>
              </w:rPr>
              <w:t>师：你们能给这个算式也起个名字吗？</w:t>
            </w:r>
          </w:p>
          <w:p>
            <w:pPr>
              <w:spacing w:after="20" w:line="276" w:lineRule="auto"/>
            </w:pPr>
            <w:r>
              <w:rPr>
                <w:rFonts w:ascii="宋体" w:hAnsi="宋体" w:eastAsia="宋体"/>
                <w:b w:val="0"/>
                <w:sz w:val="18"/>
              </w:rPr>
              <w:t>有了前面学习的经验，多数学生能由加法联想到减法，回答出乘减算式。(补充板书课题：乘减)</w:t>
            </w:r>
          </w:p>
          <w:p>
            <w:pPr>
              <w:spacing w:after="20" w:line="276" w:lineRule="auto"/>
            </w:pPr>
            <w:r>
              <w:rPr>
                <w:rFonts w:ascii="宋体" w:hAnsi="宋体" w:eastAsia="宋体"/>
                <w:b w:val="0"/>
                <w:sz w:val="18"/>
              </w:rPr>
              <w:t>师：同学们，这就是我们今天要学的内容：乘加、乘减。(学生齐读课题)</w:t>
            </w:r>
          </w:p>
          <w:p>
            <w:pPr>
              <w:spacing w:after="20" w:line="276" w:lineRule="auto"/>
            </w:pPr>
            <w:r>
              <w:rPr>
                <w:rFonts w:ascii="宋体" w:hAnsi="宋体" w:eastAsia="宋体"/>
                <w:b w:val="0"/>
                <w:sz w:val="18"/>
              </w:rPr>
              <w:t>3．理解运算顺序。</w:t>
            </w:r>
          </w:p>
          <w:p>
            <w:pPr>
              <w:spacing w:after="20" w:line="276" w:lineRule="auto"/>
            </w:pPr>
            <w:r>
              <w:rPr>
                <w:rFonts w:ascii="宋体" w:hAnsi="宋体" w:eastAsia="宋体"/>
                <w:b w:val="0"/>
                <w:sz w:val="18"/>
              </w:rPr>
              <w:t>师：在计算乘加、乘减的算式时，都是先算的什么？</w:t>
            </w:r>
          </w:p>
          <w:p>
            <w:pPr>
              <w:spacing w:after="20" w:line="276" w:lineRule="auto"/>
            </w:pPr>
            <w:r>
              <w:rPr>
                <w:rFonts w:ascii="宋体" w:hAnsi="宋体" w:eastAsia="宋体"/>
                <w:b w:val="0"/>
                <w:sz w:val="18"/>
              </w:rPr>
              <w:t>乘法。</w:t>
            </w:r>
          </w:p>
          <w:p>
            <w:pPr>
              <w:spacing w:after="20" w:line="276" w:lineRule="auto"/>
            </w:pPr>
            <w:r>
              <w:rPr>
                <w:rFonts w:ascii="宋体" w:hAnsi="宋体" w:eastAsia="宋体"/>
                <w:b w:val="0"/>
                <w:sz w:val="18"/>
              </w:rPr>
              <w:t>师小结：计算乘加、乘减时要先算乘法，再算加、减法。(板书)这一点大家一定要牢记。</w:t>
            </w:r>
          </w:p>
        </w:tc>
        <w:tc>
          <w:tcPr>
            <w:tcW w:type="dxa" w:w="3061"/>
          </w:tcPr>
          <w:p>
            <w:pPr>
              <w:spacing w:after="20" w:line="276" w:lineRule="auto"/>
            </w:pPr>
            <w:r/>
            <w:r>
              <w:rPr>
                <w:rFonts w:ascii="宋体" w:hAnsi="宋体" w:eastAsia="宋体"/>
                <w:b w:val="0"/>
                <w:sz w:val="18"/>
              </w:rPr>
              <w:t>预设1：因为每个木马上的人数不相同，所以用加法计算：3＋3＋3＋2＝11。</w:t>
            </w:r>
          </w:p>
          <w:p>
            <w:pPr>
              <w:spacing w:after="20" w:line="276" w:lineRule="auto"/>
            </w:pPr>
            <w:r>
              <w:rPr>
                <w:rFonts w:ascii="宋体" w:hAnsi="宋体" w:eastAsia="宋体"/>
                <w:b w:val="0"/>
                <w:sz w:val="18"/>
              </w:rPr>
              <w:t>预设2：将人数相同的用乘法计算，再加上人数不同的：3×3＋2＝11。</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设计递进式探究活动，引导学生在动手实践与合作交流中经历知识形成过程，突破本课重难点，核心问题："仔细观察，你知道了哪些信息？"</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1.完成教科书P21“做一做”第1题。</w:t>
            </w:r>
          </w:p>
          <w:p>
            <w:pPr>
              <w:spacing w:after="20" w:line="276" w:lineRule="auto"/>
            </w:pPr>
            <w:r>
              <w:rPr>
                <w:rFonts w:ascii="宋体" w:hAnsi="宋体" w:eastAsia="宋体"/>
                <w:b w:val="0"/>
                <w:sz w:val="18"/>
              </w:rPr>
              <w:t>可能会出现以下几种列式情况：</w:t>
            </w:r>
          </w:p>
          <w:p>
            <w:pPr>
              <w:spacing w:after="20" w:line="276" w:lineRule="auto"/>
            </w:pPr>
            <w:r>
              <w:rPr>
                <w:rFonts w:ascii="宋体" w:hAnsi="宋体" w:eastAsia="宋体"/>
                <w:b w:val="0"/>
                <w:sz w:val="18"/>
              </w:rPr>
              <w:t>3×4＋1＝13　　　3×5－2＝13</w:t>
            </w:r>
          </w:p>
          <w:p>
            <w:pPr>
              <w:spacing w:after="20" w:line="276" w:lineRule="auto"/>
            </w:pPr>
            <w:r>
              <w:rPr>
                <w:rFonts w:ascii="宋体" w:hAnsi="宋体" w:eastAsia="宋体"/>
                <w:b w:val="0"/>
                <w:sz w:val="18"/>
              </w:rPr>
              <w:t>2．完成教科书P21“做一做”第2题。</w:t>
            </w:r>
          </w:p>
          <w:p>
            <w:pPr>
              <w:spacing w:after="20" w:line="276" w:lineRule="auto"/>
            </w:pPr>
            <w:r>
              <w:rPr>
                <w:rFonts w:ascii="宋体" w:hAnsi="宋体" w:eastAsia="宋体"/>
                <w:b w:val="0"/>
                <w:sz w:val="18"/>
              </w:rPr>
              <w:t>引导学生观察点子图，并提问：如果改写成两个数相乘可以把框里的点子看成几个几？</w:t>
            </w:r>
          </w:p>
          <w:p>
            <w:pPr>
              <w:spacing w:after="20" w:line="276" w:lineRule="auto"/>
            </w:pPr>
            <w:r>
              <w:rPr>
                <w:rFonts w:ascii="宋体" w:hAnsi="宋体" w:eastAsia="宋体"/>
                <w:b w:val="0"/>
                <w:sz w:val="18"/>
              </w:rPr>
              <w:t>4个6或6个4。</w:t>
            </w:r>
          </w:p>
        </w:tc>
        <w:tc>
          <w:tcPr>
            <w:tcW w:type="dxa" w:w="3061"/>
          </w:tcPr>
          <w:p>
            <w:pPr>
              <w:spacing w:after="20" w:line="276" w:lineRule="auto"/>
            </w:pPr>
            <w:r/>
            <w:r>
              <w:rPr>
                <w:rFonts w:ascii="宋体" w:hAnsi="宋体" w:eastAsia="宋体"/>
                <w:b w:val="0"/>
                <w:sz w:val="18"/>
              </w:rPr>
              <w:t>学生独立完成后全班展示交流。</w:t>
            </w:r>
          </w:p>
          <w:p>
            <w:pPr>
              <w:spacing w:after="20" w:line="276" w:lineRule="auto"/>
            </w:pPr>
            <w:r>
              <w:rPr>
                <w:rFonts w:ascii="宋体" w:hAnsi="宋体" w:eastAsia="宋体"/>
                <w:b w:val="0"/>
                <w:sz w:val="18"/>
              </w:rPr>
              <w:t>学生独立完成，全班汇报交流。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师：这节课你有什么收获？</w:t>
            </w:r>
          </w:p>
          <w:p>
            <w:pPr>
              <w:spacing w:after="20" w:line="276" w:lineRule="auto"/>
            </w:pPr>
            <w:r>
              <w:rPr>
                <w:rFonts w:ascii="宋体" w:hAnsi="宋体" w:eastAsia="宋体"/>
                <w:b w:val="0"/>
                <w:sz w:val="18"/>
              </w:rPr>
              <w:t>教学中让学生通过看图找出不同之处，在已有知识经验的基础上进行教学，既找准了学生的认知基础，又培养了学生发现和提出问题的能力。探究新知中给学生自主思考的时间，让他们发现和提出问题，并在分析和解决问题的过程中，数形结合，用摆小棒的方法理解算理，列出算式。乘减的算理理解是本节课的重点，让学生多次叙述算理，加深对这一难点的理解，达到融会贯通的目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乘加、乘减</w:t>
      </w:r>
    </w:p>
    <w:p>
      <w:pPr>
        <w:spacing w:after="40" w:line="300" w:lineRule="auto"/>
      </w:pPr>
      <w:r>
        <w:rPr>
          <w:rFonts w:ascii="宋体" w:hAnsi="宋体" w:eastAsia="宋体"/>
          <w:b w:val="0"/>
          <w:sz w:val="20"/>
        </w:rPr>
        <w:t>3＋3＋3＋2＝11</w:t>
      </w:r>
    </w:p>
    <w:p>
      <w:pPr>
        <w:spacing w:after="40" w:line="300" w:lineRule="auto"/>
      </w:pPr>
      <w:r>
        <w:rPr>
          <w:rFonts w:ascii="宋体" w:hAnsi="宋体" w:eastAsia="宋体"/>
          <w:b w:val="0"/>
          <w:sz w:val="20"/>
        </w:rPr>
        <w:t>3×3＋2＝11</w:t>
      </w:r>
    </w:p>
    <w:p>
      <w:pPr>
        <w:spacing w:after="40" w:line="300" w:lineRule="auto"/>
      </w:pPr>
      <w:r>
        <w:rPr>
          <w:rFonts w:ascii="宋体" w:hAnsi="宋体" w:eastAsia="宋体"/>
          <w:b w:val="0"/>
          <w:sz w:val="20"/>
        </w:rPr>
        <w:t>3×4－1＝11</w:t>
      </w:r>
    </w:p>
    <w:p>
      <w:pPr>
        <w:spacing w:after="40" w:line="300" w:lineRule="auto"/>
      </w:pPr>
      <w:r>
        <w:rPr>
          <w:rFonts w:ascii="宋体" w:hAnsi="宋体" w:eastAsia="宋体"/>
          <w:b w:val="0"/>
          <w:sz w:val="20"/>
        </w:rPr>
        <w:t>计算乘加、乘减时要先算乘法，再算加、减法。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教科书P21例3，完成教科书P21“做一做”。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让学生置身于自己身边的、感兴趣的生活情境中，并通过例3情境图的信息自然地激发学生探究的欲望，培养学生发现问题、提出问题的能力，进而在分析问题的基础上提高解决问题的能力。本节课采取了较为开放的教学形式，引导学生在充分观察思考的基础上发表各自的见解，充分尊重学生的学习方式，引导学生探索不同的解决问题的方法，培养学生从不同角度观察、思考问题的习惯，体现了解决问题策略多样化和算法多样化的教学思想。</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6的乘法口诀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6的乘法口诀</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教学内容：教科书P22例4，完成教科书P22“做一做”和P23“练一练”第1、2题。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（1）经历编制6的乘法口诀的过程，知道每句口诀的来源和意义，在理解的基础上记忆6的乘法口诀。</w:t>
      </w:r>
    </w:p>
    <w:p>
      <w:pPr>
        <w:spacing w:after="20" w:line="300" w:lineRule="auto"/>
        <w:ind w:firstLine="400"/>
      </w:pPr>
      <w:r>
        <w:rPr>
          <w:rFonts w:ascii="宋体" w:hAnsi="宋体" w:eastAsia="宋体"/>
          <w:b w:val="0"/>
          <w:sz w:val="20"/>
        </w:rPr>
        <w:t>（2）在编制6的乘法口诀的活动中，提高学生的口算技能，培养学生的抽象概括能力。</w:t>
      </w:r>
    </w:p>
    <w:p>
      <w:pPr>
        <w:spacing w:after="20" w:line="300" w:lineRule="auto"/>
        <w:ind w:firstLine="400"/>
      </w:pPr>
      <w:r>
        <w:rPr>
          <w:rFonts w:ascii="宋体" w:hAnsi="宋体" w:eastAsia="宋体"/>
          <w:b w:val="0"/>
          <w:sz w:val="20"/>
        </w:rPr>
        <w:t>（3）在观察、操作、归纳等活动中，培养学生的学习兴趣，发展学生的数感。</w:t>
      </w:r>
    </w:p>
    <w:p>
      <w:pPr>
        <w:spacing w:after="20" w:line="300" w:lineRule="auto"/>
      </w:pPr>
      <w:r>
        <w:rPr>
          <w:rFonts w:ascii="宋体" w:hAnsi="宋体" w:eastAsia="宋体"/>
          <w:b w:val="0"/>
          <w:sz w:val="20"/>
        </w:rPr>
        <w:t>教学重点：经历6的乘法口诀的编制过程，知道每句口诀的来源和意义，会用6的乘法口诀进行计算。</w:t>
      </w:r>
    </w:p>
    <w:p>
      <w:pPr>
        <w:spacing w:after="20" w:line="300" w:lineRule="auto"/>
      </w:pPr>
      <w:r>
        <w:rPr>
          <w:rFonts w:ascii="宋体" w:hAnsi="宋体" w:eastAsia="宋体"/>
          <w:b w:val="0"/>
          <w:sz w:val="20"/>
        </w:rPr>
        <w:t>教学难点：编制6的乘法口诀，掌握6的乘法口诀的特征。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复习巩固，以旧引新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　　)得八     三(　　)得九</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自主探究6的乘法口诀</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请同学们仔细观察，从图中你发现了哪些数？；能不能根据1～5的乘法口诀，来编制6的乘法口诀呢？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这节课我们一起学习了什么？</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复习巩固，以旧引新</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1．看算式说口诀。</w:t>
            </w:r>
          </w:p>
          <w:p>
            <w:pPr>
              <w:spacing w:after="20" w:line="276" w:lineRule="auto"/>
            </w:pPr>
            <w:r>
              <w:rPr>
                <w:rFonts w:ascii="宋体" w:hAnsi="宋体" w:eastAsia="宋体"/>
                <w:b w:val="0"/>
                <w:sz w:val="18"/>
              </w:rPr>
              <w:t>2．填一填。</w:t>
            </w:r>
          </w:p>
          <w:p>
            <w:pPr>
              <w:spacing w:after="20" w:line="276" w:lineRule="auto"/>
            </w:pPr>
            <w:r>
              <w:rPr>
                <w:rFonts w:ascii="宋体" w:hAnsi="宋体" w:eastAsia="宋体"/>
                <w:b w:val="0"/>
                <w:sz w:val="18"/>
              </w:rPr>
              <w:t>二五(　　)　     二四(　　)　         (　　)二十五</w:t>
            </w:r>
          </w:p>
          <w:p>
            <w:pPr>
              <w:spacing w:after="20" w:line="276" w:lineRule="auto"/>
            </w:pPr>
            <w:r>
              <w:rPr>
                <w:rFonts w:ascii="宋体" w:hAnsi="宋体" w:eastAsia="宋体"/>
                <w:b w:val="0"/>
                <w:sz w:val="18"/>
              </w:rPr>
              <w:t>(　　)十六       (　　)三得六         四五(　　)</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二(　　)得八     三(　　)得九</w:t>
            </w:r>
          </w:p>
        </w:tc>
        <w:tc>
          <w:tcPr>
            <w:tcW w:type="dxa" w:w="3061"/>
          </w:tcPr>
          <w:p>
            <w:pPr>
              <w:spacing w:after="20" w:line="276" w:lineRule="auto"/>
            </w:pPr>
            <w:r/>
            <w:r>
              <w:rPr>
                <w:rFonts w:ascii="宋体" w:hAnsi="宋体" w:eastAsia="宋体"/>
                <w:b w:val="0"/>
                <w:sz w:val="18"/>
              </w:rPr>
              <w:t>师：看来同学们对1～5的乘法口诀掌握得非常好。今天我们继续学习6的乘法口诀，比一比，看谁表现得最棒！(板书课题：6的乘法口诀)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自主探究6的乘法口诀</w:t>
            </w:r>
          </w:p>
        </w:tc>
        <w:tc>
          <w:tcPr>
            <w:tcW w:type="dxa" w:w="3061"/>
          </w:tcPr>
          <w:p>
            <w:pPr>
              <w:spacing w:after="20" w:line="276" w:lineRule="auto"/>
            </w:pPr>
            <w:r/>
            <w:r>
              <w:rPr>
                <w:rFonts w:ascii="宋体" w:hAnsi="宋体" w:eastAsia="宋体"/>
                <w:b w:val="0"/>
                <w:sz w:val="18"/>
              </w:rPr>
              <w:t>1.课件出示教科书P22例4情境图。</w:t>
            </w:r>
          </w:p>
          <w:p>
            <w:pPr>
              <w:spacing w:after="20" w:line="276" w:lineRule="auto"/>
            </w:pPr>
            <w:r>
              <w:rPr>
                <w:rFonts w:ascii="宋体" w:hAnsi="宋体" w:eastAsia="宋体"/>
                <w:b w:val="0"/>
                <w:sz w:val="18"/>
              </w:rPr>
              <w:t>师：请同学们仔细观察，从图中你发现了哪些数？</w:t>
            </w:r>
          </w:p>
          <w:p>
            <w:pPr>
              <w:spacing w:after="20" w:line="276" w:lineRule="auto"/>
            </w:pPr>
            <w:r>
              <w:rPr>
                <w:rFonts w:ascii="宋体" w:hAnsi="宋体" w:eastAsia="宋体"/>
                <w:b w:val="0"/>
                <w:sz w:val="18"/>
              </w:rPr>
              <w:t>每串糖葫芦有6颗山楂，学生很自然地发现6、12、18、24、30、36这些数。</w:t>
            </w:r>
          </w:p>
          <w:p>
            <w:pPr>
              <w:spacing w:after="20" w:line="276" w:lineRule="auto"/>
            </w:pPr>
            <w:r>
              <w:rPr>
                <w:rFonts w:ascii="宋体" w:hAnsi="宋体" w:eastAsia="宋体"/>
                <w:b w:val="0"/>
                <w:sz w:val="18"/>
              </w:rPr>
              <w:t>2．课件出示表格。</w:t>
            </w:r>
          </w:p>
          <w:p>
            <w:pPr>
              <w:spacing w:after="20" w:line="276" w:lineRule="auto"/>
            </w:pPr>
            <w:r>
              <w:rPr>
                <w:rFonts w:ascii="宋体" w:hAnsi="宋体" w:eastAsia="宋体"/>
                <w:b w:val="0"/>
                <w:sz w:val="18"/>
              </w:rPr>
              <w:t>(1)通过计算，补全表格。</w:t>
            </w:r>
          </w:p>
          <w:p>
            <w:pPr>
              <w:spacing w:after="20" w:line="276" w:lineRule="auto"/>
            </w:pPr>
            <w:r>
              <w:rPr>
                <w:rFonts w:ascii="宋体" w:hAnsi="宋体" w:eastAsia="宋体"/>
                <w:b w:val="0"/>
                <w:sz w:val="18"/>
              </w:rPr>
              <w:t>糖葫芦串数 │ 1 │ 2 │ 3 │ 4 │ 5 │ 6</w:t>
            </w:r>
          </w:p>
          <w:p>
            <w:pPr>
              <w:spacing w:after="20" w:line="276" w:lineRule="auto"/>
            </w:pPr>
            <w:r>
              <w:rPr>
                <w:rFonts w:ascii="宋体" w:hAnsi="宋体" w:eastAsia="宋体"/>
                <w:b w:val="0"/>
                <w:sz w:val="18"/>
              </w:rPr>
              <w:t>山楂颗数 │ 6 │ 12 │  │  │  │</w:t>
            </w:r>
          </w:p>
          <w:p>
            <w:pPr>
              <w:spacing w:after="20" w:line="276" w:lineRule="auto"/>
            </w:pPr>
            <w:r>
              <w:rPr>
                <w:rFonts w:ascii="宋体" w:hAnsi="宋体" w:eastAsia="宋体"/>
                <w:b w:val="0"/>
                <w:sz w:val="18"/>
              </w:rPr>
              <w:t>师：请同学们根据刚才的分析，用自己的方法独立计算，完成表格。</w:t>
            </w:r>
          </w:p>
          <w:p>
            <w:pPr>
              <w:spacing w:after="20" w:line="276" w:lineRule="auto"/>
            </w:pPr>
            <w:r>
              <w:rPr>
                <w:rFonts w:ascii="宋体" w:hAnsi="宋体" w:eastAsia="宋体"/>
                <w:b w:val="0"/>
                <w:sz w:val="18"/>
              </w:rPr>
              <w:t>(2)学生汇报交流计算结果。</w:t>
            </w:r>
          </w:p>
          <w:p>
            <w:pPr>
              <w:spacing w:after="20" w:line="276" w:lineRule="auto"/>
            </w:pPr>
            <w:r>
              <w:rPr>
                <w:rFonts w:ascii="宋体" w:hAnsi="宋体" w:eastAsia="宋体"/>
                <w:b w:val="0"/>
                <w:sz w:val="18"/>
              </w:rPr>
              <w:t>可能有两种情况，加法计算：几个6相加，如6＋6＋6＋6＝24；乘法计算：几和6相乘，如4×6＝24或6×4＝24。</w:t>
            </w:r>
          </w:p>
          <w:p>
            <w:pPr>
              <w:spacing w:after="20" w:line="276" w:lineRule="auto"/>
            </w:pPr>
            <w:r>
              <w:rPr>
                <w:rFonts w:ascii="宋体" w:hAnsi="宋体" w:eastAsia="宋体"/>
                <w:b w:val="0"/>
                <w:sz w:val="18"/>
              </w:rPr>
              <w:t>其他得数计算方法同上。</w:t>
            </w:r>
          </w:p>
          <w:p>
            <w:pPr>
              <w:spacing w:after="20" w:line="276" w:lineRule="auto"/>
            </w:pPr>
            <w:r>
              <w:rPr>
                <w:rFonts w:ascii="宋体" w:hAnsi="宋体" w:eastAsia="宋体"/>
                <w:b w:val="0"/>
                <w:sz w:val="18"/>
              </w:rPr>
              <w:t>(3)一组一组地诵读表格中的数。</w:t>
            </w:r>
          </w:p>
          <w:p>
            <w:pPr>
              <w:spacing w:after="20" w:line="276" w:lineRule="auto"/>
            </w:pPr>
            <w:r>
              <w:rPr>
                <w:rFonts w:ascii="宋体" w:hAnsi="宋体" w:eastAsia="宋体"/>
                <w:b w:val="0"/>
                <w:sz w:val="18"/>
              </w:rPr>
              <w:t>3．自主探索，编制6的乘法口诀。</w:t>
            </w:r>
          </w:p>
          <w:p>
            <w:pPr>
              <w:spacing w:after="20" w:line="276" w:lineRule="auto"/>
            </w:pPr>
            <w:r>
              <w:rPr>
                <w:rFonts w:ascii="宋体" w:hAnsi="宋体" w:eastAsia="宋体"/>
                <w:b w:val="0"/>
                <w:sz w:val="18"/>
              </w:rPr>
              <w:t>(1)写乘法算式。</w:t>
            </w:r>
          </w:p>
          <w:p>
            <w:pPr>
              <w:spacing w:after="20" w:line="276" w:lineRule="auto"/>
            </w:pPr>
            <w:r>
              <w:rPr>
                <w:rFonts w:ascii="宋体" w:hAnsi="宋体" w:eastAsia="宋体"/>
                <w:b w:val="0"/>
                <w:sz w:val="18"/>
              </w:rPr>
              <w:t>师：根据表格中糖葫芦串数和山楂颗数，请同学们写出相应的乘法算式。</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师：请一位同学把自己写出的算式有节奏地念出来，其他同学订正自己的答案。</w:t>
            </w:r>
          </w:p>
          <w:p>
            <w:pPr>
              <w:spacing w:after="20" w:line="276" w:lineRule="auto"/>
            </w:pPr>
            <w:r>
              <w:rPr>
                <w:rFonts w:ascii="宋体" w:hAnsi="宋体" w:eastAsia="宋体"/>
                <w:b w:val="0"/>
                <w:sz w:val="18"/>
              </w:rPr>
              <w:t>教师根据学生回答板书如下：</w:t>
            </w:r>
          </w:p>
          <w:p>
            <w:pPr>
              <w:spacing w:after="20" w:line="276" w:lineRule="auto"/>
            </w:pPr>
            <w:r>
              <w:rPr>
                <w:rFonts w:ascii="宋体" w:hAnsi="宋体" w:eastAsia="宋体"/>
                <w:b w:val="0"/>
                <w:sz w:val="18"/>
              </w:rPr>
              <w:t>6×1＝6　　　　1×6＝6</w:t>
            </w:r>
          </w:p>
          <w:p>
            <w:pPr>
              <w:spacing w:after="20" w:line="276" w:lineRule="auto"/>
            </w:pPr>
            <w:r>
              <w:rPr>
                <w:rFonts w:ascii="宋体" w:hAnsi="宋体" w:eastAsia="宋体"/>
                <w:b w:val="0"/>
                <w:sz w:val="18"/>
              </w:rPr>
              <w:t>6×2＝12       2×6＝12</w:t>
            </w:r>
          </w:p>
          <w:p>
            <w:pPr>
              <w:spacing w:after="20" w:line="276" w:lineRule="auto"/>
            </w:pPr>
            <w:r>
              <w:rPr>
                <w:rFonts w:ascii="宋体" w:hAnsi="宋体" w:eastAsia="宋体"/>
                <w:b w:val="0"/>
                <w:sz w:val="18"/>
              </w:rPr>
              <w:t>6×3＝18       3×6＝18</w:t>
            </w:r>
          </w:p>
          <w:p>
            <w:pPr>
              <w:spacing w:after="20" w:line="276" w:lineRule="auto"/>
            </w:pPr>
            <w:r>
              <w:rPr>
                <w:rFonts w:ascii="宋体" w:hAnsi="宋体" w:eastAsia="宋体"/>
                <w:b w:val="0"/>
                <w:sz w:val="18"/>
              </w:rPr>
              <w:t>6×4＝24       4×6＝24</w:t>
            </w:r>
          </w:p>
          <w:p>
            <w:pPr>
              <w:spacing w:after="20" w:line="276" w:lineRule="auto"/>
            </w:pPr>
            <w:r>
              <w:rPr>
                <w:rFonts w:ascii="宋体" w:hAnsi="宋体" w:eastAsia="宋体"/>
                <w:b w:val="0"/>
                <w:sz w:val="18"/>
              </w:rPr>
              <w:t>6×5＝30       5×6＝30</w:t>
            </w:r>
          </w:p>
          <w:p>
            <w:pPr>
              <w:spacing w:after="20" w:line="276" w:lineRule="auto"/>
            </w:pPr>
            <w:r>
              <w:rPr>
                <w:rFonts w:ascii="宋体" w:hAnsi="宋体" w:eastAsia="宋体"/>
                <w:b w:val="0"/>
                <w:sz w:val="18"/>
              </w:rPr>
              <w:t>6×6＝36</w:t>
            </w:r>
          </w:p>
          <w:p>
            <w:pPr>
              <w:spacing w:after="20" w:line="276" w:lineRule="auto"/>
            </w:pPr>
            <w:r>
              <w:rPr>
                <w:rFonts w:ascii="宋体" w:hAnsi="宋体" w:eastAsia="宋体"/>
                <w:b w:val="0"/>
                <w:sz w:val="18"/>
              </w:rPr>
              <w:t>(3)学生尝试编口诀。</w:t>
            </w:r>
          </w:p>
          <w:p>
            <w:pPr>
              <w:spacing w:after="20" w:line="276" w:lineRule="auto"/>
            </w:pPr>
            <w:r>
              <w:rPr>
                <w:rFonts w:ascii="宋体" w:hAnsi="宋体" w:eastAsia="宋体"/>
                <w:b w:val="0"/>
                <w:sz w:val="18"/>
              </w:rPr>
              <w:t>师：能不能根据1～5的乘法口诀，来编制6的乘法口诀呢？</w:t>
            </w:r>
          </w:p>
          <w:p>
            <w:pPr>
              <w:spacing w:after="20" w:line="276" w:lineRule="auto"/>
            </w:pPr>
            <w:r>
              <w:rPr>
                <w:rFonts w:ascii="宋体" w:hAnsi="宋体" w:eastAsia="宋体"/>
                <w:b w:val="0"/>
                <w:sz w:val="18"/>
              </w:rPr>
              <w:t>部分学生无法编出口诀，教师可以适时引导。</w:t>
            </w:r>
          </w:p>
          <w:p>
            <w:pPr>
              <w:spacing w:after="20" w:line="276" w:lineRule="auto"/>
            </w:pPr>
            <w:r>
              <w:rPr>
                <w:rFonts w:ascii="宋体" w:hAnsi="宋体" w:eastAsia="宋体"/>
                <w:b w:val="0"/>
                <w:sz w:val="18"/>
              </w:rPr>
              <w:t>师：1个6是6，6×1＝6，一六得六，像这样，你能把其他几句口诀编出来吗？</w:t>
            </w:r>
          </w:p>
          <w:p>
            <w:pPr>
              <w:spacing w:after="20" w:line="276" w:lineRule="auto"/>
            </w:pPr>
            <w:r>
              <w:rPr>
                <w:rFonts w:ascii="宋体" w:hAnsi="宋体" w:eastAsia="宋体"/>
                <w:b w:val="0"/>
                <w:sz w:val="18"/>
              </w:rPr>
              <w:t>(4)学生汇报自己编制的口诀。</w:t>
            </w:r>
          </w:p>
          <w:p>
            <w:pPr>
              <w:spacing w:after="20" w:line="276" w:lineRule="auto"/>
            </w:pPr>
            <w:r>
              <w:rPr>
                <w:rFonts w:ascii="宋体" w:hAnsi="宋体" w:eastAsia="宋体"/>
                <w:b w:val="0"/>
                <w:sz w:val="18"/>
              </w:rPr>
              <w:t>根据学生回答板书：一六得六，二六十二，三六十八，四六二十四，五六三十，六六三十六。</w:t>
            </w:r>
          </w:p>
          <w:p>
            <w:pPr>
              <w:spacing w:after="20" w:line="276" w:lineRule="auto"/>
            </w:pPr>
            <w:r>
              <w:rPr>
                <w:rFonts w:ascii="宋体" w:hAnsi="宋体" w:eastAsia="宋体"/>
                <w:b w:val="0"/>
                <w:sz w:val="18"/>
              </w:rPr>
              <w:t>(5)根据口诀写乘法算式。</w:t>
            </w:r>
          </w:p>
          <w:p>
            <w:pPr>
              <w:spacing w:after="20" w:line="276" w:lineRule="auto"/>
            </w:pPr>
            <w:r>
              <w:rPr>
                <w:rFonts w:ascii="宋体" w:hAnsi="宋体" w:eastAsia="宋体"/>
                <w:b w:val="0"/>
                <w:sz w:val="18"/>
              </w:rPr>
              <w:t>师：同桌交流，每句口诀是什么意思？每句口诀能写出几个乘法算式？</w:t>
            </w:r>
          </w:p>
          <w:p>
            <w:pPr>
              <w:spacing w:after="20" w:line="276" w:lineRule="auto"/>
            </w:pPr>
            <w:r>
              <w:rPr>
                <w:rFonts w:ascii="宋体" w:hAnsi="宋体" w:eastAsia="宋体"/>
                <w:b w:val="0"/>
                <w:sz w:val="18"/>
              </w:rPr>
              <w:t>4．用多种形式记忆6的乘法口诀。</w:t>
            </w:r>
          </w:p>
          <w:p>
            <w:pPr>
              <w:spacing w:after="20" w:line="276" w:lineRule="auto"/>
            </w:pPr>
            <w:r>
              <w:rPr>
                <w:rFonts w:ascii="宋体" w:hAnsi="宋体" w:eastAsia="宋体"/>
                <w:b w:val="0"/>
                <w:sz w:val="18"/>
              </w:rPr>
              <w:t>师：请大家仔细观察，6的乘法口诀有什么特点？</w:t>
            </w:r>
          </w:p>
          <w:p>
            <w:pPr>
              <w:spacing w:after="20" w:line="276" w:lineRule="auto"/>
            </w:pPr>
            <w:r>
              <w:rPr>
                <w:rFonts w:ascii="宋体" w:hAnsi="宋体" w:eastAsia="宋体"/>
                <w:b w:val="0"/>
                <w:sz w:val="18"/>
              </w:rPr>
              <w:t>引导学生用多种方法记忆6的乘法口诀，如开火车、找朋友、对口令等。</w:t>
            </w:r>
          </w:p>
        </w:tc>
        <w:tc>
          <w:tcPr>
            <w:tcW w:type="dxa" w:w="3061"/>
          </w:tcPr>
          <w:p>
            <w:pPr>
              <w:spacing w:after="20" w:line="276" w:lineRule="auto"/>
            </w:pPr>
            <w:r/>
            <w:r>
              <w:rPr>
                <w:rFonts w:ascii="宋体" w:hAnsi="宋体" w:eastAsia="宋体"/>
                <w:b w:val="0"/>
                <w:sz w:val="18"/>
              </w:rPr>
              <w:t>学生根据表格计算出得数，同桌互相说说自己是用什么方法算出得数的。</w:t>
            </w:r>
          </w:p>
          <w:p>
            <w:pPr>
              <w:spacing w:after="20" w:line="276" w:lineRule="auto"/>
            </w:pPr>
            <w:r>
              <w:rPr>
                <w:rFonts w:ascii="宋体" w:hAnsi="宋体" w:eastAsia="宋体"/>
                <w:b w:val="0"/>
                <w:sz w:val="18"/>
              </w:rPr>
              <w:t>学生独立完成。</w:t>
            </w:r>
          </w:p>
          <w:p>
            <w:pPr>
              <w:spacing w:after="20" w:line="276" w:lineRule="auto"/>
            </w:pPr>
            <w:r>
              <w:rPr>
                <w:rFonts w:ascii="宋体" w:hAnsi="宋体" w:eastAsia="宋体"/>
                <w:b w:val="0"/>
                <w:sz w:val="18"/>
              </w:rPr>
              <w:t>学生尝试编口诀。</w:t>
            </w:r>
          </w:p>
          <w:p>
            <w:pPr>
              <w:spacing w:after="20" w:line="276" w:lineRule="auto"/>
            </w:pPr>
            <w:r>
              <w:rPr>
                <w:rFonts w:ascii="宋体" w:hAnsi="宋体" w:eastAsia="宋体"/>
                <w:b w:val="0"/>
                <w:sz w:val="18"/>
              </w:rPr>
              <w:t>学生尝试编制其他口诀。</w:t>
            </w:r>
          </w:p>
          <w:p>
            <w:pPr>
              <w:spacing w:after="20" w:line="276" w:lineRule="auto"/>
            </w:pPr>
            <w:r>
              <w:rPr>
                <w:rFonts w:ascii="宋体" w:hAnsi="宋体" w:eastAsia="宋体"/>
                <w:b w:val="0"/>
                <w:sz w:val="18"/>
              </w:rPr>
              <w:t>预设1：每句口诀的第一个字分别是一、二、三、四、五、六，按从小到大的顺序排列。</w:t>
            </w:r>
          </w:p>
          <w:p>
            <w:pPr>
              <w:spacing w:after="20" w:line="276" w:lineRule="auto"/>
            </w:pPr>
            <w:r>
              <w:rPr>
                <w:rFonts w:ascii="宋体" w:hAnsi="宋体" w:eastAsia="宋体"/>
                <w:b w:val="0"/>
                <w:sz w:val="18"/>
              </w:rPr>
              <w:t>预设2：口诀的第二个字都是六。</w:t>
            </w:r>
          </w:p>
          <w:p>
            <w:pPr>
              <w:spacing w:after="20" w:line="276" w:lineRule="auto"/>
            </w:pPr>
            <w:r>
              <w:rPr>
                <w:rFonts w:ascii="宋体" w:hAnsi="宋体" w:eastAsia="宋体"/>
                <w:b w:val="0"/>
                <w:sz w:val="18"/>
              </w:rPr>
              <w:t>预设3：下一句口诀的得数都比上一句多6。</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设计递进式探究活动，引导学生在动手实践与合作交流中经历知识形成过程，突破本课重难点，核心问题："请同学们仔细观察，从图中你发现了哪些数？"</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1.完成教科书P22“做一做”第1题。</w:t>
            </w:r>
          </w:p>
          <w:p>
            <w:pPr>
              <w:spacing w:after="20" w:line="276" w:lineRule="auto"/>
            </w:pPr>
            <w:r>
              <w:rPr>
                <w:rFonts w:ascii="宋体" w:hAnsi="宋体" w:eastAsia="宋体"/>
                <w:b w:val="0"/>
                <w:sz w:val="18"/>
              </w:rPr>
              <w:t>2．完成教科书P22“做一做”第2题。</w:t>
            </w:r>
          </w:p>
          <w:p>
            <w:pPr>
              <w:spacing w:after="20" w:line="276" w:lineRule="auto"/>
            </w:pPr>
            <w:r>
              <w:rPr>
                <w:rFonts w:ascii="宋体" w:hAnsi="宋体" w:eastAsia="宋体"/>
                <w:b w:val="0"/>
                <w:sz w:val="18"/>
              </w:rPr>
              <w:t>先在心中列出乘法算式，再利用口诀算结果。</w:t>
            </w:r>
          </w:p>
          <w:p>
            <w:pPr>
              <w:spacing w:after="20" w:line="276" w:lineRule="auto"/>
            </w:pPr>
            <w:r>
              <w:rPr>
                <w:rFonts w:ascii="宋体" w:hAnsi="宋体" w:eastAsia="宋体"/>
                <w:b w:val="0"/>
                <w:sz w:val="18"/>
              </w:rPr>
              <w:t>3．完成教科书P23“练一练”第1题。</w:t>
            </w:r>
          </w:p>
          <w:p>
            <w:pPr>
              <w:spacing w:after="20" w:line="276" w:lineRule="auto"/>
            </w:pPr>
            <w:r>
              <w:rPr>
                <w:rFonts w:ascii="宋体" w:hAnsi="宋体" w:eastAsia="宋体"/>
                <w:b w:val="0"/>
                <w:sz w:val="18"/>
              </w:rPr>
              <w:t>巩固6的乘法口诀和乘加、乘减的计算。</w:t>
            </w:r>
          </w:p>
          <w:p>
            <w:pPr>
              <w:spacing w:after="20" w:line="276" w:lineRule="auto"/>
            </w:pPr>
            <w:r>
              <w:rPr>
                <w:rFonts w:ascii="宋体" w:hAnsi="宋体" w:eastAsia="宋体"/>
                <w:b w:val="0"/>
                <w:sz w:val="18"/>
              </w:rPr>
              <w:t>4．完成教科书P23“练一练”第2题。</w:t>
            </w:r>
          </w:p>
          <w:p>
            <w:pPr>
              <w:spacing w:after="20" w:line="276" w:lineRule="auto"/>
            </w:pPr>
            <w:r>
              <w:rPr>
                <w:rFonts w:ascii="宋体" w:hAnsi="宋体" w:eastAsia="宋体"/>
                <w:b w:val="0"/>
                <w:sz w:val="18"/>
              </w:rPr>
              <w:t>前两幅图先数出有“几个几”，再选用合适的乘法口诀；第三幅图，用乘加、乘减分析列式计算。</w:t>
            </w:r>
          </w:p>
        </w:tc>
        <w:tc>
          <w:tcPr>
            <w:tcW w:type="dxa" w:w="3061"/>
          </w:tcPr>
          <w:p>
            <w:pPr>
              <w:spacing w:after="20" w:line="276" w:lineRule="auto"/>
            </w:pPr>
            <w:r/>
            <w:r>
              <w:rPr>
                <w:rFonts w:ascii="宋体" w:hAnsi="宋体" w:eastAsia="宋体"/>
                <w:b w:val="0"/>
                <w:sz w:val="18"/>
              </w:rPr>
              <w:t>学生独立完成后同桌互相检查，汇报情况。</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师：这节课我们一起学习了什么？</w:t>
            </w:r>
          </w:p>
          <w:p>
            <w:pPr>
              <w:spacing w:after="20" w:line="276" w:lineRule="auto"/>
            </w:pPr>
            <w:r>
              <w:rPr>
                <w:rFonts w:ascii="宋体" w:hAnsi="宋体" w:eastAsia="宋体"/>
                <w:b w:val="0"/>
                <w:sz w:val="18"/>
              </w:rPr>
              <w:t>借助抽象的表格，引导学生独立思考、相互交流，培养学生发现问题、提出问题的能力。新知的教学中让学生先计算，为理解口诀的意义提供依据。再由5的乘法口诀编制方法进行正迁移，编制6的乘法口诀。让学生看着表格有节奏地诵读乘数与积，更有利于学生理解相同加数与得数之间的关系，培养学生的数感，也为后续理解口诀的来源和意义以及熟记口诀打好基础。最后让学生用自己的方法理解性记忆口诀，达到突破教学难点的目的。</w:t>
            </w:r>
          </w:p>
        </w:tc>
        <w:tc>
          <w:tcPr>
            <w:tcW w:type="dxa" w:w="3061"/>
          </w:tcPr>
          <w:p>
            <w:pPr>
              <w:spacing w:after="20" w:line="276" w:lineRule="auto"/>
            </w:pPr>
            <w:r/>
            <w:r>
              <w:rPr>
                <w:rFonts w:ascii="宋体" w:hAnsi="宋体" w:eastAsia="宋体"/>
                <w:b w:val="0"/>
                <w:sz w:val="18"/>
              </w:rPr>
              <w:t>全班齐背1～6的乘法口诀。</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引导学生回顾梳理本课所学，完善认知结构，提升归纳与反思能力，核心问题："这节课我们一起学习了什么？"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6的乘法口诀</w:t>
      </w:r>
    </w:p>
    <w:p>
      <w:pPr>
        <w:spacing w:after="40" w:line="300" w:lineRule="auto"/>
      </w:pPr>
      <w:r>
        <w:rPr>
          <w:rFonts w:ascii="宋体" w:hAnsi="宋体" w:eastAsia="宋体"/>
          <w:b w:val="0"/>
          <w:sz w:val="20"/>
        </w:rPr>
        <w:t>6×1＝6　　　　1×6＝6　　　　一六得六</w:t>
      </w:r>
    </w:p>
    <w:p>
      <w:pPr>
        <w:spacing w:after="40" w:line="300" w:lineRule="auto"/>
      </w:pPr>
      <w:r>
        <w:rPr>
          <w:rFonts w:ascii="宋体" w:hAnsi="宋体" w:eastAsia="宋体"/>
          <w:b w:val="0"/>
          <w:sz w:val="20"/>
        </w:rPr>
        <w:t>6×2＝12       2×6＝12       二六十二</w:t>
      </w:r>
    </w:p>
    <w:p>
      <w:pPr>
        <w:spacing w:after="40" w:line="300" w:lineRule="auto"/>
      </w:pPr>
      <w:r>
        <w:rPr>
          <w:rFonts w:ascii="宋体" w:hAnsi="宋体" w:eastAsia="宋体"/>
          <w:b w:val="0"/>
          <w:sz w:val="20"/>
        </w:rPr>
        <w:t>6×3＝18       3×6＝18       三六十八</w:t>
      </w:r>
    </w:p>
    <w:p>
      <w:pPr>
        <w:spacing w:after="40" w:line="300" w:lineRule="auto"/>
      </w:pPr>
      <w:r>
        <w:rPr>
          <w:rFonts w:ascii="宋体" w:hAnsi="宋体" w:eastAsia="宋体"/>
          <w:b w:val="0"/>
          <w:sz w:val="20"/>
        </w:rPr>
        <w:t>6×4＝24       4×6＝24       四六二十四</w:t>
      </w:r>
    </w:p>
    <w:p>
      <w:pPr>
        <w:spacing w:after="40" w:line="300" w:lineRule="auto"/>
      </w:pPr>
      <w:r>
        <w:rPr>
          <w:rFonts w:ascii="宋体" w:hAnsi="宋体" w:eastAsia="宋体"/>
          <w:b w:val="0"/>
          <w:sz w:val="20"/>
        </w:rPr>
        <w:t>6×5＝30       5×6＝30       五六三十</w:t>
      </w:r>
    </w:p>
    <w:p>
      <w:pPr>
        <w:spacing w:after="40" w:line="300" w:lineRule="auto"/>
      </w:pPr>
      <w:r>
        <w:rPr>
          <w:rFonts w:ascii="宋体" w:hAnsi="宋体" w:eastAsia="宋体"/>
          <w:b w:val="0"/>
          <w:sz w:val="20"/>
        </w:rPr>
        <w:t>6×6＝36                      六六三十六</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教科书P22例4，完成教科书P22“做一做”和P23“练一练”第1、2题。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学生来说，6的乘法口诀并不陌生，在生活中已有一定的经验基础，所以，教学一定要在此起点上进行。重要的是通过编制6的乘法口诀，进一步认识乘法的意义，体会乘法的简便性。为了更好地突破重、难点，本节课在教学上以学生为主体，给学生留出充分观察、思考、发现新知识的时间，放手让学生主动探究和发现规律，同时，教师还教给学生“发现要准，观察要细，探索要深，感悟要真”的学习方法，从而使学生发现问题、解决问题的能力得以提升。</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解决问题(1)</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教学内容：教科书P25例5，完成教科书P27“练一练”第2～4题。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（1）探索解决问题的一般步骤，能根据四则运算的意义，选择合适的运算解决实际问题。</w:t>
      </w:r>
    </w:p>
    <w:p>
      <w:pPr>
        <w:spacing w:after="20" w:line="300" w:lineRule="auto"/>
        <w:ind w:firstLine="400"/>
      </w:pPr>
      <w:r>
        <w:rPr>
          <w:rFonts w:ascii="宋体" w:hAnsi="宋体" w:eastAsia="宋体"/>
          <w:b w:val="0"/>
          <w:sz w:val="20"/>
        </w:rPr>
        <w:t>（2）通过比一比、画一画、说一说等数学活动，学会用画图、语言描述等方式将数学问题表示出来，培养学生分析问题和解决问题的能力。</w:t>
      </w:r>
    </w:p>
    <w:p>
      <w:pPr>
        <w:spacing w:after="20" w:line="300" w:lineRule="auto"/>
        <w:ind w:firstLine="400"/>
      </w:pPr>
      <w:r>
        <w:rPr>
          <w:rFonts w:ascii="宋体" w:hAnsi="宋体" w:eastAsia="宋体"/>
          <w:b w:val="0"/>
          <w:sz w:val="20"/>
        </w:rPr>
        <w:t>（3）引导学生积极参与数学活动，体会解决问题过程的乐趣。</w:t>
      </w:r>
    </w:p>
    <w:p>
      <w:pPr>
        <w:spacing w:after="20" w:line="300" w:lineRule="auto"/>
      </w:pPr>
      <w:r>
        <w:rPr>
          <w:rFonts w:ascii="宋体" w:hAnsi="宋体" w:eastAsia="宋体"/>
          <w:b w:val="0"/>
          <w:sz w:val="20"/>
        </w:rPr>
        <w:t>教学重点：根据四则运算的意义解决简单的实际问题。</w:t>
      </w:r>
    </w:p>
    <w:p>
      <w:pPr>
        <w:spacing w:after="20" w:line="300" w:lineRule="auto"/>
      </w:pPr>
      <w:r>
        <w:rPr>
          <w:rFonts w:ascii="宋体" w:hAnsi="宋体" w:eastAsia="宋体"/>
          <w:b w:val="0"/>
          <w:sz w:val="20"/>
        </w:rPr>
        <w:t>教学难点：利用画图、语言描述等方式将数学问题和运算的意义联系起来，帮助学生选择算法。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情境导入，提出问题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你们能按不同的要求计算出每间教室各需要多少张桌子吗？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探究新知，解决问题</w:t>
            </w:r>
          </w:p>
        </w:tc>
        <w:tc>
          <w:tcPr>
            <w:tcW w:type="dxa" w:w="1814"/>
          </w:tcPr>
          <w:p>
            <w:pPr>
              <w:spacing w:after="20" w:line="276" w:lineRule="auto"/>
            </w:pPr>
            <w:r/>
            <w:r>
              <w:rPr>
                <w:rFonts w:ascii="宋体" w:hAnsi="宋体" w:eastAsia="宋体"/>
                <w:b w:val="0"/>
                <w:sz w:val="18"/>
              </w:rPr>
              <w:t>图片、课件</w:t>
            </w:r>
          </w:p>
        </w:tc>
        <w:tc>
          <w:tcPr>
            <w:tcW w:type="dxa" w:w="3402"/>
          </w:tcPr>
          <w:p>
            <w:pPr>
              <w:spacing w:after="20" w:line="276" w:lineRule="auto"/>
            </w:pPr>
            <w:r/>
            <w:r>
              <w:rPr>
                <w:rFonts w:ascii="宋体" w:hAnsi="宋体" w:eastAsia="宋体"/>
                <w:b w:val="0"/>
                <w:sz w:val="18"/>
              </w:rPr>
              <w:t>通过读题你获得了哪些数学信息？；你们是怎么解答的？谁能说一说？</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巩固练习，内化提高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这节课我们运用数学知识解决了生活中的实际问题，想一想，我们是按什么步骤解决问题的？解决问题时需要注意什么？</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情境导入，提出问题</w:t>
            </w:r>
          </w:p>
        </w:tc>
        <w:tc>
          <w:tcPr>
            <w:tcW w:type="dxa" w:w="3061"/>
          </w:tcPr>
          <w:p>
            <w:pPr>
              <w:spacing w:after="20" w:line="276" w:lineRule="auto"/>
            </w:pPr>
            <w:r/>
            <w:r>
              <w:rPr>
                <w:rFonts w:ascii="宋体" w:hAnsi="宋体" w:eastAsia="宋体"/>
                <w:b w:val="0"/>
                <w:sz w:val="18"/>
              </w:rPr>
              <w:t>师：学校交给我们班一项光荣的任务，让我们布置两间教室，桌子的摆放要求如下。(出示课件)</w:t>
            </w:r>
          </w:p>
          <w:p>
            <w:pPr>
              <w:spacing w:after="20" w:line="276" w:lineRule="auto"/>
            </w:pPr>
            <w:r>
              <w:rPr>
                <w:rFonts w:ascii="宋体" w:hAnsi="宋体" w:eastAsia="宋体"/>
                <w:b w:val="0"/>
                <w:sz w:val="18"/>
              </w:rPr>
              <w:t>比较下面两道题，选择合适的方法解答。</w:t>
            </w:r>
          </w:p>
          <w:p>
            <w:pPr>
              <w:spacing w:after="20" w:line="276" w:lineRule="auto"/>
            </w:pPr>
            <w:r>
              <w:rPr>
                <w:rFonts w:ascii="宋体" w:hAnsi="宋体" w:eastAsia="宋体"/>
                <w:b w:val="0"/>
                <w:sz w:val="18"/>
              </w:rPr>
              <w:t>(1)有4排桌子，每排5张，一共有多少张？</w:t>
            </w:r>
          </w:p>
          <w:p>
            <w:pPr>
              <w:spacing w:after="20" w:line="276" w:lineRule="auto"/>
            </w:pPr>
            <w:r>
              <w:rPr>
                <w:rFonts w:ascii="宋体" w:hAnsi="宋体" w:eastAsia="宋体"/>
                <w:b w:val="0"/>
                <w:sz w:val="18"/>
              </w:rPr>
              <w:t>(2)有两排桌子，一排有4张，另一排有5张，一共有多少张？</w:t>
            </w:r>
          </w:p>
          <w:p>
            <w:pPr>
              <w:spacing w:after="20" w:line="276" w:lineRule="auto"/>
            </w:pPr>
            <w:r>
              <w:rPr>
                <w:rFonts w:ascii="宋体" w:hAnsi="宋体" w:eastAsia="宋体"/>
                <w:b w:val="0"/>
                <w:sz w:val="18"/>
              </w:rPr>
              <w:t>师：你们能按不同的要求计算出每间教室各需要多少张桌子吗？你们先自己尝试计算。</w:t>
            </w:r>
          </w:p>
          <w:p>
            <w:pPr>
              <w:spacing w:after="20" w:line="276" w:lineRule="auto"/>
            </w:pPr>
            <w:r>
              <w:rPr>
                <w:rFonts w:ascii="宋体" w:hAnsi="宋体" w:eastAsia="宋体"/>
                <w:b w:val="0"/>
                <w:sz w:val="18"/>
              </w:rPr>
              <w:t>师：这就是我们这节课要解决的问题。[板书课题：解决问题(1)]</w:t>
            </w:r>
          </w:p>
        </w:tc>
        <w:tc>
          <w:tcPr>
            <w:tcW w:type="dxa" w:w="3061"/>
          </w:tcPr>
          <w:p>
            <w:pPr>
              <w:spacing w:after="20" w:line="276" w:lineRule="auto"/>
            </w:pPr>
            <w:r/>
            <w:r>
              <w:rPr>
                <w:rFonts w:ascii="宋体" w:hAnsi="宋体" w:eastAsia="宋体"/>
                <w:b w:val="0"/>
                <w:sz w:val="18"/>
              </w:rPr>
              <w:t>学生尝试过程中可能会出现下面三种情况。</w:t>
            </w:r>
          </w:p>
          <w:p>
            <w:pPr>
              <w:spacing w:after="20" w:line="276" w:lineRule="auto"/>
            </w:pPr>
            <w:r>
              <w:rPr>
                <w:rFonts w:ascii="宋体" w:hAnsi="宋体" w:eastAsia="宋体"/>
                <w:b w:val="0"/>
                <w:sz w:val="18"/>
              </w:rPr>
              <w:t>预设1：学习能力较强的学生可以运用前面所学的知识准确解决问题。教师应予以肯定，提高学生的学习积极性。</w:t>
            </w:r>
          </w:p>
          <w:p>
            <w:pPr>
              <w:spacing w:after="20" w:line="276" w:lineRule="auto"/>
            </w:pPr>
            <w:r>
              <w:rPr>
                <w:rFonts w:ascii="宋体" w:hAnsi="宋体" w:eastAsia="宋体"/>
                <w:b w:val="0"/>
                <w:sz w:val="18"/>
              </w:rPr>
              <w:t>预设2：对乘法口诀掌握不熟悉的学生可以解决两个问题中的一个。教师可以适时引导，帮助学生更好地解决问题。</w:t>
            </w:r>
          </w:p>
          <w:p>
            <w:pPr>
              <w:spacing w:after="20" w:line="276" w:lineRule="auto"/>
            </w:pPr>
            <w:r>
              <w:rPr>
                <w:rFonts w:ascii="宋体" w:hAnsi="宋体" w:eastAsia="宋体"/>
                <w:b w:val="0"/>
                <w:sz w:val="18"/>
              </w:rPr>
              <w:t>预设3：学习能力较弱的学生遇到这些问题没有合理的解决方式。教师可以予以鼓励，给出一定的提示，帮助他们解决问题。</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创设情境激活学生已有经验，自然引出本课学习内容，激发学习兴趣，核心问题："你们能按不同的要求计算出每间教室各需要多少张桌子吗？"</w:t>
            </w:r>
          </w:p>
        </w:tc>
      </w:tr>
      <w:tr>
        <w:tc>
          <w:tcPr>
            <w:tcW w:type="dxa" w:w="1474"/>
          </w:tcPr>
          <w:p>
            <w:pPr>
              <w:spacing w:after="20" w:line="276" w:lineRule="auto"/>
            </w:pPr>
            <w:r>
              <w:rPr>
                <w:b/>
              </w:rPr>
            </w:r>
            <w:r>
              <w:rPr>
                <w:rFonts w:ascii="宋体" w:hAnsi="宋体" w:eastAsia="宋体"/>
                <w:b/>
                <w:sz w:val="18"/>
              </w:rPr>
              <w:t>探究新知，解决问题</w:t>
            </w:r>
          </w:p>
        </w:tc>
        <w:tc>
          <w:tcPr>
            <w:tcW w:type="dxa" w:w="3061"/>
          </w:tcPr>
          <w:p>
            <w:pPr>
              <w:spacing w:after="20" w:line="276" w:lineRule="auto"/>
            </w:pPr>
            <w:r/>
            <w:r>
              <w:rPr>
                <w:rFonts w:ascii="宋体" w:hAnsi="宋体" w:eastAsia="宋体"/>
                <w:b w:val="0"/>
                <w:sz w:val="18"/>
              </w:rPr>
              <w:t>1.读题，理解题意。</w:t>
            </w:r>
          </w:p>
          <w:p>
            <w:pPr>
              <w:spacing w:after="20" w:line="276" w:lineRule="auto"/>
            </w:pPr>
            <w:r>
              <w:rPr>
                <w:rFonts w:ascii="宋体" w:hAnsi="宋体" w:eastAsia="宋体"/>
                <w:b w:val="0"/>
                <w:sz w:val="18"/>
              </w:rPr>
              <w:t>师：通过读题你获得了哪些数学信息？</w:t>
            </w:r>
          </w:p>
          <w:p>
            <w:pPr>
              <w:spacing w:after="20" w:line="276" w:lineRule="auto"/>
            </w:pPr>
            <w:r>
              <w:rPr>
                <w:rFonts w:ascii="宋体" w:hAnsi="宋体" w:eastAsia="宋体"/>
                <w:b w:val="0"/>
                <w:sz w:val="18"/>
              </w:rPr>
              <w:t>通过读第(1)题知道了有4排桌子，每排5张；读第(2)题知道了有2排桌子，一排4张，另一排5张。</w:t>
            </w:r>
          </w:p>
          <w:p>
            <w:pPr>
              <w:spacing w:after="20" w:line="276" w:lineRule="auto"/>
            </w:pPr>
            <w:r>
              <w:rPr>
                <w:rFonts w:ascii="宋体" w:hAnsi="宋体" w:eastAsia="宋体"/>
                <w:b w:val="0"/>
                <w:sz w:val="18"/>
              </w:rPr>
              <w:t>两道题所求的问题一样，都是求一共有多少张桌子。</w:t>
            </w:r>
          </w:p>
          <w:p>
            <w:pPr>
              <w:spacing w:after="20" w:line="276" w:lineRule="auto"/>
            </w:pPr>
            <w:r>
              <w:rPr>
                <w:rFonts w:ascii="宋体" w:hAnsi="宋体" w:eastAsia="宋体"/>
                <w:b w:val="0"/>
                <w:sz w:val="18"/>
              </w:rPr>
              <w:t>2．自主探究，解决问题。</w:t>
            </w:r>
          </w:p>
          <w:p>
            <w:pPr>
              <w:spacing w:after="20" w:line="276" w:lineRule="auto"/>
            </w:pPr>
            <w:r>
              <w:rPr>
                <w:rFonts w:ascii="宋体" w:hAnsi="宋体" w:eastAsia="宋体"/>
                <w:b w:val="0"/>
                <w:sz w:val="18"/>
              </w:rPr>
              <w:t>(1)尝试解题，教师指导。</w:t>
            </w:r>
          </w:p>
          <w:p>
            <w:pPr>
              <w:spacing w:after="20" w:line="276" w:lineRule="auto"/>
            </w:pPr>
            <w:r>
              <w:rPr>
                <w:rFonts w:ascii="宋体" w:hAnsi="宋体" w:eastAsia="宋体"/>
                <w:b w:val="0"/>
                <w:sz w:val="18"/>
              </w:rPr>
              <w:t>(2)汇报交流，教师板书。</w:t>
            </w:r>
          </w:p>
          <w:p>
            <w:pPr>
              <w:spacing w:after="20" w:line="276" w:lineRule="auto"/>
            </w:pPr>
            <w:r>
              <w:rPr>
                <w:rFonts w:ascii="宋体" w:hAnsi="宋体" w:eastAsia="宋体"/>
                <w:b w:val="0"/>
                <w:sz w:val="18"/>
              </w:rPr>
              <w:t>师：你们是怎么解答的？谁能说一说？</w:t>
            </w:r>
          </w:p>
          <w:p>
            <w:pPr>
              <w:spacing w:after="20" w:line="276" w:lineRule="auto"/>
            </w:pPr>
            <w:r>
              <w:rPr>
                <w:rFonts w:ascii="宋体" w:hAnsi="宋体" w:eastAsia="宋体"/>
                <w:b w:val="0"/>
                <w:sz w:val="18"/>
              </w:rPr>
              <w:t>根据学生的汇报，教师板书不同的算式。</w:t>
            </w:r>
          </w:p>
          <w:p>
            <w:pPr>
              <w:spacing w:after="20" w:line="276" w:lineRule="auto"/>
            </w:pPr>
            <w:r>
              <w:rPr>
                <w:rFonts w:ascii="宋体" w:hAnsi="宋体" w:eastAsia="宋体"/>
                <w:b w:val="0"/>
                <w:sz w:val="18"/>
              </w:rPr>
              <w:t>师：同学们用不同的方法计算出了结果，到底哪种方法正确呢？我们用画图的方法来分析一下。</w:t>
            </w:r>
          </w:p>
          <w:p>
            <w:pPr>
              <w:spacing w:after="20" w:line="276" w:lineRule="auto"/>
            </w:pPr>
            <w:r>
              <w:rPr>
                <w:rFonts w:ascii="宋体" w:hAnsi="宋体" w:eastAsia="宋体"/>
                <w:b w:val="0"/>
                <w:sz w:val="18"/>
              </w:rPr>
              <w:t>(3)学生自主画图分析。</w:t>
            </w:r>
          </w:p>
          <w:p>
            <w:pPr>
              <w:spacing w:after="20" w:line="276" w:lineRule="auto"/>
            </w:pPr>
            <w:r>
              <w:rPr>
                <w:rFonts w:ascii="宋体" w:hAnsi="宋体" w:eastAsia="宋体"/>
                <w:b w:val="0"/>
                <w:sz w:val="18"/>
              </w:rPr>
              <w:t>师：谁来分享一下你是怎样想的？</w:t>
            </w:r>
          </w:p>
          <w:p>
            <w:pPr>
              <w:spacing w:after="20" w:line="276" w:lineRule="auto"/>
            </w:pPr>
            <w:r>
              <w:rPr>
                <w:rFonts w:ascii="宋体" w:hAnsi="宋体" w:eastAsia="宋体"/>
                <w:b w:val="0"/>
                <w:sz w:val="18"/>
              </w:rPr>
              <w:t>(4)用语言表征数量关系，明确运算的意义。</w:t>
            </w:r>
          </w:p>
          <w:p>
            <w:pPr>
              <w:spacing w:after="20" w:line="276" w:lineRule="auto"/>
            </w:pPr>
            <w:r>
              <w:rPr>
                <w:rFonts w:ascii="宋体" w:hAnsi="宋体" w:eastAsia="宋体"/>
                <w:b w:val="0"/>
                <w:sz w:val="18"/>
              </w:rPr>
              <w:t>师：结合图片说说两道题中4和5分别表示什么？4和5之间分别有着怎样的关系？</w:t>
            </w:r>
          </w:p>
          <w:p>
            <w:pPr>
              <w:spacing w:after="20" w:line="276" w:lineRule="auto"/>
            </w:pPr>
            <w:r>
              <w:rPr>
                <w:rFonts w:ascii="宋体" w:hAnsi="宋体" w:eastAsia="宋体"/>
                <w:b w:val="0"/>
                <w:sz w:val="18"/>
              </w:rPr>
              <w:t>第(1)题中4表示排数，5表示每排桌子的张数，要求的是4个5相加的和是多少，可以用乘法计算；第(2)题中4表示一排有4张桌子，5表示另一排有5张桌子，要求的是4和5合起来是多少，用加法计算。</w:t>
            </w:r>
          </w:p>
          <w:p>
            <w:pPr>
              <w:spacing w:after="20" w:line="276" w:lineRule="auto"/>
            </w:pPr>
            <w:r>
              <w:rPr>
                <w:rFonts w:ascii="宋体" w:hAnsi="宋体" w:eastAsia="宋体"/>
                <w:b w:val="0"/>
                <w:sz w:val="18"/>
              </w:rPr>
              <w:t>师小结：上面的两道题虽然都是求一共有多少张桌子，但题目给出的信息中，4和5表示的意义不同，所以解决问题的方法也不同。</w:t>
            </w:r>
          </w:p>
          <w:p>
            <w:pPr>
              <w:spacing w:after="20" w:line="276" w:lineRule="auto"/>
            </w:pPr>
            <w:r>
              <w:rPr>
                <w:rFonts w:ascii="宋体" w:hAnsi="宋体" w:eastAsia="宋体"/>
                <w:b w:val="0"/>
                <w:sz w:val="18"/>
              </w:rPr>
              <w:t>3．检验结果，梳理强化。</w:t>
            </w:r>
          </w:p>
          <w:p>
            <w:pPr>
              <w:spacing w:after="20" w:line="276" w:lineRule="auto"/>
            </w:pPr>
            <w:r>
              <w:rPr>
                <w:rFonts w:ascii="宋体" w:hAnsi="宋体" w:eastAsia="宋体"/>
                <w:b w:val="0"/>
                <w:sz w:val="18"/>
              </w:rPr>
              <w:t>师：为了正确解决问题，我们还要对解答过程和结果进行检验，请同学们说说该如何进行检验。</w:t>
            </w:r>
          </w:p>
          <w:p>
            <w:pPr>
              <w:spacing w:after="20" w:line="276" w:lineRule="auto"/>
            </w:pPr>
            <w:r>
              <w:rPr>
                <w:rFonts w:ascii="宋体" w:hAnsi="宋体" w:eastAsia="宋体"/>
                <w:b w:val="0"/>
                <w:sz w:val="18"/>
              </w:rPr>
              <w:t>检验的顺序：图—算式—结果。</w:t>
            </w:r>
          </w:p>
          <w:p>
            <w:pPr>
              <w:spacing w:after="20" w:line="276" w:lineRule="auto"/>
            </w:pPr>
            <w:r>
              <w:rPr>
                <w:rFonts w:ascii="宋体" w:hAnsi="宋体" w:eastAsia="宋体"/>
                <w:b w:val="0"/>
                <w:sz w:val="18"/>
              </w:rPr>
              <w:t>师：请同学们按照这个检验顺序进行检验。</w:t>
            </w:r>
          </w:p>
        </w:tc>
        <w:tc>
          <w:tcPr>
            <w:tcW w:type="dxa" w:w="3061"/>
          </w:tcPr>
          <w:p>
            <w:pPr>
              <w:spacing w:after="20" w:line="276" w:lineRule="auto"/>
            </w:pPr>
            <w:r/>
            <w:r>
              <w:rPr>
                <w:rFonts w:ascii="宋体" w:hAnsi="宋体" w:eastAsia="宋体"/>
                <w:b w:val="0"/>
                <w:sz w:val="18"/>
              </w:rPr>
              <w:t>学生可能会出现三种解答情况：</w:t>
            </w:r>
          </w:p>
          <w:p>
            <w:pPr>
              <w:spacing w:after="20" w:line="276" w:lineRule="auto"/>
            </w:pPr>
            <w:r>
              <w:rPr>
                <w:rFonts w:ascii="宋体" w:hAnsi="宋体" w:eastAsia="宋体"/>
                <w:b w:val="0"/>
                <w:sz w:val="18"/>
              </w:rPr>
              <w:t>预设1：(1)5×4＝20，(2)4×5＝20。</w:t>
            </w:r>
          </w:p>
          <w:p>
            <w:pPr>
              <w:spacing w:after="20" w:line="276" w:lineRule="auto"/>
            </w:pPr>
            <w:r>
              <w:rPr>
                <w:rFonts w:ascii="宋体" w:hAnsi="宋体" w:eastAsia="宋体"/>
                <w:b w:val="0"/>
                <w:sz w:val="18"/>
              </w:rPr>
              <w:t>预设2：(1)5×4＝20，(2)4＋5＝9。</w:t>
            </w:r>
          </w:p>
          <w:p>
            <w:pPr>
              <w:spacing w:after="20" w:line="276" w:lineRule="auto"/>
            </w:pPr>
            <w:r>
              <w:rPr>
                <w:rFonts w:ascii="宋体" w:hAnsi="宋体" w:eastAsia="宋体"/>
                <w:b w:val="0"/>
                <w:sz w:val="18"/>
              </w:rPr>
              <w:t>预设3：(1)5＋4＝9，(2)4＋5＝9。</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设计递进式探究活动，引导学生在动手实践与合作交流中经历知识形成过程，突破本课重难点，核心问题："通过读题你获得了哪些数学信息？"</w:t>
            </w:r>
          </w:p>
        </w:tc>
      </w:tr>
      <w:tr>
        <w:tc>
          <w:tcPr>
            <w:tcW w:type="dxa" w:w="1474"/>
          </w:tcPr>
          <w:p>
            <w:pPr>
              <w:spacing w:after="20" w:line="276" w:lineRule="auto"/>
            </w:pPr>
            <w:r>
              <w:rPr>
                <w:b/>
              </w:rPr>
            </w:r>
            <w:r>
              <w:rPr>
                <w:rFonts w:ascii="宋体" w:hAnsi="宋体" w:eastAsia="宋体"/>
                <w:b/>
                <w:sz w:val="18"/>
              </w:rPr>
              <w:t>巩固练习，内化提高</w:t>
            </w:r>
          </w:p>
        </w:tc>
        <w:tc>
          <w:tcPr>
            <w:tcW w:type="dxa" w:w="3061"/>
          </w:tcPr>
          <w:p>
            <w:pPr>
              <w:spacing w:after="20" w:line="276" w:lineRule="auto"/>
            </w:pPr>
            <w:r/>
            <w:r>
              <w:rPr>
                <w:rFonts w:ascii="宋体" w:hAnsi="宋体" w:eastAsia="宋体"/>
                <w:b w:val="0"/>
                <w:sz w:val="18"/>
              </w:rPr>
              <w:t>1.完成教科书P27“练一练”第2题。</w:t>
            </w:r>
          </w:p>
          <w:p>
            <w:pPr>
              <w:spacing w:after="20" w:line="276" w:lineRule="auto"/>
            </w:pPr>
            <w:r>
              <w:rPr>
                <w:rFonts w:ascii="宋体" w:hAnsi="宋体" w:eastAsia="宋体"/>
                <w:b w:val="0"/>
                <w:sz w:val="18"/>
              </w:rPr>
              <w:t>先引导学生画图分析，横着看，一行几块？求几个几？竖着看，一列是几块，求几个几？再让学生独立完成，最后在集体评讲时让学生说说自己的想法。</w:t>
            </w:r>
          </w:p>
          <w:p>
            <w:pPr>
              <w:spacing w:after="20" w:line="276" w:lineRule="auto"/>
            </w:pPr>
            <w:r>
              <w:rPr>
                <w:rFonts w:ascii="宋体" w:hAnsi="宋体" w:eastAsia="宋体"/>
                <w:b w:val="0"/>
                <w:sz w:val="18"/>
              </w:rPr>
              <w:t>2．完成教科书P27“练一练”第3题。</w:t>
            </w:r>
          </w:p>
          <w:p>
            <w:pPr>
              <w:spacing w:after="20" w:line="276" w:lineRule="auto"/>
            </w:pPr>
            <w:r>
              <w:rPr>
                <w:rFonts w:ascii="宋体" w:hAnsi="宋体" w:eastAsia="宋体"/>
                <w:b w:val="0"/>
                <w:sz w:val="18"/>
              </w:rPr>
              <w:t>“森”字由3个木组成，就是求3个4的和是多少；“森林”由5个木组成，就是求5个4的和是多少。</w:t>
            </w:r>
          </w:p>
          <w:p>
            <w:pPr>
              <w:spacing w:after="20" w:line="276" w:lineRule="auto"/>
            </w:pPr>
            <w:r>
              <w:rPr>
                <w:rFonts w:ascii="宋体" w:hAnsi="宋体" w:eastAsia="宋体"/>
                <w:b w:val="0"/>
                <w:sz w:val="18"/>
              </w:rPr>
              <w:t>3．完成教科书P27“练一练”第4题。</w:t>
            </w:r>
          </w:p>
          <w:p>
            <w:pPr>
              <w:spacing w:after="20" w:line="276" w:lineRule="auto"/>
            </w:pPr>
            <w:r>
              <w:rPr>
                <w:rFonts w:ascii="宋体" w:hAnsi="宋体" w:eastAsia="宋体"/>
                <w:b w:val="0"/>
                <w:sz w:val="18"/>
              </w:rPr>
              <w:t>引导学生分析题目是求积还是求和。</w:t>
            </w:r>
          </w:p>
          <w:p>
            <w:pPr>
              <w:spacing w:after="20" w:line="276" w:lineRule="auto"/>
            </w:pPr>
            <w:r>
              <w:rPr>
                <w:rFonts w:ascii="宋体" w:hAnsi="宋体" w:eastAsia="宋体"/>
                <w:b w:val="0"/>
                <w:sz w:val="18"/>
              </w:rPr>
              <w:t>4．课件出示习题。</w:t>
            </w:r>
          </w:p>
          <w:p>
            <w:pPr>
              <w:spacing w:after="20" w:line="276" w:lineRule="auto"/>
            </w:pPr>
            <w:r>
              <w:rPr>
                <w:rFonts w:ascii="宋体" w:hAnsi="宋体" w:eastAsia="宋体"/>
                <w:b w:val="0"/>
                <w:sz w:val="18"/>
              </w:rPr>
              <w:t>请从5×4，5＋4，5－4三个算式中任选一个，讲一个生活小故事。</w:t>
            </w:r>
          </w:p>
        </w:tc>
        <w:tc>
          <w:tcPr>
            <w:tcW w:type="dxa" w:w="3061"/>
          </w:tcPr>
          <w:p>
            <w:pPr>
              <w:spacing w:after="20" w:line="276" w:lineRule="auto"/>
            </w:pPr>
            <w:r/>
            <w:r>
              <w:rPr>
                <w:rFonts w:ascii="宋体" w:hAnsi="宋体" w:eastAsia="宋体"/>
                <w:b w:val="0"/>
                <w:sz w:val="18"/>
              </w:rPr>
              <w:t>同桌先互相说一说，再指名全班交流。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师：这节课我们运用数学知识解决了生活中的实际问题，想一想，我们是按什么步骤解决问题的？解决问题时需要注意什么？</w:t>
            </w:r>
          </w:p>
          <w:p>
            <w:pPr>
              <w:spacing w:after="20" w:line="276" w:lineRule="auto"/>
            </w:pPr>
            <w:r>
              <w:rPr>
                <w:rFonts w:ascii="宋体" w:hAnsi="宋体" w:eastAsia="宋体"/>
                <w:b w:val="0"/>
                <w:sz w:val="18"/>
              </w:rPr>
              <w:t>本节课设计遵循“理解题意——解决问题——检验结果”的思路，结合“知道了什么”“怎样解答”“解答正确吗”三个环节展开教学，学生在读题理解题意后自主探究方法，学会用多种方式表达数量关系，选择合适的运算解决问题，并将自己的想法表达出来，经历分析问题和解决问题的全过程，从而自主建构知识体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引导学生回顾梳理本课所学，完善认知结构，提升归纳与反思能力，核心问题："这节课我们运用数学知识解决了生活中的实际问题，想一想，我们是按什么步骤解决问题的？解决问题时需要注意什么？"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解决问题(1)</w:t>
      </w:r>
    </w:p>
    <w:p>
      <w:pPr>
        <w:spacing w:after="40" w:line="300" w:lineRule="auto"/>
      </w:pPr>
      <w:r>
        <w:rPr>
          <w:rFonts w:ascii="宋体" w:hAnsi="宋体" w:eastAsia="宋体"/>
          <w:b w:val="0"/>
          <w:sz w:val="20"/>
        </w:rPr>
        <w:t>(1)5×4＝20(张)        　(2)4＋5＝9(张)</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教科书P25例5，完成教科书P27“练一练”第2～4题。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中，教师先让学生寻找解决问题的方法，为学生提供充分的学习空间，尊重学生的个体差异，再让学生借助已有的知识和经验，自己去思考、体验与交流，解决问题。教学的目的在于通过解决实际问题让学生学会思考，通过数量关系的分析帮助学生形成解题思路。本节课教师重视对学生思维能力的培养和训练，通过反复让学生说思路、说算理，培养了学生的数学思维能力。</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解决问题(2)</w:t>
            </w:r>
          </w:p>
        </w:tc>
        <w:tc>
          <w:tcPr>
            <w:tcW w:type="dxa" w:w="6009"/>
          </w:tcPr>
          <w:p>
            <w:pPr>
              <w:spacing w:after="20" w:line="276" w:lineRule="auto"/>
            </w:pPr>
            <w:r/>
            <w:r>
              <w:rPr>
                <w:rFonts w:ascii="宋体" w:hAnsi="宋体" w:eastAsia="宋体"/>
                <w:b w:val="0"/>
                <w:sz w:val="20"/>
              </w:rPr>
              <w:t>第2单元 1-6的表内乘法（～6的乘法口诀）</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教学内容：教科书P26例6，完成教科书P27“练一练”第1、5题。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（1）初步学会根据乘法的意义，解决生活中有关求总价是多少的实际问题，初步渗透“单价×数量＝总价”这一数量关系。</w:t>
      </w:r>
    </w:p>
    <w:p>
      <w:pPr>
        <w:spacing w:after="20" w:line="300" w:lineRule="auto"/>
        <w:ind w:firstLine="400"/>
      </w:pPr>
      <w:r>
        <w:rPr>
          <w:rFonts w:ascii="宋体" w:hAnsi="宋体" w:eastAsia="宋体"/>
          <w:b w:val="0"/>
          <w:sz w:val="20"/>
        </w:rPr>
        <w:t>（2）初步培养学生从具体的生活情境中发现问题，根据问题筛选有用信息，进而解决问题的能力。</w:t>
      </w:r>
    </w:p>
    <w:p>
      <w:pPr>
        <w:spacing w:after="20" w:line="300" w:lineRule="auto"/>
        <w:ind w:firstLine="400"/>
      </w:pPr>
      <w:r>
        <w:rPr>
          <w:rFonts w:ascii="宋体" w:hAnsi="宋体" w:eastAsia="宋体"/>
          <w:b w:val="0"/>
          <w:sz w:val="20"/>
        </w:rPr>
        <w:t>（3）在解决问题的过程中，使学生感受到数学知识与日常生活的联系，培养学生的应用意识。</w:t>
      </w:r>
    </w:p>
    <w:p>
      <w:pPr>
        <w:spacing w:after="20" w:line="300" w:lineRule="auto"/>
      </w:pPr>
      <w:r>
        <w:rPr>
          <w:rFonts w:ascii="宋体" w:hAnsi="宋体" w:eastAsia="宋体"/>
          <w:b w:val="0"/>
          <w:sz w:val="20"/>
        </w:rPr>
        <w:t>教学重点：根据乘法的意义解决求总价是多少的实际问题。</w:t>
      </w:r>
    </w:p>
    <w:p>
      <w:pPr>
        <w:spacing w:after="20" w:line="300" w:lineRule="auto"/>
      </w:pPr>
      <w:r>
        <w:rPr>
          <w:rFonts w:ascii="宋体" w:hAnsi="宋体" w:eastAsia="宋体"/>
          <w:b w:val="0"/>
          <w:sz w:val="20"/>
        </w:rPr>
        <w:t>教学难点：能根据问题筛选有用信息，选择正确方法解决问题。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复习巩固，导入新课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口算</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同学们，请你们回忆一下，以前我们解决问题时是按照哪三步进行思考的？</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自主合作，探究新知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瞧，这是文具商店的一角。认真观察货架，你都知道了什么？；“笔袋6元”是什么意思？“日记本5元”又是什么意思？</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实践应用，解决问题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这节课你们学到了什么知识呢？还有什么问题吗？</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复习巩固，导入新课</w:t>
            </w:r>
          </w:p>
        </w:tc>
        <w:tc>
          <w:tcPr>
            <w:tcW w:type="dxa" w:w="3061"/>
          </w:tcPr>
          <w:p>
            <w:pPr>
              <w:spacing w:after="20" w:line="276" w:lineRule="auto"/>
            </w:pPr>
            <w:r/>
            <w:r>
              <w:rPr>
                <w:rFonts w:ascii="宋体" w:hAnsi="宋体" w:eastAsia="宋体"/>
                <w:b w:val="0"/>
                <w:sz w:val="18"/>
              </w:rPr>
              <w:t>1.口算练习。</w:t>
            </w:r>
          </w:p>
          <w:p>
            <w:pPr>
              <w:spacing w:after="20" w:line="276" w:lineRule="auto"/>
            </w:pPr>
            <w:r>
              <w:rPr>
                <w:rFonts w:ascii="宋体" w:hAnsi="宋体" w:eastAsia="宋体"/>
                <w:b w:val="0"/>
                <w:sz w:val="18"/>
              </w:rPr>
              <w:t>课件出示题目，学生说得数。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口算</w:t>
            </w:r>
          </w:p>
        </w:tc>
        <w:tc>
          <w:tcPr>
            <w:tcW w:type="dxa" w:w="3061"/>
          </w:tcPr>
          <w:p>
            <w:pPr>
              <w:spacing w:after="20" w:line="276" w:lineRule="auto"/>
            </w:pPr>
            <w:r/>
            <w:r>
              <w:rPr>
                <w:rFonts w:ascii="宋体" w:hAnsi="宋体" w:eastAsia="宋体"/>
                <w:b w:val="0"/>
                <w:sz w:val="18"/>
              </w:rPr>
              <w:t>3×5＝　　　　　4×6＝　　　　　2×4＝</w:t>
            </w:r>
          </w:p>
          <w:p>
            <w:pPr>
              <w:spacing w:after="20" w:line="276" w:lineRule="auto"/>
            </w:pPr>
            <w:r>
              <w:rPr>
                <w:rFonts w:ascii="宋体" w:hAnsi="宋体" w:eastAsia="宋体"/>
                <w:b w:val="0"/>
                <w:sz w:val="18"/>
              </w:rPr>
              <w:t>6×2＝          4×5＝          1×6＝</w:t>
            </w:r>
          </w:p>
          <w:p>
            <w:pPr>
              <w:spacing w:after="20" w:line="276" w:lineRule="auto"/>
            </w:pPr>
            <w:r>
              <w:rPr>
                <w:rFonts w:ascii="宋体" w:hAnsi="宋体" w:eastAsia="宋体"/>
                <w:b w:val="0"/>
                <w:sz w:val="18"/>
              </w:rPr>
              <w:t>5×5＝          3×3＝          6×5＝</w:t>
            </w:r>
          </w:p>
          <w:p>
            <w:pPr>
              <w:spacing w:after="20" w:line="276" w:lineRule="auto"/>
            </w:pPr>
            <w:r>
              <w:rPr>
                <w:rFonts w:ascii="宋体" w:hAnsi="宋体" w:eastAsia="宋体"/>
                <w:b w:val="0"/>
                <w:sz w:val="18"/>
              </w:rPr>
              <w:t>2．回忆解决问题的基本步骤。</w:t>
            </w:r>
          </w:p>
          <w:p>
            <w:pPr>
              <w:spacing w:after="20" w:line="276" w:lineRule="auto"/>
            </w:pPr>
            <w:r>
              <w:rPr>
                <w:rFonts w:ascii="宋体" w:hAnsi="宋体" w:eastAsia="宋体"/>
                <w:b w:val="0"/>
                <w:sz w:val="18"/>
              </w:rPr>
              <w:t>师：同学们，请你们回忆一下，以前我们解决问题时是按照哪三步进行思考的？</w:t>
            </w:r>
          </w:p>
          <w:p>
            <w:pPr>
              <w:spacing w:after="20" w:line="276" w:lineRule="auto"/>
            </w:pPr>
            <w:r>
              <w:rPr>
                <w:rFonts w:ascii="宋体" w:hAnsi="宋体" w:eastAsia="宋体"/>
                <w:b w:val="0"/>
                <w:sz w:val="18"/>
              </w:rPr>
              <w:t>有学生可能说出：按照“知道了什么”“怎样解答”“解答正确吗”这三步进行思考。</w:t>
            </w:r>
          </w:p>
          <w:p>
            <w:pPr>
              <w:spacing w:after="20" w:line="276" w:lineRule="auto"/>
            </w:pPr>
            <w:r>
              <w:rPr>
                <w:rFonts w:ascii="宋体" w:hAnsi="宋体" w:eastAsia="宋体"/>
                <w:b w:val="0"/>
                <w:sz w:val="18"/>
              </w:rPr>
              <w:t>师：今天我们继续按照这三个步骤解决问题。[板书课题：解决问题(2)]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围绕环节目标组织学习活动，引导学生主动参与、积极思考，核心问题："同学们，请你们回忆一下，以前我们解决问题时是按照哪三步进行思考的？"</w:t>
            </w:r>
          </w:p>
        </w:tc>
      </w:tr>
      <w:tr>
        <w:tc>
          <w:tcPr>
            <w:tcW w:type="dxa" w:w="1474"/>
          </w:tcPr>
          <w:p>
            <w:pPr>
              <w:spacing w:after="20" w:line="276" w:lineRule="auto"/>
            </w:pPr>
            <w:r>
              <w:rPr>
                <w:b/>
              </w:rPr>
            </w:r>
            <w:r>
              <w:rPr>
                <w:rFonts w:ascii="宋体" w:hAnsi="宋体" w:eastAsia="宋体"/>
                <w:b/>
                <w:sz w:val="18"/>
              </w:rPr>
              <w:t>自主合作，探究新知</w:t>
            </w:r>
          </w:p>
        </w:tc>
        <w:tc>
          <w:tcPr>
            <w:tcW w:type="dxa" w:w="3061"/>
          </w:tcPr>
          <w:p>
            <w:pPr>
              <w:spacing w:after="20" w:line="276" w:lineRule="auto"/>
            </w:pPr>
            <w:r/>
            <w:r>
              <w:rPr>
                <w:rFonts w:ascii="宋体" w:hAnsi="宋体" w:eastAsia="宋体"/>
                <w:b w:val="0"/>
                <w:sz w:val="18"/>
              </w:rPr>
              <w:t>1.观察题图，理解题意。</w:t>
            </w:r>
          </w:p>
          <w:p>
            <w:pPr>
              <w:spacing w:after="20" w:line="276" w:lineRule="auto"/>
            </w:pPr>
            <w:r>
              <w:rPr>
                <w:rFonts w:ascii="宋体" w:hAnsi="宋体" w:eastAsia="宋体"/>
                <w:b w:val="0"/>
                <w:sz w:val="18"/>
              </w:rPr>
              <w:t>课件出示教科书P26例6情境图。</w:t>
            </w:r>
          </w:p>
          <w:p>
            <w:pPr>
              <w:spacing w:after="20" w:line="276" w:lineRule="auto"/>
            </w:pPr>
            <w:r>
              <w:rPr>
                <w:rFonts w:ascii="宋体" w:hAnsi="宋体" w:eastAsia="宋体"/>
                <w:b w:val="0"/>
                <w:sz w:val="18"/>
              </w:rPr>
              <w:t>买3个笔袋，一共多少钱？</w:t>
            </w:r>
          </w:p>
          <w:p>
            <w:pPr>
              <w:spacing w:after="20" w:line="276" w:lineRule="auto"/>
            </w:pPr>
            <w:r>
              <w:rPr>
                <w:rFonts w:ascii="宋体" w:hAnsi="宋体" w:eastAsia="宋体"/>
                <w:b w:val="0"/>
                <w:sz w:val="18"/>
              </w:rPr>
              <w:t>师：瞧，这是文具商店的一角。认真观察货架，你都知道了什么？同桌之间互相说一说。</w:t>
            </w:r>
          </w:p>
          <w:p>
            <w:pPr>
              <w:spacing w:after="20" w:line="276" w:lineRule="auto"/>
            </w:pPr>
            <w:r>
              <w:rPr>
                <w:rFonts w:ascii="宋体" w:hAnsi="宋体" w:eastAsia="宋体"/>
                <w:b w:val="0"/>
                <w:sz w:val="18"/>
              </w:rPr>
              <w:t>师：“笔袋6元”是什么意思？“日记本5元”又是什么意思？</w:t>
            </w:r>
          </w:p>
          <w:p>
            <w:pPr>
              <w:spacing w:after="20" w:line="276" w:lineRule="auto"/>
            </w:pPr>
            <w:r>
              <w:rPr>
                <w:rFonts w:ascii="宋体" w:hAnsi="宋体" w:eastAsia="宋体"/>
                <w:b w:val="0"/>
                <w:sz w:val="18"/>
              </w:rPr>
              <w:t>1个笔袋6元，1本日记本5元。</w:t>
            </w:r>
          </w:p>
          <w:p>
            <w:pPr>
              <w:spacing w:after="20" w:line="276" w:lineRule="auto"/>
            </w:pPr>
            <w:r>
              <w:rPr>
                <w:rFonts w:ascii="宋体" w:hAnsi="宋体" w:eastAsia="宋体"/>
                <w:b w:val="0"/>
                <w:sz w:val="18"/>
              </w:rPr>
              <w:t>师：通过观察，同学们知道了一些文具的价钱。下面我们继续看图，题目要求的是什么？</w:t>
            </w:r>
          </w:p>
          <w:p>
            <w:pPr>
              <w:spacing w:after="20" w:line="276" w:lineRule="auto"/>
            </w:pPr>
            <w:r>
              <w:rPr>
                <w:rFonts w:ascii="宋体" w:hAnsi="宋体" w:eastAsia="宋体"/>
                <w:b w:val="0"/>
                <w:sz w:val="18"/>
              </w:rPr>
              <w:t>2．根据乘法的意义解决问题。</w:t>
            </w:r>
          </w:p>
          <w:p>
            <w:pPr>
              <w:spacing w:after="20" w:line="276" w:lineRule="auto"/>
            </w:pPr>
            <w:r>
              <w:rPr>
                <w:rFonts w:ascii="宋体" w:hAnsi="宋体" w:eastAsia="宋体"/>
                <w:b w:val="0"/>
                <w:sz w:val="18"/>
              </w:rPr>
              <w:t>(1)自主解答。</w:t>
            </w:r>
          </w:p>
          <w:p>
            <w:pPr>
              <w:spacing w:after="20" w:line="276" w:lineRule="auto"/>
            </w:pPr>
            <w:r>
              <w:rPr>
                <w:rFonts w:ascii="宋体" w:hAnsi="宋体" w:eastAsia="宋体"/>
                <w:b w:val="0"/>
                <w:sz w:val="18"/>
              </w:rPr>
              <w:t>师：要解决“买3个笔袋，一共多少钱”这个问题，应该选择哪个信息呢？为什么？</w:t>
            </w:r>
          </w:p>
          <w:p>
            <w:pPr>
              <w:spacing w:after="20" w:line="276" w:lineRule="auto"/>
            </w:pPr>
            <w:r>
              <w:rPr>
                <w:rFonts w:ascii="宋体" w:hAnsi="宋体" w:eastAsia="宋体"/>
                <w:b w:val="0"/>
                <w:sz w:val="18"/>
              </w:rPr>
              <w:t>求买3个笔袋需要多少钱，要选择1个笔袋的价钱。</w:t>
            </w:r>
          </w:p>
          <w:p>
            <w:pPr>
              <w:spacing w:after="20" w:line="276" w:lineRule="auto"/>
            </w:pPr>
            <w:r>
              <w:rPr>
                <w:rFonts w:ascii="宋体" w:hAnsi="宋体" w:eastAsia="宋体"/>
                <w:b w:val="0"/>
                <w:sz w:val="18"/>
              </w:rPr>
              <w:t>师：怎样解答呢？</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师：想一想，这两种方法有什么相同的地方？</w:t>
            </w:r>
          </w:p>
          <w:p>
            <w:pPr>
              <w:spacing w:after="20" w:line="276" w:lineRule="auto"/>
            </w:pPr>
            <w:r>
              <w:rPr>
                <w:rFonts w:ascii="宋体" w:hAnsi="宋体" w:eastAsia="宋体"/>
                <w:b w:val="0"/>
                <w:sz w:val="18"/>
              </w:rPr>
              <w:t>师：你们认为哪种方法好一些？为什么？</w:t>
            </w:r>
          </w:p>
          <w:p>
            <w:pPr>
              <w:spacing w:after="20" w:line="276" w:lineRule="auto"/>
            </w:pPr>
            <w:r>
              <w:rPr>
                <w:rFonts w:ascii="宋体" w:hAnsi="宋体" w:eastAsia="宋体"/>
                <w:b w:val="0"/>
                <w:sz w:val="18"/>
              </w:rPr>
              <w:t>师：计算时用的是哪句口诀？</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师：回顾整个解决问题的过程，看看自己的解答正确吗？怎样检验？</w:t>
            </w:r>
          </w:p>
          <w:p>
            <w:pPr>
              <w:spacing w:after="20" w:line="276" w:lineRule="auto"/>
            </w:pPr>
            <w:r>
              <w:rPr>
                <w:rFonts w:ascii="宋体" w:hAnsi="宋体" w:eastAsia="宋体"/>
                <w:b w:val="0"/>
                <w:sz w:val="18"/>
              </w:rPr>
              <w:t>4．继续提出问题并解答。</w:t>
            </w:r>
          </w:p>
          <w:p>
            <w:pPr>
              <w:spacing w:after="20" w:line="276" w:lineRule="auto"/>
            </w:pPr>
            <w:r>
              <w:rPr>
                <w:rFonts w:ascii="宋体" w:hAnsi="宋体" w:eastAsia="宋体"/>
                <w:b w:val="0"/>
                <w:sz w:val="18"/>
              </w:rPr>
              <w:t>师：想一想，买5块橡皮，一共多少钱？</w:t>
            </w:r>
          </w:p>
          <w:p>
            <w:pPr>
              <w:spacing w:after="20" w:line="276" w:lineRule="auto"/>
            </w:pPr>
            <w:r>
              <w:rPr>
                <w:rFonts w:ascii="宋体" w:hAnsi="宋体" w:eastAsia="宋体"/>
                <w:b w:val="0"/>
                <w:sz w:val="18"/>
              </w:rPr>
              <w:t>师：你还能提出其他用乘法解决的问题并解答吗？同桌互相说一说。</w:t>
            </w:r>
          </w:p>
          <w:p>
            <w:pPr>
              <w:spacing w:after="20" w:line="276" w:lineRule="auto"/>
            </w:pPr>
            <w:r>
              <w:rPr>
                <w:rFonts w:ascii="宋体" w:hAnsi="宋体" w:eastAsia="宋体"/>
                <w:b w:val="0"/>
                <w:sz w:val="18"/>
              </w:rPr>
              <w:t>5．方法小结。</w:t>
            </w:r>
          </w:p>
          <w:p>
            <w:pPr>
              <w:spacing w:after="20" w:line="276" w:lineRule="auto"/>
            </w:pPr>
            <w:r>
              <w:rPr>
                <w:rFonts w:ascii="宋体" w:hAnsi="宋体" w:eastAsia="宋体"/>
                <w:b w:val="0"/>
                <w:sz w:val="18"/>
              </w:rPr>
              <w:t>师：刚才我们解决的这些问题都是知道了某种文具的价钱，求买几个这样的文具一共用多少钱，像这样求买3个笔袋一共多少钱、5块橡皮一共多少钱等，都是求买几个同一物品的总钱数，也就是求几个几元的和是多少元，我们都可以用1个物品的价钱乘买的个数，求出总钱数。</w:t>
            </w:r>
          </w:p>
        </w:tc>
        <w:tc>
          <w:tcPr>
            <w:tcW w:type="dxa" w:w="3061"/>
          </w:tcPr>
          <w:p>
            <w:pPr>
              <w:spacing w:after="20" w:line="276" w:lineRule="auto"/>
            </w:pPr>
            <w:r/>
            <w:r>
              <w:rPr>
                <w:rFonts w:ascii="宋体" w:hAnsi="宋体" w:eastAsia="宋体"/>
                <w:b w:val="0"/>
                <w:sz w:val="18"/>
              </w:rPr>
              <w:t>学生独立思考，先写一写或画一画，再解决问题。</w:t>
            </w:r>
          </w:p>
          <w:p>
            <w:pPr>
              <w:spacing w:after="20" w:line="276" w:lineRule="auto"/>
            </w:pPr>
            <w:r>
              <w:rPr>
                <w:rFonts w:ascii="宋体" w:hAnsi="宋体" w:eastAsia="宋体"/>
                <w:b w:val="0"/>
                <w:sz w:val="18"/>
              </w:rPr>
              <w:t>全班交流，教师适当板书。</w:t>
            </w:r>
          </w:p>
          <w:p>
            <w:pPr>
              <w:spacing w:after="20" w:line="276" w:lineRule="auto"/>
            </w:pPr>
            <w:r>
              <w:rPr>
                <w:rFonts w:ascii="宋体" w:hAnsi="宋体" w:eastAsia="宋体"/>
                <w:b w:val="0"/>
                <w:sz w:val="18"/>
              </w:rPr>
              <w:t>预设1：画图：1个笔袋是6元，要求买3个笔袋一共多少钱，就是求3个6元是多少元，可以用加法计算，列式为6＋6＋6＝18(元)。</w:t>
            </w:r>
          </w:p>
          <w:p>
            <w:pPr>
              <w:spacing w:after="20" w:line="276" w:lineRule="auto"/>
            </w:pPr>
            <w:r>
              <w:rPr>
                <w:rFonts w:ascii="宋体" w:hAnsi="宋体" w:eastAsia="宋体"/>
                <w:b w:val="0"/>
                <w:sz w:val="18"/>
              </w:rPr>
              <w:t>预设2：可以用乘法计算，列式为6×3＝18(元)。(板书)</w:t>
            </w:r>
          </w:p>
          <w:p>
            <w:pPr>
              <w:spacing w:after="20" w:line="276" w:lineRule="auto"/>
            </w:pPr>
            <w:r>
              <w:rPr>
                <w:rFonts w:ascii="宋体" w:hAnsi="宋体" w:eastAsia="宋体"/>
                <w:b w:val="0"/>
                <w:sz w:val="18"/>
              </w:rPr>
              <w:t>预设1：都是求3个6元的总和。</w:t>
            </w:r>
          </w:p>
          <w:p>
            <w:pPr>
              <w:spacing w:after="20" w:line="276" w:lineRule="auto"/>
            </w:pPr>
            <w:r>
              <w:rPr>
                <w:rFonts w:ascii="宋体" w:hAnsi="宋体" w:eastAsia="宋体"/>
                <w:b w:val="0"/>
                <w:sz w:val="18"/>
              </w:rPr>
              <w:t>预设2：计算结果都是18元。</w:t>
            </w:r>
          </w:p>
          <w:p>
            <w:pPr>
              <w:spacing w:after="20" w:line="276" w:lineRule="auto"/>
            </w:pPr>
            <w:r>
              <w:rPr>
                <w:rFonts w:ascii="宋体" w:hAnsi="宋体" w:eastAsia="宋体"/>
                <w:b w:val="0"/>
                <w:sz w:val="18"/>
              </w:rPr>
              <w:t>交流汇报：解决这个问题需要哪些信息，怎样解答，为什么用乘法计算？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设计递进式探究活动，引导学生在动手实践与合作交流中经历知识形成过程，突破本课重难点，核心问题："瞧，这是文具商店的一角。认真观察货架，你都知道了什么？"</w:t>
            </w:r>
          </w:p>
        </w:tc>
      </w:tr>
      <w:tr>
        <w:tc>
          <w:tcPr>
            <w:tcW w:type="dxa" w:w="1474"/>
          </w:tcPr>
          <w:p>
            <w:pPr>
              <w:spacing w:after="20" w:line="276" w:lineRule="auto"/>
            </w:pPr>
            <w:r>
              <w:rPr>
                <w:b/>
              </w:rPr>
            </w:r>
            <w:r>
              <w:rPr>
                <w:rFonts w:ascii="宋体" w:hAnsi="宋体" w:eastAsia="宋体"/>
                <w:b/>
                <w:sz w:val="18"/>
              </w:rPr>
              <w:t>实践应用，解决问题</w:t>
            </w:r>
          </w:p>
        </w:tc>
        <w:tc>
          <w:tcPr>
            <w:tcW w:type="dxa" w:w="3061"/>
          </w:tcPr>
          <w:p>
            <w:pPr>
              <w:spacing w:after="20" w:line="276" w:lineRule="auto"/>
            </w:pPr>
            <w:r/>
            <w:r>
              <w:rPr>
                <w:rFonts w:ascii="宋体" w:hAnsi="宋体" w:eastAsia="宋体"/>
                <w:b w:val="0"/>
                <w:sz w:val="18"/>
              </w:rPr>
              <w:t>1.完成教科书P27“练一练”第1题。</w:t>
            </w:r>
          </w:p>
          <w:p>
            <w:pPr>
              <w:spacing w:after="20" w:line="276" w:lineRule="auto"/>
            </w:pPr>
            <w:r>
              <w:rPr>
                <w:rFonts w:ascii="宋体" w:hAnsi="宋体" w:eastAsia="宋体"/>
                <w:b w:val="0"/>
                <w:sz w:val="18"/>
              </w:rPr>
              <w:t>第(1)题：求几个几的和是多少，用乘法做。</w:t>
            </w:r>
          </w:p>
          <w:p>
            <w:pPr>
              <w:spacing w:after="20" w:line="276" w:lineRule="auto"/>
            </w:pPr>
            <w:r>
              <w:rPr>
                <w:rFonts w:ascii="宋体" w:hAnsi="宋体" w:eastAsia="宋体"/>
                <w:b w:val="0"/>
                <w:sz w:val="18"/>
              </w:rPr>
              <w:t>第(2)题：看图说图意，根据3种商品的价钱提出用乘法解决的问题并解答。</w:t>
            </w:r>
          </w:p>
          <w:p>
            <w:pPr>
              <w:spacing w:after="20" w:line="276" w:lineRule="auto"/>
            </w:pPr>
            <w:r>
              <w:rPr>
                <w:rFonts w:ascii="宋体" w:hAnsi="宋体" w:eastAsia="宋体"/>
                <w:b w:val="0"/>
                <w:sz w:val="18"/>
              </w:rPr>
              <w:t>2．完成教科书P27“练一练”第5题。</w:t>
            </w:r>
          </w:p>
          <w:p>
            <w:pPr>
              <w:spacing w:after="20" w:line="276" w:lineRule="auto"/>
            </w:pPr>
            <w:r>
              <w:rPr>
                <w:rFonts w:ascii="宋体" w:hAnsi="宋体" w:eastAsia="宋体"/>
                <w:b w:val="0"/>
                <w:sz w:val="18"/>
              </w:rPr>
              <w:t>第(1)题：求两个数的和，用加法计算。</w:t>
            </w:r>
          </w:p>
          <w:p>
            <w:pPr>
              <w:spacing w:after="20" w:line="276" w:lineRule="auto"/>
            </w:pPr>
            <w:r>
              <w:rPr>
                <w:rFonts w:ascii="宋体" w:hAnsi="宋体" w:eastAsia="宋体"/>
                <w:b w:val="0"/>
                <w:sz w:val="18"/>
              </w:rPr>
              <w:t>第(2)题：1杯小米粥要多少钱？3杯一共多少钱是求“几个几”？</w:t>
            </w:r>
          </w:p>
        </w:tc>
        <w:tc>
          <w:tcPr>
            <w:tcW w:type="dxa" w:w="3061"/>
          </w:tcPr>
          <w:p>
            <w:pPr>
              <w:spacing w:after="20" w:line="276" w:lineRule="auto"/>
            </w:pPr>
            <w:r/>
            <w:r>
              <w:rPr>
                <w:rFonts w:ascii="宋体" w:hAnsi="宋体" w:eastAsia="宋体"/>
                <w:b w:val="0"/>
                <w:sz w:val="18"/>
              </w:rPr>
              <w:t>学生独立解答后，指名汇报。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师：这节课你们学到了什么知识呢？还有什么问题吗？</w:t>
            </w:r>
          </w:p>
          <w:p>
            <w:pPr>
              <w:spacing w:after="20" w:line="276" w:lineRule="auto"/>
            </w:pPr>
            <w:r>
              <w:rPr>
                <w:rFonts w:ascii="宋体" w:hAnsi="宋体" w:eastAsia="宋体"/>
                <w:b w:val="0"/>
                <w:sz w:val="18"/>
              </w:rPr>
              <w:t>通过想一想、画一画、算一算、说一说等教学活动，使学生学会利用画图来分析数量关系，明白解决这种类型的问题用乘法计算的道理，初步为建立数学模型奠定基础。看图自主选择信息，提出用乘法解决的问题，进一步提高学生解决问题的能力，给学生提供开放的学习空间。归纳、概括一些简单的求总价的问题，渗透“单价×数量＝总价”的数量关系，为以后正式学习这一数量关系积累基本的学习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引导学生回顾梳理本课所学，完善认知结构，提升归纳与反思能力，核心问题："这节课你们学到了什么知识呢？还有什么问题吗？"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笔袋每个6元，买3个笔袋，一共多少钱？</w:t>
      </w:r>
    </w:p>
    <w:p>
      <w:pPr>
        <w:spacing w:after="40" w:line="300" w:lineRule="auto"/>
      </w:pPr>
      <w:r>
        <w:rPr>
          <w:rFonts w:ascii="宋体" w:hAnsi="宋体" w:eastAsia="宋体"/>
          <w:b w:val="0"/>
          <w:sz w:val="20"/>
        </w:rPr>
        <w:t>6＋6＋6＝18(元)　6×3＝18(元)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教科书P26例6，完成教科书P27“练一练”第1、5题。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安排了学生熟悉的生活购物情境，通过“买3个笔袋要多少钱”引出实际问题。重在让学生经历解决问题的过程，指导学生如何找出相关的数学信息，如何对结果进行检验，并在模仿的基础上培养学生提出问题的能力。此外，在解决问题的同时继续巩固5和6的乘法口诀。教学应该走向一种真实的对话，努力“让学习真正发生”。在本节课中，教师充分调用学生已有的知识和经验，引导学生学会“从头到尾”想问题，在具体问题的解决中培养学生观察、提问、分析和应用等多方面的能力。</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整理和复习</w:t>
            </w:r>
          </w:p>
        </w:tc>
        <w:tc>
          <w:tcPr>
            <w:tcW w:type="dxa" w:w="6009"/>
          </w:tcPr>
          <w:p>
            <w:pPr>
              <w:spacing w:after="20" w:line="276" w:lineRule="auto"/>
            </w:pPr>
            <w:r/>
            <w:r>
              <w:rPr>
                <w:rFonts w:ascii="宋体" w:hAnsi="宋体" w:eastAsia="宋体"/>
                <w:b w:val="0"/>
                <w:sz w:val="20"/>
              </w:rPr>
              <w:t>第2单元 1-6的表内乘法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乘法是学生在学习了100以内的加、减法之后在运算上的一次质的突破。初次接触乘法，学生会感到陌生，理解上会感到困难，因此，教好“乘法的初步认识”使学生弄清乘法的意义及来源，完成由形象思维到抽象思维的过渡，尤为重要。受已有知识与经验的影响，学生习惯用加、减法来解决问题，对抽象的乘法概念的理解有一定的困难，所以在教学时，尽量考虑用形象的图形以及学生身边的实物来辅助教学。由于二年级的小学生以具体形象思维为主，喜欢动手操作，要鼓励学生尝试编制乘法口诀并体会乘法口诀的含义。刚开始学习乘法的学生对于口诀的应用可能不是很灵活，需要在课堂上多引导、多实践、多应用。</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教学内容：教科书P28整理和复习，完成教科书P29“练一练”。</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（1）经历整理1～6的乘法口诀的过程，加深理解乘法的意义，沟通乘法口诀和乘法算式之间的联系。</w:t>
      </w:r>
    </w:p>
    <w:p>
      <w:pPr>
        <w:spacing w:after="20" w:line="300" w:lineRule="auto"/>
        <w:ind w:firstLine="400"/>
      </w:pPr>
      <w:r>
        <w:rPr>
          <w:rFonts w:ascii="宋体" w:hAnsi="宋体" w:eastAsia="宋体"/>
          <w:b w:val="0"/>
          <w:sz w:val="20"/>
        </w:rPr>
        <w:t>（2）在整理和复习口诀的过程中，积累丰富的活动经验，培养学生归纳概括的能力。</w:t>
      </w:r>
    </w:p>
    <w:p>
      <w:pPr>
        <w:spacing w:after="20" w:line="300" w:lineRule="auto"/>
        <w:ind w:firstLine="400"/>
      </w:pPr>
      <w:r>
        <w:rPr>
          <w:rFonts w:ascii="宋体" w:hAnsi="宋体" w:eastAsia="宋体"/>
          <w:b w:val="0"/>
          <w:sz w:val="20"/>
        </w:rPr>
        <w:t>（3）给学生树立知识间普遍联系的观点，感受数学与生活的联系，养成认真学习、观察和思考的习惯。</w:t>
      </w:r>
    </w:p>
    <w:p>
      <w:pPr>
        <w:spacing w:after="20" w:line="300" w:lineRule="auto"/>
      </w:pPr>
      <w:r>
        <w:rPr>
          <w:rFonts w:ascii="宋体" w:hAnsi="宋体" w:eastAsia="宋体"/>
          <w:b w:val="0"/>
          <w:sz w:val="20"/>
        </w:rPr>
        <w:t>教学重点：自主整理1～6的乘法口诀。</w:t>
      </w:r>
    </w:p>
    <w:p>
      <w:pPr>
        <w:spacing w:after="20" w:line="300" w:lineRule="auto"/>
      </w:pPr>
      <w:r>
        <w:rPr>
          <w:rFonts w:ascii="宋体" w:hAnsi="宋体" w:eastAsia="宋体"/>
          <w:b w:val="0"/>
          <w:sz w:val="20"/>
        </w:rPr>
        <w:t>教学难点：灵活应用乘法口诀解决问题。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谈话揭题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整理乘法口诀</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请大家根据乘法口诀，做一个整理。可以怎样整理呢？；和同学说一说，你刚才是怎么整理的？你发现乘法算式和乘法口诀之间有什么区别和联系？</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回忆一下，这节课我们是怎么整理这个单元的知识的？你们有什么感想？</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谈话揭题</w:t>
            </w:r>
          </w:p>
        </w:tc>
        <w:tc>
          <w:tcPr>
            <w:tcW w:type="dxa" w:w="3061"/>
          </w:tcPr>
          <w:p>
            <w:pPr>
              <w:spacing w:after="20" w:line="276" w:lineRule="auto"/>
            </w:pPr>
            <w:r/>
            <w:r>
              <w:rPr>
                <w:rFonts w:ascii="宋体" w:hAnsi="宋体" w:eastAsia="宋体"/>
                <w:b w:val="0"/>
                <w:sz w:val="18"/>
              </w:rPr>
              <w:t>师：本单元的新知识我们已经学完了，本节课我们要对这个单元的内容进行整理和复习，整理的过程中同学们会有很多新的发现。先回忆一下本单元我们学习了哪些内容？(板书课题：整理和复习)</w:t>
            </w:r>
          </w:p>
          <w:p>
            <w:pPr>
              <w:spacing w:after="20" w:line="276" w:lineRule="auto"/>
            </w:pPr>
            <w:r>
              <w:rPr>
                <w:rFonts w:ascii="宋体" w:hAnsi="宋体" w:eastAsia="宋体"/>
                <w:b w:val="0"/>
                <w:sz w:val="18"/>
              </w:rPr>
              <w:t>教师根据回答适当板书。</w:t>
            </w:r>
          </w:p>
        </w:tc>
        <w:tc>
          <w:tcPr>
            <w:tcW w:type="dxa" w:w="3061"/>
          </w:tcPr>
          <w:p>
            <w:pPr>
              <w:spacing w:after="20" w:line="276" w:lineRule="auto"/>
            </w:pPr>
            <w:r/>
            <w:r>
              <w:rPr>
                <w:rFonts w:ascii="宋体" w:hAnsi="宋体" w:eastAsia="宋体"/>
                <w:b w:val="0"/>
                <w:sz w:val="18"/>
              </w:rPr>
              <w:t>预设1：我知道了加数相同的加法可以用乘法表示。</w:t>
            </w:r>
          </w:p>
          <w:p>
            <w:pPr>
              <w:spacing w:after="20" w:line="276" w:lineRule="auto"/>
            </w:pPr>
            <w:r>
              <w:rPr>
                <w:rFonts w:ascii="宋体" w:hAnsi="宋体" w:eastAsia="宋体"/>
                <w:b w:val="0"/>
                <w:sz w:val="18"/>
              </w:rPr>
              <w:t>预设2：有了乘法口诀，计算就比较快了。</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整理乘法口诀</w:t>
            </w:r>
          </w:p>
        </w:tc>
        <w:tc>
          <w:tcPr>
            <w:tcW w:type="dxa" w:w="3061"/>
          </w:tcPr>
          <w:p>
            <w:pPr>
              <w:spacing w:after="20" w:line="276" w:lineRule="auto"/>
            </w:pPr>
            <w:r/>
            <w:r>
              <w:rPr>
                <w:rFonts w:ascii="宋体" w:hAnsi="宋体" w:eastAsia="宋体"/>
                <w:b w:val="0"/>
                <w:sz w:val="18"/>
              </w:rPr>
              <w:t>1.复习乘法口诀。</w:t>
            </w:r>
          </w:p>
          <w:p>
            <w:pPr>
              <w:spacing w:after="20" w:line="276" w:lineRule="auto"/>
            </w:pPr>
            <w:r>
              <w:rPr>
                <w:rFonts w:ascii="宋体" w:hAnsi="宋体" w:eastAsia="宋体"/>
                <w:b w:val="0"/>
                <w:sz w:val="18"/>
              </w:rPr>
              <w:t>师：同桌互相背一背乘法口诀，看谁背得准确。</w:t>
            </w:r>
          </w:p>
          <w:p>
            <w:pPr>
              <w:spacing w:after="20" w:line="276" w:lineRule="auto"/>
            </w:pPr>
            <w:r>
              <w:rPr>
                <w:rFonts w:ascii="宋体" w:hAnsi="宋体" w:eastAsia="宋体"/>
                <w:b w:val="0"/>
                <w:sz w:val="18"/>
              </w:rPr>
              <w:t>有的学生口诀记得较熟练，有的不太熟，通过这个环节，唤起学生的记忆，查漏补缺。</w:t>
            </w:r>
          </w:p>
          <w:p>
            <w:pPr>
              <w:spacing w:after="20" w:line="276" w:lineRule="auto"/>
            </w:pPr>
            <w:r>
              <w:rPr>
                <w:rFonts w:ascii="宋体" w:hAnsi="宋体" w:eastAsia="宋体"/>
                <w:b w:val="0"/>
                <w:sz w:val="18"/>
              </w:rPr>
              <w:t>2．整理乘法口诀。</w:t>
            </w:r>
          </w:p>
          <w:p>
            <w:pPr>
              <w:spacing w:after="20" w:line="276" w:lineRule="auto"/>
            </w:pPr>
            <w:r>
              <w:rPr>
                <w:rFonts w:ascii="宋体" w:hAnsi="宋体" w:eastAsia="宋体"/>
                <w:b w:val="0"/>
                <w:sz w:val="18"/>
              </w:rPr>
              <w:t>师：请大家根据乘法口诀，做一个整理。可以怎样整理呢？小组讨论一下。</w:t>
            </w:r>
          </w:p>
          <w:p>
            <w:pPr>
              <w:spacing w:after="20" w:line="276" w:lineRule="auto"/>
            </w:pPr>
            <w:r>
              <w:rPr>
                <w:rFonts w:ascii="宋体" w:hAnsi="宋体" w:eastAsia="宋体"/>
                <w:b w:val="0"/>
                <w:sz w:val="18"/>
              </w:rPr>
              <w:t>(1)交流汇报。</w:t>
            </w:r>
          </w:p>
          <w:p>
            <w:pPr>
              <w:spacing w:after="20" w:line="276" w:lineRule="auto"/>
            </w:pPr>
            <w:r>
              <w:rPr>
                <w:rFonts w:ascii="宋体" w:hAnsi="宋体" w:eastAsia="宋体"/>
                <w:b w:val="0"/>
                <w:sz w:val="18"/>
              </w:rPr>
              <w:t>(2)课件出示一个小组整理的表格。</w:t>
            </w:r>
          </w:p>
          <w:p>
            <w:pPr>
              <w:spacing w:after="20" w:line="276" w:lineRule="auto"/>
            </w:pPr>
            <w:r>
              <w:rPr>
                <w:rFonts w:ascii="宋体" w:hAnsi="宋体" w:eastAsia="宋体"/>
                <w:b w:val="0"/>
                <w:sz w:val="18"/>
              </w:rPr>
              <w:t>①指名说说是怎样整理的？②观察表格，你发现了什么规律？③把表格补充完整。</w:t>
            </w:r>
          </w:p>
          <w:p>
            <w:pPr>
              <w:spacing w:after="20" w:line="276" w:lineRule="auto"/>
            </w:pPr>
            <w:r>
              <w:rPr>
                <w:rFonts w:ascii="宋体" w:hAnsi="宋体" w:eastAsia="宋体"/>
                <w:b w:val="0"/>
                <w:sz w:val="18"/>
              </w:rPr>
              <w:t>3．运用乘法口诀。</w:t>
            </w:r>
          </w:p>
          <w:p>
            <w:pPr>
              <w:spacing w:after="20" w:line="276" w:lineRule="auto"/>
            </w:pPr>
            <w:r>
              <w:rPr>
                <w:rFonts w:ascii="宋体" w:hAnsi="宋体" w:eastAsia="宋体"/>
                <w:b w:val="0"/>
                <w:sz w:val="18"/>
              </w:rPr>
              <w:t>(1)任意指一句口诀，说出用它计算的乘法算式。</w:t>
            </w:r>
          </w:p>
          <w:p>
            <w:pPr>
              <w:spacing w:after="20" w:line="276" w:lineRule="auto"/>
            </w:pPr>
            <w:r>
              <w:rPr>
                <w:rFonts w:ascii="宋体" w:hAnsi="宋体" w:eastAsia="宋体"/>
                <w:b w:val="0"/>
                <w:sz w:val="18"/>
              </w:rPr>
              <w:t>(2)在卡片上写出1～6的所有乘法算式，并整理成一个表。</w:t>
            </w:r>
          </w:p>
          <w:p>
            <w:pPr>
              <w:spacing w:after="20" w:line="276" w:lineRule="auto"/>
            </w:pPr>
            <w:r>
              <w:rPr>
                <w:rFonts w:ascii="宋体" w:hAnsi="宋体" w:eastAsia="宋体"/>
                <w:b w:val="0"/>
                <w:sz w:val="18"/>
              </w:rPr>
              <w:t>1×1＝1 │  │  │  │  │</w:t>
            </w:r>
          </w:p>
          <w:p>
            <w:pPr>
              <w:spacing w:after="20" w:line="276" w:lineRule="auto"/>
            </w:pPr>
            <w:r>
              <w:rPr>
                <w:rFonts w:ascii="宋体" w:hAnsi="宋体" w:eastAsia="宋体"/>
                <w:b w:val="0"/>
                <w:sz w:val="18"/>
              </w:rPr>
              <w:t>1×2＝2 │ 2×2＝4 │  │  │  │</w:t>
            </w:r>
          </w:p>
          <w:p>
            <w:pPr>
              <w:spacing w:after="20" w:line="276" w:lineRule="auto"/>
            </w:pPr>
            <w:r>
              <w:rPr>
                <w:rFonts w:ascii="宋体" w:hAnsi="宋体" w:eastAsia="宋体"/>
                <w:b w:val="0"/>
                <w:sz w:val="18"/>
              </w:rPr>
              <w:t>1×3＝3 │ 2×3＝6 │ 3×3＝9 │  │  │</w:t>
            </w:r>
          </w:p>
          <w:p>
            <w:pPr>
              <w:spacing w:after="20" w:line="276" w:lineRule="auto"/>
            </w:pPr>
            <w:r>
              <w:rPr>
                <w:rFonts w:ascii="宋体" w:hAnsi="宋体" w:eastAsia="宋体"/>
                <w:b w:val="0"/>
                <w:sz w:val="18"/>
              </w:rPr>
              <w:t>1×4＝4 │ 2×4＝8 │ 3×4＝12 │ 4×4＝16 │  │</w:t>
            </w:r>
          </w:p>
          <w:p>
            <w:pPr>
              <w:spacing w:after="20" w:line="276" w:lineRule="auto"/>
            </w:pPr>
            <w:r>
              <w:rPr>
                <w:rFonts w:ascii="宋体" w:hAnsi="宋体" w:eastAsia="宋体"/>
                <w:b w:val="0"/>
                <w:sz w:val="18"/>
              </w:rPr>
              <w:t>1×5＝5 │ 2×5＝10 │ 3×5＝15 │ 4×5＝20 │ 5×5＝25 │</w:t>
            </w:r>
          </w:p>
          <w:p>
            <w:pPr>
              <w:spacing w:after="20" w:line="276" w:lineRule="auto"/>
            </w:pPr>
            <w:r>
              <w:rPr>
                <w:rFonts w:ascii="宋体" w:hAnsi="宋体" w:eastAsia="宋体"/>
                <w:b w:val="0"/>
                <w:sz w:val="18"/>
              </w:rPr>
              <w:t>1×6＝6 │ 2×6＝12 │ 3×6＝18 │ 4×6＝24 │ 5×6＝30 │ 6×6＝36</w:t>
            </w:r>
          </w:p>
          <w:p>
            <w:pPr>
              <w:spacing w:after="20" w:line="276" w:lineRule="auto"/>
            </w:pPr>
            <w:r>
              <w:rPr>
                <w:rFonts w:ascii="宋体" w:hAnsi="宋体" w:eastAsia="宋体"/>
                <w:b w:val="0"/>
                <w:sz w:val="18"/>
              </w:rPr>
              <w:t>(3)说一说乘法算式和乘法口诀的区别和联系。</w:t>
            </w:r>
          </w:p>
          <w:p>
            <w:pPr>
              <w:spacing w:after="20" w:line="276" w:lineRule="auto"/>
            </w:pPr>
            <w:r>
              <w:rPr>
                <w:rFonts w:ascii="宋体" w:hAnsi="宋体" w:eastAsia="宋体"/>
                <w:b w:val="0"/>
                <w:sz w:val="18"/>
              </w:rPr>
              <w:t>师：和同学说一说，你刚才是怎么整理的？你发现乘法算式和乘法口诀之间有什么区别和联系？</w:t>
            </w:r>
          </w:p>
        </w:tc>
        <w:tc>
          <w:tcPr>
            <w:tcW w:type="dxa" w:w="3061"/>
          </w:tcPr>
          <w:p>
            <w:pPr>
              <w:spacing w:after="20" w:line="276" w:lineRule="auto"/>
            </w:pPr>
            <w:r/>
            <w:r>
              <w:rPr>
                <w:rFonts w:ascii="宋体" w:hAnsi="宋体" w:eastAsia="宋体"/>
                <w:b w:val="0"/>
                <w:sz w:val="18"/>
              </w:rPr>
              <w:t>学生可能会有不同的整理方法，有的按照顺序一行一行地整理，有的按照顺序一列一列地整理，还有的学生是先整理6的乘法口诀，再依次整理5、4、3、2、1的乘法口诀。只要学生能说清楚理由，教师都要给予肯定。</w:t>
            </w:r>
          </w:p>
          <w:p>
            <w:pPr>
              <w:spacing w:after="20" w:line="276" w:lineRule="auto"/>
            </w:pPr>
            <w:r>
              <w:rPr>
                <w:rFonts w:ascii="宋体" w:hAnsi="宋体" w:eastAsia="宋体"/>
                <w:b w:val="0"/>
                <w:sz w:val="18"/>
              </w:rPr>
              <w:t>同桌互相对口令，写算式。</w:t>
            </w:r>
          </w:p>
          <w:p>
            <w:pPr>
              <w:spacing w:after="20" w:line="276" w:lineRule="auto"/>
            </w:pPr>
            <w:r>
              <w:rPr>
                <w:rFonts w:ascii="宋体" w:hAnsi="宋体" w:eastAsia="宋体"/>
                <w:b w:val="0"/>
                <w:sz w:val="18"/>
              </w:rPr>
              <w:t>学生对乘法口诀已经有了整理的经验，大多数学生能够利用已有的经验整理出乘法算式，教师适时给予指导，明确口诀与算式是对应的。</w:t>
            </w:r>
          </w:p>
          <w:p>
            <w:pPr>
              <w:spacing w:after="20" w:line="276" w:lineRule="auto"/>
            </w:pPr>
            <w:r>
              <w:rPr>
                <w:rFonts w:ascii="宋体" w:hAnsi="宋体" w:eastAsia="宋体"/>
                <w:b w:val="0"/>
                <w:sz w:val="18"/>
              </w:rPr>
              <w:t>同桌互动之后，再进行全班交流。</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引导学生回顾梳理本课所学，完善认知结构，提升归纳与反思能力，核心问题："请大家根据乘法口诀，做一个整理。可以怎样整理呢？"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1.完成教科书P29“练一练”第1题。</w:t>
            </w:r>
          </w:p>
          <w:p>
            <w:pPr>
              <w:spacing w:after="20" w:line="276" w:lineRule="auto"/>
            </w:pPr>
            <w:r>
              <w:rPr>
                <w:rFonts w:ascii="宋体" w:hAnsi="宋体" w:eastAsia="宋体"/>
                <w:b w:val="0"/>
                <w:sz w:val="18"/>
              </w:rPr>
              <w:t>2分钟内完成，学生将答案直接写在教科书上。做完后同桌互相检查，及时纠正。</w:t>
            </w:r>
          </w:p>
          <w:p>
            <w:pPr>
              <w:spacing w:after="20" w:line="276" w:lineRule="auto"/>
            </w:pPr>
            <w:r>
              <w:rPr>
                <w:rFonts w:ascii="宋体" w:hAnsi="宋体" w:eastAsia="宋体"/>
                <w:b w:val="0"/>
                <w:sz w:val="18"/>
              </w:rPr>
              <w:t>2．完成教科书P29“练一练”第2题。</w:t>
            </w:r>
          </w:p>
          <w:p>
            <w:pPr>
              <w:spacing w:after="20" w:line="276" w:lineRule="auto"/>
            </w:pPr>
            <w:r>
              <w:rPr>
                <w:rFonts w:ascii="宋体" w:hAnsi="宋体" w:eastAsia="宋体"/>
                <w:b w:val="0"/>
                <w:sz w:val="18"/>
              </w:rPr>
              <w:t>确定先算什么，再算什么。</w:t>
            </w:r>
          </w:p>
          <w:p>
            <w:pPr>
              <w:spacing w:after="20" w:line="276" w:lineRule="auto"/>
            </w:pPr>
            <w:r>
              <w:rPr>
                <w:rFonts w:ascii="宋体" w:hAnsi="宋体" w:eastAsia="宋体"/>
                <w:b w:val="0"/>
                <w:sz w:val="18"/>
              </w:rPr>
              <w:t>3．完成教科书P29“练一练”第3题。</w:t>
            </w:r>
          </w:p>
          <w:p>
            <w:pPr>
              <w:spacing w:after="20" w:line="276" w:lineRule="auto"/>
            </w:pPr>
            <w:r>
              <w:rPr>
                <w:rFonts w:ascii="宋体" w:hAnsi="宋体" w:eastAsia="宋体"/>
                <w:b w:val="0"/>
                <w:sz w:val="18"/>
              </w:rPr>
              <w:t>第一问，求几个几的和是多少，用乘法做；第二问，求两套合起来多少钱，用加法做。</w:t>
            </w:r>
          </w:p>
          <w:p>
            <w:pPr>
              <w:spacing w:after="20" w:line="276" w:lineRule="auto"/>
            </w:pPr>
            <w:r>
              <w:rPr>
                <w:rFonts w:ascii="宋体" w:hAnsi="宋体" w:eastAsia="宋体"/>
                <w:b w:val="0"/>
                <w:sz w:val="18"/>
              </w:rPr>
              <w:t>4．完成教科书P29“练一练”第4题。</w:t>
            </w:r>
          </w:p>
          <w:p>
            <w:pPr>
              <w:spacing w:after="20" w:line="276" w:lineRule="auto"/>
            </w:pPr>
            <w:r>
              <w:rPr>
                <w:rFonts w:ascii="宋体" w:hAnsi="宋体" w:eastAsia="宋体"/>
                <w:b w:val="0"/>
                <w:sz w:val="18"/>
              </w:rPr>
              <w:t>仔细读题，判断用乘法做，还是用加法做。</w:t>
            </w:r>
          </w:p>
          <w:p>
            <w:pPr>
              <w:spacing w:after="20" w:line="276" w:lineRule="auto"/>
            </w:pPr>
            <w:r>
              <w:rPr>
                <w:rFonts w:ascii="宋体" w:hAnsi="宋体" w:eastAsia="宋体"/>
                <w:b w:val="0"/>
                <w:sz w:val="18"/>
              </w:rPr>
              <w:t>5．完成教科书P29“练一练”第*5题。</w:t>
            </w:r>
          </w:p>
          <w:p>
            <w:pPr>
              <w:spacing w:after="20" w:line="276" w:lineRule="auto"/>
            </w:pPr>
            <w:r>
              <w:rPr>
                <w:rFonts w:ascii="宋体" w:hAnsi="宋体" w:eastAsia="宋体"/>
                <w:b w:val="0"/>
                <w:sz w:val="18"/>
              </w:rPr>
              <w:t>第*5题下面一问通过让学生用乘法口诀间的联系解决6×7的问题，激发学生进一步探究的愿望，也为学习7的乘法口诀奠定基础。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师：回忆一下，这节课我们是怎么整理这个单元的知识的？你们有什么感想？</w:t>
            </w:r>
          </w:p>
          <w:p>
            <w:pPr>
              <w:spacing w:after="20" w:line="276" w:lineRule="auto"/>
            </w:pPr>
            <w:r>
              <w:rPr>
                <w:rFonts w:ascii="宋体" w:hAnsi="宋体" w:eastAsia="宋体"/>
                <w:b w:val="0"/>
                <w:sz w:val="18"/>
              </w:rPr>
              <w:t>教师根据学生的回答，对解决问题的步骤、分析数量关系的方法、检验的方法进行简单的小结。</w:t>
            </w:r>
          </w:p>
          <w:p>
            <w:pPr>
              <w:spacing w:after="20" w:line="276" w:lineRule="auto"/>
            </w:pPr>
            <w:r>
              <w:rPr>
                <w:rFonts w:ascii="宋体" w:hAnsi="宋体" w:eastAsia="宋体"/>
                <w:b w:val="0"/>
                <w:sz w:val="18"/>
              </w:rPr>
              <w:t>通过谈话，直接引入新课，明确教学任务。整理乘法口诀表环节要求学生说出整理的结果，还要让学生说清楚是怎么整理的，把整理过程拿出来和大家分享，让学生深入理解和灵活运用乘法口诀。将口诀改写成乘法算式，让学生做到口诀和算式对应，了解乘法口诀和乘法算式之间的联系。同时充分利用教科书资源，及时巩固所学知识，提升学生的计算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引导学生回顾梳理本课所学，完善认知结构，提升归纳与反思能力，核心问题："回忆一下，这节课我们是怎么整理这个单元的知识的？你们有什么感想？"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w:t>
      </w:r>
    </w:p>
    <w:p>
      <w:pPr>
        <w:spacing w:after="40" w:line="300" w:lineRule="auto"/>
      </w:pPr>
      <w:r>
        <w:rPr>
          <w:rFonts w:ascii="宋体" w:hAnsi="宋体" w:eastAsia="宋体"/>
          <w:b w:val="0"/>
          <w:sz w:val="20"/>
        </w:rPr>
        <w:t>加数相同的加法用乘法表示更简便。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教科书P28整理和复习，完成教科书P29“练一练”。</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整理和复习课，主要采用了学生自主学习的方式，让学生学会整理知识。通过同桌之间互相整理乘法口诀和乘法算式，让学生在探究规律和总结规律方面有新的感受和体会。通过交流，找到自己的问题，这是合作中最重要的收获。除此之外，还应让学生说一说自己获得了哪些学习和解决问题的方法，如记忆乘法口诀的方法，表征数学问题的方法等。还可以让学生说一说自己最感兴趣的内容和事情有哪些，让学生感到自己在知识、方法、情感态度方面都有收获，感受学习的价值和乐趣。在以后的教学中，教师应结合学生的实际情况，增加一些有趣的活动，使原本枯燥乏味的数学知识变得生动、鲜活、有意义。</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