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人教版二年级数学上册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第3单元 1-6的表内除法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1-6的表内除法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数与代数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8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单元开启课、活动探索课、自主整理课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分为除法的初步认识、用2～6的乘法口诀求商两个小节。表内除法是学生学习除法的开始，也是今后继续学习除法的基础。主要的教学内容包括：平均分、除法的含义、用2～6的乘法口诀求商和用所学的除法运算解决问题。让学生体会除法运算的含义，在理解的基础上掌握用2～6的乘法口诀求商的方法及解决问题，是本单元教学的重点。除法的含义、用除法运算解决简单的实际问题，是本单元教学的难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科书遵循学生的认知特点，让学生在对比活动中建立平均分的概念，充分经历平均分的过程，用数学语言描述平均分，实现“多元表征”的统一，理解除法的意义。同时在具体情境中让平均分的结果从实物操作到图形表征，从而建立与乘法之间的联系，用乘法口诀求商。最后通过对除法意义的深入理解，发展学生的应用意识，会运用所学知识解决现实中的问题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是在学生初步了解了乘法的意义、学会利用乘法口诀口算表内乘法的基础上进行教学的。除法的含义是建立在“平均分”的基础上的，在日常生活中学生有分物品的经历，但缺少平均分物品的实践经验。单元主题图为学生提供了一个熟悉的具体情境——春游的准备活动，使学生在具体的情境中认识“平均分”，了解“每份同样多”的生活实例，通过直观操作展示了除法在应用时的两种实际操作的方法，使学生理解除法的含义。紧密联系学生的生活经验，为学生创设解决问题的情境，让学生了解知识来源于生活，消除学生因为第一次接触除法而产生的陌生感，从而让学生积极主动地去学习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单元素养目标：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模型意识：通过对除法意义的理解建立起除法的数学模型，从生活常见事物中抽象出除法模型。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符号意识：通过分物(动作表征)—图形表征—语言表述(语言表征)等与除法的符号表征相互转化。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数感：在具体情境中，理解除法运算意义，感悟运算之间的关系。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运算能力：把乘、除法的关系与用乘法口诀求商进行有意义的联结；能够正确、熟练地使用乘法口诀求商。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应用意识：运用数和数的运算解决问题，解释结果的实际意义，灵活运用除法意义分析问题、解决问题。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第1课时：引导学生在具体情境中感受平均分，初步建立平均分的概念。理解平均分的含义。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第2课时：经历用2～6的乘法口诀求商的探索过程，初步掌握用乘法口诀求商的方法。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第3课时：在动手分物品的过程中，巩固平均分的概念，加深对平均分的理解。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第4课时：结合解决实际问题的过程，进一步了解用2～6的乘法口诀求商的方法。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第5课时：结合具体情境，用所学的除法知识解决有关平均分的实际问题。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第6课时：结合具体情境，理解除法运算的含义，并用算式表示平均分的过程，获得用算式表示平均分的方法。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第7课时：经历分一分、说一说、填一填等数学活动，掌握用除法算式表示平均分的方法。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第8课时：通过整理和复习，加深学生对平均分和除法含义的认识，巩固用2～6的乘法口诀求商和用乘、除法解决简单的实际问题。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运用多种表征方式之间的相互转化，帮助学生深入理解除法概念。可以从动作表征和表象表征开始，让学生借助学具分一分、摆一摆，或者在图中连一连、圈一圈，积累丰富的平均分的活动经验，进而组织学生用语言表述自己的操作过程，再写出相应的算式，最后让学生说说算式所表示的意思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设计丰富、有趣的活动和练习，提高学生表内除法运算的能力。经历与他人交流各自算法的过程，明确算理。想提升计算速度，就要让枯燥的计算变得生动起来，才能吸引低年级学生的注意力。同时在练习中注意收集学生的错例，进而让学生针对容易错的题目进行反思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培养学生分析数量关系、解决实际问题的能力。能运用数的运算解决生活中的简单问题，并能对结果的实际意义做出解释。以动手操作为基础，以直观图示为桥梁，提炼信息和问题，帮助分析和理解；以语言表述为标志，了解学生对数量关系的理解状况。最终达到提高学生分析数量关系、解决实际问题的能力的目的，逐步落实新课标中的“四能”目标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平均分(1)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引导学生在具体情境中感受平均分，初步建立平均分的概念。理解平均分的含义。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用2～6的乘法口诀求商(1)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经历用2～6的乘法口诀求商的探索过程，初步掌握用乘法口诀求商的方法。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平均分(2)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在动手分物品的过程中，巩固平均分的概念，加深对平均分的理解。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用2～6的乘法口诀求商(2)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结合解决实际问题的过程，进一步了解用2～6的乘法口诀求商的方法。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第5课时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结合具体情境，用所学的除法知识解决有关平均分的实际问题。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第6课时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除法(1)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结合具体情境，理解除法运算的含义，并用算式表示平均分的过程，获得用算式表示平均分的方法。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第7课时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除法(2)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经历分一分、说一说、填一填等数学活动，掌握用除法算式表示平均分的方法。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第8课时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整理和复习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自主整理课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通过整理和复习，加深学生对平均分和除法含义的认识，巩固用2～6的乘法口诀求商和用乘、除法解决简单的实际问题。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平均分(1)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平均分(1)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1-6的表内除法（除法的初步认识）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本单元是在学生初步了解了乘法的意义、学会利用乘法口诀口算表内乘法的基础上进行教学的。除法的含义是建立在“平均分”的基础上的，在日常生活中学生有分物品的经历，但缺少平均分物品的实践经验。单元主题图为学生提供了一个熟悉的具体情境——春游的准备活动，使学生在具体的情境中认识“平均分”，了解“每份同样多”的生活实例，通过直观操作展示了除法在应用时的两种实际操作的方法，使学生理解除法的含义。紧密联系学生的生活经验，为学生创设解决问题的情境，让学生了解知识来源于生活，消除学生因为第一次接触除法而产生的陌生感，从而让学生积极主动地去学习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教学内容：教科书P30～31例1，完成教科书P32“做一做”。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教学准备：课件、若干根小棒。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（1）引导学生在具体情境中感受平均分，初步建立平均分的概念。理解平均分的含义。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（2）经历平均分的过程，能按要求将一些物体平均分成若干份。在具体情境中，通过分一分、圈一圈等活动，培养学生的动手操作能力和初步的抽象概括能力。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（3）感受平均分在生活中的作用，培养学生解决问题的能力和应用意识。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教学重点：理解平均分的含义，掌握平均分的方法。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教学难点：理解题目中的数量关系。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创设情境，引入新知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教科书、情境图、课件、小棒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动手实践，建立平均分的概念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观察这三种分法，哪种分法最合适？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从题中你知道了什么？跟分糖是一样的吗？；每2袋一份，是要我们怎样分？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巩固练习，突破难点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联系实际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通过本节课的学习，你们学会了什么？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创设情境，引入新知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教师引导学生观察教科书P30情境图。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师：学校组织春游活动，我们班购买了一些水果和零食，把东西分一分吧！[板书课题：平均分(1)]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动手实践，建立平均分的概念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1.自主尝试不同分法，感知平均分的特殊之处。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师：同学们，我们先来分糖果。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出示课件。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把6块糖分成3份，可以怎样分？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师：请大家拿出6根小棒代替6块糖，分成3份，自己动手分一分，看有几种分法。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2．初步感知平均分，抓住重点。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教师根据学生的回答，出示课件。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师：观察这三种分法，哪种分法最合适？说说理由。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我选第三种，因为这样就不会有的人分到的糖果多、有的人分到的糖果少。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师：说一说这种“公平”的分法有什么特点。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每一份糖的数量都是一样的，都是2块。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师：像这样每份分得同样多的方法，在数学上我们把它叫平均分。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教师板书：每份分得同样多，叫平均分。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预设1：一份1块，一份2块，一份3块。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预设2：一份1块，一份1块，一份4块。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预设3：每份2块。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围绕环节目标组织学习活动，引导学生主动参与、积极思考，核心问题："观察这三种分法，哪种分法最合适？"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探究新知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1.课件出示教科书P31例1情境图。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8袋饼干，每2袋一份，能分成几份？圈一圈，说一说。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师：从题中你知道了什么？跟分糖是一样的吗？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师：每2袋一份，是要我们怎样分？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就是每份都是2袋，2袋2袋地分，也就是平均分。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2．按要求解决问题。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师：用8根小棒代替8袋饼干，按每2根一份的方法平均分，看看能分成几份。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把8根小棒，2根2根地放一起，一份一份地分。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师：这样2根2根地分，会发现8里面有几个这样的2？(4个)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师小结：也就是8袋饼干，每2袋一份，能分成4份。(板书)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课件演示圈饼干的过程，教师提醒学生要准确表述“每几袋一份”。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师：请同桌之间互相说一说各自对分的过程的理解。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3．掌握方法，理解概念。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师：接下来，我们再来尝试着按“每几袋一份”的方法分一分饼干吧。(出示课件)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圈一圈：12袋饼干，每3袋一份，能分成几份？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师：先读题，请同学说一说从题目中知道了什么？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师：还可以几袋饼干为一份？请大家动手圈一圈。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师小结：像这样，我们按每2袋一份或者每3袋一份把这些饼干平均分，这样的分法可以概括为“每几个一份”。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学生动手操作，教师巡视。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学生相互探讨，指名学生回答。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学生汇报，并到讲台上展示圈一圈的方法。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设计递进式探究活动，引导学生在动手实践与合作交流中经历知识形成过程，突破本课重难点，核心问题："从题中你知道了什么？跟分糖是一样的吗？"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巩固练习，突破难点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1.完成教科书P32“做一做”第1题。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说清怎样分才是平均分。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2．完成教科书P32“做一做”第2题。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数清楚份数和每份数。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3．完成教科书P32“做一做”第3题。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圈的时候注意每几个为一份。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联系实际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师：请你说一说生活中的平均分。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师：通过本节课的学习，你们学会了什么？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学生自主动手操作分糖果的过程，让学生体会到平均分的特殊之处，促进对平均分意义的理解。学生有学习乘法的经验，在圈一圈的过程中很容易发现与乘法有关的规律。学生已有的经验在自主学习的过程中由动作表征到图形表征，逐步提升到思维层面，为后面学习用乘法口诀求商奠定基础。让学生体会包含(连续的减法)是从总数里把每份找出来，最后得到分的份数的过程。在清楚每份数量时，可以使用圈一圈的方法；在清楚份数时，可以分一分、连一连。但最终的结果都是为了达到每份分得同样多——平均分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引导学生回顾梳理本课所学，完善认知结构，提升归纳与反思能力，核心问题："通过本节课的学习，你们学会了什么？"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平均分(1)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每份分得同样多，叫平均分。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8袋饼干，每2袋一份，能分成4份。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教科书P30～31例1，完成教科书P32“做一做”。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的教学，重点是让学生理解平均分的含义，即每份分得同样多。解决问题时，从实物入手，通过画一画，圈一圈，说一说等方式，帮助学生从实物表征快速进展成图形表征，然后到语言表征。通过几级表征的逐渐切换，学生能快速地突破难点，掌握重点，提高学习能力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用2～6的乘法口诀求商(1)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用2～6的乘法口诀求商(1)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1-6的表内除法（用2～6的乘法口诀求商）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本单元是在学生初步了解了乘法的意义、学会利用乘法口诀口算表内乘法的基础上进行教学的。除法的含义是建立在“平均分”的基础上的，在日常生活中学生有分物品的经历，但缺少平均分物品的实践经验。单元主题图为学生提供了一个熟悉的具体情境——春游的准备活动，使学生在具体的情境中认识“平均分”，了解“每份同样多”的生活实例，通过直观操作展示了除法在应用时的两种实际操作的方法，使学生理解除法的含义。紧密联系学生的生活经验，为学生创设解决问题的情境，让学生了解知识来源于生活，消除学生因为第一次接触除法而产生的陌生感，从而让学生积极主动地去学习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教学内容：教科书P41例1，完成教科书P41～42“做一做”。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（1）经历用2～6的乘法口诀求商的探索过程，初步掌握用乘法口诀求商的方法。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（2）培养学生的探究意识、语言表达的能力以及分析、判断的能力。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（3）培养学生合作学习的意识，激发学生学习数学的兴趣，感受成功的喜悦。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教学重点：探索用2～6的乘法口诀求商的方法。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教学难点：掌握用2～6的乘法口诀求商的方法。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激活经验，为求商做铺垫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创设情境，自主探究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读题，找出问题。问题是什么？；你能直接列出算式吗？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巩固练习，深入理解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这节课你们学到了什么？有什么新的收获？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激活经验，为求商做铺垫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请运用学过的知识快速口答下列各题。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2×(　　)＝12　   3×(　　)＝9　      (　　)×4＝8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　　)×5＝15     (　　)×6＝6        3×(　　)＝6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师：说一说括号里应填什么数，运用的是哪句乘法口诀。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创设情境，自主探究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1.创设情境激发兴趣。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(1)课件出示教科书P41例1情境图。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12个桃，每只小猴分3个，可以分给几只小猴？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师：读题，找出问题。问题是什么？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可以分给几只小猴？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(2)分析题意，列除法算式。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师：你能直接列出算式吗？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12÷3；如果有学生选择用乘法3×4，就继续追问要求的是什么，引导学生说出是求12里面包含了几个3，用乘法不合适，应该选择除法。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2．自主探究除法算式求商的方法。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师：我们通过题意可以直接列式表示平均分的过程，怎样迅速找平均分的结果呢？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师：这就是我们今天的学习内容。[板书课题：用2～6的乘法口诀求商(1)]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师：你觉得哪种方法更好呢？为什么？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师：所以在计算除法的时候，选择想乘法口诀更容易得出结果。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师：观察图，可以写出算式3×□＝12。这个算式中3表示什么呢？12呢？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3表示每只小猴分3个桃，12表示一共有12个桃。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师：3在除法算式12÷3＝□中是什么？12呢？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3在除法算式中是除数，12是被除数。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师：对比两个式子，你发现了什么？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4是除法算式的商，是乘法算式的乘数。因为三四十二，所以12除以3等于4。3和几相乘得12，12除以3的商就是几。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师：所以要计算12÷3＝□，我们可以想哪个式子？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3×□＝12；三(　　)十二。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教师根据学生的回答板书。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师小结：计算除法算式可以想乘法口诀。(板书)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师：根据上面的思考过程，你知道12÷4＝□怎么算吗？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学生小组合作，探究平均分的结果。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交流展示：引导学生完整表达，并板书。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预设1：每只小猴分3个，依次分给4只小猴刚好分完，所以12－3－3－3－3＝0。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预设2：1只小猴分3个，2只小猴就是6个，3只小猴就是9个，4只小猴就是12个。3＋3＋3＋3＝12，所以3×4＝12。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预设3：4个3正好是12，所以12个桃，每只小猴分3个，结果正好分给4只小猴。所以12÷3＝4。(课件出示分桃的图)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预设3的方法更好，直接想乘法口诀，三四十二。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创设情境激活学生已有经验，自然引出本课学习内容，激发学习兴趣，核心问题："读题，找出问题。问题是什么？"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巩固练习，深入理解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1.完成教科书P41“做一做”第1题。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想乘法口诀算除法最简便，二三得六。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2．完成教科书P42“做一做”第2题。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体验乘法口诀求商的优点。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师：这节课你们学到了什么？有什么新的收获？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通过已有的知识经验，抓住新旧知识的连接点，为学习新知作好铺垫。通过对几种脱离实物操作直观演示的思维方式的梳理，让学生想到不同的计算12÷3的方法，对比乘法算式和除法算式，建立乘法与除法之间的联系，理解想乘法口诀来解决问题会更快、更简便，最终理解利用乘法口诀求商的算理，初步形成算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引导学生回顾梳理本课所学，完善认知结构，提升归纳与反思能力，核心问题："这节课你们学到了什么？有什么新的收获？"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用2～6的乘法口诀求商(1)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12个桃，每只小猴分3个，可以分给几只小猴？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12÷3＝□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3×□＝12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三(　　)十二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计算除法算式可以想乘法口诀。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教科书P41例1，完成教科书P41～42“做一做”。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是在学生理解了乘、除法含义的基础上，进一步探究除法的计算方法(用乘法口诀求商)。从学生已有的数学知识入手，引导学生积极主动地探究解决问题的方法。以学生为主体，鼓励学生表达自己的想法，使学生在轻松、愉快的环境中掌握知识、增长能力。然而在教学中，也有不足的地方，根据除法算式想乘法口诀，有些学生能直接想出口诀，有些学生稍显迟缓，还需要在今后的学习过程中指导他们对乘法口诀的记忆和运用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平均分(2)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平均分(2)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1-6的表内除法（除法的初步认识）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本单元是在学生初步了解了乘法的意义、学会利用乘法口诀口算表内乘法的基础上进行教学的。除法的含义是建立在“平均分”的基础上的，在日常生活中学生有分物品的经历，但缺少平均分物品的实践经验。单元主题图为学生提供了一个熟悉的具体情境——春游的准备活动，使学生在具体的情境中认识“平均分”，了解“每份同样多”的生活实例，通过直观操作展示了除法在应用时的两种实际操作的方法，使学生理解除法的含义。紧密联系学生的生活经验，为学生创设解决问题的情境，让学生了解知识来源于生活，消除学生因为第一次接触除法而产生的陌生感，从而让学生积极主动地去学习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教学内容：教科书P33例2，完成教科书P34“做一做”。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教学准备：课件、一盒礼物、若干小圆片。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（1）在动手分物品的过程中，巩固平均分的概念，加深对平均分的理解。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（2）关注平均分的过程，让学生体会平均分过程与方法的多样化。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（3）培养学生的动手操作能力与思维表达能力，用自己的方式清晰地表达自己对平均分的理解。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教学重点：平均分的方法。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教学难点：对平均分过程和结果的表达。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回顾导入新课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课件、圆片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上节课学习了平均分，平均分有什么特点呢？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根据生活经验，辅助平均分物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课件、圆片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动手操作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课件、教科书、情境图、圆片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拓展延伸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课件、圆片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把18个橘子平均分成6份，每份3个。为什么正好是3个，你会想到什么？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抽象平均分的概念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圆片、课件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刚才我们把摆出的18个小圆片平均分成了6份，每份3个。如果不摆小圆片，我们还可以用什么方法分一分？；那我们画一画，写一写，看看18个橘子还能平均分成几份，每份又是几个？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教科书、小棒、课件、圆片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课件、圆片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这节课你们学到了什么？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回顾导入新课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师：上节课学习了平均分，平均分有什么特点呢？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每份分得同样多。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师：今天我们一起来用这种方法帮他们分分橘子吧！[板书课题：平均分(2)]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创设情境激活学生已有经验，自然引出本课学习内容，激发学习兴趣，核心问题："上节课学习了平均分，平均分有什么特点呢？"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根据生活经验，辅助平均分物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师：老师带来了一盒小礼物，不知道里面有多少个，把它们平均分给我们班的3个小朋友，想一想要怎么分。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先同桌交流，再全班汇报。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师：大家真聪明，就算老师不告诉你们一共有多少个，也能想出办法进行平均分。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预设1：有的学生可能会说没法分，不知道每人几个或者说需要先知道一共有多少个。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预设2：有的学生会说先一个一个地分，或先分几个再分几个。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动手操作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1.课件出示教科书P33例2情境图。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把18个橘子平均分成6份，每份几个？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师：把18个橘子平均分成6份，说说看：“平均分成6份”是什么意思？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“平均分成6份”即把这些橘子分别放到6个盘子里，而且每个盘子里橘子的数量要是一样的。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师：用18个小圆片代替18个橘子，先动手分一分，然后小组内交流各自的方法。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(1)动手实践，分一分。(教师巡视，参与活动)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(2)小组内交流平均分的方法。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(3)小组选代表到讲台上展示分橘子的方法。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先1个1个地分，每个盘子里分得1个橘子，分掉6个；然后在每个盘子里再各分1个橘子，又分掉6个，这时每个盘子里有2个；最后在每个盘子里再各分1个橘子，正好分完，这时每个盘子里有3个橘子。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师：每盘3个，正好分完。[板书：把18个橘子平均分成6份，每份(3)个。]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师：一个一个地分，每份分得同样多，这就是平均分。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2．动手实践，组内探讨。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拓展延伸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师：把18个橘子平均分成6份，每份3个。为什么正好是3个，你会想到什么？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师小结：平均分的时候，可以1个1个地分，既仔细又准确；也可以几个几个地分，省时又方便，但无论怎么分，最后每个盘子里都是3个橘子。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预设1：1个1个地分，分了3次，那就可以3个3个地分，分1次。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预设2：会想到6个3正好是18，所以每个盘子分3个。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预设3：想到乘法口诀。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围绕环节目标组织学习活动，引导学生主动参与、积极思考，核心问题："把18个橘子平均分成6份，每份3个。为什么正好是3个，你会想到什么？"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抽象平均分的概念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1.重点理解份数与每份数的意思。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师引导学生回顾分法，并圈出份数，帮助学生更好地区分份数和每份数的差别。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2．用圆圈画一画，体会不同的平均分法。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师：刚才我们把摆出的18个小圆片平均分成了6份，每份3个。如果不摆小圆片，我们还可以用什么方法分一分？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我们可以画一画、写一写。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师：那我们画一画，写一写，看看18个橘子还能平均分成几份，每份又是几个？(教师巡视指导)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一共有18个圆圈，可以平均分成2份，每份9个；一共有18个圆圈，可以平均分成3份，每份6个；一共有18个圆圈，可以平均分成6份，每份3个；一共有18个圆圈，可以平均分成9份，每份2个；一共有18个圆圈，可以平均分成18份，每份1个。学生可能无法将平均分的情况全部说出来，教师可以引导学生抓住平均分的特点，每份分得同样多即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师：为什么这些同学分的过程不一样，份数也不一样，但我们都说它们是平均分呢？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因为每种分法里，每份的个数都是一样的。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学生交流展示各自的分法后，教师指名学生回答。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围绕环节目标组织学习活动，引导学生主动参与、积极思考，核心问题："刚才我们把摆出的18个小圆片平均分成了6份，每份3个。如果不摆小圆片，我们还可以用什么方法分一分？"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1.完成教科书P34“做一做”第1题。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由于已经学习了1～6的乘法口诀，会想到用乘法口诀的学生比较多，不会尝试用连线方法。可以向学生提问，“没有实物，不能摆一摆，那我们还可以怎么准确地把这些酸奶平均分呢”，进而引出连线法。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2．完成教科书P34“做一做”第2题。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(1)学生独立完成练习，然后同桌交流分法。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(2)指名学生叙述分的过程。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让学生用连线或画一画的方式进行平均分，然后用语言表述分的过程，加深学生对平均分概念和方法的理解。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3．完成教科书P34“做一做”第3题。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师：平均分给2只、3只和6只猴子，相当于平均分成2份、3份和6份。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用小棒代替香蕉，用大方框代替猴子，把小棒用箭头连进方框里，用这样的连线来解决平均分的问题。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学生独立完成，再指定几名基础较薄弱的学生说一说。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师：这节课你们学到了什么？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让学生在分实物的过程中，体验平均分。通过操作活动，进一步体会平均分问题的不同分法，经历由实物分法探究抽象为画图表示分法的过程，培养学生的逻辑思维能力。回顾平均分的过程，会用语言表达平均分的结果，培养学生的语言表达能力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引导学生回顾梳理本课所学，完善认知结构，提升归纳与反思能力，核心问题："这节课你们学到了什么？"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平均分(2)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把18个橘子平均分成6份，每份(3)个。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教科书P33例2，完成教科书P34“做一做”。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复习了平均分，同时从平均分分法的多样化入手，让学生体会无论哪种分法，最后的结果是一样的。让学生了解平均分的过程，明白平均分的含义，并且会用语言表达。从实物到图像、从数据到语言表述，一系列的表征变化，符合二年级学生的心理特征，便于学生理解知识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用2～6的乘法口诀求商(2)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用2～6的乘法口诀求商(2)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1-6的表内除法（用2～6的乘法口诀求商）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本单元是在学生初步了解了乘法的意义、学会利用乘法口诀口算表内乘法的基础上进行教学的。除法的含义是建立在“平均分”的基础上的，在日常生活中学生有分物品的经历，但缺少平均分物品的实践经验。单元主题图为学生提供了一个熟悉的具体情境——春游的准备活动，使学生在具体的情境中认识“平均分”，了解“每份同样多”的生活实例，通过直观操作展示了除法在应用时的两种实际操作的方法，使学生理解除法的含义。紧密联系学生的生活经验，为学生创设解决问题的情境，让学生了解知识来源于生活，消除学生因为第一次接触除法而产生的陌生感，从而让学生积极主动地去学习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教学内容：教科书P42例2，完成教科书P42“做一做”和P45“练一练”第4题。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教学准备：课件、乘法口诀卡片。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（1）结合解决实际问题的过程，进一步了解用2～6的乘法口诀求商的方法。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（2）让学生理解用乘法口诀想商的思路，掌握用乘法口诀求商的方法。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教学重点：能根据一幅图写出两个不同的除法算式。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教学难点：掌握用2～6的乘法口诀求商的方法。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情境导入，引入新知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课件、教科书、情境图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同学们早餐喜欢吃小笼包吗？；这幅图给我们提供了什么数学信息？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知识应用，能力提升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情境图、课件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情境导入，引入新知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1.创设情境，激发兴趣。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师：同学们早餐喜欢吃小笼包吗？(喜欢)今天我们就来解决一个与小笼包有关的问题。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2．自主提问，难点突破。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课件出示教科书P42例2情境图。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看到下面这幅图，你能想到哪些算式？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师：这幅图给我们提供了什么数学信息？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有6笼包子，每笼里有4个，一共有24个包子。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师：任意选择两个信息，你能提出一个数学问题并解答吗？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根据学生的回答，教师板书。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(1)师：一共有多少个包子？该怎么列式呢？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列式是：4×6。因为是求6个4是多少，用乘法做，想乘法口诀“四六二十四”来计算。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板书：4×6＝24　四六( 二十四 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(2)师：一共有24个包子，每屉放4个，可以放多少屉？该怎么列式？24、4分别表示的是什么呢？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列式是24÷4。24表示一共有24个包子，4表示每屉放4个，也就是每4个为一份。想口诀“四六二十四”。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板书：24÷4＝6　四(六)二十四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(3)师：一共有24个包子，平均放在6个笼屉里，每屉放几个包子？该怎么列式？24、6分别表示的是什么呢？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列式是24÷6。表示把24个包子平均分成6份，求每份是多少个包子，想口诀“四六二十四”。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板书：24÷6＝4　(四)六二十四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(4)对比分析。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师：观察这三个算式，你发现了什么？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都可以用同一句乘法口诀(四六二十四)来计算。[板书课题：用2～6的乘法口诀求商(2)]还有学生会想到，乘法算式里的乘数是除法算式里的除数和商，乘法算式里的积是除法算式里的被除数。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预设1：有6个笼屉，每屉有4个包子，一共有多少个包子？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预设2：一共有24个包子，每屉放4个，可以放多少屉？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预设3：一共有24个包子，平均放在6个笼屉里，每屉放几个包子？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学生独立完成，同桌之间交流后集中汇报。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创设情境激活学生已有经验，自然引出本课学习内容，激发学习兴趣，核心问题："同学们早餐喜欢吃小笼包吗？"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知识应用，能力提升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1.完成教科书P42“做一做”第1题。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观察行与列圆的数量，再列式。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2．完成教科书P42“做一做”第2题。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请学生说一说用的是哪一句口诀？你是根据什么找到这句口诀的。(除数)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3．完成教科书P45“练一练”第4题。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请学生独立完成，并用简洁完整的语言说一说每个算式表示的意义是什么，是怎么计算出来的。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师：这三个算式也都可以用同一句乘法口诀来求出得数。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师：当然，如果有同学根据图中中国结的数量写出算式“1×4＝4，4÷4＝1，4÷1＝4”，也是正确的。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引导学生从三个方面进行总结：一是求商时想乘法口诀，除数是几，就想跟几有关的乘法口诀(板书)。二是一句乘法口诀一般可以求出两个除法算式的商。三是乘法与除法之间的联系，可以结合情境图进行表述。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本节课充分发挥学生学习的自主性，在具体情境中，培养学生提出问题的能力。在解决问题的过程中，教师只引导，让学生再次深入体会，为什么可以想乘法口诀来求商。通过对算式的对比，让学生再次加深印象，体会乘法与除法之间的联系，并清晰地板书，方便学生去观察、对比。在解决除法求商问题时，能很快想到跟除数有关的乘法口诀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用2～6的乘法口诀求商(2)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有6个笼屉，每屉有4个包子，一共有多少个包子？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4×6＝24　 四六( 二十四 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一共有24个包子，每屉放4个，可以放多少屉？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24÷4＝6　 四(六)二十四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一共有24个包子，平均放在6个笼屉里，每屉放几个包子？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24÷6＝4　 (四)六二十四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求商时想乘法口诀，除数是几，就想跟几有关的乘法口诀。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教科书P42例2，完成教科书P42“做一做”和P45“练一练”第4题。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重视知识形成过程的教学，使学生弄清知识的来龙去脉。在发现问题和解决问题的过程中，注重培养学生的探究意识、思维的连贯性、逻辑的缜密性、语言表达以及收集运用信息的能力。在此过程中，学生会在教师的引导下，一步步思考、突破，但在最后，要把学生的关注点迁移到整体上去，全面地去观察、思考，从而上升到一定的高度去归纳总结。学生对这样的思维方式不熟悉，在以后新授知识的时候要注意去培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二、课时教学方案（第5课时）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第5课时　解决问题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第5课时　解决问题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1-6的表内除法（用2～6的乘法口诀求商）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本单元是在学生初步了解了乘法的意义、学会利用乘法口诀口算表内乘法的基础上进行教学的。除法的含义是建立在“平均分”的基础上的，在日常生活中学生有分物品的经历，但缺少平均分物品的实践经验。单元主题图为学生提供了一个熟悉的具体情境——春游的准备活动，使学生在具体的情境中认识“平均分”，了解“每份同样多”的生活实例，通过直观操作展示了除法在应用时的两种实际操作的方法，使学生理解除法的含义。紧密联系学生的生活经验，为学生创设解决问题的情境，让学生了解知识来源于生活，消除学生因为第一次接触除法而产生的陌生感，从而让学生积极主动地去学习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教学内容：教科书P43～44例3，完成教科书P44“做一做”。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（1）结合具体情境，用所学的除法知识解决有关平均分的实际问题。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（2）体会两种平均分活动的内在联系，理解数量之间的关系。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（3）经历完整的解决问题的过程，培养学生解决问题的能力，逐步发展学生的数学思维能力。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教学重点：分析数量关系列除法算式，并用乘法口诀求商解决实际问题。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教学难点：分析理解除法中的数量关系。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复习旧知识，直接引入新课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合作探究，解决问题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求每个水杯多少钱，我们用什么方法解决比较好呢？；你能列式解答吗？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抽象归纳与总结，对比获得数量关系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比较上面两道题，你能发现它们有什么不同的地方和相同的地方吗？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巩固提升，深入理解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这节课你们学到了什么？有什么新的收获？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复习旧知识，直接引入新课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1.课件出示习题。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1．12个苹果，每4个放一盘，能放几盘？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2．把15个橘子平均放在3个盘子里，每盘放几个？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第一个问题是12个苹果，每份分4个，求可以分成几份，12÷4＝3，可以分成3份。第二个问题是15个橘子，平均分成3份，求每份分几个，15÷3＝5，每份分5个。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师：今天我们要学的知识也与“平均分”有关，但加大了难度，希望同学们能来挑战一下！(板书课题：解决问题)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合作探究，解决问题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1.课件出示教科书P43例3左题。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用15元买了3个同样的水杯，每个多少钱？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(1)阅读与理解。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师：读题，找题中的数学信息。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(2)分析与解答。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师：求每个水杯多少钱，我们用什么方法解决比较好呢？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师：现在请同学们用画一画的方法表达题意。水杯比较难画，可以用图形代替水杯。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有的学生用圆圈代替水杯；有的学生用长方形代替水杯，画3个长方形就可以了。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师：15元的数量比较多，我们画图形也很麻烦，可直接写数字。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生生互动的同时，课件逐步呈现画示意图的过程。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观察示意图，请学生结合示意图再说一说，体会示意图的好处。(教师适时板书)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师：你能列式解答吗？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15÷3＝5(元)(板书)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师：为什么用除法计算？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求每个水杯多少钱，就是把15元平均分成3份，求每份是几元，所以用除法计算。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师：说说算式中的15、3、5分别表示什么。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师：计算15÷3＝(　　)时，想的是哪句乘法口诀呢？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(3)回顾与反思。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师：同学们，关于这个问题，我们的解答正确吗？可以怎么验证呢？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引导学生用逆向思维，将结果代入到题目中：3个水杯，每个5元，一共就是15元，与题意相符。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2．课件出示教科书P43例3右题。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一个水杯5元，用15元能买几个水杯？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(1)阅读与理解。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师：读题，找题中的数学信息。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(2)分析与解答。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师：我们用图形把它们表示出来。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教师引导学生模仿左题画新图形。(教师适时板书)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师：你能列式解答吗？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15÷5＝3(个)(板书)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师：为什么用除法计算？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知道了总钱数和每个水杯的钱数，要求能买几个水杯，就是求15元里面有几个5元，所以用除法计算。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师：说说算式中的15、5、3分别表示什么。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(3)回顾与反思。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师：这道题可以怎么验证？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可以倒过来想一想，每个水杯5元，3个水杯一共就是15元，与题意相符。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设计递进式探究活动，引导学生在动手实践与合作交流中经历知识形成过程，突破本课重难点，核心问题："求每个水杯多少钱，我们用什么方法解决比较好呢？"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抽象归纳与总结，对比获得数量关系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师：比较上面两道题，你能发现它们有什么不同的地方和相同的地方吗？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相同点：都是平均分活动，都用除法计算；计算时都用到口诀“三五十五”。不同点：左题是已知总钱数、水杯的数量，求每个水杯多少钱。右题是已知总钱数、每个水杯的钱数，求能买几个水杯。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是平均分的两种情况，所以在解决问题时，碰到这两种情况，我们都可以用除法来解决。能不能用式子把平均分的这两种情况表达出来呢？师生归纳总结，教师板书解决平均分问题的方法：总数÷份数＝每份数；总数÷每份数＝份数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小组讨论，然后汇报交流。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设计递进式探究活动，引导学生在动手实践与合作交流中经历知识形成过程，突破本课重难点，核心问题："比较上面两道题，你能发现它们有什么不同的地方和相同的地方吗？"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巩固提升，深入理解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完成教科书P44“做一做”。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分析题意，分别找出两种包装的袜子的已知条件和所求的问题，计算后再进行检验。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师：这节课你们学到了什么？有什么新的收获？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首先从分析题意出发，让学生发现文字并不好观察出问题所在，思考“能不能选择更直观的方式来表达”这一问题，从而引导学生画图，让学生体会画示意图是将题意抽象概括的表达方法。通过对学情的充分预设，让学生明白，画示意图是一种辅助解决问题的思维方式，围绕文字描述去画图，是一种更加简洁、精练的分析方法。教学中通过学生解答后的回顾与反思，渗透用乘法检验除法的方法。最后，通过对比、归纳、总结，让学生比较两个问题的异同，目的在于加深学生对平均分以及除法含义的理解。本节课从具体情境出发，分析已知和未知，逐步推广到抽象的概念，结合乘法和除法的意义，引导学生进行抽象概念的总结归纳，形成相应的数学模型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引导学生回顾梳理本课所学，完善认知结构，提升归纳与反思能力，核心问题："这节课你们学到了什么？有什么新的收获？"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教科书P43～44例3，完成教科书P44“做一做”。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有前面学习平均分的意义、除法的初步认识和用2～6的乘法口诀求商的基础。学生对这一内容很熟悉，比较容易完成教学中布置的任务。可是当要深入理解、表达时，学生却容易迷糊、错乱，导致不能用图形或语言很好地表达自己的想法，所以要引导学生有条理地表达、说明，把乱成一团的知识点串联起来，让学生在碰到新的问题时，能想到用合适的方法来解决当前所遇到的困难，让学生体会到优化的思想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二、课时教学方案（第6课时）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第6课时　除法(1)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第6课时　除法(1)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1-6的表内除法（除法的初步认识）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本单元是在学生初步了解了乘法的意义、学会利用乘法口诀口算表内乘法的基础上进行教学的。除法的含义是建立在“平均分”的基础上的，在日常生活中学生有分物品的经历，但缺少平均分物品的实践经验。单元主题图为学生提供了一个熟悉的具体情境——春游的准备活动，使学生在具体的情境中认识“平均分”，了解“每份同样多”的生活实例，通过直观操作展示了除法在应用时的两种实际操作的方法，使学生理解除法的含义。紧密联系学生的生活经验，为学生创设解决问题的情境，让学生了解知识来源于生活，消除学生因为第一次接触除法而产生的陌生感，从而让学生积极主动地去学习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教学内容：教科书P37例3，完成教科书P37“做一做”。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教学准备：课件、若干小圆片。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（1）结合具体情境，理解除法运算的含义，并用算式表示平均分的过程，获得用算式表示平均分的方法。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（2）初步理解除法的含义，认识除号，会写、会读除法算式。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（3）培养学生的动手操作能力及用除法解决实际问题的能力。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教学重点：理解除法并掌握除法算式表示的含义。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教学难点：进一步理解除法的含义以及除法算式中每个数的实际意义。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复习导入，铺垫新课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圆片、课件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分给了几名同学？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动手操作，引出表示方法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课件、教科书、圆片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读题，你知道了哪些数学信息？；每4个放一盘是什么意思？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建立平均分的过程和结果与除法算式的联系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课件、圆片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12÷4表示什么？；那12÷3中3表示什么呢？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巩固练习，加深理解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教科书、课件、圆片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情境图、课件、圆片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通过本节课的学习，你们学会了什么？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复习导入，铺垫新课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师：老师手中有8个小圆片，每名同学分2个，可以分给几名同学？请同学们注意观察，看看我是怎样分的。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每2个小圆片分给一名同学。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师：分给了几名同学？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师：把刚才分的情况再和同桌说一说。[板书课题：除法(1)]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创设情境激活学生已有经验，自然引出本课学习内容，激发学习兴趣，核心问题："分给了几名同学？"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动手操作，引出表示方法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课件出示教科书P37例3。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12个竹笋，每4个放一盘，能放几盘？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师：读题，你知道了哪些数学信息？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师：每4个放一盘是什么意思？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每个盘里面都只放4个竹笋。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师：用小圆片代替竹笋，动手操作，并与同桌说一说操作过程和最后的结果。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师：这个活动过程每次放几个竹笋？12个竹笋每次就会减少几个？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师：每次放4个，放了几次？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师：怎样用算式表示竹笋逐渐减少的过程？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12－4－4－4＝0(板书)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师：从减法算式里，怎样看出分的结果和次数？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12减3次4得0，说明能放3盘。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师：从分的过程我们可以知道，12个竹笋，每4个放一盘，能放(3)盘。(板书)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预设1：每4个放一盘，像这样分了3次，能放3盘。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预设2：12个竹笋，每盘放4个，放3盘正好放完。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设计递进式探究活动，引导学生在动手实践与合作交流中经历知识形成过程，突破本课重难点，核心问题："读题，你知道了哪些数学信息？"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建立平均分的过程和结果与除法算式的联系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师：把一个总数按照每几个一份，求能分成多少份，可以用除法来计算。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师：1659年，瑞士数学家拉恩在他的《代数》一书中，第一次用“÷”表示除法。“÷”用一条横线把两个圆点分开，表示平均分的意思。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指导学生把12个竹笋按每4个放一盘进行平均分写成除法算式。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12÷4＝3；12÷3＝4。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师：12÷4表示什么？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把12个竹笋，每4个放一盘。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师：那12÷3中3表示什么呢？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师：那用“12÷3”来表示“12个竹笋，每个盘子放4个”，这样列式行吗？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师：真厉害！通过大家的努力，终于把这个平均分的活动用最合适的除法算式表示清楚了。那就是12÷4＝3。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(板书：)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师：除号读作“除以”。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师：说一说，算式里的12、4、3分别表示什么？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12表示一共有12个竹笋，4表示每4个放一盘，3表示能放3盘。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师：如果把12个竹笋，每3个放一盘，能放几盘？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师：列出除法算式，说一说算式的意思，并说说算式中各数的含义。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围绕环节目标组织学习活动，引导学生主动参与、积极思考，核心问题："12÷4表示什么？"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巩固练习，加深理解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1.完成教科书P37“做一做”第1题。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(1)学生独立完成，再集体讨论。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(2)分别说一说每个算式中的各数的含义。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2．完成教科书P37“做一做”第2题。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注意：除号读“除以”，不能读“除”。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师：通过本节课的学习，你们学会了什么？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由简单的、有提示性的问题引入，为学生设计了中间问题，起到了铺垫的作用。通过动手操作，让学生明白“把一些物体按几个为一份的分”，也是平均分，可以用除法运算来求。在列式的过程中很容易写出两个除法算式，利用好两个算式，借助情境图，产生冲突，结合题目信息，使学生知道应该用12÷4＝3表示能放几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引导学生回顾梳理本课所学，完善认知结构，提升归纳与反思能力，核心问题："通过本节课的学习，你们学会了什么？"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除法(1)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12－4－4－4＝0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12个竹笋，每4个放一盘，能放(3)盘。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教科书P37例3，完成教科书P37“做一做”。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学生在根据平均分的包含活动写除法算式时，会有不同的想法，写成12÷4＝3或12÷3＝4。教师借助情境图让学生动手操作此过程，分析并处理了该问题，让学生明白平均分怎么用除法算式表示，平均分的结果应该写在等号的右边。在理解的过程中建立平均分和除法的联系，养成规范书写的习惯，同时为以后分析数量关系打下基础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二、课时教学方案（第7课时）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第7课时　除法(2)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第7课时　除法(2)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1-6的表内除法（除法的初步认识）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本单元是在学生初步了解了乘法的意义、学会利用乘法口诀口算表内乘法的基础上进行教学的。除法的含义是建立在“平均分”的基础上的，在日常生活中学生有分物品的经历，但缺少平均分物品的实践经验。单元主题图为学生提供了一个熟悉的具体情境——春游的准备活动，使学生在具体的情境中认识“平均分”，了解“每份同样多”的生活实例，通过直观操作展示了除法在应用时的两种实际操作的方法，使学生理解除法的含义。紧密联系学生的生活经验，为学生创设解决问题的情境，让学生了解知识来源于生活，消除学生因为第一次接触除法而产生的陌生感，从而让学生积极主动地去学习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教学内容：教科书P38例4，完成教科书P38“做一做”和P39“练一练”第1、2题。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教学准备：课件，若干根小棒。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（1）经历分一分、说一说、填一填等数学活动，掌握用除法算式表示平均分的方法。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（2）掌握除法算式各部分的名称。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（3）渗透模型化思想，体会所学知识的价值。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教学重点：用除法算式表示平均分。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教学难点：在平均分的活动中，抽象除法算式，理解除法的含义。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谈话导入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动手操作，巩固平均分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“平均”在这里是什么意思？；每盘放1个，有3个盘子，一次需要分几个？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自主尝试，表征突出含义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你能将“把15个竹笋平均放在3个盘子里，每盘放5个”用一个除法算式表示出来吗？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介绍除法算式各部分的名称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如果我想把15个竹笋，每5个放一盘，能放几盘？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巩固练习，加深理解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你从图中获得了哪些信息？；有5个鱼缸，每次应圈几条鱼才能分给每个鱼缸里1条鱼？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六、课堂小结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课件、小棒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这节课你们学到了什么新知识？这种表示方法好吗？好在哪里？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谈话导入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师：这节课，我们继续分竹笋。[板书课题：除法(2)]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动手操作，巩固平均分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课件出示教科书P38例4。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把15个竹笋平均放在3个盘子里，每盘放几个？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师：“平均”在这里是什么意思？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就是要每个盘子里放的竹笋一样多。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师：请用自己手中的15根小棒代替竹笋，用书本代替盘子，摆好3个盘子，平均分一分，看每个盘子里放几个。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指定学生分享自己平均分的过程，表述自己分得的结果。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1个1个地分，每次往3个盘子各放1个，分了5次分完，每盘放5个。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出示课件。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师：每盘放1个，有3个盘子，一次需要分几个？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师：一次圈3个才能保证每个盘子放1个，每分一次，15个竹笋会减少几个？这样可以分几次？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师：你会用算式表示逐渐减少的过程吗？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15－3－3－3－3－3＝0(板书)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师：从减法算式里，怎么看出分的结果和次数？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15减5次3，结果得0，说明每盘放5个。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师：从分的过程我们可以知道：把15个竹笋平均放在3个盘子里，每盘放(5)个。(板书)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同时课件出示结果。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师小结：像这样连续减，数字大了很麻烦，用除法计算更简便。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设计递进式探究活动，引导学生在动手实践与合作交流中经历知识形成过程，突破本课重难点，核心问题："“平均”在这里是什么意思？"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自主尝试，表征突出含义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师：你能将“把15个竹笋平均放在3个盘子里，每盘放5个”用一个除法算式表示出来吗？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15÷3＝5或15÷5＝3。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引导学生结合题目已知信息和所求问题，确认算式15÷3＝5是正确的。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设计递进式探究活动，引导学生在动手实践与合作交流中经历知识形成过程，突破本课重难点，核心问题："你能将“把15个竹笋平均放在3个盘子里，每盘放5个”用一个除法算式表示出来吗？"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介绍除法算式各部分的名称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师：除法算式中的每个数，都有它自己独有的名称。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出示课件。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教师适时板书。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师：除号前面的数是被除数，除号后面的数是除数，除得的结果是商。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师：如果我想把15个竹笋，每5个放一盘，能放几盘？列出除法算式，说一说算式表示的意思以及算式中各部分的名称。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围绕环节目标组织学习活动，引导学生主动参与、积极思考，核心问题："如果我想把15个竹笋，每5个放一盘，能放几盘？"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巩固练习，加深理解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1.完成教科书P38“做一做”第1题。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师：你从图中获得了哪些信息？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有15条鱼，要平均分到5个鱼缸里。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师：有5个鱼缸，每次应圈几条鱼才能分给每个鱼缸里1条鱼？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指定一名学生说出自己的解答思路，并说一说除法算式中各数表示的意义。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2．完成教科书P38“做一做”第2题。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巩固除法算式各部分的名称。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3．完成教科书P39“练一练”第1题。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(1)两只小熊，说明是平均分成2份。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(2)“苹果每2个装一袋”，就是每2个为一份。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4．完成教科书P39“练一练”第2题。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认真观察图，分析题意。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(1)每4个为一份。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(2)平均分成3份。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通过有层次的练习及时反馈学情，巩固新知，培养学生灵活运用知识解决问题的能力，核心问题："你从图中获得了哪些信息？"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六、课堂小结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师：这节课你们学到了什么新知识？这种表示方法好吗？好在哪里？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继续通过“分竹笋”这个情境，引导学生分一分，进一步理解平均分，在此基础上抽象出除法算式，结合除法的含义理解算式的意义，明确把一个数平均分成几份，求一份是多少，用除法计算。最后，介绍除法算式各部分的名称，并通过练习，巩固新知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引导学生回顾梳理本课所学，完善认知结构，提升归纳与反思能力，核心问题："这节课你们学到了什么新知识？这种表示方法好吗？好在哪里？"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除法(2)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15－3－3－3－3－3＝0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把15个竹笋平均放在3个盘子里，每盘放(5)个。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教科书P38例4，完成教科书P38“做一做”和P39“练一练”第1、2题。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教学中引导学生在灵活应用平均分的基础上提问“能不能用一个算式表示出来”，激发学生强烈的求知欲。除法算式中各数表示的含义也是重点，这一课时主要是理解除法算式。学生有出现关注算式的计算而忽略它的由来的问题，需要加以引导，先平均分，再来写算式，最后语言表达，使学生知其然还知其所以然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二、课时教学方案（第8课时）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第8课时　整理和复习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第8课时　整理和复习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第3单元 1-6的表内除法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单元学情：本单元是在学生初步了解了乘法的意义、学会利用乘法口诀口算表内乘法的基础上进行教学的。除法的含义是建立在“平均分”的基础上的，在日常生活中学生有分物品的经历，但缺少平均分物品的实践经验。单元主题图为学生提供了一个熟悉的具体情境——春游的准备活动，使学生在具体的情境中认识“平均分”，了解“每份同样多”的生活实例，通过直观操作展示了除法在应用时的两种实际操作的方法，使学生理解除法的含义。紧密联系学生的生活经验，为学生创设解决问题的情境，让学生了解知识来源于生活，消除学生因为第一次接触除法而产生的陌生感，从而让学生积极主动地去学习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本课学情：结合本班实际，诊断学生完成本课时任务的起点与可能的困难。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教学内容：教科书P46“整理和复习”，完成教科书P47“练一练”第1～5题。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教学准备：课件、若干小圆片。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（1）通过整理和复习，加深学生对平均分和除法含义的认识，巩固用2～6的乘法口诀求商和用乘、除法解决简单的实际问题。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（2）引导学生经历整理和复习的过程，进一步体会乘法和除法的关系，感悟除法的本质，提高学生解决问题的能力。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（3）提高学生整理和复习的能力，掌握对所学知识进行有序整理的方法。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教学重点：理解除法算式的含义，体会乘、除法之间的联系。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教学难点：对本单元的内容进行有序整理。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谈话引入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课件、圆片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知识梳理，建构知识体系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圆片、课件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请同学们回顾一下，本单元我们学习了哪些知识？；你能用除法算式表达上面平均分的过程吗？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尝试独立建构知识框架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课件、圆片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观察这个“知识图”，你能说说自己的发现吗？；你能用自己喜欢的方法，把本节课总结的知识表达出来吗？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评价练习，知识应用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教科书、课件、圆片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课件、圆片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本单元的学习结束了，你们有哪些收获？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谈话引入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师：今天我们大家一起来对本单元内容进行整理和复习，请紧跟老师的思维。(板书课题：整理和复习)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知识梳理，建构知识体系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师：请同学们回顾一下，本单元我们学习了哪些知识？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指名学生回答，教师根据回答板书。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1．整理平均分和除法的含义。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师：我们先来看看平均分，平均分是我们生活中经常用到的一种分东西的方法。我们分东西时，有时候分得不一样多，有时候又分得很公平。只有每份分得同样多才能叫平均分。(板书：平均分)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师：请同学们利用小圆片摆一摆，什么叫平均分。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请学生出示8个小圆片，边摆边说。(教师适时板书)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师：尽管我们分的份数会有不同，但只要每份分得同样多，都叫平均分。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2．除法算式。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师：你能用除法算式表达上面平均分的过程吗？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师：大家想想平均分的过程和结果，结合算式你发现了什么？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一个除法算式可以表达两种含义，具体的题意有具体的分析。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3．用2～6的乘法口诀求商。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师：平均分的结果已经通过摆一摆看出来了。但是如果不摆，你能求出上面除法算式的商吗？说一说你是怎么想的。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师：对比我们通过摆一摆得到的平均分的结果，发现是一样的，除法和乘法之间有密不可分的联系。在求商时，有什么技巧和方法快速求商呢？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想与除数有关的乘法口诀。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师：根据一句乘法口诀，我们一般可以写出两个除法算式。(特殊情况除外)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4．除法算式各部分的名称。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师：请一列同学依次站起来说一说，上面这些除法算式的读法和各部分的名称。请其他同学认真倾听。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5．解决问题。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师：我们遇到平均分的问题都可以用除法来解决，所以判断实际问题是不是平均分也是很关键的一步，有什么好的办法来帮助判断呢？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找到关键信息，画图表达。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同桌互说口诀写除法算式。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引导学生回顾梳理本课所学，完善认知结构，提升归纳与反思能力，核心问题："请同学们回顾一下，本单元我们学习了哪些知识？"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尝试独立建构知识框架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师：小丽将加、减、乘、除运算整理成了一个“知识图”，从中我们可以看到几种运算之间的关联。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师：观察这个“知识图”，你能说说自己的发现吗？(出示课件)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师：你能用自己喜欢的方法，把本节课总结的知识表达出来吗？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教师带领学生逐步分析，从大标题出发，逐步分类、细化。(教师适时板书)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大家刚才对“1～6的表内除法”的知识梳理完成得很好。希望大家掌握其中的方法，以后也学着自己把所学相关联的知识串在一起，这样回顾起来会很方便也很有条理。对自己动手完成的知识梳理，大家一定会留有很深刻的印象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预设1：由一个加法算式，可以写出两个减法算式。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预设2：由一句乘法口诀，可以写出两个除法算式。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预设3：平均分可以用减法表示，但用除法表示更简便。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预设4：求几个相同加数的和，用乘法表示更简便。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围绕环节目标组织学习活动，引导学生主动参与、积极思考，核心问题："观察这个“知识图”，你能说说自己的发现吗？"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评价练习，知识应用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1.完成教科书P47“练一练”第1题。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算除法时，根据除数想乘法口诀。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2．完成教科书P47“练一练”第2题。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根据图判断是按每几个一份平均分还是按指定份数平均分。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3．完成教科书P47“练一练”第3题。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按照除法的含义进行分析。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4．完成教科书P47“练一练”第4、5题。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运用乘法口诀进行试算。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师：本单元的学习结束了，你们有哪些收获？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通过引导学生有序复习整理，培养学生回顾知识的意识；然后展示知识树，形成知识体系和初步的总结归纳能力。课上对平均分、除法的认识、用2～6的乘法口诀求商、解决问题等知识板块依次进行复习，构建单元知识框架，最后结合对应的习题进行练习，对本单元知识进行巩固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引导学生回顾梳理本课所学，完善认知结构，提升归纳与反思能力，核心问题："本单元的学习结束了，你们有哪些收获？"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教科书P46“整理和复习”，完成教科书P47“练一练”第1～5题。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的内容是整理和复习，学生经过近两周的学习，对表内除法获得了一些零散的认识，让学生全面回顾本单元的学习内容，有助于整体把握本单元内容及知识结构。学生还需要在老师的引导下去做事，有主见、勤于思考的学生较少。学生的模仿能力在逐步提升，学习能力也在逐步提升，可是在思维方式、创新意识、表达能力以及勤于思考的习惯上还是有待加强。在平时的教学中要引起重视，不仅要会用知识，还要提升能力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