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人教版二年级数学上册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第4单元 厘米和米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厘米和米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图形与几何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5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单元开启课、活动探索课、自主整理课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本单元教学长度单位的认识。在认识厘米和米的前提下，学习测量长度的方法，从而对物体的长度进行量化把握，在此基础上认识线段。线段的认识对后续知识的学习有很重要的作用。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科书注重呈现知识的形成过程，通过多种方式帮助学生建立1厘米、1米的长度观念，培养学生的应用意识和实践能力。本单元的教学重点是使学生建立1厘米、1米的长度观念，知道1米＝100厘米，并初步认识线段，学会用尺子量线段的长度，并按给定长度画线段(限整厘米)；难点是估测物体的长度，培养学生估量物体长度的意识，并能选择合适的长度单位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在实际生活中，虽然学生已经对长、短的概念有了初步的认识，并会直观比较一些物体的长短，但不一定能进行量化比较。由于本单元是学生初次接触长度单位，虽然该部分内容在实际生活中学生也经常遇到，但是1厘米、1米分别具体有多长，学生并不清楚，也不能实际应用。学生年龄小，抽象逻辑思维水平比较低，对于线段的特征，要从“直的”“可测量”的角度来感知和认识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第1课时：在具体情境中，体会统一长度单位的必要性，知道长度单位的作用。认识长度单位“厘米”，初步建立1厘米的长度观念。初步学会用刻度尺测量物体的长度(限整厘米)。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第2课时：在活动中认识长度单位“米”，建立l米的表象，掌握米和厘米的关系。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第3课时：在具体的情境中，认识线段，感知线段是直的和可测量的。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第4课时：通过估测、比较，学会选用合适的长度单位描述物体的长度。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第5课时：梳理已经学过的长度单位厘米和米，建立1厘米、1米的长度观念，厘清单位间的关系。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让学生感受统一长度单位的必要性。教科书介绍了用庹(tuǒ)、拃(zhǎ)和脚长作为测量长度单位的情况，由于用人身体的一部分作单位，其单位的实际长度并不统一，测量结果很可能不一致。教学时，应让学生充分体会，以引发其产生认知冲突，从而体会统一长度单位的必要性。教师还可以让学生了解历史上曾经存在的其他长度单位，并通过尝试用这些单位进行实际测量，让学生切身感受统一长度单位的必要性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结合尺子认识长度单位“厘米”和“米”。厘米尺很常见，用起来很方便。同时，厘米尺也是帮助学生建立“厘米”表象、体会测量含义的最好工具。因此，教学长度单位“厘米”时，要结合厘米尺展开教学，让学生通过观察、比划、比较、测量等活动，认识1厘米、几厘米的长度，建立厘米的长度表象，积累测量经验。教学“米”的认识也应如此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通过多种活动，帮助学生形成厘米和米的正确表象。认识长度单位，不仅要让学生知道一些单位的名称和单位之间的进率，更重要的是了解一个长度单位的实际长度，能够在实际中应用。为了做到这一点，教学时应注意让学生通过看一看、比一比、量一量等实践活动，巩固初步建立起来的厘米和米的表象，为估计、测量以及培养数感积累活动经验。还需要注意的是，建立长度单位的表象，应以实际长度为准，忌用课件中放大的长度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量感：让学生知道长度单位的作用和统一长度单位的必要性，初步建立1 cm和1 m的长度观念，知道1 m＝100 cm。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符号意识：会用字母表示“厘米”和“米”。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空间观念：初步认识线段，学会用尺子测量线段的长度，会按规定长度画线段。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应用意识：会用长度单位表象解决问题。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认识厘米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在具体情境中，体会统一长度单位的必要性，知道长度单位的作用。认识长度单位“厘米”，初步建立1厘米的长度观念。初步学会用刻度尺测量物体的长度(限整厘米)。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认识米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在活动中认识长度单位“米”，建立l米的表象，掌握米和厘米的关系。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认识线段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在具体的情境中，认识线段，感知线段是直的和可测量的。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通过估测、比较，学会选用合适的长度单位描述物体的长度。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第5课时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整理和复习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自主整理课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梳理已经学过的长度单位厘米和米，建立1厘米、1米的长度观念，厘清单位间的关系。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认识厘米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认识厘米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厘米和米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在实际生活中，虽然学生已经对长、短的概念有了初步的认识，并会直观比较一些物体的长短，但不一定能进行量化比较。由于本单元是学生初次接触长度单位，虽然该部分内容在实际生活中学生也经常遇到，但是1厘米、1米分别具体有多长，学生并不清楚，也不能实际应用。学生年龄小，抽象逻辑思维水平比较低，对于线段的特征，要从“直的”“可测量”的角度来感知和认识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教学内容：教科书P55～56例1，完成教科书P57“做一做”。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教学准备：课件，刻度尺，5厘米长的纸条等。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（1）在具体情境中，体会统一长度单位的必要性，知道长度单位的作用。认识长度单位“厘米”，初步建立1厘米的长度观念。初步学会用刻度尺测量物体的长度(限整厘米)。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（2）在认识长度单位的过程中，培养学生的估测意识和动手操作能力，发展空间观念。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教学重点：认识长度单位“厘米”，建立1厘米的长度观念，体会统一长度单位的必要性。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教学难点：初步学会用刻度尺测量物体的长度。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创设情境，导入新课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我比你高多少？你比我矮多少？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感受统一长度单位的必要性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课件、教科书、情境图、尺子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我们就用拃作单位量一量课桌的长度。课桌的长是几拃？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整体感知，认识厘米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尺子、课件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观察尺子，你发现了什么？；尺子上还有哪一段的长度也是1厘米呢？谁来指指看？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巩固练习，提高认识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同学们，这节课你们有什么收获？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创设情境，导入新课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师：我比你高多少？你比我矮多少？比划一下。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师：“高多少”“矮多少”其实是在比较人的身高，这就要使用长度单位。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创设情境激活学生已有经验，自然引出本课学习内容，激发学习兴趣，核心问题："我比你高多少？你比我矮多少？"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感受统一长度单位的必要性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1.认识古代人们测量物体长度的方法。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课件出示教科书P55情境图。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师小结：其实，我们每个人身上都携带着几把“尺子”。1拃、1脚长等都能用来测量物体的长度。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2．用身体上的“尺子”测量。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师：我们就用拃作单位量一量课桌的长度。课桌的长是几拃？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师：老师量了只有3拃。我们量的都是同样的课桌，为什么量的结果不一样呢？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有的学生可能无法回答出这一问题，教师可以适时引导学生回答出“因为每个人的1拃的长度不同”这一答案，提高学生的思维能力。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师小结：因为测量选用的标准不同，它们的长度单位不同，所以测量的结果自然不一致。这就需要统一长度单位，这节课我们一起来认识长度单位——厘米。(板书课题：认识厘米)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学生自由发言。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学生自主探究。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围绕环节目标组织学习活动，引导学生主动参与、积极思考，核心问题："我们就用拃作单位量一量课桌的长度。课桌的长是几拃？"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整体感知，认识厘米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1.观察尺子，认识刻度。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师：观察尺子，你发现了什么？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师：这些竖线有的长有的短，我们把它们叫做刻度线。每一个数字都对着一条比较长的刻度线，第一个数字是0，我们就把这条刻度线叫做刻度0。后面的呢？(刻度1……)让我们来读一下这些刻度。(出示课件)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师：“厘米”是一个统一的长度单位，可以用字母“cm”表示。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2．认识1厘米。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(1)认识尺子上的1厘米。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师：(出示课件)这个刻度0很重要，它就像起跑线一样，表示从这里开始。从刻度0到刻度1的长度就是1厘米。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师：尺子上还有哪一段的长度也是1厘米呢？谁来指指看？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每相邻两个数字之间的距离都是1厘米。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师：因为每相邻两个数字之间的距离都一样，所以我们在用尺子量物体的长度时才有了统一的标准。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(2)用手比画1厘米。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(3)寻找身边的1厘米。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出示课件。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师小结：量比较短的物体时，可以用“厘米”作单位。(板书)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3．探究测量方法。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(1)从刻度0起量纸条的长度。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师：在测量时要把尺子平放在要测量的物体边上，沿着物体的直边来量，测量时要按紧尺子。(教师适时板书)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出示课件。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(2)从非刻度0的位置起测量物体的长度。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师：如果从2厘米的地方起，你能测量出这张纸条的长度吗？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学生可能回答：有竖线，还有数字。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学生分别找出1厘米并展示。(0～1之间、2～3之间、3～4之间……)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学生小组讨论，探讨量法。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设计递进式探究活动，引导学生在动手实践与合作交流中经历知识形成过程，突破本课重难点，核心问题："观察尺子，你发现了什么？"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巩固练习，提高认识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1.完成教科书P57“做一做”第1题。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先确定一庹或一步的长度。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2．完成教科书P57“做一做”第2题。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看准铅笔两端对应的数。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3．完成教科书P57“做一做”第3题。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仔细看图，根据测量方法来分析对错。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4．完成教科书P57“做一做”第4题。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同桌互相比画，注意误差不能过大。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师：同学们，这节课你们有什么收获？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充分利用例1的素材，引发学生的认知冲突，让学生充分体会统一长度单位的必要性。通过“在尺上指”“用手比画”“在生活中找”的活动和操作，让学生在头脑中建立起正确的“1厘米”的表象。然后通过具体方法的指导，使学生体会测量长度的本质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引导学生回顾梳理本课所学，完善认知结构，提升归纳与反思能力，核心问题："同学们，这节课你们有什么收获？"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认识厘米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1．量比较短的物体时，可以用“厘米”作单位。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2．1厘米长：食指宽、便利贴的宽。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3．测量三步骤：放正→对准刻度0→读数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教科书P55～56例1，完成教科书P57“做一做”。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课堂上，教师创设各种活动，引导学生操作、思考、交流，充分发挥学生的主观能动性，在认识厘米的时候，先呈现给学生1厘米的表象，再让学生说见过的大约1厘米长的物体，加深其对1厘米表象的认识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认识米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认识米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厘米和米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在实际生活中，虽然学生已经对长、短的概念有了初步的认识，并会直观比较一些物体的长短，但不一定能进行量化比较。由于本单元是学生初次接触长度单位，虽然该部分内容在实际生活中学生也经常遇到，但是1厘米、1米分别具体有多长，学生并不清楚，也不能实际应用。学生年龄小，抽象逻辑思维水平比较低，对于线段的特征，要从“直的”“可测量”的角度来感知和认识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教学内容：教科书P57～58例2，完成教科书P58“做一做”。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教学准备：课件，米尺，若干根1米长的绳子，5米长的绳子，学生尺，铅笔，学习单等。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（1）在活动中认识长度单位“米”，建立l米的表象，掌握米和厘米的关系。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（2）通过观察、探究等多种学习活动，建立1米的长度观念，根据物体长度合理选择单位。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（3）培养学生的合作意识和应用意识。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教学重点：建立1米的长度表象。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教学难点：掌握米和厘米之间的联系，知道1米＝100厘米。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创设情境，引入新课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尺子、课件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你们觉得这样的测量方法怎么样？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实践体验，认识1米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尺子、课件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再估计一下，从地面到你身体的哪个部位大约是1米呢？你的身高是超过1米，还是不到1米？；(拿出5米长的绳子)我这有一根绳子，有谁愿意来测量它有多长？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观察比较，知道1米＝100厘米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活动内容 │ 用厘米尺测量1米长的绳子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尺子、课件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活动发现 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尺子、课件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你们量了几次？观察测量的数据，你们发现1米里面有多少厘米了吗？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尝试练习，应用提升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课堂小结，畅谈收获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同学们，这节课你们学到了哪些知识？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创设情境，引入新课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指名用学生尺在讲台上量黑板的长度。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师：你们觉得这样的测量方法怎么样？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师：是的，用更长的尺子进行测量比较方便。这节课我带大家认识一个新的长度单位“米”。(板书课题：认识米)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预设1：学生认为没问题。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预设2：学生认为不合适，存在的误差较大，可以用更长的尺子测量。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创设情境激活学生已有经验，自然引出本课学习内容，激发学习兴趣，核心问题："你们觉得这样的测量方法怎么样？"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实践体验，认识1米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1.认识米尺。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师：(出示米尺)这是米尺，也就是长度是1米的尺子，用它来测量黑板的长度就快多了。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教师演示测量过程，学生观察。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师小结：量比较长的物体，通常用“米”作单位。(板书)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2．感受1米的长度。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(1)建立1米的长度表象。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师：请同学们张开双臂，感受1米有多长。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(2)在身高中感受1米。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师：老师的身高是1米62厘米。你们试着估计一下，从地面到老师身体的哪个部位大约是1米？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师：再估计一下，从地面到你身体的哪个部位大约是1米呢？你的身高是超过1米，还是不到1米？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(3)在生活中感受1米。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师：(拿出5米长的绳子)我这有一根绳子，有谁愿意来测量它有多长？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指名学生测量，帮助学生建立1米的长度观念，进一步巩固测量长度的方法，为学生积累一些测量经验。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学生根据已有的生活经验和刚才对米的认识进行估计。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围绕环节目标组织学习活动，引导学生主动参与、积极思考，核心问题："再估计一下，从地面到你身体的哪个部位大约是1米呢？你的身高是超过1米，还是不到1米？"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观察比较，知道1米＝100厘米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1.课件出示学习单。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活动内容 │ 用厘米尺测量1米长的绳子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活动目的 │ 通过操作，交流发现米和厘米之间的关系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活动步骤 │ 1.用20厘米或30厘米长的尺子测量绳子的长度2．测量时做好记录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活动发现 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师：你们量了几次？观察测量的数据，你们发现1米里面有多少厘米了吗？用一个简单的数学式子表示它们的关系。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1米＝100厘米。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2．验证并总结。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师：请再仔细观察米尺上的刻度，进行验证。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从刻度0到刻度100就是100厘米，也就是1米。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师小结：米可以用“m”表示，所以1米＝100厘米，也可以写成1 m＝100 cm。(板书)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学生拿出学习单，以小组为单位，合作用20厘米或30厘米长的尺子测量1米长的绳子，教师巡视并进行适时指导。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设计递进式探究活动，引导学生在动手实践与合作交流中经历知识形成过程，突破本课重难点，核心问题："你们量了几次？观察测量的数据，你们发现1米里面有多少厘米了吗？"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尝试练习，应用提升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1.完成教科书P58“做一做”第1题。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测量黑板长度时，要正确使用卷尺，不能弯曲，测量结果以整米表示；测量身高时，要注意正确记录测量结果。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2．完成教科书P58“做一做”第2题。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可利用熟悉的身高等作标准，并将其与生活中的实际体验联系起来判断。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课堂小结，畅谈收获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师：同学们，这节课你们学到了哪些知识？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本节课的基本结构为：情境导入——认识米尺——认识米——通过测量充分感知1米有多长，进而建立1米的实际观念，并学会测量长度的方法。在这一过程中，学生体验观察、比较的数学思考方法，感受数学与实际生活的联系，并应用所学知识解决简单的实际问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引导学生回顾梳理本课所学，完善认知结构，提升归纳与反思能力，核心问题："同学们，这节课你们学到了哪些知识？"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认识米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量比较长的物体，通常用“米”作单位。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米可以用“m”表示。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1米＝100厘米　1 m＝100 cm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教科书P57～58例2，完成教科书P58“做一做”。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的教学非常注重让学生在活动中建构米的长度观念。一开始让学生用学生尺测量黑板的长度，产生认知冲突，进而使学生体会到引入较大长度单位的必要性。然后让学生认识米尺、找身上的“1米”和生活中的“1米”，强化学生关于“1米”的长度表象。整节课学生都在实践操作中感知、体验1米的长度，教学效果很好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认识线段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认识线段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厘米和米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在实际生活中，虽然学生已经对长、短的概念有了初步的认识，并会直观比较一些物体的长短，但不一定能进行量化比较。由于本单元是学生初次接触长度单位，虽然该部分内容在实际生活中学生也经常遇到，但是1厘米、1米分别具体有多长，学生并不清楚，也不能实际应用。学生年龄小，抽象逻辑思维水平比较低，对于线段的特征，要从“直的”“可测量”的角度来感知和认识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教学内容：教科书P61，完成教科书P62“做一做”。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教学准备：课件，直尺，铅笔，绳子或线等。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（1）在具体的情境中，认识线段，感知线段是直的和可测量的。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（2）通过实践活动，学会用尺子量线段的长度，会按给定的长度画线段(限整厘米)。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（3）培养学生的观察、想象、操作能力、合作意识以及运用知识解决实际问题的能力。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教学重点：观察、感知线段，体会线段的特征。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教学难点：学会用刻度尺画线段(限整厘米)，强化长度单位的应用意识。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创设情境，明确目标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实践操作，认识线段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课件、教科书、尺子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找一找教室里哪些物体的边可以看成线段呢？；除了直这个特点外，你还发现了什么？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试一试，学画线段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课件、教科书、尺子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你们是怎样画的？谁来说一说？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巩固深化，应用拓展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课堂小结，畅谈收获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通过今天这节课的学习，你们知道了什么？有哪些收获？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创设情境，明确目标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师：请大家拉直准备好的绳子或线，说说它是什么样子的。(课件出示教科书P61例3情境图)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拉直的一根线，可以看作一条线段。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师：要想测量出这根弯曲的绳子的长度，我们必须将它拉直，拉直后可以把它看作一条线段。今天我们就一起来认识线段。(板书课题：认识线段)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实践操作，认识线段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1.感知线段的直。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师：找一找教室里哪些物体的边可以看成线段呢？说说你是怎么想的。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2．感知线段有两个端点。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师：除了直这个特点外，你还发现了什么？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如把铅笔的两端分别看作一个点，它就有两个端点；拉直的绳子也有两个端点。(板书：两个端点)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3．感知线段有长短。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师：数学书封面上的四条边都可以看作是线段，它们的长度相同吗？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师小结：线段有长短。(板书：可测量)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4．找身边的线段。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课件出示教科书P61的黑板、课桌、书。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黑板的边、桌子的边、书的边都可以看作线段。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师：同学们再想一想黑板的边、桌子的边、书的边都可以看作线段吗？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5．线段的表示方法。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出示课件。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师：在一段直直的线两端打上小圆点，就是线段；用尺子测量这几条线段的长度。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学生会说出很多物体的边都可以看成线段，因为这些边都是直直的。(板书：直的)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设计递进式探究活动，引导学生在动手实践与合作交流中经历知识形成过程，突破本课重难点，核心问题："找一找教室里哪些物体的边可以看成线段呢？"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试一试，学画线段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课件出示教科书P61“试一试”。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画一条3厘米长的线段。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师：你们是怎样画的？谁来说一说？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师小结：从尺子的刻度0的位置开始画起，几厘米长的线段就画到尺子几厘米的地方。(板书)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学生自由画线段，教师巡视。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围绕环节目标组织学习活动，引导学生主动参与、积极思考，核心问题："你们是怎样画的？谁来说一说？"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巩固深化，应用拓展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1.完成教科书P62“做一做”第1题。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根据线段的特征判断。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2．完成教科书P62“做一做”第2题。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观察图形，数出线段条数。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3．完成教科书P62“做一做”第3题。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连线时，注意从一个点开始到另一个点结束，即：首尾相连。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4．完成教科书P62“做一做”第4题。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先测量线段的长度再画。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5．完成教科书P62“做一做”第5题。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引导学生正确审题，弄清起点具体在哪。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课堂小结，畅谈收获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师：通过今天这节课的学习，你们知道了什么？有哪些收获？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本节课通过学生的动手操作，观察比较，概括总结来认识线段。在教学时，我先组织学生操作：用手捏住线的两端把线拉直，使学生在这样的活动中获得对线段的直观认识；再组织学生观察比较，突出线段“直”的特点；接着从摸实物铅笔等认识线段有两个端点；最后通过观察感受线段有长有短，是可测量的，直观形象地帮助学生初步认识线段的特点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引导学生回顾梳理本课所学，完善认知结构，提升归纳与反思能力，核心问题："通过今天这节课的学习，你们知道了什么？有哪些收获？"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认识线段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线段：直的　两个端点　可测量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画线段：从尺子的刻度0的位置开始画起，几厘米长的线段就画到尺子几厘米的地方。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教科书P61，完成教科书P62“做一做”。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线段对于二年级学生来说既抽象又实际，学生难以理解。因此，在教学时先从学生的生活情境入手，让学生观察、比较，通过拉一拉、比一比，体验线段是“直的”这一特点、线段有长短且可以测量，直观形象地帮助学生形成线段表象。再引导学生观察直尺、课本、黑板等物体的边，找一找、摸一摸，加深对线段的认识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解决问题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解决问题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厘米和米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在实际生活中，虽然学生已经对长、短的概念有了初步的认识，并会直观比较一些物体的长短，但不一定能进行量化比较。由于本单元是学生初次接触长度单位，虽然该部分内容在实际生活中学生也经常遇到，但是1厘米、1米分别具体有多长，学生并不清楚，也不能实际应用。学生年龄小，抽象逻辑思维水平比较低，对于线段的特征，要从“直的”“可测量”的角度来感知和认识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教学内容：教科书P63例4，完成教科书P63“做一做”和P64“练一练”第3题。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教学准备：课件，学生尺(厘米尺)，米尺。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（1）通过估测、比较，学会选用合适的长度单位描述物体的长度。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（2）强化对厘米和米这两个长度单位的认识，培养学生估测物体长度的意识。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（3）感受测量物体长度与生活的密切联系，体会建立长度观念的意义。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教学重点：会选用合适的长度单位描述物体的长度。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教学难点：学会借助参照物判断和估测物体的长度。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复习旧知，导入新课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能比划一下1厘米和1米分别有多长吗？；厘米和米在我们的生活中有很大的作用，那么什么时候用“厘米”作单位，什么时候用“米”作单位呢？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解决问题，建立表象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你们认为旗杆是高13厘米还是13米呢？你能用什么办法说服别人，让别人听懂你的意思？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巩固运用，强化表象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课堂小结，畅谈收获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通过今天这节课的学习，你们有哪些收获？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复习旧知，导入新课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师：能比划一下1厘米和1米分别有多长吗？举例说一说生活中用到的米和厘米。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师：厘米和米在我们的生活中有很大的作用，那么什么时候用“厘米”作单位，什么时候用“米”作单位呢？这节课我们就一起来探讨一下。(板书课题：解决问题)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学生通过前面知识的学习，能准确判断1厘米和1米的长度，并能准确说出生活中用到的米和厘米，为后续情况中问题的解答作好铺垫。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创设情境激活学生已有经验，自然引出本课学习内容，激发学习兴趣，核心问题："能比划一下1厘米和1米分别有多长吗？"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解决问题，建立表象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1.明确问题。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课件出示教科书P63例4。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学校里国旗杆的高度是13厘米还是13米？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师：说一说要解决什么问题。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2．用多样化的方法解决问题。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师：你们认为旗杆是高13厘米还是13米呢？你能用什么办法说服别人，让别人听懂你的意思？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师：刚才同学们用多种方法来解决这个问题，并找到了答案，一根旗杆的高度是13米。(板书)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学生先独立思考，再在小组内互相说一说，教师巡视指导。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预设1：排除法：用手比划1厘米、1拃长等，推断出旗杆的高度不是13厘米。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预设2：估算法：学生利用自己的身高和旗杆的高度对比，学生身高1米多，估测旗杆的高度大概相当于10个小朋友的身高，大约是13米。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预设3：借助参照物法：借助身边十几厘米高的物品来比较。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围绕环节目标组织学习活动，引导学生主动参与、积极思考，核心问题："你们认为旗杆是高13厘米还是13米呢？你能用什么办法说服别人，让别人听懂你的意思？"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巩固运用，强化表象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1.完成教科书P63“做一做”。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可以用学生都熟悉的实物替换教科书中选用的实物，以便作为判断的标准，从而避免学生凭空猜测。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2．完成教科书P64“练一练”第3题。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学生独立完成后全班交流。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课堂小结，畅谈收获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师：通过今天这节课的学习，你们有哪些收获？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师小结：在判断选择什么长度单位合适时，可以通过用手比划，借助身高、身边的物品来估测物体的实际长度，最终选择合适的长度单位。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在呈现例题时，紧紧围绕要“解决什么问题——怎么解答——解答是否合理”这条主线，鼓励学生调动自己已有的生活经验和知识经验解决问题，初步体会解决问题方法的多样化和合理性。借助身边熟悉的物体作为标准来判断，借助“标准”来选择合适的长度单位，让学生形成利用已有知识解决问题的意识，渗透了“转化”的思想方法，最后归纳总结出解决问题的方法和策略，进一步培养学生运用较为合理、科学的方法解决实际问题的能力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引导学生回顾梳理本课所学，完善认知结构，提升归纳与反思能力，核心问题："通过今天这节课的学习，你们有哪些收获？"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解决问题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一根旗杆的高度是13米。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教科书P63例4，完成教科书P63“做一做”和P64“练一练”第3题。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数学来源于生活，又应用于生活，课堂教学应该着力体现生活性。在课堂上，学生掌握了基本的长度单位之后，教师让学生在生活中找到哪些地方用到了“厘米”和“米”，让学生在活动中体会长度单位的应用价值。练习中通过解答“选择合适的长度单位”这类题目，让学生把课本上的知识运用到生活中。二年级的学生平时不太注意生活中的事物，做此类题目刚开始有些迷茫和无从下手，有的学生甚至会用尺子去测量给出的事物，此时教师应该让学生学会估测，这点尤为重要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二、课时教学方案（第5课时）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第5课时　整理和复习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第5课时　整理和复习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第4单元 厘米和米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在实际生活中，虽然学生已经对长、短的概念有了初步的认识，并会直观比较一些物体的长短，但不一定能进行量化比较。由于本单元是学生初次接触长度单位，虽然该部分内容在实际生活中学生也经常遇到，但是1厘米、1米分别具体有多长，学生并不清楚，也不能实际应用。学生年龄小，抽象逻辑思维水平比较低，对于线段的特征，要从“直的”“可测量”的角度来感知和认识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教学内容：教科书P65，完成教科书P66“练一练”第1～4题。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教学准备：课件，学生尺(厘米尺)，米尺。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（1）梳理已经学过的长度单位厘米和米，建立1厘米、1米的长度观念，厘清单位间的关系。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（2）理解线段的概念，掌握测量线段的方法，培养估量物体长度的意识和能力。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（3）借助习题整理复习，查漏补缺，提高解决问题的能力。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教学重点：牢固掌握长度单位的知识。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教学难点：会选用合适的长度单位描述物体的长度。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设问揭题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本单元我们学习了哪些内容？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复习梳理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尺子、课件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我们学过的长度单位有什么？用字母怎么表示？；测量物体时如何判断该用厘米还是米作单位？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制作知识图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练习巩固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设问揭题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师：本单元我们学习了哪些内容？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学习了厘米和米，还学会了测量实物长度的方法，加深了对线段的认识。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师：你们回答得都很棒，这节课我们就来复习一下之前学习的内容。(板书课题：整理和复习)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学生自由回答。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围绕环节目标组织学习活动，引导学生主动参与、积极思考，核心问题："本单元我们学习了哪些内容？"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复习梳理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教师根据学生的回答适时板书。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1．回顾学过的长度单位。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师：我们学过的长度单位有什么？用字母怎么表示？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厘米和米，字母用cm和m表示。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师：测量物体时如何判断该用厘米还是米作单位？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测量比较短的物体，可以用厘米作单位；测量比较长的物体，可以用米作单位。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师：米和厘米之间有什么关系？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1米＝100厘米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2．复习线段。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师：说说线段的特点。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直直的，有两个端点，可以测量长度。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师：怎样画一条线段？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从尺子的刻度0的位置起，需要画几厘米的长度，就从刻度0画到刻度几。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师：测量线段长度的方法是怎样的？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把物体放正，一端对准尺子的刻度0，看另一端所对尺子的刻度数。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3．解决问题。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师：实际生活中怎样选择合适的长度单位？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借助身边熟悉的物体作为标准来判断，再根据选定的标准来选择合适的长度单位。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引导学生回顾梳理本课所学，完善认知结构，提升归纳与反思能力，核心问题："我们学过的长度单位有什么？用字母怎么表示？"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制作知识图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师：通过对本单元所学知识的系统整理，请大家画一画、写一写。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师：小丽整理了一个“知识图”，大家一起学习一下。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课件出示教科书P65“整理和复习”“知识图”。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师：请把你画的“知识图”展示出来。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学生独立写、画，再交流汇报。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学生展示，师生共同讨论欣赏。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练习巩固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1.完成教科书P66“练一练”第1题。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看清两幅图的起始刻度。根据前面所学内容，准确判断长度。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2．完成教科书P66“练一练”第2题。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为了便于学生估测和建立长度观念，题中的物体都与实物同大，并在实物图上标出了1厘米的长度。教师可引导学生通过估测与实测的对比，让学生调整估测的策略和方法，提高估测的准确性。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3．完成教科书P66“练一练”第3题。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指导学生先估算，再测量长方形和正方形各边的长度，再引导学生通过观察测量结果了解长方形和正方形边的特点。发现：长方形两组相对的边相等；正方形四条边都相等。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4．完成教科书P66“练一练”第4题。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让学生估计再测量自己的鞋长、教室门宽和两臂平伸(即1庹)的长度，并分别与“10厘米”和“1米”比较。同时，该题目是列表的形式，教师可以引导学生及时调整估算策略和方法，以逐步提高估测的准确性。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通过复习，你有什么新的收获？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引导学生把分散的数学知识进行条理化和系统化，通过复习，帮助学生从知识点的学习走向知识体系的构建，使得其量感得以进一步提升。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整理和复习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长度单位：厘米　cm　米　m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1米＝100厘米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线段：直的　两个端点　可测量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测量方法：左端对准刻度0，看右端对准刻度几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解决问题：选择合适的长度单位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教科书P65，完成教科书P66“练一练”第1～4题。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对于二年级的孩子来说，以情境入手，更能激发学生的学习兴趣，复习课也要尽可能创设情境。在本节整理和复习课中，重视了对练习的处理，借助练习，让学生将数学与生活紧密的联系起来；在测量线段长度与画线段的复习中，尽可能做到“量”与“画”不分家，测量线段是数长度单位的个数，画线段是依次累加长度单位的个数。画完线段后紧接着安排测量线段的长度，利于学生强化对“量”“画”关系的理解，加强知识间的联结。同时，面对不同的知识内容和不同的学生，复习课的处理方式需要差异化，有的同学对于选择合适的单位名称存在一定困难。因此，要在教学中密切联系生活，让学生在生活操作和实践中去感知、体会，使学生通过亲身经历学习数学知识，提高学生解决问题的能力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