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line="300" w:lineRule="auto"/>
        <w:jc w:val="center"/>
      </w:pPr>
      <w:r>
        <w:rPr>
          <w:rFonts w:ascii="黑体" w:hAnsi="黑体" w:eastAsia="黑体"/>
          <w:b/>
          <w:sz w:val="30"/>
        </w:rPr>
        <w:t>人教版二年级数学上册</w:t>
      </w:r>
    </w:p>
    <w:p>
      <w:pPr>
        <w:spacing w:after="80" w:line="300" w:lineRule="auto"/>
        <w:jc w:val="center"/>
      </w:pPr>
      <w:r>
        <w:rPr>
          <w:rFonts w:ascii="黑体" w:hAnsi="黑体" w:eastAsia="黑体"/>
          <w:b/>
          <w:sz w:val="26"/>
        </w:rPr>
        <w:t>身体上的尺子　规范教案</w:t>
      </w:r>
    </w:p>
    <w:p>
      <w:pPr>
        <w:spacing w:after="160" w:line="300" w:lineRule="auto"/>
        <w:jc w:val="center"/>
      </w:pPr>
      <w:r>
        <w:rPr>
          <w:rFonts w:ascii="楷体" w:hAnsi="楷体" w:eastAsia="楷体"/>
          <w:b w:val="0"/>
          <w:color w:val="606060"/>
          <w:sz w:val="18"/>
        </w:rPr>
        <w:t>依据《温州市小学数学教学常规（2025年版）》附件2（单元教学备课参考格式）、附件3（课时教学备课参考格式）编制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238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项目</w:t>
            </w:r>
          </w:p>
        </w:tc>
        <w:tc>
          <w:tcPr>
            <w:tcW w:type="dxa" w:w="7030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内容</w:t>
            </w:r>
          </w:p>
        </w:tc>
      </w:tr>
      <w:tr>
        <w:tc>
          <w:tcPr>
            <w:tcW w:type="dxa" w:w="238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单元内容</w:t>
            </w:r>
          </w:p>
        </w:tc>
        <w:tc>
          <w:tcPr>
            <w:tcW w:type="dxa" w:w="703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身体上的尺子</w:t>
            </w:r>
          </w:p>
        </w:tc>
      </w:tr>
      <w:tr>
        <w:tc>
          <w:tcPr>
            <w:tcW w:type="dxa" w:w="238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所属领域</w:t>
            </w:r>
          </w:p>
        </w:tc>
        <w:tc>
          <w:tcPr>
            <w:tcW w:type="dxa" w:w="703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综合与实践</w:t>
            </w:r>
          </w:p>
        </w:tc>
      </w:tr>
      <w:tr>
        <w:tc>
          <w:tcPr>
            <w:tcW w:type="dxa" w:w="238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教材版本</w:t>
            </w:r>
          </w:p>
        </w:tc>
        <w:tc>
          <w:tcPr>
            <w:tcW w:type="dxa" w:w="703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人民教育出版社（人教版）小学数学教科书</w:t>
            </w:r>
          </w:p>
        </w:tc>
      </w:tr>
      <w:tr>
        <w:tc>
          <w:tcPr>
            <w:tcW w:type="dxa" w:w="238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课时数</w:t>
            </w:r>
          </w:p>
        </w:tc>
        <w:tc>
          <w:tcPr>
            <w:tcW w:type="dxa" w:w="703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2 课时</w:t>
            </w:r>
          </w:p>
        </w:tc>
      </w:tr>
      <w:tr>
        <w:tc>
          <w:tcPr>
            <w:tcW w:type="dxa" w:w="238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课型结构</w:t>
            </w:r>
          </w:p>
        </w:tc>
        <w:tc>
          <w:tcPr>
            <w:tcW w:type="dxa" w:w="703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主题拓展课</w:t>
            </w:r>
          </w:p>
        </w:tc>
      </w:tr>
    </w:tbl>
    <w:p>
      <w:pPr>
        <w:spacing w:after="40"/>
      </w:pP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一、单元整体解读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（一）教材分析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（见各课时"课前思考·教材分析"。）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（二）学情分析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（结合班情诊断学生已有知识基础与学习困难，确定单元学习起点。）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（三）单元教学目标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单元课时目标：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第1课时：让学生认识到身体一些部位的长度(如身高、肩宽、腰围等)可以作为测量标准，并能运用合适的测量工具(软尺、米尺等)准确测量这些身体部位的长度。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第2课时：在日常生活和测量活动中，认识身体上的“尺子”，巩固估计和测量长度的正确方法，发现身体上“尺子”间的关系，积累实际测量经验。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（五）单元课时规划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020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课时安排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课型</w:t>
            </w:r>
          </w:p>
        </w:tc>
        <w:tc>
          <w:tcPr>
            <w:tcW w:type="dxa" w:w="351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核心任务</w:t>
            </w:r>
          </w:p>
        </w:tc>
      </w:tr>
      <w:tr>
        <w:tc>
          <w:tcPr>
            <w:tcW w:type="dxa" w:w="102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第1课时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身体上的长度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主题拓展课</w:t>
            </w:r>
          </w:p>
        </w:tc>
        <w:tc>
          <w:tcPr>
            <w:tcW w:type="dxa" w:w="351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让学生认识到身体一些部位的长度(如身高、肩宽、腰围等)可以作为测量标准，并能运用合适的测量工具(软尺、米尺等)准确测量这些身体部位的长度。</w:t>
            </w:r>
          </w:p>
        </w:tc>
      </w:tr>
      <w:tr>
        <w:tc>
          <w:tcPr>
            <w:tcW w:type="dxa" w:w="102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第2课时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身体上的尺子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主题拓展课</w:t>
            </w:r>
          </w:p>
        </w:tc>
        <w:tc>
          <w:tcPr>
            <w:tcW w:type="dxa" w:w="351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在日常生活和测量活动中，认识身体上的“尺子”，巩固估计和测量长度的正确方法，发现身体上“尺子”间的关系，积累实际测量经验。</w:t>
            </w:r>
          </w:p>
        </w:tc>
      </w:tr>
    </w:tbl>
    <w:p>
      <w:pPr>
        <w:spacing w:after="40" w:line="300" w:lineRule="auto"/>
      </w:pPr>
      <w:r>
        <w:rPr>
          <w:rFonts w:ascii="楷体" w:hAnsi="楷体" w:eastAsia="楷体"/>
          <w:b w:val="0"/>
          <w:color w:val="606060"/>
          <w:sz w:val="18"/>
        </w:rPr>
        <w:t>注：课型依据温州市上课常规"单元开启课、活动探索课、专题练习课、自主整理课、主题拓展课"分类。</w:t>
      </w:r>
    </w:p>
    <w:p>
      <w:r>
        <w:br w:type="page"/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二、课时教学方案（第1课时）</w:t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第1课时　身体上的长度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课题名称</w:t>
            </w:r>
          </w:p>
        </w:tc>
        <w:tc>
          <w:tcPr>
            <w:tcW w:type="dxa" w:w="6009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所属主题</w:t>
            </w:r>
          </w:p>
        </w:tc>
      </w:tr>
      <w:tr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第1课时　身体上的长度</w:t>
            </w:r>
          </w:p>
        </w:tc>
        <w:tc>
          <w:tcPr>
            <w:tcW w:type="dxa" w:w="6009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身体上的尺子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一、课前思考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1．学情诊断与分析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（结合班情，从作业反馈、课前调查、访谈等途径诊断本班学生学习起点，明确本课学习的现实基础。）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2．教材分析与教学材料选择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教学内容：教科书P68。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教学准备：课件、米尺、软尺、卷尺、用于记录的表格。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3．具体目标阐述与教学重难点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（1）让学生认识到身体一些部位的长度(如身高、肩宽、腰围等)可以作为测量标准，并能运用合适的测量工具(软尺、米尺等)准确测量这些身体部位的长度。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（2）巩固厘米和米在实际测量中的应用，理解长度单位在生活中的实际意义。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（3）通过实际测量、小组合作交流等活动，培养学生的动手操作能力、合作能力和解决实际问题的能力。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教学重点：引导学生运用正确的方法测量身体各部位的长度。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教学难点：让学生了解不同身体部位的长度，并学会根据实际情况选择合适的测量方式和工具。</w:t>
      </w:r>
    </w:p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二、板块设计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83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环节目标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学习材料</w:t>
            </w:r>
          </w:p>
        </w:tc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关键问题</w:t>
            </w:r>
          </w:p>
        </w:tc>
        <w:tc>
          <w:tcPr>
            <w:tcW w:type="dxa" w:w="13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时间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情境导入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尺子、课件、教科书、情境图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我们正处在身体发育期，每年都会购买新衣服。怎样才能买到合身的衣服呢？；如何准确地知道大家身体这些部位的长度呢？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6分钟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测量工具的选择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人每个部位的形状、结构不同，做衣服要测量身高、肩宽和腰围等，不同部位的长度分别该怎样测量？所用的测量工具是否相同？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7分钟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指导测量方法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课件、视频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11分钟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实践探究，分组测量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7分钟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测量成果展示交流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4分钟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全课总结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通过今天的测量活动，你知道了身体上哪些部位的长度？你们还有什么收获？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5分钟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三、教学过程（分栏）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47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教学环节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教师活动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学生活动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设计意图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情境导入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师：我们正处在身体发育期，每年都会购买新衣服。怎样才能买到合身的衣服呢？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自由发言，如根据身高、肩宽、腰围等购买合身的衣服。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教师根据学生的回答适时板书。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师：如何准确地知道大家身体这些部位的长度呢？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用尺子进行测量或者估测。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课件出示教科书P68上方情境图。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师：今天我们就来学习如何测量身体上的长度。(板书课题：身体上的长度)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创设情境激活学生已有经验，自然引出本课学习内容，激发学习兴趣，核心问题："我们正处在身体发育期，每年都会购买新衣服。怎样才能买到合身的衣服呢？"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测量工具的选择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师：人每个部位的形状、结构不同，做衣服要测量身高、肩宽和腰围等，不同部位的长度分别该怎样测量？所用的测量工具是否相同？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师：同学们说的方法都有道理，我们一起来学习一下身体各部位长度的测量方法。(板书)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小组讨论，并汇报讨论结果。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预设1：身高一般超过1米，适合用卷尺测量。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预设2：肩宽不会超过1米，可以用米尺或软尺。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预设3：腰是圆的，用软尺比较方便。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预设4：颈围头围比较小，又是圆形，适合用软尺……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围绕环节目标组织学习活动，引导学生主动参与、积极思考，核心问题："人每个部位的形状、结构不同，做衣服要测量身高、肩宽和腰围等，不同部位的长度分别该怎样测量？所用的测量工具是否相同？"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指导测量方法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1.示范讲解。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课件播放身高、肩宽、腰围等的测量方法。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2．课堂讨论。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视频播放结束后，小组讨论测量要点，清晰掌握步骤。(教师适时板书)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①测量身高：测量地面平整，被测量者脱去鞋袜，身体站直，双眼平视前方。测量者可以使用平视头顶的方法，观察所测量的长度，并做好记录。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②测量肩宽：测试人员站在受试者背面，用软尺测量两肩峰点间的距离读数，软尺要水平靠肩膀。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③测量腰围：被测量者双脚分开25～30厘米，与肩同宽或略窄。测量者用软尺水平轻绕腰部，贴合身体，读出与刻度0重合的刻度数。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④测量颈围：不要仰头或低头。将软尺刻度0的位置置于低头时摸到的颈后最突起处，向前绕过喉结下方，不过紧或过松，贴合颈部，然后读取软尺上与刻度0重合的刻度值。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⑤测量头围：采用四点定位法，分别是两条眉毛各自的中间点，还有两个耳尖对应头上的点，用一根软尺经过这四点，绕头部一周就能测得头围。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围绕环节目标组织学习活动，引导学生主动参与、积极思考。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实践探究，分组测量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1.分组。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分成4人小组，每组发软尺、米尺和用于记录的表格。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2．明确分工。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确定本组准备测量的项目和组员各自的分工(拿尺、读数、记录、核对等要落实到人)。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3．准确记录。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每项测量过程结束时，读数员准确读数，记录员做好记录。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4．核对数据，完成表格。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学生分组操作，老师巡视指导。遇到问题及时帮助，如软尺没有放置水平位置、测量位置不对等，引导小组内互助解决，确保每个学生参与测量，掌握操作技能。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设计递进式探究活动，引导学生在动手实践与合作交流中经历知识形成过程，突破本课重难点。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测量成果展示交流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每组派代表上台，按照“测了哪些部位、怎么测的、测量时要注意什么问题、结果是多少”的模式汇报测量结果。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课件展示记录情况。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测量部位 │ 身高 │ 肩宽 │ 腰围 │ 头围 │ 颈围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组织学生交流分享学习成果与思考过程，在互动中深化理解、提升数学表达能力。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全课总结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师：通过今天的测量活动，你知道了身体上哪些部位的长度？你们还有什么收获？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从生活情境切入，激发学生兴趣，让其直观感受身体测量的实用性；以小组实践为载体，让学生在动手操作中巩固知识，锻炼合作与解决问题的能力，将理论转化为实践，深化对身体测量的理解。通过汇报与互动，锻炼倾听和思维能力，在交流中完善知识理解，提升数学语言运用和分析能力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引导学生回顾梳理本课所学，完善认知结构，提升归纳与反思能力，核心问题："通过今天的测量活动，你知道了身体上哪些部位的长度？你们还有什么收获？"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四、板书设计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身体上的长度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一、可测部位：身高、肩宽、腰围、头围……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二、测量工具：米尺、软尺、卷尺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三、测量要点：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身高：站直贴尺、视线水平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肩宽：软尺水平靠双肩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腰围：轻绕腰部、贴合身体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五、作业设计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课前预设作业：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教科书P68。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课后跟进作业：教学任务完成后，据学生课堂反馈调整——可安排①《数学作业本》对应课时的巩固练习；②说题或动手操作类实践作业（视学情选用，一、二年级不布置书面家庭作业）。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六、课后反思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1．实际教学过程与课前预设之间的差距如何？如果有差距，你是如何处理的？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2．学生是否都有了公平学习的机会？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3．教学中还存在哪些问题？哪个问题显得最为关键？打算在后续的教学中如何改进？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40" w:line="300" w:lineRule="auto"/>
        <w:ind w:firstLine="380"/>
      </w:pPr>
      <w:r>
        <w:rPr>
          <w:rFonts w:ascii="楷体" w:hAnsi="楷体" w:eastAsia="楷体"/>
          <w:b w:val="0"/>
          <w:color w:val="606060"/>
          <w:sz w:val="19"/>
        </w:rPr>
        <w:t>【原教学设计反思（供参考）】源于生活的问题有效点燃学生热情，课堂参与度高，小组测量环节组织有序，学生在操作中掌握方法，互助合作氛围好，多数学生能规范测量、准确记录，实践能力得到锻炼。部分小组在软尺使用中出现缠绕、刻度看错的问题，虽现场进行了指导，但前期对工具使用细节(如软尺刻度认读)强调不足，应增加“米尺、软尺、卷尺读数练习”环节，让学生熟悉刻度、掌握认读方法，减少操作失误。</w:t>
      </w:r>
    </w:p>
    <w:p>
      <w:r>
        <w:br w:type="page"/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二、课时教学方案（第2课时）</w:t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第2课时　身体上的尺子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课题名称</w:t>
            </w:r>
          </w:p>
        </w:tc>
        <w:tc>
          <w:tcPr>
            <w:tcW w:type="dxa" w:w="6009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所属主题</w:t>
            </w:r>
          </w:p>
        </w:tc>
      </w:tr>
      <w:tr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第2课时　身体上的尺子</w:t>
            </w:r>
          </w:p>
        </w:tc>
        <w:tc>
          <w:tcPr>
            <w:tcW w:type="dxa" w:w="6009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身体上的尺子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一、课前思考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1．学情诊断与分析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（结合班情，从作业反馈、课前调查、访谈等途径诊断本班学生学习起点，明确本课学习的现实基础。）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2．教材分析与教学材料选择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教学内容：教科书P69～72。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教学准备：课件、米尺和软尺、记录单。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3．具体目标阐述与教学重难点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（1）在日常生活和测量活动中，认识身体上的“尺子”，巩固估计和测量长度的正确方法，发现身体上“尺子”间的关系，积累实际测量经验。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（2）学会使用厘米表示“身体尺”，建立“身体尺”与米尺的联系，培养学生应用意识和估测意识，发展量感。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（3）经历发现、提出、分析、解决问题的过程，能用“身体尺”描述生活事物，感受数学在日常生活中的应用，体验实践活动带来的乐趣，培养认真严谨的科学态度。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教学重点：能够较准确地测量身体上的“尺”的长度。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教学难点：能够选择合适的身体上的“尺”测量生活中的物体的长度。</w:t>
      </w:r>
    </w:p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二、板块设计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83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环节目标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学习材料</w:t>
            </w:r>
          </w:p>
        </w:tc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关键问题</w:t>
            </w:r>
          </w:p>
        </w:tc>
        <w:tc>
          <w:tcPr>
            <w:tcW w:type="dxa" w:w="13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时间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情境导入，揭示课题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课件、教科书、情境图、尺子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4分钟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创设活动，体验量感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你能找到哪些身体尺？；怎样知道每个身体尺的长度呢？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10分钟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记录单1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2分钟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测量结果 │  │  │  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比较身体尺和某部位的长度，你发现了什么？；同桌互相比一比身体尺，你们能发现什么？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4分钟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联系实际，选择身体尺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课件、教科书、尺子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该怎样连线？；随身携带的身体尺，可以测量很多物品的长短。你还遇到哪些可以用身体尺测量的情况？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7分钟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记录单2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通过测量，你发现了什么？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3分钟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小讲堂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课件、视频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2分钟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全课总结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通过今天的学习，你有什么收获？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8分钟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三、教学过程（分栏）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47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教学环节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教师活动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学生活动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设计意图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情境导入，揭示课题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课件出示教科书P69情境图。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师：在没有带尺子的情况下，可以用身体上的尺来帮我们测量，也很方便。今天，我们就来学习身体上的尺子。(板书课题：身体上的尺子)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创设情境激活学生已有经验，自然引出本课学习内容，激发学习兴趣。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创设活动，体验量感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1.寻找身体尺。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师：你能找到哪些身体尺？说给大家听听。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一拃、一庹、一步、一肘……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教师根据学生的回答适时板书。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2．认识身体尺。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师：说一说每个身体尺所指的距离是什么。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课件展示身体尺。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3．测量身体尺。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师：怎样知道每个身体尺的长度呢？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测量。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师：不同的身体尺长短不同，怎样选择合适的测量工具？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较长的身体尺用米尺或卷尺，较短的用直尺，或者结合起来用。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师：测量过程中要注意什么问题？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起点对准刻度0、卷尺拉直、准确测量……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课件出示测量活动要求。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活动要求：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(1)4人一组进行测量。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(2)能独立测量的先完成，需合作测量的后进行。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(3)将测量结果填写在记录单1中。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教师发放记录单，学生边测量边填写记录单1。(出示课件)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设计递进式探究活动，引导学生在动手实践与合作交流中经历知识形成过程，突破本课重难点，核心问题："你能找到哪些身体尺？"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记录单1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身体尺 │ 1拃 │ 1庹 │ 1步 │ 1脚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围绕环节目标组织学习活动，引导学生主动参与、积极思考。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测量结果 │  │  │  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师：比较身体尺和某部位的长度，你发现了什么？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师：同桌互相比一比身体尺，你们能发现什么？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身体尺因人而异，不是固定不变的长度。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预设1：我的一庹和身高差不多。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预设2：我的上臂长和头长差不多……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围绕环节目标组织学习活动，引导学生主动参与、积极思考，核心问题："比较身体尺和某部位的长度，你发现了什么？"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联系实际，选择身体尺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1.选择身体尺。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课件出示教科书P70“用一用”。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没有尺子或不方便用尺子测量时，你会选哪种身体尺测量？连一连。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师：该怎样连线？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道路的长短用步长测量比较方便；树干的粗细用庹长测量比较方便；贴福字确定位置用拃长测量比较方便。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2．应用身体尺。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师：随身携带的身体尺，可以测量很多物品的长短。你还遇到哪些可以用身体尺测量的情况？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师：你们准备选择测量什么物体的长？选用哪种身体尺？测量完后，完成下面的记录单2。(出示课件)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学生小组讨论。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围绕环节目标组织学习活动，引导学生主动参与、积极思考，核心问题："该怎样连线？"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记录单2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测量的物品 │ 身体尺 │ 测量结果(几个身体尺长) │ 大约多少厘米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师：通过测量，你发现了什么？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学生汇报测量结果。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围绕环节目标组织学习活动，引导学生主动参与、积极思考，核心问题："通过测量，你发现了什么？"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小讲堂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课件播放视频：《身体尺中的秘密》。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围绕环节目标组织学习活动，引导学生主动参与、积极思考。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全课总结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师：通过今天的学习，你有什么收获？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本课精心设计寻找身体尺、认识身体尺、测量身体尺、选择身体尺、应用身体尺五个活动，层层递进，不断丰富学生对身体尺的认识，让学生对测量有了丰富的活动经验。学生先依次寻找并认识1指宽、1拃长、1脚长、1步长和1庹长等身体尺，直观地认识了身体尺，然后再进行实际测量，通过数据对比，学生发现不同人身体尺的差异，培养了学生的观察能力和数据分析意识。再选择身边熟悉的物体进行测量，拓宽了学生的测量思路，使学生明白测量方法的多样性和灵活性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引导学生回顾梳理本课所学，完善认知结构，提升归纳与反思能力，核心问题："通过今天的学习，你有什么收获？"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四、板书设计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身体上的尺子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一拃、一庹、一步……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五、作业设计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课前预设作业：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教科书P69～72。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课后跟进作业：教学任务完成后，据学生课堂反馈调整——可安排①《数学作业本》对应课时的巩固练习；②说题或动手操作类实践作业（视学情选用，一、二年级不布置书面家庭作业）。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六、课后反思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1．实际教学过程与课前预设之间的差距如何？如果有差距，你是如何处理的？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2．学生是否都有了公平学习的机会？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3．教学中还存在哪些问题？哪个问题显得最为关键？打算在后续的教学中如何改进？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40" w:line="300" w:lineRule="auto"/>
        <w:ind w:firstLine="380"/>
      </w:pPr>
      <w:r>
        <w:rPr>
          <w:rFonts w:ascii="楷体" w:hAnsi="楷体" w:eastAsia="楷体"/>
          <w:b w:val="0"/>
          <w:color w:val="606060"/>
          <w:sz w:val="19"/>
        </w:rPr>
        <w:t>【原教学设计反思（供参考）】学生在测量中，积累了数学实践活动的初步经验，培养了主动思考、与他人合作的态度与习惯。学生经历运用“身体尺”测量物体长度的过程，感受“身体尺”方便、快捷的特点，同时也发现它的局限性，进一步感受数学知识的应用价值。经历用不同“身体尺”测量同一物体长度，得到的结果不一样，并对得到的不同数据进行分析比较的过程，感受“身体尺”不够准确，不够统一的局限性，通过“用一用”“量一量”等实践活动，丰富了学生的认知，提高学生的数学应用能力。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