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人教版二年级数学下册</w:t>
      </w:r>
    </w:p>
    <w:p>
      <w:pPr>
        <w:spacing w:after="80" w:line="300" w:lineRule="auto"/>
        <w:jc w:val="center"/>
      </w:pPr>
      <w:r>
        <w:rPr>
          <w:rFonts w:ascii="黑体" w:hAnsi="黑体" w:eastAsia="黑体"/>
          <w:b/>
          <w:sz w:val="26"/>
        </w:rPr>
        <w:t>第1单元 有余数的除法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有余数的除法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7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本单元内容是表内除法知识的延伸和拓展，是在表内除法的基础上进行教学的。教学内容主要有两部分：第一部分是有余数的除法的含义和计算；第二部分是利用有余数的除法解决问题。教科书注重联系学生已有的知识和经验，结合具体情境，选择数目小、学生熟悉的事物编入例题，配以实物图，让学生理解有余数的除法的含义，掌握有余数的除法的计算方法。</w:t>
      </w:r>
    </w:p>
    <w:p>
      <w:pPr>
        <w:spacing w:after="80" w:line="300" w:lineRule="auto"/>
        <w:ind w:firstLine="400"/>
      </w:pPr>
      <w:r>
        <w:rPr>
          <w:rFonts w:ascii="宋体" w:hAnsi="宋体" w:eastAsia="宋体"/>
          <w:b w:val="0"/>
          <w:sz w:val="20"/>
        </w:rPr>
        <w:t>教科书借助大量的操作帮助学生理解余数及有余数的除法的含义，理解余数和除数的关系，同时体会有余数的除法与表内除法的关系。在介绍完这部分内容后，再引入除法竖式，突出用除法竖式计算的必要性和作用。试商环节是提高除法计算速度的关键，专门设置这一课时，既对前面的知识进行巩固，又为后期除法的学习奠定良好的基础。最后安排生活中常见的用有余数的除法解决的问题，让学生在解决问题中体会到合理运用方法的重要性，继续掌握解决问题的基本思路和基本方法。</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运算能力：让学生初步掌握试商的基本方法，并能较熟练地进行有余数的除法的口算和笔算。</w:t>
      </w:r>
    </w:p>
    <w:p>
      <w:pPr>
        <w:spacing w:after="40" w:line="300" w:lineRule="auto"/>
        <w:ind w:firstLine="400"/>
      </w:pPr>
      <w:r>
        <w:rPr>
          <w:rFonts w:ascii="宋体" w:hAnsi="宋体" w:eastAsia="宋体"/>
          <w:b w:val="0"/>
          <w:sz w:val="20"/>
        </w:rPr>
        <w:t>几何直观：学生通过多次分物实验，观察余数特征，归纳出“余数一定比除数小”的规律。</w:t>
      </w:r>
    </w:p>
    <w:p>
      <w:pPr>
        <w:spacing w:after="40" w:line="300" w:lineRule="auto"/>
        <w:ind w:firstLine="400"/>
      </w:pPr>
      <w:r>
        <w:rPr>
          <w:rFonts w:ascii="宋体" w:hAnsi="宋体" w:eastAsia="宋体"/>
          <w:b w:val="0"/>
          <w:sz w:val="20"/>
        </w:rPr>
        <w:t>应用意识：使学生初步学会用有余数的除法解决生活中的简单问题，初步感受数学与生活的联系。</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第1课时：通过操作、观察、对比等活动，初步理解余数及有余数的除法的含义。</w:t>
      </w:r>
    </w:p>
    <w:p>
      <w:pPr>
        <w:spacing w:after="20" w:line="300" w:lineRule="auto"/>
        <w:ind w:firstLine="400"/>
      </w:pPr>
      <w:r>
        <w:rPr>
          <w:rFonts w:ascii="宋体" w:hAnsi="宋体" w:eastAsia="宋体"/>
          <w:b w:val="0"/>
          <w:sz w:val="20"/>
        </w:rPr>
        <w:t>第2课时：深化理解有余数的除法的含义，并通过观察、比较，理解余数和除数的关系。</w:t>
      </w:r>
    </w:p>
    <w:p>
      <w:pPr>
        <w:spacing w:after="20" w:line="300" w:lineRule="auto"/>
        <w:ind w:firstLine="400"/>
      </w:pPr>
      <w:r>
        <w:rPr>
          <w:rFonts w:ascii="宋体" w:hAnsi="宋体" w:eastAsia="宋体"/>
          <w:b w:val="0"/>
          <w:sz w:val="20"/>
        </w:rPr>
        <w:t>第3课时：通过操作、计算、比较等活动，掌握有余数除法的竖式计算的书写方法，知道除法竖式中各部分的名称，理解竖式中各部分所表示的含义。</w:t>
      </w:r>
    </w:p>
    <w:p>
      <w:pPr>
        <w:spacing w:after="20" w:line="300" w:lineRule="auto"/>
        <w:ind w:firstLine="400"/>
      </w:pPr>
      <w:r>
        <w:rPr>
          <w:rFonts w:ascii="宋体" w:hAnsi="宋体" w:eastAsia="宋体"/>
          <w:b w:val="0"/>
          <w:sz w:val="20"/>
        </w:rPr>
        <w:t>第4课时：初步掌握试商的基本方法，并能较熟练地进行有余数的除法的口算和笔算。</w:t>
      </w:r>
    </w:p>
    <w:p>
      <w:pPr>
        <w:spacing w:after="20" w:line="300" w:lineRule="auto"/>
        <w:ind w:firstLine="400"/>
      </w:pPr>
      <w:r>
        <w:rPr>
          <w:rFonts w:ascii="宋体" w:hAnsi="宋体" w:eastAsia="宋体"/>
          <w:b w:val="0"/>
          <w:sz w:val="20"/>
        </w:rPr>
        <w:t>第5课时：进一步理解有余数的除法的意义，并能运用有余数的除法的知识解决简单的实际问题。</w:t>
      </w:r>
    </w:p>
    <w:p>
      <w:pPr>
        <w:spacing w:after="20" w:line="300" w:lineRule="auto"/>
        <w:ind w:firstLine="400"/>
      </w:pPr>
      <w:r>
        <w:rPr>
          <w:rFonts w:ascii="宋体" w:hAnsi="宋体" w:eastAsia="宋体"/>
          <w:b w:val="0"/>
          <w:sz w:val="20"/>
        </w:rPr>
        <w:t>第6课时：通过观察、操作，学会用有余数的除法的知识解决有关按规律排列的问题。</w:t>
      </w:r>
    </w:p>
    <w:p>
      <w:pPr>
        <w:spacing w:after="20" w:line="300" w:lineRule="auto"/>
        <w:ind w:firstLine="400"/>
      </w:pPr>
      <w:r>
        <w:rPr>
          <w:rFonts w:ascii="宋体" w:hAnsi="宋体" w:eastAsia="宋体"/>
          <w:b w:val="0"/>
          <w:sz w:val="20"/>
        </w:rPr>
        <w:t>第7课时：引导学生系统梳理本单元知识，构建知识体系，深化对有余数的除法的含义、计算及应用的理解。</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借助(几何)直观促进学生的理解。教学时教师要充分运用直观和对比，帮助学生理解余数及有余数的除法的含义，理解余数与除数的关系，理解除法竖式中各数的含义。在解决问题中注意借助直观帮助学生理解题意、分析数量关系、明白解题的缘由。</w:t>
      </w:r>
    </w:p>
    <w:p>
      <w:pPr>
        <w:spacing w:after="20" w:line="300" w:lineRule="auto"/>
      </w:pPr>
      <w:r>
        <w:rPr>
          <w:rFonts w:ascii="宋体" w:hAnsi="宋体" w:eastAsia="宋体"/>
          <w:b w:val="0"/>
          <w:sz w:val="20"/>
        </w:rPr>
        <w:t>● 将操作、口算、竖式相互结合，实施“有来有回”的教学。学生在操作体验中应建立分的过程(操作表征)、口算的过程、竖式的书写过程(符号表征)以及语言表达过程(语义表征)间的一一对应关系，使学生在理解有余数的除法的意义的同时，进一步理解算理，降低学习难度。</w:t>
      </w:r>
    </w:p>
    <w:p>
      <w:pPr>
        <w:spacing w:after="20" w:line="300" w:lineRule="auto"/>
      </w:pPr>
      <w:r>
        <w:rPr>
          <w:rFonts w:ascii="宋体" w:hAnsi="宋体" w:eastAsia="宋体"/>
          <w:b w:val="0"/>
          <w:sz w:val="20"/>
        </w:rPr>
        <w:t>● 认真了解学生学习除法竖式前的知识基础。在教学之前，教师应对学生的情况有一个直接的了解，确定好教学的起点以及教学时需要突破的“点”。除法竖式是本单元的教学重点和难点，在教学中，可以根据实际教学的需要增加课时，以使学生有更充分的时间掌握除法竖式的写法，真正地理解除法竖式中各数的含义。或补充一些除法竖式形式演变的史料，以促进学生的理解。</w:t>
      </w:r>
    </w:p>
    <w:p>
      <w:pPr>
        <w:spacing w:after="20" w:line="300" w:lineRule="auto"/>
      </w:pPr>
      <w:r>
        <w:rPr>
          <w:rFonts w:ascii="宋体" w:hAnsi="宋体" w:eastAsia="宋体"/>
          <w:b w:val="0"/>
          <w:sz w:val="20"/>
        </w:rPr>
        <w:t>【素养体现】</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余数及有余数的除法的含义</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通过操作、观察、对比等活动，初步理解余数及有余数的除法的含义。</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余数和除数的关系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深化理解有余数的除法的含义，并通过观察、比较，理解余数和除数的关系。</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有余数除法的竖式计算(1)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通过操作、计算、比较等活动，掌握有余数除法的竖式计算的书写方法，知道除法竖式中各部分的名称，理解竖式中各部分所表示的含义。</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有余数除法的竖式计算(2)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初步掌握试商的基本方法，并能较熟练地进行有余数的除法的口算和笔算。</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进一步理解有余数的除法的意义，并能运用有余数的除法的知识解决简单的实际问题。</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通过观察、操作，学会用有余数的除法的知识解决有关按规律排列的问题。</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引导学生系统梳理本单元知识，构建知识体系，深化对有余数的除法的含义、计算及应用的理解。</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余数及有余数的除法的含义</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余数及有余数的除法的含义</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教学内容：教科书P10例1，教科书P10～11“做一做”。</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（1）通过操作、观察、对比等活动，初步理解余数及有余数的除法的含义。</w:t>
      </w:r>
    </w:p>
    <w:p>
      <w:pPr>
        <w:spacing w:after="20" w:line="300" w:lineRule="auto"/>
        <w:ind w:firstLine="400"/>
      </w:pPr>
      <w:r>
        <w:rPr>
          <w:rFonts w:ascii="宋体" w:hAnsi="宋体" w:eastAsia="宋体"/>
          <w:b w:val="0"/>
          <w:sz w:val="20"/>
        </w:rPr>
        <w:t>（2）渗透借助直观研究问题的意识和方法，积累数学活动经验，发展抽象思维。</w:t>
      </w:r>
    </w:p>
    <w:p>
      <w:pPr>
        <w:spacing w:after="20" w:line="300" w:lineRule="auto"/>
        <w:ind w:firstLine="400"/>
      </w:pPr>
      <w:r>
        <w:rPr>
          <w:rFonts w:ascii="宋体" w:hAnsi="宋体" w:eastAsia="宋体"/>
          <w:b w:val="0"/>
          <w:sz w:val="20"/>
        </w:rPr>
        <w:t>（3）在自主探究解决问题的过程中，感受数学与生活的联系，体验成功的喜悦。</w:t>
      </w:r>
    </w:p>
    <w:p>
      <w:pPr>
        <w:spacing w:after="20" w:line="300" w:lineRule="auto"/>
      </w:pPr>
      <w:r>
        <w:rPr>
          <w:rFonts w:ascii="宋体" w:hAnsi="宋体" w:eastAsia="宋体"/>
          <w:b w:val="0"/>
          <w:sz w:val="20"/>
        </w:rPr>
        <w:t>教学重点：初步理解余数及有余数的除法的含义。</w:t>
      </w:r>
    </w:p>
    <w:p>
      <w:pPr>
        <w:spacing w:after="20" w:line="300" w:lineRule="auto"/>
      </w:pPr>
      <w:r>
        <w:rPr>
          <w:rFonts w:ascii="宋体" w:hAnsi="宋体" w:eastAsia="宋体"/>
          <w:b w:val="0"/>
          <w:sz w:val="20"/>
        </w:rPr>
        <w:t>教学难点：理解余数是如何产生的，余数的单位与什么有关。</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一、创设情境，引入新课　　师：大家来做一下这道题。</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二、探究新知识，感受余数的由来　　1.复习除法的意义。</w:t>
            </w:r>
          </w:p>
        </w:tc>
        <w:tc>
          <w:tcPr>
            <w:tcW w:type="dxa" w:w="1814"/>
          </w:tcPr>
          <w:p>
            <w:pPr>
              <w:spacing w:after="20" w:line="276" w:lineRule="auto"/>
            </w:pPr>
            <w:r/>
            <w:r>
              <w:rPr>
                <w:rFonts w:ascii="宋体" w:hAnsi="宋体" w:eastAsia="宋体"/>
                <w:b w:val="0"/>
                <w:sz w:val="18"/>
              </w:rPr>
              <w:t>课件、教科书、小棒、学具</w:t>
            </w:r>
          </w:p>
        </w:tc>
        <w:tc>
          <w:tcPr>
            <w:tcW w:type="dxa" w:w="3402"/>
          </w:tcPr>
          <w:p>
            <w:pPr>
              <w:spacing w:after="20" w:line="276" w:lineRule="auto"/>
            </w:pPr>
            <w:r/>
            <w:r>
              <w:rPr>
                <w:rFonts w:ascii="宋体" w:hAnsi="宋体" w:eastAsia="宋体"/>
                <w:b w:val="0"/>
                <w:sz w:val="18"/>
              </w:rPr>
              <w:t>想一想，8根小棒，每4根摆一个正方形，能摆几个？；想一想，9根小棒，每4根摆一个正方形，能摆几个？</w:t>
            </w:r>
          </w:p>
        </w:tc>
        <w:tc>
          <w:tcPr>
            <w:tcW w:type="dxa" w:w="1361"/>
          </w:tcPr>
          <w:p>
            <w:pPr>
              <w:spacing w:after="20" w:line="276" w:lineRule="auto"/>
            </w:pPr>
            <w:r/>
            <w:r>
              <w:rPr>
                <w:rFonts w:ascii="宋体" w:hAnsi="宋体" w:eastAsia="宋体"/>
                <w:b w:val="0"/>
                <w:sz w:val="18"/>
              </w:rPr>
              <w:t>27分钟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观察这两小题商和余数的单位，你们知道如何确定商与余数的单位吗？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一、创设情境，引入新课　　师：大家来做一下这道题。</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面包店根据顾客需求，采取不同的包装，可以2个装一袋、3个装一袋。有9个面包，用同一种包装，请你装一下，结果会怎样？</w:t>
            </w:r>
          </w:p>
          <w:p>
            <w:pPr>
              <w:spacing w:after="20" w:line="276" w:lineRule="auto"/>
            </w:pPr>
            <w:r>
              <w:rPr>
                <w:rFonts w:ascii="宋体" w:hAnsi="宋体" w:eastAsia="宋体"/>
                <w:b w:val="0"/>
                <w:sz w:val="18"/>
              </w:rPr>
              <w:t>教师根据学生回答在课件上演示。</w:t>
            </w:r>
          </w:p>
          <w:p>
            <w:pPr>
              <w:spacing w:after="20" w:line="276" w:lineRule="auto"/>
            </w:pPr>
            <w:r>
              <w:rPr>
                <w:rFonts w:ascii="宋体" w:hAnsi="宋体" w:eastAsia="宋体"/>
                <w:b w:val="0"/>
                <w:sz w:val="18"/>
              </w:rPr>
              <w:t>师：今天我们来研究这个“剩下的”。(板书课题：余数及有余数的除法的含义)</w:t>
            </w:r>
          </w:p>
        </w:tc>
        <w:tc>
          <w:tcPr>
            <w:tcW w:type="dxa" w:w="3061"/>
          </w:tcPr>
          <w:p>
            <w:pPr>
              <w:spacing w:after="20" w:line="276" w:lineRule="auto"/>
            </w:pPr>
            <w:r/>
            <w:r>
              <w:rPr>
                <w:rFonts w:ascii="宋体" w:hAnsi="宋体" w:eastAsia="宋体"/>
                <w:b w:val="0"/>
                <w:sz w:val="18"/>
              </w:rPr>
              <w:t>学生做完后，指名学生回答。</w:t>
            </w:r>
          </w:p>
          <w:p>
            <w:pPr>
              <w:spacing w:after="20" w:line="276" w:lineRule="auto"/>
            </w:pPr>
            <w:r>
              <w:rPr>
                <w:rFonts w:ascii="宋体" w:hAnsi="宋体" w:eastAsia="宋体"/>
                <w:b w:val="0"/>
                <w:sz w:val="18"/>
              </w:rPr>
              <w:t>预设1：每2个装一袋，剩下1个。</w:t>
            </w:r>
          </w:p>
          <w:p>
            <w:pPr>
              <w:spacing w:after="20" w:line="276" w:lineRule="auto"/>
            </w:pPr>
            <w:r>
              <w:rPr>
                <w:rFonts w:ascii="宋体" w:hAnsi="宋体" w:eastAsia="宋体"/>
                <w:b w:val="0"/>
                <w:sz w:val="18"/>
              </w:rPr>
              <w:t>预设2：每3个装一袋，没有剩下的。</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二、探究新知识，感受余数的由来　　1.复习除法的意义。</w:t>
            </w:r>
          </w:p>
        </w:tc>
        <w:tc>
          <w:tcPr>
            <w:tcW w:type="dxa" w:w="3061"/>
          </w:tcPr>
          <w:p>
            <w:pPr>
              <w:spacing w:after="20" w:line="276" w:lineRule="auto"/>
            </w:pPr>
            <w:r/>
            <w:r>
              <w:rPr>
                <w:rFonts w:ascii="宋体" w:hAnsi="宋体" w:eastAsia="宋体"/>
                <w:b w:val="0"/>
                <w:sz w:val="18"/>
              </w:rPr>
              <w:t>课件出示教科书P10例1题干和左图。</w:t>
            </w:r>
          </w:p>
          <w:p>
            <w:pPr>
              <w:spacing w:after="20" w:line="276" w:lineRule="auto"/>
            </w:pPr>
            <w:r>
              <w:rPr>
                <w:rFonts w:ascii="宋体" w:hAnsi="宋体" w:eastAsia="宋体"/>
                <w:b w:val="0"/>
                <w:sz w:val="18"/>
              </w:rPr>
              <w:t>用下面这些小棒摆。</w:t>
            </w:r>
          </w:p>
          <w:p>
            <w:pPr>
              <w:spacing w:after="20" w:line="276" w:lineRule="auto"/>
            </w:pPr>
            <w:r>
              <w:rPr>
                <w:rFonts w:ascii="宋体" w:hAnsi="宋体" w:eastAsia="宋体"/>
                <w:b w:val="0"/>
                <w:sz w:val="18"/>
              </w:rPr>
              <w:t>师：想一想，8根小棒，每4根摆一个正方形，能摆几个？</w:t>
            </w:r>
          </w:p>
          <w:p>
            <w:pPr>
              <w:spacing w:after="20" w:line="276" w:lineRule="auto"/>
            </w:pPr>
            <w:r>
              <w:rPr>
                <w:rFonts w:ascii="宋体" w:hAnsi="宋体" w:eastAsia="宋体"/>
                <w:b w:val="0"/>
                <w:sz w:val="18"/>
              </w:rPr>
              <w:t>教师根据学生回答板书：8÷4＝2(个)。</w:t>
            </w:r>
          </w:p>
          <w:p>
            <w:pPr>
              <w:spacing w:after="20" w:line="276" w:lineRule="auto"/>
            </w:pPr>
            <w:r>
              <w:rPr>
                <w:rFonts w:ascii="宋体" w:hAnsi="宋体" w:eastAsia="宋体"/>
                <w:b w:val="0"/>
                <w:sz w:val="18"/>
              </w:rPr>
              <w:t>师：请列式计算的学生说一说算式表示的意思。</w:t>
            </w:r>
          </w:p>
          <w:p>
            <w:pPr>
              <w:spacing w:after="20" w:line="276" w:lineRule="auto"/>
            </w:pPr>
            <w:r>
              <w:rPr>
                <w:rFonts w:ascii="宋体" w:hAnsi="宋体" w:eastAsia="宋体"/>
                <w:b w:val="0"/>
                <w:sz w:val="18"/>
              </w:rPr>
              <w:t>2．初步认识余数。</w:t>
            </w:r>
          </w:p>
          <w:p>
            <w:pPr>
              <w:spacing w:after="20" w:line="276" w:lineRule="auto"/>
            </w:pPr>
            <w:r>
              <w:rPr>
                <w:rFonts w:ascii="宋体" w:hAnsi="宋体" w:eastAsia="宋体"/>
                <w:b w:val="0"/>
                <w:sz w:val="18"/>
              </w:rPr>
              <w:t>课件出示教科书P10例1右图。</w:t>
            </w:r>
          </w:p>
          <w:p>
            <w:pPr>
              <w:spacing w:after="20" w:line="276" w:lineRule="auto"/>
            </w:pPr>
            <w:r>
              <w:rPr>
                <w:rFonts w:ascii="宋体" w:hAnsi="宋体" w:eastAsia="宋体"/>
                <w:b w:val="0"/>
                <w:sz w:val="18"/>
              </w:rPr>
              <w:t>师：想一想，9根小棒，每4根摆一个正方形，能摆几个？</w:t>
            </w:r>
          </w:p>
          <w:p>
            <w:pPr>
              <w:spacing w:after="20" w:line="276" w:lineRule="auto"/>
            </w:pPr>
            <w:r>
              <w:rPr>
                <w:rFonts w:ascii="宋体" w:hAnsi="宋体" w:eastAsia="宋体"/>
                <w:b w:val="0"/>
                <w:sz w:val="18"/>
              </w:rPr>
              <w:t>师：请大家用手中的小棒，动手来摆一摆。</w:t>
            </w:r>
          </w:p>
          <w:p>
            <w:pPr>
              <w:spacing w:after="20" w:line="276" w:lineRule="auto"/>
            </w:pPr>
            <w:r>
              <w:rPr>
                <w:rFonts w:ascii="宋体" w:hAnsi="宋体" w:eastAsia="宋体"/>
                <w:b w:val="0"/>
                <w:sz w:val="18"/>
              </w:rPr>
              <w:t>师：在摆的过程中，你们发现了什么问题？</w:t>
            </w:r>
          </w:p>
          <w:p>
            <w:pPr>
              <w:spacing w:after="20" w:line="276" w:lineRule="auto"/>
            </w:pPr>
            <w:r>
              <w:rPr>
                <w:rFonts w:ascii="宋体" w:hAnsi="宋体" w:eastAsia="宋体"/>
                <w:b w:val="0"/>
                <w:sz w:val="18"/>
              </w:rPr>
              <w:t>师：分的结果出现了剩余，不够1份就不能再分了。我们把剩下的1叫作“余数”。说一说，你理解的余数是什么？同桌讨论。</w:t>
            </w:r>
          </w:p>
          <w:p>
            <w:pPr>
              <w:spacing w:after="20" w:line="276" w:lineRule="auto"/>
            </w:pPr>
            <w:r>
              <w:rPr>
                <w:rFonts w:ascii="宋体" w:hAnsi="宋体" w:eastAsia="宋体"/>
                <w:b w:val="0"/>
                <w:sz w:val="18"/>
              </w:rPr>
              <w:t>3．表示平均分时有剩余的方法。</w:t>
            </w:r>
          </w:p>
          <w:p>
            <w:pPr>
              <w:spacing w:after="20" w:line="276" w:lineRule="auto"/>
            </w:pPr>
            <w:r>
              <w:rPr>
                <w:rFonts w:ascii="宋体" w:hAnsi="宋体" w:eastAsia="宋体"/>
                <w:b w:val="0"/>
                <w:sz w:val="18"/>
              </w:rPr>
              <w:t>师：用数学算式可以怎样表示分的过程和结果呢？</w:t>
            </w:r>
          </w:p>
          <w:p>
            <w:pPr>
              <w:spacing w:after="20" w:line="276" w:lineRule="auto"/>
            </w:pPr>
            <w:r>
              <w:rPr>
                <w:rFonts w:ascii="宋体" w:hAnsi="宋体" w:eastAsia="宋体"/>
                <w:b w:val="0"/>
                <w:sz w:val="18"/>
              </w:rPr>
              <w:t>师：除法算式的得数表示的是什么？剩下的1根在算式中不体现行吗？</w:t>
            </w:r>
          </w:p>
          <w:p>
            <w:pPr>
              <w:spacing w:after="20" w:line="276" w:lineRule="auto"/>
            </w:pPr>
            <w:r>
              <w:rPr>
                <w:rFonts w:ascii="宋体" w:hAnsi="宋体" w:eastAsia="宋体"/>
                <w:b w:val="0"/>
                <w:sz w:val="18"/>
              </w:rPr>
              <w:t>师：这里平均分的结果是什么呢？</w:t>
            </w:r>
          </w:p>
          <w:p>
            <w:pPr>
              <w:spacing w:after="20" w:line="276" w:lineRule="auto"/>
            </w:pPr>
            <w:r>
              <w:rPr>
                <w:rFonts w:ascii="宋体" w:hAnsi="宋体" w:eastAsia="宋体"/>
                <w:b w:val="0"/>
                <w:sz w:val="18"/>
              </w:rPr>
              <w:t>师：说明等于2个还不够，还要把多的1根也表示出来。</w:t>
            </w:r>
          </w:p>
          <w:p>
            <w:pPr>
              <w:spacing w:after="20" w:line="276" w:lineRule="auto"/>
            </w:pPr>
            <w:r>
              <w:rPr>
                <w:rFonts w:ascii="宋体" w:hAnsi="宋体" w:eastAsia="宋体"/>
                <w:b w:val="0"/>
                <w:sz w:val="18"/>
              </w:rPr>
              <w:t>9÷4＝2……1　读作：9除以4等于2余1。</w:t>
            </w:r>
          </w:p>
          <w:p>
            <w:pPr>
              <w:spacing w:after="20" w:line="276" w:lineRule="auto"/>
            </w:pPr>
            <w:r>
              <w:rPr>
                <w:rFonts w:ascii="宋体" w:hAnsi="宋体" w:eastAsia="宋体"/>
                <w:b w:val="0"/>
                <w:sz w:val="18"/>
              </w:rPr>
              <w:t>师：这个算式表示“9根小棒，每4根摆一个正方形，能摆2个，还余下1根”。1是剩下的小棒数，我们把它叫作余数。为了区分商和余数，我们用6个点将它们隔开。我们把这样的算式叫作有余数的除法。</w:t>
            </w:r>
          </w:p>
          <w:p>
            <w:pPr>
              <w:spacing w:after="20" w:line="276" w:lineRule="auto"/>
            </w:pPr>
            <w:r>
              <w:rPr>
                <w:rFonts w:ascii="宋体" w:hAnsi="宋体" w:eastAsia="宋体"/>
                <w:b w:val="0"/>
                <w:sz w:val="18"/>
              </w:rPr>
              <w:t>师：这个算式中的1表示什么？9、4、2分别表示什么？</w:t>
            </w:r>
          </w:p>
          <w:p>
            <w:pPr>
              <w:spacing w:after="20" w:line="276" w:lineRule="auto"/>
            </w:pPr>
            <w:r>
              <w:rPr>
                <w:rFonts w:ascii="宋体" w:hAnsi="宋体" w:eastAsia="宋体"/>
                <w:b w:val="0"/>
                <w:sz w:val="18"/>
              </w:rPr>
              <w:t>4．归纳总结，完善学生的认知结构。</w:t>
            </w:r>
          </w:p>
          <w:p>
            <w:pPr>
              <w:spacing w:after="20" w:line="276" w:lineRule="auto"/>
            </w:pPr>
            <w:r>
              <w:rPr>
                <w:rFonts w:ascii="宋体" w:hAnsi="宋体" w:eastAsia="宋体"/>
                <w:b w:val="0"/>
                <w:sz w:val="18"/>
              </w:rPr>
              <w:t>师：这两次分小棒有什么相同和不同的地方？</w:t>
            </w:r>
          </w:p>
          <w:p>
            <w:pPr>
              <w:spacing w:after="20" w:line="276" w:lineRule="auto"/>
            </w:pPr>
            <w:r>
              <w:rPr>
                <w:rFonts w:ascii="宋体" w:hAnsi="宋体" w:eastAsia="宋体"/>
                <w:b w:val="0"/>
                <w:sz w:val="18"/>
              </w:rPr>
              <w:t>师：这两种情况都是平均分吗？</w:t>
            </w:r>
          </w:p>
          <w:p>
            <w:pPr>
              <w:spacing w:after="20" w:line="276" w:lineRule="auto"/>
            </w:pPr>
            <w:r>
              <w:rPr>
                <w:rFonts w:ascii="宋体" w:hAnsi="宋体" w:eastAsia="宋体"/>
                <w:b w:val="0"/>
                <w:sz w:val="18"/>
              </w:rPr>
              <w:t>师小结并板书：将一些物品平均分，如果分完后还有剩余，但不够再分，剩余的部分就是有余数的除法中的余数。</w:t>
            </w:r>
          </w:p>
          <w:p>
            <w:pPr>
              <w:spacing w:after="20" w:line="276" w:lineRule="auto"/>
            </w:pPr>
            <w:r>
              <w:rPr>
                <w:rFonts w:ascii="宋体" w:hAnsi="宋体" w:eastAsia="宋体"/>
                <w:b w:val="0"/>
                <w:sz w:val="18"/>
              </w:rPr>
              <w:t>5．巩固练习。</w:t>
            </w:r>
          </w:p>
          <w:p>
            <w:pPr>
              <w:spacing w:after="20" w:line="276" w:lineRule="auto"/>
            </w:pPr>
            <w:r>
              <w:rPr>
                <w:rFonts w:ascii="宋体" w:hAnsi="宋体" w:eastAsia="宋体"/>
                <w:b w:val="0"/>
                <w:sz w:val="18"/>
              </w:rPr>
              <w:t>师：用10根小棒摆 ，能摆几个？有剩余吗？11根呢？先摆一摆，再列除法算式。</w:t>
            </w:r>
          </w:p>
        </w:tc>
        <w:tc>
          <w:tcPr>
            <w:tcW w:type="dxa" w:w="3061"/>
          </w:tcPr>
          <w:p>
            <w:pPr>
              <w:spacing w:after="20" w:line="276" w:lineRule="auto"/>
            </w:pPr>
            <w:r/>
            <w:r>
              <w:rPr>
                <w:rFonts w:ascii="宋体" w:hAnsi="宋体" w:eastAsia="宋体"/>
                <w:b w:val="0"/>
                <w:sz w:val="18"/>
              </w:rPr>
              <w:t>学生已有除法的经验，有的学生会选择用学具摆一摆，有的学生会选择画一画，有的学生会选择直接列式计算。</w:t>
            </w:r>
          </w:p>
          <w:p>
            <w:pPr>
              <w:spacing w:after="20" w:line="276" w:lineRule="auto"/>
            </w:pPr>
            <w:r>
              <w:rPr>
                <w:rFonts w:ascii="宋体" w:hAnsi="宋体" w:eastAsia="宋体"/>
                <w:b w:val="0"/>
                <w:sz w:val="18"/>
              </w:rPr>
              <w:t>学生表达自己的思路，课件展示分的过程与结果。</w:t>
            </w:r>
          </w:p>
          <w:p>
            <w:pPr>
              <w:spacing w:after="20" w:line="276" w:lineRule="auto"/>
            </w:pPr>
            <w:r>
              <w:rPr>
                <w:rFonts w:ascii="宋体" w:hAnsi="宋体" w:eastAsia="宋体"/>
                <w:b w:val="0"/>
                <w:sz w:val="18"/>
              </w:rPr>
              <w:t>这个算式表示“8根小棒，每4根摆一个正方形，能摆2个”。</w:t>
            </w:r>
          </w:p>
          <w:p>
            <w:pPr>
              <w:spacing w:after="20" w:line="276" w:lineRule="auto"/>
            </w:pPr>
            <w:r>
              <w:rPr>
                <w:rFonts w:ascii="宋体" w:hAnsi="宋体" w:eastAsia="宋体"/>
                <w:b w:val="0"/>
                <w:sz w:val="18"/>
              </w:rPr>
              <w:t>每4根摆一个正方形，能摆2个，剩下1根小棒。</w:t>
            </w:r>
          </w:p>
          <w:p>
            <w:pPr>
              <w:spacing w:after="20" w:line="276" w:lineRule="auto"/>
            </w:pPr>
            <w:r>
              <w:rPr>
                <w:rFonts w:ascii="宋体" w:hAnsi="宋体" w:eastAsia="宋体"/>
                <w:b w:val="0"/>
                <w:sz w:val="18"/>
              </w:rPr>
              <w:t>分了之后，不够1份了，不能再分，剩下的就是余数。</w:t>
            </w:r>
          </w:p>
          <w:p>
            <w:pPr>
              <w:spacing w:after="20" w:line="276" w:lineRule="auto"/>
            </w:pPr>
            <w:r>
              <w:rPr>
                <w:rFonts w:ascii="宋体" w:hAnsi="宋体" w:eastAsia="宋体"/>
                <w:b w:val="0"/>
                <w:sz w:val="18"/>
              </w:rPr>
              <w:t>小组讨论，然后互相交流。</w:t>
            </w:r>
          </w:p>
          <w:p>
            <w:pPr>
              <w:spacing w:after="20" w:line="276" w:lineRule="auto"/>
            </w:pPr>
            <w:r>
              <w:rPr>
                <w:rFonts w:ascii="宋体" w:hAnsi="宋体" w:eastAsia="宋体"/>
                <w:b w:val="0"/>
                <w:sz w:val="18"/>
              </w:rPr>
              <w:t>预设1：9÷4＝2。</w:t>
            </w:r>
          </w:p>
          <w:p>
            <w:pPr>
              <w:spacing w:after="20" w:line="276" w:lineRule="auto"/>
            </w:pPr>
            <w:r>
              <w:rPr>
                <w:rFonts w:ascii="宋体" w:hAnsi="宋体" w:eastAsia="宋体"/>
                <w:b w:val="0"/>
                <w:sz w:val="18"/>
              </w:rPr>
              <w:t>预设2：9÷4＝2剩1。</w:t>
            </w:r>
          </w:p>
          <w:p>
            <w:pPr>
              <w:spacing w:after="20" w:line="276" w:lineRule="auto"/>
            </w:pPr>
            <w:r>
              <w:rPr>
                <w:rFonts w:ascii="宋体" w:hAnsi="宋体" w:eastAsia="宋体"/>
                <w:b w:val="0"/>
                <w:sz w:val="18"/>
              </w:rPr>
              <w:t>预设3：9÷4＝2(个)，剩1根。</w:t>
            </w:r>
          </w:p>
          <w:p>
            <w:pPr>
              <w:spacing w:after="20" w:line="276" w:lineRule="auto"/>
            </w:pPr>
            <w:r>
              <w:rPr>
                <w:rFonts w:ascii="宋体" w:hAnsi="宋体" w:eastAsia="宋体"/>
                <w:b w:val="0"/>
                <w:sz w:val="18"/>
              </w:rPr>
              <w:t>除法算式的得数表示的是平均分的结果，这里平均分的结果并不只是2个，所以不能直接等于2个，应该把剩下的1根也体现出来。</w:t>
            </w:r>
          </w:p>
          <w:p>
            <w:pPr>
              <w:spacing w:after="20" w:line="276" w:lineRule="auto"/>
            </w:pPr>
            <w:r>
              <w:rPr>
                <w:rFonts w:ascii="宋体" w:hAnsi="宋体" w:eastAsia="宋体"/>
                <w:b w:val="0"/>
                <w:sz w:val="18"/>
              </w:rPr>
              <w:t>能平均分成2个，但是还多出1根。</w:t>
            </w:r>
          </w:p>
          <w:p>
            <w:pPr>
              <w:spacing w:after="20" w:line="276" w:lineRule="auto"/>
            </w:pPr>
            <w:r>
              <w:rPr>
                <w:rFonts w:ascii="宋体" w:hAnsi="宋体" w:eastAsia="宋体"/>
                <w:b w:val="0"/>
                <w:sz w:val="18"/>
              </w:rPr>
              <w:t>学生能一眼发现不同之处：第一次正好分完，第二次有剩余。</w:t>
            </w:r>
          </w:p>
          <w:p>
            <w:pPr>
              <w:spacing w:after="20" w:line="276" w:lineRule="auto"/>
            </w:pPr>
            <w:r>
              <w:rPr>
                <w:rFonts w:ascii="宋体" w:hAnsi="宋体" w:eastAsia="宋体"/>
                <w:b w:val="0"/>
                <w:sz w:val="18"/>
              </w:rPr>
              <w:t>学生已有平均分的经验，很容易分析出两种情况都是平均分。</w:t>
            </w:r>
          </w:p>
          <w:p>
            <w:pPr>
              <w:spacing w:after="20" w:line="276" w:lineRule="auto"/>
            </w:pPr>
            <w:r>
              <w:rPr>
                <w:rFonts w:ascii="宋体" w:hAnsi="宋体" w:eastAsia="宋体"/>
                <w:b w:val="0"/>
                <w:sz w:val="18"/>
              </w:rPr>
              <w:t>预设1：10÷4＝2(个)……2(根)，能摆2个，还剩2根。</w:t>
            </w:r>
          </w:p>
          <w:p>
            <w:pPr>
              <w:spacing w:after="20" w:line="276" w:lineRule="auto"/>
            </w:pPr>
            <w:r>
              <w:rPr>
                <w:rFonts w:ascii="宋体" w:hAnsi="宋体" w:eastAsia="宋体"/>
                <w:b w:val="0"/>
                <w:sz w:val="18"/>
              </w:rPr>
              <w:t>预设2：11÷4＝2(个)……3(根)，能摆2个，还剩3根。</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设计递进式探究活动，引导学生在动手实践与合作交流中经历知识形成过程，突破本课重难点，核心问题："想一想，8根小棒，每4根摆一个正方形，能摆几个？"</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1.完成教科书P10“做一做”第1题。</w:t>
            </w:r>
          </w:p>
          <w:p>
            <w:pPr>
              <w:spacing w:after="20" w:line="276" w:lineRule="auto"/>
            </w:pPr>
            <w:r>
              <w:rPr>
                <w:rFonts w:ascii="宋体" w:hAnsi="宋体" w:eastAsia="宋体"/>
                <w:b w:val="0"/>
                <w:sz w:val="18"/>
              </w:rPr>
              <w:t>先圈一圈，再说一说，最后用除法算式表示。</w:t>
            </w:r>
          </w:p>
          <w:p>
            <w:pPr>
              <w:spacing w:after="20" w:line="276" w:lineRule="auto"/>
            </w:pPr>
            <w:r>
              <w:rPr>
                <w:rFonts w:ascii="宋体" w:hAnsi="宋体" w:eastAsia="宋体"/>
                <w:b w:val="0"/>
                <w:sz w:val="18"/>
              </w:rPr>
              <w:t>2．完成教科书P11“做一做”第2题。</w:t>
            </w:r>
          </w:p>
          <w:p>
            <w:pPr>
              <w:spacing w:after="20" w:line="276" w:lineRule="auto"/>
            </w:pPr>
            <w:r>
              <w:rPr>
                <w:rFonts w:ascii="宋体" w:hAnsi="宋体" w:eastAsia="宋体"/>
                <w:b w:val="0"/>
                <w:sz w:val="18"/>
              </w:rPr>
              <w:t>师：观察这两小题商和余数的单位，你们知道如何确定商与余数的单位吗？</w:t>
            </w:r>
          </w:p>
          <w:p>
            <w:pPr>
              <w:spacing w:after="20" w:line="276" w:lineRule="auto"/>
            </w:pPr>
            <w:r>
              <w:rPr>
                <w:rFonts w:ascii="宋体" w:hAnsi="宋体" w:eastAsia="宋体"/>
                <w:b w:val="0"/>
                <w:sz w:val="18"/>
              </w:rPr>
              <w:t>师小结：商是平均分的结果，根据具体的情况，找到平均分的结果即可知道商表示的意义，就知道它的单位了。余数是被除数分完后不能够再分的部分，所以余数的单位与被除数的单位是一致的。</w:t>
            </w:r>
          </w:p>
        </w:tc>
        <w:tc>
          <w:tcPr>
            <w:tcW w:type="dxa" w:w="3061"/>
          </w:tcPr>
          <w:p>
            <w:pPr>
              <w:spacing w:after="20" w:line="276" w:lineRule="auto"/>
            </w:pPr>
            <w:r/>
            <w:r>
              <w:rPr>
                <w:rFonts w:ascii="宋体" w:hAnsi="宋体" w:eastAsia="宋体"/>
                <w:b w:val="0"/>
                <w:sz w:val="18"/>
              </w:rPr>
              <w:t>学生做完后，让学生说说算式中每个数的含义。</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通过有层次的练习及时反馈学情，巩固新知，培养学生灵活运用知识解决问题的能力，核心问题："观察这两小题商和余数的单位，你们知道如何确定商与余数的单位吗？"</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充分发挥主动性，在已有的处理平均分的基础上分一分，在活动与观察中，经历余数产生的过程，帮助学生积累活动经验。用除法算式表示有余数情况下的平均分活动中，提供学生自主交流的时间与空间，让学生在汇报中产生碰撞，教师适时点拨，使学生能很好地初步理解有余数的除法的含义。让学生根据平均分物品的两种情况，在比较中寻找相同与不同。无论结果是否有余数，分的过程都是平均分，以此帮助学生走出思维定势，并将新的知识及时纳入学生原有的知识体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余数及有余数的除法的含义</w:t>
      </w:r>
    </w:p>
    <w:p>
      <w:pPr>
        <w:spacing w:after="40" w:line="300" w:lineRule="auto"/>
      </w:pPr>
      <w:r>
        <w:rPr>
          <w:rFonts w:ascii="宋体" w:hAnsi="宋体" w:eastAsia="宋体"/>
          <w:b w:val="0"/>
          <w:sz w:val="20"/>
        </w:rPr>
        <w:t>8÷4＝2(个)</w:t>
      </w:r>
    </w:p>
    <w:p>
      <w:pPr>
        <w:spacing w:after="40" w:line="300" w:lineRule="auto"/>
      </w:pPr>
      <w:r>
        <w:rPr>
          <w:rFonts w:ascii="宋体" w:hAnsi="宋体" w:eastAsia="宋体"/>
          <w:b w:val="0"/>
          <w:sz w:val="20"/>
        </w:rPr>
        <w:t>9÷4＝2(个)……1(根)</w:t>
      </w:r>
    </w:p>
    <w:p>
      <w:pPr>
        <w:spacing w:after="40" w:line="300" w:lineRule="auto"/>
      </w:pPr>
      <w:r>
        <w:rPr>
          <w:rFonts w:ascii="宋体" w:hAnsi="宋体" w:eastAsia="宋体"/>
          <w:b w:val="0"/>
          <w:sz w:val="20"/>
        </w:rPr>
        <w:t>9÷4＝2……1　读作：9除以4等于2余1。</w:t>
      </w:r>
    </w:p>
    <w:p>
      <w:pPr>
        <w:spacing w:after="40" w:line="300" w:lineRule="auto"/>
      </w:pPr>
      <w:r>
        <w:rPr>
          <w:rFonts w:ascii="宋体" w:hAnsi="宋体" w:eastAsia="宋体"/>
          <w:b w:val="0"/>
          <w:sz w:val="20"/>
        </w:rPr>
        <w:t>将一些物品平均分，如果分完后还有剩余，但不够再分，剩余的部分就是有余数的除法中的余数。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教科书P10例1，教科书P10～11“做一做”。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根据二年级学生的年龄特点，通过直观教具展示、学具游戏操作、自我探究等形式，使学生积极主动地参与学习。同时在课堂中培养学生各方面的能力，整节课让学生在动手中认识余数，得出结论，充分体现学生的主体地位，师生合作得很好。由于学生动手环节不好把控，所以应该灵活地调整时间安排。</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余数和除数的关系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余数和除数的关系</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教学内容：教科书P11例2，教科书P12“做一做”。</w:t>
      </w:r>
    </w:p>
    <w:p>
      <w:pPr>
        <w:spacing w:after="80" w:line="300" w:lineRule="auto"/>
        <w:ind w:firstLine="400"/>
      </w:pPr>
      <w:r>
        <w:rPr>
          <w:rFonts w:ascii="宋体" w:hAnsi="宋体" w:eastAsia="宋体"/>
          <w:b w:val="0"/>
          <w:sz w:val="20"/>
        </w:rPr>
        <w:t>教学准备：课件、小棒、记录单。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（1）深化理解有余数的除法的含义，并通过观察、比较，理解余数和除数的关系。</w:t>
      </w:r>
    </w:p>
    <w:p>
      <w:pPr>
        <w:spacing w:after="20" w:line="300" w:lineRule="auto"/>
        <w:ind w:firstLine="400"/>
      </w:pPr>
      <w:r>
        <w:rPr>
          <w:rFonts w:ascii="宋体" w:hAnsi="宋体" w:eastAsia="宋体"/>
          <w:b w:val="0"/>
          <w:sz w:val="20"/>
        </w:rPr>
        <w:t>（2）引导学生观察思考，培养学生归纳、概括的能力。</w:t>
      </w:r>
    </w:p>
    <w:p>
      <w:pPr>
        <w:spacing w:after="20" w:line="300" w:lineRule="auto"/>
        <w:ind w:firstLine="400"/>
      </w:pPr>
      <w:r>
        <w:rPr>
          <w:rFonts w:ascii="宋体" w:hAnsi="宋体" w:eastAsia="宋体"/>
          <w:b w:val="0"/>
          <w:sz w:val="20"/>
        </w:rPr>
        <w:t>（3）用所学知识解决实际问题，感知数学与生活的紧密联系。</w:t>
      </w:r>
    </w:p>
    <w:p>
      <w:pPr>
        <w:spacing w:after="20" w:line="300" w:lineRule="auto"/>
      </w:pPr>
      <w:r>
        <w:rPr>
          <w:rFonts w:ascii="宋体" w:hAnsi="宋体" w:eastAsia="宋体"/>
          <w:b w:val="0"/>
          <w:sz w:val="20"/>
        </w:rPr>
        <w:t>教学重点：发现并理解“余数一定比除数小”。</w:t>
      </w:r>
    </w:p>
    <w:p>
      <w:pPr>
        <w:spacing w:after="20" w:line="300" w:lineRule="auto"/>
      </w:pPr>
      <w:r>
        <w:rPr>
          <w:rFonts w:ascii="宋体" w:hAnsi="宋体" w:eastAsia="宋体"/>
          <w:b w:val="0"/>
          <w:sz w:val="20"/>
        </w:rPr>
        <w:t>教学难点：结合具体情境，理解余数为什么一定比除数小。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复习旧知识，引入新课</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二、动手操作，探究发现</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想一想，摆一个三角形需要多少根小棒？；如果用6根小棒摆三角形，你能不能快速摆出呢？能摆几个？怎样列式？</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在今天的学习中你们都有哪些收获？；余数和什么有关？为什么？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复习旧知识，引入新课</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口算。</w:t>
            </w:r>
          </w:p>
          <w:p>
            <w:pPr>
              <w:spacing w:after="20" w:line="276" w:lineRule="auto"/>
            </w:pPr>
            <w:r>
              <w:rPr>
                <w:rFonts w:ascii="宋体" w:hAnsi="宋体" w:eastAsia="宋体"/>
                <w:b w:val="0"/>
                <w:sz w:val="18"/>
              </w:rPr>
              <w:t>35÷7＝　　 8÷4＝　　 54÷6＝　　 7÷1＝</w:t>
            </w:r>
          </w:p>
          <w:p>
            <w:pPr>
              <w:spacing w:after="20" w:line="276" w:lineRule="auto"/>
            </w:pPr>
            <w:r>
              <w:rPr>
                <w:rFonts w:ascii="宋体" w:hAnsi="宋体" w:eastAsia="宋体"/>
                <w:b w:val="0"/>
                <w:sz w:val="18"/>
              </w:rPr>
              <w:t>56÷8＝   36÷4＝     9÷1＝      35÷5＝</w:t>
            </w:r>
          </w:p>
          <w:p>
            <w:pPr>
              <w:spacing w:after="20" w:line="276" w:lineRule="auto"/>
            </w:pPr>
            <w:r>
              <w:rPr>
                <w:rFonts w:ascii="宋体" w:hAnsi="宋体" w:eastAsia="宋体"/>
                <w:b w:val="0"/>
                <w:sz w:val="18"/>
              </w:rPr>
              <w:t>2．回顾有余数的除法。</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拿出8根小棒，每3根摆一堆，能摆几堆？还剩几根？</w:t>
            </w:r>
          </w:p>
          <w:p>
            <w:pPr>
              <w:spacing w:after="20" w:line="276" w:lineRule="auto"/>
            </w:pPr>
            <w:r>
              <w:rPr>
                <w:rFonts w:ascii="宋体" w:hAnsi="宋体" w:eastAsia="宋体"/>
                <w:b w:val="0"/>
                <w:sz w:val="18"/>
              </w:rPr>
              <w:t>师：先摆一摆，再列式，并说一说算式中各部分分别表示什么。</w:t>
            </w:r>
          </w:p>
          <w:p>
            <w:pPr>
              <w:spacing w:after="20" w:line="276" w:lineRule="auto"/>
            </w:pPr>
            <w:r>
              <w:rPr>
                <w:rFonts w:ascii="宋体" w:hAnsi="宋体" w:eastAsia="宋体"/>
                <w:b w:val="0"/>
                <w:sz w:val="18"/>
              </w:rPr>
              <w:t>师：这节课我们将继续研究余数。(板书课题：余数和除数的关系)</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二、动手操作，探究发现</w:t>
            </w:r>
          </w:p>
        </w:tc>
        <w:tc>
          <w:tcPr>
            <w:tcW w:type="dxa" w:w="3061"/>
          </w:tcPr>
          <w:p>
            <w:pPr>
              <w:spacing w:after="20" w:line="276" w:lineRule="auto"/>
            </w:pPr>
            <w:r/>
            <w:r>
              <w:rPr>
                <w:rFonts w:ascii="宋体" w:hAnsi="宋体" w:eastAsia="宋体"/>
                <w:b w:val="0"/>
                <w:sz w:val="18"/>
              </w:rPr>
              <w:t>1.课件出示教科书P11例2。</w:t>
            </w:r>
          </w:p>
          <w:p>
            <w:pPr>
              <w:spacing w:after="20" w:line="276" w:lineRule="auto"/>
            </w:pPr>
            <w:r>
              <w:rPr>
                <w:rFonts w:ascii="宋体" w:hAnsi="宋体" w:eastAsia="宋体"/>
                <w:b w:val="0"/>
                <w:sz w:val="18"/>
              </w:rPr>
              <w:t>2．按要求操作并记录。</w:t>
            </w:r>
          </w:p>
          <w:p>
            <w:pPr>
              <w:spacing w:after="20" w:line="276" w:lineRule="auto"/>
            </w:pPr>
            <w:r>
              <w:rPr>
                <w:rFonts w:ascii="宋体" w:hAnsi="宋体" w:eastAsia="宋体"/>
                <w:b w:val="0"/>
                <w:sz w:val="18"/>
              </w:rPr>
              <w:t>师：想一想，摆一个三角形需要多少根小棒？(3根)</w:t>
            </w:r>
          </w:p>
          <w:p>
            <w:pPr>
              <w:spacing w:after="20" w:line="276" w:lineRule="auto"/>
            </w:pPr>
            <w:r>
              <w:rPr>
                <w:rFonts w:ascii="宋体" w:hAnsi="宋体" w:eastAsia="宋体"/>
                <w:b w:val="0"/>
                <w:sz w:val="18"/>
              </w:rPr>
              <w:t>师：如果用6根小棒摆三角形，你能不能快速摆出呢？能摆几个？怎样列式？</w:t>
            </w:r>
          </w:p>
          <w:p>
            <w:pPr>
              <w:spacing w:after="20" w:line="276" w:lineRule="auto"/>
            </w:pPr>
            <w:r>
              <w:rPr>
                <w:rFonts w:ascii="宋体" w:hAnsi="宋体" w:eastAsia="宋体"/>
                <w:b w:val="0"/>
                <w:sz w:val="18"/>
              </w:rPr>
              <w:t>师：老师给每个小组都准备了不同数量的小棒，请大家用手中的小棒一个一个地摆出像这样的独立的三角形(课件出示)，并把摆的结果及各自所列算式写在记录单上。</w:t>
            </w:r>
          </w:p>
          <w:p>
            <w:pPr>
              <w:spacing w:after="20" w:line="276" w:lineRule="auto"/>
            </w:pPr>
            <w:r>
              <w:rPr>
                <w:rFonts w:ascii="宋体" w:hAnsi="宋体" w:eastAsia="宋体"/>
                <w:b w:val="0"/>
                <w:sz w:val="18"/>
              </w:rPr>
              <w:t>教师课前为每组学生准备小棒，小棒的数量在6～12根之间，且尽可能保证每组学生的小棒数量都不同。</w:t>
            </w:r>
          </w:p>
          <w:p>
            <w:pPr>
              <w:spacing w:after="20" w:line="276" w:lineRule="auto"/>
            </w:pPr>
            <w:r>
              <w:rPr>
                <w:rFonts w:ascii="宋体" w:hAnsi="宋体" w:eastAsia="宋体"/>
                <w:b w:val="0"/>
                <w:sz w:val="18"/>
              </w:rPr>
              <w:t>3．组织交流。</w:t>
            </w:r>
          </w:p>
          <w:p>
            <w:pPr>
              <w:spacing w:after="20" w:line="276" w:lineRule="auto"/>
            </w:pPr>
            <w:r>
              <w:rPr>
                <w:rFonts w:ascii="宋体" w:hAnsi="宋体" w:eastAsia="宋体"/>
                <w:b w:val="0"/>
                <w:sz w:val="18"/>
              </w:rPr>
              <w:t>教师组织学生进行全班交流，并板书：</w:t>
            </w:r>
          </w:p>
          <w:p>
            <w:pPr>
              <w:spacing w:after="20" w:line="276" w:lineRule="auto"/>
            </w:pPr>
            <w:r>
              <w:rPr>
                <w:rFonts w:ascii="宋体" w:hAnsi="宋体" w:eastAsia="宋体"/>
                <w:b w:val="0"/>
                <w:sz w:val="18"/>
              </w:rPr>
              <w:t>4．观察对比，发现余数和除数的关系。</w:t>
            </w:r>
          </w:p>
          <w:p>
            <w:pPr>
              <w:spacing w:after="20" w:line="276" w:lineRule="auto"/>
            </w:pPr>
            <w:r>
              <w:rPr>
                <w:rFonts w:ascii="宋体" w:hAnsi="宋体" w:eastAsia="宋体"/>
                <w:b w:val="0"/>
                <w:sz w:val="18"/>
              </w:rPr>
              <w:t>师：观察算式中的余数和除数，你们发现了什么？</w:t>
            </w:r>
          </w:p>
          <w:p>
            <w:pPr>
              <w:spacing w:after="20" w:line="276" w:lineRule="auto"/>
            </w:pPr>
            <w:r>
              <w:rPr>
                <w:rFonts w:ascii="宋体" w:hAnsi="宋体" w:eastAsia="宋体"/>
                <w:b w:val="0"/>
                <w:sz w:val="18"/>
              </w:rPr>
              <w:t>组织学生讨论：</w:t>
            </w:r>
          </w:p>
          <w:p>
            <w:pPr>
              <w:spacing w:after="20" w:line="276" w:lineRule="auto"/>
            </w:pPr>
            <w:r>
              <w:rPr>
                <w:rFonts w:ascii="宋体" w:hAnsi="宋体" w:eastAsia="宋体"/>
                <w:b w:val="0"/>
                <w:sz w:val="18"/>
              </w:rPr>
              <w:t>(1)你们发现余数有什么规律？</w:t>
            </w:r>
          </w:p>
          <w:p>
            <w:pPr>
              <w:spacing w:after="20" w:line="276" w:lineRule="auto"/>
            </w:pPr>
            <w:r>
              <w:rPr>
                <w:rFonts w:ascii="宋体" w:hAnsi="宋体" w:eastAsia="宋体"/>
                <w:b w:val="0"/>
                <w:sz w:val="18"/>
              </w:rPr>
              <w:t>(2)余数可能是3、4、5……吗？为什么？</w:t>
            </w:r>
          </w:p>
          <w:p>
            <w:pPr>
              <w:spacing w:after="20" w:line="276" w:lineRule="auto"/>
            </w:pPr>
            <w:r>
              <w:rPr>
                <w:rFonts w:ascii="宋体" w:hAnsi="宋体" w:eastAsia="宋体"/>
                <w:b w:val="0"/>
                <w:sz w:val="18"/>
              </w:rPr>
              <w:t>(3)余数和哪个数有关系？是怎样的关系？</w:t>
            </w:r>
          </w:p>
          <w:p>
            <w:pPr>
              <w:spacing w:after="20" w:line="276" w:lineRule="auto"/>
            </w:pPr>
            <w:r>
              <w:rPr>
                <w:rFonts w:ascii="宋体" w:hAnsi="宋体" w:eastAsia="宋体"/>
                <w:b w:val="0"/>
                <w:sz w:val="18"/>
              </w:rPr>
              <w:t>师小结：因为余数和除数相等或比除数大就表明没有分完，还能继续分，所以余数只能比除数小。(板书：余数&lt;除数)</w:t>
            </w:r>
          </w:p>
        </w:tc>
        <w:tc>
          <w:tcPr>
            <w:tcW w:type="dxa" w:w="3061"/>
          </w:tcPr>
          <w:p>
            <w:pPr>
              <w:spacing w:after="20" w:line="276" w:lineRule="auto"/>
            </w:pPr>
            <w:r/>
            <w:r>
              <w:rPr>
                <w:rFonts w:ascii="宋体" w:hAnsi="宋体" w:eastAsia="宋体"/>
                <w:b w:val="0"/>
                <w:sz w:val="18"/>
              </w:rPr>
              <w:t>学生汇报，列式：6÷3＝2(个)。</w:t>
            </w:r>
          </w:p>
          <w:p>
            <w:pPr>
              <w:spacing w:after="20" w:line="276" w:lineRule="auto"/>
            </w:pPr>
            <w:r>
              <w:rPr>
                <w:rFonts w:ascii="宋体" w:hAnsi="宋体" w:eastAsia="宋体"/>
                <w:b w:val="0"/>
                <w:sz w:val="18"/>
              </w:rPr>
              <w:t>学生动手操作并做记录，教师巡视，了解学生情况。</w:t>
            </w:r>
          </w:p>
          <w:p>
            <w:pPr>
              <w:spacing w:after="20" w:line="276" w:lineRule="auto"/>
            </w:pPr>
            <w:r>
              <w:rPr>
                <w:rFonts w:ascii="宋体" w:hAnsi="宋体" w:eastAsia="宋体"/>
                <w:b w:val="0"/>
                <w:sz w:val="18"/>
              </w:rPr>
              <w:t>学生举例验证、讨论。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设计递进式探究活动，引导学生在动手实践与合作交流中经历知识形成过程，突破本课重难点，核心问题："想一想，摆一个三角形需要多少根小棒？"</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1.课件出示教科书P12“做一做”第1题。</w:t>
            </w:r>
          </w:p>
          <w:p>
            <w:pPr>
              <w:spacing w:after="20" w:line="276" w:lineRule="auto"/>
            </w:pPr>
            <w:r>
              <w:rPr>
                <w:rFonts w:ascii="宋体" w:hAnsi="宋体" w:eastAsia="宋体"/>
                <w:b w:val="0"/>
                <w:sz w:val="18"/>
              </w:rPr>
              <w:t>组织学生讨论下面几个问题：</w:t>
            </w:r>
          </w:p>
          <w:p>
            <w:pPr>
              <w:spacing w:after="20" w:line="276" w:lineRule="auto"/>
            </w:pPr>
            <w:r>
              <w:rPr>
                <w:rFonts w:ascii="宋体" w:hAnsi="宋体" w:eastAsia="宋体"/>
                <w:b w:val="0"/>
                <w:sz w:val="18"/>
              </w:rPr>
              <w:t>(1)可能剩几根小棒？有几种情况？</w:t>
            </w:r>
          </w:p>
          <w:p>
            <w:pPr>
              <w:spacing w:after="20" w:line="276" w:lineRule="auto"/>
            </w:pPr>
            <w:r>
              <w:rPr>
                <w:rFonts w:ascii="宋体" w:hAnsi="宋体" w:eastAsia="宋体"/>
                <w:b w:val="0"/>
                <w:sz w:val="18"/>
              </w:rPr>
              <w:t>(2)为什么只有这几种情况？你是怎样想的？</w:t>
            </w:r>
          </w:p>
          <w:p>
            <w:pPr>
              <w:spacing w:after="20" w:line="276" w:lineRule="auto"/>
            </w:pPr>
            <w:r>
              <w:rPr>
                <w:rFonts w:ascii="宋体" w:hAnsi="宋体" w:eastAsia="宋体"/>
                <w:b w:val="0"/>
                <w:sz w:val="18"/>
              </w:rPr>
              <w:t>根据学生的回答，课件动态呈现摆的过程。</w:t>
            </w:r>
          </w:p>
          <w:p>
            <w:pPr>
              <w:spacing w:after="20" w:line="276" w:lineRule="auto"/>
            </w:pPr>
            <w:r>
              <w:rPr>
                <w:rFonts w:ascii="宋体" w:hAnsi="宋体" w:eastAsia="宋体"/>
                <w:b w:val="0"/>
                <w:sz w:val="18"/>
              </w:rPr>
              <w:t>2．完成教科书P12“做一做”第2题。</w:t>
            </w:r>
          </w:p>
          <w:p>
            <w:pPr>
              <w:spacing w:after="20" w:line="276" w:lineRule="auto"/>
            </w:pPr>
            <w:r>
              <w:rPr>
                <w:rFonts w:ascii="宋体" w:hAnsi="宋体" w:eastAsia="宋体"/>
                <w:b w:val="0"/>
                <w:sz w:val="18"/>
              </w:rPr>
              <w:t>引导学生知道平均装在6个盒子里就是平均分成6份，除数是6。</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师：在今天的学习中你们都有哪些收获？</w:t>
            </w:r>
          </w:p>
          <w:p>
            <w:pPr>
              <w:spacing w:after="20" w:line="276" w:lineRule="auto"/>
            </w:pPr>
            <w:r>
              <w:rPr>
                <w:rFonts w:ascii="宋体" w:hAnsi="宋体" w:eastAsia="宋体"/>
                <w:b w:val="0"/>
                <w:sz w:val="18"/>
              </w:rPr>
              <w:t>师：余数和什么有关？为什么？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用小棒摆三角形的数学活动，让学生动手操作。6根、7根等不同数量小棒摆三角形，对应不同除法算式，从无余数到有余数，直观呈现平均分后“剩余”的情况，让他们在操作中初步感知余数的产生。引导学生观察算式中余数1、2和除数3，通过对比除法算式中的余数和除数以及算式无余数的情况，逐步归纳出余数总比除数小的规律。这一过程让学生经历“具体实例——抽象概括”，培养学生观察、推理和归纳能力，落实数学推理素养。</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余数和除数的关系</w:t>
      </w:r>
    </w:p>
    <w:p>
      <w:pPr>
        <w:spacing w:after="40" w:line="300" w:lineRule="auto"/>
      </w:pPr>
      <w:r>
        <w:rPr>
          <w:rFonts w:ascii="宋体" w:hAnsi="宋体" w:eastAsia="宋体"/>
          <w:b w:val="0"/>
          <w:sz w:val="20"/>
        </w:rPr>
        <w:t>余数&lt;除数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教科书P11例2，教科书P12“做一做”。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余数要比除数小”是计算除法必须遵守的法则，教学中并没有硬性地将这个法则讲给学生听，而是遵循“实践——认知——再实践”的认知规律，通过动手操作的方式引导学生探索发现余数比除数小的规律，并从正反两方面去探讨这样规定的理由。最后还组织了及时、必要的练习，使学生透彻地理解并掌握这种计算法则。</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有余数除法的竖式计算(1)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有余数除法的竖式计算(1)</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教学内容：教科书P13～14例3，教科书P14～15上面“做一做”。</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（1）通过操作、计算、比较等活动，掌握有余数除法的竖式计算的书写方法，知道除法竖式中各部分的名称，理解竖式中各部分所表示的含义。</w:t>
      </w:r>
    </w:p>
    <w:p>
      <w:pPr>
        <w:spacing w:after="20" w:line="300" w:lineRule="auto"/>
        <w:ind w:firstLine="400"/>
      </w:pPr>
      <w:r>
        <w:rPr>
          <w:rFonts w:ascii="宋体" w:hAnsi="宋体" w:eastAsia="宋体"/>
          <w:b w:val="0"/>
          <w:sz w:val="20"/>
        </w:rPr>
        <w:t>（2）经历除法竖式(含表内除法的竖式)的书写过程，沟通除法横式与竖式之间的关系，感受有余数除法的多种表征方式。</w:t>
      </w:r>
    </w:p>
    <w:p>
      <w:pPr>
        <w:spacing w:after="20" w:line="300" w:lineRule="auto"/>
        <w:ind w:firstLine="400"/>
      </w:pPr>
      <w:r>
        <w:rPr>
          <w:rFonts w:ascii="宋体" w:hAnsi="宋体" w:eastAsia="宋体"/>
          <w:b w:val="0"/>
          <w:sz w:val="20"/>
        </w:rPr>
        <w:t>（3）感受数学的严谨性，理解数学思考方法，培养学生的知识迁移能力。</w:t>
      </w:r>
    </w:p>
    <w:p>
      <w:pPr>
        <w:spacing w:after="20" w:line="300" w:lineRule="auto"/>
      </w:pPr>
      <w:r>
        <w:rPr>
          <w:rFonts w:ascii="宋体" w:hAnsi="宋体" w:eastAsia="宋体"/>
          <w:b w:val="0"/>
          <w:sz w:val="20"/>
        </w:rPr>
        <w:t>教学重点：除法竖式的书写方法以及理解除法竖式中各部分的含义。</w:t>
      </w:r>
    </w:p>
    <w:p>
      <w:pPr>
        <w:spacing w:after="20" w:line="300" w:lineRule="auto"/>
      </w:pPr>
      <w:r>
        <w:rPr>
          <w:rFonts w:ascii="宋体" w:hAnsi="宋体" w:eastAsia="宋体"/>
          <w:b w:val="0"/>
          <w:sz w:val="20"/>
        </w:rPr>
        <w:t>教学难点：理解除法竖式中各部分的含义。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一、复习导入，揭示课题</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二、探究新知识，理解算理　　1.研究有余数除法的竖式计算。</w:t>
            </w:r>
          </w:p>
        </w:tc>
        <w:tc>
          <w:tcPr>
            <w:tcW w:type="dxa" w:w="1814"/>
          </w:tcPr>
          <w:p>
            <w:pPr>
              <w:spacing w:after="20" w:line="276" w:lineRule="auto"/>
            </w:pPr>
            <w:r/>
            <w:r>
              <w:rPr>
                <w:rFonts w:ascii="宋体" w:hAnsi="宋体" w:eastAsia="宋体"/>
                <w:b w:val="0"/>
                <w:sz w:val="18"/>
              </w:rPr>
              <w:t>小棒、课件、教科书、练习本</w:t>
            </w:r>
          </w:p>
        </w:tc>
        <w:tc>
          <w:tcPr>
            <w:tcW w:type="dxa" w:w="3402"/>
          </w:tcPr>
          <w:p>
            <w:pPr>
              <w:spacing w:after="20" w:line="276" w:lineRule="auto"/>
            </w:pPr>
            <w:r/>
            <w:r>
              <w:rPr>
                <w:rFonts w:ascii="宋体" w:hAnsi="宋体" w:eastAsia="宋体"/>
                <w:b w:val="0"/>
                <w:sz w:val="18"/>
              </w:rPr>
              <w:t>13里面有几个4？；结合示意图，摆了3个正方形，就是用去了多少根呢？</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三、巩固练习　　1.完成教科书P14“做一做”第1题。</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　　师：这节课你们学到了什么新的知识？</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除法竖式和除法横式的写法有什么相同的地方？有什么不同的地方？</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一、复习导入，揭示课题</w:t>
            </w:r>
          </w:p>
        </w:tc>
        <w:tc>
          <w:tcPr>
            <w:tcW w:type="dxa" w:w="3061"/>
          </w:tcPr>
          <w:p>
            <w:pPr>
              <w:spacing w:after="20" w:line="276" w:lineRule="auto"/>
            </w:pPr>
            <w:r/>
            <w:r>
              <w:rPr>
                <w:rFonts w:ascii="宋体" w:hAnsi="宋体" w:eastAsia="宋体"/>
                <w:b w:val="0"/>
                <w:sz w:val="18"/>
              </w:rPr>
              <w:t>课件出示教科书P13例3。</w:t>
            </w:r>
          </w:p>
          <w:p>
            <w:pPr>
              <w:spacing w:after="20" w:line="276" w:lineRule="auto"/>
            </w:pPr>
            <w:r>
              <w:rPr>
                <w:rFonts w:ascii="宋体" w:hAnsi="宋体" w:eastAsia="宋体"/>
                <w:b w:val="0"/>
                <w:sz w:val="18"/>
              </w:rPr>
              <w:t>师：摆一摆，再说说平均分的过程是什么，结果是什么，算式怎样写。</w:t>
            </w:r>
          </w:p>
          <w:p>
            <w:pPr>
              <w:spacing w:after="20" w:line="276" w:lineRule="auto"/>
            </w:pPr>
            <w:r>
              <w:rPr>
                <w:rFonts w:ascii="宋体" w:hAnsi="宋体" w:eastAsia="宋体"/>
                <w:b w:val="0"/>
                <w:sz w:val="18"/>
              </w:rPr>
              <w:t>教师提醒学生注意结合平均分的结果给商和余数带上合适的单位。</w:t>
            </w:r>
          </w:p>
          <w:p>
            <w:pPr>
              <w:spacing w:after="20" w:line="276" w:lineRule="auto"/>
            </w:pPr>
            <w:r>
              <w:rPr>
                <w:rFonts w:ascii="宋体" w:hAnsi="宋体" w:eastAsia="宋体"/>
                <w:b w:val="0"/>
                <w:sz w:val="18"/>
              </w:rPr>
              <w:t>教师板书：13÷4＝3(个)……1(根)</w:t>
            </w:r>
          </w:p>
          <w:p>
            <w:pPr>
              <w:spacing w:after="20" w:line="276" w:lineRule="auto"/>
            </w:pPr>
            <w:r>
              <w:rPr>
                <w:rFonts w:ascii="宋体" w:hAnsi="宋体" w:eastAsia="宋体"/>
                <w:b w:val="0"/>
                <w:sz w:val="18"/>
              </w:rPr>
              <w:t>师：我们借助小棒摆一摆，不仅找到了结果，还能准确地说出算式中每个数表示的意义，非常棒！刚才大家所写的算式还有一个名字，叫作横式。那除法有没有竖式呢？这就是我们今天要学习新的内容。[板书课题：有余数除法的竖式计算(1)]</w:t>
            </w:r>
          </w:p>
        </w:tc>
        <w:tc>
          <w:tcPr>
            <w:tcW w:type="dxa" w:w="3061"/>
          </w:tcPr>
          <w:p>
            <w:pPr>
              <w:spacing w:after="20" w:line="276" w:lineRule="auto"/>
            </w:pPr>
            <w:r/>
            <w:r>
              <w:rPr>
                <w:rFonts w:ascii="宋体" w:hAnsi="宋体" w:eastAsia="宋体"/>
                <w:b w:val="0"/>
                <w:sz w:val="18"/>
              </w:rPr>
              <w:t>学生有这方面的经验，通过平均分，得到的结果是能摆成3个正方形，还剩下1根小棒。所以算式是13÷4＝3(个)……1(根)。</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二、探究新知识，理解算理　　1.研究有余数除法的竖式计算。</w:t>
            </w:r>
          </w:p>
        </w:tc>
        <w:tc>
          <w:tcPr>
            <w:tcW w:type="dxa" w:w="3061"/>
          </w:tcPr>
          <w:p>
            <w:pPr>
              <w:spacing w:after="20" w:line="276" w:lineRule="auto"/>
            </w:pPr>
            <w:r/>
            <w:r>
              <w:rPr>
                <w:rFonts w:ascii="宋体" w:hAnsi="宋体" w:eastAsia="宋体"/>
                <w:b w:val="0"/>
                <w:sz w:val="18"/>
              </w:rPr>
              <w:t>(1)整体感知写法。</w:t>
            </w:r>
          </w:p>
          <w:p>
            <w:pPr>
              <w:spacing w:after="20" w:line="276" w:lineRule="auto"/>
            </w:pPr>
            <w:r>
              <w:rPr>
                <w:rFonts w:ascii="宋体" w:hAnsi="宋体" w:eastAsia="宋体"/>
                <w:b w:val="0"/>
                <w:sz w:val="18"/>
              </w:rPr>
              <w:t>师：刚才大家用摆一摆的方式，对13根小棒进行了平均分活动，并依据平均分的结果写出了横式。除法算式还可以写成竖式的形式，它和加、减法竖式长得不太一样。首先要向大家介绍一个符号，这是除法竖式中的除号“”。</w:t>
            </w:r>
          </w:p>
          <w:p>
            <w:pPr>
              <w:spacing w:after="20" w:line="276" w:lineRule="auto"/>
            </w:pPr>
            <w:r>
              <w:rPr>
                <w:rFonts w:ascii="宋体" w:hAnsi="宋体" w:eastAsia="宋体"/>
                <w:b w:val="0"/>
                <w:sz w:val="18"/>
              </w:rPr>
              <w:t>(2)理解竖式中各部分的意义。</w:t>
            </w:r>
          </w:p>
          <w:p>
            <w:pPr>
              <w:spacing w:after="20" w:line="276" w:lineRule="auto"/>
            </w:pPr>
            <w:r>
              <w:rPr>
                <w:rFonts w:ascii="宋体" w:hAnsi="宋体" w:eastAsia="宋体"/>
                <w:b w:val="0"/>
                <w:sz w:val="18"/>
              </w:rPr>
              <w:t>教师一边讲，一边出示课件。</w:t>
            </w:r>
          </w:p>
          <w:p>
            <w:pPr>
              <w:spacing w:after="20" w:line="276" w:lineRule="auto"/>
            </w:pPr>
            <w:r>
              <w:rPr>
                <w:rFonts w:ascii="宋体" w:hAnsi="宋体" w:eastAsia="宋体"/>
                <w:b w:val="0"/>
                <w:sz w:val="18"/>
              </w:rPr>
              <w:t>师：被除数写在除号的里面，除数写在除号的左边。表示13根小棒，每4根摆1个正方形。</w:t>
            </w:r>
          </w:p>
          <w:p>
            <w:pPr>
              <w:spacing w:after="20" w:line="276" w:lineRule="auto"/>
            </w:pPr>
            <w:r>
              <w:rPr>
                <w:rFonts w:ascii="宋体" w:hAnsi="宋体" w:eastAsia="宋体"/>
                <w:b w:val="0"/>
                <w:sz w:val="18"/>
              </w:rPr>
              <w:t>师：13里面有几个4？(3个)3要写在除号的上面，表示可以摆3个。</w:t>
            </w:r>
          </w:p>
          <w:p>
            <w:pPr>
              <w:spacing w:after="20" w:line="276" w:lineRule="auto"/>
            </w:pPr>
            <w:r>
              <w:rPr>
                <w:rFonts w:ascii="宋体" w:hAnsi="宋体" w:eastAsia="宋体"/>
                <w:b w:val="0"/>
                <w:sz w:val="18"/>
              </w:rPr>
              <w:t>师：结合示意图，摆了3个正方形，就是用去了多少根呢？(4×3＝12)12写在13的下面，表示用去了12根。</w:t>
            </w:r>
          </w:p>
          <w:p>
            <w:pPr>
              <w:spacing w:after="20" w:line="276" w:lineRule="auto"/>
            </w:pPr>
            <w:r>
              <w:rPr>
                <w:rFonts w:ascii="宋体" w:hAnsi="宋体" w:eastAsia="宋体"/>
                <w:b w:val="0"/>
                <w:sz w:val="18"/>
              </w:rPr>
              <w:t>师：还剩几根？怎么得到的？</w:t>
            </w:r>
          </w:p>
          <w:p>
            <w:pPr>
              <w:spacing w:after="20" w:line="276" w:lineRule="auto"/>
            </w:pPr>
            <w:r>
              <w:rPr>
                <w:rFonts w:ascii="宋体" w:hAnsi="宋体" w:eastAsia="宋体"/>
                <w:b w:val="0"/>
                <w:sz w:val="18"/>
              </w:rPr>
              <w:t>师：13减去用去的12，还剩1，所以这时候我们需要画一条横线，然后把1写在12的下面，表示还剩1根。</w:t>
            </w:r>
          </w:p>
          <w:p>
            <w:pPr>
              <w:spacing w:after="20" w:line="276" w:lineRule="auto"/>
            </w:pPr>
            <w:r>
              <w:rPr>
                <w:rFonts w:ascii="宋体" w:hAnsi="宋体" w:eastAsia="宋体"/>
                <w:b w:val="0"/>
                <w:sz w:val="18"/>
              </w:rPr>
              <w:t>师：通过刚才的学习，我们知道了有余数除法的竖式书写的过程以及除法竖式中各部分的意义。</w:t>
            </w:r>
          </w:p>
          <w:p>
            <w:pPr>
              <w:spacing w:after="20" w:line="276" w:lineRule="auto"/>
            </w:pPr>
            <w:r>
              <w:rPr>
                <w:rFonts w:ascii="宋体" w:hAnsi="宋体" w:eastAsia="宋体"/>
                <w:b w:val="0"/>
                <w:sz w:val="18"/>
              </w:rPr>
              <w:t>师：除法竖式中，各部分也有它们的名称，我们结合横式标出它们的名称吧！</w:t>
            </w:r>
          </w:p>
          <w:p>
            <w:pPr>
              <w:spacing w:after="20" w:line="276" w:lineRule="auto"/>
            </w:pPr>
            <w:r>
              <w:rPr>
                <w:rFonts w:ascii="宋体" w:hAnsi="宋体" w:eastAsia="宋体"/>
                <w:b w:val="0"/>
                <w:sz w:val="18"/>
              </w:rPr>
              <w:t>(3)沟通除法横式与竖式的联系。</w:t>
            </w:r>
          </w:p>
          <w:p>
            <w:pPr>
              <w:spacing w:after="20" w:line="276" w:lineRule="auto"/>
            </w:pPr>
            <w:r>
              <w:rPr>
                <w:rFonts w:ascii="宋体" w:hAnsi="宋体" w:eastAsia="宋体"/>
                <w:b w:val="0"/>
                <w:sz w:val="18"/>
              </w:rPr>
              <w:t>师：观察横式和竖式，你能发现它们之间的联系吗？</w:t>
            </w:r>
          </w:p>
          <w:p>
            <w:pPr>
              <w:spacing w:after="20" w:line="276" w:lineRule="auto"/>
            </w:pPr>
            <w:r>
              <w:rPr>
                <w:rFonts w:ascii="宋体" w:hAnsi="宋体" w:eastAsia="宋体"/>
                <w:b w:val="0"/>
                <w:sz w:val="18"/>
              </w:rPr>
              <w:t>教师引导学生将横式中的每一步与竖式中的每一步进行对照。</w:t>
            </w:r>
          </w:p>
          <w:p>
            <w:pPr>
              <w:spacing w:after="20" w:line="276" w:lineRule="auto"/>
            </w:pPr>
            <w:r>
              <w:rPr>
                <w:rFonts w:ascii="宋体" w:hAnsi="宋体" w:eastAsia="宋体"/>
                <w:b w:val="0"/>
                <w:sz w:val="18"/>
              </w:rPr>
              <w:t>师：通过对比发现，你觉得竖式有什么好处呢？</w:t>
            </w:r>
          </w:p>
          <w:p>
            <w:pPr>
              <w:spacing w:after="20" w:line="276" w:lineRule="auto"/>
            </w:pPr>
            <w:r>
              <w:rPr>
                <w:rFonts w:ascii="宋体" w:hAnsi="宋体" w:eastAsia="宋体"/>
                <w:b w:val="0"/>
                <w:sz w:val="18"/>
              </w:rPr>
              <w:t>(4)除法算式中各部分间的关系。</w:t>
            </w:r>
          </w:p>
          <w:p>
            <w:pPr>
              <w:spacing w:after="20" w:line="276" w:lineRule="auto"/>
            </w:pPr>
            <w:r>
              <w:rPr>
                <w:rFonts w:ascii="宋体" w:hAnsi="宋体" w:eastAsia="宋体"/>
                <w:b w:val="0"/>
                <w:sz w:val="18"/>
              </w:rPr>
              <w:t>师：想一想，除法算式里被除数、除数、商和余数有什么关系？</w:t>
            </w:r>
          </w:p>
          <w:p>
            <w:pPr>
              <w:spacing w:after="20" w:line="276" w:lineRule="auto"/>
            </w:pPr>
            <w:r>
              <w:rPr>
                <w:rFonts w:ascii="宋体" w:hAnsi="宋体" w:eastAsia="宋体"/>
                <w:b w:val="0"/>
                <w:sz w:val="18"/>
              </w:rPr>
              <w:t>师：以13÷4＝3……1为例，从13里面分走了3个4，还剩1个，也就是3个4加1个，等于13。即13＝4×3＋1，所以除法算式里被除数、除数、商和余数之间的关系：被除数＝除数×商＋余数。(教师适时板书)</w:t>
            </w:r>
          </w:p>
          <w:p>
            <w:pPr>
              <w:spacing w:after="20" w:line="276" w:lineRule="auto"/>
            </w:pPr>
            <w:r>
              <w:rPr>
                <w:rFonts w:ascii="宋体" w:hAnsi="宋体" w:eastAsia="宋体"/>
                <w:b w:val="0"/>
                <w:sz w:val="18"/>
              </w:rPr>
              <w:t>2．迁移类推，学习表内除法竖式。</w:t>
            </w:r>
          </w:p>
          <w:p>
            <w:pPr>
              <w:spacing w:after="20" w:line="276" w:lineRule="auto"/>
            </w:pPr>
            <w:r>
              <w:rPr>
                <w:rFonts w:ascii="宋体" w:hAnsi="宋体" w:eastAsia="宋体"/>
                <w:b w:val="0"/>
                <w:sz w:val="18"/>
              </w:rPr>
              <w:t>课件出示教科书P14“试一试”部分内容。</w:t>
            </w:r>
          </w:p>
          <w:p>
            <w:pPr>
              <w:spacing w:after="20" w:line="276" w:lineRule="auto"/>
            </w:pPr>
            <w:r>
              <w:rPr>
                <w:rFonts w:ascii="宋体" w:hAnsi="宋体" w:eastAsia="宋体"/>
                <w:b w:val="0"/>
                <w:sz w:val="18"/>
              </w:rPr>
              <w:t>师：用自己喜欢的方法解决问题，并列出横式。</w:t>
            </w:r>
          </w:p>
          <w:p>
            <w:pPr>
              <w:spacing w:after="20" w:line="276" w:lineRule="auto"/>
            </w:pPr>
            <w:r>
              <w:rPr>
                <w:rFonts w:ascii="宋体" w:hAnsi="宋体" w:eastAsia="宋体"/>
                <w:b w:val="0"/>
                <w:sz w:val="18"/>
              </w:rPr>
              <w:t>师：用15根小棒摆和用16根小棒摆有什么不同？</w:t>
            </w:r>
          </w:p>
          <w:p>
            <w:pPr>
              <w:spacing w:after="20" w:line="276" w:lineRule="auto"/>
            </w:pPr>
            <w:r>
              <w:rPr>
                <w:rFonts w:ascii="宋体" w:hAnsi="宋体" w:eastAsia="宋体"/>
                <w:b w:val="0"/>
                <w:sz w:val="18"/>
              </w:rPr>
              <w:t>师：用16根小棒摆，正好摆完，没有剩余。写竖式时，用数字几表示没有余数呢？</w:t>
            </w:r>
          </w:p>
          <w:p>
            <w:pPr>
              <w:spacing w:after="20" w:line="276" w:lineRule="auto"/>
            </w:pPr>
            <w:r>
              <w:rPr>
                <w:rFonts w:ascii="宋体" w:hAnsi="宋体" w:eastAsia="宋体"/>
                <w:b w:val="0"/>
                <w:sz w:val="18"/>
              </w:rPr>
              <w:t>师：这两个问题的竖式该怎么写呢？自己在练习本上尝试着写一写。</w:t>
            </w:r>
          </w:p>
          <w:p>
            <w:pPr>
              <w:spacing w:after="20" w:line="276" w:lineRule="auto"/>
            </w:pPr>
            <w:r>
              <w:rPr>
                <w:rFonts w:ascii="宋体" w:hAnsi="宋体" w:eastAsia="宋体"/>
                <w:b w:val="0"/>
                <w:sz w:val="18"/>
              </w:rPr>
              <w:t>课件出示教科书P14“试一试”竖式及相关内容。</w:t>
            </w:r>
          </w:p>
        </w:tc>
        <w:tc>
          <w:tcPr>
            <w:tcW w:type="dxa" w:w="3061"/>
          </w:tcPr>
          <w:p>
            <w:pPr>
              <w:spacing w:after="20" w:line="276" w:lineRule="auto"/>
            </w:pPr>
            <w:r/>
            <w:r>
              <w:rPr>
                <w:rFonts w:ascii="宋体" w:hAnsi="宋体" w:eastAsia="宋体"/>
                <w:b w:val="0"/>
                <w:sz w:val="18"/>
              </w:rPr>
              <w:t>学生仔细观察竖式和横式，与同桌互相说一说竖式中各部分的名称。教师依次介绍每个数并板书：</w:t>
            </w:r>
          </w:p>
          <w:p>
            <w:pPr>
              <w:spacing w:after="20" w:line="276" w:lineRule="auto"/>
            </w:pPr>
            <w:r>
              <w:rPr>
                <w:rFonts w:ascii="宋体" w:hAnsi="宋体" w:eastAsia="宋体"/>
                <w:b w:val="0"/>
                <w:sz w:val="18"/>
              </w:rPr>
              <w:t>在对照的过程中，学生会发现竖式不仅能表达横式所表示的意思，同时还能看到用去的12根，这是横式里看不到的，从而产生对竖式的认可。</w:t>
            </w:r>
          </w:p>
          <w:p>
            <w:pPr>
              <w:spacing w:after="20" w:line="276" w:lineRule="auto"/>
            </w:pPr>
            <w:r>
              <w:rPr>
                <w:rFonts w:ascii="宋体" w:hAnsi="宋体" w:eastAsia="宋体"/>
                <w:b w:val="0"/>
                <w:sz w:val="18"/>
              </w:rPr>
              <w:t>比起横式，除法竖式能更好地把自己思路中的每一步展示出来。步步连贯，就不容易出错了。</w:t>
            </w:r>
          </w:p>
          <w:p>
            <w:pPr>
              <w:spacing w:after="20" w:line="276" w:lineRule="auto"/>
            </w:pPr>
            <w:r>
              <w:rPr>
                <w:rFonts w:ascii="宋体" w:hAnsi="宋体" w:eastAsia="宋体"/>
                <w:b w:val="0"/>
                <w:sz w:val="18"/>
              </w:rPr>
              <w:t>学生已有很多关于这类平均分的经验，能很快写出横式。</w:t>
            </w:r>
          </w:p>
          <w:p>
            <w:pPr>
              <w:spacing w:after="20" w:line="276" w:lineRule="auto"/>
            </w:pPr>
            <w:r>
              <w:rPr>
                <w:rFonts w:ascii="宋体" w:hAnsi="宋体" w:eastAsia="宋体"/>
                <w:b w:val="0"/>
                <w:sz w:val="18"/>
              </w:rPr>
              <w:t>用15根小棒摆有剩余，用16根小棒摆，正好摆完，没有剩余。</w:t>
            </w:r>
          </w:p>
          <w:p>
            <w:pPr>
              <w:spacing w:after="20" w:line="276" w:lineRule="auto"/>
            </w:pPr>
            <w:r>
              <w:rPr>
                <w:rFonts w:ascii="宋体" w:hAnsi="宋体" w:eastAsia="宋体"/>
                <w:b w:val="0"/>
                <w:sz w:val="18"/>
              </w:rPr>
              <w:t>用0表示没有余数。</w:t>
            </w:r>
          </w:p>
          <w:p>
            <w:pPr>
              <w:spacing w:after="20" w:line="276" w:lineRule="auto"/>
            </w:pPr>
            <w:r>
              <w:rPr>
                <w:rFonts w:ascii="宋体" w:hAnsi="宋体" w:eastAsia="宋体"/>
                <w:b w:val="0"/>
                <w:sz w:val="18"/>
              </w:rPr>
              <w:t>学生独立完成，教师寻找典型案例评讲。</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设计递进式探究活动，引导学生在动手实践与合作交流中经历知识形成过程，突破本课重难点，核心问题："13里面有几个4？"</w:t>
            </w:r>
          </w:p>
        </w:tc>
      </w:tr>
      <w:tr>
        <w:tc>
          <w:tcPr>
            <w:tcW w:type="dxa" w:w="1474"/>
          </w:tcPr>
          <w:p>
            <w:pPr>
              <w:spacing w:after="20" w:line="276" w:lineRule="auto"/>
            </w:pPr>
            <w:r>
              <w:rPr>
                <w:b/>
              </w:rPr>
            </w:r>
            <w:r>
              <w:rPr>
                <w:rFonts w:ascii="宋体" w:hAnsi="宋体" w:eastAsia="宋体"/>
                <w:b/>
                <w:sz w:val="18"/>
              </w:rPr>
              <w:t>三、巩固练习　　1.完成教科书P14“做一做”第1题。</w:t>
            </w:r>
          </w:p>
        </w:tc>
        <w:tc>
          <w:tcPr>
            <w:tcW w:type="dxa" w:w="3061"/>
          </w:tcPr>
          <w:p>
            <w:pPr>
              <w:spacing w:after="20" w:line="276" w:lineRule="auto"/>
            </w:pPr>
            <w:r/>
            <w:r>
              <w:rPr>
                <w:rFonts w:ascii="宋体" w:hAnsi="宋体" w:eastAsia="宋体"/>
                <w:b w:val="0"/>
                <w:sz w:val="18"/>
              </w:rPr>
              <w:t>2．完成教科书P14“做一做”第2题。</w:t>
            </w:r>
          </w:p>
          <w:p>
            <w:pPr>
              <w:spacing w:after="20" w:line="276" w:lineRule="auto"/>
            </w:pPr>
            <w:r>
              <w:rPr>
                <w:rFonts w:ascii="宋体" w:hAnsi="宋体" w:eastAsia="宋体"/>
                <w:b w:val="0"/>
                <w:sz w:val="18"/>
              </w:rPr>
              <w:t>先厘清各组图中的被除数、除数、商和余数，再填写算式。</w:t>
            </w:r>
          </w:p>
          <w:p>
            <w:pPr>
              <w:spacing w:after="20" w:line="276" w:lineRule="auto"/>
            </w:pPr>
            <w:r>
              <w:rPr>
                <w:rFonts w:ascii="宋体" w:hAnsi="宋体" w:eastAsia="宋体"/>
                <w:b w:val="0"/>
                <w:sz w:val="18"/>
              </w:rPr>
              <w:t>3．完成教科书P15上面“做一做”第3题。</w:t>
            </w:r>
          </w:p>
          <w:p>
            <w:pPr>
              <w:spacing w:after="20" w:line="276" w:lineRule="auto"/>
            </w:pPr>
            <w:r>
              <w:rPr>
                <w:rFonts w:ascii="宋体" w:hAnsi="宋体" w:eastAsia="宋体"/>
                <w:b w:val="0"/>
                <w:sz w:val="18"/>
              </w:rPr>
              <w:t>利用表内乘除法来推出方框里能填的最大数。</w:t>
            </w:r>
          </w:p>
        </w:tc>
        <w:tc>
          <w:tcPr>
            <w:tcW w:type="dxa" w:w="3061"/>
          </w:tcPr>
          <w:p>
            <w:pPr>
              <w:spacing w:after="20" w:line="276" w:lineRule="auto"/>
            </w:pPr>
            <w:r/>
            <w:r>
              <w:rPr>
                <w:rFonts w:ascii="宋体" w:hAnsi="宋体" w:eastAsia="宋体"/>
                <w:b w:val="0"/>
                <w:sz w:val="18"/>
              </w:rPr>
              <w:t>学生独立完成，教师巡视。</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　　师：这节课你们学到了什么新的知识？</w:t>
            </w:r>
          </w:p>
        </w:tc>
        <w:tc>
          <w:tcPr>
            <w:tcW w:type="dxa" w:w="3061"/>
          </w:tcPr>
          <w:p>
            <w:pPr>
              <w:spacing w:after="20" w:line="276" w:lineRule="auto"/>
            </w:pPr>
            <w:r/>
            <w:r>
              <w:rPr>
                <w:rFonts w:ascii="宋体" w:hAnsi="宋体" w:eastAsia="宋体"/>
                <w:b w:val="0"/>
                <w:sz w:val="18"/>
              </w:rPr>
              <w:t>师：除法竖式和除法横式的写法有什么相同的地方？有什么不同的地方？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借助13根小棒摆正方形的操作，让学生直观感受平均分后有剩余的情况，理解有余数除法的含义。通过逐步呈现除法竖式的形成过程，帮助学生掌握竖式写法，明晰各部分的意义。引导学生观察、思考被除数、除数、商和余数之间的关系，构建有余数除法的数学模型。</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教科书P13～14例3，教科书P14～15上面“做一做”。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依然是通过摆小棒呈现有余数的除法，提出有余数的除法算式可以写成竖式，引导学生明白除法竖式中各部分的含义，从而使得学生能够根据有余数的除法算式写出相应的竖式。表内除法和有余数的除法对学生来说并不陌生，这节课还将竖式与横式进行对比，让学生在交流中发现竖式相比横式在某些方面的优越性，便于后期学生在合适的实际情境中应用竖式。</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有余数除法的竖式计算(2)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有余数除法的竖式计算(2)</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教学内容：教科书P15例4，教科书P15下面“做一做”。</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（1）初步掌握试商的基本方法，并能较熟练地进行有余数的除法的口算和笔算。</w:t>
      </w:r>
    </w:p>
    <w:p>
      <w:pPr>
        <w:spacing w:after="20" w:line="300" w:lineRule="auto"/>
        <w:ind w:firstLine="400"/>
      </w:pPr>
      <w:r>
        <w:rPr>
          <w:rFonts w:ascii="宋体" w:hAnsi="宋体" w:eastAsia="宋体"/>
          <w:b w:val="0"/>
          <w:sz w:val="20"/>
        </w:rPr>
        <w:t>（2）培养学生的观察、分析能力以及恰当地进行数学表达的能力。</w:t>
      </w:r>
    </w:p>
    <w:p>
      <w:pPr>
        <w:spacing w:after="20" w:line="300" w:lineRule="auto"/>
        <w:ind w:firstLine="400"/>
      </w:pPr>
      <w:r>
        <w:rPr>
          <w:rFonts w:ascii="宋体" w:hAnsi="宋体" w:eastAsia="宋体"/>
          <w:b w:val="0"/>
          <w:sz w:val="20"/>
        </w:rPr>
        <w:t>（3）帮助学生经历数学化的过程，养成积极参与学习活动的态度和习惯。</w:t>
      </w:r>
    </w:p>
    <w:p>
      <w:pPr>
        <w:spacing w:after="20" w:line="300" w:lineRule="auto"/>
      </w:pPr>
      <w:r>
        <w:rPr>
          <w:rFonts w:ascii="宋体" w:hAnsi="宋体" w:eastAsia="宋体"/>
          <w:b w:val="0"/>
          <w:sz w:val="20"/>
        </w:rPr>
        <w:t>教学重点：掌握试商的基本方法。</w:t>
      </w:r>
    </w:p>
    <w:p>
      <w:pPr>
        <w:spacing w:after="20" w:line="300" w:lineRule="auto"/>
      </w:pPr>
      <w:r>
        <w:rPr>
          <w:rFonts w:ascii="宋体" w:hAnsi="宋体" w:eastAsia="宋体"/>
          <w:b w:val="0"/>
          <w:sz w:val="20"/>
        </w:rPr>
        <w:t>教学难点：理解竖式计算的算理，快速试商。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一、复习旧知识，导入新课</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你能把上面的横式写成竖式的形式吗？；前面我们知道通过摆小棒来确定有余数的除法算式的商和余数，可是在运用的过程中如果被除数很大，摆一摆还方便吗？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二、探究试商方法</w:t>
            </w:r>
          </w:p>
        </w:tc>
        <w:tc>
          <w:tcPr>
            <w:tcW w:type="dxa" w:w="1814"/>
          </w:tcPr>
          <w:p>
            <w:pPr>
              <w:spacing w:after="20" w:line="276" w:lineRule="auto"/>
            </w:pPr>
            <w:r/>
            <w:r>
              <w:rPr>
                <w:rFonts w:ascii="宋体" w:hAnsi="宋体" w:eastAsia="宋体"/>
                <w:b w:val="0"/>
                <w:sz w:val="18"/>
              </w:rPr>
              <w:t>课件、教科书、小棒</w:t>
            </w:r>
          </w:p>
        </w:tc>
        <w:tc>
          <w:tcPr>
            <w:tcW w:type="dxa" w:w="3402"/>
          </w:tcPr>
          <w:p>
            <w:pPr>
              <w:spacing w:after="20" w:line="276" w:lineRule="auto"/>
            </w:pPr>
            <w:r/>
            <w:r>
              <w:rPr>
                <w:rFonts w:ascii="宋体" w:hAnsi="宋体" w:eastAsia="宋体"/>
                <w:b w:val="0"/>
                <w:sz w:val="18"/>
              </w:rPr>
              <w:t>计算表内除法时，怎么快速地计算呢？；这个题与表内除法有什么区别呢？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一、复习旧知识，导入新课</w:t>
            </w:r>
          </w:p>
        </w:tc>
        <w:tc>
          <w:tcPr>
            <w:tcW w:type="dxa" w:w="3061"/>
          </w:tcPr>
          <w:p>
            <w:pPr>
              <w:spacing w:after="20" w:line="276" w:lineRule="auto"/>
            </w:pPr>
            <w:r/>
            <w:r>
              <w:rPr>
                <w:rFonts w:ascii="宋体" w:hAnsi="宋体" w:eastAsia="宋体"/>
                <w:b w:val="0"/>
                <w:sz w:val="18"/>
              </w:rPr>
              <w:t>课件出示习题。</w:t>
            </w:r>
          </w:p>
          <w:p>
            <w:pPr>
              <w:spacing w:after="20" w:line="276" w:lineRule="auto"/>
            </w:pPr>
            <w:r>
              <w:rPr>
                <w:rFonts w:ascii="宋体" w:hAnsi="宋体" w:eastAsia="宋体"/>
                <w:b w:val="0"/>
                <w:sz w:val="18"/>
              </w:rPr>
              <w:t>按要求摆一摆，并把摆的结果用横式表示。</w:t>
            </w:r>
          </w:p>
          <w:p>
            <w:pPr>
              <w:spacing w:after="20" w:line="276" w:lineRule="auto"/>
            </w:pPr>
            <w:r>
              <w:rPr>
                <w:rFonts w:ascii="宋体" w:hAnsi="宋体" w:eastAsia="宋体"/>
                <w:b w:val="0"/>
                <w:sz w:val="18"/>
              </w:rPr>
              <w:t>(1)一共有12根小棒，每份5根，能摆几份？还剩几根？</w:t>
            </w:r>
          </w:p>
          <w:p>
            <w:pPr>
              <w:spacing w:after="20" w:line="276" w:lineRule="auto"/>
            </w:pPr>
            <w:r>
              <w:rPr>
                <w:rFonts w:ascii="宋体" w:hAnsi="宋体" w:eastAsia="宋体"/>
                <w:b w:val="0"/>
                <w:sz w:val="18"/>
              </w:rPr>
              <w:t>(2)一共有29根小棒，平均分成9份，每份几根？还剩几根？</w:t>
            </w:r>
          </w:p>
          <w:p>
            <w:pPr>
              <w:spacing w:after="20" w:line="276" w:lineRule="auto"/>
            </w:pPr>
            <w:r>
              <w:rPr>
                <w:rFonts w:ascii="宋体" w:hAnsi="宋体" w:eastAsia="宋体"/>
                <w:b w:val="0"/>
                <w:sz w:val="18"/>
              </w:rPr>
              <w:t>师：你能把上面的横式写成竖式的形式吗？</w:t>
            </w:r>
          </w:p>
          <w:p>
            <w:pPr>
              <w:spacing w:after="20" w:line="276" w:lineRule="auto"/>
            </w:pPr>
            <w:r>
              <w:rPr>
                <w:rFonts w:ascii="宋体" w:hAnsi="宋体" w:eastAsia="宋体"/>
                <w:b w:val="0"/>
                <w:sz w:val="18"/>
              </w:rPr>
              <w:t>写的过程中注意提醒学生边写边说每个数的含义。</w:t>
            </w:r>
          </w:p>
          <w:p>
            <w:pPr>
              <w:spacing w:after="20" w:line="276" w:lineRule="auto"/>
            </w:pPr>
            <w:r>
              <w:rPr>
                <w:rFonts w:ascii="宋体" w:hAnsi="宋体" w:eastAsia="宋体"/>
                <w:b w:val="0"/>
                <w:sz w:val="18"/>
              </w:rPr>
              <w:t>师：前面我们知道通过摆小棒来确定有余数的除法算式的商和余数，可是在运用的过程中如果被除数很大，摆一摆还方便吗？这节课我们就一起来试试，不摆小棒，直接列竖式计算有余数的除法。[板书课题：有余数除法的竖式计算(2)]</w:t>
            </w:r>
          </w:p>
        </w:tc>
        <w:tc>
          <w:tcPr>
            <w:tcW w:type="dxa" w:w="3061"/>
          </w:tcPr>
          <w:p>
            <w:pPr>
              <w:spacing w:after="20" w:line="276" w:lineRule="auto"/>
            </w:pPr>
            <w:r/>
            <w:r>
              <w:rPr>
                <w:rFonts w:ascii="宋体" w:hAnsi="宋体" w:eastAsia="宋体"/>
                <w:b w:val="0"/>
                <w:sz w:val="18"/>
              </w:rPr>
              <w:t>学生独立完成。</w:t>
            </w:r>
          </w:p>
          <w:p>
            <w:pPr>
              <w:spacing w:after="20" w:line="276" w:lineRule="auto"/>
            </w:pPr>
            <w:r>
              <w:rPr>
                <w:rFonts w:ascii="宋体" w:hAnsi="宋体" w:eastAsia="宋体"/>
                <w:b w:val="0"/>
                <w:sz w:val="18"/>
              </w:rPr>
              <w:t>学生对该内容很熟悉，先动手操作，然后再根据平均分的结果写出横式。</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创设情境激活学生已有经验，自然引出本课学习内容，激发学习兴趣，核心问题："你能把上面的横式写成竖式的形式吗？"</w:t>
            </w:r>
          </w:p>
        </w:tc>
      </w:tr>
      <w:tr>
        <w:tc>
          <w:tcPr>
            <w:tcW w:type="dxa" w:w="1474"/>
          </w:tcPr>
          <w:p>
            <w:pPr>
              <w:spacing w:after="20" w:line="276" w:lineRule="auto"/>
            </w:pPr>
            <w:r>
              <w:rPr>
                <w:b/>
              </w:rPr>
            </w:r>
            <w:r>
              <w:rPr>
                <w:rFonts w:ascii="宋体" w:hAnsi="宋体" w:eastAsia="宋体"/>
                <w:b/>
                <w:sz w:val="18"/>
              </w:rPr>
              <w:t>二、探究试商方法</w:t>
            </w:r>
          </w:p>
        </w:tc>
        <w:tc>
          <w:tcPr>
            <w:tcW w:type="dxa" w:w="3061"/>
          </w:tcPr>
          <w:p>
            <w:pPr>
              <w:spacing w:after="20" w:line="276" w:lineRule="auto"/>
            </w:pPr>
            <w:r/>
            <w:r>
              <w:rPr>
                <w:rFonts w:ascii="宋体" w:hAnsi="宋体" w:eastAsia="宋体"/>
                <w:b w:val="0"/>
                <w:sz w:val="18"/>
              </w:rPr>
              <w:t>1.结合已有经验，探索试商方向。</w:t>
            </w:r>
          </w:p>
          <w:p>
            <w:pPr>
              <w:spacing w:after="20" w:line="276" w:lineRule="auto"/>
            </w:pPr>
            <w:r>
              <w:rPr>
                <w:rFonts w:ascii="宋体" w:hAnsi="宋体" w:eastAsia="宋体"/>
                <w:b w:val="0"/>
                <w:sz w:val="18"/>
              </w:rPr>
              <w:t>课件出示教科书P15例4横式。</w:t>
            </w:r>
          </w:p>
          <w:p>
            <w:pPr>
              <w:spacing w:after="20" w:line="276" w:lineRule="auto"/>
            </w:pPr>
            <w:r>
              <w:rPr>
                <w:rFonts w:ascii="宋体" w:hAnsi="宋体" w:eastAsia="宋体"/>
                <w:b w:val="0"/>
                <w:sz w:val="18"/>
              </w:rPr>
              <w:t>43÷7＝□……□</w:t>
            </w:r>
          </w:p>
          <w:p>
            <w:pPr>
              <w:spacing w:after="20" w:line="276" w:lineRule="auto"/>
            </w:pPr>
            <w:r>
              <w:rPr>
                <w:rFonts w:ascii="宋体" w:hAnsi="宋体" w:eastAsia="宋体"/>
                <w:b w:val="0"/>
                <w:sz w:val="18"/>
              </w:rPr>
              <w:t>师：计算表内除法时，怎么快速地计算呢？</w:t>
            </w:r>
          </w:p>
          <w:p>
            <w:pPr>
              <w:spacing w:after="20" w:line="276" w:lineRule="auto"/>
            </w:pPr>
            <w:r>
              <w:rPr>
                <w:rFonts w:ascii="宋体" w:hAnsi="宋体" w:eastAsia="宋体"/>
                <w:b w:val="0"/>
                <w:sz w:val="18"/>
              </w:rPr>
              <w:t>师：这个题与表内除法有什么区别呢？</w:t>
            </w:r>
          </w:p>
          <w:p>
            <w:pPr>
              <w:spacing w:after="20" w:line="276" w:lineRule="auto"/>
            </w:pPr>
            <w:r>
              <w:rPr>
                <w:rFonts w:ascii="宋体" w:hAnsi="宋体" w:eastAsia="宋体"/>
                <w:b w:val="0"/>
                <w:sz w:val="18"/>
              </w:rPr>
              <w:t>师：请大家试着说一说商是几，为什么？</w:t>
            </w:r>
          </w:p>
          <w:p>
            <w:pPr>
              <w:spacing w:after="20" w:line="276" w:lineRule="auto"/>
            </w:pPr>
            <w:r>
              <w:rPr>
                <w:rFonts w:ascii="宋体" w:hAnsi="宋体" w:eastAsia="宋体"/>
                <w:b w:val="0"/>
                <w:sz w:val="18"/>
              </w:rPr>
              <w:t>师：几种不同的结果，你们同意哪一个？</w:t>
            </w:r>
          </w:p>
          <w:p>
            <w:pPr>
              <w:spacing w:after="20" w:line="276" w:lineRule="auto"/>
            </w:pPr>
            <w:r>
              <w:rPr>
                <w:rFonts w:ascii="宋体" w:hAnsi="宋体" w:eastAsia="宋体"/>
                <w:b w:val="0"/>
                <w:sz w:val="18"/>
              </w:rPr>
              <w:t>师：为什么同意商是6？能说说你的理由吗？</w:t>
            </w:r>
          </w:p>
          <w:p>
            <w:pPr>
              <w:spacing w:after="20" w:line="276" w:lineRule="auto"/>
            </w:pPr>
            <w:r>
              <w:rPr>
                <w:rFonts w:ascii="宋体" w:hAnsi="宋体" w:eastAsia="宋体"/>
                <w:b w:val="0"/>
                <w:sz w:val="18"/>
              </w:rPr>
              <w:t>引导学生根据已经学过的余数的概念，结合表内除法求商的经验来分析。</w:t>
            </w:r>
          </w:p>
          <w:p>
            <w:pPr>
              <w:spacing w:after="20" w:line="276" w:lineRule="auto"/>
            </w:pPr>
            <w:r>
              <w:rPr>
                <w:rFonts w:ascii="宋体" w:hAnsi="宋体" w:eastAsia="宋体"/>
                <w:b w:val="0"/>
                <w:sz w:val="18"/>
              </w:rPr>
              <w:t>师：我们在试商时要想乘法口诀，想口诀中的积要尽量接近被除数但不超过被除数。</w:t>
            </w:r>
          </w:p>
          <w:p>
            <w:pPr>
              <w:spacing w:after="20" w:line="276" w:lineRule="auto"/>
            </w:pPr>
            <w:r>
              <w:rPr>
                <w:rFonts w:ascii="宋体" w:hAnsi="宋体" w:eastAsia="宋体"/>
                <w:b w:val="0"/>
                <w:sz w:val="18"/>
              </w:rPr>
              <w:t>2．深入理解，探索试商方法。</w:t>
            </w:r>
          </w:p>
          <w:p>
            <w:pPr>
              <w:spacing w:after="20" w:line="276" w:lineRule="auto"/>
            </w:pPr>
            <w:r>
              <w:rPr>
                <w:rFonts w:ascii="宋体" w:hAnsi="宋体" w:eastAsia="宋体"/>
                <w:b w:val="0"/>
                <w:sz w:val="18"/>
              </w:rPr>
              <w:t>师：下面我们用除法竖式把我们思考的过程表示出来，一起深入探究试商的方法。</w:t>
            </w:r>
          </w:p>
          <w:p>
            <w:pPr>
              <w:spacing w:after="20" w:line="276" w:lineRule="auto"/>
            </w:pPr>
            <w:r>
              <w:rPr>
                <w:rFonts w:ascii="宋体" w:hAnsi="宋体" w:eastAsia="宋体"/>
                <w:b w:val="0"/>
                <w:sz w:val="18"/>
              </w:rPr>
              <w:t>师：怎样快速地找到商呢？</w:t>
            </w:r>
          </w:p>
          <w:p>
            <w:pPr>
              <w:spacing w:after="20" w:line="276" w:lineRule="auto"/>
            </w:pPr>
            <w:r>
              <w:rPr>
                <w:rFonts w:ascii="宋体" w:hAnsi="宋体" w:eastAsia="宋体"/>
                <w:b w:val="0"/>
                <w:sz w:val="18"/>
              </w:rPr>
              <w:t>教师边说边写竖式，引导学生理解试商过程：</w:t>
            </w:r>
          </w:p>
          <w:p>
            <w:pPr>
              <w:spacing w:after="20" w:line="276" w:lineRule="auto"/>
            </w:pPr>
            <w:r>
              <w:rPr>
                <w:rFonts w:ascii="宋体" w:hAnsi="宋体" w:eastAsia="宋体"/>
                <w:b w:val="0"/>
                <w:sz w:val="18"/>
              </w:rPr>
              <w:t>第一步商，商写在除号的上面，与被除数的个位对齐。商是6。</w:t>
            </w:r>
          </w:p>
          <w:p>
            <w:pPr>
              <w:spacing w:after="20" w:line="276" w:lineRule="auto"/>
            </w:pPr>
            <w:r>
              <w:rPr>
                <w:rFonts w:ascii="宋体" w:hAnsi="宋体" w:eastAsia="宋体"/>
                <w:b w:val="0"/>
                <w:sz w:val="18"/>
              </w:rPr>
              <w:t>第二步乘，找到分出去的部分，也就是除数和商的积，写在被除数的下面。积是42。</w:t>
            </w:r>
          </w:p>
          <w:p>
            <w:pPr>
              <w:spacing w:after="20" w:line="276" w:lineRule="auto"/>
            </w:pPr>
            <w:r>
              <w:rPr>
                <w:rFonts w:ascii="宋体" w:hAnsi="宋体" w:eastAsia="宋体"/>
                <w:b w:val="0"/>
                <w:sz w:val="18"/>
              </w:rPr>
              <w:t>第三步减，用被除数减去分出去的部分，就是余数。余数是1。</w:t>
            </w:r>
          </w:p>
          <w:p>
            <w:pPr>
              <w:spacing w:after="20" w:line="276" w:lineRule="auto"/>
            </w:pPr>
            <w:r>
              <w:rPr>
                <w:rFonts w:ascii="宋体" w:hAnsi="宋体" w:eastAsia="宋体"/>
                <w:b w:val="0"/>
                <w:sz w:val="18"/>
              </w:rPr>
              <w:t>第四步比较，比较余数和除数的大小。只有余数比除数小，才说明不够再分，商正好。</w:t>
            </w:r>
          </w:p>
          <w:p>
            <w:pPr>
              <w:spacing w:after="20" w:line="276" w:lineRule="auto"/>
            </w:pPr>
            <w:r>
              <w:rPr>
                <w:rFonts w:ascii="宋体" w:hAnsi="宋体" w:eastAsia="宋体"/>
                <w:b w:val="0"/>
                <w:sz w:val="18"/>
              </w:rPr>
              <w:t>教师板书：43÷7＝6……1,</w:t>
            </w:r>
          </w:p>
          <w:p>
            <w:pPr>
              <w:spacing w:after="20" w:line="276" w:lineRule="auto"/>
            </w:pPr>
            <w:r>
              <w:rPr>
                <w:rFonts w:ascii="宋体" w:hAnsi="宋体" w:eastAsia="宋体"/>
                <w:b w:val="0"/>
                <w:sz w:val="18"/>
              </w:rPr>
              <w:t>师：说一说，你们在试商的过程中出现了哪些情况，后来又是怎么解决的？</w:t>
            </w:r>
          </w:p>
          <w:p>
            <w:pPr>
              <w:spacing w:after="20" w:line="276" w:lineRule="auto"/>
            </w:pPr>
            <w:r>
              <w:rPr>
                <w:rFonts w:ascii="宋体" w:hAnsi="宋体" w:eastAsia="宋体"/>
                <w:b w:val="0"/>
                <w:sz w:val="18"/>
              </w:rPr>
              <w:t>师：谁能总结出试商的方法？</w:t>
            </w:r>
          </w:p>
          <w:p>
            <w:pPr>
              <w:spacing w:after="20" w:line="276" w:lineRule="auto"/>
            </w:pPr>
            <w:r>
              <w:rPr>
                <w:rFonts w:ascii="宋体" w:hAnsi="宋体" w:eastAsia="宋体"/>
                <w:b w:val="0"/>
                <w:sz w:val="18"/>
              </w:rPr>
              <w:t>师小结：对于除法计算，列除法竖式可以帮助我们提高正确率。在计算的过程中，要特别注意最后一步“比较”，比较余数和除数的大小，这样才好判断运算是否正确，商该怎么去调整。</w:t>
            </w:r>
          </w:p>
        </w:tc>
        <w:tc>
          <w:tcPr>
            <w:tcW w:type="dxa" w:w="3061"/>
          </w:tcPr>
          <w:p>
            <w:pPr>
              <w:spacing w:after="20" w:line="276" w:lineRule="auto"/>
            </w:pPr>
            <w:r/>
            <w:r>
              <w:rPr>
                <w:rFonts w:ascii="宋体" w:hAnsi="宋体" w:eastAsia="宋体"/>
                <w:b w:val="0"/>
                <w:sz w:val="18"/>
              </w:rPr>
              <w:t>想与除数有关的乘法口诀。</w:t>
            </w:r>
          </w:p>
          <w:p>
            <w:pPr>
              <w:spacing w:after="20" w:line="276" w:lineRule="auto"/>
            </w:pPr>
            <w:r>
              <w:rPr>
                <w:rFonts w:ascii="宋体" w:hAnsi="宋体" w:eastAsia="宋体"/>
                <w:b w:val="0"/>
                <w:sz w:val="18"/>
              </w:rPr>
              <w:t>与7有关的乘法口诀没有哪一句的积是43。</w:t>
            </w:r>
          </w:p>
          <w:p>
            <w:pPr>
              <w:spacing w:after="20" w:line="276" w:lineRule="auto"/>
            </w:pPr>
            <w:r>
              <w:rPr>
                <w:rFonts w:ascii="宋体" w:hAnsi="宋体" w:eastAsia="宋体"/>
                <w:b w:val="0"/>
                <w:sz w:val="18"/>
              </w:rPr>
              <w:t>预设1：商是5。</w:t>
            </w:r>
          </w:p>
          <w:p>
            <w:pPr>
              <w:spacing w:after="20" w:line="276" w:lineRule="auto"/>
            </w:pPr>
            <w:r>
              <w:rPr>
                <w:rFonts w:ascii="宋体" w:hAnsi="宋体" w:eastAsia="宋体"/>
                <w:b w:val="0"/>
                <w:sz w:val="18"/>
              </w:rPr>
              <w:t>预设2：商是6。</w:t>
            </w:r>
          </w:p>
          <w:p>
            <w:pPr>
              <w:spacing w:after="20" w:line="276" w:lineRule="auto"/>
            </w:pPr>
            <w:r>
              <w:rPr>
                <w:rFonts w:ascii="宋体" w:hAnsi="宋体" w:eastAsia="宋体"/>
                <w:b w:val="0"/>
                <w:sz w:val="18"/>
              </w:rPr>
              <w:t>预设3：商是7。</w:t>
            </w:r>
          </w:p>
          <w:p>
            <w:pPr>
              <w:spacing w:after="20" w:line="276" w:lineRule="auto"/>
            </w:pPr>
            <w:r>
              <w:rPr>
                <w:rFonts w:ascii="宋体" w:hAnsi="宋体" w:eastAsia="宋体"/>
                <w:b w:val="0"/>
                <w:sz w:val="18"/>
              </w:rPr>
              <w:t>学生基本同意商是6。</w:t>
            </w:r>
          </w:p>
          <w:p>
            <w:pPr>
              <w:spacing w:after="20" w:line="276" w:lineRule="auto"/>
            </w:pPr>
            <w:r>
              <w:rPr>
                <w:rFonts w:ascii="宋体" w:hAnsi="宋体" w:eastAsia="宋体"/>
                <w:b w:val="0"/>
                <w:sz w:val="18"/>
              </w:rPr>
              <w:t>有的学生说，想7的乘法口诀；有的学生说，想7和几相乘的积接近43；有的学生补充说，不仅要接近43，还要小于43。</w:t>
            </w:r>
          </w:p>
          <w:p>
            <w:pPr>
              <w:spacing w:after="20" w:line="276" w:lineRule="auto"/>
            </w:pPr>
            <w:r>
              <w:rPr>
                <w:rFonts w:ascii="宋体" w:hAnsi="宋体" w:eastAsia="宋体"/>
                <w:b w:val="0"/>
                <w:sz w:val="18"/>
              </w:rPr>
              <w:t>想口诀时，积接近被除数但不能超过被除数。试商中出现了其他情况就要调商。余数比除数大时，商要调大；不够减时，商要调小。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设计递进式探究活动，引导学生在动手实践与合作交流中经历知识形成过程，突破本课重难点，核心问题："计算表内除法时，怎么快速地计算呢？"</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1.完成教科书P15下面“做一做”第1题。</w:t>
            </w:r>
          </w:p>
          <w:p>
            <w:pPr>
              <w:spacing w:after="20" w:line="276" w:lineRule="auto"/>
            </w:pPr>
            <w:r>
              <w:rPr>
                <w:rFonts w:ascii="宋体" w:hAnsi="宋体" w:eastAsia="宋体"/>
                <w:b w:val="0"/>
                <w:sz w:val="18"/>
              </w:rPr>
              <w:t>想：26里面最多有几个4？59里面最多有几个7?</w:t>
            </w:r>
          </w:p>
          <w:p>
            <w:pPr>
              <w:spacing w:after="20" w:line="276" w:lineRule="auto"/>
            </w:pPr>
            <w:r>
              <w:rPr>
                <w:rFonts w:ascii="宋体" w:hAnsi="宋体" w:eastAsia="宋体"/>
                <w:b w:val="0"/>
                <w:sz w:val="18"/>
              </w:rPr>
              <w:t>2．完成教科书P15下面“做一做”第2题。</w:t>
            </w:r>
          </w:p>
          <w:p>
            <w:pPr>
              <w:spacing w:after="20" w:line="276" w:lineRule="auto"/>
            </w:pPr>
            <w:r>
              <w:rPr>
                <w:rFonts w:ascii="宋体" w:hAnsi="宋体" w:eastAsia="宋体"/>
                <w:b w:val="0"/>
                <w:sz w:val="18"/>
              </w:rPr>
              <w:t>想与除数有关的乘法口诀，积接近被除数且小于被除数。</w:t>
            </w:r>
          </w:p>
          <w:p>
            <w:pPr>
              <w:spacing w:after="20" w:line="276" w:lineRule="auto"/>
            </w:pPr>
            <w:r>
              <w:rPr>
                <w:rFonts w:ascii="宋体" w:hAnsi="宋体" w:eastAsia="宋体"/>
                <w:b w:val="0"/>
                <w:sz w:val="18"/>
              </w:rPr>
              <w:t>3．完成教科书P15下面“做一做”第3题。</w:t>
            </w:r>
          </w:p>
          <w:p>
            <w:pPr>
              <w:spacing w:after="20" w:line="276" w:lineRule="auto"/>
            </w:pPr>
            <w:r>
              <w:rPr>
                <w:rFonts w:ascii="宋体" w:hAnsi="宋体" w:eastAsia="宋体"/>
                <w:b w:val="0"/>
                <w:sz w:val="18"/>
              </w:rPr>
              <w:t>想：65米里面最多有几个7米？余数就是剩下的米数。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师：这节课学习了试商的方法，请同学们一起来回顾试商的经验。</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思考“7和几相乘的积接近43并且小于43”，关联乘法口诀找商，理解试商逻辑，掌握有余数的除法的算理。借竖式填空，强化对除法竖式各部分的认识，明确余数与除数的大小关系(余数小于除数)。通过让学生经历想、算、填的过程，培养其推理能力与运算技能，夯实有余数除法的竖式计算基础，助力学生熟练运用乘法口诀解决除法运算，逐步提升运算能力与思维水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有余数除法的竖式计算(2)</w:t>
      </w:r>
    </w:p>
    <w:p>
      <w:pPr>
        <w:spacing w:after="40" w:line="300" w:lineRule="auto"/>
      </w:pPr>
      <w:r>
        <w:rPr>
          <w:rFonts w:ascii="宋体" w:hAnsi="宋体" w:eastAsia="宋体"/>
          <w:b w:val="0"/>
          <w:sz w:val="20"/>
        </w:rPr>
        <w:t>43÷7＝6……1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教科书P15例4，教科书P15下面“做一做”。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有表内除法的基础，能很快想到寻找商时要找与除数有关，积要接近被除数且不超过被除数的乘法口诀。二年级学生的认知能力、逻辑思维能力还在逐步养成，有些学生无法全面思考问题，总会出现余数大了的情况。在后面的练习中，要提醒学生注意余数一定要比除数小，最后一步比较很重要，这样才能保障计算的准确性。</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解决问题(1)</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教学内容：教科书P17例5，教科书P17“做一做”。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（1）进一步理解有余数的除法的意义，并能运用有余数的除法的知识解决简单的实际问题。</w:t>
      </w:r>
    </w:p>
    <w:p>
      <w:pPr>
        <w:spacing w:after="20" w:line="300" w:lineRule="auto"/>
        <w:ind w:firstLine="400"/>
      </w:pPr>
      <w:r>
        <w:rPr>
          <w:rFonts w:ascii="宋体" w:hAnsi="宋体" w:eastAsia="宋体"/>
          <w:b w:val="0"/>
          <w:sz w:val="20"/>
        </w:rPr>
        <w:t>（2）经历解决问题的全过程，培养学生分析问题和解决问题的能力，养成认真审题的良好习惯。</w:t>
      </w:r>
    </w:p>
    <w:p>
      <w:pPr>
        <w:spacing w:after="20" w:line="300" w:lineRule="auto"/>
        <w:ind w:firstLine="400"/>
      </w:pPr>
      <w:r>
        <w:rPr>
          <w:rFonts w:ascii="宋体" w:hAnsi="宋体" w:eastAsia="宋体"/>
          <w:b w:val="0"/>
          <w:sz w:val="20"/>
        </w:rPr>
        <w:t>（3）在解决问题的过程中，感知余数在生活中的应用，获得运用知识解决问题的成功体验，感受数学与生活的密切联系。</w:t>
      </w:r>
    </w:p>
    <w:p>
      <w:pPr>
        <w:spacing w:after="20" w:line="300" w:lineRule="auto"/>
      </w:pPr>
      <w:r>
        <w:rPr>
          <w:rFonts w:ascii="宋体" w:hAnsi="宋体" w:eastAsia="宋体"/>
          <w:b w:val="0"/>
          <w:sz w:val="20"/>
        </w:rPr>
        <w:t>教学重点：运用有余数的除法的知识解决简单的实际问题。</w:t>
      </w:r>
    </w:p>
    <w:p>
      <w:pPr>
        <w:spacing w:after="20" w:line="300" w:lineRule="auto"/>
      </w:pPr>
      <w:r>
        <w:rPr>
          <w:rFonts w:ascii="宋体" w:hAnsi="宋体" w:eastAsia="宋体"/>
          <w:b w:val="0"/>
          <w:sz w:val="20"/>
        </w:rPr>
        <w:t>教学难点：根据实际情况对余数进行合理取舍。</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从题中，你知道了哪些数学信息？要解决的问题是什么？；哪个小组觉得自己的方法最直观，最容易被大家理解接受？</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三、深化理解，梳理强化</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这两道题要用“进一法”吗？为什么？；大家知道用有余数的除法解决问题时，什么时候用“进一法”，什么时候用“去尾法”吗？</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w:t>
            </w:r>
          </w:p>
        </w:tc>
        <w:tc>
          <w:tcPr>
            <w:tcW w:type="dxa" w:w="3061"/>
          </w:tcPr>
          <w:p>
            <w:pPr>
              <w:spacing w:after="20" w:line="276" w:lineRule="auto"/>
            </w:pPr>
            <w:r/>
            <w:r>
              <w:rPr>
                <w:rFonts w:ascii="宋体" w:hAnsi="宋体" w:eastAsia="宋体"/>
                <w:b w:val="0"/>
                <w:sz w:val="18"/>
              </w:rPr>
              <w:t>师：上节课学习了有余数除法的竖式计算，今天我们利用竖式计算解决问题。[板书课题：解决问题(1)]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二、解决问题</w:t>
            </w:r>
          </w:p>
        </w:tc>
        <w:tc>
          <w:tcPr>
            <w:tcW w:type="dxa" w:w="3061"/>
          </w:tcPr>
          <w:p>
            <w:pPr>
              <w:spacing w:after="20" w:line="276" w:lineRule="auto"/>
            </w:pPr>
            <w:r/>
            <w:r>
              <w:rPr>
                <w:rFonts w:ascii="宋体" w:hAnsi="宋体" w:eastAsia="宋体"/>
                <w:b w:val="0"/>
                <w:sz w:val="18"/>
              </w:rPr>
              <w:t>1.阅读理解。</w:t>
            </w:r>
          </w:p>
          <w:p>
            <w:pPr>
              <w:spacing w:after="20" w:line="276" w:lineRule="auto"/>
            </w:pPr>
            <w:r>
              <w:rPr>
                <w:rFonts w:ascii="宋体" w:hAnsi="宋体" w:eastAsia="宋体"/>
                <w:b w:val="0"/>
                <w:sz w:val="18"/>
              </w:rPr>
              <w:t>课件出示教科书P17例5。</w:t>
            </w:r>
          </w:p>
          <w:p>
            <w:pPr>
              <w:spacing w:after="20" w:line="276" w:lineRule="auto"/>
            </w:pPr>
            <w:r>
              <w:rPr>
                <w:rFonts w:ascii="宋体" w:hAnsi="宋体" w:eastAsia="宋体"/>
                <w:b w:val="0"/>
                <w:sz w:val="18"/>
              </w:rPr>
              <w:t>烘焙(bèi)小组做了23块蛋糕，每个盒子装4块。可以装满几盒，还剩几块？装下全部蛋糕需要几个盒子？</w:t>
            </w:r>
          </w:p>
          <w:p>
            <w:pPr>
              <w:spacing w:after="20" w:line="276" w:lineRule="auto"/>
            </w:pPr>
            <w:r>
              <w:rPr>
                <w:rFonts w:ascii="宋体" w:hAnsi="宋体" w:eastAsia="宋体"/>
                <w:b w:val="0"/>
                <w:sz w:val="18"/>
              </w:rPr>
              <w:t>师：从题中，你知道了哪些数学信息？要解决的问题是什么？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师：请4人一组探究解决上面问题的方法。</w:t>
            </w:r>
          </w:p>
          <w:p>
            <w:pPr>
              <w:spacing w:after="20" w:line="276" w:lineRule="auto"/>
            </w:pPr>
            <w:r>
              <w:rPr>
                <w:rFonts w:ascii="宋体" w:hAnsi="宋体" w:eastAsia="宋体"/>
                <w:b w:val="0"/>
                <w:sz w:val="18"/>
              </w:rPr>
              <w:t>师：哪个小组觉得自己的方法最直观，最容易被大家理解接受？请你们来说一说。</w:t>
            </w:r>
          </w:p>
          <w:p>
            <w:pPr>
              <w:spacing w:after="20" w:line="276" w:lineRule="auto"/>
            </w:pPr>
            <w:r>
              <w:rPr>
                <w:rFonts w:ascii="宋体" w:hAnsi="宋体" w:eastAsia="宋体"/>
                <w:b w:val="0"/>
                <w:sz w:val="18"/>
              </w:rPr>
              <w:t>用一个□□代表一块蛋糕，因为每个盒子装4块，所以4个□为一份。</w:t>
            </w:r>
          </w:p>
          <w:p>
            <w:pPr>
              <w:spacing w:after="20" w:line="276" w:lineRule="auto"/>
            </w:pPr>
            <w:r>
              <w:rPr>
                <w:rFonts w:ascii="宋体" w:hAnsi="宋体" w:eastAsia="宋体"/>
                <w:b w:val="0"/>
                <w:sz w:val="18"/>
              </w:rPr>
              <w:t>有5份4个□，则可以装满5盒，还剩3个□，即还剩3块。剩下的3块也需要1个盒子来装，所以一共需要6个盒子。</w:t>
            </w:r>
          </w:p>
          <w:p>
            <w:pPr>
              <w:spacing w:after="20" w:line="276" w:lineRule="auto"/>
            </w:pPr>
            <w:r>
              <w:rPr>
                <w:rFonts w:ascii="宋体" w:hAnsi="宋体" w:eastAsia="宋体"/>
                <w:b w:val="0"/>
                <w:sz w:val="18"/>
              </w:rPr>
              <w:t>一个4表示装了1个盒子：4，4，4，4，4，3。5个4就表示装满了5个盒子，3表示还多了3块，要再装1个盒子，一共需要6个盒子。</w:t>
            </w:r>
          </w:p>
          <w:p>
            <w:pPr>
              <w:spacing w:after="20" w:line="276" w:lineRule="auto"/>
            </w:pPr>
            <w:r>
              <w:rPr>
                <w:rFonts w:ascii="宋体" w:hAnsi="宋体" w:eastAsia="宋体"/>
                <w:b w:val="0"/>
                <w:sz w:val="18"/>
              </w:rPr>
              <w:t>师：还有什么数学方法能够帮助我们解决问题？</w:t>
            </w:r>
          </w:p>
          <w:p>
            <w:pPr>
              <w:spacing w:after="20" w:line="276" w:lineRule="auto"/>
            </w:pPr>
            <w:r>
              <w:rPr>
                <w:rFonts w:ascii="宋体" w:hAnsi="宋体" w:eastAsia="宋体"/>
                <w:b w:val="0"/>
                <w:sz w:val="18"/>
              </w:rPr>
              <w:t>师：为什么要用除法来计算？</w:t>
            </w:r>
          </w:p>
          <w:p>
            <w:pPr>
              <w:spacing w:after="20" w:line="276" w:lineRule="auto"/>
            </w:pPr>
            <w:r>
              <w:rPr>
                <w:rFonts w:ascii="宋体" w:hAnsi="宋体" w:eastAsia="宋体"/>
                <w:b w:val="0"/>
                <w:sz w:val="18"/>
              </w:rPr>
              <w:t>23÷4＝5(盒)……3(块)</w:t>
            </w:r>
          </w:p>
          <w:p>
            <w:pPr>
              <w:spacing w:after="20" w:line="276" w:lineRule="auto"/>
            </w:pPr>
            <w:r>
              <w:rPr>
                <w:rFonts w:ascii="宋体" w:hAnsi="宋体" w:eastAsia="宋体"/>
                <w:b w:val="0"/>
                <w:sz w:val="18"/>
              </w:rPr>
              <w:t>师：竖式中的23、20、4、5、3各表示什么？</w:t>
            </w:r>
          </w:p>
          <w:p>
            <w:pPr>
              <w:spacing w:after="20" w:line="276" w:lineRule="auto"/>
            </w:pPr>
            <w:r>
              <w:rPr>
                <w:rFonts w:ascii="宋体" w:hAnsi="宋体" w:eastAsia="宋体"/>
                <w:b w:val="0"/>
                <w:sz w:val="18"/>
              </w:rPr>
              <w:t>师：算出来是5盒，装下全部蛋糕需要5个盒子吗？</w:t>
            </w:r>
          </w:p>
          <w:p>
            <w:pPr>
              <w:spacing w:after="20" w:line="276" w:lineRule="auto"/>
            </w:pPr>
            <w:r>
              <w:rPr>
                <w:rFonts w:ascii="宋体" w:hAnsi="宋体" w:eastAsia="宋体"/>
                <w:b w:val="0"/>
                <w:sz w:val="18"/>
              </w:rPr>
              <w:t>师：请注意，不管余下的是1块、2块还是3块，都还要装1个盒子，所以在求得的商上还要加1。</w:t>
            </w:r>
          </w:p>
          <w:p>
            <w:pPr>
              <w:spacing w:after="20" w:line="276" w:lineRule="auto"/>
            </w:pPr>
            <w:r>
              <w:rPr>
                <w:rFonts w:ascii="宋体" w:hAnsi="宋体" w:eastAsia="宋体"/>
                <w:b w:val="0"/>
                <w:sz w:val="18"/>
              </w:rPr>
              <w:t>师：像这样的情况我们在生活中经常遇到，剩下的数不管是多少，都要给商加上1。这种方法叫作“进一法”。</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师：我们的解答正确吗？怎样检验？</w:t>
            </w:r>
          </w:p>
          <w:p>
            <w:pPr>
              <w:spacing w:after="20" w:line="276" w:lineRule="auto"/>
            </w:pPr>
            <w:r>
              <w:rPr>
                <w:rFonts w:ascii="宋体" w:hAnsi="宋体" w:eastAsia="宋体"/>
                <w:b w:val="0"/>
                <w:sz w:val="18"/>
              </w:rPr>
              <w:t>4．联系生活。</w:t>
            </w:r>
          </w:p>
          <w:p>
            <w:pPr>
              <w:spacing w:after="20" w:line="276" w:lineRule="auto"/>
            </w:pPr>
            <w:r>
              <w:rPr>
                <w:rFonts w:ascii="宋体" w:hAnsi="宋体" w:eastAsia="宋体"/>
                <w:b w:val="0"/>
                <w:sz w:val="18"/>
              </w:rPr>
              <w:t>师：举例说说生活中有哪些问题要用“进一法”的。</w:t>
            </w:r>
          </w:p>
        </w:tc>
        <w:tc>
          <w:tcPr>
            <w:tcW w:type="dxa" w:w="3061"/>
          </w:tcPr>
          <w:p>
            <w:pPr>
              <w:spacing w:after="20" w:line="276" w:lineRule="auto"/>
            </w:pPr>
            <w:r/>
            <w:r>
              <w:rPr>
                <w:rFonts w:ascii="宋体" w:hAnsi="宋体" w:eastAsia="宋体"/>
                <w:b w:val="0"/>
                <w:sz w:val="18"/>
              </w:rPr>
              <w:t>知道了蛋糕的数量，还知道了每个盒子装几块。要解决的问题是“可以装满几盒，还剩几块？”“装下全部蛋糕需要几个盒子？”。</w:t>
            </w:r>
          </w:p>
          <w:p>
            <w:pPr>
              <w:spacing w:after="20" w:line="276" w:lineRule="auto"/>
            </w:pPr>
            <w:r>
              <w:rPr>
                <w:rFonts w:ascii="宋体" w:hAnsi="宋体" w:eastAsia="宋体"/>
                <w:b w:val="0"/>
                <w:sz w:val="18"/>
              </w:rPr>
              <w:t>预设1：画图表示。</w:t>
            </w:r>
          </w:p>
          <w:p>
            <w:pPr>
              <w:spacing w:after="20" w:line="276" w:lineRule="auto"/>
            </w:pPr>
            <w:r>
              <w:rPr>
                <w:rFonts w:ascii="宋体" w:hAnsi="宋体" w:eastAsia="宋体"/>
                <w:b w:val="0"/>
                <w:sz w:val="18"/>
              </w:rPr>
              <w:t>预设2：用数表示。</w:t>
            </w:r>
          </w:p>
          <w:p>
            <w:pPr>
              <w:spacing w:after="20" w:line="276" w:lineRule="auto"/>
            </w:pPr>
            <w:r>
              <w:rPr>
                <w:rFonts w:ascii="宋体" w:hAnsi="宋体" w:eastAsia="宋体"/>
                <w:b w:val="0"/>
                <w:sz w:val="18"/>
              </w:rPr>
              <w:t>可以用除法算式来解答。</w:t>
            </w:r>
          </w:p>
          <w:p>
            <w:pPr>
              <w:spacing w:after="20" w:line="276" w:lineRule="auto"/>
            </w:pPr>
            <w:r>
              <w:rPr>
                <w:rFonts w:ascii="宋体" w:hAnsi="宋体" w:eastAsia="宋体"/>
                <w:b w:val="0"/>
                <w:sz w:val="18"/>
              </w:rPr>
              <w:t>求可以装满几盒，就是求23里面最多有几个4，用除法计算，列式为23÷4。</w:t>
            </w:r>
          </w:p>
          <w:p>
            <w:pPr>
              <w:spacing w:after="20" w:line="276" w:lineRule="auto"/>
            </w:pPr>
            <w:r>
              <w:rPr>
                <w:rFonts w:ascii="宋体" w:hAnsi="宋体" w:eastAsia="宋体"/>
                <w:b w:val="0"/>
                <w:sz w:val="18"/>
              </w:rPr>
              <w:t>学生列式计算，要求用竖式计算出结果，并把横式补充完整。</w:t>
            </w:r>
          </w:p>
          <w:p>
            <w:pPr>
              <w:spacing w:after="20" w:line="276" w:lineRule="auto"/>
            </w:pPr>
            <w:r>
              <w:rPr>
                <w:rFonts w:ascii="宋体" w:hAnsi="宋体" w:eastAsia="宋体"/>
                <w:b w:val="0"/>
                <w:sz w:val="18"/>
              </w:rPr>
              <w:t>学生汇报，教师板书：</w:t>
            </w:r>
          </w:p>
          <w:p>
            <w:pPr>
              <w:spacing w:after="20" w:line="276" w:lineRule="auto"/>
            </w:pPr>
            <w:r>
              <w:rPr>
                <w:rFonts w:ascii="宋体" w:hAnsi="宋体" w:eastAsia="宋体"/>
                <w:b w:val="0"/>
                <w:sz w:val="18"/>
              </w:rPr>
              <w:t>还剩3块，应该再准备1个盒子，才能都装下，所以需要5＋1＝6(个)。(教师适时板书)</w:t>
            </w:r>
          </w:p>
          <w:p>
            <w:pPr>
              <w:spacing w:after="20" w:line="276" w:lineRule="auto"/>
            </w:pPr>
            <w:r>
              <w:rPr>
                <w:rFonts w:ascii="宋体" w:hAnsi="宋体" w:eastAsia="宋体"/>
                <w:b w:val="0"/>
                <w:sz w:val="18"/>
              </w:rPr>
              <w:t>把装在盒子里的蛋糕和剩余的加起来，看是不是等于总数：4×5＋3＝23(块)，解答正确。(教师适时板书)</w:t>
            </w:r>
          </w:p>
          <w:p>
            <w:pPr>
              <w:spacing w:after="20" w:line="276" w:lineRule="auto"/>
            </w:pPr>
            <w:r>
              <w:rPr>
                <w:rFonts w:ascii="宋体" w:hAnsi="宋体" w:eastAsia="宋体"/>
                <w:b w:val="0"/>
                <w:sz w:val="18"/>
              </w:rPr>
              <w:t>租车问题、租船问题、运货问题等。</w:t>
            </w:r>
          </w:p>
        </w:tc>
        <w:tc>
          <w:tcPr>
            <w:tcW w:type="dxa" w:w="1814"/>
          </w:tcPr>
          <w:p>
            <w:pPr>
              <w:spacing w:after="20" w:line="276" w:lineRule="auto"/>
            </w:pPr>
            <w:r/>
            <w:r>
              <w:rPr>
                <w:rFonts w:ascii="宋体" w:hAnsi="宋体" w:eastAsia="宋体"/>
                <w:b w:val="0"/>
                <w:sz w:val="18"/>
              </w:rPr>
              <w:t>围绕环节目标组织学习活动，引导学生主动参与、积极思考，核心问题："从题中，你知道了哪些数学信息？要解决的问题是什么？"</w:t>
            </w:r>
          </w:p>
        </w:tc>
      </w:tr>
      <w:tr>
        <w:tc>
          <w:tcPr>
            <w:tcW w:type="dxa" w:w="1474"/>
          </w:tcPr>
          <w:p>
            <w:pPr>
              <w:spacing w:after="20" w:line="276" w:lineRule="auto"/>
            </w:pPr>
            <w:r>
              <w:rPr>
                <w:b/>
              </w:rPr>
            </w:r>
            <w:r>
              <w:rPr>
                <w:rFonts w:ascii="宋体" w:hAnsi="宋体" w:eastAsia="宋体"/>
                <w:b/>
                <w:sz w:val="18"/>
              </w:rPr>
              <w:t>三、深化理解，梳理强化</w:t>
            </w:r>
          </w:p>
        </w:tc>
        <w:tc>
          <w:tcPr>
            <w:tcW w:type="dxa" w:w="3061"/>
          </w:tcPr>
          <w:p>
            <w:pPr>
              <w:spacing w:after="20" w:line="276" w:lineRule="auto"/>
            </w:pPr>
            <w:r/>
            <w:r>
              <w:rPr>
                <w:rFonts w:ascii="宋体" w:hAnsi="宋体" w:eastAsia="宋体"/>
                <w:b w:val="0"/>
                <w:sz w:val="18"/>
              </w:rPr>
              <w:t>1.完成教科书P17“做一做”。</w:t>
            </w:r>
          </w:p>
          <w:p>
            <w:pPr>
              <w:spacing w:after="20" w:line="276" w:lineRule="auto"/>
            </w:pPr>
            <w:r>
              <w:rPr>
                <w:rFonts w:ascii="宋体" w:hAnsi="宋体" w:eastAsia="宋体"/>
                <w:b w:val="0"/>
                <w:sz w:val="18"/>
              </w:rPr>
              <w:t>师：这两道题要用“进一法”吗？为什么？</w:t>
            </w:r>
          </w:p>
          <w:p>
            <w:pPr>
              <w:spacing w:after="20" w:line="276" w:lineRule="auto"/>
            </w:pPr>
            <w:r>
              <w:rPr>
                <w:rFonts w:ascii="宋体" w:hAnsi="宋体" w:eastAsia="宋体"/>
                <w:b w:val="0"/>
                <w:sz w:val="18"/>
              </w:rPr>
              <w:t>师：像这样不管余数是多少，都不影响商的大小的计算方法叫作“去尾法”。请举例说明生活中还有哪些问题是用“去尾法”的。</w:t>
            </w:r>
          </w:p>
          <w:p>
            <w:pPr>
              <w:spacing w:after="20" w:line="276" w:lineRule="auto"/>
            </w:pPr>
            <w:r>
              <w:rPr>
                <w:rFonts w:ascii="宋体" w:hAnsi="宋体" w:eastAsia="宋体"/>
                <w:b w:val="0"/>
                <w:sz w:val="18"/>
              </w:rPr>
              <w:t>2．对比概括，归纳总结。</w:t>
            </w:r>
          </w:p>
          <w:p>
            <w:pPr>
              <w:spacing w:after="20" w:line="276" w:lineRule="auto"/>
            </w:pPr>
            <w:r>
              <w:rPr>
                <w:rFonts w:ascii="宋体" w:hAnsi="宋体" w:eastAsia="宋体"/>
                <w:b w:val="0"/>
                <w:sz w:val="18"/>
              </w:rPr>
              <w:t>师：大家知道用有余数的除法解决问题时，什么时候用“进一法”，什么时候用“去尾法”吗？</w:t>
            </w:r>
          </w:p>
          <w:p>
            <w:pPr>
              <w:spacing w:after="20" w:line="276" w:lineRule="auto"/>
            </w:pPr>
            <w:r>
              <w:rPr>
                <w:rFonts w:ascii="宋体" w:hAnsi="宋体" w:eastAsia="宋体"/>
                <w:b w:val="0"/>
                <w:sz w:val="18"/>
              </w:rPr>
              <w:t>师小结：在实际生活中，我们用有余数的除法来解决问题时，需要根据实际情况对余数进行合理取舍，具体情况具体分析。</w:t>
            </w:r>
          </w:p>
        </w:tc>
        <w:tc>
          <w:tcPr>
            <w:tcW w:type="dxa" w:w="3061"/>
          </w:tcPr>
          <w:p>
            <w:pPr>
              <w:spacing w:after="20" w:line="276" w:lineRule="auto"/>
            </w:pPr>
            <w:r/>
            <w:r>
              <w:rPr>
                <w:rFonts w:ascii="宋体" w:hAnsi="宋体" w:eastAsia="宋体"/>
                <w:b w:val="0"/>
                <w:sz w:val="18"/>
              </w:rPr>
              <w:t>不用“进一法”，因为第(1)题问的是可以装满几盒。第(2)题中剩下的钱不够买9元一盒的面包。</w:t>
            </w:r>
          </w:p>
          <w:p>
            <w:pPr>
              <w:spacing w:after="20" w:line="276" w:lineRule="auto"/>
            </w:pPr>
            <w:r>
              <w:rPr>
                <w:rFonts w:ascii="宋体" w:hAnsi="宋体" w:eastAsia="宋体"/>
                <w:b w:val="0"/>
                <w:sz w:val="18"/>
              </w:rPr>
              <w:t>剪布做衣服、用长跳绳剪短跳绳等。</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引导学生回顾梳理本课所学，完善认知结构，提升归纳与反思能力，核心问题："这两道题要用“进一法”吗？为什么？"</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从生活情境中提取数学信息，理解例5中“装满几盒”是求23里面最多有几个4，用除法计算；“装下全部蛋糕需要几个盒子”需结合余数判断，体会“进一法”。通过操作、列式、竖式计算，巩固有余数的除法的算理，强化商与余数的实际意义的理解。借助“回顾反思”，用“除数×商＋余数＝被除数”验证，深化知识掌握。教科书P17“做一做”中，让学生体会“去尾法”，培养学生分析问题、解决实际问题的能力，感受数学与生活的联系，提升数学应用意识与思维水平。</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教科书P17例5，教科书P17“做一做”。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解决常见问题，让学生深入体会有余数的除法的意义，会合理地运用有余数的除法，同时体现数学与生活的紧密联系。为了避免思维定势，又设计了不同类型的练习题，让学生学会根据实际情况采用“进一法”或“去尾法”确定问题的答案，感受数学知识在实际生活中的灵活运用。同时阶梯式的教学设置，让学生有一定的能力去解决问题，学生能获得成功体验，这会给予学生学好数学的信心。</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解决问题(2)</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教学内容：教科书P18例6，教科书P18“做一做”。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（1）通过观察、操作，学会用有余数的除法的知识解决有关按规律排列的问题。</w:t>
      </w:r>
    </w:p>
    <w:p>
      <w:pPr>
        <w:spacing w:after="20" w:line="300" w:lineRule="auto"/>
        <w:ind w:firstLine="400"/>
      </w:pPr>
      <w:r>
        <w:rPr>
          <w:rFonts w:ascii="宋体" w:hAnsi="宋体" w:eastAsia="宋体"/>
          <w:b w:val="0"/>
          <w:sz w:val="20"/>
        </w:rPr>
        <w:t>（2）经历解决问题的全过程，进一步体会解决问题的策略与方法的多样性，培养解决问题的能力，发展应用意识。</w:t>
      </w:r>
    </w:p>
    <w:p>
      <w:pPr>
        <w:spacing w:after="20" w:line="300" w:lineRule="auto"/>
        <w:ind w:firstLine="400"/>
      </w:pPr>
      <w:r>
        <w:rPr>
          <w:rFonts w:ascii="宋体" w:hAnsi="宋体" w:eastAsia="宋体"/>
          <w:b w:val="0"/>
          <w:sz w:val="20"/>
        </w:rPr>
        <w:t>（3）体会数学知识之间的联系，感受数学的统一美，积累解决问题的基本经验。</w:t>
      </w:r>
    </w:p>
    <w:p>
      <w:pPr>
        <w:spacing w:after="20" w:line="300" w:lineRule="auto"/>
      </w:pPr>
      <w:r>
        <w:rPr>
          <w:rFonts w:ascii="宋体" w:hAnsi="宋体" w:eastAsia="宋体"/>
          <w:b w:val="0"/>
          <w:sz w:val="20"/>
        </w:rPr>
        <w:t>教学重点：学会用有余数的除法的知识解决有关按规律排列的问题。</w:t>
      </w:r>
    </w:p>
    <w:p>
      <w:pPr>
        <w:spacing w:after="20" w:line="300" w:lineRule="auto"/>
      </w:pPr>
      <w:r>
        <w:rPr>
          <w:rFonts w:ascii="宋体" w:hAnsi="宋体" w:eastAsia="宋体"/>
          <w:b w:val="0"/>
          <w:sz w:val="20"/>
        </w:rPr>
        <w:t>教学难点：理解余数在解决问题中的作用。</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一、游戏导入，揭示课题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二、探索新知识，方法交流</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从题目中获得了哪些数学信息？；需要解决的问题是什么？</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三、巩固提升，强化认识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你从题中得到了哪些数学信息？规律是什么？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一、游戏导入，揭示课题</w:t>
            </w:r>
          </w:p>
        </w:tc>
        <w:tc>
          <w:tcPr>
            <w:tcW w:type="dxa" w:w="3061"/>
          </w:tcPr>
          <w:p>
            <w:pPr>
              <w:spacing w:after="20" w:line="276" w:lineRule="auto"/>
            </w:pPr>
            <w:r/>
            <w:r>
              <w:rPr>
                <w:rFonts w:ascii="宋体" w:hAnsi="宋体" w:eastAsia="宋体"/>
                <w:b w:val="0"/>
                <w:sz w:val="18"/>
              </w:rPr>
              <w:t>游戏名称：你来说，我来找。</w:t>
            </w:r>
          </w:p>
          <w:p>
            <w:pPr>
              <w:spacing w:after="20" w:line="276" w:lineRule="auto"/>
            </w:pPr>
            <w:r>
              <w:rPr>
                <w:rFonts w:ascii="宋体" w:hAnsi="宋体" w:eastAsia="宋体"/>
                <w:b w:val="0"/>
                <w:sz w:val="18"/>
              </w:rPr>
              <w:t>教师带领学生，伸出左手，从大拇指开始数起，1、2、3、4、5，当数完小拇指后，再又从大拇指开始数起，6、7、8、9、10，按这样的顺序，一轮一轮地数下去。</w:t>
            </w:r>
          </w:p>
          <w:p>
            <w:pPr>
              <w:spacing w:after="20" w:line="276" w:lineRule="auto"/>
            </w:pPr>
            <w:r>
              <w:rPr>
                <w:rFonts w:ascii="宋体" w:hAnsi="宋体" w:eastAsia="宋体"/>
                <w:b w:val="0"/>
                <w:sz w:val="18"/>
              </w:rPr>
              <w:t>师：请同学说任意一个数，老师马上就能找到这个数对应的手指是哪一个，你们相信吗？来试一试！</w:t>
            </w:r>
          </w:p>
          <w:p>
            <w:pPr>
              <w:spacing w:after="20" w:line="276" w:lineRule="auto"/>
            </w:pPr>
            <w:r>
              <w:rPr>
                <w:rFonts w:ascii="宋体" w:hAnsi="宋体" w:eastAsia="宋体"/>
                <w:b w:val="0"/>
                <w:sz w:val="18"/>
              </w:rPr>
              <w:t>师：要不要一个一个数数看，验证老师说得对不对？ (带领学生验证)你们也可以跟老师比一比，看谁更快找到。谁再来说一个数？</w:t>
            </w:r>
          </w:p>
          <w:p>
            <w:pPr>
              <w:spacing w:after="20" w:line="276" w:lineRule="auto"/>
            </w:pPr>
            <w:r>
              <w:rPr>
                <w:rFonts w:ascii="宋体" w:hAnsi="宋体" w:eastAsia="宋体"/>
                <w:b w:val="0"/>
                <w:sz w:val="18"/>
              </w:rPr>
              <w:t>反复进行三次，导入课题。</w:t>
            </w:r>
          </w:p>
          <w:p>
            <w:pPr>
              <w:spacing w:after="20" w:line="276" w:lineRule="auto"/>
            </w:pPr>
            <w:r>
              <w:rPr>
                <w:rFonts w:ascii="宋体" w:hAnsi="宋体" w:eastAsia="宋体"/>
                <w:b w:val="0"/>
                <w:sz w:val="18"/>
              </w:rPr>
              <w:t>师：想知道老师的小窍门吗？只要你们认真学好今天这节课的知识，就能知道答案了。[板书课题：解决问题(2)]</w:t>
            </w:r>
          </w:p>
        </w:tc>
        <w:tc>
          <w:tcPr>
            <w:tcW w:type="dxa" w:w="3061"/>
          </w:tcPr>
          <w:p>
            <w:pPr>
              <w:spacing w:after="20" w:line="276" w:lineRule="auto"/>
            </w:pPr>
            <w:r/>
            <w:r>
              <w:rPr>
                <w:rFonts w:ascii="宋体" w:hAnsi="宋体" w:eastAsia="宋体"/>
                <w:b w:val="0"/>
                <w:sz w:val="18"/>
              </w:rPr>
              <w:t>学生任意说出一个数，教师快速反应，吸引学生的注意力。</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二、探索新知识，方法交流</w:t>
            </w:r>
          </w:p>
        </w:tc>
        <w:tc>
          <w:tcPr>
            <w:tcW w:type="dxa" w:w="3061"/>
          </w:tcPr>
          <w:p>
            <w:pPr>
              <w:spacing w:after="20" w:line="276" w:lineRule="auto"/>
            </w:pPr>
            <w:r/>
            <w:r>
              <w:rPr>
                <w:rFonts w:ascii="宋体" w:hAnsi="宋体" w:eastAsia="宋体"/>
                <w:b w:val="0"/>
                <w:sz w:val="18"/>
              </w:rPr>
              <w:t>1.阅读理解。</w:t>
            </w:r>
          </w:p>
          <w:p>
            <w:pPr>
              <w:spacing w:after="20" w:line="276" w:lineRule="auto"/>
            </w:pPr>
            <w:r>
              <w:rPr>
                <w:rFonts w:ascii="宋体" w:hAnsi="宋体" w:eastAsia="宋体"/>
                <w:b w:val="0"/>
                <w:sz w:val="18"/>
              </w:rPr>
              <w:t>课件出示教科书P18例6。</w:t>
            </w:r>
          </w:p>
          <w:p>
            <w:pPr>
              <w:spacing w:after="20" w:line="276" w:lineRule="auto"/>
            </w:pPr>
            <w:r>
              <w:rPr>
                <w:rFonts w:ascii="宋体" w:hAnsi="宋体" w:eastAsia="宋体"/>
                <w:b w:val="0"/>
                <w:sz w:val="18"/>
              </w:rPr>
              <w:t>按照下面的规律摆下去，第16面小旗是什么颜色的？</w:t>
            </w:r>
          </w:p>
          <w:p>
            <w:pPr>
              <w:spacing w:after="20" w:line="276" w:lineRule="auto"/>
            </w:pPr>
            <w:r>
              <w:rPr>
                <w:rFonts w:ascii="宋体" w:hAnsi="宋体" w:eastAsia="宋体"/>
                <w:b w:val="0"/>
                <w:sz w:val="18"/>
              </w:rPr>
              <w:t>师：从题目中获得了哪些数学信息？</w:t>
            </w:r>
          </w:p>
          <w:p>
            <w:pPr>
              <w:spacing w:after="20" w:line="276" w:lineRule="auto"/>
            </w:pPr>
            <w:r>
              <w:rPr>
                <w:rFonts w:ascii="宋体" w:hAnsi="宋体" w:eastAsia="宋体"/>
                <w:b w:val="0"/>
                <w:sz w:val="18"/>
              </w:rPr>
              <w:t>师：需要解决的问题是什么？</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师：请4人一组探究解决问题的方法。</w:t>
            </w:r>
          </w:p>
          <w:p>
            <w:pPr>
              <w:spacing w:after="20" w:line="276" w:lineRule="auto"/>
            </w:pPr>
            <w:r>
              <w:rPr>
                <w:rFonts w:ascii="宋体" w:hAnsi="宋体" w:eastAsia="宋体"/>
                <w:b w:val="0"/>
                <w:sz w:val="18"/>
              </w:rPr>
              <w:t>师：请大家说说你们组的方法。</w:t>
            </w:r>
          </w:p>
          <w:p>
            <w:pPr>
              <w:spacing w:after="20" w:line="276" w:lineRule="auto"/>
            </w:pPr>
            <w:r>
              <w:rPr>
                <w:rFonts w:ascii="宋体" w:hAnsi="宋体" w:eastAsia="宋体"/>
                <w:b w:val="0"/>
                <w:sz w:val="18"/>
              </w:rPr>
              <w:t>第16面小旗应该是黄色的。</w:t>
            </w:r>
          </w:p>
          <w:p>
            <w:pPr>
              <w:spacing w:after="20" w:line="276" w:lineRule="auto"/>
            </w:pPr>
            <w:r>
              <w:rPr>
                <w:rFonts w:ascii="宋体" w:hAnsi="宋体" w:eastAsia="宋体"/>
                <w:b w:val="0"/>
                <w:sz w:val="18"/>
              </w:rPr>
              <w:t>第16面小旗应该是黄色的。</w:t>
            </w:r>
          </w:p>
          <w:p>
            <w:pPr>
              <w:spacing w:after="20" w:line="276" w:lineRule="auto"/>
            </w:pPr>
            <w:r>
              <w:rPr>
                <w:rFonts w:ascii="宋体" w:hAnsi="宋体" w:eastAsia="宋体"/>
                <w:b w:val="0"/>
                <w:sz w:val="18"/>
              </w:rPr>
              <w:t>师：当小旗数量较大时，用画图法和列举法方便吗？能不能用计算法来解决？</w:t>
            </w:r>
          </w:p>
          <w:p>
            <w:pPr>
              <w:spacing w:after="20" w:line="276" w:lineRule="auto"/>
            </w:pPr>
            <w:r>
              <w:rPr>
                <w:rFonts w:ascii="宋体" w:hAnsi="宋体" w:eastAsia="宋体"/>
                <w:b w:val="0"/>
                <w:sz w:val="18"/>
              </w:rPr>
              <w:t>16÷3＝5(组)……1(面)，第16面小旗是黄色的。</w:t>
            </w:r>
          </w:p>
          <w:p>
            <w:pPr>
              <w:spacing w:after="20" w:line="276" w:lineRule="auto"/>
            </w:pPr>
            <w:r>
              <w:rPr>
                <w:rFonts w:ascii="宋体" w:hAnsi="宋体" w:eastAsia="宋体"/>
                <w:b w:val="0"/>
                <w:sz w:val="18"/>
              </w:rPr>
              <w:t>师：你是怎样想到用除法来解决这道题的？</w:t>
            </w:r>
          </w:p>
          <w:p>
            <w:pPr>
              <w:spacing w:after="20" w:line="276" w:lineRule="auto"/>
            </w:pPr>
            <w:r>
              <w:rPr>
                <w:rFonts w:ascii="宋体" w:hAnsi="宋体" w:eastAsia="宋体"/>
                <w:b w:val="0"/>
                <w:sz w:val="18"/>
              </w:rPr>
              <w:t>师：5和1在题目中分别表示什么意思？</w:t>
            </w:r>
          </w:p>
          <w:p>
            <w:pPr>
              <w:spacing w:after="20" w:line="276" w:lineRule="auto"/>
            </w:pPr>
            <w:r>
              <w:rPr>
                <w:rFonts w:ascii="宋体" w:hAnsi="宋体" w:eastAsia="宋体"/>
                <w:b w:val="0"/>
                <w:sz w:val="18"/>
              </w:rPr>
              <w:t>师：你是通过哪个数判断出第16面小旗的颜色的？</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师：我们的解答正确吗？怎样检验？</w:t>
            </w:r>
          </w:p>
          <w:p>
            <w:pPr>
              <w:spacing w:after="20" w:line="276" w:lineRule="auto"/>
            </w:pPr>
            <w:r>
              <w:rPr>
                <w:rFonts w:ascii="宋体" w:hAnsi="宋体" w:eastAsia="宋体"/>
                <w:b w:val="0"/>
                <w:sz w:val="18"/>
              </w:rPr>
              <w:t>4．归纳总结。</w:t>
            </w:r>
          </w:p>
          <w:p>
            <w:pPr>
              <w:spacing w:after="20" w:line="276" w:lineRule="auto"/>
            </w:pPr>
            <w:r>
              <w:rPr>
                <w:rFonts w:ascii="宋体" w:hAnsi="宋体" w:eastAsia="宋体"/>
                <w:b w:val="0"/>
                <w:sz w:val="18"/>
              </w:rPr>
              <w:t>师：解决这类问题的关键在哪里？</w:t>
            </w:r>
          </w:p>
        </w:tc>
        <w:tc>
          <w:tcPr>
            <w:tcW w:type="dxa" w:w="3061"/>
          </w:tcPr>
          <w:p>
            <w:pPr>
              <w:spacing w:after="20" w:line="276" w:lineRule="auto"/>
            </w:pPr>
            <w:r/>
            <w:r>
              <w:rPr>
                <w:rFonts w:ascii="宋体" w:hAnsi="宋体" w:eastAsia="宋体"/>
                <w:b w:val="0"/>
                <w:sz w:val="18"/>
              </w:rPr>
              <w:t>小旗是按1黄2红这样3面为一组的规律排列的。</w:t>
            </w:r>
          </w:p>
          <w:p>
            <w:pPr>
              <w:spacing w:after="20" w:line="276" w:lineRule="auto"/>
            </w:pPr>
            <w:r>
              <w:rPr>
                <w:rFonts w:ascii="宋体" w:hAnsi="宋体" w:eastAsia="宋体"/>
                <w:b w:val="0"/>
                <w:sz w:val="18"/>
              </w:rPr>
              <w:t>第16面小旗是什么颜色的。</w:t>
            </w:r>
          </w:p>
          <w:p>
            <w:pPr>
              <w:spacing w:after="20" w:line="276" w:lineRule="auto"/>
            </w:pPr>
            <w:r>
              <w:rPr>
                <w:rFonts w:ascii="宋体" w:hAnsi="宋体" w:eastAsia="宋体"/>
                <w:b w:val="0"/>
                <w:sz w:val="18"/>
              </w:rPr>
              <w:t>预设1：画图法。</w:t>
            </w:r>
          </w:p>
          <w:p>
            <w:pPr>
              <w:spacing w:after="20" w:line="276" w:lineRule="auto"/>
            </w:pPr>
            <w:r>
              <w:rPr>
                <w:rFonts w:ascii="宋体" w:hAnsi="宋体" w:eastAsia="宋体"/>
                <w:b w:val="0"/>
                <w:sz w:val="18"/>
              </w:rPr>
              <w:t>预设2：列举法。</w:t>
            </w:r>
          </w:p>
          <w:p>
            <w:pPr>
              <w:spacing w:after="20" w:line="276" w:lineRule="auto"/>
            </w:pPr>
            <w:r>
              <w:rPr>
                <w:rFonts w:ascii="宋体" w:hAnsi="宋体" w:eastAsia="宋体"/>
                <w:b w:val="0"/>
                <w:sz w:val="18"/>
              </w:rPr>
              <w:t>计算法。</w:t>
            </w:r>
          </w:p>
          <w:p>
            <w:pPr>
              <w:spacing w:after="20" w:line="276" w:lineRule="auto"/>
            </w:pPr>
            <w:r>
              <w:rPr>
                <w:rFonts w:ascii="宋体" w:hAnsi="宋体" w:eastAsia="宋体"/>
                <w:b w:val="0"/>
                <w:sz w:val="18"/>
              </w:rPr>
              <w:t>每3面小旗为一组，求第16面小旗是什么颜色的，就是求16里面有几个3，还剩几，最后一面小旗的颜色就是每组中第几面小旗的颜色，列式为16÷3。</w:t>
            </w:r>
          </w:p>
          <w:p>
            <w:pPr>
              <w:spacing w:after="20" w:line="276" w:lineRule="auto"/>
            </w:pPr>
            <w:r>
              <w:rPr>
                <w:rFonts w:ascii="宋体" w:hAnsi="宋体" w:eastAsia="宋体"/>
                <w:b w:val="0"/>
                <w:sz w:val="18"/>
              </w:rPr>
              <w:t>学生列式计算，要求用竖式计算出结果，并把横式补充完整。</w:t>
            </w:r>
          </w:p>
          <w:p>
            <w:pPr>
              <w:spacing w:after="20" w:line="276" w:lineRule="auto"/>
            </w:pPr>
            <w:r>
              <w:rPr>
                <w:rFonts w:ascii="宋体" w:hAnsi="宋体" w:eastAsia="宋体"/>
                <w:b w:val="0"/>
                <w:sz w:val="18"/>
              </w:rPr>
              <w:t>学生汇报，教师板书：</w:t>
            </w:r>
          </w:p>
          <w:p>
            <w:pPr>
              <w:spacing w:after="20" w:line="276" w:lineRule="auto"/>
            </w:pPr>
            <w:r>
              <w:rPr>
                <w:rFonts w:ascii="宋体" w:hAnsi="宋体" w:eastAsia="宋体"/>
                <w:b w:val="0"/>
                <w:sz w:val="18"/>
              </w:rPr>
              <w:t>5是完整的组数，1是一组中的第1面。</w:t>
            </w:r>
          </w:p>
          <w:p>
            <w:pPr>
              <w:spacing w:after="20" w:line="276" w:lineRule="auto"/>
            </w:pPr>
            <w:r>
              <w:rPr>
                <w:rFonts w:ascii="宋体" w:hAnsi="宋体" w:eastAsia="宋体"/>
                <w:b w:val="0"/>
                <w:sz w:val="18"/>
              </w:rPr>
              <w:t>根据余数1。余数是1，第16面小旗是下一组里的第1面，所以应该是黄色的。</w:t>
            </w:r>
          </w:p>
          <w:p>
            <w:pPr>
              <w:spacing w:after="20" w:line="276" w:lineRule="auto"/>
            </w:pPr>
            <w:r>
              <w:rPr>
                <w:rFonts w:ascii="宋体" w:hAnsi="宋体" w:eastAsia="宋体"/>
                <w:b w:val="0"/>
                <w:sz w:val="18"/>
              </w:rPr>
              <w:t>5组共15面，第16面是第6组的第1面，是黄色的，解答正确。(板书)</w:t>
            </w:r>
          </w:p>
          <w:p>
            <w:pPr>
              <w:spacing w:after="20" w:line="276" w:lineRule="auto"/>
            </w:pPr>
            <w:r>
              <w:rPr>
                <w:rFonts w:ascii="宋体" w:hAnsi="宋体" w:eastAsia="宋体"/>
                <w:b w:val="0"/>
                <w:sz w:val="18"/>
              </w:rPr>
              <w:t>找准余数，最后一面旗子的颜色是由余数决定的。余数是几，就说明最后一面小旗是每组中的第几面。没有余数，说明正好分完，最后一面小旗就是每组中的最后一面。</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设计递进式探究活动，引导学生在动手实践与合作交流中经历知识形成过程，突破本课重难点，核心问题："从题目中获得了哪些数学信息？"</w:t>
            </w:r>
          </w:p>
        </w:tc>
      </w:tr>
      <w:tr>
        <w:tc>
          <w:tcPr>
            <w:tcW w:type="dxa" w:w="1474"/>
          </w:tcPr>
          <w:p>
            <w:pPr>
              <w:spacing w:after="20" w:line="276" w:lineRule="auto"/>
            </w:pPr>
            <w:r>
              <w:rPr>
                <w:b/>
              </w:rPr>
            </w:r>
            <w:r>
              <w:rPr>
                <w:rFonts w:ascii="宋体" w:hAnsi="宋体" w:eastAsia="宋体"/>
                <w:b/>
                <w:sz w:val="18"/>
              </w:rPr>
              <w:t>三、巩固提升，强化认识</w:t>
            </w:r>
          </w:p>
        </w:tc>
        <w:tc>
          <w:tcPr>
            <w:tcW w:type="dxa" w:w="3061"/>
          </w:tcPr>
          <w:p>
            <w:pPr>
              <w:spacing w:after="20" w:line="276" w:lineRule="auto"/>
            </w:pPr>
            <w:r/>
            <w:r>
              <w:rPr>
                <w:rFonts w:ascii="宋体" w:hAnsi="宋体" w:eastAsia="宋体"/>
                <w:b w:val="0"/>
                <w:sz w:val="18"/>
              </w:rPr>
              <w:t>1.完成教科书P18“做一做”。</w:t>
            </w:r>
          </w:p>
          <w:p>
            <w:pPr>
              <w:spacing w:after="20" w:line="276" w:lineRule="auto"/>
            </w:pPr>
            <w:r>
              <w:rPr>
                <w:rFonts w:ascii="宋体" w:hAnsi="宋体" w:eastAsia="宋体"/>
                <w:b w:val="0"/>
                <w:sz w:val="18"/>
              </w:rPr>
              <w:t>师：你从题中得到了哪些数学信息？规律是什么？</w:t>
            </w:r>
          </w:p>
          <w:p>
            <w:pPr>
              <w:spacing w:after="20" w:line="276" w:lineRule="auto"/>
            </w:pPr>
            <w:r>
              <w:rPr>
                <w:rFonts w:ascii="宋体" w:hAnsi="宋体" w:eastAsia="宋体"/>
                <w:b w:val="0"/>
                <w:sz w:val="18"/>
              </w:rPr>
              <w:t>2．回到猜手指的游戏，一人说数，一人猜手指。</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通过有层次的练习及时反馈学情，巩固新知，培养学生灵活运用知识解决问题的能力，核心问题："你从题中得到了哪些数学信息？规律是什么？"</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观察规律，明确“3面为一组”的周期结构，理解用除法解决周期问题的思路，即商确定完整组数，余数确定在组内位置。借助画图、列举、竖式计算等方式，让学生直观感受周期问题的解决过程，掌握余数在周期判断中的作用。在“回顾反思”环节，强化对周期规律和除法意义的理解，培养学生观察、分析、归纳及运用数学知识解决实际问题的能力，渗透数学建模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解决问题(2)</w:t>
      </w:r>
    </w:p>
    <w:p>
      <w:pPr>
        <w:spacing w:after="40" w:line="300" w:lineRule="auto"/>
      </w:pPr>
      <w:r>
        <w:rPr>
          <w:rFonts w:ascii="宋体" w:hAnsi="宋体" w:eastAsia="宋体"/>
          <w:b w:val="0"/>
          <w:sz w:val="20"/>
        </w:rPr>
        <w:t>16÷3＝5(组)……1(面),</w:t>
      </w:r>
    </w:p>
    <w:p>
      <w:pPr>
        <w:spacing w:after="40" w:line="300" w:lineRule="auto"/>
      </w:pPr>
      <w:r>
        <w:rPr>
          <w:rFonts w:ascii="宋体" w:hAnsi="宋体" w:eastAsia="宋体"/>
          <w:b w:val="0"/>
          <w:sz w:val="20"/>
        </w:rPr>
        <w:t>5组共15面，第16面是第6组的第1面，是黄色的，解答正确。</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教科书P18例6，教科书P18“做一做”。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借助小旗排列规律，引导学生发现周期、用除法解决问题，多数学生能理解周期逻辑，部分学生对于快速识别周期有点困难，后续需加强个性化指导。还可增加不同周期情境(如彩灯、图形)，提升知识迁移力，让学生清晰构建周期问题解题框架。</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整理和复习</w:t>
            </w:r>
          </w:p>
        </w:tc>
        <w:tc>
          <w:tcPr>
            <w:tcW w:type="dxa" w:w="6009"/>
          </w:tcPr>
          <w:p>
            <w:pPr>
              <w:spacing w:after="20" w:line="276" w:lineRule="auto"/>
            </w:pPr>
            <w:r/>
            <w:r>
              <w:rPr>
                <w:rFonts w:ascii="宋体" w:hAnsi="宋体" w:eastAsia="宋体"/>
                <w:b w:val="0"/>
                <w:sz w:val="20"/>
              </w:rPr>
              <w:t>第1单元 有余数的除法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学生在前一阶段刚学会表内除法，已经接触过许多正好全部分完的事例，但二年级学生的思维还是以具体形象思维为主，想完成由形象思维向抽象逻辑思维的转变，就要借助动手操作，让学生亲自去实践，通过观察、操作、讨论、合作交流、抽象概括等数学活动获取知识，去体验知识的形成过程。</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教学内容：教科书P21“整理和复习”，教科书P22～23“练一练”第2、4～8*题。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（1）引导学生系统梳理本单元知识，构建知识体系，深化对有余数的除法的含义、计算及应用的理解。</w:t>
      </w:r>
    </w:p>
    <w:p>
      <w:pPr>
        <w:spacing w:after="20" w:line="300" w:lineRule="auto"/>
        <w:ind w:firstLine="400"/>
      </w:pPr>
      <w:r>
        <w:rPr>
          <w:rFonts w:ascii="宋体" w:hAnsi="宋体" w:eastAsia="宋体"/>
          <w:b w:val="0"/>
          <w:sz w:val="20"/>
        </w:rPr>
        <w:t>（2）通过回顾、交流、练习，提升学生运用有余数的除法解决实际问题的能力，强化余数和除数的关系认知。</w:t>
      </w:r>
    </w:p>
    <w:p>
      <w:pPr>
        <w:spacing w:after="20" w:line="300" w:lineRule="auto"/>
        <w:ind w:firstLine="400"/>
      </w:pPr>
      <w:r>
        <w:rPr>
          <w:rFonts w:ascii="宋体" w:hAnsi="宋体" w:eastAsia="宋体"/>
          <w:b w:val="0"/>
          <w:sz w:val="20"/>
        </w:rPr>
        <w:t>（3）培养学生整理归纳、自我反思的学习习惯，感受数学知识的系统性与实用性。</w:t>
      </w:r>
    </w:p>
    <w:p>
      <w:pPr>
        <w:spacing w:after="20" w:line="300" w:lineRule="auto"/>
      </w:pPr>
      <w:r>
        <w:rPr>
          <w:rFonts w:ascii="宋体" w:hAnsi="宋体" w:eastAsia="宋体"/>
          <w:b w:val="0"/>
          <w:sz w:val="20"/>
        </w:rPr>
        <w:t>教学重点：系统梳理有余数的除法的知识体系，包括含义、计算及实际应用，清晰构建知识框架。</w:t>
      </w:r>
    </w:p>
    <w:p>
      <w:pPr>
        <w:spacing w:after="20" w:line="300" w:lineRule="auto"/>
      </w:pPr>
      <w:r>
        <w:rPr>
          <w:rFonts w:ascii="宋体" w:hAnsi="宋体" w:eastAsia="宋体"/>
          <w:b w:val="0"/>
          <w:sz w:val="20"/>
        </w:rPr>
        <w:t>教学难点：进一步理解有余数的除法各部分(商、余数)在不同实际情境中的意义。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一、谈话引入复习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回顾一下，通过本单元的学习，你有什么收获？</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二、知识梳理</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三、应用提升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一、谈话引入复习</w:t>
            </w:r>
          </w:p>
        </w:tc>
        <w:tc>
          <w:tcPr>
            <w:tcW w:type="dxa" w:w="3061"/>
          </w:tcPr>
          <w:p>
            <w:pPr>
              <w:spacing w:after="20" w:line="276" w:lineRule="auto"/>
            </w:pPr>
            <w:r/>
            <w:r>
              <w:rPr>
                <w:rFonts w:ascii="宋体" w:hAnsi="宋体" w:eastAsia="宋体"/>
                <w:b w:val="0"/>
                <w:sz w:val="18"/>
              </w:rPr>
              <w:t>师：回顾一下，通过本单元的学习，你有什么收获？</w:t>
            </w:r>
          </w:p>
          <w:p>
            <w:pPr>
              <w:spacing w:after="20" w:line="276" w:lineRule="auto"/>
            </w:pPr>
            <w:r>
              <w:rPr>
                <w:rFonts w:ascii="宋体" w:hAnsi="宋体" w:eastAsia="宋体"/>
                <w:b w:val="0"/>
                <w:sz w:val="18"/>
              </w:rPr>
              <w:t>师：同学们真厉害！这节课我们就来整理和复习本单元的知识。(板书：整理和复习)</w:t>
            </w:r>
          </w:p>
        </w:tc>
        <w:tc>
          <w:tcPr>
            <w:tcW w:type="dxa" w:w="3061"/>
          </w:tcPr>
          <w:p>
            <w:pPr>
              <w:spacing w:after="20" w:line="276" w:lineRule="auto"/>
            </w:pPr>
            <w:r/>
            <w:r>
              <w:rPr>
                <w:rFonts w:ascii="宋体" w:hAnsi="宋体" w:eastAsia="宋体"/>
                <w:b w:val="0"/>
                <w:sz w:val="18"/>
              </w:rPr>
              <w:t>预设1：知道了有余数的除法的意义和有余数的除法各部分间的关系：被除数＝除数×商＋余数。</w:t>
            </w:r>
          </w:p>
          <w:p>
            <w:pPr>
              <w:spacing w:after="20" w:line="276" w:lineRule="auto"/>
            </w:pPr>
            <w:r>
              <w:rPr>
                <w:rFonts w:ascii="宋体" w:hAnsi="宋体" w:eastAsia="宋体"/>
                <w:b w:val="0"/>
                <w:sz w:val="18"/>
              </w:rPr>
              <w:t>预设2：学会了除法竖式计算的步骤是“商——乘——减——比较”。</w:t>
            </w:r>
          </w:p>
          <w:p>
            <w:pPr>
              <w:spacing w:after="20" w:line="276" w:lineRule="auto"/>
            </w:pPr>
            <w:r>
              <w:rPr>
                <w:rFonts w:ascii="宋体" w:hAnsi="宋体" w:eastAsia="宋体"/>
                <w:b w:val="0"/>
                <w:sz w:val="18"/>
              </w:rPr>
              <w:t>预设3：余数要比除数小。</w:t>
            </w:r>
          </w:p>
          <w:p>
            <w:pPr>
              <w:spacing w:after="20" w:line="276" w:lineRule="auto"/>
            </w:pPr>
            <w:r>
              <w:rPr>
                <w:rFonts w:ascii="宋体" w:hAnsi="宋体" w:eastAsia="宋体"/>
                <w:b w:val="0"/>
                <w:sz w:val="18"/>
              </w:rPr>
              <w:t>预设4：试商时，除数是几就想几的乘法口诀。</w:t>
            </w:r>
          </w:p>
          <w:p>
            <w:pPr>
              <w:spacing w:after="20" w:line="276" w:lineRule="auto"/>
            </w:pPr>
            <w:r>
              <w:rPr>
                <w:rFonts w:ascii="宋体" w:hAnsi="宋体" w:eastAsia="宋体"/>
                <w:b w:val="0"/>
                <w:sz w:val="18"/>
              </w:rPr>
              <w:t>预设5：解决问题学习了“进一法”和“去尾法”。</w:t>
            </w:r>
          </w:p>
          <w:p>
            <w:pPr>
              <w:spacing w:after="20" w:line="276" w:lineRule="auto"/>
            </w:pPr>
            <w:r>
              <w:rPr>
                <w:rFonts w:ascii="宋体" w:hAnsi="宋体" w:eastAsia="宋体"/>
                <w:b w:val="0"/>
                <w:sz w:val="18"/>
              </w:rPr>
              <w:t>预设6：周期问题中，余数是几，就是一组中的第几个。</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创设情境激活学生已有经验，自然引出本课学习内容，激发学习兴趣，核心问题："回顾一下，通过本单元的学习，你有什么收获？"</w:t>
            </w:r>
          </w:p>
        </w:tc>
      </w:tr>
      <w:tr>
        <w:tc>
          <w:tcPr>
            <w:tcW w:type="dxa" w:w="1474"/>
          </w:tcPr>
          <w:p>
            <w:pPr>
              <w:spacing w:after="20" w:line="276" w:lineRule="auto"/>
            </w:pPr>
            <w:r>
              <w:rPr>
                <w:b/>
              </w:rPr>
            </w:r>
            <w:r>
              <w:rPr>
                <w:rFonts w:ascii="宋体" w:hAnsi="宋体" w:eastAsia="宋体"/>
                <w:b/>
                <w:sz w:val="18"/>
              </w:rPr>
              <w:t>二、知识梳理</w:t>
            </w:r>
          </w:p>
        </w:tc>
        <w:tc>
          <w:tcPr>
            <w:tcW w:type="dxa" w:w="3061"/>
          </w:tcPr>
          <w:p>
            <w:pPr>
              <w:spacing w:after="20" w:line="276" w:lineRule="auto"/>
            </w:pPr>
            <w:r/>
            <w:r>
              <w:rPr>
                <w:rFonts w:ascii="宋体" w:hAnsi="宋体" w:eastAsia="宋体"/>
                <w:b w:val="0"/>
                <w:sz w:val="18"/>
              </w:rPr>
              <w:t>1.用除法算式表示平均分时有剩余。</w:t>
            </w:r>
          </w:p>
          <w:p>
            <w:pPr>
              <w:spacing w:after="20" w:line="276" w:lineRule="auto"/>
            </w:pPr>
            <w:r>
              <w:rPr>
                <w:rFonts w:ascii="宋体" w:hAnsi="宋体" w:eastAsia="宋体"/>
                <w:b w:val="0"/>
                <w:sz w:val="18"/>
              </w:rPr>
              <w:t>师：平均分时有剩余，也可以用除法表示。</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7个圆片，每2个为一份，可以分成几份？还剩几个？</w:t>
            </w:r>
          </w:p>
          <w:p>
            <w:pPr>
              <w:spacing w:after="20" w:line="276" w:lineRule="auto"/>
            </w:pPr>
            <w:r>
              <w:rPr>
                <w:rFonts w:ascii="宋体" w:hAnsi="宋体" w:eastAsia="宋体"/>
                <w:b w:val="0"/>
                <w:sz w:val="18"/>
              </w:rPr>
              <w:t>2．除法竖式中各部分的组成。</w:t>
            </w:r>
          </w:p>
          <w:p>
            <w:pPr>
              <w:spacing w:after="20" w:line="276" w:lineRule="auto"/>
            </w:pPr>
            <w:r>
              <w:rPr>
                <w:rFonts w:ascii="宋体" w:hAnsi="宋体" w:eastAsia="宋体"/>
                <w:b w:val="0"/>
                <w:sz w:val="18"/>
              </w:rPr>
              <w:t>师：说说下面竖式中各部分的名称。(课件出示竖式)</w:t>
            </w:r>
          </w:p>
          <w:p>
            <w:pPr>
              <w:spacing w:after="20" w:line="276" w:lineRule="auto"/>
            </w:pPr>
            <w:r>
              <w:rPr>
                <w:rFonts w:ascii="宋体" w:hAnsi="宋体" w:eastAsia="宋体"/>
                <w:b w:val="0"/>
                <w:sz w:val="18"/>
              </w:rPr>
              <w:t>3．用“进一法”“去尾法”解决问题。</w:t>
            </w:r>
          </w:p>
          <w:p>
            <w:pPr>
              <w:spacing w:after="20" w:line="276" w:lineRule="auto"/>
            </w:pPr>
            <w:r>
              <w:rPr>
                <w:rFonts w:ascii="宋体" w:hAnsi="宋体" w:eastAsia="宋体"/>
                <w:b w:val="0"/>
                <w:sz w:val="18"/>
              </w:rPr>
              <w:t>课件出示习题。</w:t>
            </w:r>
          </w:p>
          <w:p>
            <w:pPr>
              <w:spacing w:after="20" w:line="276" w:lineRule="auto"/>
            </w:pPr>
            <w:r>
              <w:rPr>
                <w:rFonts w:ascii="宋体" w:hAnsi="宋体" w:eastAsia="宋体"/>
                <w:b w:val="0"/>
                <w:sz w:val="18"/>
              </w:rPr>
              <w:t>将50个鸡蛋装在包装盒里，8个装一盒，可以装满几盒？要准备几个包装盒才能全部装下？</w:t>
            </w:r>
          </w:p>
          <w:p>
            <w:pPr>
              <w:spacing w:after="20" w:line="276" w:lineRule="auto"/>
            </w:pPr>
            <w:r>
              <w:rPr>
                <w:rFonts w:ascii="宋体" w:hAnsi="宋体" w:eastAsia="宋体"/>
                <w:b w:val="0"/>
                <w:sz w:val="18"/>
              </w:rPr>
              <w:t>4．周期问题。</w:t>
            </w:r>
          </w:p>
          <w:p>
            <w:pPr>
              <w:spacing w:after="20" w:line="276" w:lineRule="auto"/>
            </w:pPr>
            <w:r>
              <w:rPr>
                <w:rFonts w:ascii="宋体" w:hAnsi="宋体" w:eastAsia="宋体"/>
                <w:b w:val="0"/>
                <w:sz w:val="18"/>
              </w:rPr>
              <w:t>课件出示习题。</w:t>
            </w:r>
          </w:p>
        </w:tc>
        <w:tc>
          <w:tcPr>
            <w:tcW w:type="dxa" w:w="3061"/>
          </w:tcPr>
          <w:p>
            <w:pPr>
              <w:spacing w:after="20" w:line="276" w:lineRule="auto"/>
            </w:pPr>
            <w:r/>
            <w:r>
              <w:rPr>
                <w:rFonts w:ascii="宋体" w:hAnsi="宋体" w:eastAsia="宋体"/>
                <w:b w:val="0"/>
                <w:sz w:val="18"/>
              </w:rPr>
              <w:t>学生独立解决，集体交流后，教师课件出示解答过程。</w:t>
            </w:r>
          </w:p>
          <w:p>
            <w:pPr>
              <w:spacing w:after="20" w:line="276" w:lineRule="auto"/>
            </w:pPr>
            <w:r>
              <w:rPr>
                <w:rFonts w:ascii="宋体" w:hAnsi="宋体" w:eastAsia="宋体"/>
                <w:b w:val="0"/>
                <w:sz w:val="18"/>
              </w:rPr>
              <w:t>学生边回答，课件边同步呈现。</w:t>
            </w:r>
          </w:p>
          <w:p>
            <w:pPr>
              <w:spacing w:after="20" w:line="276" w:lineRule="auto"/>
            </w:pPr>
            <w:r>
              <w:rPr>
                <w:rFonts w:ascii="宋体" w:hAnsi="宋体" w:eastAsia="宋体"/>
                <w:b w:val="0"/>
                <w:sz w:val="18"/>
              </w:rPr>
              <w:t>50÷8＝6(盒)……2(个)，可以装满6盒；6＋1＝7(盒)，要准备7个包装盒才能全部装下。</w:t>
            </w:r>
          </w:p>
          <w:p>
            <w:pPr>
              <w:spacing w:after="20" w:line="276" w:lineRule="auto"/>
            </w:pPr>
            <w:r>
              <w:rPr>
                <w:rFonts w:ascii="宋体" w:hAnsi="宋体" w:eastAsia="宋体"/>
                <w:b w:val="0"/>
                <w:sz w:val="18"/>
              </w:rPr>
              <w:t>16÷3＝5(组)……1(面)，余数是1，就是一组中的第1面小旗的颜色，是黄色的。</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r>
        <w:tc>
          <w:tcPr>
            <w:tcW w:type="dxa" w:w="1474"/>
          </w:tcPr>
          <w:p>
            <w:pPr>
              <w:spacing w:after="20" w:line="276" w:lineRule="auto"/>
            </w:pPr>
            <w:r>
              <w:rPr>
                <w:b/>
              </w:rPr>
            </w:r>
            <w:r>
              <w:rPr>
                <w:rFonts w:ascii="宋体" w:hAnsi="宋体" w:eastAsia="宋体"/>
                <w:b/>
                <w:sz w:val="18"/>
              </w:rPr>
              <w:t>三、应用提升</w:t>
            </w:r>
          </w:p>
        </w:tc>
        <w:tc>
          <w:tcPr>
            <w:tcW w:type="dxa" w:w="3061"/>
          </w:tcPr>
          <w:p>
            <w:pPr>
              <w:spacing w:after="20" w:line="276" w:lineRule="auto"/>
            </w:pPr>
            <w:r/>
            <w:r>
              <w:rPr>
                <w:rFonts w:ascii="宋体" w:hAnsi="宋体" w:eastAsia="宋体"/>
                <w:b w:val="0"/>
                <w:sz w:val="18"/>
              </w:rPr>
              <w:t>1.完成教科书P22“练一练”第2题。</w:t>
            </w:r>
          </w:p>
          <w:p>
            <w:pPr>
              <w:spacing w:after="20" w:line="276" w:lineRule="auto"/>
            </w:pPr>
            <w:r>
              <w:rPr>
                <w:rFonts w:ascii="宋体" w:hAnsi="宋体" w:eastAsia="宋体"/>
                <w:b w:val="0"/>
                <w:sz w:val="18"/>
              </w:rPr>
              <w:t>提示：15元里面最多有2个6元，可以购买2支，再加上送的1支，共能买3支。</w:t>
            </w:r>
          </w:p>
          <w:p>
            <w:pPr>
              <w:spacing w:after="20" w:line="276" w:lineRule="auto"/>
            </w:pPr>
            <w:r>
              <w:rPr>
                <w:rFonts w:ascii="宋体" w:hAnsi="宋体" w:eastAsia="宋体"/>
                <w:b w:val="0"/>
                <w:sz w:val="18"/>
              </w:rPr>
              <w:t>2．完成教科书P22“练一练”第4题。</w:t>
            </w:r>
          </w:p>
          <w:p>
            <w:pPr>
              <w:spacing w:after="20" w:line="276" w:lineRule="auto"/>
            </w:pPr>
            <w:r>
              <w:rPr>
                <w:rFonts w:ascii="宋体" w:hAnsi="宋体" w:eastAsia="宋体"/>
                <w:b w:val="0"/>
                <w:sz w:val="18"/>
              </w:rPr>
              <w:t>3．完成教科书P22“练一练”第5题。</w:t>
            </w:r>
          </w:p>
          <w:p>
            <w:pPr>
              <w:spacing w:after="20" w:line="276" w:lineRule="auto"/>
            </w:pPr>
            <w:r>
              <w:rPr>
                <w:rFonts w:ascii="宋体" w:hAnsi="宋体" w:eastAsia="宋体"/>
                <w:b w:val="0"/>
                <w:sz w:val="18"/>
              </w:rPr>
              <w:t>4．完成教科书P23“练一练”第6题。</w:t>
            </w:r>
          </w:p>
          <w:p>
            <w:pPr>
              <w:spacing w:after="20" w:line="276" w:lineRule="auto"/>
            </w:pPr>
            <w:r>
              <w:rPr>
                <w:rFonts w:ascii="宋体" w:hAnsi="宋体" w:eastAsia="宋体"/>
                <w:b w:val="0"/>
                <w:sz w:val="18"/>
              </w:rPr>
              <w:t>提示：利用日历画一画。</w:t>
            </w:r>
          </w:p>
          <w:p>
            <w:pPr>
              <w:spacing w:after="20" w:line="276" w:lineRule="auto"/>
            </w:pPr>
            <w:r>
              <w:rPr>
                <w:rFonts w:ascii="宋体" w:hAnsi="宋体" w:eastAsia="宋体"/>
                <w:b w:val="0"/>
                <w:sz w:val="18"/>
              </w:rPr>
              <w:t>5．完成教科书P23“练一练”第7题。</w:t>
            </w:r>
          </w:p>
          <w:p>
            <w:pPr>
              <w:spacing w:after="20" w:line="276" w:lineRule="auto"/>
            </w:pPr>
            <w:r>
              <w:rPr>
                <w:rFonts w:ascii="宋体" w:hAnsi="宋体" w:eastAsia="宋体"/>
                <w:b w:val="0"/>
                <w:sz w:val="18"/>
              </w:rPr>
              <w:t>6．完成教科书P23“练一练”第8*题。</w:t>
            </w:r>
          </w:p>
          <w:p>
            <w:pPr>
              <w:spacing w:after="20" w:line="276" w:lineRule="auto"/>
            </w:pPr>
            <w:r>
              <w:rPr>
                <w:rFonts w:ascii="宋体" w:hAnsi="宋体" w:eastAsia="宋体"/>
                <w:b w:val="0"/>
                <w:sz w:val="18"/>
              </w:rPr>
              <w:t>提示：想2和3的乘法口诀中积最小的那个相同数，最后加上余数1。</w:t>
            </w:r>
          </w:p>
          <w:p>
            <w:pPr>
              <w:spacing w:after="20" w:line="276" w:lineRule="auto"/>
            </w:pPr>
            <w:r>
              <w:rPr>
                <w:rFonts w:ascii="宋体" w:hAnsi="宋体" w:eastAsia="宋体"/>
                <w:b w:val="0"/>
                <w:sz w:val="18"/>
              </w:rPr>
              <w:t>7．制作本单元的“知识图”。</w:t>
            </w:r>
          </w:p>
          <w:p>
            <w:pPr>
              <w:spacing w:after="20" w:line="276" w:lineRule="auto"/>
            </w:pPr>
            <w:r>
              <w:rPr>
                <w:rFonts w:ascii="宋体" w:hAnsi="宋体" w:eastAsia="宋体"/>
                <w:b w:val="0"/>
                <w:sz w:val="18"/>
              </w:rPr>
              <w:t>师：请参考小丽的“知识图”独立制作本单元的“知识图”。</w:t>
            </w:r>
          </w:p>
        </w:tc>
        <w:tc>
          <w:tcPr>
            <w:tcW w:type="dxa" w:w="3061"/>
          </w:tcPr>
          <w:p>
            <w:pPr>
              <w:spacing w:after="20" w:line="276" w:lineRule="auto"/>
            </w:pPr>
            <w:r/>
            <w:r>
              <w:rPr>
                <w:rFonts w:ascii="宋体" w:hAnsi="宋体" w:eastAsia="宋体"/>
                <w:b w:val="0"/>
                <w:sz w:val="18"/>
              </w:rPr>
              <w:t>学生制作完成后，指名学生上台展示，教师适时板书。</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师：谈谈这节复习课的收获。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整理——巩固——运用——拓展”为主线，让学生经历自主梳理、共同完善、实践应用的过程，深度理解有余数除法知识体系，提升知识整理、问题解决能力，渗透数学与生活相关联的思想，培养自主学习、合作交流等素养，为后续数学学习奠定方法与思维基础。</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教科书P21“整理和复习”，教科书P22～23“练一练”第2、4～8*题。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次复习课通过谈话导入唤醒记忆，练习分层设计，兼顾基础与应用。“知识图”的制作有效培养学生整理归纳能力。从解决问题的基本方法到思维的拓宽，学生能获得一定的解决实际问题的经验。教科书创设了丰富的情境，充分地调动学生学习的积极性，让每个学生都乐于参与到学习活动中。</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