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20" w:line="300" w:lineRule="auto"/>
        <w:jc w:val="center"/>
      </w:pPr>
      <w:r>
        <w:rPr>
          <w:rFonts w:ascii="黑体" w:hAnsi="黑体" w:eastAsia="黑体"/>
          <w:b/>
          <w:sz w:val="30"/>
        </w:rPr>
        <w:t>人教版二年级数学下册</w:t>
      </w:r>
    </w:p>
    <w:p>
      <w:pPr>
        <w:spacing w:after="80" w:line="300" w:lineRule="auto"/>
        <w:jc w:val="center"/>
      </w:pPr>
      <w:r>
        <w:rPr>
          <w:rFonts w:ascii="黑体" w:hAnsi="黑体" w:eastAsia="黑体"/>
          <w:b/>
          <w:sz w:val="26"/>
        </w:rPr>
        <w:t>第3单元 万以内数的认识　规范教案</w:t>
      </w:r>
    </w:p>
    <w:p>
      <w:pPr>
        <w:spacing w:after="160" w:line="300" w:lineRule="auto"/>
        <w:jc w:val="center"/>
      </w:pPr>
      <w:r>
        <w:rPr>
          <w:rFonts w:ascii="楷体" w:hAnsi="楷体" w:eastAsia="楷体"/>
          <w:b w:val="0"/>
          <w:color w:val="606060"/>
          <w:sz w:val="18"/>
        </w:rPr>
        <w:t>依据《温州市小学数学教学常规（2025年版）》附件2（单元教学备课参考格式）、附件3（课时教学备课参考格式）编制</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4819"/>
        <w:gridCol w:w="4819"/>
      </w:tblGrid>
      <w:tr>
        <w:trPr>
          <w:tblHeader w:val="true"/>
        </w:trPr>
        <w:tc>
          <w:tcPr>
            <w:tcW w:type="dxa" w:w="2381"/>
            <w:shd w:val="clear" w:fill="E8EEF7"/>
          </w:tcPr>
          <w:p>
            <w:pPr>
              <w:spacing w:after="20" w:line="276" w:lineRule="auto"/>
              <w:jc w:val="center"/>
            </w:pPr>
            <w:r/>
            <w:r>
              <w:rPr>
                <w:rFonts w:ascii="黑体" w:hAnsi="黑体" w:eastAsia="黑体"/>
                <w:b/>
                <w:sz w:val="18"/>
              </w:rPr>
              <w:t>项目</w:t>
            </w:r>
          </w:p>
        </w:tc>
        <w:tc>
          <w:tcPr>
            <w:tcW w:type="dxa" w:w="7030"/>
            <w:shd w:val="clear" w:fill="E8EEF7"/>
          </w:tcPr>
          <w:p>
            <w:pPr>
              <w:spacing w:after="20" w:line="276" w:lineRule="auto"/>
              <w:jc w:val="center"/>
            </w:pPr>
            <w:r/>
            <w:r>
              <w:rPr>
                <w:rFonts w:ascii="黑体" w:hAnsi="黑体" w:eastAsia="黑体"/>
                <w:b/>
                <w:sz w:val="18"/>
              </w:rPr>
              <w:t>内容</w:t>
            </w:r>
          </w:p>
        </w:tc>
      </w:tr>
      <w:tr>
        <w:tc>
          <w:tcPr>
            <w:tcW w:type="dxa" w:w="2381"/>
          </w:tcPr>
          <w:p>
            <w:pPr>
              <w:spacing w:after="20" w:line="276" w:lineRule="auto"/>
            </w:pPr>
            <w:r/>
            <w:r>
              <w:rPr>
                <w:rFonts w:ascii="宋体" w:hAnsi="宋体" w:eastAsia="宋体"/>
                <w:b/>
                <w:sz w:val="20"/>
              </w:rPr>
              <w:t>单元内容</w:t>
            </w:r>
          </w:p>
        </w:tc>
        <w:tc>
          <w:tcPr>
            <w:tcW w:type="dxa" w:w="7030"/>
          </w:tcPr>
          <w:p>
            <w:pPr>
              <w:spacing w:after="20" w:line="276" w:lineRule="auto"/>
            </w:pPr>
            <w:r/>
            <w:r>
              <w:rPr>
                <w:rFonts w:ascii="宋体" w:hAnsi="宋体" w:eastAsia="宋体"/>
                <w:b w:val="0"/>
                <w:sz w:val="20"/>
              </w:rPr>
              <w:t>第3单元 万以内数的认识</w:t>
            </w:r>
          </w:p>
        </w:tc>
      </w:tr>
      <w:tr>
        <w:tc>
          <w:tcPr>
            <w:tcW w:type="dxa" w:w="2381"/>
          </w:tcPr>
          <w:p>
            <w:pPr>
              <w:spacing w:after="20" w:line="276" w:lineRule="auto"/>
            </w:pPr>
            <w:r/>
            <w:r>
              <w:rPr>
                <w:rFonts w:ascii="宋体" w:hAnsi="宋体" w:eastAsia="宋体"/>
                <w:b/>
                <w:sz w:val="20"/>
              </w:rPr>
              <w:t>所属领域</w:t>
            </w:r>
          </w:p>
        </w:tc>
        <w:tc>
          <w:tcPr>
            <w:tcW w:type="dxa" w:w="7030"/>
          </w:tcPr>
          <w:p>
            <w:pPr>
              <w:spacing w:after="20" w:line="276" w:lineRule="auto"/>
            </w:pPr>
            <w:r/>
            <w:r>
              <w:rPr>
                <w:rFonts w:ascii="宋体" w:hAnsi="宋体" w:eastAsia="宋体"/>
                <w:b w:val="0"/>
                <w:sz w:val="20"/>
              </w:rPr>
              <w:t>数与代数</w:t>
            </w:r>
          </w:p>
        </w:tc>
      </w:tr>
      <w:tr>
        <w:tc>
          <w:tcPr>
            <w:tcW w:type="dxa" w:w="2381"/>
          </w:tcPr>
          <w:p>
            <w:pPr>
              <w:spacing w:after="20" w:line="276" w:lineRule="auto"/>
            </w:pPr>
            <w:r/>
            <w:r>
              <w:rPr>
                <w:rFonts w:ascii="宋体" w:hAnsi="宋体" w:eastAsia="宋体"/>
                <w:b/>
                <w:sz w:val="20"/>
              </w:rPr>
              <w:t>教材版本</w:t>
            </w:r>
          </w:p>
        </w:tc>
        <w:tc>
          <w:tcPr>
            <w:tcW w:type="dxa" w:w="7030"/>
          </w:tcPr>
          <w:p>
            <w:pPr>
              <w:spacing w:after="20" w:line="276" w:lineRule="auto"/>
            </w:pPr>
            <w:r/>
            <w:r>
              <w:rPr>
                <w:rFonts w:ascii="宋体" w:hAnsi="宋体" w:eastAsia="宋体"/>
                <w:b w:val="0"/>
                <w:sz w:val="20"/>
              </w:rPr>
              <w:t>人民教育出版社（人教版）小学数学教科书</w:t>
            </w:r>
          </w:p>
        </w:tc>
      </w:tr>
      <w:tr>
        <w:tc>
          <w:tcPr>
            <w:tcW w:type="dxa" w:w="2381"/>
          </w:tcPr>
          <w:p>
            <w:pPr>
              <w:spacing w:after="20" w:line="276" w:lineRule="auto"/>
            </w:pPr>
            <w:r/>
            <w:r>
              <w:rPr>
                <w:rFonts w:ascii="宋体" w:hAnsi="宋体" w:eastAsia="宋体"/>
                <w:b/>
                <w:sz w:val="20"/>
              </w:rPr>
              <w:t>课时数</w:t>
            </w:r>
          </w:p>
        </w:tc>
        <w:tc>
          <w:tcPr>
            <w:tcW w:type="dxa" w:w="7030"/>
          </w:tcPr>
          <w:p>
            <w:pPr>
              <w:spacing w:after="20" w:line="276" w:lineRule="auto"/>
            </w:pPr>
            <w:r/>
            <w:r>
              <w:rPr>
                <w:rFonts w:ascii="宋体" w:hAnsi="宋体" w:eastAsia="宋体"/>
                <w:b w:val="0"/>
                <w:sz w:val="20"/>
              </w:rPr>
              <w:t>11 课时</w:t>
            </w:r>
          </w:p>
        </w:tc>
      </w:tr>
      <w:tr>
        <w:tc>
          <w:tcPr>
            <w:tcW w:type="dxa" w:w="2381"/>
          </w:tcPr>
          <w:p>
            <w:pPr>
              <w:spacing w:after="20" w:line="276" w:lineRule="auto"/>
            </w:pPr>
            <w:r/>
            <w:r>
              <w:rPr>
                <w:rFonts w:ascii="宋体" w:hAnsi="宋体" w:eastAsia="宋体"/>
                <w:b/>
                <w:sz w:val="20"/>
              </w:rPr>
              <w:t>课型结构</w:t>
            </w:r>
          </w:p>
        </w:tc>
        <w:tc>
          <w:tcPr>
            <w:tcW w:type="dxa" w:w="7030"/>
          </w:tcPr>
          <w:p>
            <w:pPr>
              <w:spacing w:after="20" w:line="276" w:lineRule="auto"/>
            </w:pPr>
            <w:r/>
            <w:r>
              <w:rPr>
                <w:rFonts w:ascii="宋体" w:hAnsi="宋体" w:eastAsia="宋体"/>
                <w:b w:val="0"/>
                <w:sz w:val="20"/>
              </w:rPr>
              <w:t>单元开启课、活动探索课、自主整理课</w:t>
            </w:r>
          </w:p>
        </w:tc>
      </w:tr>
    </w:tbl>
    <w:p>
      <w:pPr>
        <w:spacing w:after="40"/>
      </w:pPr>
    </w:p>
    <w:p>
      <w:pPr>
        <w:spacing w:after="80" w:line="300" w:lineRule="auto"/>
      </w:pPr>
      <w:r>
        <w:rPr>
          <w:rFonts w:ascii="黑体" w:hAnsi="黑体" w:eastAsia="黑体"/>
          <w:b/>
          <w:sz w:val="24"/>
        </w:rPr>
        <w:t>一、单元整体解读</w:t>
      </w:r>
    </w:p>
    <w:p>
      <w:pPr>
        <w:spacing w:after="20" w:line="300" w:lineRule="auto"/>
      </w:pPr>
      <w:r>
        <w:rPr>
          <w:rFonts w:ascii="黑体" w:hAnsi="黑体" w:eastAsia="黑体"/>
          <w:b/>
          <w:sz w:val="21"/>
        </w:rPr>
        <w:t>（一）教材分析</w:t>
      </w:r>
    </w:p>
    <w:p>
      <w:pPr>
        <w:spacing w:after="80" w:line="300" w:lineRule="auto"/>
        <w:ind w:firstLine="400"/>
      </w:pPr>
      <w:r>
        <w:rPr>
          <w:rFonts w:ascii="宋体" w:hAnsi="宋体" w:eastAsia="宋体"/>
          <w:b w:val="0"/>
          <w:sz w:val="20"/>
        </w:rPr>
        <w:t>【教材解读】</w:t>
      </w:r>
    </w:p>
    <w:p>
      <w:pPr>
        <w:spacing w:after="80" w:line="300" w:lineRule="auto"/>
        <w:ind w:firstLine="400"/>
      </w:pPr>
      <w:r>
        <w:rPr>
          <w:rFonts w:ascii="宋体" w:hAnsi="宋体" w:eastAsia="宋体"/>
          <w:b w:val="0"/>
          <w:sz w:val="20"/>
        </w:rPr>
        <w:t>本单元的教学内容是万以内数的认识，主要包括：1000以内数的认识；10000以内数的认识；简单的加、减法。读数和写数是本单元的教学重点。</w:t>
      </w:r>
    </w:p>
    <w:p>
      <w:pPr>
        <w:spacing w:after="80" w:line="300" w:lineRule="auto"/>
        <w:ind w:firstLine="400"/>
      </w:pPr>
      <w:r>
        <w:rPr>
          <w:rFonts w:ascii="宋体" w:hAnsi="宋体" w:eastAsia="宋体"/>
          <w:b w:val="0"/>
          <w:sz w:val="20"/>
        </w:rPr>
        <w:t>万以内数的认识是整数认识的主要内容，因为这一阶段的认数，包含了整数认识的所有要素，如数的表示、满十进1的进位制、数位、各个数位上数字所表示的值等，学生也将认识从“一”到“万”的计数单位，包含了一个完整的数级。因为数字来源于计数，所以教科书特别注重让学生经历数数的过程，充分借助直观图、带数位的计数器等，让学生建立起抽象的数和现实中的数量之间的关系，在数数的过程中，深刻地理解数的意义。</w:t>
      </w:r>
    </w:p>
    <w:p>
      <w:pPr>
        <w:spacing w:after="20" w:line="300" w:lineRule="auto"/>
      </w:pPr>
      <w:r>
        <w:rPr>
          <w:rFonts w:ascii="黑体" w:hAnsi="黑体" w:eastAsia="黑体"/>
          <w:b/>
          <w:sz w:val="21"/>
        </w:rPr>
        <w:t>（二）学情分析</w:t>
      </w:r>
    </w:p>
    <w:p>
      <w:pPr>
        <w:spacing w:after="80" w:line="300" w:lineRule="auto"/>
        <w:ind w:firstLine="400"/>
      </w:pPr>
      <w:r>
        <w:rPr>
          <w:rFonts w:ascii="宋体" w:hAnsi="宋体" w:eastAsia="宋体"/>
          <w:b w:val="0"/>
          <w:sz w:val="20"/>
        </w:rPr>
        <w:t>【学情分析】</w:t>
      </w:r>
    </w:p>
    <w:p>
      <w:pPr>
        <w:spacing w:after="80" w:line="300" w:lineRule="auto"/>
        <w:ind w:firstLine="400"/>
      </w:pPr>
      <w:r>
        <w:rPr>
          <w:rFonts w:ascii="宋体" w:hAnsi="宋体" w:eastAsia="宋体"/>
          <w:b w:val="0"/>
          <w:sz w:val="20"/>
        </w:rPr>
        <w:t>根据儿童的年龄特征和心理发展规律，自然数的认识由小到大，逐步扩大。学生已经认识了百以内的数，本次学习“万以内数的认识”是对前面知识的拓展。虽然数在生活中的应用范围较广，但学生接触大数的机会并不多。教学时，要以直观为主，将抽象的数形象化，贯穿整个单元教学的始终，进而培养学生对数学学习的兴趣，逐步发展学生的数感。</w:t>
      </w:r>
    </w:p>
    <w:p>
      <w:pPr>
        <w:spacing w:after="80" w:line="300" w:lineRule="auto"/>
        <w:ind w:firstLine="400"/>
      </w:pPr>
      <w:r>
        <w:rPr>
          <w:rFonts w:ascii="宋体" w:hAnsi="宋体" w:eastAsia="宋体"/>
          <w:b w:val="0"/>
          <w:sz w:val="20"/>
        </w:rPr>
        <w:t>【教学策略】</w:t>
      </w:r>
    </w:p>
    <w:p>
      <w:pPr>
        <w:spacing w:after="20" w:line="300" w:lineRule="auto"/>
      </w:pPr>
      <w:r>
        <w:rPr>
          <w:rFonts w:ascii="黑体" w:hAnsi="黑体" w:eastAsia="黑体"/>
          <w:b/>
          <w:sz w:val="21"/>
        </w:rPr>
        <w:t>（三）单元教学目标</w:t>
      </w:r>
    </w:p>
    <w:p>
      <w:pPr>
        <w:spacing w:after="20" w:line="300" w:lineRule="auto"/>
      </w:pPr>
      <w:r>
        <w:rPr>
          <w:rFonts w:ascii="黑体" w:hAnsi="黑体" w:eastAsia="黑体"/>
          <w:b/>
          <w:sz w:val="20"/>
        </w:rPr>
        <w:t>单元素养目标：</w:t>
      </w:r>
    </w:p>
    <w:p>
      <w:pPr>
        <w:spacing w:after="40" w:line="300" w:lineRule="auto"/>
        <w:ind w:firstLine="400"/>
      </w:pPr>
      <w:r>
        <w:rPr>
          <w:rFonts w:ascii="宋体" w:hAnsi="宋体" w:eastAsia="宋体"/>
          <w:b w:val="0"/>
          <w:sz w:val="20"/>
        </w:rPr>
        <w:t>应用意识：运用所学的知识解决生活中的简单的问题。</w:t>
      </w:r>
    </w:p>
    <w:p>
      <w:pPr>
        <w:spacing w:after="20" w:line="300" w:lineRule="auto"/>
      </w:pPr>
      <w:r>
        <w:rPr>
          <w:rFonts w:ascii="黑体" w:hAnsi="黑体" w:eastAsia="黑体"/>
          <w:b/>
          <w:sz w:val="20"/>
        </w:rPr>
        <w:t>单元课时目标：</w:t>
      </w:r>
    </w:p>
    <w:p>
      <w:pPr>
        <w:spacing w:after="20" w:line="300" w:lineRule="auto"/>
        <w:ind w:firstLine="400"/>
      </w:pPr>
      <w:r>
        <w:rPr>
          <w:rFonts w:ascii="宋体" w:hAnsi="宋体" w:eastAsia="宋体"/>
          <w:b w:val="0"/>
          <w:sz w:val="20"/>
        </w:rPr>
        <w:t>第1课时：经历数数的过程，体验数的产生和作用，能在现实情境中感受大数的意义。</w:t>
      </w:r>
    </w:p>
    <w:p>
      <w:pPr>
        <w:spacing w:after="20" w:line="300" w:lineRule="auto"/>
        <w:ind w:firstLine="400"/>
      </w:pPr>
      <w:r>
        <w:rPr>
          <w:rFonts w:ascii="宋体" w:hAnsi="宋体" w:eastAsia="宋体"/>
          <w:b w:val="0"/>
          <w:sz w:val="20"/>
        </w:rPr>
        <w:t>第2课时：能在数数的过程中，认识新的计数单位“千”，感受数位产生的必要性，体会相邻两个计数单位间的十进制关系。</w:t>
      </w:r>
    </w:p>
    <w:p>
      <w:pPr>
        <w:spacing w:after="20" w:line="300" w:lineRule="auto"/>
        <w:ind w:firstLine="400"/>
      </w:pPr>
      <w:r>
        <w:rPr>
          <w:rFonts w:ascii="宋体" w:hAnsi="宋体" w:eastAsia="宋体"/>
          <w:b w:val="0"/>
          <w:sz w:val="20"/>
        </w:rPr>
        <w:t>第3课时：利用星星图、小方块、计数器等经历数数的过程，认识计数单位“万”及数位顺序表。</w:t>
      </w:r>
    </w:p>
    <w:p>
      <w:pPr>
        <w:spacing w:after="20" w:line="300" w:lineRule="auto"/>
        <w:ind w:firstLine="400"/>
      </w:pPr>
      <w:r>
        <w:rPr>
          <w:rFonts w:ascii="宋体" w:hAnsi="宋体" w:eastAsia="宋体"/>
          <w:b w:val="0"/>
          <w:sz w:val="20"/>
        </w:rPr>
        <w:t>第4课时：直观认识算盘，知道算盘各部分的名称，学会用算盘记数和数数。</w:t>
      </w:r>
    </w:p>
    <w:p>
      <w:pPr>
        <w:spacing w:after="20" w:line="300" w:lineRule="auto"/>
        <w:ind w:firstLine="400"/>
      </w:pPr>
      <w:r>
        <w:rPr>
          <w:rFonts w:ascii="宋体" w:hAnsi="宋体" w:eastAsia="宋体"/>
          <w:b w:val="0"/>
          <w:sz w:val="20"/>
        </w:rPr>
        <w:t>第5课时：利用数小方块、操作计数器，经历计数单位的形成过程，体会十进制计数原理，认识计数单位“万”及数位顺序表。</w:t>
      </w:r>
    </w:p>
    <w:p>
      <w:pPr>
        <w:spacing w:after="20" w:line="300" w:lineRule="auto"/>
        <w:ind w:firstLine="400"/>
      </w:pPr>
      <w:r>
        <w:rPr>
          <w:rFonts w:ascii="宋体" w:hAnsi="宋体" w:eastAsia="宋体"/>
          <w:b w:val="0"/>
          <w:sz w:val="20"/>
        </w:rPr>
        <w:t>第6课时：借助计数器，在体会数的组成的基础上，理解10000以内数的读法。</w:t>
      </w:r>
    </w:p>
    <w:p>
      <w:pPr>
        <w:spacing w:after="20" w:line="300" w:lineRule="auto"/>
        <w:ind w:firstLine="400"/>
      </w:pPr>
      <w:r>
        <w:rPr>
          <w:rFonts w:ascii="宋体" w:hAnsi="宋体" w:eastAsia="宋体"/>
          <w:b w:val="0"/>
          <w:sz w:val="20"/>
        </w:rPr>
        <w:t>第7课时：借助计数器，利用知识迁移，理解10000以内数的写法。</w:t>
      </w:r>
    </w:p>
    <w:p>
      <w:pPr>
        <w:spacing w:after="20" w:line="300" w:lineRule="auto"/>
        <w:ind w:firstLine="400"/>
      </w:pPr>
      <w:r>
        <w:rPr>
          <w:rFonts w:ascii="宋体" w:hAnsi="宋体" w:eastAsia="宋体"/>
          <w:b w:val="0"/>
          <w:sz w:val="20"/>
        </w:rPr>
        <w:t>第8课时：借助生活中的素材，经历10000以内数的大小比较方法的探索过程，掌握10000以内数的大小比较的方法，并能用符号表示10000以内数的大小。</w:t>
      </w:r>
    </w:p>
    <w:p>
      <w:pPr>
        <w:spacing w:after="20" w:line="300" w:lineRule="auto"/>
        <w:ind w:firstLine="400"/>
      </w:pPr>
      <w:r>
        <w:rPr>
          <w:rFonts w:ascii="宋体" w:hAnsi="宋体" w:eastAsia="宋体"/>
          <w:b w:val="0"/>
          <w:sz w:val="20"/>
        </w:rPr>
        <w:t>第9课时：通过具体的情境，理解准确数和近似数的含义，结合数线帮助学生理解并掌握求一个数的近似数的方法，体会近似数在生活中的作用。</w:t>
      </w:r>
    </w:p>
    <w:p>
      <w:pPr>
        <w:spacing w:after="20" w:line="300" w:lineRule="auto"/>
        <w:ind w:firstLine="400"/>
      </w:pPr>
      <w:r>
        <w:rPr>
          <w:rFonts w:ascii="宋体" w:hAnsi="宋体" w:eastAsia="宋体"/>
          <w:b w:val="0"/>
          <w:sz w:val="20"/>
        </w:rPr>
        <w:t>第10课时：在生活情境中自主探究整百、整千数的加、减法的口算方法，理解整百、整千数的加、减法的算理，能正确地进行口算。</w:t>
      </w:r>
    </w:p>
    <w:p>
      <w:pPr>
        <w:spacing w:after="20" w:line="300" w:lineRule="auto"/>
        <w:ind w:firstLine="400"/>
      </w:pPr>
      <w:r>
        <w:rPr>
          <w:rFonts w:ascii="宋体" w:hAnsi="宋体" w:eastAsia="宋体"/>
          <w:b w:val="0"/>
          <w:sz w:val="20"/>
        </w:rPr>
        <w:t>第11课时：熟练掌握万以内数的读写、组成、大小比较方法和求近似数的方法，理解数位顺序表中各个数位的意义。准确进行近似数的判断和简单的加、减法的计算。</w:t>
      </w:r>
    </w:p>
    <w:p>
      <w:pPr>
        <w:spacing w:after="20" w:line="300" w:lineRule="auto"/>
      </w:pPr>
      <w:r>
        <w:rPr>
          <w:rFonts w:ascii="黑体" w:hAnsi="黑体" w:eastAsia="黑体"/>
          <w:b/>
          <w:sz w:val="21"/>
        </w:rPr>
        <w:t>（四）单元教学建议</w:t>
      </w:r>
    </w:p>
    <w:p>
      <w:pPr>
        <w:spacing w:after="20" w:line="300" w:lineRule="auto"/>
      </w:pPr>
      <w:r>
        <w:rPr>
          <w:rFonts w:ascii="宋体" w:hAnsi="宋体" w:eastAsia="宋体"/>
          <w:b w:val="0"/>
          <w:sz w:val="20"/>
        </w:rPr>
        <w:t>● 抓住重要活动，让学生经历数数的过程。利用好计数器、小棒、点子图等认数工具，用计数单位数数，并变换多种形式数数。可以一个一个地数，也可以一十一十地数，还可以一百一百、一千一千地数。让学生体会拐弯数的数法以及数位的意义、十进制关系，体会一个数处于不同的数位会产生不同的意义，理解位值制。在教学中突出“满十进1”的进位制和数位意义的教学，其他内容如计数单位、数的读写、比较大小等都是由这两个概念来确定它们的含义的。</w:t>
      </w:r>
    </w:p>
    <w:p>
      <w:pPr>
        <w:spacing w:after="20" w:line="300" w:lineRule="auto"/>
      </w:pPr>
      <w:r>
        <w:rPr>
          <w:rFonts w:ascii="宋体" w:hAnsi="宋体" w:eastAsia="宋体"/>
          <w:b w:val="0"/>
          <w:sz w:val="20"/>
        </w:rPr>
        <w:t>● 抓住核心概念，掌握数的意义。让学生通过用计数单位数数、整理数位表等数学活动，巩固对计数单位“个(一)”“十”“百”的认识，并认识新的计数单位“千”“万”，明确数位的顺序，理解数位的作用，进一步理解“十进制”“位值制”。</w:t>
      </w:r>
    </w:p>
    <w:p>
      <w:pPr>
        <w:spacing w:after="20" w:line="300" w:lineRule="auto"/>
      </w:pPr>
      <w:r>
        <w:rPr>
          <w:rFonts w:ascii="宋体" w:hAnsi="宋体" w:eastAsia="宋体"/>
          <w:b w:val="0"/>
          <w:sz w:val="20"/>
        </w:rPr>
        <w:t>● 注重数学活动的有效性。教师在组织学生开展活动时，首先要根据教学需求选好每次活动的素材，其次应注意活动的时效性。根据教学目标明确让学生活动的目的，并将之传达给学生，避免学生盲目地“动”和低效地“动”。</w:t>
      </w:r>
    </w:p>
    <w:p>
      <w:pPr>
        <w:spacing w:after="20" w:line="300" w:lineRule="auto"/>
      </w:pPr>
      <w:r>
        <w:rPr>
          <w:rFonts w:ascii="宋体" w:hAnsi="宋体" w:eastAsia="宋体"/>
          <w:b w:val="0"/>
          <w:sz w:val="20"/>
        </w:rPr>
        <w:t>【素养体现】</w:t>
      </w:r>
    </w:p>
    <w:p>
      <w:pPr>
        <w:spacing w:after="20" w:line="300" w:lineRule="auto"/>
      </w:pPr>
      <w:r>
        <w:rPr>
          <w:rFonts w:ascii="宋体" w:hAnsi="宋体" w:eastAsia="宋体"/>
          <w:b w:val="0"/>
          <w:sz w:val="20"/>
        </w:rPr>
        <w:t>数感：在数数的基础上认识数的组成、读数和写数，从多角度认识、表达1000以内的数、10000以内的数；能进行万以内数的大小比较；结合现实素材使学生认识近似数，能结合具体情境体会使用近似数的意义。</w:t>
      </w:r>
    </w:p>
    <w:p>
      <w:pPr>
        <w:spacing w:after="20" w:line="300" w:lineRule="auto"/>
      </w:pPr>
      <w:r>
        <w:rPr>
          <w:rFonts w:ascii="宋体" w:hAnsi="宋体" w:eastAsia="宋体"/>
          <w:b w:val="0"/>
          <w:sz w:val="20"/>
        </w:rPr>
        <w:t>运算能力：能根据数的组成进行整十、整百、整千数加、减法的口算，会在实际情境中选择恰当的方法进行估算。</w:t>
      </w:r>
    </w:p>
    <w:p>
      <w:pPr>
        <w:spacing w:after="20" w:line="300" w:lineRule="auto"/>
      </w:pPr>
      <w:r>
        <w:rPr>
          <w:rFonts w:ascii="宋体" w:hAnsi="宋体" w:eastAsia="宋体"/>
          <w:b w:val="0"/>
          <w:sz w:val="20"/>
        </w:rPr>
        <w:t>推理意识：会根据题目信息推出数的大小，由找规律填数判断数的前后顺序。</w:t>
      </w:r>
    </w:p>
    <w:p>
      <w:pPr>
        <w:spacing w:after="20" w:line="300" w:lineRule="auto"/>
      </w:pPr>
      <w:r>
        <w:rPr>
          <w:rFonts w:ascii="黑体" w:hAnsi="黑体" w:eastAsia="黑体"/>
          <w:b/>
          <w:sz w:val="21"/>
        </w:rPr>
        <w:t>（五）单元课时规划</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2409"/>
        <w:gridCol w:w="2409"/>
        <w:gridCol w:w="2409"/>
        <w:gridCol w:w="2409"/>
      </w:tblGrid>
      <w:tr>
        <w:trPr>
          <w:tblHeader w:val="true"/>
        </w:trPr>
        <w:tc>
          <w:tcPr>
            <w:tcW w:type="dxa" w:w="1020"/>
            <w:shd w:val="clear" w:fill="E8EEF7"/>
          </w:tcPr>
          <w:p>
            <w:pPr>
              <w:spacing w:after="20" w:line="276" w:lineRule="auto"/>
              <w:jc w:val="center"/>
            </w:pPr>
            <w:r/>
            <w:r>
              <w:rPr>
                <w:rFonts w:ascii="黑体" w:hAnsi="黑体" w:eastAsia="黑体"/>
                <w:b/>
                <w:sz w:val="18"/>
              </w:rPr>
              <w:t>课时安排</w:t>
            </w:r>
          </w:p>
        </w:tc>
        <w:tc>
          <w:tcPr>
            <w:tcW w:type="dxa" w:w="3061"/>
            <w:shd w:val="clear" w:fill="E8EEF7"/>
          </w:tcPr>
          <w:p>
            <w:pPr>
              <w:spacing w:after="20" w:line="276" w:lineRule="auto"/>
              <w:jc w:val="center"/>
            </w:pPr>
            <w:r/>
            <w:r>
              <w:rPr>
                <w:rFonts w:ascii="黑体" w:hAnsi="黑体" w:eastAsia="黑体"/>
                <w:b/>
                <w:sz w:val="18"/>
              </w:rPr>
              <w:t>课题</w:t>
            </w:r>
          </w:p>
        </w:tc>
        <w:tc>
          <w:tcPr>
            <w:tcW w:type="dxa" w:w="1814"/>
            <w:shd w:val="clear" w:fill="E8EEF7"/>
          </w:tcPr>
          <w:p>
            <w:pPr>
              <w:spacing w:after="20" w:line="276" w:lineRule="auto"/>
              <w:jc w:val="center"/>
            </w:pPr>
            <w:r/>
            <w:r>
              <w:rPr>
                <w:rFonts w:ascii="黑体" w:hAnsi="黑体" w:eastAsia="黑体"/>
                <w:b/>
                <w:sz w:val="18"/>
              </w:rPr>
              <w:t>课型</w:t>
            </w:r>
          </w:p>
        </w:tc>
        <w:tc>
          <w:tcPr>
            <w:tcW w:type="dxa" w:w="3515"/>
            <w:shd w:val="clear" w:fill="E8EEF7"/>
          </w:tcPr>
          <w:p>
            <w:pPr>
              <w:spacing w:after="20" w:line="276" w:lineRule="auto"/>
              <w:jc w:val="center"/>
            </w:pPr>
            <w:r/>
            <w:r>
              <w:rPr>
                <w:rFonts w:ascii="黑体" w:hAnsi="黑体" w:eastAsia="黑体"/>
                <w:b/>
                <w:sz w:val="18"/>
              </w:rPr>
              <w:t>核心任务</w:t>
            </w:r>
          </w:p>
        </w:tc>
      </w:tr>
      <w:tr>
        <w:tc>
          <w:tcPr>
            <w:tcW w:type="dxa" w:w="1020"/>
          </w:tcPr>
          <w:p>
            <w:pPr>
              <w:spacing w:after="20" w:line="276" w:lineRule="auto"/>
            </w:pPr>
            <w:r/>
            <w:r>
              <w:rPr>
                <w:rFonts w:ascii="宋体" w:hAnsi="宋体" w:eastAsia="宋体"/>
                <w:b w:val="0"/>
                <w:sz w:val="18"/>
              </w:rPr>
              <w:t>第1课时</w:t>
            </w:r>
          </w:p>
        </w:tc>
        <w:tc>
          <w:tcPr>
            <w:tcW w:type="dxa" w:w="3061"/>
          </w:tcPr>
          <w:p>
            <w:pPr>
              <w:spacing w:after="20" w:line="276" w:lineRule="auto"/>
            </w:pPr>
            <w:r/>
            <w:r>
              <w:rPr>
                <w:rFonts w:ascii="宋体" w:hAnsi="宋体" w:eastAsia="宋体"/>
                <w:b w:val="0"/>
                <w:sz w:val="18"/>
              </w:rPr>
              <w:t>1000以内数的认识</w:t>
            </w:r>
          </w:p>
        </w:tc>
        <w:tc>
          <w:tcPr>
            <w:tcW w:type="dxa" w:w="1814"/>
          </w:tcPr>
          <w:p>
            <w:pPr>
              <w:spacing w:after="20" w:line="276" w:lineRule="auto"/>
            </w:pPr>
            <w:r/>
            <w:r>
              <w:rPr>
                <w:rFonts w:ascii="宋体" w:hAnsi="宋体" w:eastAsia="宋体"/>
                <w:b w:val="0"/>
                <w:sz w:val="18"/>
              </w:rPr>
              <w:t>单元开启课</w:t>
            </w:r>
          </w:p>
        </w:tc>
        <w:tc>
          <w:tcPr>
            <w:tcW w:type="dxa" w:w="3515"/>
          </w:tcPr>
          <w:p>
            <w:pPr>
              <w:spacing w:after="20" w:line="276" w:lineRule="auto"/>
            </w:pPr>
            <w:r/>
            <w:r>
              <w:rPr>
                <w:rFonts w:ascii="宋体" w:hAnsi="宋体" w:eastAsia="宋体"/>
                <w:b w:val="0"/>
                <w:sz w:val="18"/>
              </w:rPr>
              <w:t>经历数数的过程，体验数的产生和作用，能在现实情境中感受大数的意义。</w:t>
            </w:r>
          </w:p>
        </w:tc>
      </w:tr>
      <w:tr>
        <w:tc>
          <w:tcPr>
            <w:tcW w:type="dxa" w:w="1020"/>
          </w:tcPr>
          <w:p>
            <w:pPr>
              <w:spacing w:after="20" w:line="276" w:lineRule="auto"/>
            </w:pPr>
            <w:r/>
            <w:r>
              <w:rPr>
                <w:rFonts w:ascii="宋体" w:hAnsi="宋体" w:eastAsia="宋体"/>
                <w:b w:val="0"/>
                <w:sz w:val="18"/>
              </w:rPr>
              <w:t>第2课时</w:t>
            </w:r>
          </w:p>
        </w:tc>
        <w:tc>
          <w:tcPr>
            <w:tcW w:type="dxa" w:w="3061"/>
          </w:tcPr>
          <w:p>
            <w:pPr>
              <w:spacing w:after="20" w:line="276" w:lineRule="auto"/>
            </w:pPr>
            <w:r/>
            <w:r>
              <w:rPr>
                <w:rFonts w:ascii="宋体" w:hAnsi="宋体" w:eastAsia="宋体"/>
                <w:b w:val="0"/>
                <w:sz w:val="18"/>
              </w:rPr>
              <w:t>认识1000</w:t>
            </w:r>
          </w:p>
        </w:tc>
        <w:tc>
          <w:tcPr>
            <w:tcW w:type="dxa" w:w="1814"/>
          </w:tcPr>
          <w:p>
            <w:pPr>
              <w:spacing w:after="20" w:line="276" w:lineRule="auto"/>
            </w:pPr>
            <w:r/>
            <w:r>
              <w:rPr>
                <w:rFonts w:ascii="宋体" w:hAnsi="宋体" w:eastAsia="宋体"/>
                <w:b w:val="0"/>
                <w:sz w:val="18"/>
              </w:rPr>
              <w:t>活动探索课</w:t>
            </w:r>
          </w:p>
        </w:tc>
        <w:tc>
          <w:tcPr>
            <w:tcW w:type="dxa" w:w="3515"/>
          </w:tcPr>
          <w:p>
            <w:pPr>
              <w:spacing w:after="20" w:line="276" w:lineRule="auto"/>
            </w:pPr>
            <w:r/>
            <w:r>
              <w:rPr>
                <w:rFonts w:ascii="宋体" w:hAnsi="宋体" w:eastAsia="宋体"/>
                <w:b w:val="0"/>
                <w:sz w:val="18"/>
              </w:rPr>
              <w:t>能在数数的过程中，认识新的计数单位“千”，感受数位产生的必要性，体会相邻两个计数单位间的十进制关系。</w:t>
            </w:r>
          </w:p>
        </w:tc>
      </w:tr>
      <w:tr>
        <w:tc>
          <w:tcPr>
            <w:tcW w:type="dxa" w:w="1020"/>
          </w:tcPr>
          <w:p>
            <w:pPr>
              <w:spacing w:after="20" w:line="276" w:lineRule="auto"/>
            </w:pPr>
            <w:r/>
            <w:r>
              <w:rPr>
                <w:rFonts w:ascii="宋体" w:hAnsi="宋体" w:eastAsia="宋体"/>
                <w:b w:val="0"/>
                <w:sz w:val="18"/>
              </w:rPr>
              <w:t>第3课时</w:t>
            </w:r>
          </w:p>
        </w:tc>
        <w:tc>
          <w:tcPr>
            <w:tcW w:type="dxa" w:w="3061"/>
          </w:tcPr>
          <w:p>
            <w:pPr>
              <w:spacing w:after="20" w:line="276" w:lineRule="auto"/>
            </w:pPr>
            <w:r/>
            <w:r>
              <w:rPr>
                <w:rFonts w:ascii="宋体" w:hAnsi="宋体" w:eastAsia="宋体"/>
                <w:b w:val="0"/>
                <w:sz w:val="18"/>
              </w:rPr>
              <w:t>10000以内数的认识</w:t>
            </w:r>
          </w:p>
        </w:tc>
        <w:tc>
          <w:tcPr>
            <w:tcW w:type="dxa" w:w="1814"/>
          </w:tcPr>
          <w:p>
            <w:pPr>
              <w:spacing w:after="20" w:line="276" w:lineRule="auto"/>
            </w:pPr>
            <w:r/>
            <w:r>
              <w:rPr>
                <w:rFonts w:ascii="宋体" w:hAnsi="宋体" w:eastAsia="宋体"/>
                <w:b w:val="0"/>
                <w:sz w:val="18"/>
              </w:rPr>
              <w:t>活动探索课</w:t>
            </w:r>
          </w:p>
        </w:tc>
        <w:tc>
          <w:tcPr>
            <w:tcW w:type="dxa" w:w="3515"/>
          </w:tcPr>
          <w:p>
            <w:pPr>
              <w:spacing w:after="20" w:line="276" w:lineRule="auto"/>
            </w:pPr>
            <w:r/>
            <w:r>
              <w:rPr>
                <w:rFonts w:ascii="宋体" w:hAnsi="宋体" w:eastAsia="宋体"/>
                <w:b w:val="0"/>
                <w:sz w:val="18"/>
              </w:rPr>
              <w:t>利用星星图、小方块、计数器等经历数数的过程，认识计数单位“万”及数位顺序表。</w:t>
            </w:r>
          </w:p>
        </w:tc>
      </w:tr>
      <w:tr>
        <w:tc>
          <w:tcPr>
            <w:tcW w:type="dxa" w:w="1020"/>
          </w:tcPr>
          <w:p>
            <w:pPr>
              <w:spacing w:after="20" w:line="276" w:lineRule="auto"/>
            </w:pPr>
            <w:r/>
            <w:r>
              <w:rPr>
                <w:rFonts w:ascii="宋体" w:hAnsi="宋体" w:eastAsia="宋体"/>
                <w:b w:val="0"/>
                <w:sz w:val="18"/>
              </w:rPr>
              <w:t>第4课时</w:t>
            </w:r>
          </w:p>
        </w:tc>
        <w:tc>
          <w:tcPr>
            <w:tcW w:type="dxa" w:w="3061"/>
          </w:tcPr>
          <w:p>
            <w:pPr>
              <w:spacing w:after="20" w:line="276" w:lineRule="auto"/>
            </w:pPr>
            <w:r/>
            <w:r>
              <w:rPr>
                <w:rFonts w:ascii="宋体" w:hAnsi="宋体" w:eastAsia="宋体"/>
                <w:b w:val="0"/>
                <w:sz w:val="18"/>
              </w:rPr>
              <w:t>认识算盘</w:t>
            </w:r>
          </w:p>
        </w:tc>
        <w:tc>
          <w:tcPr>
            <w:tcW w:type="dxa" w:w="1814"/>
          </w:tcPr>
          <w:p>
            <w:pPr>
              <w:spacing w:after="20" w:line="276" w:lineRule="auto"/>
            </w:pPr>
            <w:r/>
            <w:r>
              <w:rPr>
                <w:rFonts w:ascii="宋体" w:hAnsi="宋体" w:eastAsia="宋体"/>
                <w:b w:val="0"/>
                <w:sz w:val="18"/>
              </w:rPr>
              <w:t>活动探索课</w:t>
            </w:r>
          </w:p>
        </w:tc>
        <w:tc>
          <w:tcPr>
            <w:tcW w:type="dxa" w:w="3515"/>
          </w:tcPr>
          <w:p>
            <w:pPr>
              <w:spacing w:after="20" w:line="276" w:lineRule="auto"/>
            </w:pPr>
            <w:r/>
            <w:r>
              <w:rPr>
                <w:rFonts w:ascii="宋体" w:hAnsi="宋体" w:eastAsia="宋体"/>
                <w:b w:val="0"/>
                <w:sz w:val="18"/>
              </w:rPr>
              <w:t>直观认识算盘，知道算盘各部分的名称，学会用算盘记数和数数。</w:t>
            </w:r>
          </w:p>
        </w:tc>
      </w:tr>
      <w:tr>
        <w:tc>
          <w:tcPr>
            <w:tcW w:type="dxa" w:w="1020"/>
          </w:tcPr>
          <w:p>
            <w:pPr>
              <w:spacing w:after="20" w:line="276" w:lineRule="auto"/>
            </w:pPr>
            <w:r/>
            <w:r>
              <w:rPr>
                <w:rFonts w:ascii="宋体" w:hAnsi="宋体" w:eastAsia="宋体"/>
                <w:b w:val="0"/>
                <w:sz w:val="18"/>
              </w:rPr>
              <w:t>第5课时</w:t>
            </w:r>
          </w:p>
        </w:tc>
        <w:tc>
          <w:tcPr>
            <w:tcW w:type="dxa" w:w="3061"/>
          </w:tcPr>
          <w:p>
            <w:pPr>
              <w:spacing w:after="20" w:line="276" w:lineRule="auto"/>
            </w:pPr>
            <w:r/>
            <w:r>
              <w:rPr>
                <w:rFonts w:ascii="宋体" w:hAnsi="宋体" w:eastAsia="宋体"/>
                <w:b w:val="0"/>
                <w:sz w:val="18"/>
              </w:rPr>
              <w:t>认识“万”及数位顺序表</w:t>
            </w:r>
          </w:p>
        </w:tc>
        <w:tc>
          <w:tcPr>
            <w:tcW w:type="dxa" w:w="1814"/>
          </w:tcPr>
          <w:p>
            <w:pPr>
              <w:spacing w:after="20" w:line="276" w:lineRule="auto"/>
            </w:pPr>
            <w:r/>
            <w:r>
              <w:rPr>
                <w:rFonts w:ascii="宋体" w:hAnsi="宋体" w:eastAsia="宋体"/>
                <w:b w:val="0"/>
                <w:sz w:val="18"/>
              </w:rPr>
              <w:t>活动探索课</w:t>
            </w:r>
          </w:p>
        </w:tc>
        <w:tc>
          <w:tcPr>
            <w:tcW w:type="dxa" w:w="3515"/>
          </w:tcPr>
          <w:p>
            <w:pPr>
              <w:spacing w:after="20" w:line="276" w:lineRule="auto"/>
            </w:pPr>
            <w:r/>
            <w:r>
              <w:rPr>
                <w:rFonts w:ascii="宋体" w:hAnsi="宋体" w:eastAsia="宋体"/>
                <w:b w:val="0"/>
                <w:sz w:val="18"/>
              </w:rPr>
              <w:t>利用数小方块、操作计数器，经历计数单位的形成过程，体会十进制计数原理，认识计数单位“万”及数位顺序表。</w:t>
            </w:r>
          </w:p>
        </w:tc>
      </w:tr>
      <w:tr>
        <w:tc>
          <w:tcPr>
            <w:tcW w:type="dxa" w:w="1020"/>
          </w:tcPr>
          <w:p>
            <w:pPr>
              <w:spacing w:after="20" w:line="276" w:lineRule="auto"/>
            </w:pPr>
            <w:r/>
            <w:r>
              <w:rPr>
                <w:rFonts w:ascii="宋体" w:hAnsi="宋体" w:eastAsia="宋体"/>
                <w:b w:val="0"/>
                <w:sz w:val="18"/>
              </w:rPr>
              <w:t>第6课时</w:t>
            </w:r>
          </w:p>
        </w:tc>
        <w:tc>
          <w:tcPr>
            <w:tcW w:type="dxa" w:w="3061"/>
          </w:tcPr>
          <w:p>
            <w:pPr>
              <w:spacing w:after="20" w:line="276" w:lineRule="auto"/>
            </w:pPr>
            <w:r/>
            <w:r>
              <w:rPr>
                <w:rFonts w:ascii="宋体" w:hAnsi="宋体" w:eastAsia="宋体"/>
                <w:b w:val="0"/>
                <w:sz w:val="18"/>
              </w:rPr>
              <w:t>10000以内数的读法</w:t>
            </w:r>
          </w:p>
        </w:tc>
        <w:tc>
          <w:tcPr>
            <w:tcW w:type="dxa" w:w="1814"/>
          </w:tcPr>
          <w:p>
            <w:pPr>
              <w:spacing w:after="20" w:line="276" w:lineRule="auto"/>
            </w:pPr>
            <w:r/>
            <w:r>
              <w:rPr>
                <w:rFonts w:ascii="宋体" w:hAnsi="宋体" w:eastAsia="宋体"/>
                <w:b w:val="0"/>
                <w:sz w:val="18"/>
              </w:rPr>
              <w:t>活动探索课</w:t>
            </w:r>
          </w:p>
        </w:tc>
        <w:tc>
          <w:tcPr>
            <w:tcW w:type="dxa" w:w="3515"/>
          </w:tcPr>
          <w:p>
            <w:pPr>
              <w:spacing w:after="20" w:line="276" w:lineRule="auto"/>
            </w:pPr>
            <w:r/>
            <w:r>
              <w:rPr>
                <w:rFonts w:ascii="宋体" w:hAnsi="宋体" w:eastAsia="宋体"/>
                <w:b w:val="0"/>
                <w:sz w:val="18"/>
              </w:rPr>
              <w:t>借助计数器，在体会数的组成的基础上，理解10000以内数的读法。</w:t>
            </w:r>
          </w:p>
        </w:tc>
      </w:tr>
      <w:tr>
        <w:tc>
          <w:tcPr>
            <w:tcW w:type="dxa" w:w="1020"/>
          </w:tcPr>
          <w:p>
            <w:pPr>
              <w:spacing w:after="20" w:line="276" w:lineRule="auto"/>
            </w:pPr>
            <w:r/>
            <w:r>
              <w:rPr>
                <w:rFonts w:ascii="宋体" w:hAnsi="宋体" w:eastAsia="宋体"/>
                <w:b w:val="0"/>
                <w:sz w:val="18"/>
              </w:rPr>
              <w:t>第7课时</w:t>
            </w:r>
          </w:p>
        </w:tc>
        <w:tc>
          <w:tcPr>
            <w:tcW w:type="dxa" w:w="3061"/>
          </w:tcPr>
          <w:p>
            <w:pPr>
              <w:spacing w:after="20" w:line="276" w:lineRule="auto"/>
            </w:pPr>
            <w:r/>
            <w:r>
              <w:rPr>
                <w:rFonts w:ascii="宋体" w:hAnsi="宋体" w:eastAsia="宋体"/>
                <w:b w:val="0"/>
                <w:sz w:val="18"/>
              </w:rPr>
              <w:t>10000以内数的写法</w:t>
            </w:r>
          </w:p>
        </w:tc>
        <w:tc>
          <w:tcPr>
            <w:tcW w:type="dxa" w:w="1814"/>
          </w:tcPr>
          <w:p>
            <w:pPr>
              <w:spacing w:after="20" w:line="276" w:lineRule="auto"/>
            </w:pPr>
            <w:r/>
            <w:r>
              <w:rPr>
                <w:rFonts w:ascii="宋体" w:hAnsi="宋体" w:eastAsia="宋体"/>
                <w:b w:val="0"/>
                <w:sz w:val="18"/>
              </w:rPr>
              <w:t>活动探索课</w:t>
            </w:r>
          </w:p>
        </w:tc>
        <w:tc>
          <w:tcPr>
            <w:tcW w:type="dxa" w:w="3515"/>
          </w:tcPr>
          <w:p>
            <w:pPr>
              <w:spacing w:after="20" w:line="276" w:lineRule="auto"/>
            </w:pPr>
            <w:r/>
            <w:r>
              <w:rPr>
                <w:rFonts w:ascii="宋体" w:hAnsi="宋体" w:eastAsia="宋体"/>
                <w:b w:val="0"/>
                <w:sz w:val="18"/>
              </w:rPr>
              <w:t>借助计数器，利用知识迁移，理解10000以内数的写法。</w:t>
            </w:r>
          </w:p>
        </w:tc>
      </w:tr>
      <w:tr>
        <w:tc>
          <w:tcPr>
            <w:tcW w:type="dxa" w:w="1020"/>
          </w:tcPr>
          <w:p>
            <w:pPr>
              <w:spacing w:after="20" w:line="276" w:lineRule="auto"/>
            </w:pPr>
            <w:r/>
            <w:r>
              <w:rPr>
                <w:rFonts w:ascii="宋体" w:hAnsi="宋体" w:eastAsia="宋体"/>
                <w:b w:val="0"/>
                <w:sz w:val="18"/>
              </w:rPr>
              <w:t>第8课时</w:t>
            </w:r>
          </w:p>
        </w:tc>
        <w:tc>
          <w:tcPr>
            <w:tcW w:type="dxa" w:w="3061"/>
          </w:tcPr>
          <w:p>
            <w:pPr>
              <w:spacing w:after="20" w:line="276" w:lineRule="auto"/>
            </w:pPr>
            <w:r/>
            <w:r>
              <w:rPr>
                <w:rFonts w:ascii="宋体" w:hAnsi="宋体" w:eastAsia="宋体"/>
                <w:b w:val="0"/>
                <w:sz w:val="18"/>
              </w:rPr>
              <w:t>10000以内数的大小比较</w:t>
            </w:r>
          </w:p>
        </w:tc>
        <w:tc>
          <w:tcPr>
            <w:tcW w:type="dxa" w:w="1814"/>
          </w:tcPr>
          <w:p>
            <w:pPr>
              <w:spacing w:after="20" w:line="276" w:lineRule="auto"/>
            </w:pPr>
            <w:r/>
            <w:r>
              <w:rPr>
                <w:rFonts w:ascii="宋体" w:hAnsi="宋体" w:eastAsia="宋体"/>
                <w:b w:val="0"/>
                <w:sz w:val="18"/>
              </w:rPr>
              <w:t>活动探索课</w:t>
            </w:r>
          </w:p>
        </w:tc>
        <w:tc>
          <w:tcPr>
            <w:tcW w:type="dxa" w:w="3515"/>
          </w:tcPr>
          <w:p>
            <w:pPr>
              <w:spacing w:after="20" w:line="276" w:lineRule="auto"/>
            </w:pPr>
            <w:r/>
            <w:r>
              <w:rPr>
                <w:rFonts w:ascii="宋体" w:hAnsi="宋体" w:eastAsia="宋体"/>
                <w:b w:val="0"/>
                <w:sz w:val="18"/>
              </w:rPr>
              <w:t>借助生活中的素材，经历10000以内数的大小比较方法的探索过程，掌握10000以内数的大小比较的方法，并能用符号表示10000以内数的大小。</w:t>
            </w:r>
          </w:p>
        </w:tc>
      </w:tr>
      <w:tr>
        <w:tc>
          <w:tcPr>
            <w:tcW w:type="dxa" w:w="1020"/>
          </w:tcPr>
          <w:p>
            <w:pPr>
              <w:spacing w:after="20" w:line="276" w:lineRule="auto"/>
            </w:pPr>
            <w:r/>
            <w:r>
              <w:rPr>
                <w:rFonts w:ascii="宋体" w:hAnsi="宋体" w:eastAsia="宋体"/>
                <w:b w:val="0"/>
                <w:sz w:val="18"/>
              </w:rPr>
              <w:t>第9课时</w:t>
            </w:r>
          </w:p>
        </w:tc>
        <w:tc>
          <w:tcPr>
            <w:tcW w:type="dxa" w:w="3061"/>
          </w:tcPr>
          <w:p>
            <w:pPr>
              <w:spacing w:after="20" w:line="276" w:lineRule="auto"/>
            </w:pPr>
            <w:r/>
            <w:r>
              <w:rPr>
                <w:rFonts w:ascii="宋体" w:hAnsi="宋体" w:eastAsia="宋体"/>
                <w:b w:val="0"/>
                <w:sz w:val="18"/>
              </w:rPr>
              <w:t>近似数</w:t>
            </w:r>
          </w:p>
        </w:tc>
        <w:tc>
          <w:tcPr>
            <w:tcW w:type="dxa" w:w="1814"/>
          </w:tcPr>
          <w:p>
            <w:pPr>
              <w:spacing w:after="20" w:line="276" w:lineRule="auto"/>
            </w:pPr>
            <w:r/>
            <w:r>
              <w:rPr>
                <w:rFonts w:ascii="宋体" w:hAnsi="宋体" w:eastAsia="宋体"/>
                <w:b w:val="0"/>
                <w:sz w:val="18"/>
              </w:rPr>
              <w:t>活动探索课</w:t>
            </w:r>
          </w:p>
        </w:tc>
        <w:tc>
          <w:tcPr>
            <w:tcW w:type="dxa" w:w="3515"/>
          </w:tcPr>
          <w:p>
            <w:pPr>
              <w:spacing w:after="20" w:line="276" w:lineRule="auto"/>
            </w:pPr>
            <w:r/>
            <w:r>
              <w:rPr>
                <w:rFonts w:ascii="宋体" w:hAnsi="宋体" w:eastAsia="宋体"/>
                <w:b w:val="0"/>
                <w:sz w:val="18"/>
              </w:rPr>
              <w:t>通过具体的情境，理解准确数和近似数的含义，结合数线帮助学生理解并掌握求一个数的近似数的方法，体会近似数在生活中的作用。</w:t>
            </w:r>
          </w:p>
        </w:tc>
      </w:tr>
      <w:tr>
        <w:tc>
          <w:tcPr>
            <w:tcW w:type="dxa" w:w="1020"/>
          </w:tcPr>
          <w:p>
            <w:pPr>
              <w:spacing w:after="20" w:line="276" w:lineRule="auto"/>
            </w:pPr>
            <w:r/>
            <w:r>
              <w:rPr>
                <w:rFonts w:ascii="宋体" w:hAnsi="宋体" w:eastAsia="宋体"/>
                <w:b w:val="0"/>
                <w:sz w:val="18"/>
              </w:rPr>
              <w:t>第10课时</w:t>
            </w:r>
          </w:p>
        </w:tc>
        <w:tc>
          <w:tcPr>
            <w:tcW w:type="dxa" w:w="3061"/>
          </w:tcPr>
          <w:p>
            <w:pPr>
              <w:spacing w:after="20" w:line="276" w:lineRule="auto"/>
            </w:pPr>
            <w:r/>
            <w:r>
              <w:rPr>
                <w:rFonts w:ascii="宋体" w:hAnsi="宋体" w:eastAsia="宋体"/>
                <w:b w:val="0"/>
                <w:sz w:val="18"/>
              </w:rPr>
              <w:t>简单的加、减法</w:t>
            </w:r>
          </w:p>
        </w:tc>
        <w:tc>
          <w:tcPr>
            <w:tcW w:type="dxa" w:w="1814"/>
          </w:tcPr>
          <w:p>
            <w:pPr>
              <w:spacing w:after="20" w:line="276" w:lineRule="auto"/>
            </w:pPr>
            <w:r/>
            <w:r>
              <w:rPr>
                <w:rFonts w:ascii="宋体" w:hAnsi="宋体" w:eastAsia="宋体"/>
                <w:b w:val="0"/>
                <w:sz w:val="18"/>
              </w:rPr>
              <w:t>活动探索课</w:t>
            </w:r>
          </w:p>
        </w:tc>
        <w:tc>
          <w:tcPr>
            <w:tcW w:type="dxa" w:w="3515"/>
          </w:tcPr>
          <w:p>
            <w:pPr>
              <w:spacing w:after="20" w:line="276" w:lineRule="auto"/>
            </w:pPr>
            <w:r/>
            <w:r>
              <w:rPr>
                <w:rFonts w:ascii="宋体" w:hAnsi="宋体" w:eastAsia="宋体"/>
                <w:b w:val="0"/>
                <w:sz w:val="18"/>
              </w:rPr>
              <w:t>在生活情境中自主探究整百、整千数的加、减法的口算方法，理解整百、整千数的加、减法的算理，能正确地进行口算。</w:t>
            </w:r>
          </w:p>
        </w:tc>
      </w:tr>
      <w:tr>
        <w:tc>
          <w:tcPr>
            <w:tcW w:type="dxa" w:w="1020"/>
          </w:tcPr>
          <w:p>
            <w:pPr>
              <w:spacing w:after="20" w:line="276" w:lineRule="auto"/>
            </w:pPr>
            <w:r/>
            <w:r>
              <w:rPr>
                <w:rFonts w:ascii="宋体" w:hAnsi="宋体" w:eastAsia="宋体"/>
                <w:b w:val="0"/>
                <w:sz w:val="18"/>
              </w:rPr>
              <w:t>第11课时</w:t>
            </w:r>
          </w:p>
        </w:tc>
        <w:tc>
          <w:tcPr>
            <w:tcW w:type="dxa" w:w="3061"/>
          </w:tcPr>
          <w:p>
            <w:pPr>
              <w:spacing w:after="20" w:line="276" w:lineRule="auto"/>
            </w:pPr>
            <w:r/>
            <w:r>
              <w:rPr>
                <w:rFonts w:ascii="宋体" w:hAnsi="宋体" w:eastAsia="宋体"/>
                <w:b w:val="0"/>
                <w:sz w:val="18"/>
              </w:rPr>
              <w:t>整理和复习</w:t>
            </w:r>
          </w:p>
        </w:tc>
        <w:tc>
          <w:tcPr>
            <w:tcW w:type="dxa" w:w="1814"/>
          </w:tcPr>
          <w:p>
            <w:pPr>
              <w:spacing w:after="20" w:line="276" w:lineRule="auto"/>
            </w:pPr>
            <w:r/>
            <w:r>
              <w:rPr>
                <w:rFonts w:ascii="宋体" w:hAnsi="宋体" w:eastAsia="宋体"/>
                <w:b w:val="0"/>
                <w:sz w:val="18"/>
              </w:rPr>
              <w:t>自主整理课</w:t>
            </w:r>
          </w:p>
        </w:tc>
        <w:tc>
          <w:tcPr>
            <w:tcW w:type="dxa" w:w="3515"/>
          </w:tcPr>
          <w:p>
            <w:pPr>
              <w:spacing w:after="20" w:line="276" w:lineRule="auto"/>
            </w:pPr>
            <w:r/>
            <w:r>
              <w:rPr>
                <w:rFonts w:ascii="宋体" w:hAnsi="宋体" w:eastAsia="宋体"/>
                <w:b w:val="0"/>
                <w:sz w:val="18"/>
              </w:rPr>
              <w:t>熟练掌握万以内数的读写、组成、大小比较方法和求近似数的方法，理解数位顺序表中各个数位的意义。准确进行近似数的判断和简单的加、减法的计算。</w:t>
            </w:r>
          </w:p>
        </w:tc>
      </w:tr>
    </w:tbl>
    <w:p>
      <w:pPr>
        <w:spacing w:after="40" w:line="300" w:lineRule="auto"/>
      </w:pPr>
      <w:r>
        <w:rPr>
          <w:rFonts w:ascii="楷体" w:hAnsi="楷体" w:eastAsia="楷体"/>
          <w:b w:val="0"/>
          <w:color w:val="606060"/>
          <w:sz w:val="18"/>
        </w:rPr>
        <w:t>注：课型依据温州市上课常规"单元开启课、活动探索课、专题练习课、自主整理课、主题拓展课"分类。</w:t>
      </w:r>
    </w:p>
    <w:p>
      <w:r>
        <w:br w:type="page"/>
      </w:r>
    </w:p>
    <w:p>
      <w:pPr>
        <w:spacing w:after="80" w:line="300" w:lineRule="auto"/>
      </w:pPr>
      <w:r>
        <w:rPr>
          <w:rFonts w:ascii="黑体" w:hAnsi="黑体" w:eastAsia="黑体"/>
          <w:b/>
          <w:sz w:val="24"/>
        </w:rPr>
        <w:t>二、课时教学方案（第1课时）</w:t>
      </w:r>
    </w:p>
    <w:p>
      <w:pPr>
        <w:spacing w:after="80" w:line="300" w:lineRule="auto"/>
      </w:pPr>
      <w:r>
        <w:rPr>
          <w:rFonts w:ascii="黑体" w:hAnsi="黑体" w:eastAsia="黑体"/>
          <w:b/>
          <w:sz w:val="24"/>
        </w:rPr>
        <w:t>第1课时　1000以内数的认识</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4819"/>
        <w:gridCol w:w="4819"/>
      </w:tblGrid>
      <w:tr>
        <w:trPr>
          <w:tblHeader w:val="true"/>
        </w:trPr>
        <w:tc>
          <w:tcPr>
            <w:tcW w:type="dxa" w:w="3402"/>
            <w:shd w:val="clear" w:fill="E8EEF7"/>
          </w:tcPr>
          <w:p>
            <w:pPr>
              <w:spacing w:after="20" w:line="276" w:lineRule="auto"/>
              <w:jc w:val="center"/>
            </w:pPr>
            <w:r/>
            <w:r>
              <w:rPr>
                <w:rFonts w:ascii="黑体" w:hAnsi="黑体" w:eastAsia="黑体"/>
                <w:b/>
                <w:sz w:val="18"/>
              </w:rPr>
              <w:t>课题名称</w:t>
            </w:r>
          </w:p>
        </w:tc>
        <w:tc>
          <w:tcPr>
            <w:tcW w:type="dxa" w:w="6009"/>
            <w:shd w:val="clear" w:fill="E8EEF7"/>
          </w:tcPr>
          <w:p>
            <w:pPr>
              <w:spacing w:after="20" w:line="276" w:lineRule="auto"/>
              <w:jc w:val="center"/>
            </w:pPr>
            <w:r/>
            <w:r>
              <w:rPr>
                <w:rFonts w:ascii="黑体" w:hAnsi="黑体" w:eastAsia="黑体"/>
                <w:b/>
                <w:sz w:val="18"/>
              </w:rPr>
              <w:t>所属主题</w:t>
            </w:r>
          </w:p>
        </w:tc>
      </w:tr>
      <w:tr>
        <w:tc>
          <w:tcPr>
            <w:tcW w:type="dxa" w:w="3402"/>
          </w:tcPr>
          <w:p>
            <w:pPr>
              <w:spacing w:after="20" w:line="276" w:lineRule="auto"/>
            </w:pPr>
            <w:r/>
            <w:r>
              <w:rPr>
                <w:rFonts w:ascii="宋体" w:hAnsi="宋体" w:eastAsia="宋体"/>
                <w:b/>
                <w:sz w:val="20"/>
              </w:rPr>
              <w:t>第1课时　1000以内数的认识</w:t>
            </w:r>
          </w:p>
        </w:tc>
        <w:tc>
          <w:tcPr>
            <w:tcW w:type="dxa" w:w="6009"/>
          </w:tcPr>
          <w:p>
            <w:pPr>
              <w:spacing w:after="20" w:line="276" w:lineRule="auto"/>
            </w:pPr>
            <w:r/>
            <w:r>
              <w:rPr>
                <w:rFonts w:ascii="宋体" w:hAnsi="宋体" w:eastAsia="宋体"/>
                <w:b w:val="0"/>
                <w:sz w:val="20"/>
              </w:rPr>
              <w:t>第3单元 万以内数的认识</w:t>
            </w:r>
          </w:p>
        </w:tc>
      </w:tr>
    </w:tbl>
    <w:p>
      <w:pPr>
        <w:spacing w:after="40"/>
      </w:pPr>
    </w:p>
    <w:p>
      <w:pPr>
        <w:spacing w:after="60" w:line="300" w:lineRule="auto"/>
      </w:pPr>
      <w:r>
        <w:rPr>
          <w:rFonts w:ascii="黑体" w:hAnsi="黑体" w:eastAsia="黑体"/>
          <w:b/>
          <w:sz w:val="21"/>
        </w:rPr>
        <w:t>一、课前思考</w:t>
      </w:r>
    </w:p>
    <w:p>
      <w:pPr>
        <w:spacing w:after="20" w:line="300" w:lineRule="auto"/>
      </w:pPr>
      <w:r>
        <w:rPr>
          <w:rFonts w:ascii="黑体" w:hAnsi="黑体" w:eastAsia="黑体"/>
          <w:b/>
          <w:sz w:val="21"/>
        </w:rPr>
        <w:t>1．学情诊断与分析</w:t>
      </w:r>
    </w:p>
    <w:p>
      <w:pPr>
        <w:spacing w:after="80" w:line="300" w:lineRule="auto"/>
        <w:ind w:firstLine="400"/>
      </w:pPr>
      <w:r>
        <w:rPr>
          <w:rFonts w:ascii="宋体" w:hAnsi="宋体" w:eastAsia="宋体"/>
          <w:b w:val="0"/>
          <w:sz w:val="20"/>
        </w:rPr>
        <w:t>单元学情：【学情分析】</w:t>
      </w:r>
    </w:p>
    <w:p>
      <w:pPr>
        <w:spacing w:after="80" w:line="300" w:lineRule="auto"/>
        <w:ind w:firstLine="400"/>
      </w:pPr>
      <w:r>
        <w:rPr>
          <w:rFonts w:ascii="宋体" w:hAnsi="宋体" w:eastAsia="宋体"/>
          <w:b w:val="0"/>
          <w:sz w:val="20"/>
        </w:rPr>
        <w:t>根据儿童的年龄特征和心理发展规律，自然数的认识由小到大，逐步扩大。学生已经认识了百以内的数，本次学习“万以内数的认识”是对前面知识的拓展。虽然数在生活中的应用范围较广，但学生接触大数的机会并不多。教学时，要以直观为主，将抽象的数形象化，贯穿整个单元教学的始终，进而培养学生对数学学习的兴趣，逐步发展学生的数感。</w:t>
      </w:r>
    </w:p>
    <w:p>
      <w:pPr>
        <w:spacing w:after="80" w:line="300" w:lineRule="auto"/>
        <w:ind w:firstLine="400"/>
      </w:pPr>
      <w:r>
        <w:rPr>
          <w:rFonts w:ascii="宋体" w:hAnsi="宋体" w:eastAsia="宋体"/>
          <w:b w:val="0"/>
          <w:sz w:val="20"/>
        </w:rPr>
        <w:t>【教学策略】</w:t>
      </w:r>
    </w:p>
    <w:p>
      <w:pPr>
        <w:spacing w:after="80" w:line="300" w:lineRule="auto"/>
        <w:ind w:firstLine="400"/>
      </w:pPr>
      <w:r>
        <w:rPr>
          <w:rFonts w:ascii="宋体" w:hAnsi="宋体" w:eastAsia="宋体"/>
          <w:b w:val="0"/>
          <w:sz w:val="20"/>
        </w:rPr>
        <w:t>本课学情：结合本班实际，诊断学生完成本课时任务的起点与可能的困难。</w:t>
      </w:r>
    </w:p>
    <w:p>
      <w:pPr>
        <w:spacing w:after="20" w:line="300" w:lineRule="auto"/>
      </w:pPr>
      <w:r>
        <w:rPr>
          <w:rFonts w:ascii="黑体" w:hAnsi="黑体" w:eastAsia="黑体"/>
          <w:b/>
          <w:sz w:val="21"/>
        </w:rPr>
        <w:t>2．教材分析与教学材料选择</w:t>
      </w:r>
    </w:p>
    <w:p>
      <w:pPr>
        <w:spacing w:after="80" w:line="300" w:lineRule="auto"/>
        <w:ind w:firstLine="400"/>
      </w:pPr>
      <w:r>
        <w:rPr>
          <w:rFonts w:ascii="宋体" w:hAnsi="宋体" w:eastAsia="宋体"/>
          <w:b w:val="0"/>
          <w:sz w:val="20"/>
        </w:rPr>
        <w:t>教学内容：教科书P40相关内容及P41～42例1、例2，教科书P42“做一做”。</w:t>
      </w:r>
    </w:p>
    <w:p>
      <w:pPr>
        <w:spacing w:after="80" w:line="300" w:lineRule="auto"/>
        <w:ind w:firstLine="400"/>
      </w:pPr>
      <w:r>
        <w:rPr>
          <w:rFonts w:ascii="宋体" w:hAnsi="宋体" w:eastAsia="宋体"/>
          <w:b w:val="0"/>
          <w:sz w:val="20"/>
        </w:rPr>
        <w:t>教学准备：课件、小棒、塑料袋、计数器。</w:t>
      </w:r>
    </w:p>
    <w:p>
      <w:pPr>
        <w:spacing w:after="20" w:line="300" w:lineRule="auto"/>
      </w:pPr>
      <w:r>
        <w:rPr>
          <w:rFonts w:ascii="黑体" w:hAnsi="黑体" w:eastAsia="黑体"/>
          <w:b/>
          <w:sz w:val="21"/>
        </w:rPr>
        <w:t>3．具体目标阐述与教学重难点</w:t>
      </w:r>
    </w:p>
    <w:p>
      <w:pPr>
        <w:spacing w:after="20" w:line="300" w:lineRule="auto"/>
      </w:pPr>
      <w:r>
        <w:rPr>
          <w:rFonts w:ascii="黑体" w:hAnsi="黑体" w:eastAsia="黑体"/>
          <w:b/>
          <w:sz w:val="20"/>
        </w:rPr>
        <w:t>课时目标：</w:t>
      </w:r>
    </w:p>
    <w:p>
      <w:pPr>
        <w:spacing w:after="20" w:line="300" w:lineRule="auto"/>
        <w:ind w:firstLine="400"/>
      </w:pPr>
      <w:r>
        <w:rPr>
          <w:rFonts w:ascii="宋体" w:hAnsi="宋体" w:eastAsia="宋体"/>
          <w:b w:val="0"/>
          <w:sz w:val="20"/>
        </w:rPr>
        <w:t>（1）经历数数的过程，体验数的产生和作用，能在现实情境中感受大数的意义。</w:t>
      </w:r>
    </w:p>
    <w:p>
      <w:pPr>
        <w:spacing w:after="20" w:line="300" w:lineRule="auto"/>
        <w:ind w:firstLine="400"/>
      </w:pPr>
      <w:r>
        <w:rPr>
          <w:rFonts w:ascii="宋体" w:hAnsi="宋体" w:eastAsia="宋体"/>
          <w:b w:val="0"/>
          <w:sz w:val="20"/>
        </w:rPr>
        <w:t>（2）通过数小棒、数纽扣等数数活动，理解1000以内数的组成。</w:t>
      </w:r>
    </w:p>
    <w:p>
      <w:pPr>
        <w:spacing w:after="20" w:line="300" w:lineRule="auto"/>
        <w:ind w:firstLine="400"/>
      </w:pPr>
      <w:r>
        <w:rPr>
          <w:rFonts w:ascii="宋体" w:hAnsi="宋体" w:eastAsia="宋体"/>
          <w:b w:val="0"/>
          <w:sz w:val="20"/>
        </w:rPr>
        <w:t>（3）初步体会读数、写数的一般规律，同时培养学生的抽象概括能力和数感。</w:t>
      </w:r>
    </w:p>
    <w:p>
      <w:pPr>
        <w:spacing w:after="20" w:line="300" w:lineRule="auto"/>
      </w:pPr>
      <w:r>
        <w:rPr>
          <w:rFonts w:ascii="宋体" w:hAnsi="宋体" w:eastAsia="宋体"/>
          <w:b w:val="0"/>
          <w:sz w:val="20"/>
        </w:rPr>
        <w:t>教学重点：能正确数出1000以内的数，正确读、写1000以内的数。</w:t>
      </w:r>
    </w:p>
    <w:p>
      <w:pPr>
        <w:spacing w:after="20" w:line="300" w:lineRule="auto"/>
      </w:pPr>
      <w:r>
        <w:rPr>
          <w:rFonts w:ascii="宋体" w:hAnsi="宋体" w:eastAsia="宋体"/>
          <w:b w:val="0"/>
          <w:sz w:val="20"/>
        </w:rPr>
        <w:t>教学难点：接近整十、整百的数的数法，理解十进制关系，体会读、写数的方法和理解数的本质。</w:t>
      </w:r>
    </w:p>
    <w:p>
      <w:pPr>
        <w:spacing w:after="40"/>
      </w:pPr>
    </w:p>
    <w:p>
      <w:pPr>
        <w:spacing w:after="60" w:line="300" w:lineRule="auto"/>
      </w:pPr>
      <w:r>
        <w:rPr>
          <w:rFonts w:ascii="黑体" w:hAnsi="黑体" w:eastAsia="黑体"/>
          <w:b/>
          <w:sz w:val="21"/>
        </w:rPr>
        <w:t>二、板块设计</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2409"/>
        <w:gridCol w:w="2409"/>
        <w:gridCol w:w="2409"/>
        <w:gridCol w:w="2409"/>
      </w:tblGrid>
      <w:tr>
        <w:trPr>
          <w:tblHeader w:val="true"/>
        </w:trPr>
        <w:tc>
          <w:tcPr>
            <w:tcW w:type="dxa" w:w="2835"/>
            <w:shd w:val="clear" w:fill="E8EEF7"/>
          </w:tcPr>
          <w:p>
            <w:pPr>
              <w:spacing w:after="20" w:line="276" w:lineRule="auto"/>
              <w:jc w:val="center"/>
            </w:pPr>
            <w:r/>
            <w:r>
              <w:rPr>
                <w:rFonts w:ascii="黑体" w:hAnsi="黑体" w:eastAsia="黑体"/>
                <w:b/>
                <w:sz w:val="18"/>
              </w:rPr>
              <w:t>环节目标</w:t>
            </w:r>
          </w:p>
        </w:tc>
        <w:tc>
          <w:tcPr>
            <w:tcW w:type="dxa" w:w="1814"/>
            <w:shd w:val="clear" w:fill="E8EEF7"/>
          </w:tcPr>
          <w:p>
            <w:pPr>
              <w:spacing w:after="20" w:line="276" w:lineRule="auto"/>
              <w:jc w:val="center"/>
            </w:pPr>
            <w:r/>
            <w:r>
              <w:rPr>
                <w:rFonts w:ascii="黑体" w:hAnsi="黑体" w:eastAsia="黑体"/>
                <w:b/>
                <w:sz w:val="18"/>
              </w:rPr>
              <w:t>学习材料</w:t>
            </w:r>
          </w:p>
        </w:tc>
        <w:tc>
          <w:tcPr>
            <w:tcW w:type="dxa" w:w="3402"/>
            <w:shd w:val="clear" w:fill="E8EEF7"/>
          </w:tcPr>
          <w:p>
            <w:pPr>
              <w:spacing w:after="20" w:line="276" w:lineRule="auto"/>
              <w:jc w:val="center"/>
            </w:pPr>
            <w:r/>
            <w:r>
              <w:rPr>
                <w:rFonts w:ascii="黑体" w:hAnsi="黑体" w:eastAsia="黑体"/>
                <w:b/>
                <w:sz w:val="18"/>
              </w:rPr>
              <w:t>关键问题</w:t>
            </w:r>
          </w:p>
        </w:tc>
        <w:tc>
          <w:tcPr>
            <w:tcW w:type="dxa" w:w="1361"/>
            <w:shd w:val="clear" w:fill="E8EEF7"/>
          </w:tcPr>
          <w:p>
            <w:pPr>
              <w:spacing w:after="20" w:line="276" w:lineRule="auto"/>
              <w:jc w:val="center"/>
            </w:pPr>
            <w:r/>
            <w:r>
              <w:rPr>
                <w:rFonts w:ascii="黑体" w:hAnsi="黑体" w:eastAsia="黑体"/>
                <w:b/>
                <w:sz w:val="18"/>
              </w:rPr>
              <w:t>时间</w:t>
            </w:r>
          </w:p>
        </w:tc>
      </w:tr>
      <w:tr>
        <w:tc>
          <w:tcPr>
            <w:tcW w:type="dxa" w:w="2835"/>
          </w:tcPr>
          <w:p>
            <w:pPr>
              <w:spacing w:after="20" w:line="276" w:lineRule="auto"/>
            </w:pPr>
            <w:r/>
            <w:r>
              <w:rPr>
                <w:rFonts w:ascii="宋体" w:hAnsi="宋体" w:eastAsia="宋体"/>
                <w:b w:val="0"/>
                <w:sz w:val="18"/>
              </w:rPr>
              <w:t>一、谈话引入</w:t>
            </w:r>
          </w:p>
        </w:tc>
        <w:tc>
          <w:tcPr>
            <w:tcW w:type="dxa" w:w="1814"/>
          </w:tcPr>
          <w:p>
            <w:pPr>
              <w:spacing w:after="20" w:line="276" w:lineRule="auto"/>
            </w:pPr>
            <w:r/>
            <w:r>
              <w:rPr>
                <w:rFonts w:ascii="宋体" w:hAnsi="宋体" w:eastAsia="宋体"/>
                <w:b w:val="0"/>
                <w:sz w:val="18"/>
              </w:rPr>
              <w:t>课件、教科书、小棒、计数器</w:t>
            </w:r>
          </w:p>
        </w:tc>
        <w:tc>
          <w:tcPr>
            <w:tcW w:type="dxa" w:w="3402"/>
          </w:tcPr>
          <w:p>
            <w:pPr>
              <w:spacing w:after="20" w:line="276" w:lineRule="auto"/>
            </w:pPr>
            <w:r/>
            <w:r>
              <w:rPr>
                <w:rFonts w:ascii="宋体" w:hAnsi="宋体" w:eastAsia="宋体"/>
                <w:b w:val="0"/>
                <w:sz w:val="18"/>
              </w:rPr>
              <w:t>我市最大的体育馆你们去参观过吗？；大家猜猜这个体育馆里大约能坐多少人？</w:t>
            </w:r>
          </w:p>
        </w:tc>
        <w:tc>
          <w:tcPr>
            <w:tcW w:type="dxa" w:w="1361"/>
          </w:tcPr>
          <w:p>
            <w:pPr>
              <w:spacing w:after="20" w:line="276" w:lineRule="auto"/>
            </w:pPr>
            <w:r/>
            <w:r>
              <w:rPr>
                <w:rFonts w:ascii="宋体" w:hAnsi="宋体" w:eastAsia="宋体"/>
                <w:b w:val="0"/>
                <w:sz w:val="18"/>
              </w:rPr>
              <w:t>5分钟</w:t>
            </w:r>
          </w:p>
        </w:tc>
      </w:tr>
      <w:tr>
        <w:tc>
          <w:tcPr>
            <w:tcW w:type="dxa" w:w="2835"/>
          </w:tcPr>
          <w:p>
            <w:pPr>
              <w:spacing w:after="20" w:line="276" w:lineRule="auto"/>
            </w:pPr>
            <w:r/>
            <w:r>
              <w:rPr>
                <w:rFonts w:ascii="宋体" w:hAnsi="宋体" w:eastAsia="宋体"/>
                <w:b w:val="0"/>
                <w:sz w:val="18"/>
              </w:rPr>
              <w:t>二、学习新知识</w:t>
            </w:r>
          </w:p>
        </w:tc>
        <w:tc>
          <w:tcPr>
            <w:tcW w:type="dxa" w:w="1814"/>
          </w:tcPr>
          <w:p>
            <w:pPr>
              <w:spacing w:after="20" w:line="276" w:lineRule="auto"/>
            </w:pPr>
            <w:r/>
            <w:r>
              <w:rPr>
                <w:rFonts w:ascii="宋体" w:hAnsi="宋体" w:eastAsia="宋体"/>
                <w:b w:val="0"/>
                <w:sz w:val="18"/>
              </w:rPr>
              <w:t>小棒、课件、教科书、计数器</w:t>
            </w:r>
          </w:p>
        </w:tc>
        <w:tc>
          <w:tcPr>
            <w:tcW w:type="dxa" w:w="3402"/>
          </w:tcPr>
          <w:p>
            <w:pPr>
              <w:spacing w:after="20" w:line="276" w:lineRule="auto"/>
            </w:pPr>
            <w:r/>
            <w:r>
              <w:rPr>
                <w:rFonts w:ascii="宋体" w:hAnsi="宋体" w:eastAsia="宋体"/>
                <w:b w:val="0"/>
                <w:sz w:val="18"/>
              </w:rPr>
              <w:t>(拿出1号塑料袋，袋中有10根小棒)谁来估一估大约有多少根小棒？；用什么方法能准确地知道这些小棒的根数呢？</w:t>
            </w:r>
          </w:p>
        </w:tc>
        <w:tc>
          <w:tcPr>
            <w:tcW w:type="dxa" w:w="1361"/>
          </w:tcPr>
          <w:p>
            <w:pPr>
              <w:spacing w:after="20" w:line="276" w:lineRule="auto"/>
            </w:pPr>
            <w:r/>
            <w:r>
              <w:rPr>
                <w:rFonts w:ascii="宋体" w:hAnsi="宋体" w:eastAsia="宋体"/>
                <w:b w:val="0"/>
                <w:sz w:val="18"/>
              </w:rPr>
              <w:t>29分钟</w:t>
            </w:r>
          </w:p>
        </w:tc>
      </w:tr>
      <w:tr>
        <w:tc>
          <w:tcPr>
            <w:tcW w:type="dxa" w:w="2835"/>
          </w:tcPr>
          <w:p>
            <w:pPr>
              <w:spacing w:after="20" w:line="276" w:lineRule="auto"/>
            </w:pPr>
            <w:r/>
            <w:r>
              <w:rPr>
                <w:rFonts w:ascii="宋体" w:hAnsi="宋体" w:eastAsia="宋体"/>
                <w:b w:val="0"/>
                <w:sz w:val="18"/>
              </w:rPr>
              <w:t>三、巩固练习</w:t>
            </w:r>
          </w:p>
        </w:tc>
        <w:tc>
          <w:tcPr>
            <w:tcW w:type="dxa" w:w="1814"/>
          </w:tcPr>
          <w:p>
            <w:pPr>
              <w:spacing w:after="20" w:line="276" w:lineRule="auto"/>
            </w:pPr>
            <w:r/>
            <w:r>
              <w:rPr>
                <w:rFonts w:ascii="宋体" w:hAnsi="宋体" w:eastAsia="宋体"/>
                <w:b w:val="0"/>
                <w:sz w:val="18"/>
              </w:rPr>
              <w:t>教科书、课件、小棒、计数器</w:t>
            </w:r>
          </w:p>
        </w:tc>
        <w:tc>
          <w:tcPr>
            <w:tcW w:type="dxa" w:w="3402"/>
          </w:tcPr>
          <w:p>
            <w:pPr>
              <w:spacing w:after="20" w:line="276" w:lineRule="auto"/>
            </w:pPr>
            <w:r/>
            <w:r>
              <w:rPr>
                <w:rFonts w:ascii="宋体" w:hAnsi="宋体" w:eastAsia="宋体"/>
                <w:b w:val="0"/>
                <w:sz w:val="18"/>
              </w:rPr>
              <w:t>——</w:t>
            </w:r>
          </w:p>
        </w:tc>
        <w:tc>
          <w:tcPr>
            <w:tcW w:type="dxa" w:w="1361"/>
          </w:tcPr>
          <w:p>
            <w:pPr>
              <w:spacing w:after="20" w:line="276" w:lineRule="auto"/>
            </w:pPr>
            <w:r/>
            <w:r>
              <w:rPr>
                <w:rFonts w:ascii="宋体" w:hAnsi="宋体" w:eastAsia="宋体"/>
                <w:b w:val="0"/>
                <w:sz w:val="18"/>
              </w:rPr>
              <w:t>4分钟</w:t>
            </w:r>
          </w:p>
        </w:tc>
      </w:tr>
      <w:tr>
        <w:tc>
          <w:tcPr>
            <w:tcW w:type="dxa" w:w="2835"/>
          </w:tcPr>
          <w:p>
            <w:pPr>
              <w:spacing w:after="20" w:line="276" w:lineRule="auto"/>
            </w:pPr>
            <w:r/>
            <w:r>
              <w:rPr>
                <w:rFonts w:ascii="宋体" w:hAnsi="宋体" w:eastAsia="宋体"/>
                <w:b w:val="0"/>
                <w:sz w:val="18"/>
              </w:rPr>
              <w:t>四、课堂小结</w:t>
            </w:r>
          </w:p>
        </w:tc>
        <w:tc>
          <w:tcPr>
            <w:tcW w:type="dxa" w:w="1814"/>
          </w:tcPr>
          <w:p>
            <w:pPr>
              <w:spacing w:after="20" w:line="276" w:lineRule="auto"/>
            </w:pPr>
            <w:r/>
            <w:r>
              <w:rPr>
                <w:rFonts w:ascii="宋体" w:hAnsi="宋体" w:eastAsia="宋体"/>
                <w:b w:val="0"/>
                <w:sz w:val="18"/>
              </w:rPr>
              <w:t>课件、小棒、计数器</w:t>
            </w:r>
          </w:p>
        </w:tc>
        <w:tc>
          <w:tcPr>
            <w:tcW w:type="dxa" w:w="3402"/>
          </w:tcPr>
          <w:p>
            <w:pPr>
              <w:spacing w:after="20" w:line="276" w:lineRule="auto"/>
            </w:pPr>
            <w:r/>
            <w:r>
              <w:rPr>
                <w:rFonts w:ascii="宋体" w:hAnsi="宋体" w:eastAsia="宋体"/>
                <w:b w:val="0"/>
                <w:sz w:val="18"/>
              </w:rPr>
              <w:t>通过这节课的学习，你有什么收获？</w:t>
            </w:r>
          </w:p>
        </w:tc>
        <w:tc>
          <w:tcPr>
            <w:tcW w:type="dxa" w:w="1361"/>
          </w:tcPr>
          <w:p>
            <w:pPr>
              <w:spacing w:after="20" w:line="276" w:lineRule="auto"/>
            </w:pPr>
            <w:r/>
            <w:r>
              <w:rPr>
                <w:rFonts w:ascii="宋体" w:hAnsi="宋体" w:eastAsia="宋体"/>
                <w:b w:val="0"/>
                <w:sz w:val="18"/>
              </w:rPr>
              <w:t>2分钟</w:t>
            </w:r>
          </w:p>
        </w:tc>
      </w:tr>
    </w:tbl>
    <w:p>
      <w:pPr>
        <w:spacing w:after="40"/>
      </w:pPr>
    </w:p>
    <w:p>
      <w:pPr>
        <w:spacing w:after="60" w:line="300" w:lineRule="auto"/>
      </w:pPr>
      <w:r>
        <w:rPr>
          <w:rFonts w:ascii="黑体" w:hAnsi="黑体" w:eastAsia="黑体"/>
          <w:b/>
          <w:sz w:val="21"/>
        </w:rPr>
        <w:t>三、教学过程（分栏）</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2409"/>
        <w:gridCol w:w="2409"/>
        <w:gridCol w:w="2409"/>
        <w:gridCol w:w="2409"/>
      </w:tblGrid>
      <w:tr>
        <w:trPr>
          <w:tblHeader w:val="true"/>
        </w:trPr>
        <w:tc>
          <w:tcPr>
            <w:tcW w:type="dxa" w:w="1474"/>
            <w:shd w:val="clear" w:fill="E8EEF7"/>
          </w:tcPr>
          <w:p>
            <w:pPr>
              <w:spacing w:after="20" w:line="276" w:lineRule="auto"/>
              <w:jc w:val="center"/>
            </w:pPr>
            <w:r/>
            <w:r>
              <w:rPr>
                <w:rFonts w:ascii="黑体" w:hAnsi="黑体" w:eastAsia="黑体"/>
                <w:b/>
                <w:sz w:val="18"/>
              </w:rPr>
              <w:t>教学环节</w:t>
            </w:r>
          </w:p>
        </w:tc>
        <w:tc>
          <w:tcPr>
            <w:tcW w:type="dxa" w:w="3061"/>
            <w:shd w:val="clear" w:fill="E8EEF7"/>
          </w:tcPr>
          <w:p>
            <w:pPr>
              <w:spacing w:after="20" w:line="276" w:lineRule="auto"/>
              <w:jc w:val="center"/>
            </w:pPr>
            <w:r/>
            <w:r>
              <w:rPr>
                <w:rFonts w:ascii="黑体" w:hAnsi="黑体" w:eastAsia="黑体"/>
                <w:b/>
                <w:sz w:val="18"/>
              </w:rPr>
              <w:t>教师活动</w:t>
            </w:r>
          </w:p>
        </w:tc>
        <w:tc>
          <w:tcPr>
            <w:tcW w:type="dxa" w:w="3061"/>
            <w:shd w:val="clear" w:fill="E8EEF7"/>
          </w:tcPr>
          <w:p>
            <w:pPr>
              <w:spacing w:after="20" w:line="276" w:lineRule="auto"/>
              <w:jc w:val="center"/>
            </w:pPr>
            <w:r/>
            <w:r>
              <w:rPr>
                <w:rFonts w:ascii="黑体" w:hAnsi="黑体" w:eastAsia="黑体"/>
                <w:b/>
                <w:sz w:val="18"/>
              </w:rPr>
              <w:t>学生活动</w:t>
            </w:r>
          </w:p>
        </w:tc>
        <w:tc>
          <w:tcPr>
            <w:tcW w:type="dxa" w:w="1814"/>
            <w:shd w:val="clear" w:fill="E8EEF7"/>
          </w:tcPr>
          <w:p>
            <w:pPr>
              <w:spacing w:after="20" w:line="276" w:lineRule="auto"/>
              <w:jc w:val="center"/>
            </w:pPr>
            <w:r/>
            <w:r>
              <w:rPr>
                <w:rFonts w:ascii="黑体" w:hAnsi="黑体" w:eastAsia="黑体"/>
                <w:b/>
                <w:sz w:val="18"/>
              </w:rPr>
              <w:t>设计意图</w:t>
            </w:r>
          </w:p>
        </w:tc>
      </w:tr>
      <w:tr>
        <w:tc>
          <w:tcPr>
            <w:tcW w:type="dxa" w:w="1474"/>
          </w:tcPr>
          <w:p>
            <w:pPr>
              <w:spacing w:after="20" w:line="276" w:lineRule="auto"/>
            </w:pPr>
            <w:r>
              <w:rPr>
                <w:b/>
              </w:rPr>
            </w:r>
            <w:r>
              <w:rPr>
                <w:rFonts w:ascii="宋体" w:hAnsi="宋体" w:eastAsia="宋体"/>
                <w:b/>
                <w:sz w:val="18"/>
              </w:rPr>
              <w:t>一、谈话引入</w:t>
            </w:r>
          </w:p>
        </w:tc>
        <w:tc>
          <w:tcPr>
            <w:tcW w:type="dxa" w:w="3061"/>
          </w:tcPr>
          <w:p>
            <w:pPr>
              <w:spacing w:after="20" w:line="276" w:lineRule="auto"/>
            </w:pPr>
            <w:r/>
            <w:r>
              <w:rPr>
                <w:rFonts w:ascii="宋体" w:hAnsi="宋体" w:eastAsia="宋体"/>
                <w:b w:val="0"/>
                <w:sz w:val="18"/>
              </w:rPr>
              <w:t>师：我市最大的体育馆你们去参观过吗？说说你的感受。</w:t>
            </w:r>
          </w:p>
          <w:p>
            <w:pPr>
              <w:spacing w:after="20" w:line="276" w:lineRule="auto"/>
            </w:pPr>
            <w:r>
              <w:rPr>
                <w:rFonts w:ascii="宋体" w:hAnsi="宋体" w:eastAsia="宋体"/>
                <w:b w:val="0"/>
                <w:sz w:val="18"/>
              </w:rPr>
              <w:t>课件出示教科书P40主题图。</w:t>
            </w:r>
          </w:p>
          <w:p>
            <w:pPr>
              <w:spacing w:after="20" w:line="276" w:lineRule="auto"/>
            </w:pPr>
            <w:r>
              <w:rPr>
                <w:rFonts w:ascii="宋体" w:hAnsi="宋体" w:eastAsia="宋体"/>
                <w:b w:val="0"/>
                <w:sz w:val="18"/>
              </w:rPr>
              <w:t>师：大家猜猜这个体育馆里大约能坐多少人？学生自由猜测，并说出自己判断的依据。</w:t>
            </w:r>
          </w:p>
          <w:p>
            <w:pPr>
              <w:spacing w:after="20" w:line="276" w:lineRule="auto"/>
            </w:pPr>
            <w:r>
              <w:rPr>
                <w:rFonts w:ascii="宋体" w:hAnsi="宋体" w:eastAsia="宋体"/>
                <w:b w:val="0"/>
                <w:sz w:val="18"/>
              </w:rPr>
              <w:t>师：对，这个体育馆里能坐很多很多人，要用一个比100大得多的数来表示。本节课我们就先来认识1000以内的数。(板书课题：1000以内数的认识)</w:t>
            </w:r>
          </w:p>
        </w:tc>
        <w:tc>
          <w:tcPr>
            <w:tcW w:type="dxa" w:w="3061"/>
          </w:tcPr>
          <w:p>
            <w:pPr>
              <w:spacing w:after="20" w:line="276" w:lineRule="auto"/>
            </w:pPr>
            <w:r/>
            <w:r>
              <w:rPr>
                <w:rFonts w:ascii="宋体" w:hAnsi="宋体" w:eastAsia="宋体"/>
                <w:b w:val="0"/>
                <w:sz w:val="18"/>
              </w:rPr>
              <w:t>——</w:t>
            </w:r>
          </w:p>
        </w:tc>
        <w:tc>
          <w:tcPr>
            <w:tcW w:type="dxa" w:w="1814"/>
          </w:tcPr>
          <w:p>
            <w:pPr>
              <w:spacing w:after="20" w:line="276" w:lineRule="auto"/>
            </w:pPr>
            <w:r/>
            <w:r>
              <w:rPr>
                <w:rFonts w:ascii="宋体" w:hAnsi="宋体" w:eastAsia="宋体"/>
                <w:b w:val="0"/>
                <w:sz w:val="18"/>
              </w:rPr>
              <w:t>创设情境激活学生已有经验，自然引出本课学习内容，激发学习兴趣，核心问题："我市最大的体育馆你们去参观过吗？"</w:t>
            </w:r>
          </w:p>
        </w:tc>
      </w:tr>
      <w:tr>
        <w:tc>
          <w:tcPr>
            <w:tcW w:type="dxa" w:w="1474"/>
          </w:tcPr>
          <w:p>
            <w:pPr>
              <w:spacing w:after="20" w:line="276" w:lineRule="auto"/>
            </w:pPr>
            <w:r>
              <w:rPr>
                <w:b/>
              </w:rPr>
            </w:r>
            <w:r>
              <w:rPr>
                <w:rFonts w:ascii="宋体" w:hAnsi="宋体" w:eastAsia="宋体"/>
                <w:b/>
                <w:sz w:val="18"/>
              </w:rPr>
              <w:t>二、学习新知识</w:t>
            </w:r>
          </w:p>
        </w:tc>
        <w:tc>
          <w:tcPr>
            <w:tcW w:type="dxa" w:w="3061"/>
          </w:tcPr>
          <w:p>
            <w:pPr>
              <w:spacing w:after="20" w:line="276" w:lineRule="auto"/>
            </w:pPr>
            <w:r/>
            <w:r>
              <w:rPr>
                <w:rFonts w:ascii="宋体" w:hAnsi="宋体" w:eastAsia="宋体"/>
                <w:b w:val="0"/>
                <w:sz w:val="18"/>
              </w:rPr>
              <w:t>1.数小棒，经历数数的过程。</w:t>
            </w:r>
          </w:p>
          <w:p>
            <w:pPr>
              <w:spacing w:after="20" w:line="276" w:lineRule="auto"/>
            </w:pPr>
            <w:r>
              <w:rPr>
                <w:rFonts w:ascii="宋体" w:hAnsi="宋体" w:eastAsia="宋体"/>
                <w:b w:val="0"/>
                <w:sz w:val="18"/>
              </w:rPr>
              <w:t>活动一：</w:t>
            </w:r>
          </w:p>
          <w:p>
            <w:pPr>
              <w:spacing w:after="20" w:line="276" w:lineRule="auto"/>
            </w:pPr>
            <w:r>
              <w:rPr>
                <w:rFonts w:ascii="宋体" w:hAnsi="宋体" w:eastAsia="宋体"/>
                <w:b w:val="0"/>
                <w:sz w:val="18"/>
              </w:rPr>
              <w:t>师：(拿出1号塑料袋，袋中有10根小棒)谁来估一估大约有多少根小棒？</w:t>
            </w:r>
          </w:p>
          <w:p>
            <w:pPr>
              <w:spacing w:after="20" w:line="276" w:lineRule="auto"/>
            </w:pPr>
            <w:r>
              <w:rPr>
                <w:rFonts w:ascii="宋体" w:hAnsi="宋体" w:eastAsia="宋体"/>
                <w:b w:val="0"/>
                <w:sz w:val="18"/>
              </w:rPr>
              <w:t>师：用什么方法能准确地知道这些小棒的根数呢？</w:t>
            </w:r>
          </w:p>
          <w:p>
            <w:pPr>
              <w:spacing w:after="20" w:line="276" w:lineRule="auto"/>
            </w:pPr>
            <w:r>
              <w:rPr>
                <w:rFonts w:ascii="宋体" w:hAnsi="宋体" w:eastAsia="宋体"/>
                <w:b w:val="0"/>
                <w:sz w:val="18"/>
              </w:rPr>
              <w:t>教师布置，学生动手数小棒：数数1号塑料袋中小棒有多少根。</w:t>
            </w:r>
          </w:p>
          <w:p>
            <w:pPr>
              <w:spacing w:after="20" w:line="276" w:lineRule="auto"/>
            </w:pPr>
            <w:r>
              <w:rPr>
                <w:rFonts w:ascii="宋体" w:hAnsi="宋体" w:eastAsia="宋体"/>
                <w:b w:val="0"/>
                <w:sz w:val="18"/>
              </w:rPr>
              <w:t>师：你是几根几根数的？一共有多少根？</w:t>
            </w:r>
          </w:p>
          <w:p>
            <w:pPr>
              <w:spacing w:after="20" w:line="276" w:lineRule="auto"/>
            </w:pPr>
            <w:r>
              <w:rPr>
                <w:rFonts w:ascii="宋体" w:hAnsi="宋体" w:eastAsia="宋体"/>
                <w:b w:val="0"/>
                <w:sz w:val="18"/>
              </w:rPr>
              <w:t>课件出示教科书P41例1部分内容。</w:t>
            </w:r>
          </w:p>
          <w:p>
            <w:pPr>
              <w:spacing w:after="20" w:line="276" w:lineRule="auto"/>
            </w:pPr>
            <w:r>
              <w:rPr>
                <w:rFonts w:ascii="宋体" w:hAnsi="宋体" w:eastAsia="宋体"/>
                <w:b w:val="0"/>
                <w:sz w:val="18"/>
              </w:rPr>
              <w:t>师小结：当小棒的数量很少时，我们可以用“一”作为计数单位，一根一根地数，我们知道了10个一是1个十。(教师适时板书)</w:t>
            </w:r>
          </w:p>
          <w:p>
            <w:pPr>
              <w:spacing w:after="20" w:line="276" w:lineRule="auto"/>
            </w:pPr>
            <w:r>
              <w:rPr>
                <w:rFonts w:ascii="宋体" w:hAnsi="宋体" w:eastAsia="宋体"/>
                <w:b w:val="0"/>
                <w:sz w:val="18"/>
              </w:rPr>
              <w:t>活动二：</w:t>
            </w:r>
          </w:p>
          <w:p>
            <w:pPr>
              <w:spacing w:after="20" w:line="276" w:lineRule="auto"/>
            </w:pPr>
            <w:r>
              <w:rPr>
                <w:rFonts w:ascii="宋体" w:hAnsi="宋体" w:eastAsia="宋体"/>
                <w:b w:val="0"/>
                <w:sz w:val="18"/>
              </w:rPr>
              <w:t>教师拿出2号塑料袋，袋中有100根小棒，并提出问题：现在小棒的数量增多了，你们谁来估一估这些小棒大约有多少根？</w:t>
            </w:r>
          </w:p>
          <w:p>
            <w:pPr>
              <w:spacing w:after="20" w:line="276" w:lineRule="auto"/>
            </w:pPr>
            <w:r>
              <w:rPr>
                <w:rFonts w:ascii="宋体" w:hAnsi="宋体" w:eastAsia="宋体"/>
                <w:b w:val="0"/>
                <w:sz w:val="18"/>
              </w:rPr>
              <w:t>师：如果现在让你来数出这些小棒的根数，怎样数才能让人一眼看出结果？</w:t>
            </w:r>
          </w:p>
          <w:p>
            <w:pPr>
              <w:spacing w:after="20" w:line="276" w:lineRule="auto"/>
            </w:pPr>
            <w:r>
              <w:rPr>
                <w:rFonts w:ascii="宋体" w:hAnsi="宋体" w:eastAsia="宋体"/>
                <w:b w:val="0"/>
                <w:sz w:val="18"/>
              </w:rPr>
              <w:t>师：以“十”为计数单位数出小棒。也就是10根捆一捆。</w:t>
            </w:r>
          </w:p>
          <w:p>
            <w:pPr>
              <w:spacing w:after="20" w:line="276" w:lineRule="auto"/>
            </w:pPr>
            <w:r>
              <w:rPr>
                <w:rFonts w:ascii="宋体" w:hAnsi="宋体" w:eastAsia="宋体"/>
                <w:b w:val="0"/>
                <w:sz w:val="18"/>
              </w:rPr>
              <w:t>教师布置学生动手数小棒：数数2号塑料袋中小棒有多少根。</w:t>
            </w:r>
          </w:p>
          <w:p>
            <w:pPr>
              <w:spacing w:after="20" w:line="276" w:lineRule="auto"/>
            </w:pPr>
            <w:r>
              <w:rPr>
                <w:rFonts w:ascii="宋体" w:hAnsi="宋体" w:eastAsia="宋体"/>
                <w:b w:val="0"/>
                <w:sz w:val="18"/>
              </w:rPr>
              <w:t>课件出示教科书P41例1部分内容。</w:t>
            </w:r>
          </w:p>
          <w:p>
            <w:pPr>
              <w:spacing w:after="20" w:line="276" w:lineRule="auto"/>
            </w:pPr>
            <w:r>
              <w:rPr>
                <w:rFonts w:ascii="宋体" w:hAnsi="宋体" w:eastAsia="宋体"/>
                <w:b w:val="0"/>
                <w:sz w:val="18"/>
              </w:rPr>
              <w:t>师小结：当数量较多时，我们以“十”为计数单位，一十一十地数，10个十是1个百。(教师适时板书)</w:t>
            </w:r>
          </w:p>
          <w:p>
            <w:pPr>
              <w:spacing w:after="20" w:line="276" w:lineRule="auto"/>
            </w:pPr>
            <w:r>
              <w:rPr>
                <w:rFonts w:ascii="宋体" w:hAnsi="宋体" w:eastAsia="宋体"/>
                <w:b w:val="0"/>
                <w:sz w:val="18"/>
              </w:rPr>
              <w:t>2．拨计数器表示数。</w:t>
            </w:r>
          </w:p>
          <w:p>
            <w:pPr>
              <w:spacing w:after="20" w:line="276" w:lineRule="auto"/>
            </w:pPr>
            <w:r>
              <w:rPr>
                <w:rFonts w:ascii="宋体" w:hAnsi="宋体" w:eastAsia="宋体"/>
                <w:b w:val="0"/>
                <w:sz w:val="18"/>
              </w:rPr>
              <w:t>课件出示教科书P41“试一试”部分内容。</w:t>
            </w:r>
          </w:p>
          <w:p>
            <w:pPr>
              <w:spacing w:after="20" w:line="276" w:lineRule="auto"/>
            </w:pPr>
            <w:r>
              <w:rPr>
                <w:rFonts w:ascii="宋体" w:hAnsi="宋体" w:eastAsia="宋体"/>
                <w:b w:val="0"/>
                <w:sz w:val="18"/>
              </w:rPr>
              <w:t>师：图中表示的数是多少？</w:t>
            </w:r>
          </w:p>
          <w:p>
            <w:pPr>
              <w:spacing w:after="20" w:line="276" w:lineRule="auto"/>
            </w:pPr>
            <w:r>
              <w:rPr>
                <w:rFonts w:ascii="宋体" w:hAnsi="宋体" w:eastAsia="宋体"/>
                <w:b w:val="0"/>
                <w:sz w:val="18"/>
              </w:rPr>
              <w:t>师：计数器从右往左依次是个位、十位、百位……3个百在计数器上怎样拨？</w:t>
            </w:r>
          </w:p>
          <w:p>
            <w:pPr>
              <w:spacing w:after="20" w:line="276" w:lineRule="auto"/>
            </w:pPr>
            <w:r>
              <w:rPr>
                <w:rFonts w:ascii="宋体" w:hAnsi="宋体" w:eastAsia="宋体"/>
                <w:b w:val="0"/>
                <w:sz w:val="18"/>
              </w:rPr>
              <w:t>3．圈纽扣，经历数数过程。</w:t>
            </w:r>
          </w:p>
          <w:p>
            <w:pPr>
              <w:spacing w:after="20" w:line="276" w:lineRule="auto"/>
            </w:pPr>
            <w:r>
              <w:rPr>
                <w:rFonts w:ascii="宋体" w:hAnsi="宋体" w:eastAsia="宋体"/>
                <w:b w:val="0"/>
                <w:sz w:val="18"/>
              </w:rPr>
              <w:t>课件出示教科书P41例2。</w:t>
            </w:r>
          </w:p>
          <w:p>
            <w:pPr>
              <w:spacing w:after="20" w:line="276" w:lineRule="auto"/>
            </w:pPr>
            <w:r>
              <w:rPr>
                <w:rFonts w:ascii="宋体" w:hAnsi="宋体" w:eastAsia="宋体"/>
                <w:b w:val="0"/>
                <w:sz w:val="18"/>
              </w:rPr>
              <w:t>(1)估一估有多少个纽扣。</w:t>
            </w:r>
          </w:p>
          <w:p>
            <w:pPr>
              <w:spacing w:after="20" w:line="276" w:lineRule="auto"/>
            </w:pPr>
            <w:r>
              <w:rPr>
                <w:rFonts w:ascii="宋体" w:hAnsi="宋体" w:eastAsia="宋体"/>
                <w:b w:val="0"/>
                <w:sz w:val="18"/>
              </w:rPr>
              <w:t>(2)圈纽扣，经历数数的过程。</w:t>
            </w:r>
          </w:p>
          <w:p>
            <w:pPr>
              <w:spacing w:after="20" w:line="276" w:lineRule="auto"/>
            </w:pPr>
            <w:r>
              <w:rPr>
                <w:rFonts w:ascii="宋体" w:hAnsi="宋体" w:eastAsia="宋体"/>
                <w:b w:val="0"/>
                <w:sz w:val="18"/>
              </w:rPr>
              <w:t>师：在教科书上圈一圈，数一数一共有多少个纽扣，看看刚才估得准不准。</w:t>
            </w:r>
          </w:p>
          <w:p>
            <w:pPr>
              <w:spacing w:after="20" w:line="276" w:lineRule="auto"/>
            </w:pPr>
            <w:r>
              <w:rPr>
                <w:rFonts w:ascii="宋体" w:hAnsi="宋体" w:eastAsia="宋体"/>
                <w:b w:val="0"/>
                <w:sz w:val="18"/>
              </w:rPr>
              <w:t>师：哪种方法能更快地看出结果。(一百一百地圈)</w:t>
            </w:r>
          </w:p>
          <w:p>
            <w:pPr>
              <w:spacing w:after="20" w:line="276" w:lineRule="auto"/>
            </w:pPr>
            <w:r>
              <w:rPr>
                <w:rFonts w:ascii="宋体" w:hAnsi="宋体" w:eastAsia="宋体"/>
                <w:b w:val="0"/>
                <w:sz w:val="18"/>
              </w:rPr>
              <w:t>课件出示一百一百地圈的方法。</w:t>
            </w:r>
          </w:p>
          <w:p>
            <w:pPr>
              <w:spacing w:after="20" w:line="276" w:lineRule="auto"/>
            </w:pPr>
            <w:r>
              <w:rPr>
                <w:rFonts w:ascii="宋体" w:hAnsi="宋体" w:eastAsia="宋体"/>
                <w:b w:val="0"/>
                <w:sz w:val="18"/>
              </w:rPr>
              <w:t>师：2个一百是多少？(二百)它与三十五合起来是多少？(二百三十五)</w:t>
            </w:r>
          </w:p>
          <w:p>
            <w:pPr>
              <w:spacing w:after="20" w:line="276" w:lineRule="auto"/>
            </w:pPr>
            <w:r>
              <w:rPr>
                <w:rFonts w:ascii="宋体" w:hAnsi="宋体" w:eastAsia="宋体"/>
                <w:b w:val="0"/>
                <w:sz w:val="18"/>
              </w:rPr>
              <w:t>4．摆小棒，探究数的组成。</w:t>
            </w:r>
          </w:p>
          <w:p>
            <w:pPr>
              <w:spacing w:after="20" w:line="276" w:lineRule="auto"/>
            </w:pPr>
            <w:r>
              <w:rPr>
                <w:rFonts w:ascii="宋体" w:hAnsi="宋体" w:eastAsia="宋体"/>
                <w:b w:val="0"/>
                <w:sz w:val="18"/>
              </w:rPr>
              <w:t>师：拿出小棒摆一摆，怎样能清楚地表示出二百三十五？</w:t>
            </w:r>
          </w:p>
          <w:p>
            <w:pPr>
              <w:spacing w:after="20" w:line="276" w:lineRule="auto"/>
            </w:pPr>
            <w:r>
              <w:rPr>
                <w:rFonts w:ascii="宋体" w:hAnsi="宋体" w:eastAsia="宋体"/>
                <w:b w:val="0"/>
                <w:sz w:val="18"/>
              </w:rPr>
              <w:t>集体展示，出示课件。</w:t>
            </w:r>
          </w:p>
          <w:p>
            <w:pPr>
              <w:spacing w:after="20" w:line="276" w:lineRule="auto"/>
            </w:pPr>
            <w:r>
              <w:rPr>
                <w:rFonts w:ascii="宋体" w:hAnsi="宋体" w:eastAsia="宋体"/>
                <w:b w:val="0"/>
                <w:sz w:val="18"/>
              </w:rPr>
              <w:t>师：用表示，它是由几个百，几个十和几个一组成的？(2个百，3个十和5个一)</w:t>
            </w:r>
          </w:p>
          <w:p>
            <w:pPr>
              <w:spacing w:after="20" w:line="276" w:lineRule="auto"/>
            </w:pPr>
            <w:r>
              <w:rPr>
                <w:rFonts w:ascii="宋体" w:hAnsi="宋体" w:eastAsia="宋体"/>
                <w:b w:val="0"/>
                <w:sz w:val="18"/>
              </w:rPr>
              <w:t>5．拨计数器，探究数的读、写法。</w:t>
            </w:r>
          </w:p>
          <w:p>
            <w:pPr>
              <w:spacing w:after="20" w:line="276" w:lineRule="auto"/>
            </w:pPr>
            <w:r>
              <w:rPr>
                <w:rFonts w:ascii="宋体" w:hAnsi="宋体" w:eastAsia="宋体"/>
                <w:b w:val="0"/>
                <w:sz w:val="18"/>
              </w:rPr>
              <w:t>师：怎样在计数器上表示235？怎样写和读235?</w:t>
            </w:r>
          </w:p>
          <w:p>
            <w:pPr>
              <w:spacing w:after="20" w:line="276" w:lineRule="auto"/>
            </w:pPr>
            <w:r>
              <w:rPr>
                <w:rFonts w:ascii="宋体" w:hAnsi="宋体" w:eastAsia="宋体"/>
                <w:b w:val="0"/>
                <w:sz w:val="18"/>
              </w:rPr>
              <w:t>教师根据学生回答逐步呈现课件。</w:t>
            </w:r>
          </w:p>
          <w:p>
            <w:pPr>
              <w:spacing w:after="20" w:line="276" w:lineRule="auto"/>
            </w:pPr>
            <w:r>
              <w:rPr>
                <w:rFonts w:ascii="宋体" w:hAnsi="宋体" w:eastAsia="宋体"/>
                <w:b w:val="0"/>
                <w:sz w:val="18"/>
              </w:rPr>
              <w:t>师归纳读、写数的方法：哪一位上有几个，就在计数器对应的数位上拨几颗珠子并写几；几个百就读几百，几个十读几十，几个一读几，最后连起来读。</w:t>
            </w:r>
          </w:p>
          <w:p>
            <w:pPr>
              <w:spacing w:after="20" w:line="276" w:lineRule="auto"/>
            </w:pPr>
            <w:r>
              <w:rPr>
                <w:rFonts w:ascii="宋体" w:hAnsi="宋体" w:eastAsia="宋体"/>
                <w:b w:val="0"/>
                <w:sz w:val="18"/>
              </w:rPr>
              <w:t>师：计数器还可以表示更多的数，说说下面每个数的组成，并读一读、写一写。(课件出示)</w:t>
            </w:r>
          </w:p>
          <w:p>
            <w:pPr>
              <w:spacing w:after="20" w:line="276" w:lineRule="auto"/>
            </w:pPr>
            <w:r>
              <w:rPr>
                <w:rFonts w:ascii="宋体" w:hAnsi="宋体" w:eastAsia="宋体"/>
                <w:b w:val="0"/>
                <w:sz w:val="18"/>
              </w:rPr>
              <w:t>引导学生明确计数器上哪一位没有珠子，写数时用0占位，读数时末尾的0不读，中间的0要读出来。</w:t>
            </w:r>
          </w:p>
        </w:tc>
        <w:tc>
          <w:tcPr>
            <w:tcW w:type="dxa" w:w="3061"/>
          </w:tcPr>
          <w:p>
            <w:pPr>
              <w:spacing w:after="20" w:line="276" w:lineRule="auto"/>
            </w:pPr>
            <w:r/>
            <w:r>
              <w:rPr>
                <w:rFonts w:ascii="宋体" w:hAnsi="宋体" w:eastAsia="宋体"/>
                <w:b w:val="0"/>
                <w:sz w:val="18"/>
              </w:rPr>
              <w:t>学生汇报。</w:t>
            </w:r>
          </w:p>
          <w:p>
            <w:pPr>
              <w:spacing w:after="20" w:line="276" w:lineRule="auto"/>
            </w:pPr>
            <w:r>
              <w:rPr>
                <w:rFonts w:ascii="宋体" w:hAnsi="宋体" w:eastAsia="宋体"/>
                <w:b w:val="0"/>
                <w:sz w:val="18"/>
              </w:rPr>
              <w:t>学生估计。</w:t>
            </w:r>
          </w:p>
          <w:p>
            <w:pPr>
              <w:spacing w:after="20" w:line="276" w:lineRule="auto"/>
            </w:pPr>
            <w:r>
              <w:rPr>
                <w:rFonts w:ascii="宋体" w:hAnsi="宋体" w:eastAsia="宋体"/>
                <w:b w:val="0"/>
                <w:sz w:val="18"/>
              </w:rPr>
              <w:t>十根十根地数。</w:t>
            </w:r>
          </w:p>
          <w:p>
            <w:pPr>
              <w:spacing w:after="20" w:line="276" w:lineRule="auto"/>
            </w:pPr>
            <w:r>
              <w:rPr>
                <w:rFonts w:ascii="宋体" w:hAnsi="宋体" w:eastAsia="宋体"/>
                <w:b w:val="0"/>
                <w:sz w:val="18"/>
              </w:rPr>
              <w:t>学生汇报，师生齐数：10，20，30，……，100。</w:t>
            </w:r>
          </w:p>
          <w:p>
            <w:pPr>
              <w:spacing w:after="20" w:line="276" w:lineRule="auto"/>
            </w:pPr>
            <w:r>
              <w:rPr>
                <w:rFonts w:ascii="宋体" w:hAnsi="宋体" w:eastAsia="宋体"/>
                <w:b w:val="0"/>
                <w:sz w:val="18"/>
              </w:rPr>
              <w:t>一捆是1个百，三捆就是3个百。</w:t>
            </w:r>
          </w:p>
          <w:p>
            <w:pPr>
              <w:spacing w:after="20" w:line="276" w:lineRule="auto"/>
            </w:pPr>
            <w:r>
              <w:rPr>
                <w:rFonts w:ascii="宋体" w:hAnsi="宋体" w:eastAsia="宋体"/>
                <w:b w:val="0"/>
                <w:sz w:val="18"/>
              </w:rPr>
              <w:t>在计数器的百位拨3颗珠子。(课件出示教科书P41“试一试”部分内容)</w:t>
            </w:r>
          </w:p>
          <w:p>
            <w:pPr>
              <w:spacing w:after="20" w:line="276" w:lineRule="auto"/>
            </w:pPr>
            <w:r>
              <w:rPr>
                <w:rFonts w:ascii="宋体" w:hAnsi="宋体" w:eastAsia="宋体"/>
                <w:b w:val="0"/>
                <w:sz w:val="18"/>
              </w:rPr>
              <w:t>学生自由表述，说说各自判断的依据。</w:t>
            </w:r>
          </w:p>
          <w:p>
            <w:pPr>
              <w:spacing w:after="20" w:line="276" w:lineRule="auto"/>
            </w:pPr>
            <w:r>
              <w:rPr>
                <w:rFonts w:ascii="宋体" w:hAnsi="宋体" w:eastAsia="宋体"/>
                <w:b w:val="0"/>
                <w:sz w:val="18"/>
              </w:rPr>
              <w:t>会有学生一十一十地圈，也有学生一百一百地圈。</w:t>
            </w:r>
          </w:p>
          <w:p>
            <w:pPr>
              <w:spacing w:after="20" w:line="276" w:lineRule="auto"/>
            </w:pPr>
            <w:r>
              <w:rPr>
                <w:rFonts w:ascii="宋体" w:hAnsi="宋体" w:eastAsia="宋体"/>
                <w:b w:val="0"/>
                <w:sz w:val="18"/>
              </w:rPr>
              <w:t>预设1：2个百就在百位上拨2颗珠子并在百位上写2，3个十就在十位上拨3颗珠子并在十位上写3，5个一就在个位上拨5颗珠子并在个位上写5。</w:t>
            </w:r>
          </w:p>
          <w:p>
            <w:pPr>
              <w:spacing w:after="20" w:line="276" w:lineRule="auto"/>
            </w:pPr>
            <w:r>
              <w:rPr>
                <w:rFonts w:ascii="宋体" w:hAnsi="宋体" w:eastAsia="宋体"/>
                <w:b w:val="0"/>
                <w:sz w:val="18"/>
              </w:rPr>
              <w:t>预设2：2个百就读二百，3个十就读三十，5个一就读5，合起来就是二百三十五。</w:t>
            </w:r>
          </w:p>
        </w:tc>
        <w:tc>
          <w:tcPr>
            <w:tcW w:type="dxa" w:w="1814"/>
          </w:tcPr>
          <w:p>
            <w:pPr>
              <w:spacing w:after="20" w:line="276" w:lineRule="auto"/>
            </w:pPr>
            <w:r/>
            <w:r>
              <w:rPr>
                <w:rFonts w:ascii="宋体" w:hAnsi="宋体" w:eastAsia="宋体"/>
                <w:b w:val="0"/>
                <w:sz w:val="18"/>
              </w:rPr>
              <w:t>围绕环节目标组织学习活动，引导学生主动参与、积极思考，核心问题："(拿出1号塑料袋，袋中有10根小棒)谁来估一估大约有多少根小棒？"</w:t>
            </w:r>
          </w:p>
        </w:tc>
      </w:tr>
      <w:tr>
        <w:tc>
          <w:tcPr>
            <w:tcW w:type="dxa" w:w="1474"/>
          </w:tcPr>
          <w:p>
            <w:pPr>
              <w:spacing w:after="20" w:line="276" w:lineRule="auto"/>
            </w:pPr>
            <w:r>
              <w:rPr>
                <w:b/>
              </w:rPr>
            </w:r>
            <w:r>
              <w:rPr>
                <w:rFonts w:ascii="宋体" w:hAnsi="宋体" w:eastAsia="宋体"/>
                <w:b/>
                <w:sz w:val="18"/>
              </w:rPr>
              <w:t>三、巩固练习</w:t>
            </w:r>
          </w:p>
        </w:tc>
        <w:tc>
          <w:tcPr>
            <w:tcW w:type="dxa" w:w="3061"/>
          </w:tcPr>
          <w:p>
            <w:pPr>
              <w:spacing w:after="20" w:line="276" w:lineRule="auto"/>
            </w:pPr>
            <w:r/>
            <w:r>
              <w:rPr>
                <w:rFonts w:ascii="宋体" w:hAnsi="宋体" w:eastAsia="宋体"/>
                <w:b w:val="0"/>
                <w:sz w:val="18"/>
              </w:rPr>
              <w:t>1.完成教科书P42“做一做”第1题。</w:t>
            </w:r>
          </w:p>
          <w:p>
            <w:pPr>
              <w:spacing w:after="20" w:line="276" w:lineRule="auto"/>
            </w:pPr>
            <w:r>
              <w:rPr>
                <w:rFonts w:ascii="宋体" w:hAnsi="宋体" w:eastAsia="宋体"/>
                <w:b w:val="0"/>
                <w:sz w:val="18"/>
              </w:rPr>
              <w:t>2．完成教科书P42“做一做”第2题。</w:t>
            </w:r>
          </w:p>
          <w:p>
            <w:pPr>
              <w:spacing w:after="20" w:line="276" w:lineRule="auto"/>
            </w:pPr>
            <w:r>
              <w:rPr>
                <w:rFonts w:ascii="宋体" w:hAnsi="宋体" w:eastAsia="宋体"/>
                <w:b w:val="0"/>
                <w:sz w:val="18"/>
              </w:rPr>
              <w:t>3．完成教科书P42“做一做”第3题。</w:t>
            </w:r>
          </w:p>
          <w:p>
            <w:pPr>
              <w:spacing w:after="20" w:line="276" w:lineRule="auto"/>
            </w:pPr>
            <w:r>
              <w:rPr>
                <w:rFonts w:ascii="宋体" w:hAnsi="宋体" w:eastAsia="宋体"/>
                <w:b w:val="0"/>
                <w:sz w:val="18"/>
              </w:rPr>
              <w:t>提示：数格子，每小格表示1。</w:t>
            </w:r>
          </w:p>
        </w:tc>
        <w:tc>
          <w:tcPr>
            <w:tcW w:type="dxa" w:w="3061"/>
          </w:tcPr>
          <w:p>
            <w:pPr>
              <w:spacing w:after="20" w:line="276" w:lineRule="auto"/>
            </w:pPr>
            <w:r/>
            <w:r>
              <w:rPr>
                <w:rFonts w:ascii="宋体" w:hAnsi="宋体" w:eastAsia="宋体"/>
                <w:b w:val="0"/>
                <w:sz w:val="18"/>
              </w:rPr>
              <w:t>讨论：数到199和290后该怎样往下数？</w:t>
            </w:r>
          </w:p>
          <w:p>
            <w:pPr>
              <w:spacing w:after="20" w:line="276" w:lineRule="auto"/>
            </w:pPr>
            <w:r>
              <w:rPr>
                <w:rFonts w:ascii="宋体" w:hAnsi="宋体" w:eastAsia="宋体"/>
                <w:b w:val="0"/>
                <w:sz w:val="18"/>
              </w:rPr>
              <w:t>讨论：遇到“拐弯数”时，下一个该怎样数？</w:t>
            </w:r>
          </w:p>
        </w:tc>
        <w:tc>
          <w:tcPr>
            <w:tcW w:type="dxa" w:w="1814"/>
          </w:tcPr>
          <w:p>
            <w:pPr>
              <w:spacing w:after="20" w:line="276" w:lineRule="auto"/>
            </w:pPr>
            <w:r/>
            <w:r>
              <w:rPr>
                <w:rFonts w:ascii="宋体" w:hAnsi="宋体" w:eastAsia="宋体"/>
                <w:b w:val="0"/>
                <w:sz w:val="18"/>
              </w:rPr>
              <w:t>通过有层次的练习及时反馈学情，巩固新知，培养学生灵活运用知识解决问题的能力。</w:t>
            </w:r>
          </w:p>
        </w:tc>
      </w:tr>
      <w:tr>
        <w:tc>
          <w:tcPr>
            <w:tcW w:type="dxa" w:w="1474"/>
          </w:tcPr>
          <w:p>
            <w:pPr>
              <w:spacing w:after="20" w:line="276" w:lineRule="auto"/>
            </w:pPr>
            <w:r>
              <w:rPr>
                <w:b/>
              </w:rPr>
            </w:r>
            <w:r>
              <w:rPr>
                <w:rFonts w:ascii="宋体" w:hAnsi="宋体" w:eastAsia="宋体"/>
                <w:b/>
                <w:sz w:val="18"/>
              </w:rPr>
              <w:t>四、课堂小结</w:t>
            </w:r>
          </w:p>
        </w:tc>
        <w:tc>
          <w:tcPr>
            <w:tcW w:type="dxa" w:w="3061"/>
          </w:tcPr>
          <w:p>
            <w:pPr>
              <w:spacing w:after="20" w:line="276" w:lineRule="auto"/>
            </w:pPr>
            <w:r/>
            <w:r>
              <w:rPr>
                <w:rFonts w:ascii="宋体" w:hAnsi="宋体" w:eastAsia="宋体"/>
                <w:b w:val="0"/>
                <w:sz w:val="18"/>
              </w:rPr>
              <w:t>师：通过这节课的学习，你有什么收获？</w:t>
            </w:r>
          </w:p>
        </w:tc>
        <w:tc>
          <w:tcPr>
            <w:tcW w:type="dxa" w:w="3061"/>
          </w:tcPr>
          <w:p>
            <w:pPr>
              <w:spacing w:after="20" w:line="276" w:lineRule="auto"/>
            </w:pPr>
            <w:r/>
            <w:r>
              <w:rPr>
                <w:rFonts w:ascii="宋体" w:hAnsi="宋体" w:eastAsia="宋体"/>
                <w:b w:val="0"/>
                <w:sz w:val="18"/>
              </w:rPr>
              <w:t>——</w:t>
            </w:r>
          </w:p>
        </w:tc>
        <w:tc>
          <w:tcPr>
            <w:tcW w:type="dxa" w:w="1814"/>
          </w:tcPr>
          <w:p>
            <w:pPr>
              <w:spacing w:after="20" w:line="276" w:lineRule="auto"/>
            </w:pPr>
            <w:r/>
            <w:r>
              <w:rPr>
                <w:rFonts w:ascii="宋体" w:hAnsi="宋体" w:eastAsia="宋体"/>
                <w:b w:val="0"/>
                <w:sz w:val="18"/>
              </w:rPr>
              <w:t>学生先自主选择数数的单位，在经历数数的过程中见证了新的计数单位的产生。数数过程中强调怎样准确地看出有多少根小棒，问题指向性明确，避免了学生盲目地去选择方法数数，同时有助于学生理解十进制。通过估一估、数一数、圈一圈，锻炼估算与准确计数能力；利用计数器拨数、数数，提升数感与动手操作能力，使读、写数更加直观，同时培养学生有序思考、归纳总结的思维能力。</w:t>
            </w:r>
          </w:p>
        </w:tc>
      </w:tr>
    </w:tbl>
    <w:p>
      <w:pPr>
        <w:spacing w:after="40"/>
      </w:pPr>
    </w:p>
    <w:p>
      <w:pPr>
        <w:spacing w:after="60" w:line="300" w:lineRule="auto"/>
      </w:pPr>
      <w:r>
        <w:rPr>
          <w:rFonts w:ascii="黑体" w:hAnsi="黑体" w:eastAsia="黑体"/>
          <w:b/>
          <w:sz w:val="21"/>
        </w:rPr>
        <w:t>四、板书设计</w:t>
      </w:r>
    </w:p>
    <w:p>
      <w:pPr>
        <w:spacing w:after="40" w:line="300" w:lineRule="auto"/>
      </w:pPr>
      <w:r>
        <w:rPr>
          <w:rFonts w:ascii="宋体" w:hAnsi="宋体" w:eastAsia="宋体"/>
          <w:b w:val="0"/>
          <w:sz w:val="20"/>
        </w:rPr>
        <w:t>1000以内数的认识</w:t>
      </w:r>
    </w:p>
    <w:p>
      <w:pPr>
        <w:spacing w:after="40" w:line="300" w:lineRule="auto"/>
      </w:pPr>
      <w:r>
        <w:rPr>
          <w:rFonts w:ascii="宋体" w:hAnsi="宋体" w:eastAsia="宋体"/>
          <w:b w:val="0"/>
          <w:sz w:val="20"/>
        </w:rPr>
        <w:t>10个一是1个十，10个十是1个百。</w:t>
      </w:r>
    </w:p>
    <w:p>
      <w:pPr>
        <w:spacing w:after="60" w:line="300" w:lineRule="auto"/>
      </w:pPr>
      <w:r>
        <w:rPr>
          <w:rFonts w:ascii="黑体" w:hAnsi="黑体" w:eastAsia="黑体"/>
          <w:b/>
          <w:sz w:val="21"/>
        </w:rPr>
        <w:t>五、作业设计</w:t>
      </w:r>
    </w:p>
    <w:p>
      <w:pPr>
        <w:spacing w:after="40" w:line="300" w:lineRule="auto"/>
        <w:ind w:firstLine="400"/>
      </w:pPr>
      <w:r>
        <w:rPr>
          <w:rFonts w:ascii="宋体" w:hAnsi="宋体" w:eastAsia="宋体"/>
          <w:b w:val="0"/>
          <w:sz w:val="20"/>
        </w:rPr>
        <w:t>课前预设作业：</w:t>
      </w:r>
    </w:p>
    <w:p>
      <w:pPr>
        <w:spacing w:after="40" w:line="300" w:lineRule="auto"/>
        <w:ind w:firstLine="400"/>
      </w:pPr>
      <w:r>
        <w:rPr>
          <w:rFonts w:ascii="宋体" w:hAnsi="宋体" w:eastAsia="宋体"/>
          <w:b w:val="0"/>
          <w:sz w:val="20"/>
        </w:rPr>
        <w:t>① 教科书P40相关内容及P41～42例1、例2，教科书P42“做一做”。</w:t>
      </w:r>
    </w:p>
    <w:p>
      <w:pPr>
        <w:spacing w:after="40" w:line="300" w:lineRule="auto"/>
        <w:ind w:firstLine="400"/>
      </w:pPr>
      <w:r>
        <w:rPr>
          <w:rFonts w:ascii="宋体" w:hAnsi="宋体" w:eastAsia="宋体"/>
          <w:b w:val="0"/>
          <w:sz w:val="20"/>
        </w:rPr>
        <w:t>课后跟进作业：教学任务完成后，据学生课堂反馈调整——可安排①《数学作业本》对应课时的巩固练习；②说题或动手操作类实践作业（视学情选用，一、二年级不布置书面家庭作业）。</w:t>
      </w:r>
    </w:p>
    <w:p>
      <w:pPr>
        <w:spacing w:after="60" w:line="300" w:lineRule="auto"/>
      </w:pPr>
      <w:r>
        <w:rPr>
          <w:rFonts w:ascii="黑体" w:hAnsi="黑体" w:eastAsia="黑体"/>
          <w:b/>
          <w:sz w:val="21"/>
        </w:rPr>
        <w:t>六、课后反思</w:t>
      </w:r>
    </w:p>
    <w:p>
      <w:pPr>
        <w:spacing w:after="20" w:line="300" w:lineRule="auto"/>
      </w:pPr>
      <w:r>
        <w:rPr>
          <w:rFonts w:ascii="宋体" w:hAnsi="宋体" w:eastAsia="宋体"/>
          <w:b w:val="0"/>
          <w:sz w:val="20"/>
        </w:rPr>
        <w:t>1．实际教学过程与课前预设之间的差距如何？如果有差距，你是如何处理的？</w:t>
      </w:r>
    </w:p>
    <w:p>
      <w:pPr>
        <w:spacing w:after="40" w:line="300" w:lineRule="auto"/>
      </w:pPr>
      <w:r>
        <w:rPr>
          <w:rFonts w:ascii="楷体" w:hAnsi="楷体" w:eastAsia="楷体"/>
          <w:b w:val="0"/>
          <w:sz w:val="20"/>
        </w:rPr>
        <w:t>＿＿＿＿＿＿＿＿＿＿＿＿＿＿＿＿＿＿＿＿＿＿＿＿＿＿＿＿＿＿＿＿＿＿＿＿</w:t>
      </w:r>
    </w:p>
    <w:p>
      <w:pPr>
        <w:spacing w:after="20" w:line="300" w:lineRule="auto"/>
      </w:pPr>
      <w:r>
        <w:rPr>
          <w:rFonts w:ascii="宋体" w:hAnsi="宋体" w:eastAsia="宋体"/>
          <w:b w:val="0"/>
          <w:sz w:val="20"/>
        </w:rPr>
        <w:t>2．学生是否都有了公平学习的机会？</w:t>
      </w:r>
    </w:p>
    <w:p>
      <w:pPr>
        <w:spacing w:after="40" w:line="300" w:lineRule="auto"/>
      </w:pPr>
      <w:r>
        <w:rPr>
          <w:rFonts w:ascii="楷体" w:hAnsi="楷体" w:eastAsia="楷体"/>
          <w:b w:val="0"/>
          <w:sz w:val="20"/>
        </w:rPr>
        <w:t>＿＿＿＿＿＿＿＿＿＿＿＿＿＿＿＿＿＿＿＿＿＿＿＿＿＿＿＿＿＿＿＿＿＿＿＿</w:t>
      </w:r>
    </w:p>
    <w:p>
      <w:pPr>
        <w:spacing w:after="20" w:line="300" w:lineRule="auto"/>
      </w:pPr>
      <w:r>
        <w:rPr>
          <w:rFonts w:ascii="宋体" w:hAnsi="宋体" w:eastAsia="宋体"/>
          <w:b w:val="0"/>
          <w:sz w:val="20"/>
        </w:rPr>
        <w:t>3．教学中还存在哪些问题？哪个问题显得最为关键？打算在后续的教学中如何改进？</w:t>
      </w:r>
    </w:p>
    <w:p>
      <w:pPr>
        <w:spacing w:after="40" w:line="300" w:lineRule="auto"/>
      </w:pPr>
      <w:r>
        <w:rPr>
          <w:rFonts w:ascii="楷体" w:hAnsi="楷体" w:eastAsia="楷体"/>
          <w:b w:val="0"/>
          <w:sz w:val="20"/>
        </w:rPr>
        <w:t>＿＿＿＿＿＿＿＿＿＿＿＿＿＿＿＿＿＿＿＿＿＿＿＿＿＿＿＿＿＿＿＿＿＿＿＿</w:t>
      </w:r>
    </w:p>
    <w:p>
      <w:pPr>
        <w:spacing w:after="40" w:line="300" w:lineRule="auto"/>
        <w:ind w:firstLine="380"/>
      </w:pPr>
      <w:r>
        <w:rPr>
          <w:rFonts w:ascii="楷体" w:hAnsi="楷体" w:eastAsia="楷体"/>
          <w:b w:val="0"/>
          <w:color w:val="606060"/>
          <w:sz w:val="19"/>
        </w:rPr>
        <w:t>【原教学设计反思（供参考）】学生已有的知识基础和学习经验是教学活动的最佳切入点。让学生数小棒，从十根、一百根数起，充分调动他们已有的知识经验，让学生充分体验和理解相邻计数单位间的进率。通过在计数器上拨珠子的方法，让学生逐步感知数的组成和读、写法，真正理解1000以内数的组成和读、写法；在数数的过程中巩固数的组成，经历用“百”数较大数的过程，加深对计数单位及其之间的关系的认识。</w:t>
      </w:r>
    </w:p>
    <w:p>
      <w:r>
        <w:br w:type="page"/>
      </w:r>
    </w:p>
    <w:p>
      <w:pPr>
        <w:spacing w:after="80" w:line="300" w:lineRule="auto"/>
      </w:pPr>
      <w:r>
        <w:rPr>
          <w:rFonts w:ascii="黑体" w:hAnsi="黑体" w:eastAsia="黑体"/>
          <w:b/>
          <w:sz w:val="24"/>
        </w:rPr>
        <w:t>二、课时教学方案（第2课时）</w:t>
      </w:r>
    </w:p>
    <w:p>
      <w:pPr>
        <w:spacing w:after="80" w:line="300" w:lineRule="auto"/>
      </w:pPr>
      <w:r>
        <w:rPr>
          <w:rFonts w:ascii="黑体" w:hAnsi="黑体" w:eastAsia="黑体"/>
          <w:b/>
          <w:sz w:val="24"/>
        </w:rPr>
        <w:t>第2课时　认识1000</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4819"/>
        <w:gridCol w:w="4819"/>
      </w:tblGrid>
      <w:tr>
        <w:trPr>
          <w:tblHeader w:val="true"/>
        </w:trPr>
        <w:tc>
          <w:tcPr>
            <w:tcW w:type="dxa" w:w="3402"/>
            <w:shd w:val="clear" w:fill="E8EEF7"/>
          </w:tcPr>
          <w:p>
            <w:pPr>
              <w:spacing w:after="20" w:line="276" w:lineRule="auto"/>
              <w:jc w:val="center"/>
            </w:pPr>
            <w:r/>
            <w:r>
              <w:rPr>
                <w:rFonts w:ascii="黑体" w:hAnsi="黑体" w:eastAsia="黑体"/>
                <w:b/>
                <w:sz w:val="18"/>
              </w:rPr>
              <w:t>课题名称</w:t>
            </w:r>
          </w:p>
        </w:tc>
        <w:tc>
          <w:tcPr>
            <w:tcW w:type="dxa" w:w="6009"/>
            <w:shd w:val="clear" w:fill="E8EEF7"/>
          </w:tcPr>
          <w:p>
            <w:pPr>
              <w:spacing w:after="20" w:line="276" w:lineRule="auto"/>
              <w:jc w:val="center"/>
            </w:pPr>
            <w:r/>
            <w:r>
              <w:rPr>
                <w:rFonts w:ascii="黑体" w:hAnsi="黑体" w:eastAsia="黑体"/>
                <w:b/>
                <w:sz w:val="18"/>
              </w:rPr>
              <w:t>所属主题</w:t>
            </w:r>
          </w:p>
        </w:tc>
      </w:tr>
      <w:tr>
        <w:tc>
          <w:tcPr>
            <w:tcW w:type="dxa" w:w="3402"/>
          </w:tcPr>
          <w:p>
            <w:pPr>
              <w:spacing w:after="20" w:line="276" w:lineRule="auto"/>
            </w:pPr>
            <w:r/>
            <w:r>
              <w:rPr>
                <w:rFonts w:ascii="宋体" w:hAnsi="宋体" w:eastAsia="宋体"/>
                <w:b/>
                <w:sz w:val="20"/>
              </w:rPr>
              <w:t>第2课时　认识1000</w:t>
            </w:r>
          </w:p>
        </w:tc>
        <w:tc>
          <w:tcPr>
            <w:tcW w:type="dxa" w:w="6009"/>
          </w:tcPr>
          <w:p>
            <w:pPr>
              <w:spacing w:after="20" w:line="276" w:lineRule="auto"/>
            </w:pPr>
            <w:r/>
            <w:r>
              <w:rPr>
                <w:rFonts w:ascii="宋体" w:hAnsi="宋体" w:eastAsia="宋体"/>
                <w:b w:val="0"/>
                <w:sz w:val="20"/>
              </w:rPr>
              <w:t>第3单元 万以内数的认识</w:t>
            </w:r>
          </w:p>
        </w:tc>
      </w:tr>
    </w:tbl>
    <w:p>
      <w:pPr>
        <w:spacing w:after="40"/>
      </w:pPr>
    </w:p>
    <w:p>
      <w:pPr>
        <w:spacing w:after="60" w:line="300" w:lineRule="auto"/>
      </w:pPr>
      <w:r>
        <w:rPr>
          <w:rFonts w:ascii="黑体" w:hAnsi="黑体" w:eastAsia="黑体"/>
          <w:b/>
          <w:sz w:val="21"/>
        </w:rPr>
        <w:t>一、课前思考</w:t>
      </w:r>
    </w:p>
    <w:p>
      <w:pPr>
        <w:spacing w:after="20" w:line="300" w:lineRule="auto"/>
      </w:pPr>
      <w:r>
        <w:rPr>
          <w:rFonts w:ascii="黑体" w:hAnsi="黑体" w:eastAsia="黑体"/>
          <w:b/>
          <w:sz w:val="21"/>
        </w:rPr>
        <w:t>1．学情诊断与分析</w:t>
      </w:r>
    </w:p>
    <w:p>
      <w:pPr>
        <w:spacing w:after="80" w:line="300" w:lineRule="auto"/>
        <w:ind w:firstLine="400"/>
      </w:pPr>
      <w:r>
        <w:rPr>
          <w:rFonts w:ascii="宋体" w:hAnsi="宋体" w:eastAsia="宋体"/>
          <w:b w:val="0"/>
          <w:sz w:val="20"/>
        </w:rPr>
        <w:t>单元学情：【学情分析】</w:t>
      </w:r>
    </w:p>
    <w:p>
      <w:pPr>
        <w:spacing w:after="80" w:line="300" w:lineRule="auto"/>
        <w:ind w:firstLine="400"/>
      </w:pPr>
      <w:r>
        <w:rPr>
          <w:rFonts w:ascii="宋体" w:hAnsi="宋体" w:eastAsia="宋体"/>
          <w:b w:val="0"/>
          <w:sz w:val="20"/>
        </w:rPr>
        <w:t>根据儿童的年龄特征和心理发展规律，自然数的认识由小到大，逐步扩大。学生已经认识了百以内的数，本次学习“万以内数的认识”是对前面知识的拓展。虽然数在生活中的应用范围较广，但学生接触大数的机会并不多。教学时，要以直观为主，将抽象的数形象化，贯穿整个单元教学的始终，进而培养学生对数学学习的兴趣，逐步发展学生的数感。</w:t>
      </w:r>
    </w:p>
    <w:p>
      <w:pPr>
        <w:spacing w:after="80" w:line="300" w:lineRule="auto"/>
        <w:ind w:firstLine="400"/>
      </w:pPr>
      <w:r>
        <w:rPr>
          <w:rFonts w:ascii="宋体" w:hAnsi="宋体" w:eastAsia="宋体"/>
          <w:b w:val="0"/>
          <w:sz w:val="20"/>
        </w:rPr>
        <w:t>【教学策略】</w:t>
      </w:r>
    </w:p>
    <w:p>
      <w:pPr>
        <w:spacing w:after="80" w:line="300" w:lineRule="auto"/>
        <w:ind w:firstLine="400"/>
      </w:pPr>
      <w:r>
        <w:rPr>
          <w:rFonts w:ascii="宋体" w:hAnsi="宋体" w:eastAsia="宋体"/>
          <w:b w:val="0"/>
          <w:sz w:val="20"/>
        </w:rPr>
        <w:t>本课学情：结合本班实际，诊断学生完成本课时任务的起点与可能的困难。</w:t>
      </w:r>
    </w:p>
    <w:p>
      <w:pPr>
        <w:spacing w:after="20" w:line="300" w:lineRule="auto"/>
      </w:pPr>
      <w:r>
        <w:rPr>
          <w:rFonts w:ascii="黑体" w:hAnsi="黑体" w:eastAsia="黑体"/>
          <w:b/>
          <w:sz w:val="21"/>
        </w:rPr>
        <w:t>2．教材分析与教学材料选择</w:t>
      </w:r>
    </w:p>
    <w:p>
      <w:pPr>
        <w:spacing w:after="80" w:line="300" w:lineRule="auto"/>
        <w:ind w:firstLine="400"/>
      </w:pPr>
      <w:r>
        <w:rPr>
          <w:rFonts w:ascii="宋体" w:hAnsi="宋体" w:eastAsia="宋体"/>
          <w:b w:val="0"/>
          <w:sz w:val="20"/>
        </w:rPr>
        <w:t>教学内容：教科书P43例3，教科书P43“做一做”。</w:t>
      </w:r>
    </w:p>
    <w:p>
      <w:pPr>
        <w:spacing w:after="80" w:line="300" w:lineRule="auto"/>
        <w:ind w:firstLine="400"/>
      </w:pPr>
      <w:r>
        <w:rPr>
          <w:rFonts w:ascii="宋体" w:hAnsi="宋体" w:eastAsia="宋体"/>
          <w:b w:val="0"/>
          <w:sz w:val="20"/>
        </w:rPr>
        <w:t>教学准备：课件、计数器。</w:t>
      </w:r>
    </w:p>
    <w:p>
      <w:pPr>
        <w:spacing w:after="20" w:line="300" w:lineRule="auto"/>
      </w:pPr>
      <w:r>
        <w:rPr>
          <w:rFonts w:ascii="黑体" w:hAnsi="黑体" w:eastAsia="黑体"/>
          <w:b/>
          <w:sz w:val="21"/>
        </w:rPr>
        <w:t>3．具体目标阐述与教学重难点</w:t>
      </w:r>
    </w:p>
    <w:p>
      <w:pPr>
        <w:spacing w:after="20" w:line="300" w:lineRule="auto"/>
      </w:pPr>
      <w:r>
        <w:rPr>
          <w:rFonts w:ascii="黑体" w:hAnsi="黑体" w:eastAsia="黑体"/>
          <w:b/>
          <w:sz w:val="20"/>
        </w:rPr>
        <w:t>课时目标：</w:t>
      </w:r>
    </w:p>
    <w:p>
      <w:pPr>
        <w:spacing w:after="20" w:line="300" w:lineRule="auto"/>
        <w:ind w:firstLine="400"/>
      </w:pPr>
      <w:r>
        <w:rPr>
          <w:rFonts w:ascii="宋体" w:hAnsi="宋体" w:eastAsia="宋体"/>
          <w:b w:val="0"/>
          <w:sz w:val="20"/>
        </w:rPr>
        <w:t>（1）能在数数的过程中，认识新的计数单位“千”，感受数位产生的必要性，体会相邻两个计数单位间的十进制关系。</w:t>
      </w:r>
    </w:p>
    <w:p>
      <w:pPr>
        <w:spacing w:after="20" w:line="300" w:lineRule="auto"/>
        <w:ind w:firstLine="400"/>
      </w:pPr>
      <w:r>
        <w:rPr>
          <w:rFonts w:ascii="宋体" w:hAnsi="宋体" w:eastAsia="宋体"/>
          <w:b w:val="0"/>
          <w:sz w:val="20"/>
        </w:rPr>
        <w:t>（2）通过数一数、拨一拨等活动，充分感悟大数的意义，进一步培养学生的数感。</w:t>
      </w:r>
    </w:p>
    <w:p>
      <w:pPr>
        <w:spacing w:after="20" w:line="300" w:lineRule="auto"/>
        <w:ind w:firstLine="400"/>
      </w:pPr>
      <w:r>
        <w:rPr>
          <w:rFonts w:ascii="宋体" w:hAnsi="宋体" w:eastAsia="宋体"/>
          <w:b w:val="0"/>
          <w:sz w:val="20"/>
        </w:rPr>
        <w:t>（3）初步体会读数、写数的一般规律，同时培养学生的抽象概括能力和数感。</w:t>
      </w:r>
    </w:p>
    <w:p>
      <w:pPr>
        <w:spacing w:after="20" w:line="300" w:lineRule="auto"/>
      </w:pPr>
      <w:r>
        <w:rPr>
          <w:rFonts w:ascii="宋体" w:hAnsi="宋体" w:eastAsia="宋体"/>
          <w:b w:val="0"/>
          <w:sz w:val="20"/>
        </w:rPr>
        <w:t>教学重点：认识计数单位“千”，知道999添1是一千，10个一百是一千。</w:t>
      </w:r>
    </w:p>
    <w:p>
      <w:pPr>
        <w:spacing w:after="20" w:line="300" w:lineRule="auto"/>
      </w:pPr>
      <w:r>
        <w:rPr>
          <w:rFonts w:ascii="宋体" w:hAnsi="宋体" w:eastAsia="宋体"/>
          <w:b w:val="0"/>
          <w:sz w:val="20"/>
        </w:rPr>
        <w:t>教学难点：正确理解1000的含义，理解十进制关系。</w:t>
      </w:r>
    </w:p>
    <w:p>
      <w:pPr>
        <w:spacing w:after="40"/>
      </w:pPr>
    </w:p>
    <w:p>
      <w:pPr>
        <w:spacing w:after="60" w:line="300" w:lineRule="auto"/>
      </w:pPr>
      <w:r>
        <w:rPr>
          <w:rFonts w:ascii="黑体" w:hAnsi="黑体" w:eastAsia="黑体"/>
          <w:b/>
          <w:sz w:val="21"/>
        </w:rPr>
        <w:t>二、板块设计</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2409"/>
        <w:gridCol w:w="2409"/>
        <w:gridCol w:w="2409"/>
        <w:gridCol w:w="2409"/>
      </w:tblGrid>
      <w:tr>
        <w:trPr>
          <w:tblHeader w:val="true"/>
        </w:trPr>
        <w:tc>
          <w:tcPr>
            <w:tcW w:type="dxa" w:w="2835"/>
            <w:shd w:val="clear" w:fill="E8EEF7"/>
          </w:tcPr>
          <w:p>
            <w:pPr>
              <w:spacing w:after="20" w:line="276" w:lineRule="auto"/>
              <w:jc w:val="center"/>
            </w:pPr>
            <w:r/>
            <w:r>
              <w:rPr>
                <w:rFonts w:ascii="黑体" w:hAnsi="黑体" w:eastAsia="黑体"/>
                <w:b/>
                <w:sz w:val="18"/>
              </w:rPr>
              <w:t>环节目标</w:t>
            </w:r>
          </w:p>
        </w:tc>
        <w:tc>
          <w:tcPr>
            <w:tcW w:type="dxa" w:w="1814"/>
            <w:shd w:val="clear" w:fill="E8EEF7"/>
          </w:tcPr>
          <w:p>
            <w:pPr>
              <w:spacing w:after="20" w:line="276" w:lineRule="auto"/>
              <w:jc w:val="center"/>
            </w:pPr>
            <w:r/>
            <w:r>
              <w:rPr>
                <w:rFonts w:ascii="黑体" w:hAnsi="黑体" w:eastAsia="黑体"/>
                <w:b/>
                <w:sz w:val="18"/>
              </w:rPr>
              <w:t>学习材料</w:t>
            </w:r>
          </w:p>
        </w:tc>
        <w:tc>
          <w:tcPr>
            <w:tcW w:type="dxa" w:w="3402"/>
            <w:shd w:val="clear" w:fill="E8EEF7"/>
          </w:tcPr>
          <w:p>
            <w:pPr>
              <w:spacing w:after="20" w:line="276" w:lineRule="auto"/>
              <w:jc w:val="center"/>
            </w:pPr>
            <w:r/>
            <w:r>
              <w:rPr>
                <w:rFonts w:ascii="黑体" w:hAnsi="黑体" w:eastAsia="黑体"/>
                <w:b/>
                <w:sz w:val="18"/>
              </w:rPr>
              <w:t>关键问题</w:t>
            </w:r>
          </w:p>
        </w:tc>
        <w:tc>
          <w:tcPr>
            <w:tcW w:type="dxa" w:w="1361"/>
            <w:shd w:val="clear" w:fill="E8EEF7"/>
          </w:tcPr>
          <w:p>
            <w:pPr>
              <w:spacing w:after="20" w:line="276" w:lineRule="auto"/>
              <w:jc w:val="center"/>
            </w:pPr>
            <w:r/>
            <w:r>
              <w:rPr>
                <w:rFonts w:ascii="黑体" w:hAnsi="黑体" w:eastAsia="黑体"/>
                <w:b/>
                <w:sz w:val="18"/>
              </w:rPr>
              <w:t>时间</w:t>
            </w:r>
          </w:p>
        </w:tc>
      </w:tr>
      <w:tr>
        <w:tc>
          <w:tcPr>
            <w:tcW w:type="dxa" w:w="2835"/>
          </w:tcPr>
          <w:p>
            <w:pPr>
              <w:spacing w:after="20" w:line="276" w:lineRule="auto"/>
            </w:pPr>
            <w:r/>
            <w:r>
              <w:rPr>
                <w:rFonts w:ascii="宋体" w:hAnsi="宋体" w:eastAsia="宋体"/>
                <w:b w:val="0"/>
                <w:sz w:val="18"/>
              </w:rPr>
              <w:t>一、复习旧知识</w:t>
            </w:r>
          </w:p>
        </w:tc>
        <w:tc>
          <w:tcPr>
            <w:tcW w:type="dxa" w:w="1814"/>
          </w:tcPr>
          <w:p>
            <w:pPr>
              <w:spacing w:after="20" w:line="276" w:lineRule="auto"/>
            </w:pPr>
            <w:r/>
            <w:r>
              <w:rPr>
                <w:rFonts w:ascii="宋体" w:hAnsi="宋体" w:eastAsia="宋体"/>
                <w:b w:val="0"/>
                <w:sz w:val="18"/>
              </w:rPr>
              <w:t>课件、计数器</w:t>
            </w:r>
          </w:p>
        </w:tc>
        <w:tc>
          <w:tcPr>
            <w:tcW w:type="dxa" w:w="3402"/>
          </w:tcPr>
          <w:p>
            <w:pPr>
              <w:spacing w:after="20" w:line="276" w:lineRule="auto"/>
            </w:pPr>
            <w:r/>
            <w:r>
              <w:rPr>
                <w:rFonts w:ascii="宋体" w:hAnsi="宋体" w:eastAsia="宋体"/>
                <w:b w:val="0"/>
                <w:sz w:val="18"/>
              </w:rPr>
              <w:t>——</w:t>
            </w:r>
          </w:p>
        </w:tc>
        <w:tc>
          <w:tcPr>
            <w:tcW w:type="dxa" w:w="1361"/>
          </w:tcPr>
          <w:p>
            <w:pPr>
              <w:spacing w:after="20" w:line="276" w:lineRule="auto"/>
            </w:pPr>
            <w:r/>
            <w:r>
              <w:rPr>
                <w:rFonts w:ascii="宋体" w:hAnsi="宋体" w:eastAsia="宋体"/>
                <w:b w:val="0"/>
                <w:sz w:val="18"/>
              </w:rPr>
              <w:t>8分钟</w:t>
            </w:r>
          </w:p>
        </w:tc>
      </w:tr>
      <w:tr>
        <w:tc>
          <w:tcPr>
            <w:tcW w:type="dxa" w:w="2835"/>
          </w:tcPr>
          <w:p>
            <w:pPr>
              <w:spacing w:after="20" w:line="276" w:lineRule="auto"/>
            </w:pPr>
            <w:r/>
            <w:r>
              <w:rPr>
                <w:rFonts w:ascii="宋体" w:hAnsi="宋体" w:eastAsia="宋体"/>
                <w:b w:val="0"/>
                <w:sz w:val="18"/>
              </w:rPr>
              <w:t>二、合作探索，学习新知识</w:t>
            </w:r>
          </w:p>
        </w:tc>
        <w:tc>
          <w:tcPr>
            <w:tcW w:type="dxa" w:w="1814"/>
          </w:tcPr>
          <w:p>
            <w:pPr>
              <w:spacing w:after="20" w:line="276" w:lineRule="auto"/>
            </w:pPr>
            <w:r/>
            <w:r>
              <w:rPr>
                <w:rFonts w:ascii="宋体" w:hAnsi="宋体" w:eastAsia="宋体"/>
                <w:b w:val="0"/>
                <w:sz w:val="18"/>
              </w:rPr>
              <w:t>课件、教科书、计数器</w:t>
            </w:r>
          </w:p>
        </w:tc>
        <w:tc>
          <w:tcPr>
            <w:tcW w:type="dxa" w:w="3402"/>
          </w:tcPr>
          <w:p>
            <w:pPr>
              <w:spacing w:after="20" w:line="276" w:lineRule="auto"/>
            </w:pPr>
            <w:r/>
            <w:r>
              <w:rPr>
                <w:rFonts w:ascii="宋体" w:hAnsi="宋体" w:eastAsia="宋体"/>
                <w:b w:val="0"/>
                <w:sz w:val="18"/>
              </w:rPr>
              <w:t>数一数，图中有几个百？几个十？几个一？；这幅图表示的数是多少？</w:t>
            </w:r>
          </w:p>
        </w:tc>
        <w:tc>
          <w:tcPr>
            <w:tcW w:type="dxa" w:w="1361"/>
          </w:tcPr>
          <w:p>
            <w:pPr>
              <w:spacing w:after="20" w:line="276" w:lineRule="auto"/>
            </w:pPr>
            <w:r/>
            <w:r>
              <w:rPr>
                <w:rFonts w:ascii="宋体" w:hAnsi="宋体" w:eastAsia="宋体"/>
                <w:b w:val="0"/>
                <w:sz w:val="18"/>
              </w:rPr>
              <w:t>26分钟</w:t>
            </w:r>
          </w:p>
        </w:tc>
      </w:tr>
      <w:tr>
        <w:tc>
          <w:tcPr>
            <w:tcW w:type="dxa" w:w="2835"/>
          </w:tcPr>
          <w:p>
            <w:pPr>
              <w:spacing w:after="20" w:line="276" w:lineRule="auto"/>
            </w:pPr>
            <w:r/>
            <w:r>
              <w:rPr>
                <w:rFonts w:ascii="宋体" w:hAnsi="宋体" w:eastAsia="宋体"/>
                <w:b w:val="0"/>
                <w:sz w:val="18"/>
              </w:rPr>
              <w:t>三、巩固练习</w:t>
            </w:r>
          </w:p>
        </w:tc>
        <w:tc>
          <w:tcPr>
            <w:tcW w:type="dxa" w:w="1814"/>
          </w:tcPr>
          <w:p>
            <w:pPr>
              <w:spacing w:after="20" w:line="276" w:lineRule="auto"/>
            </w:pPr>
            <w:r/>
            <w:r>
              <w:rPr>
                <w:rFonts w:ascii="宋体" w:hAnsi="宋体" w:eastAsia="宋体"/>
                <w:b w:val="0"/>
                <w:sz w:val="18"/>
              </w:rPr>
              <w:t>教科书、课件、计数器</w:t>
            </w:r>
          </w:p>
        </w:tc>
        <w:tc>
          <w:tcPr>
            <w:tcW w:type="dxa" w:w="3402"/>
          </w:tcPr>
          <w:p>
            <w:pPr>
              <w:spacing w:after="20" w:line="276" w:lineRule="auto"/>
            </w:pPr>
            <w:r/>
            <w:r>
              <w:rPr>
                <w:rFonts w:ascii="宋体" w:hAnsi="宋体" w:eastAsia="宋体"/>
                <w:b w:val="0"/>
                <w:sz w:val="18"/>
              </w:rPr>
              <w:t>——</w:t>
            </w:r>
          </w:p>
        </w:tc>
        <w:tc>
          <w:tcPr>
            <w:tcW w:type="dxa" w:w="1361"/>
          </w:tcPr>
          <w:p>
            <w:pPr>
              <w:spacing w:after="20" w:line="276" w:lineRule="auto"/>
            </w:pPr>
            <w:r/>
            <w:r>
              <w:rPr>
                <w:rFonts w:ascii="宋体" w:hAnsi="宋体" w:eastAsia="宋体"/>
                <w:b w:val="0"/>
                <w:sz w:val="18"/>
              </w:rPr>
              <w:t>3分钟</w:t>
            </w:r>
          </w:p>
        </w:tc>
      </w:tr>
      <w:tr>
        <w:tc>
          <w:tcPr>
            <w:tcW w:type="dxa" w:w="2835"/>
          </w:tcPr>
          <w:p>
            <w:pPr>
              <w:spacing w:after="20" w:line="276" w:lineRule="auto"/>
            </w:pPr>
            <w:r/>
            <w:r>
              <w:rPr>
                <w:rFonts w:ascii="宋体" w:hAnsi="宋体" w:eastAsia="宋体"/>
                <w:b w:val="0"/>
                <w:sz w:val="18"/>
              </w:rPr>
              <w:t>四、课堂小结</w:t>
            </w:r>
          </w:p>
        </w:tc>
        <w:tc>
          <w:tcPr>
            <w:tcW w:type="dxa" w:w="1814"/>
          </w:tcPr>
          <w:p>
            <w:pPr>
              <w:spacing w:after="20" w:line="276" w:lineRule="auto"/>
            </w:pPr>
            <w:r/>
            <w:r>
              <w:rPr>
                <w:rFonts w:ascii="宋体" w:hAnsi="宋体" w:eastAsia="宋体"/>
                <w:b w:val="0"/>
                <w:sz w:val="18"/>
              </w:rPr>
              <w:t>课件、计数器</w:t>
            </w:r>
          </w:p>
        </w:tc>
        <w:tc>
          <w:tcPr>
            <w:tcW w:type="dxa" w:w="3402"/>
          </w:tcPr>
          <w:p>
            <w:pPr>
              <w:spacing w:after="20" w:line="276" w:lineRule="auto"/>
            </w:pPr>
            <w:r/>
            <w:r>
              <w:rPr>
                <w:rFonts w:ascii="宋体" w:hAnsi="宋体" w:eastAsia="宋体"/>
                <w:b w:val="0"/>
                <w:sz w:val="18"/>
              </w:rPr>
              <w:t>这节课你有哪些收获？</w:t>
            </w:r>
          </w:p>
        </w:tc>
        <w:tc>
          <w:tcPr>
            <w:tcW w:type="dxa" w:w="1361"/>
          </w:tcPr>
          <w:p>
            <w:pPr>
              <w:spacing w:after="20" w:line="276" w:lineRule="auto"/>
            </w:pPr>
            <w:r/>
            <w:r>
              <w:rPr>
                <w:rFonts w:ascii="宋体" w:hAnsi="宋体" w:eastAsia="宋体"/>
                <w:b w:val="0"/>
                <w:sz w:val="18"/>
              </w:rPr>
              <w:t>3分钟</w:t>
            </w:r>
          </w:p>
        </w:tc>
      </w:tr>
    </w:tbl>
    <w:p>
      <w:pPr>
        <w:spacing w:after="40"/>
      </w:pPr>
    </w:p>
    <w:p>
      <w:pPr>
        <w:spacing w:after="60" w:line="300" w:lineRule="auto"/>
      </w:pPr>
      <w:r>
        <w:rPr>
          <w:rFonts w:ascii="黑体" w:hAnsi="黑体" w:eastAsia="黑体"/>
          <w:b/>
          <w:sz w:val="21"/>
        </w:rPr>
        <w:t>三、教学过程（分栏）</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2409"/>
        <w:gridCol w:w="2409"/>
        <w:gridCol w:w="2409"/>
        <w:gridCol w:w="2409"/>
      </w:tblGrid>
      <w:tr>
        <w:trPr>
          <w:tblHeader w:val="true"/>
        </w:trPr>
        <w:tc>
          <w:tcPr>
            <w:tcW w:type="dxa" w:w="1474"/>
            <w:shd w:val="clear" w:fill="E8EEF7"/>
          </w:tcPr>
          <w:p>
            <w:pPr>
              <w:spacing w:after="20" w:line="276" w:lineRule="auto"/>
              <w:jc w:val="center"/>
            </w:pPr>
            <w:r/>
            <w:r>
              <w:rPr>
                <w:rFonts w:ascii="黑体" w:hAnsi="黑体" w:eastAsia="黑体"/>
                <w:b/>
                <w:sz w:val="18"/>
              </w:rPr>
              <w:t>教学环节</w:t>
            </w:r>
          </w:p>
        </w:tc>
        <w:tc>
          <w:tcPr>
            <w:tcW w:type="dxa" w:w="3061"/>
            <w:shd w:val="clear" w:fill="E8EEF7"/>
          </w:tcPr>
          <w:p>
            <w:pPr>
              <w:spacing w:after="20" w:line="276" w:lineRule="auto"/>
              <w:jc w:val="center"/>
            </w:pPr>
            <w:r/>
            <w:r>
              <w:rPr>
                <w:rFonts w:ascii="黑体" w:hAnsi="黑体" w:eastAsia="黑体"/>
                <w:b/>
                <w:sz w:val="18"/>
              </w:rPr>
              <w:t>教师活动</w:t>
            </w:r>
          </w:p>
        </w:tc>
        <w:tc>
          <w:tcPr>
            <w:tcW w:type="dxa" w:w="3061"/>
            <w:shd w:val="clear" w:fill="E8EEF7"/>
          </w:tcPr>
          <w:p>
            <w:pPr>
              <w:spacing w:after="20" w:line="276" w:lineRule="auto"/>
              <w:jc w:val="center"/>
            </w:pPr>
            <w:r/>
            <w:r>
              <w:rPr>
                <w:rFonts w:ascii="黑体" w:hAnsi="黑体" w:eastAsia="黑体"/>
                <w:b/>
                <w:sz w:val="18"/>
              </w:rPr>
              <w:t>学生活动</w:t>
            </w:r>
          </w:p>
        </w:tc>
        <w:tc>
          <w:tcPr>
            <w:tcW w:type="dxa" w:w="1814"/>
            <w:shd w:val="clear" w:fill="E8EEF7"/>
          </w:tcPr>
          <w:p>
            <w:pPr>
              <w:spacing w:after="20" w:line="276" w:lineRule="auto"/>
              <w:jc w:val="center"/>
            </w:pPr>
            <w:r/>
            <w:r>
              <w:rPr>
                <w:rFonts w:ascii="黑体" w:hAnsi="黑体" w:eastAsia="黑体"/>
                <w:b/>
                <w:sz w:val="18"/>
              </w:rPr>
              <w:t>设计意图</w:t>
            </w:r>
          </w:p>
        </w:tc>
      </w:tr>
      <w:tr>
        <w:tc>
          <w:tcPr>
            <w:tcW w:type="dxa" w:w="1474"/>
          </w:tcPr>
          <w:p>
            <w:pPr>
              <w:spacing w:after="20" w:line="276" w:lineRule="auto"/>
            </w:pPr>
            <w:r>
              <w:rPr>
                <w:b/>
              </w:rPr>
            </w:r>
            <w:r>
              <w:rPr>
                <w:rFonts w:ascii="宋体" w:hAnsi="宋体" w:eastAsia="宋体"/>
                <w:b/>
                <w:sz w:val="18"/>
              </w:rPr>
              <w:t>一、复习旧知识</w:t>
            </w:r>
          </w:p>
        </w:tc>
        <w:tc>
          <w:tcPr>
            <w:tcW w:type="dxa" w:w="3061"/>
          </w:tcPr>
          <w:p>
            <w:pPr>
              <w:spacing w:after="20" w:line="276" w:lineRule="auto"/>
            </w:pPr>
            <w:r/>
            <w:r>
              <w:rPr>
                <w:rFonts w:ascii="宋体" w:hAnsi="宋体" w:eastAsia="宋体"/>
                <w:b w:val="0"/>
                <w:sz w:val="18"/>
              </w:rPr>
              <w:t>课件出示习题，学生抢答。</w:t>
            </w:r>
          </w:p>
          <w:p>
            <w:pPr>
              <w:spacing w:after="20" w:line="276" w:lineRule="auto"/>
            </w:pPr>
            <w:r>
              <w:rPr>
                <w:rFonts w:ascii="宋体" w:hAnsi="宋体" w:eastAsia="宋体"/>
                <w:b w:val="0"/>
                <w:sz w:val="18"/>
              </w:rPr>
              <w:t>填一填。</w:t>
            </w:r>
          </w:p>
          <w:p>
            <w:pPr>
              <w:spacing w:after="20" w:line="276" w:lineRule="auto"/>
            </w:pPr>
            <w:r>
              <w:rPr>
                <w:rFonts w:ascii="宋体" w:hAnsi="宋体" w:eastAsia="宋体"/>
                <w:b w:val="0"/>
                <w:sz w:val="18"/>
              </w:rPr>
              <w:t>(1)10个一是(　　)；10个十是(　　)。</w:t>
            </w:r>
          </w:p>
          <w:p>
            <w:pPr>
              <w:spacing w:after="20" w:line="276" w:lineRule="auto"/>
            </w:pPr>
            <w:r>
              <w:rPr>
                <w:rFonts w:ascii="宋体" w:hAnsi="宋体" w:eastAsia="宋体"/>
                <w:b w:val="0"/>
                <w:sz w:val="18"/>
              </w:rPr>
              <w:t>(2)729是由(　　)个百，(　　)个十和(　　)个一组成的。</w:t>
            </w:r>
          </w:p>
          <w:p>
            <w:pPr>
              <w:spacing w:after="20" w:line="276" w:lineRule="auto"/>
            </w:pPr>
            <w:r>
              <w:rPr>
                <w:rFonts w:ascii="宋体" w:hAnsi="宋体" w:eastAsia="宋体"/>
                <w:b w:val="0"/>
                <w:sz w:val="18"/>
              </w:rPr>
              <w:t>(3)9个一和9个百组成的数写作(　　)，读作(　　　　)。</w:t>
            </w:r>
          </w:p>
          <w:p>
            <w:pPr>
              <w:spacing w:after="20" w:line="276" w:lineRule="auto"/>
            </w:pPr>
            <w:r>
              <w:rPr>
                <w:rFonts w:ascii="宋体" w:hAnsi="宋体" w:eastAsia="宋体"/>
                <w:b w:val="0"/>
                <w:sz w:val="18"/>
              </w:rPr>
              <w:t>师：我们认识了1000以内的数的组成和读、写法，今天我们要学习更大的数。(板书课题：认识1000)</w:t>
            </w:r>
          </w:p>
        </w:tc>
        <w:tc>
          <w:tcPr>
            <w:tcW w:type="dxa" w:w="3061"/>
          </w:tcPr>
          <w:p>
            <w:pPr>
              <w:spacing w:after="20" w:line="276" w:lineRule="auto"/>
            </w:pPr>
            <w:r/>
            <w:r>
              <w:rPr>
                <w:rFonts w:ascii="宋体" w:hAnsi="宋体" w:eastAsia="宋体"/>
                <w:b w:val="0"/>
                <w:sz w:val="18"/>
              </w:rPr>
              <w:t>——</w:t>
            </w:r>
          </w:p>
        </w:tc>
        <w:tc>
          <w:tcPr>
            <w:tcW w:type="dxa" w:w="1814"/>
          </w:tcPr>
          <w:p>
            <w:pPr>
              <w:spacing w:after="20" w:line="276" w:lineRule="auto"/>
            </w:pPr>
            <w:r/>
            <w:r>
              <w:rPr>
                <w:rFonts w:ascii="宋体" w:hAnsi="宋体" w:eastAsia="宋体"/>
                <w:b w:val="0"/>
                <w:sz w:val="18"/>
              </w:rPr>
              <w:t>围绕环节目标组织学习活动，引导学生主动参与、积极思考。</w:t>
            </w:r>
          </w:p>
        </w:tc>
      </w:tr>
      <w:tr>
        <w:tc>
          <w:tcPr>
            <w:tcW w:type="dxa" w:w="1474"/>
          </w:tcPr>
          <w:p>
            <w:pPr>
              <w:spacing w:after="20" w:line="276" w:lineRule="auto"/>
            </w:pPr>
            <w:r>
              <w:rPr>
                <w:b/>
              </w:rPr>
            </w:r>
            <w:r>
              <w:rPr>
                <w:rFonts w:ascii="宋体" w:hAnsi="宋体" w:eastAsia="宋体"/>
                <w:b/>
                <w:sz w:val="18"/>
              </w:rPr>
              <w:t>二、合作探索，学习新知识</w:t>
            </w:r>
          </w:p>
        </w:tc>
        <w:tc>
          <w:tcPr>
            <w:tcW w:type="dxa" w:w="3061"/>
          </w:tcPr>
          <w:p>
            <w:pPr>
              <w:spacing w:after="20" w:line="276" w:lineRule="auto"/>
            </w:pPr>
            <w:r/>
            <w:r>
              <w:rPr>
                <w:rFonts w:ascii="宋体" w:hAnsi="宋体" w:eastAsia="宋体"/>
                <w:b w:val="0"/>
                <w:sz w:val="18"/>
              </w:rPr>
              <w:t>1.数方块。</w:t>
            </w:r>
          </w:p>
          <w:p>
            <w:pPr>
              <w:spacing w:after="20" w:line="276" w:lineRule="auto"/>
            </w:pPr>
            <w:r>
              <w:rPr>
                <w:rFonts w:ascii="宋体" w:hAnsi="宋体" w:eastAsia="宋体"/>
                <w:b w:val="0"/>
                <w:sz w:val="18"/>
              </w:rPr>
              <w:t>课件出示教科书P43例3左上小方块图。</w:t>
            </w:r>
          </w:p>
          <w:p>
            <w:pPr>
              <w:spacing w:after="20" w:line="276" w:lineRule="auto"/>
            </w:pPr>
            <w:r>
              <w:rPr>
                <w:rFonts w:ascii="宋体" w:hAnsi="宋体" w:eastAsia="宋体"/>
                <w:b w:val="0"/>
                <w:sz w:val="18"/>
              </w:rPr>
              <w:t>师：数一数，图中有几个百？几个十？几个一？</w:t>
            </w:r>
          </w:p>
          <w:p>
            <w:pPr>
              <w:spacing w:after="20" w:line="276" w:lineRule="auto"/>
            </w:pPr>
            <w:r>
              <w:rPr>
                <w:rFonts w:ascii="宋体" w:hAnsi="宋体" w:eastAsia="宋体"/>
                <w:b w:val="0"/>
                <w:sz w:val="18"/>
              </w:rPr>
              <w:t>师：这幅图表示的数是多少？(999)</w:t>
            </w:r>
          </w:p>
          <w:p>
            <w:pPr>
              <w:spacing w:after="20" w:line="276" w:lineRule="auto"/>
            </w:pPr>
            <w:r>
              <w:rPr>
                <w:rFonts w:ascii="宋体" w:hAnsi="宋体" w:eastAsia="宋体"/>
                <w:b w:val="0"/>
                <w:sz w:val="18"/>
              </w:rPr>
              <w:t>师：如果999再添上一个小方块，是多少呢？(课件出示方块图)</w:t>
            </w:r>
          </w:p>
          <w:p>
            <w:pPr>
              <w:spacing w:after="20" w:line="276" w:lineRule="auto"/>
            </w:pPr>
            <w:r>
              <w:rPr>
                <w:rFonts w:ascii="宋体" w:hAnsi="宋体" w:eastAsia="宋体"/>
                <w:b w:val="0"/>
                <w:sz w:val="18"/>
              </w:rPr>
              <w:t>师：10个一百是多少呢？</w:t>
            </w:r>
          </w:p>
          <w:p>
            <w:pPr>
              <w:spacing w:after="20" w:line="276" w:lineRule="auto"/>
            </w:pPr>
            <w:r>
              <w:rPr>
                <w:rFonts w:ascii="宋体" w:hAnsi="宋体" w:eastAsia="宋体"/>
                <w:b w:val="0"/>
                <w:sz w:val="18"/>
              </w:rPr>
              <w:t>师小结并板书：999添1是一千，10个一百是一千。</w:t>
            </w:r>
          </w:p>
          <w:p>
            <w:pPr>
              <w:spacing w:after="20" w:line="276" w:lineRule="auto"/>
            </w:pPr>
            <w:r>
              <w:rPr>
                <w:rFonts w:ascii="宋体" w:hAnsi="宋体" w:eastAsia="宋体"/>
                <w:b w:val="0"/>
                <w:sz w:val="18"/>
              </w:rPr>
              <w:t>2．在计数器上拨一拨。</w:t>
            </w:r>
          </w:p>
          <w:p>
            <w:pPr>
              <w:spacing w:after="20" w:line="276" w:lineRule="auto"/>
            </w:pPr>
            <w:r>
              <w:rPr>
                <w:rFonts w:ascii="宋体" w:hAnsi="宋体" w:eastAsia="宋体"/>
                <w:b w:val="0"/>
                <w:sz w:val="18"/>
              </w:rPr>
              <w:t>师：999的三个数位上都是9，在计数器的个位、十位和百位怎样拨珠子？</w:t>
            </w:r>
          </w:p>
          <w:p>
            <w:pPr>
              <w:spacing w:after="20" w:line="276" w:lineRule="auto"/>
            </w:pPr>
            <w:r>
              <w:rPr>
                <w:rFonts w:ascii="宋体" w:hAnsi="宋体" w:eastAsia="宋体"/>
                <w:b w:val="0"/>
                <w:sz w:val="18"/>
              </w:rPr>
              <w:t>师：在计数器的个位添1颗珠子，会发生什么变化？</w:t>
            </w:r>
          </w:p>
          <w:p>
            <w:pPr>
              <w:spacing w:after="20" w:line="276" w:lineRule="auto"/>
            </w:pPr>
            <w:r>
              <w:rPr>
                <w:rFonts w:ascii="宋体" w:hAnsi="宋体" w:eastAsia="宋体"/>
                <w:b w:val="0"/>
                <w:sz w:val="18"/>
              </w:rPr>
              <w:t>师：10个百就是1个千，故需要新的数位——千位，在千位拨1颗珠子，表示1个千。</w:t>
            </w:r>
          </w:p>
          <w:p>
            <w:pPr>
              <w:spacing w:after="20" w:line="276" w:lineRule="auto"/>
            </w:pPr>
            <w:r>
              <w:rPr>
                <w:rFonts w:ascii="宋体" w:hAnsi="宋体" w:eastAsia="宋体"/>
                <w:b w:val="0"/>
                <w:sz w:val="18"/>
              </w:rPr>
              <w:t>师：你能根据刚才拨珠子的过程自己读、写出1000吗？</w:t>
            </w:r>
          </w:p>
          <w:p>
            <w:pPr>
              <w:spacing w:after="20" w:line="276" w:lineRule="auto"/>
            </w:pPr>
            <w:r>
              <w:rPr>
                <w:rFonts w:ascii="宋体" w:hAnsi="宋体" w:eastAsia="宋体"/>
                <w:b w:val="0"/>
                <w:sz w:val="18"/>
              </w:rPr>
              <w:t>教师根据学生回答逐步呈现课件并适时板书。</w:t>
            </w:r>
          </w:p>
          <w:p>
            <w:pPr>
              <w:spacing w:after="20" w:line="276" w:lineRule="auto"/>
            </w:pPr>
            <w:r>
              <w:rPr>
                <w:rFonts w:ascii="宋体" w:hAnsi="宋体" w:eastAsia="宋体"/>
                <w:b w:val="0"/>
                <w:sz w:val="18"/>
              </w:rPr>
              <w:t>师：1000中的“1”和“0”分别表示什么意思？</w:t>
            </w:r>
          </w:p>
        </w:tc>
        <w:tc>
          <w:tcPr>
            <w:tcW w:type="dxa" w:w="3061"/>
          </w:tcPr>
          <w:p>
            <w:pPr>
              <w:spacing w:after="20" w:line="276" w:lineRule="auto"/>
            </w:pPr>
            <w:r/>
            <w:r>
              <w:rPr>
                <w:rFonts w:ascii="宋体" w:hAnsi="宋体" w:eastAsia="宋体"/>
                <w:b w:val="0"/>
                <w:sz w:val="18"/>
              </w:rPr>
              <w:t>9个百、9个十、9个一。</w:t>
            </w:r>
          </w:p>
          <w:p>
            <w:pPr>
              <w:spacing w:after="20" w:line="276" w:lineRule="auto"/>
            </w:pPr>
            <w:r>
              <w:rPr>
                <w:rFonts w:ascii="宋体" w:hAnsi="宋体" w:eastAsia="宋体"/>
                <w:b w:val="0"/>
                <w:sz w:val="18"/>
              </w:rPr>
              <w:t>原来9个一，再添1个，就是1个十，与原来的9个十合在一起，就是10个十，10个十是1个百。再加上原来的9个百，一共是10个一百。</w:t>
            </w:r>
          </w:p>
          <w:p>
            <w:pPr>
              <w:spacing w:after="20" w:line="276" w:lineRule="auto"/>
            </w:pPr>
            <w:r>
              <w:rPr>
                <w:rFonts w:ascii="宋体" w:hAnsi="宋体" w:eastAsia="宋体"/>
                <w:b w:val="0"/>
                <w:sz w:val="18"/>
              </w:rPr>
              <w:t>10个一百是一千。(根据学生回答出示课件)</w:t>
            </w:r>
          </w:p>
          <w:p>
            <w:pPr>
              <w:spacing w:after="20" w:line="276" w:lineRule="auto"/>
            </w:pPr>
            <w:r>
              <w:rPr>
                <w:rFonts w:ascii="宋体" w:hAnsi="宋体" w:eastAsia="宋体"/>
                <w:b w:val="0"/>
                <w:sz w:val="18"/>
              </w:rPr>
              <w:t>个位、十位和百位都拨9颗珠子。</w:t>
            </w:r>
          </w:p>
          <w:p>
            <w:pPr>
              <w:spacing w:after="20" w:line="276" w:lineRule="auto"/>
            </w:pPr>
            <w:r>
              <w:rPr>
                <w:rFonts w:ascii="宋体" w:hAnsi="宋体" w:eastAsia="宋体"/>
                <w:b w:val="0"/>
                <w:sz w:val="18"/>
              </w:rPr>
              <w:t>个位9添1，就是10，也就是10个一，10个一是1个十，需要向十位进1颗珠子；十位的9个十加上这1个十，就是10个十，10个十是1个百，需要向百位进1颗珠子；9个百加这1个百就是10个百，此时百位上拨10颗珠子，十位和个位上没有珠子。(根据学生回答逐步呈现课件)</w:t>
            </w:r>
          </w:p>
          <w:p>
            <w:pPr>
              <w:spacing w:after="20" w:line="276" w:lineRule="auto"/>
            </w:pPr>
            <w:r>
              <w:rPr>
                <w:rFonts w:ascii="宋体" w:hAnsi="宋体" w:eastAsia="宋体"/>
                <w:b w:val="0"/>
                <w:sz w:val="18"/>
              </w:rPr>
              <w:t>学生有之前写数的考验，都能完成。对着计数器的千位写1，其他数位没有，就都写0。写作：1000，读作：一千。</w:t>
            </w:r>
          </w:p>
          <w:p>
            <w:pPr>
              <w:spacing w:after="20" w:line="276" w:lineRule="auto"/>
            </w:pPr>
            <w:r>
              <w:rPr>
                <w:rFonts w:ascii="宋体" w:hAnsi="宋体" w:eastAsia="宋体"/>
                <w:b w:val="0"/>
                <w:sz w:val="18"/>
              </w:rPr>
              <w:t>1表示1个千，0表示个位、十位、百位都没有。</w:t>
            </w:r>
          </w:p>
        </w:tc>
        <w:tc>
          <w:tcPr>
            <w:tcW w:type="dxa" w:w="1814"/>
          </w:tcPr>
          <w:p>
            <w:pPr>
              <w:spacing w:after="20" w:line="276" w:lineRule="auto"/>
            </w:pPr>
            <w:r/>
            <w:r>
              <w:rPr>
                <w:rFonts w:ascii="宋体" w:hAnsi="宋体" w:eastAsia="宋体"/>
                <w:b w:val="0"/>
                <w:sz w:val="18"/>
              </w:rPr>
              <w:t>设计递进式探究活动，引导学生在动手实践与合作交流中经历知识形成过程，突破本课重难点，核心问题："数一数，图中有几个百？几个十？几个一？"</w:t>
            </w:r>
          </w:p>
        </w:tc>
      </w:tr>
      <w:tr>
        <w:tc>
          <w:tcPr>
            <w:tcW w:type="dxa" w:w="1474"/>
          </w:tcPr>
          <w:p>
            <w:pPr>
              <w:spacing w:after="20" w:line="276" w:lineRule="auto"/>
            </w:pPr>
            <w:r>
              <w:rPr>
                <w:b/>
              </w:rPr>
            </w:r>
            <w:r>
              <w:rPr>
                <w:rFonts w:ascii="宋体" w:hAnsi="宋体" w:eastAsia="宋体"/>
                <w:b/>
                <w:sz w:val="18"/>
              </w:rPr>
              <w:t>三、巩固练习</w:t>
            </w:r>
          </w:p>
        </w:tc>
        <w:tc>
          <w:tcPr>
            <w:tcW w:type="dxa" w:w="3061"/>
          </w:tcPr>
          <w:p>
            <w:pPr>
              <w:spacing w:after="20" w:line="276" w:lineRule="auto"/>
            </w:pPr>
            <w:r/>
            <w:r>
              <w:rPr>
                <w:rFonts w:ascii="宋体" w:hAnsi="宋体" w:eastAsia="宋体"/>
                <w:b w:val="0"/>
                <w:sz w:val="18"/>
              </w:rPr>
              <w:t>完成教科书P43“做一做”。</w:t>
            </w:r>
          </w:p>
        </w:tc>
        <w:tc>
          <w:tcPr>
            <w:tcW w:type="dxa" w:w="3061"/>
          </w:tcPr>
          <w:p>
            <w:pPr>
              <w:spacing w:after="20" w:line="276" w:lineRule="auto"/>
            </w:pPr>
            <w:r/>
            <w:r>
              <w:rPr>
                <w:rFonts w:ascii="宋体" w:hAnsi="宋体" w:eastAsia="宋体"/>
                <w:b w:val="0"/>
                <w:sz w:val="18"/>
              </w:rPr>
              <w:t>学生独立完成后集体订正。</w:t>
            </w:r>
          </w:p>
        </w:tc>
        <w:tc>
          <w:tcPr>
            <w:tcW w:type="dxa" w:w="1814"/>
          </w:tcPr>
          <w:p>
            <w:pPr>
              <w:spacing w:after="20" w:line="276" w:lineRule="auto"/>
            </w:pPr>
            <w:r/>
            <w:r>
              <w:rPr>
                <w:rFonts w:ascii="宋体" w:hAnsi="宋体" w:eastAsia="宋体"/>
                <w:b w:val="0"/>
                <w:sz w:val="18"/>
              </w:rPr>
              <w:t>通过有层次的练习及时反馈学情，巩固新知，培养学生灵活运用知识解决问题的能力。</w:t>
            </w:r>
          </w:p>
        </w:tc>
      </w:tr>
      <w:tr>
        <w:tc>
          <w:tcPr>
            <w:tcW w:type="dxa" w:w="1474"/>
          </w:tcPr>
          <w:p>
            <w:pPr>
              <w:spacing w:after="20" w:line="276" w:lineRule="auto"/>
            </w:pPr>
            <w:r>
              <w:rPr>
                <w:b/>
              </w:rPr>
            </w:r>
            <w:r>
              <w:rPr>
                <w:rFonts w:ascii="宋体" w:hAnsi="宋体" w:eastAsia="宋体"/>
                <w:b/>
                <w:sz w:val="18"/>
              </w:rPr>
              <w:t>四、课堂小结</w:t>
            </w:r>
          </w:p>
        </w:tc>
        <w:tc>
          <w:tcPr>
            <w:tcW w:type="dxa" w:w="3061"/>
          </w:tcPr>
          <w:p>
            <w:pPr>
              <w:spacing w:after="20" w:line="276" w:lineRule="auto"/>
            </w:pPr>
            <w:r/>
            <w:r>
              <w:rPr>
                <w:rFonts w:ascii="宋体" w:hAnsi="宋体" w:eastAsia="宋体"/>
                <w:b w:val="0"/>
                <w:sz w:val="18"/>
              </w:rPr>
              <w:t>师：这节课你有哪些收获？</w:t>
            </w:r>
          </w:p>
        </w:tc>
        <w:tc>
          <w:tcPr>
            <w:tcW w:type="dxa" w:w="3061"/>
          </w:tcPr>
          <w:p>
            <w:pPr>
              <w:spacing w:after="20" w:line="276" w:lineRule="auto"/>
            </w:pPr>
            <w:r/>
            <w:r>
              <w:rPr>
                <w:rFonts w:ascii="宋体" w:hAnsi="宋体" w:eastAsia="宋体"/>
                <w:b w:val="0"/>
                <w:sz w:val="18"/>
              </w:rPr>
              <w:t>——</w:t>
            </w:r>
          </w:p>
        </w:tc>
        <w:tc>
          <w:tcPr>
            <w:tcW w:type="dxa" w:w="1814"/>
          </w:tcPr>
          <w:p>
            <w:pPr>
              <w:spacing w:after="20" w:line="276" w:lineRule="auto"/>
            </w:pPr>
            <w:r/>
            <w:r>
              <w:rPr>
                <w:rFonts w:ascii="宋体" w:hAnsi="宋体" w:eastAsia="宋体"/>
                <w:b w:val="0"/>
                <w:sz w:val="18"/>
              </w:rPr>
              <w:t>通过直观的小方块演示，帮助学生理解千的形成，建立1000的概念，明晰十进制计数法中相邻计数单位的关系，即：10个一百是一千，完善1000以内数的认知体系。借助计数器拨数，让学生在动手操作中掌握1000的读写，理解数位意义，最后通过“做一做”强化对计数单位间换算的理解，提升数感与逻辑思维。</w:t>
            </w:r>
          </w:p>
        </w:tc>
      </w:tr>
    </w:tbl>
    <w:p>
      <w:pPr>
        <w:spacing w:after="40"/>
      </w:pPr>
    </w:p>
    <w:p>
      <w:pPr>
        <w:spacing w:after="60" w:line="300" w:lineRule="auto"/>
      </w:pPr>
      <w:r>
        <w:rPr>
          <w:rFonts w:ascii="黑体" w:hAnsi="黑体" w:eastAsia="黑体"/>
          <w:b/>
          <w:sz w:val="21"/>
        </w:rPr>
        <w:t>四、板书设计</w:t>
      </w:r>
    </w:p>
    <w:p>
      <w:pPr>
        <w:spacing w:after="40" w:line="300" w:lineRule="auto"/>
      </w:pPr>
      <w:r>
        <w:rPr>
          <w:rFonts w:ascii="宋体" w:hAnsi="宋体" w:eastAsia="宋体"/>
          <w:b w:val="0"/>
          <w:sz w:val="20"/>
        </w:rPr>
        <w:t>认识1000</w:t>
      </w:r>
    </w:p>
    <w:p>
      <w:pPr>
        <w:spacing w:after="40" w:line="300" w:lineRule="auto"/>
      </w:pPr>
      <w:r>
        <w:rPr>
          <w:rFonts w:ascii="宋体" w:hAnsi="宋体" w:eastAsia="宋体"/>
          <w:b w:val="0"/>
          <w:sz w:val="20"/>
        </w:rPr>
        <w:t>999添1是一千，10个一百是一千。</w:t>
      </w:r>
    </w:p>
    <w:p>
      <w:pPr>
        <w:spacing w:after="40" w:line="300" w:lineRule="auto"/>
      </w:pPr>
      <w:r>
        <w:rPr>
          <w:rFonts w:ascii="宋体" w:hAnsi="宋体" w:eastAsia="宋体"/>
          <w:b w:val="0"/>
          <w:sz w:val="20"/>
        </w:rPr>
        <w:t>写作：1000　读作：一千</w:t>
      </w:r>
    </w:p>
    <w:p>
      <w:pPr>
        <w:spacing w:after="60" w:line="300" w:lineRule="auto"/>
      </w:pPr>
      <w:r>
        <w:rPr>
          <w:rFonts w:ascii="黑体" w:hAnsi="黑体" w:eastAsia="黑体"/>
          <w:b/>
          <w:sz w:val="21"/>
        </w:rPr>
        <w:t>五、作业设计</w:t>
      </w:r>
    </w:p>
    <w:p>
      <w:pPr>
        <w:spacing w:after="40" w:line="300" w:lineRule="auto"/>
        <w:ind w:firstLine="400"/>
      </w:pPr>
      <w:r>
        <w:rPr>
          <w:rFonts w:ascii="宋体" w:hAnsi="宋体" w:eastAsia="宋体"/>
          <w:b w:val="0"/>
          <w:sz w:val="20"/>
        </w:rPr>
        <w:t>课前预设作业：</w:t>
      </w:r>
    </w:p>
    <w:p>
      <w:pPr>
        <w:spacing w:after="40" w:line="300" w:lineRule="auto"/>
        <w:ind w:firstLine="400"/>
      </w:pPr>
      <w:r>
        <w:rPr>
          <w:rFonts w:ascii="宋体" w:hAnsi="宋体" w:eastAsia="宋体"/>
          <w:b w:val="0"/>
          <w:sz w:val="20"/>
        </w:rPr>
        <w:t>① 教科书P43例3，教科书P43“做一做”。</w:t>
      </w:r>
    </w:p>
    <w:p>
      <w:pPr>
        <w:spacing w:after="40" w:line="300" w:lineRule="auto"/>
        <w:ind w:firstLine="400"/>
      </w:pPr>
      <w:r>
        <w:rPr>
          <w:rFonts w:ascii="宋体" w:hAnsi="宋体" w:eastAsia="宋体"/>
          <w:b w:val="0"/>
          <w:sz w:val="20"/>
        </w:rPr>
        <w:t>课后跟进作业：教学任务完成后，据学生课堂反馈调整——可安排①《数学作业本》对应课时的巩固练习；②说题或动手操作类实践作业（视学情选用，一、二年级不布置书面家庭作业）。</w:t>
      </w:r>
    </w:p>
    <w:p>
      <w:pPr>
        <w:spacing w:after="60" w:line="300" w:lineRule="auto"/>
      </w:pPr>
      <w:r>
        <w:rPr>
          <w:rFonts w:ascii="黑体" w:hAnsi="黑体" w:eastAsia="黑体"/>
          <w:b/>
          <w:sz w:val="21"/>
        </w:rPr>
        <w:t>六、课后反思</w:t>
      </w:r>
    </w:p>
    <w:p>
      <w:pPr>
        <w:spacing w:after="20" w:line="300" w:lineRule="auto"/>
      </w:pPr>
      <w:r>
        <w:rPr>
          <w:rFonts w:ascii="宋体" w:hAnsi="宋体" w:eastAsia="宋体"/>
          <w:b w:val="0"/>
          <w:sz w:val="20"/>
        </w:rPr>
        <w:t>1．实际教学过程与课前预设之间的差距如何？如果有差距，你是如何处理的？</w:t>
      </w:r>
    </w:p>
    <w:p>
      <w:pPr>
        <w:spacing w:after="40" w:line="300" w:lineRule="auto"/>
      </w:pPr>
      <w:r>
        <w:rPr>
          <w:rFonts w:ascii="楷体" w:hAnsi="楷体" w:eastAsia="楷体"/>
          <w:b w:val="0"/>
          <w:sz w:val="20"/>
        </w:rPr>
        <w:t>＿＿＿＿＿＿＿＿＿＿＿＿＿＿＿＿＿＿＿＿＿＿＿＿＿＿＿＿＿＿＿＿＿＿＿＿</w:t>
      </w:r>
    </w:p>
    <w:p>
      <w:pPr>
        <w:spacing w:after="20" w:line="300" w:lineRule="auto"/>
      </w:pPr>
      <w:r>
        <w:rPr>
          <w:rFonts w:ascii="宋体" w:hAnsi="宋体" w:eastAsia="宋体"/>
          <w:b w:val="0"/>
          <w:sz w:val="20"/>
        </w:rPr>
        <w:t>2．学生是否都有了公平学习的机会？</w:t>
      </w:r>
    </w:p>
    <w:p>
      <w:pPr>
        <w:spacing w:after="40" w:line="300" w:lineRule="auto"/>
      </w:pPr>
      <w:r>
        <w:rPr>
          <w:rFonts w:ascii="楷体" w:hAnsi="楷体" w:eastAsia="楷体"/>
          <w:b w:val="0"/>
          <w:sz w:val="20"/>
        </w:rPr>
        <w:t>＿＿＿＿＿＿＿＿＿＿＿＿＿＿＿＿＿＿＿＿＿＿＿＿＿＿＿＿＿＿＿＿＿＿＿＿</w:t>
      </w:r>
    </w:p>
    <w:p>
      <w:pPr>
        <w:spacing w:after="20" w:line="300" w:lineRule="auto"/>
      </w:pPr>
      <w:r>
        <w:rPr>
          <w:rFonts w:ascii="宋体" w:hAnsi="宋体" w:eastAsia="宋体"/>
          <w:b w:val="0"/>
          <w:sz w:val="20"/>
        </w:rPr>
        <w:t>3．教学中还存在哪些问题？哪个问题显得最为关键？打算在后续的教学中如何改进？</w:t>
      </w:r>
    </w:p>
    <w:p>
      <w:pPr>
        <w:spacing w:after="40" w:line="300" w:lineRule="auto"/>
      </w:pPr>
      <w:r>
        <w:rPr>
          <w:rFonts w:ascii="楷体" w:hAnsi="楷体" w:eastAsia="楷体"/>
          <w:b w:val="0"/>
          <w:sz w:val="20"/>
        </w:rPr>
        <w:t>＿＿＿＿＿＿＿＿＿＿＿＿＿＿＿＿＿＿＿＿＿＿＿＿＿＿＿＿＿＿＿＿＿＿＿＿</w:t>
      </w:r>
    </w:p>
    <w:p>
      <w:pPr>
        <w:spacing w:after="40" w:line="300" w:lineRule="auto"/>
        <w:ind w:firstLine="380"/>
      </w:pPr>
      <w:r>
        <w:rPr>
          <w:rFonts w:ascii="楷体" w:hAnsi="楷体" w:eastAsia="楷体"/>
          <w:b w:val="0"/>
          <w:color w:val="606060"/>
          <w:sz w:val="19"/>
        </w:rPr>
        <w:t>【原教学设计反思（供参考）】作为1000以内数认识的延伸，衔接10000以内数的学习，通过对“千”这个计数单位的深入认识，为后续更大数的学习奠定基础，也帮助学生构建完整的十进制计数法知识框架。方块模型和计数器的运用，将抽象的“千”具象化，学生能直观看到999到1000的变化、10个百组成千的过程，有效突破难点，让学生主动参与知识建构，在操作中理解数位，培养动手和思考能力，提高课堂参与度。</w:t>
      </w:r>
    </w:p>
    <w:p>
      <w:r>
        <w:br w:type="page"/>
      </w:r>
    </w:p>
    <w:p>
      <w:pPr>
        <w:spacing w:after="80" w:line="300" w:lineRule="auto"/>
      </w:pPr>
      <w:r>
        <w:rPr>
          <w:rFonts w:ascii="黑体" w:hAnsi="黑体" w:eastAsia="黑体"/>
          <w:b/>
          <w:sz w:val="24"/>
        </w:rPr>
        <w:t>二、课时教学方案（第3课时）</w:t>
      </w:r>
    </w:p>
    <w:p>
      <w:pPr>
        <w:spacing w:after="80" w:line="300" w:lineRule="auto"/>
      </w:pPr>
      <w:r>
        <w:rPr>
          <w:rFonts w:ascii="黑体" w:hAnsi="黑体" w:eastAsia="黑体"/>
          <w:b/>
          <w:sz w:val="24"/>
        </w:rPr>
        <w:t>第3课时　10000以内数的认识</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4819"/>
        <w:gridCol w:w="4819"/>
      </w:tblGrid>
      <w:tr>
        <w:trPr>
          <w:tblHeader w:val="true"/>
        </w:trPr>
        <w:tc>
          <w:tcPr>
            <w:tcW w:type="dxa" w:w="3402"/>
            <w:shd w:val="clear" w:fill="E8EEF7"/>
          </w:tcPr>
          <w:p>
            <w:pPr>
              <w:spacing w:after="20" w:line="276" w:lineRule="auto"/>
              <w:jc w:val="center"/>
            </w:pPr>
            <w:r/>
            <w:r>
              <w:rPr>
                <w:rFonts w:ascii="黑体" w:hAnsi="黑体" w:eastAsia="黑体"/>
                <w:b/>
                <w:sz w:val="18"/>
              </w:rPr>
              <w:t>课题名称</w:t>
            </w:r>
          </w:p>
        </w:tc>
        <w:tc>
          <w:tcPr>
            <w:tcW w:type="dxa" w:w="6009"/>
            <w:shd w:val="clear" w:fill="E8EEF7"/>
          </w:tcPr>
          <w:p>
            <w:pPr>
              <w:spacing w:after="20" w:line="276" w:lineRule="auto"/>
              <w:jc w:val="center"/>
            </w:pPr>
            <w:r/>
            <w:r>
              <w:rPr>
                <w:rFonts w:ascii="黑体" w:hAnsi="黑体" w:eastAsia="黑体"/>
                <w:b/>
                <w:sz w:val="18"/>
              </w:rPr>
              <w:t>所属主题</w:t>
            </w:r>
          </w:p>
        </w:tc>
      </w:tr>
      <w:tr>
        <w:tc>
          <w:tcPr>
            <w:tcW w:type="dxa" w:w="3402"/>
          </w:tcPr>
          <w:p>
            <w:pPr>
              <w:spacing w:after="20" w:line="276" w:lineRule="auto"/>
            </w:pPr>
            <w:r/>
            <w:r>
              <w:rPr>
                <w:rFonts w:ascii="宋体" w:hAnsi="宋体" w:eastAsia="宋体"/>
                <w:b/>
                <w:sz w:val="20"/>
              </w:rPr>
              <w:t>第3课时　10000以内数的认识</w:t>
            </w:r>
          </w:p>
        </w:tc>
        <w:tc>
          <w:tcPr>
            <w:tcW w:type="dxa" w:w="6009"/>
          </w:tcPr>
          <w:p>
            <w:pPr>
              <w:spacing w:after="20" w:line="276" w:lineRule="auto"/>
            </w:pPr>
            <w:r/>
            <w:r>
              <w:rPr>
                <w:rFonts w:ascii="宋体" w:hAnsi="宋体" w:eastAsia="宋体"/>
                <w:b w:val="0"/>
                <w:sz w:val="20"/>
              </w:rPr>
              <w:t>第3单元 万以内数的认识</w:t>
            </w:r>
          </w:p>
        </w:tc>
      </w:tr>
    </w:tbl>
    <w:p>
      <w:pPr>
        <w:spacing w:after="40"/>
      </w:pPr>
    </w:p>
    <w:p>
      <w:pPr>
        <w:spacing w:after="60" w:line="300" w:lineRule="auto"/>
      </w:pPr>
      <w:r>
        <w:rPr>
          <w:rFonts w:ascii="黑体" w:hAnsi="黑体" w:eastAsia="黑体"/>
          <w:b/>
          <w:sz w:val="21"/>
        </w:rPr>
        <w:t>一、课前思考</w:t>
      </w:r>
    </w:p>
    <w:p>
      <w:pPr>
        <w:spacing w:after="20" w:line="300" w:lineRule="auto"/>
      </w:pPr>
      <w:r>
        <w:rPr>
          <w:rFonts w:ascii="黑体" w:hAnsi="黑体" w:eastAsia="黑体"/>
          <w:b/>
          <w:sz w:val="21"/>
        </w:rPr>
        <w:t>1．学情诊断与分析</w:t>
      </w:r>
    </w:p>
    <w:p>
      <w:pPr>
        <w:spacing w:after="80" w:line="300" w:lineRule="auto"/>
        <w:ind w:firstLine="400"/>
      </w:pPr>
      <w:r>
        <w:rPr>
          <w:rFonts w:ascii="宋体" w:hAnsi="宋体" w:eastAsia="宋体"/>
          <w:b w:val="0"/>
          <w:sz w:val="20"/>
        </w:rPr>
        <w:t>单元学情：【学情分析】</w:t>
      </w:r>
    </w:p>
    <w:p>
      <w:pPr>
        <w:spacing w:after="80" w:line="300" w:lineRule="auto"/>
        <w:ind w:firstLine="400"/>
      </w:pPr>
      <w:r>
        <w:rPr>
          <w:rFonts w:ascii="宋体" w:hAnsi="宋体" w:eastAsia="宋体"/>
          <w:b w:val="0"/>
          <w:sz w:val="20"/>
        </w:rPr>
        <w:t>根据儿童的年龄特征和心理发展规律，自然数的认识由小到大，逐步扩大。学生已经认识了百以内的数，本次学习“万以内数的认识”是对前面知识的拓展。虽然数在生活中的应用范围较广，但学生接触大数的机会并不多。教学时，要以直观为主，将抽象的数形象化，贯穿整个单元教学的始终，进而培养学生对数学学习的兴趣，逐步发展学生的数感。</w:t>
      </w:r>
    </w:p>
    <w:p>
      <w:pPr>
        <w:spacing w:after="80" w:line="300" w:lineRule="auto"/>
        <w:ind w:firstLine="400"/>
      </w:pPr>
      <w:r>
        <w:rPr>
          <w:rFonts w:ascii="宋体" w:hAnsi="宋体" w:eastAsia="宋体"/>
          <w:b w:val="0"/>
          <w:sz w:val="20"/>
        </w:rPr>
        <w:t>【教学策略】</w:t>
      </w:r>
    </w:p>
    <w:p>
      <w:pPr>
        <w:spacing w:after="80" w:line="300" w:lineRule="auto"/>
        <w:ind w:firstLine="400"/>
      </w:pPr>
      <w:r>
        <w:rPr>
          <w:rFonts w:ascii="宋体" w:hAnsi="宋体" w:eastAsia="宋体"/>
          <w:b w:val="0"/>
          <w:sz w:val="20"/>
        </w:rPr>
        <w:t>本课学情：结合本班实际，诊断学生完成本课时任务的起点与可能的困难。</w:t>
      </w:r>
    </w:p>
    <w:p>
      <w:pPr>
        <w:spacing w:after="20" w:line="300" w:lineRule="auto"/>
      </w:pPr>
      <w:r>
        <w:rPr>
          <w:rFonts w:ascii="黑体" w:hAnsi="黑体" w:eastAsia="黑体"/>
          <w:b/>
          <w:sz w:val="21"/>
        </w:rPr>
        <w:t>2．教材分析与教学材料选择</w:t>
      </w:r>
    </w:p>
    <w:p>
      <w:pPr>
        <w:spacing w:after="80" w:line="300" w:lineRule="auto"/>
        <w:ind w:firstLine="400"/>
      </w:pPr>
      <w:r>
        <w:rPr>
          <w:rFonts w:ascii="宋体" w:hAnsi="宋体" w:eastAsia="宋体"/>
          <w:b w:val="0"/>
          <w:sz w:val="20"/>
        </w:rPr>
        <w:t>教学内容：教科书P46～47例4，教科书P47“做一做”。</w:t>
      </w:r>
    </w:p>
    <w:p>
      <w:pPr>
        <w:spacing w:after="80" w:line="300" w:lineRule="auto"/>
        <w:ind w:firstLine="400"/>
      </w:pPr>
      <w:r>
        <w:rPr>
          <w:rFonts w:ascii="宋体" w:hAnsi="宋体" w:eastAsia="宋体"/>
          <w:b w:val="0"/>
          <w:sz w:val="20"/>
        </w:rPr>
        <w:t>教学准备：课件、计数器、星星图。</w:t>
      </w:r>
    </w:p>
    <w:p>
      <w:pPr>
        <w:spacing w:after="20" w:line="300" w:lineRule="auto"/>
      </w:pPr>
      <w:r>
        <w:rPr>
          <w:rFonts w:ascii="黑体" w:hAnsi="黑体" w:eastAsia="黑体"/>
          <w:b/>
          <w:sz w:val="21"/>
        </w:rPr>
        <w:t>3．具体目标阐述与教学重难点</w:t>
      </w:r>
    </w:p>
    <w:p>
      <w:pPr>
        <w:spacing w:after="20" w:line="300" w:lineRule="auto"/>
      </w:pPr>
      <w:r>
        <w:rPr>
          <w:rFonts w:ascii="黑体" w:hAnsi="黑体" w:eastAsia="黑体"/>
          <w:b/>
          <w:sz w:val="20"/>
        </w:rPr>
        <w:t>课时目标：</w:t>
      </w:r>
    </w:p>
    <w:p>
      <w:pPr>
        <w:spacing w:after="20" w:line="300" w:lineRule="auto"/>
        <w:ind w:firstLine="400"/>
      </w:pPr>
      <w:r>
        <w:rPr>
          <w:rFonts w:ascii="宋体" w:hAnsi="宋体" w:eastAsia="宋体"/>
          <w:b w:val="0"/>
          <w:sz w:val="20"/>
        </w:rPr>
        <w:t>（1）利用星星图、小方块、计数器等经历数数的过程，认识计数单位“万”及数位顺序表。</w:t>
      </w:r>
    </w:p>
    <w:p>
      <w:pPr>
        <w:spacing w:after="20" w:line="300" w:lineRule="auto"/>
        <w:ind w:firstLine="400"/>
      </w:pPr>
      <w:r>
        <w:rPr>
          <w:rFonts w:ascii="宋体" w:hAnsi="宋体" w:eastAsia="宋体"/>
          <w:b w:val="0"/>
          <w:sz w:val="20"/>
        </w:rPr>
        <w:t>（2）在操作活动中，理解数位的意义和作用，感受10000以内数的组成，进一步培养学生的数感。</w:t>
      </w:r>
    </w:p>
    <w:p>
      <w:pPr>
        <w:spacing w:after="20" w:line="300" w:lineRule="auto"/>
        <w:ind w:firstLine="400"/>
      </w:pPr>
      <w:r>
        <w:rPr>
          <w:rFonts w:ascii="宋体" w:hAnsi="宋体" w:eastAsia="宋体"/>
          <w:b w:val="0"/>
          <w:sz w:val="20"/>
        </w:rPr>
        <w:t>（3）借助生活情境，体会数学与生活的联系，激发学生积极参与的热情。</w:t>
      </w:r>
    </w:p>
    <w:p>
      <w:pPr>
        <w:spacing w:after="20" w:line="300" w:lineRule="auto"/>
      </w:pPr>
      <w:r>
        <w:rPr>
          <w:rFonts w:ascii="宋体" w:hAnsi="宋体" w:eastAsia="宋体"/>
          <w:b w:val="0"/>
          <w:sz w:val="20"/>
        </w:rPr>
        <w:t>教学重点：掌握10000以内数的组成。</w:t>
      </w:r>
    </w:p>
    <w:p>
      <w:pPr>
        <w:spacing w:after="20" w:line="300" w:lineRule="auto"/>
      </w:pPr>
      <w:r>
        <w:rPr>
          <w:rFonts w:ascii="宋体" w:hAnsi="宋体" w:eastAsia="宋体"/>
          <w:b w:val="0"/>
          <w:sz w:val="20"/>
        </w:rPr>
        <w:t>教学难点：能数“拐弯数”，理解十进制，培养数感。</w:t>
      </w:r>
    </w:p>
    <w:p>
      <w:pPr>
        <w:spacing w:after="40"/>
      </w:pPr>
    </w:p>
    <w:p>
      <w:pPr>
        <w:spacing w:after="60" w:line="300" w:lineRule="auto"/>
      </w:pPr>
      <w:r>
        <w:rPr>
          <w:rFonts w:ascii="黑体" w:hAnsi="黑体" w:eastAsia="黑体"/>
          <w:b/>
          <w:sz w:val="21"/>
        </w:rPr>
        <w:t>二、板块设计</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2409"/>
        <w:gridCol w:w="2409"/>
        <w:gridCol w:w="2409"/>
        <w:gridCol w:w="2409"/>
      </w:tblGrid>
      <w:tr>
        <w:trPr>
          <w:tblHeader w:val="true"/>
        </w:trPr>
        <w:tc>
          <w:tcPr>
            <w:tcW w:type="dxa" w:w="2835"/>
            <w:shd w:val="clear" w:fill="E8EEF7"/>
          </w:tcPr>
          <w:p>
            <w:pPr>
              <w:spacing w:after="20" w:line="276" w:lineRule="auto"/>
              <w:jc w:val="center"/>
            </w:pPr>
            <w:r/>
            <w:r>
              <w:rPr>
                <w:rFonts w:ascii="黑体" w:hAnsi="黑体" w:eastAsia="黑体"/>
                <w:b/>
                <w:sz w:val="18"/>
              </w:rPr>
              <w:t>环节目标</w:t>
            </w:r>
          </w:p>
        </w:tc>
        <w:tc>
          <w:tcPr>
            <w:tcW w:type="dxa" w:w="1814"/>
            <w:shd w:val="clear" w:fill="E8EEF7"/>
          </w:tcPr>
          <w:p>
            <w:pPr>
              <w:spacing w:after="20" w:line="276" w:lineRule="auto"/>
              <w:jc w:val="center"/>
            </w:pPr>
            <w:r/>
            <w:r>
              <w:rPr>
                <w:rFonts w:ascii="黑体" w:hAnsi="黑体" w:eastAsia="黑体"/>
                <w:b/>
                <w:sz w:val="18"/>
              </w:rPr>
              <w:t>学习材料</w:t>
            </w:r>
          </w:p>
        </w:tc>
        <w:tc>
          <w:tcPr>
            <w:tcW w:type="dxa" w:w="3402"/>
            <w:shd w:val="clear" w:fill="E8EEF7"/>
          </w:tcPr>
          <w:p>
            <w:pPr>
              <w:spacing w:after="20" w:line="276" w:lineRule="auto"/>
              <w:jc w:val="center"/>
            </w:pPr>
            <w:r/>
            <w:r>
              <w:rPr>
                <w:rFonts w:ascii="黑体" w:hAnsi="黑体" w:eastAsia="黑体"/>
                <w:b/>
                <w:sz w:val="18"/>
              </w:rPr>
              <w:t>关键问题</w:t>
            </w:r>
          </w:p>
        </w:tc>
        <w:tc>
          <w:tcPr>
            <w:tcW w:type="dxa" w:w="1361"/>
            <w:shd w:val="clear" w:fill="E8EEF7"/>
          </w:tcPr>
          <w:p>
            <w:pPr>
              <w:spacing w:after="20" w:line="276" w:lineRule="auto"/>
              <w:jc w:val="center"/>
            </w:pPr>
            <w:r/>
            <w:r>
              <w:rPr>
                <w:rFonts w:ascii="黑体" w:hAnsi="黑体" w:eastAsia="黑体"/>
                <w:b/>
                <w:sz w:val="18"/>
              </w:rPr>
              <w:t>时间</w:t>
            </w:r>
          </w:p>
        </w:tc>
      </w:tr>
      <w:tr>
        <w:tc>
          <w:tcPr>
            <w:tcW w:type="dxa" w:w="2835"/>
          </w:tcPr>
          <w:p>
            <w:pPr>
              <w:spacing w:after="20" w:line="276" w:lineRule="auto"/>
            </w:pPr>
            <w:r/>
            <w:r>
              <w:rPr>
                <w:rFonts w:ascii="宋体" w:hAnsi="宋体" w:eastAsia="宋体"/>
                <w:b w:val="0"/>
                <w:sz w:val="18"/>
              </w:rPr>
              <w:t>一、谈话引入</w:t>
            </w:r>
          </w:p>
        </w:tc>
        <w:tc>
          <w:tcPr>
            <w:tcW w:type="dxa" w:w="1814"/>
          </w:tcPr>
          <w:p>
            <w:pPr>
              <w:spacing w:after="20" w:line="276" w:lineRule="auto"/>
            </w:pPr>
            <w:r/>
            <w:r>
              <w:rPr>
                <w:rFonts w:ascii="宋体" w:hAnsi="宋体" w:eastAsia="宋体"/>
                <w:b w:val="0"/>
                <w:sz w:val="18"/>
              </w:rPr>
              <w:t>课件、计数器</w:t>
            </w:r>
          </w:p>
        </w:tc>
        <w:tc>
          <w:tcPr>
            <w:tcW w:type="dxa" w:w="3402"/>
          </w:tcPr>
          <w:p>
            <w:pPr>
              <w:spacing w:after="20" w:line="276" w:lineRule="auto"/>
            </w:pPr>
            <w:r/>
            <w:r>
              <w:rPr>
                <w:rFonts w:ascii="宋体" w:hAnsi="宋体" w:eastAsia="宋体"/>
                <w:b w:val="0"/>
                <w:sz w:val="18"/>
              </w:rPr>
              <w:t>——</w:t>
            </w:r>
          </w:p>
        </w:tc>
        <w:tc>
          <w:tcPr>
            <w:tcW w:type="dxa" w:w="1361"/>
          </w:tcPr>
          <w:p>
            <w:pPr>
              <w:spacing w:after="20" w:line="276" w:lineRule="auto"/>
            </w:pPr>
            <w:r/>
            <w:r>
              <w:rPr>
                <w:rFonts w:ascii="宋体" w:hAnsi="宋体" w:eastAsia="宋体"/>
                <w:b w:val="0"/>
                <w:sz w:val="18"/>
              </w:rPr>
              <w:t>4分钟</w:t>
            </w:r>
          </w:p>
        </w:tc>
      </w:tr>
      <w:tr>
        <w:tc>
          <w:tcPr>
            <w:tcW w:type="dxa" w:w="2835"/>
          </w:tcPr>
          <w:p>
            <w:pPr>
              <w:spacing w:after="20" w:line="276" w:lineRule="auto"/>
            </w:pPr>
            <w:r/>
            <w:r>
              <w:rPr>
                <w:rFonts w:ascii="宋体" w:hAnsi="宋体" w:eastAsia="宋体"/>
                <w:b w:val="0"/>
                <w:sz w:val="18"/>
              </w:rPr>
              <w:t>二、探究新知识</w:t>
            </w:r>
          </w:p>
        </w:tc>
        <w:tc>
          <w:tcPr>
            <w:tcW w:type="dxa" w:w="1814"/>
          </w:tcPr>
          <w:p>
            <w:pPr>
              <w:spacing w:after="20" w:line="276" w:lineRule="auto"/>
            </w:pPr>
            <w:r/>
            <w:r>
              <w:rPr>
                <w:rFonts w:ascii="宋体" w:hAnsi="宋体" w:eastAsia="宋体"/>
                <w:b w:val="0"/>
                <w:sz w:val="18"/>
              </w:rPr>
              <w:t>课件、教科书、计数器</w:t>
            </w:r>
          </w:p>
        </w:tc>
        <w:tc>
          <w:tcPr>
            <w:tcW w:type="dxa" w:w="3402"/>
          </w:tcPr>
          <w:p>
            <w:pPr>
              <w:spacing w:after="20" w:line="276" w:lineRule="auto"/>
            </w:pPr>
            <w:r/>
            <w:r>
              <w:rPr>
                <w:rFonts w:ascii="宋体" w:hAnsi="宋体" w:eastAsia="宋体"/>
                <w:b w:val="0"/>
                <w:sz w:val="18"/>
              </w:rPr>
              <w:t>谁来说说自己数数的过程？；二千四百五十八是由几个千、几个百、几个十和几个一组成的？</w:t>
            </w:r>
          </w:p>
        </w:tc>
        <w:tc>
          <w:tcPr>
            <w:tcW w:type="dxa" w:w="1361"/>
          </w:tcPr>
          <w:p>
            <w:pPr>
              <w:spacing w:after="20" w:line="276" w:lineRule="auto"/>
            </w:pPr>
            <w:r/>
            <w:r>
              <w:rPr>
                <w:rFonts w:ascii="宋体" w:hAnsi="宋体" w:eastAsia="宋体"/>
                <w:b w:val="0"/>
                <w:sz w:val="18"/>
              </w:rPr>
              <w:t>17分钟</w:t>
            </w:r>
          </w:p>
        </w:tc>
      </w:tr>
      <w:tr>
        <w:tc>
          <w:tcPr>
            <w:tcW w:type="dxa" w:w="2835"/>
          </w:tcPr>
          <w:p>
            <w:pPr>
              <w:spacing w:after="20" w:line="276" w:lineRule="auto"/>
            </w:pPr>
            <w:r/>
            <w:r>
              <w:rPr>
                <w:rFonts w:ascii="宋体" w:hAnsi="宋体" w:eastAsia="宋体"/>
                <w:b w:val="0"/>
                <w:sz w:val="18"/>
              </w:rPr>
              <w:t>三、联系实际，发展数感</w:t>
            </w:r>
          </w:p>
        </w:tc>
        <w:tc>
          <w:tcPr>
            <w:tcW w:type="dxa" w:w="1814"/>
          </w:tcPr>
          <w:p>
            <w:pPr>
              <w:spacing w:after="20" w:line="276" w:lineRule="auto"/>
            </w:pPr>
            <w:r/>
            <w:r>
              <w:rPr>
                <w:rFonts w:ascii="宋体" w:hAnsi="宋体" w:eastAsia="宋体"/>
                <w:b w:val="0"/>
                <w:sz w:val="18"/>
              </w:rPr>
              <w:t>图片、课件、计数器</w:t>
            </w:r>
          </w:p>
        </w:tc>
        <w:tc>
          <w:tcPr>
            <w:tcW w:type="dxa" w:w="3402"/>
          </w:tcPr>
          <w:p>
            <w:pPr>
              <w:spacing w:after="20" w:line="276" w:lineRule="auto"/>
            </w:pPr>
            <w:r/>
            <w:r>
              <w:rPr>
                <w:rFonts w:ascii="宋体" w:hAnsi="宋体" w:eastAsia="宋体"/>
                <w:b w:val="0"/>
                <w:sz w:val="18"/>
              </w:rPr>
              <w:t>同学们，其实在生活中有很多这样的例子，(课件出示东方明珠)这是哪儿？去过吗？它有多高？；是吗？四百六十八米(课件出示)，大家的知识面真广。四百六十八米有多高呢？我们的教学楼有多高？</w:t>
            </w:r>
          </w:p>
        </w:tc>
        <w:tc>
          <w:tcPr>
            <w:tcW w:type="dxa" w:w="1361"/>
          </w:tcPr>
          <w:p>
            <w:pPr>
              <w:spacing w:after="20" w:line="276" w:lineRule="auto"/>
            </w:pPr>
            <w:r/>
            <w:r>
              <w:rPr>
                <w:rFonts w:ascii="宋体" w:hAnsi="宋体" w:eastAsia="宋体"/>
                <w:b w:val="0"/>
                <w:sz w:val="18"/>
              </w:rPr>
              <w:t>10分钟</w:t>
            </w:r>
          </w:p>
        </w:tc>
      </w:tr>
      <w:tr>
        <w:tc>
          <w:tcPr>
            <w:tcW w:type="dxa" w:w="2835"/>
          </w:tcPr>
          <w:p>
            <w:pPr>
              <w:spacing w:after="20" w:line="276" w:lineRule="auto"/>
            </w:pPr>
            <w:r/>
            <w:r>
              <w:rPr>
                <w:rFonts w:ascii="宋体" w:hAnsi="宋体" w:eastAsia="宋体"/>
                <w:b w:val="0"/>
                <w:sz w:val="18"/>
              </w:rPr>
              <w:t>四、巩固练习</w:t>
            </w:r>
          </w:p>
        </w:tc>
        <w:tc>
          <w:tcPr>
            <w:tcW w:type="dxa" w:w="1814"/>
          </w:tcPr>
          <w:p>
            <w:pPr>
              <w:spacing w:after="20" w:line="276" w:lineRule="auto"/>
            </w:pPr>
            <w:r/>
            <w:r>
              <w:rPr>
                <w:rFonts w:ascii="宋体" w:hAnsi="宋体" w:eastAsia="宋体"/>
                <w:b w:val="0"/>
                <w:sz w:val="18"/>
              </w:rPr>
              <w:t>教科书、计数器、课件</w:t>
            </w:r>
          </w:p>
        </w:tc>
        <w:tc>
          <w:tcPr>
            <w:tcW w:type="dxa" w:w="3402"/>
          </w:tcPr>
          <w:p>
            <w:pPr>
              <w:spacing w:after="20" w:line="276" w:lineRule="auto"/>
            </w:pPr>
            <w:r/>
            <w:r>
              <w:rPr>
                <w:rFonts w:ascii="宋体" w:hAnsi="宋体" w:eastAsia="宋体"/>
                <w:b w:val="0"/>
                <w:sz w:val="18"/>
              </w:rPr>
              <w:t>——</w:t>
            </w:r>
          </w:p>
        </w:tc>
        <w:tc>
          <w:tcPr>
            <w:tcW w:type="dxa" w:w="1361"/>
          </w:tcPr>
          <w:p>
            <w:pPr>
              <w:spacing w:after="20" w:line="276" w:lineRule="auto"/>
            </w:pPr>
            <w:r/>
            <w:r>
              <w:rPr>
                <w:rFonts w:ascii="宋体" w:hAnsi="宋体" w:eastAsia="宋体"/>
                <w:b w:val="0"/>
                <w:sz w:val="18"/>
              </w:rPr>
              <w:t>6分钟</w:t>
            </w:r>
          </w:p>
        </w:tc>
      </w:tr>
      <w:tr>
        <w:tc>
          <w:tcPr>
            <w:tcW w:type="dxa" w:w="2835"/>
          </w:tcPr>
          <w:p>
            <w:pPr>
              <w:spacing w:after="20" w:line="276" w:lineRule="auto"/>
            </w:pPr>
            <w:r/>
            <w:r>
              <w:rPr>
                <w:rFonts w:ascii="宋体" w:hAnsi="宋体" w:eastAsia="宋体"/>
                <w:b w:val="0"/>
                <w:sz w:val="18"/>
              </w:rPr>
              <w:t>五、课堂小结</w:t>
            </w:r>
          </w:p>
        </w:tc>
        <w:tc>
          <w:tcPr>
            <w:tcW w:type="dxa" w:w="1814"/>
          </w:tcPr>
          <w:p>
            <w:pPr>
              <w:spacing w:after="20" w:line="276" w:lineRule="auto"/>
            </w:pPr>
            <w:r/>
            <w:r>
              <w:rPr>
                <w:rFonts w:ascii="宋体" w:hAnsi="宋体" w:eastAsia="宋体"/>
                <w:b w:val="0"/>
                <w:sz w:val="18"/>
              </w:rPr>
              <w:t>课件、计数器</w:t>
            </w:r>
          </w:p>
        </w:tc>
        <w:tc>
          <w:tcPr>
            <w:tcW w:type="dxa" w:w="3402"/>
          </w:tcPr>
          <w:p>
            <w:pPr>
              <w:spacing w:after="20" w:line="276" w:lineRule="auto"/>
            </w:pPr>
            <w:r/>
            <w:r>
              <w:rPr>
                <w:rFonts w:ascii="宋体" w:hAnsi="宋体" w:eastAsia="宋体"/>
                <w:b w:val="0"/>
                <w:sz w:val="18"/>
              </w:rPr>
              <w:t>这节课你学到了什么？</w:t>
            </w:r>
          </w:p>
        </w:tc>
        <w:tc>
          <w:tcPr>
            <w:tcW w:type="dxa" w:w="1361"/>
          </w:tcPr>
          <w:p>
            <w:pPr>
              <w:spacing w:after="20" w:line="276" w:lineRule="auto"/>
            </w:pPr>
            <w:r/>
            <w:r>
              <w:rPr>
                <w:rFonts w:ascii="宋体" w:hAnsi="宋体" w:eastAsia="宋体"/>
                <w:b w:val="0"/>
                <w:sz w:val="18"/>
              </w:rPr>
              <w:t>3分钟</w:t>
            </w:r>
          </w:p>
        </w:tc>
      </w:tr>
    </w:tbl>
    <w:p>
      <w:pPr>
        <w:spacing w:after="40"/>
      </w:pPr>
    </w:p>
    <w:p>
      <w:pPr>
        <w:spacing w:after="60" w:line="300" w:lineRule="auto"/>
      </w:pPr>
      <w:r>
        <w:rPr>
          <w:rFonts w:ascii="黑体" w:hAnsi="黑体" w:eastAsia="黑体"/>
          <w:b/>
          <w:sz w:val="21"/>
        </w:rPr>
        <w:t>三、教学过程（分栏）</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2409"/>
        <w:gridCol w:w="2409"/>
        <w:gridCol w:w="2409"/>
        <w:gridCol w:w="2409"/>
      </w:tblGrid>
      <w:tr>
        <w:trPr>
          <w:tblHeader w:val="true"/>
        </w:trPr>
        <w:tc>
          <w:tcPr>
            <w:tcW w:type="dxa" w:w="1474"/>
            <w:shd w:val="clear" w:fill="E8EEF7"/>
          </w:tcPr>
          <w:p>
            <w:pPr>
              <w:spacing w:after="20" w:line="276" w:lineRule="auto"/>
              <w:jc w:val="center"/>
            </w:pPr>
            <w:r/>
            <w:r>
              <w:rPr>
                <w:rFonts w:ascii="黑体" w:hAnsi="黑体" w:eastAsia="黑体"/>
                <w:b/>
                <w:sz w:val="18"/>
              </w:rPr>
              <w:t>教学环节</w:t>
            </w:r>
          </w:p>
        </w:tc>
        <w:tc>
          <w:tcPr>
            <w:tcW w:type="dxa" w:w="3061"/>
            <w:shd w:val="clear" w:fill="E8EEF7"/>
          </w:tcPr>
          <w:p>
            <w:pPr>
              <w:spacing w:after="20" w:line="276" w:lineRule="auto"/>
              <w:jc w:val="center"/>
            </w:pPr>
            <w:r/>
            <w:r>
              <w:rPr>
                <w:rFonts w:ascii="黑体" w:hAnsi="黑体" w:eastAsia="黑体"/>
                <w:b/>
                <w:sz w:val="18"/>
              </w:rPr>
              <w:t>教师活动</w:t>
            </w:r>
          </w:p>
        </w:tc>
        <w:tc>
          <w:tcPr>
            <w:tcW w:type="dxa" w:w="3061"/>
            <w:shd w:val="clear" w:fill="E8EEF7"/>
          </w:tcPr>
          <w:p>
            <w:pPr>
              <w:spacing w:after="20" w:line="276" w:lineRule="auto"/>
              <w:jc w:val="center"/>
            </w:pPr>
            <w:r/>
            <w:r>
              <w:rPr>
                <w:rFonts w:ascii="黑体" w:hAnsi="黑体" w:eastAsia="黑体"/>
                <w:b/>
                <w:sz w:val="18"/>
              </w:rPr>
              <w:t>学生活动</w:t>
            </w:r>
          </w:p>
        </w:tc>
        <w:tc>
          <w:tcPr>
            <w:tcW w:type="dxa" w:w="1814"/>
            <w:shd w:val="clear" w:fill="E8EEF7"/>
          </w:tcPr>
          <w:p>
            <w:pPr>
              <w:spacing w:after="20" w:line="276" w:lineRule="auto"/>
              <w:jc w:val="center"/>
            </w:pPr>
            <w:r/>
            <w:r>
              <w:rPr>
                <w:rFonts w:ascii="黑体" w:hAnsi="黑体" w:eastAsia="黑体"/>
                <w:b/>
                <w:sz w:val="18"/>
              </w:rPr>
              <w:t>设计意图</w:t>
            </w:r>
          </w:p>
        </w:tc>
      </w:tr>
      <w:tr>
        <w:tc>
          <w:tcPr>
            <w:tcW w:type="dxa" w:w="1474"/>
          </w:tcPr>
          <w:p>
            <w:pPr>
              <w:spacing w:after="20" w:line="276" w:lineRule="auto"/>
            </w:pPr>
            <w:r>
              <w:rPr>
                <w:b/>
              </w:rPr>
            </w:r>
            <w:r>
              <w:rPr>
                <w:rFonts w:ascii="宋体" w:hAnsi="宋体" w:eastAsia="宋体"/>
                <w:b/>
                <w:sz w:val="18"/>
              </w:rPr>
              <w:t>一、谈话引入</w:t>
            </w:r>
          </w:p>
        </w:tc>
        <w:tc>
          <w:tcPr>
            <w:tcW w:type="dxa" w:w="3061"/>
          </w:tcPr>
          <w:p>
            <w:pPr>
              <w:spacing w:after="20" w:line="276" w:lineRule="auto"/>
            </w:pPr>
            <w:r/>
            <w:r>
              <w:rPr>
                <w:rFonts w:ascii="宋体" w:hAnsi="宋体" w:eastAsia="宋体"/>
                <w:b w:val="0"/>
                <w:sz w:val="18"/>
              </w:rPr>
              <w:t>师：前面我们认识了1000和1000以内的数，今天我们就来认识更大的数。(板书课题：10000以内数的认识)</w:t>
            </w:r>
          </w:p>
        </w:tc>
        <w:tc>
          <w:tcPr>
            <w:tcW w:type="dxa" w:w="3061"/>
          </w:tcPr>
          <w:p>
            <w:pPr>
              <w:spacing w:after="20" w:line="276" w:lineRule="auto"/>
            </w:pPr>
            <w:r/>
            <w:r>
              <w:rPr>
                <w:rFonts w:ascii="宋体" w:hAnsi="宋体" w:eastAsia="宋体"/>
                <w:b w:val="0"/>
                <w:sz w:val="18"/>
              </w:rPr>
              <w:t>——</w:t>
            </w:r>
          </w:p>
        </w:tc>
        <w:tc>
          <w:tcPr>
            <w:tcW w:type="dxa" w:w="1814"/>
          </w:tcPr>
          <w:p>
            <w:pPr>
              <w:spacing w:after="20" w:line="276" w:lineRule="auto"/>
            </w:pPr>
            <w:r/>
            <w:r>
              <w:rPr>
                <w:rFonts w:ascii="宋体" w:hAnsi="宋体" w:eastAsia="宋体"/>
                <w:b w:val="0"/>
                <w:sz w:val="18"/>
              </w:rPr>
              <w:t>创设情境激活学生已有经验，自然引出本课学习内容，激发学习兴趣。</w:t>
            </w:r>
          </w:p>
        </w:tc>
      </w:tr>
      <w:tr>
        <w:tc>
          <w:tcPr>
            <w:tcW w:type="dxa" w:w="1474"/>
          </w:tcPr>
          <w:p>
            <w:pPr>
              <w:spacing w:after="20" w:line="276" w:lineRule="auto"/>
            </w:pPr>
            <w:r>
              <w:rPr>
                <w:b/>
              </w:rPr>
            </w:r>
            <w:r>
              <w:rPr>
                <w:rFonts w:ascii="宋体" w:hAnsi="宋体" w:eastAsia="宋体"/>
                <w:b/>
                <w:sz w:val="18"/>
              </w:rPr>
              <w:t>二、探究新知识</w:t>
            </w:r>
          </w:p>
        </w:tc>
        <w:tc>
          <w:tcPr>
            <w:tcW w:type="dxa" w:w="3061"/>
          </w:tcPr>
          <w:p>
            <w:pPr>
              <w:spacing w:after="20" w:line="276" w:lineRule="auto"/>
            </w:pPr>
            <w:r/>
            <w:r>
              <w:rPr>
                <w:rFonts w:ascii="宋体" w:hAnsi="宋体" w:eastAsia="宋体"/>
                <w:b w:val="0"/>
                <w:sz w:val="18"/>
              </w:rPr>
              <w:t>课件出示教科书P46星星图。</w:t>
            </w:r>
          </w:p>
          <w:p>
            <w:pPr>
              <w:spacing w:after="20" w:line="276" w:lineRule="auto"/>
            </w:pPr>
            <w:r>
              <w:rPr>
                <w:rFonts w:ascii="宋体" w:hAnsi="宋体" w:eastAsia="宋体"/>
                <w:b w:val="0"/>
                <w:sz w:val="18"/>
              </w:rPr>
              <w:t>师：请你估一估这里大约有多少颗星星。</w:t>
            </w:r>
          </w:p>
          <w:p>
            <w:pPr>
              <w:spacing w:after="20" w:line="276" w:lineRule="auto"/>
            </w:pPr>
            <w:r>
              <w:rPr>
                <w:rFonts w:ascii="宋体" w:hAnsi="宋体" w:eastAsia="宋体"/>
                <w:b w:val="0"/>
                <w:sz w:val="18"/>
              </w:rPr>
              <w:t>师：拿出准备好的星星图，数一数，圈一圈。</w:t>
            </w:r>
          </w:p>
          <w:p>
            <w:pPr>
              <w:spacing w:after="20" w:line="276" w:lineRule="auto"/>
            </w:pPr>
            <w:r>
              <w:rPr>
                <w:rFonts w:ascii="宋体" w:hAnsi="宋体" w:eastAsia="宋体"/>
                <w:b w:val="0"/>
                <w:sz w:val="18"/>
              </w:rPr>
              <w:t>师：谁来说说自己数数的过程？</w:t>
            </w:r>
          </w:p>
          <w:p>
            <w:pPr>
              <w:spacing w:after="20" w:line="276" w:lineRule="auto"/>
            </w:pPr>
            <w:r>
              <w:rPr>
                <w:rFonts w:ascii="宋体" w:hAnsi="宋体" w:eastAsia="宋体"/>
                <w:b w:val="0"/>
                <w:sz w:val="18"/>
              </w:rPr>
              <w:t>师：二千四百五十八可以用小方块表示。(课件出示)</w:t>
            </w:r>
          </w:p>
          <w:p>
            <w:pPr>
              <w:spacing w:after="20" w:line="276" w:lineRule="auto"/>
            </w:pPr>
            <w:r>
              <w:rPr>
                <w:rFonts w:ascii="宋体" w:hAnsi="宋体" w:eastAsia="宋体"/>
                <w:b w:val="0"/>
                <w:sz w:val="18"/>
              </w:rPr>
              <w:t>师：二千四百五十八是由几个千、几个百、几个十和几个一组成的？</w:t>
            </w:r>
          </w:p>
          <w:p>
            <w:pPr>
              <w:spacing w:after="20" w:line="276" w:lineRule="auto"/>
            </w:pPr>
            <w:r>
              <w:rPr>
                <w:rFonts w:ascii="宋体" w:hAnsi="宋体" w:eastAsia="宋体"/>
                <w:b w:val="0"/>
                <w:sz w:val="18"/>
              </w:rPr>
              <w:t>师：同桌讨论，怎样在计数器上表示出二千四百五十八。</w:t>
            </w:r>
          </w:p>
          <w:p>
            <w:pPr>
              <w:spacing w:after="20" w:line="276" w:lineRule="auto"/>
            </w:pPr>
            <w:r>
              <w:rPr>
                <w:rFonts w:ascii="宋体" w:hAnsi="宋体" w:eastAsia="宋体"/>
                <w:b w:val="0"/>
                <w:sz w:val="18"/>
              </w:rPr>
              <w:t>师：怎样读、写计数器上的数？</w:t>
            </w:r>
          </w:p>
        </w:tc>
        <w:tc>
          <w:tcPr>
            <w:tcW w:type="dxa" w:w="3061"/>
          </w:tcPr>
          <w:p>
            <w:pPr>
              <w:spacing w:after="20" w:line="276" w:lineRule="auto"/>
            </w:pPr>
            <w:r/>
            <w:r>
              <w:rPr>
                <w:rFonts w:ascii="宋体" w:hAnsi="宋体" w:eastAsia="宋体"/>
                <w:b w:val="0"/>
                <w:sz w:val="18"/>
              </w:rPr>
              <w:t>星星数量比一千还要多得多。</w:t>
            </w:r>
          </w:p>
          <w:p>
            <w:pPr>
              <w:spacing w:after="20" w:line="276" w:lineRule="auto"/>
            </w:pPr>
            <w:r>
              <w:rPr>
                <w:rFonts w:ascii="宋体" w:hAnsi="宋体" w:eastAsia="宋体"/>
                <w:b w:val="0"/>
                <w:sz w:val="18"/>
              </w:rPr>
              <w:t>学生动手操作，教师巡视。</w:t>
            </w:r>
          </w:p>
          <w:p>
            <w:pPr>
              <w:spacing w:after="20" w:line="276" w:lineRule="auto"/>
            </w:pPr>
            <w:r>
              <w:rPr>
                <w:rFonts w:ascii="宋体" w:hAnsi="宋体" w:eastAsia="宋体"/>
                <w:b w:val="0"/>
                <w:sz w:val="18"/>
              </w:rPr>
              <w:t>发现每个方格是一百个，先找一千，每一千个圈一个大圈，能圈出2个千。接着再一百一百地数，有4个百；一十一十地数，有5个十；一个一个地数，有8个一，有四百五十八，把它们与二千合起来，是二千四百五十八。</w:t>
            </w:r>
          </w:p>
          <w:p>
            <w:pPr>
              <w:spacing w:after="20" w:line="276" w:lineRule="auto"/>
            </w:pPr>
            <w:r>
              <w:rPr>
                <w:rFonts w:ascii="宋体" w:hAnsi="宋体" w:eastAsia="宋体"/>
                <w:b w:val="0"/>
                <w:sz w:val="18"/>
              </w:rPr>
              <w:t>学生汇报，教师板书。</w:t>
            </w:r>
          </w:p>
          <w:p>
            <w:pPr>
              <w:spacing w:after="20" w:line="276" w:lineRule="auto"/>
            </w:pPr>
            <w:r>
              <w:rPr>
                <w:rFonts w:ascii="宋体" w:hAnsi="宋体" w:eastAsia="宋体"/>
                <w:b w:val="0"/>
                <w:sz w:val="18"/>
              </w:rPr>
              <w:t>有2个千，就在计数器的千位上拨2颗珠子；有4个百，就在计数器的百位上拨4颗珠子；有5个十，就在计数器的十位上拨5颗珠子；有8个一，就在计数器的个位上拨8颗珠子。(课件出示)</w:t>
            </w:r>
          </w:p>
          <w:p>
            <w:pPr>
              <w:spacing w:after="20" w:line="276" w:lineRule="auto"/>
            </w:pPr>
            <w:r>
              <w:rPr>
                <w:rFonts w:ascii="宋体" w:hAnsi="宋体" w:eastAsia="宋体"/>
                <w:b w:val="0"/>
                <w:sz w:val="18"/>
              </w:rPr>
              <w:t>千位上有2颗珠子，写2，读二千；百位上有4颗珠子，写4，读四百；十位上有5颗珠子，写5，读五十；个位上有8颗珠子，写8，读八；合起来就写作：2458，读作：二千四百五十八。(课件出示)</w:t>
            </w:r>
          </w:p>
        </w:tc>
        <w:tc>
          <w:tcPr>
            <w:tcW w:type="dxa" w:w="1814"/>
          </w:tcPr>
          <w:p>
            <w:pPr>
              <w:spacing w:after="20" w:line="276" w:lineRule="auto"/>
            </w:pPr>
            <w:r/>
            <w:r>
              <w:rPr>
                <w:rFonts w:ascii="宋体" w:hAnsi="宋体" w:eastAsia="宋体"/>
                <w:b w:val="0"/>
                <w:sz w:val="18"/>
              </w:rPr>
              <w:t>设计递进式探究活动，引导学生在动手实践与合作交流中经历知识形成过程，突破本课重难点，核心问题："谁来说说自己数数的过程？"</w:t>
            </w:r>
          </w:p>
        </w:tc>
      </w:tr>
      <w:tr>
        <w:tc>
          <w:tcPr>
            <w:tcW w:type="dxa" w:w="1474"/>
          </w:tcPr>
          <w:p>
            <w:pPr>
              <w:spacing w:after="20" w:line="276" w:lineRule="auto"/>
            </w:pPr>
            <w:r>
              <w:rPr>
                <w:b/>
              </w:rPr>
            </w:r>
            <w:r>
              <w:rPr>
                <w:rFonts w:ascii="宋体" w:hAnsi="宋体" w:eastAsia="宋体"/>
                <w:b/>
                <w:sz w:val="18"/>
              </w:rPr>
              <w:t>三、联系实际，发展数感</w:t>
            </w:r>
          </w:p>
        </w:tc>
        <w:tc>
          <w:tcPr>
            <w:tcW w:type="dxa" w:w="3061"/>
          </w:tcPr>
          <w:p>
            <w:pPr>
              <w:spacing w:after="20" w:line="276" w:lineRule="auto"/>
            </w:pPr>
            <w:r/>
            <w:r>
              <w:rPr>
                <w:rFonts w:ascii="宋体" w:hAnsi="宋体" w:eastAsia="宋体"/>
                <w:b w:val="0"/>
                <w:sz w:val="18"/>
              </w:rPr>
              <w:t>展示学生身边熟悉的生活图片，让学生感知大数，培养数感。</w:t>
            </w:r>
          </w:p>
          <w:p>
            <w:pPr>
              <w:spacing w:after="20" w:line="276" w:lineRule="auto"/>
            </w:pPr>
            <w:r>
              <w:rPr>
                <w:rFonts w:ascii="宋体" w:hAnsi="宋体" w:eastAsia="宋体"/>
                <w:b w:val="0"/>
                <w:sz w:val="18"/>
              </w:rPr>
              <w:t>师：同学们，其实在生活中有很多这样的例子，(课件出示东方明珠)这是哪儿？去过吗？它有多高？</w:t>
            </w:r>
          </w:p>
          <w:p>
            <w:pPr>
              <w:spacing w:after="20" w:line="276" w:lineRule="auto"/>
            </w:pPr>
            <w:r>
              <w:rPr>
                <w:rFonts w:ascii="宋体" w:hAnsi="宋体" w:eastAsia="宋体"/>
                <w:b w:val="0"/>
                <w:sz w:val="18"/>
              </w:rPr>
              <w:t>师：是吗？四百六十八米(课件出示)，大家的知识面真广。四百六十八米有多高呢？我们的教学楼有多高？(大约20米)也就是大约23幢教学楼那么高。</w:t>
            </w:r>
          </w:p>
          <w:p>
            <w:pPr>
              <w:spacing w:after="20" w:line="276" w:lineRule="auto"/>
            </w:pPr>
            <w:r>
              <w:rPr>
                <w:rFonts w:ascii="宋体" w:hAnsi="宋体" w:eastAsia="宋体"/>
                <w:b w:val="0"/>
                <w:sz w:val="18"/>
              </w:rPr>
              <w:t>师：接下来我带大家去看一座山。(课件出示珠穆朗玛峰)这是哪里？它有多高？</w:t>
            </w:r>
          </w:p>
          <w:p>
            <w:pPr>
              <w:spacing w:after="20" w:line="276" w:lineRule="auto"/>
            </w:pPr>
            <w:r>
              <w:rPr>
                <w:rFonts w:ascii="宋体" w:hAnsi="宋体" w:eastAsia="宋体"/>
                <w:b w:val="0"/>
                <w:sz w:val="18"/>
              </w:rPr>
              <w:t>师：这就是有着世界最高峰之称的珠穆朗玛峰。它约有八千八百四十九米高。</w:t>
            </w:r>
          </w:p>
          <w:p>
            <w:pPr>
              <w:spacing w:after="20" w:line="276" w:lineRule="auto"/>
            </w:pPr>
            <w:r>
              <w:rPr>
                <w:rFonts w:ascii="宋体" w:hAnsi="宋体" w:eastAsia="宋体"/>
                <w:b w:val="0"/>
                <w:sz w:val="18"/>
              </w:rPr>
              <w:t>教师引导学生想象一下八千八百四十九米有多高。</w:t>
            </w:r>
          </w:p>
        </w:tc>
        <w:tc>
          <w:tcPr>
            <w:tcW w:type="dxa" w:w="3061"/>
          </w:tcPr>
          <w:p>
            <w:pPr>
              <w:spacing w:after="20" w:line="276" w:lineRule="auto"/>
            </w:pPr>
            <w:r/>
            <w:r>
              <w:rPr>
                <w:rFonts w:ascii="宋体" w:hAnsi="宋体" w:eastAsia="宋体"/>
                <w:b w:val="0"/>
                <w:sz w:val="18"/>
              </w:rPr>
              <w:t>是东方明珠，高四百六十八米。</w:t>
            </w:r>
          </w:p>
          <w:p>
            <w:pPr>
              <w:spacing w:after="20" w:line="276" w:lineRule="auto"/>
            </w:pPr>
            <w:r>
              <w:rPr>
                <w:rFonts w:ascii="宋体" w:hAnsi="宋体" w:eastAsia="宋体"/>
                <w:b w:val="0"/>
                <w:sz w:val="18"/>
              </w:rPr>
              <w:t>可能会出现学生都认不出来的情况。</w:t>
            </w:r>
          </w:p>
        </w:tc>
        <w:tc>
          <w:tcPr>
            <w:tcW w:type="dxa" w:w="1814"/>
          </w:tcPr>
          <w:p>
            <w:pPr>
              <w:spacing w:after="20" w:line="276" w:lineRule="auto"/>
            </w:pPr>
            <w:r/>
            <w:r>
              <w:rPr>
                <w:rFonts w:ascii="宋体" w:hAnsi="宋体" w:eastAsia="宋体"/>
                <w:b w:val="0"/>
                <w:sz w:val="18"/>
              </w:rPr>
              <w:t>围绕环节目标组织学习活动，引导学生主动参与、积极思考，核心问题："同学们，其实在生活中有很多这样的例子，(课件出示东方明珠)这是哪儿？去过吗？它有多高？"</w:t>
            </w:r>
          </w:p>
        </w:tc>
      </w:tr>
      <w:tr>
        <w:tc>
          <w:tcPr>
            <w:tcW w:type="dxa" w:w="1474"/>
          </w:tcPr>
          <w:p>
            <w:pPr>
              <w:spacing w:after="20" w:line="276" w:lineRule="auto"/>
            </w:pPr>
            <w:r>
              <w:rPr>
                <w:b/>
              </w:rPr>
            </w:r>
            <w:r>
              <w:rPr>
                <w:rFonts w:ascii="宋体" w:hAnsi="宋体" w:eastAsia="宋体"/>
                <w:b/>
                <w:sz w:val="18"/>
              </w:rPr>
              <w:t>四、巩固练习</w:t>
            </w:r>
          </w:p>
        </w:tc>
        <w:tc>
          <w:tcPr>
            <w:tcW w:type="dxa" w:w="3061"/>
          </w:tcPr>
          <w:p>
            <w:pPr>
              <w:spacing w:after="20" w:line="276" w:lineRule="auto"/>
            </w:pPr>
            <w:r/>
            <w:r>
              <w:rPr>
                <w:rFonts w:ascii="宋体" w:hAnsi="宋体" w:eastAsia="宋体"/>
                <w:b w:val="0"/>
                <w:sz w:val="18"/>
              </w:rPr>
              <w:t>1.完成教科书P47“做一做”第1题。</w:t>
            </w:r>
          </w:p>
          <w:p>
            <w:pPr>
              <w:spacing w:after="20" w:line="276" w:lineRule="auto"/>
            </w:pPr>
            <w:r>
              <w:rPr>
                <w:rFonts w:ascii="宋体" w:hAnsi="宋体" w:eastAsia="宋体"/>
                <w:b w:val="0"/>
                <w:sz w:val="18"/>
              </w:rPr>
              <w:t>注意“拐弯数”的数法。</w:t>
            </w:r>
          </w:p>
          <w:p>
            <w:pPr>
              <w:spacing w:after="20" w:line="276" w:lineRule="auto"/>
            </w:pPr>
            <w:r>
              <w:rPr>
                <w:rFonts w:ascii="宋体" w:hAnsi="宋体" w:eastAsia="宋体"/>
                <w:b w:val="0"/>
                <w:sz w:val="18"/>
              </w:rPr>
              <w:t>2．完成教科书P47“做一做”第2题。</w:t>
            </w:r>
          </w:p>
          <w:p>
            <w:pPr>
              <w:spacing w:after="20" w:line="276" w:lineRule="auto"/>
            </w:pPr>
            <w:r>
              <w:rPr>
                <w:rFonts w:ascii="宋体" w:hAnsi="宋体" w:eastAsia="宋体"/>
                <w:b w:val="0"/>
                <w:sz w:val="18"/>
              </w:rPr>
              <w:t>提示：每一位对应是几个，就在那一位写几。</w:t>
            </w:r>
          </w:p>
          <w:p>
            <w:pPr>
              <w:spacing w:after="20" w:line="276" w:lineRule="auto"/>
            </w:pPr>
            <w:r>
              <w:rPr>
                <w:rFonts w:ascii="宋体" w:hAnsi="宋体" w:eastAsia="宋体"/>
                <w:b w:val="0"/>
                <w:sz w:val="18"/>
              </w:rPr>
              <w:t>3．完成教科书P47“做一做”第3题。</w:t>
            </w:r>
          </w:p>
          <w:p>
            <w:pPr>
              <w:spacing w:after="20" w:line="276" w:lineRule="auto"/>
            </w:pPr>
            <w:r>
              <w:rPr>
                <w:rFonts w:ascii="宋体" w:hAnsi="宋体" w:eastAsia="宋体"/>
                <w:b w:val="0"/>
                <w:sz w:val="18"/>
              </w:rPr>
              <w:t>将读数与计数器结合起来看，如：几个千就在计数器的千位上拨几颗珠子。</w:t>
            </w:r>
          </w:p>
        </w:tc>
        <w:tc>
          <w:tcPr>
            <w:tcW w:type="dxa" w:w="3061"/>
          </w:tcPr>
          <w:p>
            <w:pPr>
              <w:spacing w:after="20" w:line="276" w:lineRule="auto"/>
            </w:pPr>
            <w:r/>
            <w:r>
              <w:rPr>
                <w:rFonts w:ascii="宋体" w:hAnsi="宋体" w:eastAsia="宋体"/>
                <w:b w:val="0"/>
                <w:sz w:val="18"/>
              </w:rPr>
              <w:t>——</w:t>
            </w:r>
          </w:p>
        </w:tc>
        <w:tc>
          <w:tcPr>
            <w:tcW w:type="dxa" w:w="1814"/>
          </w:tcPr>
          <w:p>
            <w:pPr>
              <w:spacing w:after="20" w:line="276" w:lineRule="auto"/>
            </w:pPr>
            <w:r/>
            <w:r>
              <w:rPr>
                <w:rFonts w:ascii="宋体" w:hAnsi="宋体" w:eastAsia="宋体"/>
                <w:b w:val="0"/>
                <w:sz w:val="18"/>
              </w:rPr>
              <w:t>通过有层次的练习及时反馈学情，巩固新知，培养学生灵活运用知识解决问题的能力。</w:t>
            </w:r>
          </w:p>
        </w:tc>
      </w:tr>
      <w:tr>
        <w:tc>
          <w:tcPr>
            <w:tcW w:type="dxa" w:w="1474"/>
          </w:tcPr>
          <w:p>
            <w:pPr>
              <w:spacing w:after="20" w:line="276" w:lineRule="auto"/>
            </w:pPr>
            <w:r>
              <w:rPr>
                <w:b/>
              </w:rPr>
            </w:r>
            <w:r>
              <w:rPr>
                <w:rFonts w:ascii="宋体" w:hAnsi="宋体" w:eastAsia="宋体"/>
                <w:b/>
                <w:sz w:val="18"/>
              </w:rPr>
              <w:t>五、课堂小结</w:t>
            </w:r>
          </w:p>
        </w:tc>
        <w:tc>
          <w:tcPr>
            <w:tcW w:type="dxa" w:w="3061"/>
          </w:tcPr>
          <w:p>
            <w:pPr>
              <w:spacing w:after="20" w:line="276" w:lineRule="auto"/>
            </w:pPr>
            <w:r/>
            <w:r>
              <w:rPr>
                <w:rFonts w:ascii="宋体" w:hAnsi="宋体" w:eastAsia="宋体"/>
                <w:b w:val="0"/>
                <w:sz w:val="18"/>
              </w:rPr>
              <w:t>师：这节课你学到了什么？找一找生活中的大数并记录下来。</w:t>
            </w:r>
          </w:p>
        </w:tc>
        <w:tc>
          <w:tcPr>
            <w:tcW w:type="dxa" w:w="3061"/>
          </w:tcPr>
          <w:p>
            <w:pPr>
              <w:spacing w:after="20" w:line="276" w:lineRule="auto"/>
            </w:pPr>
            <w:r/>
            <w:r>
              <w:rPr>
                <w:rFonts w:ascii="宋体" w:hAnsi="宋体" w:eastAsia="宋体"/>
                <w:b w:val="0"/>
                <w:sz w:val="18"/>
              </w:rPr>
              <w:t>——</w:t>
            </w:r>
          </w:p>
        </w:tc>
        <w:tc>
          <w:tcPr>
            <w:tcW w:type="dxa" w:w="1814"/>
          </w:tcPr>
          <w:p>
            <w:pPr>
              <w:spacing w:after="20" w:line="276" w:lineRule="auto"/>
            </w:pPr>
            <w:r/>
            <w:r>
              <w:rPr>
                <w:rFonts w:ascii="宋体" w:hAnsi="宋体" w:eastAsia="宋体"/>
                <w:b w:val="0"/>
                <w:sz w:val="18"/>
              </w:rPr>
              <w:t>借助估数、数星星活动，让学生经历10000以内数的感知过程，理解数的组成和数的读、写方法，建立10000以内数的概念，完善十进制计数法认知。利用计数器拨数，强化对数位的理解，锻炼动手操作与抽象思维能力，促进数感形成。</w:t>
            </w:r>
          </w:p>
        </w:tc>
      </w:tr>
    </w:tbl>
    <w:p>
      <w:pPr>
        <w:spacing w:after="40"/>
      </w:pPr>
    </w:p>
    <w:p>
      <w:pPr>
        <w:spacing w:after="60" w:line="300" w:lineRule="auto"/>
      </w:pPr>
      <w:r>
        <w:rPr>
          <w:rFonts w:ascii="黑体" w:hAnsi="黑体" w:eastAsia="黑体"/>
          <w:b/>
          <w:sz w:val="21"/>
        </w:rPr>
        <w:t>四、板书设计</w:t>
      </w:r>
    </w:p>
    <w:p>
      <w:pPr>
        <w:spacing w:after="40" w:line="300" w:lineRule="auto"/>
      </w:pPr>
      <w:r>
        <w:rPr>
          <w:rFonts w:ascii="宋体" w:hAnsi="宋体" w:eastAsia="宋体"/>
          <w:b w:val="0"/>
          <w:sz w:val="20"/>
        </w:rPr>
        <w:t>10000以内数的认识</w:t>
      </w:r>
    </w:p>
    <w:p>
      <w:pPr>
        <w:spacing w:after="40" w:line="300" w:lineRule="auto"/>
      </w:pPr>
      <w:r>
        <w:rPr>
          <w:rFonts w:ascii="宋体" w:hAnsi="宋体" w:eastAsia="宋体"/>
          <w:b w:val="0"/>
          <w:sz w:val="20"/>
        </w:rPr>
        <w:t>二千四百五十八是由2个千、4个百、5个十和8个一组成的。</w:t>
      </w:r>
    </w:p>
    <w:p>
      <w:pPr>
        <w:spacing w:after="60" w:line="300" w:lineRule="auto"/>
      </w:pPr>
      <w:r>
        <w:rPr>
          <w:rFonts w:ascii="黑体" w:hAnsi="黑体" w:eastAsia="黑体"/>
          <w:b/>
          <w:sz w:val="21"/>
        </w:rPr>
        <w:t>五、作业设计</w:t>
      </w:r>
    </w:p>
    <w:p>
      <w:pPr>
        <w:spacing w:after="40" w:line="300" w:lineRule="auto"/>
        <w:ind w:firstLine="400"/>
      </w:pPr>
      <w:r>
        <w:rPr>
          <w:rFonts w:ascii="宋体" w:hAnsi="宋体" w:eastAsia="宋体"/>
          <w:b w:val="0"/>
          <w:sz w:val="20"/>
        </w:rPr>
        <w:t>课前预设作业：</w:t>
      </w:r>
    </w:p>
    <w:p>
      <w:pPr>
        <w:spacing w:after="40" w:line="300" w:lineRule="auto"/>
        <w:ind w:firstLine="400"/>
      </w:pPr>
      <w:r>
        <w:rPr>
          <w:rFonts w:ascii="宋体" w:hAnsi="宋体" w:eastAsia="宋体"/>
          <w:b w:val="0"/>
          <w:sz w:val="20"/>
        </w:rPr>
        <w:t>① 教科书P46～47例4，教科书P47“做一做”。</w:t>
      </w:r>
    </w:p>
    <w:p>
      <w:pPr>
        <w:spacing w:after="40" w:line="300" w:lineRule="auto"/>
        <w:ind w:firstLine="400"/>
      </w:pPr>
      <w:r>
        <w:rPr>
          <w:rFonts w:ascii="宋体" w:hAnsi="宋体" w:eastAsia="宋体"/>
          <w:b w:val="0"/>
          <w:sz w:val="20"/>
        </w:rPr>
        <w:t>课后跟进作业：教学任务完成后，据学生课堂反馈调整——可安排①《数学作业本》对应课时的巩固练习；②说题或动手操作类实践作业（视学情选用，一、二年级不布置书面家庭作业）。</w:t>
      </w:r>
    </w:p>
    <w:p>
      <w:pPr>
        <w:spacing w:after="60" w:line="300" w:lineRule="auto"/>
      </w:pPr>
      <w:r>
        <w:rPr>
          <w:rFonts w:ascii="黑体" w:hAnsi="黑体" w:eastAsia="黑体"/>
          <w:b/>
          <w:sz w:val="21"/>
        </w:rPr>
        <w:t>六、课后反思</w:t>
      </w:r>
    </w:p>
    <w:p>
      <w:pPr>
        <w:spacing w:after="20" w:line="300" w:lineRule="auto"/>
      </w:pPr>
      <w:r>
        <w:rPr>
          <w:rFonts w:ascii="宋体" w:hAnsi="宋体" w:eastAsia="宋体"/>
          <w:b w:val="0"/>
          <w:sz w:val="20"/>
        </w:rPr>
        <w:t>1．实际教学过程与课前预设之间的差距如何？如果有差距，你是如何处理的？</w:t>
      </w:r>
    </w:p>
    <w:p>
      <w:pPr>
        <w:spacing w:after="40" w:line="300" w:lineRule="auto"/>
      </w:pPr>
      <w:r>
        <w:rPr>
          <w:rFonts w:ascii="楷体" w:hAnsi="楷体" w:eastAsia="楷体"/>
          <w:b w:val="0"/>
          <w:sz w:val="20"/>
        </w:rPr>
        <w:t>＿＿＿＿＿＿＿＿＿＿＿＿＿＿＿＿＿＿＿＿＿＿＿＿＿＿＿＿＿＿＿＿＿＿＿＿</w:t>
      </w:r>
    </w:p>
    <w:p>
      <w:pPr>
        <w:spacing w:after="20" w:line="300" w:lineRule="auto"/>
      </w:pPr>
      <w:r>
        <w:rPr>
          <w:rFonts w:ascii="宋体" w:hAnsi="宋体" w:eastAsia="宋体"/>
          <w:b w:val="0"/>
          <w:sz w:val="20"/>
        </w:rPr>
        <w:t>2．学生是否都有了公平学习的机会？</w:t>
      </w:r>
    </w:p>
    <w:p>
      <w:pPr>
        <w:spacing w:after="40" w:line="300" w:lineRule="auto"/>
      </w:pPr>
      <w:r>
        <w:rPr>
          <w:rFonts w:ascii="楷体" w:hAnsi="楷体" w:eastAsia="楷体"/>
          <w:b w:val="0"/>
          <w:sz w:val="20"/>
        </w:rPr>
        <w:t>＿＿＿＿＿＿＿＿＿＿＿＿＿＿＿＿＿＿＿＿＿＿＿＿＿＿＿＿＿＿＿＿＿＿＿＿</w:t>
      </w:r>
    </w:p>
    <w:p>
      <w:pPr>
        <w:spacing w:after="20" w:line="300" w:lineRule="auto"/>
      </w:pPr>
      <w:r>
        <w:rPr>
          <w:rFonts w:ascii="宋体" w:hAnsi="宋体" w:eastAsia="宋体"/>
          <w:b w:val="0"/>
          <w:sz w:val="20"/>
        </w:rPr>
        <w:t>3．教学中还存在哪些问题？哪个问题显得最为关键？打算在后续的教学中如何改进？</w:t>
      </w:r>
    </w:p>
    <w:p>
      <w:pPr>
        <w:spacing w:after="40" w:line="300" w:lineRule="auto"/>
      </w:pPr>
      <w:r>
        <w:rPr>
          <w:rFonts w:ascii="楷体" w:hAnsi="楷体" w:eastAsia="楷体"/>
          <w:b w:val="0"/>
          <w:sz w:val="20"/>
        </w:rPr>
        <w:t>＿＿＿＿＿＿＿＿＿＿＿＿＿＿＿＿＿＿＿＿＿＿＿＿＿＿＿＿＿＿＿＿＿＿＿＿</w:t>
      </w:r>
    </w:p>
    <w:p>
      <w:pPr>
        <w:spacing w:after="40" w:line="300" w:lineRule="auto"/>
        <w:ind w:firstLine="380"/>
      </w:pPr>
      <w:r>
        <w:rPr>
          <w:rFonts w:ascii="楷体" w:hAnsi="楷体" w:eastAsia="楷体"/>
          <w:b w:val="0"/>
          <w:color w:val="606060"/>
          <w:sz w:val="19"/>
        </w:rPr>
        <w:t>【原教学设计反思（供参考）】本节课充分利用直观图，引导学生自己动手、动口、动脑，在数数中让学生直观感受到数的形成过程，逐步发展学生的数感。在教学中，充分相信学生，把更多的机会留给学生，让学生在操作、交流、思考、回顾、练习中得到提升，理解新授知识的内涵，突破难点。</w:t>
      </w:r>
    </w:p>
    <w:p>
      <w:r>
        <w:br w:type="page"/>
      </w:r>
    </w:p>
    <w:p>
      <w:pPr>
        <w:spacing w:after="80" w:line="300" w:lineRule="auto"/>
      </w:pPr>
      <w:r>
        <w:rPr>
          <w:rFonts w:ascii="黑体" w:hAnsi="黑体" w:eastAsia="黑体"/>
          <w:b/>
          <w:sz w:val="24"/>
        </w:rPr>
        <w:t>二、课时教学方案（第4课时）</w:t>
      </w:r>
    </w:p>
    <w:p>
      <w:pPr>
        <w:spacing w:after="80" w:line="300" w:lineRule="auto"/>
      </w:pPr>
      <w:r>
        <w:rPr>
          <w:rFonts w:ascii="黑体" w:hAnsi="黑体" w:eastAsia="黑体"/>
          <w:b/>
          <w:sz w:val="24"/>
        </w:rPr>
        <w:t>第4课时　认识算盘</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4819"/>
        <w:gridCol w:w="4819"/>
      </w:tblGrid>
      <w:tr>
        <w:trPr>
          <w:tblHeader w:val="true"/>
        </w:trPr>
        <w:tc>
          <w:tcPr>
            <w:tcW w:type="dxa" w:w="3402"/>
            <w:shd w:val="clear" w:fill="E8EEF7"/>
          </w:tcPr>
          <w:p>
            <w:pPr>
              <w:spacing w:after="20" w:line="276" w:lineRule="auto"/>
              <w:jc w:val="center"/>
            </w:pPr>
            <w:r/>
            <w:r>
              <w:rPr>
                <w:rFonts w:ascii="黑体" w:hAnsi="黑体" w:eastAsia="黑体"/>
                <w:b/>
                <w:sz w:val="18"/>
              </w:rPr>
              <w:t>课题名称</w:t>
            </w:r>
          </w:p>
        </w:tc>
        <w:tc>
          <w:tcPr>
            <w:tcW w:type="dxa" w:w="6009"/>
            <w:shd w:val="clear" w:fill="E8EEF7"/>
          </w:tcPr>
          <w:p>
            <w:pPr>
              <w:spacing w:after="20" w:line="276" w:lineRule="auto"/>
              <w:jc w:val="center"/>
            </w:pPr>
            <w:r/>
            <w:r>
              <w:rPr>
                <w:rFonts w:ascii="黑体" w:hAnsi="黑体" w:eastAsia="黑体"/>
                <w:b/>
                <w:sz w:val="18"/>
              </w:rPr>
              <w:t>所属主题</w:t>
            </w:r>
          </w:p>
        </w:tc>
      </w:tr>
      <w:tr>
        <w:tc>
          <w:tcPr>
            <w:tcW w:type="dxa" w:w="3402"/>
          </w:tcPr>
          <w:p>
            <w:pPr>
              <w:spacing w:after="20" w:line="276" w:lineRule="auto"/>
            </w:pPr>
            <w:r/>
            <w:r>
              <w:rPr>
                <w:rFonts w:ascii="宋体" w:hAnsi="宋体" w:eastAsia="宋体"/>
                <w:b/>
                <w:sz w:val="20"/>
              </w:rPr>
              <w:t>第4课时　认识算盘</w:t>
            </w:r>
          </w:p>
        </w:tc>
        <w:tc>
          <w:tcPr>
            <w:tcW w:type="dxa" w:w="6009"/>
          </w:tcPr>
          <w:p>
            <w:pPr>
              <w:spacing w:after="20" w:line="276" w:lineRule="auto"/>
            </w:pPr>
            <w:r/>
            <w:r>
              <w:rPr>
                <w:rFonts w:ascii="宋体" w:hAnsi="宋体" w:eastAsia="宋体"/>
                <w:b w:val="0"/>
                <w:sz w:val="20"/>
              </w:rPr>
              <w:t>第3单元 万以内数的认识</w:t>
            </w:r>
          </w:p>
        </w:tc>
      </w:tr>
    </w:tbl>
    <w:p>
      <w:pPr>
        <w:spacing w:after="40"/>
      </w:pPr>
    </w:p>
    <w:p>
      <w:pPr>
        <w:spacing w:after="60" w:line="300" w:lineRule="auto"/>
      </w:pPr>
      <w:r>
        <w:rPr>
          <w:rFonts w:ascii="黑体" w:hAnsi="黑体" w:eastAsia="黑体"/>
          <w:b/>
          <w:sz w:val="21"/>
        </w:rPr>
        <w:t>一、课前思考</w:t>
      </w:r>
    </w:p>
    <w:p>
      <w:pPr>
        <w:spacing w:after="20" w:line="300" w:lineRule="auto"/>
      </w:pPr>
      <w:r>
        <w:rPr>
          <w:rFonts w:ascii="黑体" w:hAnsi="黑体" w:eastAsia="黑体"/>
          <w:b/>
          <w:sz w:val="21"/>
        </w:rPr>
        <w:t>1．学情诊断与分析</w:t>
      </w:r>
    </w:p>
    <w:p>
      <w:pPr>
        <w:spacing w:after="80" w:line="300" w:lineRule="auto"/>
        <w:ind w:firstLine="400"/>
      </w:pPr>
      <w:r>
        <w:rPr>
          <w:rFonts w:ascii="宋体" w:hAnsi="宋体" w:eastAsia="宋体"/>
          <w:b w:val="0"/>
          <w:sz w:val="20"/>
        </w:rPr>
        <w:t>单元学情：【学情分析】</w:t>
      </w:r>
    </w:p>
    <w:p>
      <w:pPr>
        <w:spacing w:after="80" w:line="300" w:lineRule="auto"/>
        <w:ind w:firstLine="400"/>
      </w:pPr>
      <w:r>
        <w:rPr>
          <w:rFonts w:ascii="宋体" w:hAnsi="宋体" w:eastAsia="宋体"/>
          <w:b w:val="0"/>
          <w:sz w:val="20"/>
        </w:rPr>
        <w:t>根据儿童的年龄特征和心理发展规律，自然数的认识由小到大，逐步扩大。学生已经认识了百以内的数，本次学习“万以内数的认识”是对前面知识的拓展。虽然数在生活中的应用范围较广，但学生接触大数的机会并不多。教学时，要以直观为主，将抽象的数形象化，贯穿整个单元教学的始终，进而培养学生对数学学习的兴趣，逐步发展学生的数感。</w:t>
      </w:r>
    </w:p>
    <w:p>
      <w:pPr>
        <w:spacing w:after="80" w:line="300" w:lineRule="auto"/>
        <w:ind w:firstLine="400"/>
      </w:pPr>
      <w:r>
        <w:rPr>
          <w:rFonts w:ascii="宋体" w:hAnsi="宋体" w:eastAsia="宋体"/>
          <w:b w:val="0"/>
          <w:sz w:val="20"/>
        </w:rPr>
        <w:t>【教学策略】</w:t>
      </w:r>
    </w:p>
    <w:p>
      <w:pPr>
        <w:spacing w:after="80" w:line="300" w:lineRule="auto"/>
        <w:ind w:firstLine="400"/>
      </w:pPr>
      <w:r>
        <w:rPr>
          <w:rFonts w:ascii="宋体" w:hAnsi="宋体" w:eastAsia="宋体"/>
          <w:b w:val="0"/>
          <w:sz w:val="20"/>
        </w:rPr>
        <w:t>本课学情：结合本班实际，诊断学生完成本课时任务的起点与可能的困难。</w:t>
      </w:r>
    </w:p>
    <w:p>
      <w:pPr>
        <w:spacing w:after="20" w:line="300" w:lineRule="auto"/>
      </w:pPr>
      <w:r>
        <w:rPr>
          <w:rFonts w:ascii="黑体" w:hAnsi="黑体" w:eastAsia="黑体"/>
          <w:b/>
          <w:sz w:val="21"/>
        </w:rPr>
        <w:t>2．教材分析与教学材料选择</w:t>
      </w:r>
    </w:p>
    <w:p>
      <w:pPr>
        <w:spacing w:after="80" w:line="300" w:lineRule="auto"/>
        <w:ind w:firstLine="400"/>
      </w:pPr>
      <w:r>
        <w:rPr>
          <w:rFonts w:ascii="宋体" w:hAnsi="宋体" w:eastAsia="宋体"/>
          <w:b w:val="0"/>
          <w:sz w:val="20"/>
        </w:rPr>
        <w:t>教学内容：教科书P48例5，教科书P48“做一做”。</w:t>
      </w:r>
    </w:p>
    <w:p>
      <w:pPr>
        <w:spacing w:after="80" w:line="300" w:lineRule="auto"/>
        <w:ind w:firstLine="400"/>
      </w:pPr>
      <w:r>
        <w:rPr>
          <w:rFonts w:ascii="宋体" w:hAnsi="宋体" w:eastAsia="宋体"/>
          <w:b w:val="0"/>
          <w:sz w:val="20"/>
        </w:rPr>
        <w:t>教学准备：课件、算盘。</w:t>
      </w:r>
    </w:p>
    <w:p>
      <w:pPr>
        <w:spacing w:after="20" w:line="300" w:lineRule="auto"/>
      </w:pPr>
      <w:r>
        <w:rPr>
          <w:rFonts w:ascii="黑体" w:hAnsi="黑体" w:eastAsia="黑体"/>
          <w:b/>
          <w:sz w:val="21"/>
        </w:rPr>
        <w:t>3．具体目标阐述与教学重难点</w:t>
      </w:r>
    </w:p>
    <w:p>
      <w:pPr>
        <w:spacing w:after="20" w:line="300" w:lineRule="auto"/>
      </w:pPr>
      <w:r>
        <w:rPr>
          <w:rFonts w:ascii="黑体" w:hAnsi="黑体" w:eastAsia="黑体"/>
          <w:b/>
          <w:sz w:val="20"/>
        </w:rPr>
        <w:t>课时目标：</w:t>
      </w:r>
    </w:p>
    <w:p>
      <w:pPr>
        <w:spacing w:after="20" w:line="300" w:lineRule="auto"/>
        <w:ind w:firstLine="400"/>
      </w:pPr>
      <w:r>
        <w:rPr>
          <w:rFonts w:ascii="宋体" w:hAnsi="宋体" w:eastAsia="宋体"/>
          <w:b w:val="0"/>
          <w:sz w:val="20"/>
        </w:rPr>
        <w:t>（1）直观认识算盘，知道算盘各部分的名称，学会用算盘记数和数数。</w:t>
      </w:r>
    </w:p>
    <w:p>
      <w:pPr>
        <w:spacing w:after="20" w:line="300" w:lineRule="auto"/>
        <w:ind w:firstLine="400"/>
      </w:pPr>
      <w:r>
        <w:rPr>
          <w:rFonts w:ascii="宋体" w:hAnsi="宋体" w:eastAsia="宋体"/>
          <w:b w:val="0"/>
          <w:sz w:val="20"/>
        </w:rPr>
        <w:t>（2）经历用算盘表示数、数数的操作过程，能读、写算盘上表示的10000以内的数。</w:t>
      </w:r>
    </w:p>
    <w:p>
      <w:pPr>
        <w:spacing w:after="20" w:line="300" w:lineRule="auto"/>
      </w:pPr>
      <w:r>
        <w:rPr>
          <w:rFonts w:ascii="宋体" w:hAnsi="宋体" w:eastAsia="宋体"/>
          <w:b w:val="0"/>
          <w:sz w:val="20"/>
        </w:rPr>
        <w:t>教学重点：认识算盘，会用算盘表示数。</w:t>
      </w:r>
    </w:p>
    <w:p>
      <w:pPr>
        <w:spacing w:after="20" w:line="300" w:lineRule="auto"/>
      </w:pPr>
      <w:r>
        <w:rPr>
          <w:rFonts w:ascii="宋体" w:hAnsi="宋体" w:eastAsia="宋体"/>
          <w:b w:val="0"/>
          <w:sz w:val="20"/>
        </w:rPr>
        <w:t>教学难点：算盘上带有上珠的数的读、写。</w:t>
      </w:r>
    </w:p>
    <w:p>
      <w:pPr>
        <w:spacing w:after="40"/>
      </w:pPr>
    </w:p>
    <w:p>
      <w:pPr>
        <w:spacing w:after="60" w:line="300" w:lineRule="auto"/>
      </w:pPr>
      <w:r>
        <w:rPr>
          <w:rFonts w:ascii="黑体" w:hAnsi="黑体" w:eastAsia="黑体"/>
          <w:b/>
          <w:sz w:val="21"/>
        </w:rPr>
        <w:t>二、板块设计</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2409"/>
        <w:gridCol w:w="2409"/>
        <w:gridCol w:w="2409"/>
        <w:gridCol w:w="2409"/>
      </w:tblGrid>
      <w:tr>
        <w:trPr>
          <w:tblHeader w:val="true"/>
        </w:trPr>
        <w:tc>
          <w:tcPr>
            <w:tcW w:type="dxa" w:w="2835"/>
            <w:shd w:val="clear" w:fill="E8EEF7"/>
          </w:tcPr>
          <w:p>
            <w:pPr>
              <w:spacing w:after="20" w:line="276" w:lineRule="auto"/>
              <w:jc w:val="center"/>
            </w:pPr>
            <w:r/>
            <w:r>
              <w:rPr>
                <w:rFonts w:ascii="黑体" w:hAnsi="黑体" w:eastAsia="黑体"/>
                <w:b/>
                <w:sz w:val="18"/>
              </w:rPr>
              <w:t>环节目标</w:t>
            </w:r>
          </w:p>
        </w:tc>
        <w:tc>
          <w:tcPr>
            <w:tcW w:type="dxa" w:w="1814"/>
            <w:shd w:val="clear" w:fill="E8EEF7"/>
          </w:tcPr>
          <w:p>
            <w:pPr>
              <w:spacing w:after="20" w:line="276" w:lineRule="auto"/>
              <w:jc w:val="center"/>
            </w:pPr>
            <w:r/>
            <w:r>
              <w:rPr>
                <w:rFonts w:ascii="黑体" w:hAnsi="黑体" w:eastAsia="黑体"/>
                <w:b/>
                <w:sz w:val="18"/>
              </w:rPr>
              <w:t>学习材料</w:t>
            </w:r>
          </w:p>
        </w:tc>
        <w:tc>
          <w:tcPr>
            <w:tcW w:type="dxa" w:w="3402"/>
            <w:shd w:val="clear" w:fill="E8EEF7"/>
          </w:tcPr>
          <w:p>
            <w:pPr>
              <w:spacing w:after="20" w:line="276" w:lineRule="auto"/>
              <w:jc w:val="center"/>
            </w:pPr>
            <w:r/>
            <w:r>
              <w:rPr>
                <w:rFonts w:ascii="黑体" w:hAnsi="黑体" w:eastAsia="黑体"/>
                <w:b/>
                <w:sz w:val="18"/>
              </w:rPr>
              <w:t>关键问题</w:t>
            </w:r>
          </w:p>
        </w:tc>
        <w:tc>
          <w:tcPr>
            <w:tcW w:type="dxa" w:w="1361"/>
            <w:shd w:val="clear" w:fill="E8EEF7"/>
          </w:tcPr>
          <w:p>
            <w:pPr>
              <w:spacing w:after="20" w:line="276" w:lineRule="auto"/>
              <w:jc w:val="center"/>
            </w:pPr>
            <w:r/>
            <w:r>
              <w:rPr>
                <w:rFonts w:ascii="黑体" w:hAnsi="黑体" w:eastAsia="黑体"/>
                <w:b/>
                <w:sz w:val="18"/>
              </w:rPr>
              <w:t>时间</w:t>
            </w:r>
          </w:p>
        </w:tc>
      </w:tr>
      <w:tr>
        <w:tc>
          <w:tcPr>
            <w:tcW w:type="dxa" w:w="2835"/>
          </w:tcPr>
          <w:p>
            <w:pPr>
              <w:spacing w:after="20" w:line="276" w:lineRule="auto"/>
            </w:pPr>
            <w:r/>
            <w:r>
              <w:rPr>
                <w:rFonts w:ascii="宋体" w:hAnsi="宋体" w:eastAsia="宋体"/>
                <w:b w:val="0"/>
                <w:sz w:val="18"/>
              </w:rPr>
              <w:t>一、创设情境，生成问题</w:t>
            </w:r>
          </w:p>
        </w:tc>
        <w:tc>
          <w:tcPr>
            <w:tcW w:type="dxa" w:w="1814"/>
          </w:tcPr>
          <w:p>
            <w:pPr>
              <w:spacing w:after="20" w:line="276" w:lineRule="auto"/>
            </w:pPr>
            <w:r/>
            <w:r>
              <w:rPr>
                <w:rFonts w:ascii="宋体" w:hAnsi="宋体" w:eastAsia="宋体"/>
                <w:b w:val="0"/>
                <w:sz w:val="18"/>
              </w:rPr>
              <w:t>课件</w:t>
            </w:r>
          </w:p>
        </w:tc>
        <w:tc>
          <w:tcPr>
            <w:tcW w:type="dxa" w:w="3402"/>
          </w:tcPr>
          <w:p>
            <w:pPr>
              <w:spacing w:after="20" w:line="276" w:lineRule="auto"/>
            </w:pPr>
            <w:r/>
            <w:r>
              <w:rPr>
                <w:rFonts w:ascii="宋体" w:hAnsi="宋体" w:eastAsia="宋体"/>
                <w:b w:val="0"/>
                <w:sz w:val="18"/>
              </w:rPr>
              <w:t>——</w:t>
            </w:r>
          </w:p>
        </w:tc>
        <w:tc>
          <w:tcPr>
            <w:tcW w:type="dxa" w:w="1361"/>
          </w:tcPr>
          <w:p>
            <w:pPr>
              <w:spacing w:after="20" w:line="276" w:lineRule="auto"/>
            </w:pPr>
            <w:r/>
            <w:r>
              <w:rPr>
                <w:rFonts w:ascii="宋体" w:hAnsi="宋体" w:eastAsia="宋体"/>
                <w:b w:val="0"/>
                <w:sz w:val="18"/>
              </w:rPr>
              <w:t>6分钟</w:t>
            </w:r>
          </w:p>
        </w:tc>
      </w:tr>
      <w:tr>
        <w:tc>
          <w:tcPr>
            <w:tcW w:type="dxa" w:w="2835"/>
          </w:tcPr>
          <w:p>
            <w:pPr>
              <w:spacing w:after="20" w:line="276" w:lineRule="auto"/>
            </w:pPr>
            <w:r/>
            <w:r>
              <w:rPr>
                <w:rFonts w:ascii="宋体" w:hAnsi="宋体" w:eastAsia="宋体"/>
                <w:b w:val="0"/>
                <w:sz w:val="18"/>
              </w:rPr>
              <w:t>二、介绍算盘拨数的方法</w:t>
            </w:r>
          </w:p>
        </w:tc>
        <w:tc>
          <w:tcPr>
            <w:tcW w:type="dxa" w:w="1814"/>
          </w:tcPr>
          <w:p>
            <w:pPr>
              <w:spacing w:after="20" w:line="276" w:lineRule="auto"/>
            </w:pPr>
            <w:r/>
            <w:r>
              <w:rPr>
                <w:rFonts w:ascii="宋体" w:hAnsi="宋体" w:eastAsia="宋体"/>
                <w:b w:val="0"/>
                <w:sz w:val="18"/>
              </w:rPr>
              <w:t>课件、教科书、计数器</w:t>
            </w:r>
          </w:p>
        </w:tc>
        <w:tc>
          <w:tcPr>
            <w:tcW w:type="dxa" w:w="3402"/>
          </w:tcPr>
          <w:p>
            <w:pPr>
              <w:spacing w:after="20" w:line="276" w:lineRule="auto"/>
            </w:pPr>
            <w:r/>
            <w:r>
              <w:rPr>
                <w:rFonts w:ascii="宋体" w:hAnsi="宋体" w:eastAsia="宋体"/>
                <w:b w:val="0"/>
                <w:sz w:val="18"/>
              </w:rPr>
              <w:t>数字5呢？；你同意哪种拨法？</w:t>
            </w:r>
          </w:p>
        </w:tc>
        <w:tc>
          <w:tcPr>
            <w:tcW w:type="dxa" w:w="1361"/>
          </w:tcPr>
          <w:p>
            <w:pPr>
              <w:spacing w:after="20" w:line="276" w:lineRule="auto"/>
            </w:pPr>
            <w:r/>
            <w:r>
              <w:rPr>
                <w:rFonts w:ascii="宋体" w:hAnsi="宋体" w:eastAsia="宋体"/>
                <w:b w:val="0"/>
                <w:sz w:val="18"/>
              </w:rPr>
              <w:t>26分钟</w:t>
            </w:r>
          </w:p>
        </w:tc>
      </w:tr>
      <w:tr>
        <w:tc>
          <w:tcPr>
            <w:tcW w:type="dxa" w:w="2835"/>
          </w:tcPr>
          <w:p>
            <w:pPr>
              <w:spacing w:after="20" w:line="276" w:lineRule="auto"/>
            </w:pPr>
            <w:r/>
            <w:r>
              <w:rPr>
                <w:rFonts w:ascii="宋体" w:hAnsi="宋体" w:eastAsia="宋体"/>
                <w:b w:val="0"/>
                <w:sz w:val="18"/>
              </w:rPr>
              <w:t>三、巩固应用，加深认识</w:t>
            </w:r>
          </w:p>
        </w:tc>
        <w:tc>
          <w:tcPr>
            <w:tcW w:type="dxa" w:w="1814"/>
          </w:tcPr>
          <w:p>
            <w:pPr>
              <w:spacing w:after="20" w:line="276" w:lineRule="auto"/>
            </w:pPr>
            <w:r/>
            <w:r>
              <w:rPr>
                <w:rFonts w:ascii="宋体" w:hAnsi="宋体" w:eastAsia="宋体"/>
                <w:b w:val="0"/>
                <w:sz w:val="18"/>
              </w:rPr>
              <w:t>教科书、课件</w:t>
            </w:r>
          </w:p>
        </w:tc>
        <w:tc>
          <w:tcPr>
            <w:tcW w:type="dxa" w:w="3402"/>
          </w:tcPr>
          <w:p>
            <w:pPr>
              <w:spacing w:after="20" w:line="276" w:lineRule="auto"/>
            </w:pPr>
            <w:r/>
            <w:r>
              <w:rPr>
                <w:rFonts w:ascii="宋体" w:hAnsi="宋体" w:eastAsia="宋体"/>
                <w:b w:val="0"/>
                <w:sz w:val="18"/>
              </w:rPr>
              <w:t>——</w:t>
            </w:r>
          </w:p>
        </w:tc>
        <w:tc>
          <w:tcPr>
            <w:tcW w:type="dxa" w:w="1361"/>
          </w:tcPr>
          <w:p>
            <w:pPr>
              <w:spacing w:after="20" w:line="276" w:lineRule="auto"/>
            </w:pPr>
            <w:r/>
            <w:r>
              <w:rPr>
                <w:rFonts w:ascii="宋体" w:hAnsi="宋体" w:eastAsia="宋体"/>
                <w:b w:val="0"/>
                <w:sz w:val="18"/>
              </w:rPr>
              <w:t>5分钟</w:t>
            </w:r>
          </w:p>
        </w:tc>
      </w:tr>
      <w:tr>
        <w:tc>
          <w:tcPr>
            <w:tcW w:type="dxa" w:w="2835"/>
          </w:tcPr>
          <w:p>
            <w:pPr>
              <w:spacing w:after="20" w:line="276" w:lineRule="auto"/>
            </w:pPr>
            <w:r/>
            <w:r>
              <w:rPr>
                <w:rFonts w:ascii="宋体" w:hAnsi="宋体" w:eastAsia="宋体"/>
                <w:b w:val="0"/>
                <w:sz w:val="18"/>
              </w:rPr>
              <w:t>四、课堂小结</w:t>
            </w:r>
          </w:p>
        </w:tc>
        <w:tc>
          <w:tcPr>
            <w:tcW w:type="dxa" w:w="1814"/>
          </w:tcPr>
          <w:p>
            <w:pPr>
              <w:spacing w:after="20" w:line="276" w:lineRule="auto"/>
            </w:pPr>
            <w:r/>
            <w:r>
              <w:rPr>
                <w:rFonts w:ascii="宋体" w:hAnsi="宋体" w:eastAsia="宋体"/>
                <w:b w:val="0"/>
                <w:sz w:val="18"/>
              </w:rPr>
              <w:t>课件</w:t>
            </w:r>
          </w:p>
        </w:tc>
        <w:tc>
          <w:tcPr>
            <w:tcW w:type="dxa" w:w="3402"/>
          </w:tcPr>
          <w:p>
            <w:pPr>
              <w:spacing w:after="20" w:line="276" w:lineRule="auto"/>
            </w:pPr>
            <w:r/>
            <w:r>
              <w:rPr>
                <w:rFonts w:ascii="宋体" w:hAnsi="宋体" w:eastAsia="宋体"/>
                <w:b w:val="0"/>
                <w:sz w:val="18"/>
              </w:rPr>
              <w:t>这节课你们学习了哪些知识？用算盘拨数要注意什么？</w:t>
            </w:r>
          </w:p>
        </w:tc>
        <w:tc>
          <w:tcPr>
            <w:tcW w:type="dxa" w:w="1361"/>
          </w:tcPr>
          <w:p>
            <w:pPr>
              <w:spacing w:after="20" w:line="276" w:lineRule="auto"/>
            </w:pPr>
            <w:r/>
            <w:r>
              <w:rPr>
                <w:rFonts w:ascii="宋体" w:hAnsi="宋体" w:eastAsia="宋体"/>
                <w:b w:val="0"/>
                <w:sz w:val="18"/>
              </w:rPr>
              <w:t>3分钟</w:t>
            </w:r>
          </w:p>
        </w:tc>
      </w:tr>
    </w:tbl>
    <w:p>
      <w:pPr>
        <w:spacing w:after="40"/>
      </w:pPr>
    </w:p>
    <w:p>
      <w:pPr>
        <w:spacing w:after="60" w:line="300" w:lineRule="auto"/>
      </w:pPr>
      <w:r>
        <w:rPr>
          <w:rFonts w:ascii="黑体" w:hAnsi="黑体" w:eastAsia="黑体"/>
          <w:b/>
          <w:sz w:val="21"/>
        </w:rPr>
        <w:t>三、教学过程（分栏）</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2409"/>
        <w:gridCol w:w="2409"/>
        <w:gridCol w:w="2409"/>
        <w:gridCol w:w="2409"/>
      </w:tblGrid>
      <w:tr>
        <w:trPr>
          <w:tblHeader w:val="true"/>
        </w:trPr>
        <w:tc>
          <w:tcPr>
            <w:tcW w:type="dxa" w:w="1474"/>
            <w:shd w:val="clear" w:fill="E8EEF7"/>
          </w:tcPr>
          <w:p>
            <w:pPr>
              <w:spacing w:after="20" w:line="276" w:lineRule="auto"/>
              <w:jc w:val="center"/>
            </w:pPr>
            <w:r/>
            <w:r>
              <w:rPr>
                <w:rFonts w:ascii="黑体" w:hAnsi="黑体" w:eastAsia="黑体"/>
                <w:b/>
                <w:sz w:val="18"/>
              </w:rPr>
              <w:t>教学环节</w:t>
            </w:r>
          </w:p>
        </w:tc>
        <w:tc>
          <w:tcPr>
            <w:tcW w:type="dxa" w:w="3061"/>
            <w:shd w:val="clear" w:fill="E8EEF7"/>
          </w:tcPr>
          <w:p>
            <w:pPr>
              <w:spacing w:after="20" w:line="276" w:lineRule="auto"/>
              <w:jc w:val="center"/>
            </w:pPr>
            <w:r/>
            <w:r>
              <w:rPr>
                <w:rFonts w:ascii="黑体" w:hAnsi="黑体" w:eastAsia="黑体"/>
                <w:b/>
                <w:sz w:val="18"/>
              </w:rPr>
              <w:t>教师活动</w:t>
            </w:r>
          </w:p>
        </w:tc>
        <w:tc>
          <w:tcPr>
            <w:tcW w:type="dxa" w:w="3061"/>
            <w:shd w:val="clear" w:fill="E8EEF7"/>
          </w:tcPr>
          <w:p>
            <w:pPr>
              <w:spacing w:after="20" w:line="276" w:lineRule="auto"/>
              <w:jc w:val="center"/>
            </w:pPr>
            <w:r/>
            <w:r>
              <w:rPr>
                <w:rFonts w:ascii="黑体" w:hAnsi="黑体" w:eastAsia="黑体"/>
                <w:b/>
                <w:sz w:val="18"/>
              </w:rPr>
              <w:t>学生活动</w:t>
            </w:r>
          </w:p>
        </w:tc>
        <w:tc>
          <w:tcPr>
            <w:tcW w:type="dxa" w:w="1814"/>
            <w:shd w:val="clear" w:fill="E8EEF7"/>
          </w:tcPr>
          <w:p>
            <w:pPr>
              <w:spacing w:after="20" w:line="276" w:lineRule="auto"/>
              <w:jc w:val="center"/>
            </w:pPr>
            <w:r/>
            <w:r>
              <w:rPr>
                <w:rFonts w:ascii="黑体" w:hAnsi="黑体" w:eastAsia="黑体"/>
                <w:b/>
                <w:sz w:val="18"/>
              </w:rPr>
              <w:t>设计意图</w:t>
            </w:r>
          </w:p>
        </w:tc>
      </w:tr>
      <w:tr>
        <w:tc>
          <w:tcPr>
            <w:tcW w:type="dxa" w:w="1474"/>
          </w:tcPr>
          <w:p>
            <w:pPr>
              <w:spacing w:after="20" w:line="276" w:lineRule="auto"/>
            </w:pPr>
            <w:r>
              <w:rPr>
                <w:b/>
              </w:rPr>
            </w:r>
            <w:r>
              <w:rPr>
                <w:rFonts w:ascii="宋体" w:hAnsi="宋体" w:eastAsia="宋体"/>
                <w:b/>
                <w:sz w:val="18"/>
              </w:rPr>
              <w:t>一、创设情境，生成问题</w:t>
            </w:r>
          </w:p>
        </w:tc>
        <w:tc>
          <w:tcPr>
            <w:tcW w:type="dxa" w:w="3061"/>
          </w:tcPr>
          <w:p>
            <w:pPr>
              <w:spacing w:after="20" w:line="276" w:lineRule="auto"/>
            </w:pPr>
            <w:r/>
            <w:r>
              <w:rPr>
                <w:rFonts w:ascii="宋体" w:hAnsi="宋体" w:eastAsia="宋体"/>
                <w:b w:val="0"/>
                <w:sz w:val="18"/>
              </w:rPr>
              <w:t>师：同学们，老师这里有个谜语，请大家猜一猜谜底是什么。(课件出示)</w:t>
            </w:r>
          </w:p>
          <w:p>
            <w:pPr>
              <w:spacing w:after="20" w:line="276" w:lineRule="auto"/>
            </w:pPr>
            <w:r>
              <w:rPr>
                <w:rFonts w:ascii="宋体" w:hAnsi="宋体" w:eastAsia="宋体"/>
                <w:b w:val="0"/>
                <w:sz w:val="18"/>
              </w:rPr>
              <w:t>一座城，四面墙，一群珠宝里面藏。如用小手拨一拨，噼里啪啦连声响。</w:t>
            </w:r>
          </w:p>
          <w:p>
            <w:pPr>
              <w:spacing w:after="20" w:line="276" w:lineRule="auto"/>
            </w:pPr>
            <w:r>
              <w:rPr>
                <w:rFonts w:ascii="宋体" w:hAnsi="宋体" w:eastAsia="宋体"/>
                <w:b w:val="0"/>
                <w:sz w:val="18"/>
              </w:rPr>
              <w:t>师：大家真厉害！算盘在生产和生活中有着广泛的应用，我们可以用算盘数数和记数。这节课我们就来学习如何利用算盘数数和记数。(板书课题：认识算盘)</w:t>
            </w:r>
          </w:p>
        </w:tc>
        <w:tc>
          <w:tcPr>
            <w:tcW w:type="dxa" w:w="3061"/>
          </w:tcPr>
          <w:p>
            <w:pPr>
              <w:spacing w:after="20" w:line="276" w:lineRule="auto"/>
            </w:pPr>
            <w:r/>
            <w:r>
              <w:rPr>
                <w:rFonts w:ascii="宋体" w:hAnsi="宋体" w:eastAsia="宋体"/>
                <w:b w:val="0"/>
                <w:sz w:val="18"/>
              </w:rPr>
              <w:t>算盘。</w:t>
            </w:r>
          </w:p>
        </w:tc>
        <w:tc>
          <w:tcPr>
            <w:tcW w:type="dxa" w:w="1814"/>
          </w:tcPr>
          <w:p>
            <w:pPr>
              <w:spacing w:after="20" w:line="276" w:lineRule="auto"/>
            </w:pPr>
            <w:r/>
            <w:r>
              <w:rPr>
                <w:rFonts w:ascii="宋体" w:hAnsi="宋体" w:eastAsia="宋体"/>
                <w:b w:val="0"/>
                <w:sz w:val="18"/>
              </w:rPr>
              <w:t>创设情境激活学生已有经验，自然引出本课学习内容，激发学习兴趣。</w:t>
            </w:r>
          </w:p>
        </w:tc>
      </w:tr>
      <w:tr>
        <w:tc>
          <w:tcPr>
            <w:tcW w:type="dxa" w:w="1474"/>
          </w:tcPr>
          <w:p>
            <w:pPr>
              <w:spacing w:after="20" w:line="276" w:lineRule="auto"/>
            </w:pPr>
            <w:r>
              <w:rPr>
                <w:b/>
              </w:rPr>
            </w:r>
            <w:r>
              <w:rPr>
                <w:rFonts w:ascii="宋体" w:hAnsi="宋体" w:eastAsia="宋体"/>
                <w:b/>
                <w:sz w:val="18"/>
              </w:rPr>
              <w:t>二、介绍算盘拨数的方法</w:t>
            </w:r>
          </w:p>
        </w:tc>
        <w:tc>
          <w:tcPr>
            <w:tcW w:type="dxa" w:w="3061"/>
          </w:tcPr>
          <w:p>
            <w:pPr>
              <w:spacing w:after="20" w:line="276" w:lineRule="auto"/>
            </w:pPr>
            <w:r/>
            <w:r>
              <w:rPr>
                <w:rFonts w:ascii="宋体" w:hAnsi="宋体" w:eastAsia="宋体"/>
                <w:b w:val="0"/>
                <w:sz w:val="18"/>
              </w:rPr>
              <w:t>1.认识算盘。</w:t>
            </w:r>
          </w:p>
          <w:p>
            <w:pPr>
              <w:spacing w:after="20" w:line="276" w:lineRule="auto"/>
            </w:pPr>
            <w:r>
              <w:rPr>
                <w:rFonts w:ascii="宋体" w:hAnsi="宋体" w:eastAsia="宋体"/>
                <w:b w:val="0"/>
                <w:sz w:val="18"/>
              </w:rPr>
              <w:t>师：在学习用算盘来记数之前，我们先来认识算盘的构造。</w:t>
            </w:r>
          </w:p>
          <w:p>
            <w:pPr>
              <w:spacing w:after="20" w:line="276" w:lineRule="auto"/>
            </w:pPr>
            <w:r>
              <w:rPr>
                <w:rFonts w:ascii="宋体" w:hAnsi="宋体" w:eastAsia="宋体"/>
                <w:b w:val="0"/>
                <w:sz w:val="18"/>
              </w:rPr>
              <w:t>课件出示教科书P48例5。</w:t>
            </w:r>
          </w:p>
          <w:p>
            <w:pPr>
              <w:spacing w:after="20" w:line="276" w:lineRule="auto"/>
            </w:pPr>
            <w:r>
              <w:rPr>
                <w:rFonts w:ascii="宋体" w:hAnsi="宋体" w:eastAsia="宋体"/>
                <w:b w:val="0"/>
                <w:sz w:val="18"/>
              </w:rPr>
              <w:t>算盘可以帮助我们数数和记数。</w:t>
            </w:r>
          </w:p>
          <w:p>
            <w:pPr>
              <w:spacing w:after="20" w:line="276" w:lineRule="auto"/>
            </w:pPr>
            <w:r>
              <w:rPr>
                <w:rFonts w:ascii="宋体" w:hAnsi="宋体" w:eastAsia="宋体"/>
                <w:b w:val="0"/>
                <w:sz w:val="18"/>
              </w:rPr>
              <w:t>教师结合课件，依次展示具体名称(板书：框、梁、档、算珠)。</w:t>
            </w:r>
          </w:p>
          <w:p>
            <w:pPr>
              <w:spacing w:after="20" w:line="276" w:lineRule="auto"/>
            </w:pPr>
            <w:r>
              <w:rPr>
                <w:rFonts w:ascii="宋体" w:hAnsi="宋体" w:eastAsia="宋体"/>
                <w:b w:val="0"/>
                <w:sz w:val="18"/>
              </w:rPr>
              <w:t>教师介绍上珠和下珠的意义：梁上面的算珠叫上珠，一颗上珠表示5；梁下面的算珠叫下珠，一颗下珠表示1。(教师适时板书)</w:t>
            </w:r>
          </w:p>
          <w:p>
            <w:pPr>
              <w:spacing w:after="20" w:line="276" w:lineRule="auto"/>
            </w:pPr>
            <w:r>
              <w:rPr>
                <w:rFonts w:ascii="宋体" w:hAnsi="宋体" w:eastAsia="宋体"/>
                <w:b w:val="0"/>
                <w:sz w:val="18"/>
              </w:rPr>
              <w:t>2．探究算盘上0～9的表示方法。</w:t>
            </w:r>
          </w:p>
          <w:p>
            <w:pPr>
              <w:spacing w:after="20" w:line="276" w:lineRule="auto"/>
            </w:pPr>
            <w:r>
              <w:rPr>
                <w:rFonts w:ascii="宋体" w:hAnsi="宋体" w:eastAsia="宋体"/>
                <w:b w:val="0"/>
                <w:sz w:val="18"/>
              </w:rPr>
              <w:t>师：接下来，我们来试试用算盘记数的方法吧。数字0表示的是没有，所以不拨珠子。拨1颗下珠，就可以表示1，拨2颗下珠表示2，那怎样表示数字3呢？4呢？</w:t>
            </w:r>
          </w:p>
          <w:p>
            <w:pPr>
              <w:spacing w:after="20" w:line="276" w:lineRule="auto"/>
            </w:pPr>
            <w:r>
              <w:rPr>
                <w:rFonts w:ascii="宋体" w:hAnsi="宋体" w:eastAsia="宋体"/>
                <w:b w:val="0"/>
                <w:sz w:val="18"/>
              </w:rPr>
              <w:t>师：数字5呢？</w:t>
            </w:r>
          </w:p>
          <w:p>
            <w:pPr>
              <w:spacing w:after="20" w:line="276" w:lineRule="auto"/>
            </w:pPr>
            <w:r>
              <w:rPr>
                <w:rFonts w:ascii="宋体" w:hAnsi="宋体" w:eastAsia="宋体"/>
                <w:b w:val="0"/>
                <w:sz w:val="18"/>
              </w:rPr>
              <w:t>师：你同意哪种拨法？说说你的理由。</w:t>
            </w:r>
          </w:p>
          <w:p>
            <w:pPr>
              <w:spacing w:after="20" w:line="276" w:lineRule="auto"/>
            </w:pPr>
            <w:r>
              <w:rPr>
                <w:rFonts w:ascii="宋体" w:hAnsi="宋体" w:eastAsia="宋体"/>
                <w:b w:val="0"/>
                <w:sz w:val="18"/>
              </w:rPr>
              <w:t>3．了解算珠如何定位。</w:t>
            </w:r>
          </w:p>
          <w:p>
            <w:pPr>
              <w:spacing w:after="20" w:line="276" w:lineRule="auto"/>
            </w:pPr>
            <w:r>
              <w:rPr>
                <w:rFonts w:ascii="宋体" w:hAnsi="宋体" w:eastAsia="宋体"/>
                <w:b w:val="0"/>
                <w:sz w:val="18"/>
              </w:rPr>
              <w:t>教师介绍拨珠指法：中指控制上档的算珠上下拨动，大拇指控制下档算珠往上拨，食指控制下档算珠往下拨。(教师演示)</w:t>
            </w:r>
          </w:p>
          <w:p>
            <w:pPr>
              <w:spacing w:after="20" w:line="276" w:lineRule="auto"/>
            </w:pPr>
            <w:r>
              <w:rPr>
                <w:rFonts w:ascii="宋体" w:hAnsi="宋体" w:eastAsia="宋体"/>
                <w:b w:val="0"/>
                <w:sz w:val="18"/>
              </w:rPr>
              <w:t>师：下面我们一起用正确的指法从1拨到9。</w:t>
            </w:r>
          </w:p>
          <w:p>
            <w:pPr>
              <w:spacing w:after="20" w:line="276" w:lineRule="auto"/>
            </w:pPr>
            <w:r>
              <w:rPr>
                <w:rFonts w:ascii="宋体" w:hAnsi="宋体" w:eastAsia="宋体"/>
                <w:b w:val="0"/>
                <w:sz w:val="18"/>
              </w:rPr>
              <w:t>放慢节奏，师生一起数数，并拨算珠表示数字。</w:t>
            </w:r>
          </w:p>
          <w:p>
            <w:pPr>
              <w:spacing w:after="20" w:line="276" w:lineRule="auto"/>
            </w:pPr>
            <w:r>
              <w:rPr>
                <w:rFonts w:ascii="宋体" w:hAnsi="宋体" w:eastAsia="宋体"/>
                <w:b w:val="0"/>
                <w:sz w:val="18"/>
              </w:rPr>
              <w:t>师：怎么拨10呢？</w:t>
            </w:r>
          </w:p>
          <w:p>
            <w:pPr>
              <w:spacing w:after="20" w:line="276" w:lineRule="auto"/>
            </w:pPr>
            <w:r>
              <w:rPr>
                <w:rFonts w:ascii="宋体" w:hAnsi="宋体" w:eastAsia="宋体"/>
                <w:b w:val="0"/>
                <w:sz w:val="18"/>
              </w:rPr>
              <w:t>引导学生观察，无论用哪种方式，都必须确定个位，并做好记号。确定个位后依次往左数，分别是十位、百位、千位。</w:t>
            </w:r>
          </w:p>
          <w:p>
            <w:pPr>
              <w:spacing w:after="20" w:line="276" w:lineRule="auto"/>
            </w:pPr>
            <w:r>
              <w:rPr>
                <w:rFonts w:ascii="宋体" w:hAnsi="宋体" w:eastAsia="宋体"/>
                <w:b w:val="0"/>
                <w:sz w:val="18"/>
              </w:rPr>
              <w:t>师：尝试着在算盘上拨出2458。</w:t>
            </w:r>
          </w:p>
          <w:p>
            <w:pPr>
              <w:spacing w:after="20" w:line="276" w:lineRule="auto"/>
            </w:pPr>
            <w:r>
              <w:rPr>
                <w:rFonts w:ascii="宋体" w:hAnsi="宋体" w:eastAsia="宋体"/>
                <w:b w:val="0"/>
                <w:sz w:val="18"/>
              </w:rPr>
              <w:t>教师根据学生回答逐步呈现课件。</w:t>
            </w:r>
          </w:p>
          <w:p>
            <w:pPr>
              <w:spacing w:after="20" w:line="276" w:lineRule="auto"/>
            </w:pPr>
            <w:r>
              <w:rPr>
                <w:rFonts w:ascii="宋体" w:hAnsi="宋体" w:eastAsia="宋体"/>
                <w:b w:val="0"/>
                <w:sz w:val="18"/>
              </w:rPr>
              <w:t>4．找计数器和算盘拨数方法的异同点。</w:t>
            </w:r>
          </w:p>
          <w:p>
            <w:pPr>
              <w:spacing w:after="20" w:line="276" w:lineRule="auto"/>
            </w:pPr>
            <w:r>
              <w:rPr>
                <w:rFonts w:ascii="宋体" w:hAnsi="宋体" w:eastAsia="宋体"/>
                <w:b w:val="0"/>
                <w:sz w:val="18"/>
              </w:rPr>
              <w:t>相同点：数位顺序都一样。都是按各个数位上是几来拨数。</w:t>
            </w:r>
          </w:p>
          <w:p>
            <w:pPr>
              <w:spacing w:after="20" w:line="276" w:lineRule="auto"/>
            </w:pPr>
            <w:r>
              <w:rPr>
                <w:rFonts w:ascii="宋体" w:hAnsi="宋体" w:eastAsia="宋体"/>
                <w:b w:val="0"/>
                <w:sz w:val="18"/>
              </w:rPr>
              <w:t>不同点：计数器上一颗珠子表示1，算盘上一颗上珠表示5，一颗下珠表示1。</w:t>
            </w:r>
          </w:p>
          <w:p>
            <w:pPr>
              <w:spacing w:after="20" w:line="276" w:lineRule="auto"/>
            </w:pPr>
            <w:r>
              <w:rPr>
                <w:rFonts w:ascii="宋体" w:hAnsi="宋体" w:eastAsia="宋体"/>
                <w:b w:val="0"/>
                <w:sz w:val="18"/>
              </w:rPr>
              <w:t>5．练习拨数。</w:t>
            </w:r>
          </w:p>
          <w:p>
            <w:pPr>
              <w:spacing w:after="20" w:line="276" w:lineRule="auto"/>
            </w:pPr>
            <w:r>
              <w:rPr>
                <w:rFonts w:ascii="宋体" w:hAnsi="宋体" w:eastAsia="宋体"/>
                <w:b w:val="0"/>
                <w:sz w:val="18"/>
              </w:rPr>
              <w:t>请学生上台拨数：396、2508、1005。</w:t>
            </w:r>
          </w:p>
        </w:tc>
        <w:tc>
          <w:tcPr>
            <w:tcW w:type="dxa" w:w="3061"/>
          </w:tcPr>
          <w:p>
            <w:pPr>
              <w:spacing w:after="20" w:line="276" w:lineRule="auto"/>
            </w:pPr>
            <w:r/>
            <w:r>
              <w:rPr>
                <w:rFonts w:ascii="宋体" w:hAnsi="宋体" w:eastAsia="宋体"/>
                <w:b w:val="0"/>
                <w:sz w:val="18"/>
              </w:rPr>
              <w:t>同桌之间互说名称，一人指，另一人说。</w:t>
            </w:r>
          </w:p>
          <w:p>
            <w:pPr>
              <w:spacing w:after="20" w:line="276" w:lineRule="auto"/>
            </w:pPr>
            <w:r>
              <w:rPr>
                <w:rFonts w:ascii="宋体" w:hAnsi="宋体" w:eastAsia="宋体"/>
                <w:b w:val="0"/>
                <w:sz w:val="18"/>
              </w:rPr>
              <w:t>数字3，拨3颗下珠。数字4，拨4颗下珠。</w:t>
            </w:r>
          </w:p>
          <w:p>
            <w:pPr>
              <w:spacing w:after="20" w:line="276" w:lineRule="auto"/>
            </w:pPr>
            <w:r>
              <w:rPr>
                <w:rFonts w:ascii="宋体" w:hAnsi="宋体" w:eastAsia="宋体"/>
                <w:b w:val="0"/>
                <w:sz w:val="18"/>
              </w:rPr>
              <w:t>预设1：拨5颗下珠。</w:t>
            </w:r>
          </w:p>
          <w:p>
            <w:pPr>
              <w:spacing w:after="20" w:line="276" w:lineRule="auto"/>
            </w:pPr>
            <w:r>
              <w:rPr>
                <w:rFonts w:ascii="宋体" w:hAnsi="宋体" w:eastAsia="宋体"/>
                <w:b w:val="0"/>
                <w:sz w:val="18"/>
              </w:rPr>
              <w:t>预设2：拨1颗上珠。</w:t>
            </w:r>
          </w:p>
          <w:p>
            <w:pPr>
              <w:spacing w:after="20" w:line="276" w:lineRule="auto"/>
            </w:pPr>
            <w:r>
              <w:rPr>
                <w:rFonts w:ascii="宋体" w:hAnsi="宋体" w:eastAsia="宋体"/>
                <w:b w:val="0"/>
                <w:sz w:val="18"/>
              </w:rPr>
              <w:t>学生自由表达各自的观点，生生互动，在互动中体会上珠的用途并理解用1颗上珠表示5会更加便捷。</w:t>
            </w:r>
          </w:p>
          <w:p>
            <w:pPr>
              <w:spacing w:after="20" w:line="276" w:lineRule="auto"/>
            </w:pPr>
            <w:r>
              <w:rPr>
                <w:rFonts w:ascii="宋体" w:hAnsi="宋体" w:eastAsia="宋体"/>
                <w:b w:val="0"/>
                <w:sz w:val="18"/>
              </w:rPr>
              <w:t>同桌之间互说6～9该如何表示，指名学生汇报演示。</w:t>
            </w:r>
          </w:p>
          <w:p>
            <w:pPr>
              <w:spacing w:after="20" w:line="276" w:lineRule="auto"/>
            </w:pPr>
            <w:r>
              <w:rPr>
                <w:rFonts w:ascii="宋体" w:hAnsi="宋体" w:eastAsia="宋体"/>
                <w:b w:val="0"/>
                <w:sz w:val="18"/>
              </w:rPr>
              <w:t>通常用最右边一档作为个位，在十位上拨1颗下珠。</w:t>
            </w:r>
          </w:p>
          <w:p>
            <w:pPr>
              <w:spacing w:after="20" w:line="276" w:lineRule="auto"/>
            </w:pPr>
            <w:r>
              <w:rPr>
                <w:rFonts w:ascii="宋体" w:hAnsi="宋体" w:eastAsia="宋体"/>
                <w:b w:val="0"/>
                <w:sz w:val="18"/>
              </w:rPr>
              <w:t>预设1：选最右边一档作为个位，往左依次为十位、百位和千位；</w:t>
            </w:r>
          </w:p>
          <w:p>
            <w:pPr>
              <w:spacing w:after="20" w:line="276" w:lineRule="auto"/>
            </w:pPr>
            <w:r>
              <w:rPr>
                <w:rFonts w:ascii="宋体" w:hAnsi="宋体" w:eastAsia="宋体"/>
                <w:b w:val="0"/>
                <w:sz w:val="18"/>
              </w:rPr>
              <w:t>预设2：中间选一档作为个位，往左依次为十位、百位和千位。</w:t>
            </w:r>
          </w:p>
          <w:p>
            <w:pPr>
              <w:spacing w:after="20" w:line="276" w:lineRule="auto"/>
            </w:pPr>
            <w:r>
              <w:rPr>
                <w:rFonts w:ascii="宋体" w:hAnsi="宋体" w:eastAsia="宋体"/>
                <w:b w:val="0"/>
                <w:sz w:val="18"/>
              </w:rPr>
              <w:t>学生拨好后在算盘上从右往左确认：个位上是几就表示几，十位上是几就表示几十，百位上是几就表示几百。看看上下珠子是否拨正确。</w:t>
            </w:r>
          </w:p>
        </w:tc>
        <w:tc>
          <w:tcPr>
            <w:tcW w:type="dxa" w:w="1814"/>
          </w:tcPr>
          <w:p>
            <w:pPr>
              <w:spacing w:after="20" w:line="276" w:lineRule="auto"/>
            </w:pPr>
            <w:r/>
            <w:r>
              <w:rPr>
                <w:rFonts w:ascii="宋体" w:hAnsi="宋体" w:eastAsia="宋体"/>
                <w:b w:val="0"/>
                <w:sz w:val="18"/>
              </w:rPr>
              <w:t>围绕环节目标组织学习活动，引导学生主动参与、积极思考，核心问题："数字5呢？"</w:t>
            </w:r>
          </w:p>
        </w:tc>
      </w:tr>
      <w:tr>
        <w:tc>
          <w:tcPr>
            <w:tcW w:type="dxa" w:w="1474"/>
          </w:tcPr>
          <w:p>
            <w:pPr>
              <w:spacing w:after="20" w:line="276" w:lineRule="auto"/>
            </w:pPr>
            <w:r>
              <w:rPr>
                <w:b/>
              </w:rPr>
            </w:r>
            <w:r>
              <w:rPr>
                <w:rFonts w:ascii="宋体" w:hAnsi="宋体" w:eastAsia="宋体"/>
                <w:b/>
                <w:sz w:val="18"/>
              </w:rPr>
              <w:t>三、巩固应用，加深认识</w:t>
            </w:r>
          </w:p>
        </w:tc>
        <w:tc>
          <w:tcPr>
            <w:tcW w:type="dxa" w:w="3061"/>
          </w:tcPr>
          <w:p>
            <w:pPr>
              <w:spacing w:after="20" w:line="276" w:lineRule="auto"/>
            </w:pPr>
            <w:r/>
            <w:r>
              <w:rPr>
                <w:rFonts w:ascii="宋体" w:hAnsi="宋体" w:eastAsia="宋体"/>
                <w:b w:val="0"/>
                <w:sz w:val="18"/>
              </w:rPr>
              <w:t>1.完成教科书P48“做一做”第1题。</w:t>
            </w:r>
          </w:p>
          <w:p>
            <w:pPr>
              <w:spacing w:after="20" w:line="276" w:lineRule="auto"/>
            </w:pPr>
            <w:r>
              <w:rPr>
                <w:rFonts w:ascii="宋体" w:hAnsi="宋体" w:eastAsia="宋体"/>
                <w:b w:val="0"/>
                <w:sz w:val="18"/>
              </w:rPr>
              <w:t>提示：用算盘拨数先确定选哪个档作为个位，拨5和5以上的数要用到上珠。</w:t>
            </w:r>
          </w:p>
          <w:p>
            <w:pPr>
              <w:spacing w:after="20" w:line="276" w:lineRule="auto"/>
            </w:pPr>
            <w:r>
              <w:rPr>
                <w:rFonts w:ascii="宋体" w:hAnsi="宋体" w:eastAsia="宋体"/>
                <w:b w:val="0"/>
                <w:sz w:val="18"/>
              </w:rPr>
              <w:t>2．完成教科书P48“做一做”第2题。</w:t>
            </w:r>
          </w:p>
          <w:p>
            <w:pPr>
              <w:spacing w:after="20" w:line="276" w:lineRule="auto"/>
            </w:pPr>
            <w:r>
              <w:rPr>
                <w:rFonts w:ascii="宋体" w:hAnsi="宋体" w:eastAsia="宋体"/>
                <w:b w:val="0"/>
                <w:sz w:val="18"/>
              </w:rPr>
              <w:t>提示：算盘上一颗上珠表示5，一颗下珠表示1，“0”用空档表示。某个数位上是几，就在算盘上相对应的数位上拨几。</w:t>
            </w:r>
          </w:p>
        </w:tc>
        <w:tc>
          <w:tcPr>
            <w:tcW w:type="dxa" w:w="3061"/>
          </w:tcPr>
          <w:p>
            <w:pPr>
              <w:spacing w:after="20" w:line="276" w:lineRule="auto"/>
            </w:pPr>
            <w:r/>
            <w:r>
              <w:rPr>
                <w:rFonts w:ascii="宋体" w:hAnsi="宋体" w:eastAsia="宋体"/>
                <w:b w:val="0"/>
                <w:sz w:val="18"/>
              </w:rPr>
              <w:t>——</w:t>
            </w:r>
          </w:p>
        </w:tc>
        <w:tc>
          <w:tcPr>
            <w:tcW w:type="dxa" w:w="1814"/>
          </w:tcPr>
          <w:p>
            <w:pPr>
              <w:spacing w:after="20" w:line="276" w:lineRule="auto"/>
            </w:pPr>
            <w:r/>
            <w:r>
              <w:rPr>
                <w:rFonts w:ascii="宋体" w:hAnsi="宋体" w:eastAsia="宋体"/>
                <w:b w:val="0"/>
                <w:sz w:val="18"/>
              </w:rPr>
              <w:t>通过有层次的练习及时反馈学情，巩固新知，培养学生灵活运用知识解决问题的能力。</w:t>
            </w:r>
          </w:p>
        </w:tc>
      </w:tr>
      <w:tr>
        <w:tc>
          <w:tcPr>
            <w:tcW w:type="dxa" w:w="1474"/>
          </w:tcPr>
          <w:p>
            <w:pPr>
              <w:spacing w:after="20" w:line="276" w:lineRule="auto"/>
            </w:pPr>
            <w:r>
              <w:rPr>
                <w:b/>
              </w:rPr>
            </w:r>
            <w:r>
              <w:rPr>
                <w:rFonts w:ascii="宋体" w:hAnsi="宋体" w:eastAsia="宋体"/>
                <w:b/>
                <w:sz w:val="18"/>
              </w:rPr>
              <w:t>四、课堂小结</w:t>
            </w:r>
          </w:p>
        </w:tc>
        <w:tc>
          <w:tcPr>
            <w:tcW w:type="dxa" w:w="3061"/>
          </w:tcPr>
          <w:p>
            <w:pPr>
              <w:spacing w:after="20" w:line="276" w:lineRule="auto"/>
            </w:pPr>
            <w:r/>
            <w:r>
              <w:rPr>
                <w:rFonts w:ascii="宋体" w:hAnsi="宋体" w:eastAsia="宋体"/>
                <w:b w:val="0"/>
                <w:sz w:val="18"/>
              </w:rPr>
              <w:t>师：这节课你们学习了哪些知识？用算盘拨数要注意什么？</w:t>
            </w:r>
          </w:p>
        </w:tc>
        <w:tc>
          <w:tcPr>
            <w:tcW w:type="dxa" w:w="3061"/>
          </w:tcPr>
          <w:p>
            <w:pPr>
              <w:spacing w:after="20" w:line="276" w:lineRule="auto"/>
            </w:pPr>
            <w:r/>
            <w:r>
              <w:rPr>
                <w:rFonts w:ascii="宋体" w:hAnsi="宋体" w:eastAsia="宋体"/>
                <w:b w:val="0"/>
                <w:sz w:val="18"/>
              </w:rPr>
              <w:t>——</w:t>
            </w:r>
          </w:p>
        </w:tc>
        <w:tc>
          <w:tcPr>
            <w:tcW w:type="dxa" w:w="1814"/>
          </w:tcPr>
          <w:p>
            <w:pPr>
              <w:spacing w:after="20" w:line="276" w:lineRule="auto"/>
            </w:pPr>
            <w:r/>
            <w:r>
              <w:rPr>
                <w:rFonts w:ascii="宋体" w:hAnsi="宋体" w:eastAsia="宋体"/>
                <w:b w:val="0"/>
                <w:sz w:val="18"/>
              </w:rPr>
              <w:t>根据低年级学生的年龄特点，通过猜谜语引发学生的学习兴趣，初步感受算盘的特点。通过标注算盘各部分名称，明确“一颗下珠表示1，一颗上珠表示5”的计数规则，让学生精准掌握算盘基本构造与计数原理，为用算盘进行数的表示和运算奠定基础。引导学生找计数器和算盘拨数方法异同点，培养学生的分析、归纳的能力。</w:t>
            </w:r>
          </w:p>
        </w:tc>
      </w:tr>
    </w:tbl>
    <w:p>
      <w:pPr>
        <w:spacing w:after="40"/>
      </w:pPr>
    </w:p>
    <w:p>
      <w:pPr>
        <w:spacing w:after="60" w:line="300" w:lineRule="auto"/>
      </w:pPr>
      <w:r>
        <w:rPr>
          <w:rFonts w:ascii="黑体" w:hAnsi="黑体" w:eastAsia="黑体"/>
          <w:b/>
          <w:sz w:val="21"/>
        </w:rPr>
        <w:t>四、板书设计</w:t>
      </w:r>
    </w:p>
    <w:p>
      <w:pPr>
        <w:spacing w:after="40" w:line="300" w:lineRule="auto"/>
      </w:pPr>
      <w:r>
        <w:rPr>
          <w:rFonts w:ascii="宋体" w:hAnsi="宋体" w:eastAsia="宋体"/>
          <w:b w:val="0"/>
          <w:sz w:val="20"/>
        </w:rPr>
        <w:t>认识算盘</w:t>
      </w:r>
    </w:p>
    <w:p>
      <w:pPr>
        <w:spacing w:after="40" w:line="300" w:lineRule="auto"/>
      </w:pPr>
      <w:r>
        <w:rPr>
          <w:rFonts w:ascii="宋体" w:hAnsi="宋体" w:eastAsia="宋体"/>
          <w:b w:val="0"/>
          <w:sz w:val="20"/>
        </w:rPr>
        <w:t>框、梁、档、算珠。</w:t>
      </w:r>
    </w:p>
    <w:p>
      <w:pPr>
        <w:spacing w:after="40" w:line="300" w:lineRule="auto"/>
      </w:pPr>
      <w:r>
        <w:rPr>
          <w:rFonts w:ascii="宋体" w:hAnsi="宋体" w:eastAsia="宋体"/>
          <w:b w:val="0"/>
          <w:sz w:val="20"/>
        </w:rPr>
        <w:t>一颗上珠表示5，一颗下珠表示1。</w:t>
      </w:r>
    </w:p>
    <w:p>
      <w:pPr>
        <w:spacing w:after="60" w:line="300" w:lineRule="auto"/>
      </w:pPr>
      <w:r>
        <w:rPr>
          <w:rFonts w:ascii="黑体" w:hAnsi="黑体" w:eastAsia="黑体"/>
          <w:b/>
          <w:sz w:val="21"/>
        </w:rPr>
        <w:t>五、作业设计</w:t>
      </w:r>
    </w:p>
    <w:p>
      <w:pPr>
        <w:spacing w:after="40" w:line="300" w:lineRule="auto"/>
        <w:ind w:firstLine="400"/>
      </w:pPr>
      <w:r>
        <w:rPr>
          <w:rFonts w:ascii="宋体" w:hAnsi="宋体" w:eastAsia="宋体"/>
          <w:b w:val="0"/>
          <w:sz w:val="20"/>
        </w:rPr>
        <w:t>课前预设作业：</w:t>
      </w:r>
    </w:p>
    <w:p>
      <w:pPr>
        <w:spacing w:after="40" w:line="300" w:lineRule="auto"/>
        <w:ind w:firstLine="400"/>
      </w:pPr>
      <w:r>
        <w:rPr>
          <w:rFonts w:ascii="宋体" w:hAnsi="宋体" w:eastAsia="宋体"/>
          <w:b w:val="0"/>
          <w:sz w:val="20"/>
        </w:rPr>
        <w:t>① 教科书P48例5，教科书P48“做一做”。</w:t>
      </w:r>
    </w:p>
    <w:p>
      <w:pPr>
        <w:spacing w:after="40" w:line="300" w:lineRule="auto"/>
        <w:ind w:firstLine="400"/>
      </w:pPr>
      <w:r>
        <w:rPr>
          <w:rFonts w:ascii="宋体" w:hAnsi="宋体" w:eastAsia="宋体"/>
          <w:b w:val="0"/>
          <w:sz w:val="20"/>
        </w:rPr>
        <w:t>课后跟进作业：教学任务完成后，据学生课堂反馈调整——可安排①《数学作业本》对应课时的巩固练习；②说题或动手操作类实践作业（视学情选用，一、二年级不布置书面家庭作业）。</w:t>
      </w:r>
    </w:p>
    <w:p>
      <w:pPr>
        <w:spacing w:after="60" w:line="300" w:lineRule="auto"/>
      </w:pPr>
      <w:r>
        <w:rPr>
          <w:rFonts w:ascii="黑体" w:hAnsi="黑体" w:eastAsia="黑体"/>
          <w:b/>
          <w:sz w:val="21"/>
        </w:rPr>
        <w:t>六、课后反思</w:t>
      </w:r>
    </w:p>
    <w:p>
      <w:pPr>
        <w:spacing w:after="20" w:line="300" w:lineRule="auto"/>
      </w:pPr>
      <w:r>
        <w:rPr>
          <w:rFonts w:ascii="宋体" w:hAnsi="宋体" w:eastAsia="宋体"/>
          <w:b w:val="0"/>
          <w:sz w:val="20"/>
        </w:rPr>
        <w:t>1．实际教学过程与课前预设之间的差距如何？如果有差距，你是如何处理的？</w:t>
      </w:r>
    </w:p>
    <w:p>
      <w:pPr>
        <w:spacing w:after="40" w:line="300" w:lineRule="auto"/>
      </w:pPr>
      <w:r>
        <w:rPr>
          <w:rFonts w:ascii="楷体" w:hAnsi="楷体" w:eastAsia="楷体"/>
          <w:b w:val="0"/>
          <w:sz w:val="20"/>
        </w:rPr>
        <w:t>＿＿＿＿＿＿＿＿＿＿＿＿＿＿＿＿＿＿＿＿＿＿＿＿＿＿＿＿＿＿＿＿＿＿＿＿</w:t>
      </w:r>
    </w:p>
    <w:p>
      <w:pPr>
        <w:spacing w:after="20" w:line="300" w:lineRule="auto"/>
      </w:pPr>
      <w:r>
        <w:rPr>
          <w:rFonts w:ascii="宋体" w:hAnsi="宋体" w:eastAsia="宋体"/>
          <w:b w:val="0"/>
          <w:sz w:val="20"/>
        </w:rPr>
        <w:t>2．学生是否都有了公平学习的机会？</w:t>
      </w:r>
    </w:p>
    <w:p>
      <w:pPr>
        <w:spacing w:after="40" w:line="300" w:lineRule="auto"/>
      </w:pPr>
      <w:r>
        <w:rPr>
          <w:rFonts w:ascii="楷体" w:hAnsi="楷体" w:eastAsia="楷体"/>
          <w:b w:val="0"/>
          <w:sz w:val="20"/>
        </w:rPr>
        <w:t>＿＿＿＿＿＿＿＿＿＿＿＿＿＿＿＿＿＿＿＿＿＿＿＿＿＿＿＿＿＿＿＿＿＿＿＿</w:t>
      </w:r>
    </w:p>
    <w:p>
      <w:pPr>
        <w:spacing w:after="20" w:line="300" w:lineRule="auto"/>
      </w:pPr>
      <w:r>
        <w:rPr>
          <w:rFonts w:ascii="宋体" w:hAnsi="宋体" w:eastAsia="宋体"/>
          <w:b w:val="0"/>
          <w:sz w:val="20"/>
        </w:rPr>
        <w:t>3．教学中还存在哪些问题？哪个问题显得最为关键？打算在后续的教学中如何改进？</w:t>
      </w:r>
    </w:p>
    <w:p>
      <w:pPr>
        <w:spacing w:after="40" w:line="300" w:lineRule="auto"/>
      </w:pPr>
      <w:r>
        <w:rPr>
          <w:rFonts w:ascii="楷体" w:hAnsi="楷体" w:eastAsia="楷体"/>
          <w:b w:val="0"/>
          <w:sz w:val="20"/>
        </w:rPr>
        <w:t>＿＿＿＿＿＿＿＿＿＿＿＿＿＿＿＿＿＿＿＿＿＿＿＿＿＿＿＿＿＿＿＿＿＿＿＿</w:t>
      </w:r>
    </w:p>
    <w:p>
      <w:pPr>
        <w:spacing w:after="40" w:line="300" w:lineRule="auto"/>
        <w:ind w:firstLine="380"/>
      </w:pPr>
      <w:r>
        <w:rPr>
          <w:rFonts w:ascii="楷体" w:hAnsi="楷体" w:eastAsia="楷体"/>
          <w:b w:val="0"/>
          <w:color w:val="606060"/>
          <w:sz w:val="19"/>
        </w:rPr>
        <w:t>【原教学设计反思（供参考）】让学生了解了算盘的基本结构后使用算盘，抓住“以一当五”这一关键节点。鼓励学生勤于思考，积极创新。学生对本课内容很感兴趣，教学难度较小。本节课有算盘尝试，有知识的应用，对学生来说是一次思维的拓展。但学生会用算盘表示数，却没有深入使用算盘。有兴趣的学生可课后去学习掌握，不要求全员学会用算盘进行计算。</w:t>
      </w:r>
    </w:p>
    <w:p>
      <w:r>
        <w:br w:type="page"/>
      </w:r>
    </w:p>
    <w:p>
      <w:pPr>
        <w:spacing w:after="80" w:line="300" w:lineRule="auto"/>
      </w:pPr>
      <w:r>
        <w:rPr>
          <w:rFonts w:ascii="黑体" w:hAnsi="黑体" w:eastAsia="黑体"/>
          <w:b/>
          <w:sz w:val="24"/>
        </w:rPr>
        <w:t>二、课时教学方案（第5课时）</w:t>
      </w:r>
    </w:p>
    <w:p>
      <w:pPr>
        <w:spacing w:after="80" w:line="300" w:lineRule="auto"/>
      </w:pPr>
      <w:r>
        <w:rPr>
          <w:rFonts w:ascii="黑体" w:hAnsi="黑体" w:eastAsia="黑体"/>
          <w:b/>
          <w:sz w:val="24"/>
        </w:rPr>
        <w:t>第5课时　认识“万”及数位顺序表</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4819"/>
        <w:gridCol w:w="4819"/>
      </w:tblGrid>
      <w:tr>
        <w:trPr>
          <w:tblHeader w:val="true"/>
        </w:trPr>
        <w:tc>
          <w:tcPr>
            <w:tcW w:type="dxa" w:w="3402"/>
            <w:shd w:val="clear" w:fill="E8EEF7"/>
          </w:tcPr>
          <w:p>
            <w:pPr>
              <w:spacing w:after="20" w:line="276" w:lineRule="auto"/>
              <w:jc w:val="center"/>
            </w:pPr>
            <w:r/>
            <w:r>
              <w:rPr>
                <w:rFonts w:ascii="黑体" w:hAnsi="黑体" w:eastAsia="黑体"/>
                <w:b/>
                <w:sz w:val="18"/>
              </w:rPr>
              <w:t>课题名称</w:t>
            </w:r>
          </w:p>
        </w:tc>
        <w:tc>
          <w:tcPr>
            <w:tcW w:type="dxa" w:w="6009"/>
            <w:shd w:val="clear" w:fill="E8EEF7"/>
          </w:tcPr>
          <w:p>
            <w:pPr>
              <w:spacing w:after="20" w:line="276" w:lineRule="auto"/>
              <w:jc w:val="center"/>
            </w:pPr>
            <w:r/>
            <w:r>
              <w:rPr>
                <w:rFonts w:ascii="黑体" w:hAnsi="黑体" w:eastAsia="黑体"/>
                <w:b/>
                <w:sz w:val="18"/>
              </w:rPr>
              <w:t>所属主题</w:t>
            </w:r>
          </w:p>
        </w:tc>
      </w:tr>
      <w:tr>
        <w:tc>
          <w:tcPr>
            <w:tcW w:type="dxa" w:w="3402"/>
          </w:tcPr>
          <w:p>
            <w:pPr>
              <w:spacing w:after="20" w:line="276" w:lineRule="auto"/>
            </w:pPr>
            <w:r/>
            <w:r>
              <w:rPr>
                <w:rFonts w:ascii="宋体" w:hAnsi="宋体" w:eastAsia="宋体"/>
                <w:b/>
                <w:sz w:val="20"/>
              </w:rPr>
              <w:t>第5课时　认识“万”及数位顺序表</w:t>
            </w:r>
          </w:p>
        </w:tc>
        <w:tc>
          <w:tcPr>
            <w:tcW w:type="dxa" w:w="6009"/>
          </w:tcPr>
          <w:p>
            <w:pPr>
              <w:spacing w:after="20" w:line="276" w:lineRule="auto"/>
            </w:pPr>
            <w:r/>
            <w:r>
              <w:rPr>
                <w:rFonts w:ascii="宋体" w:hAnsi="宋体" w:eastAsia="宋体"/>
                <w:b w:val="0"/>
                <w:sz w:val="20"/>
              </w:rPr>
              <w:t>第3单元 万以内数的认识</w:t>
            </w:r>
          </w:p>
        </w:tc>
      </w:tr>
    </w:tbl>
    <w:p>
      <w:pPr>
        <w:spacing w:after="40"/>
      </w:pPr>
    </w:p>
    <w:p>
      <w:pPr>
        <w:spacing w:after="60" w:line="300" w:lineRule="auto"/>
      </w:pPr>
      <w:r>
        <w:rPr>
          <w:rFonts w:ascii="黑体" w:hAnsi="黑体" w:eastAsia="黑体"/>
          <w:b/>
          <w:sz w:val="21"/>
        </w:rPr>
        <w:t>一、课前思考</w:t>
      </w:r>
    </w:p>
    <w:p>
      <w:pPr>
        <w:spacing w:after="20" w:line="300" w:lineRule="auto"/>
      </w:pPr>
      <w:r>
        <w:rPr>
          <w:rFonts w:ascii="黑体" w:hAnsi="黑体" w:eastAsia="黑体"/>
          <w:b/>
          <w:sz w:val="21"/>
        </w:rPr>
        <w:t>1．学情诊断与分析</w:t>
      </w:r>
    </w:p>
    <w:p>
      <w:pPr>
        <w:spacing w:after="80" w:line="300" w:lineRule="auto"/>
        <w:ind w:firstLine="400"/>
      </w:pPr>
      <w:r>
        <w:rPr>
          <w:rFonts w:ascii="宋体" w:hAnsi="宋体" w:eastAsia="宋体"/>
          <w:b w:val="0"/>
          <w:sz w:val="20"/>
        </w:rPr>
        <w:t>单元学情：【学情分析】</w:t>
      </w:r>
    </w:p>
    <w:p>
      <w:pPr>
        <w:spacing w:after="80" w:line="300" w:lineRule="auto"/>
        <w:ind w:firstLine="400"/>
      </w:pPr>
      <w:r>
        <w:rPr>
          <w:rFonts w:ascii="宋体" w:hAnsi="宋体" w:eastAsia="宋体"/>
          <w:b w:val="0"/>
          <w:sz w:val="20"/>
        </w:rPr>
        <w:t>根据儿童的年龄特征和心理发展规律，自然数的认识由小到大，逐步扩大。学生已经认识了百以内的数，本次学习“万以内数的认识”是对前面知识的拓展。虽然数在生活中的应用范围较广，但学生接触大数的机会并不多。教学时，要以直观为主，将抽象的数形象化，贯穿整个单元教学的始终，进而培养学生对数学学习的兴趣，逐步发展学生的数感。</w:t>
      </w:r>
    </w:p>
    <w:p>
      <w:pPr>
        <w:spacing w:after="80" w:line="300" w:lineRule="auto"/>
        <w:ind w:firstLine="400"/>
      </w:pPr>
      <w:r>
        <w:rPr>
          <w:rFonts w:ascii="宋体" w:hAnsi="宋体" w:eastAsia="宋体"/>
          <w:b w:val="0"/>
          <w:sz w:val="20"/>
        </w:rPr>
        <w:t>【教学策略】</w:t>
      </w:r>
    </w:p>
    <w:p>
      <w:pPr>
        <w:spacing w:after="80" w:line="300" w:lineRule="auto"/>
        <w:ind w:firstLine="400"/>
      </w:pPr>
      <w:r>
        <w:rPr>
          <w:rFonts w:ascii="宋体" w:hAnsi="宋体" w:eastAsia="宋体"/>
          <w:b w:val="0"/>
          <w:sz w:val="20"/>
        </w:rPr>
        <w:t>本课学情：结合本班实际，诊断学生完成本课时任务的起点与可能的困难。</w:t>
      </w:r>
    </w:p>
    <w:p>
      <w:pPr>
        <w:spacing w:after="20" w:line="300" w:lineRule="auto"/>
      </w:pPr>
      <w:r>
        <w:rPr>
          <w:rFonts w:ascii="黑体" w:hAnsi="黑体" w:eastAsia="黑体"/>
          <w:b/>
          <w:sz w:val="21"/>
        </w:rPr>
        <w:t>2．教材分析与教学材料选择</w:t>
      </w:r>
    </w:p>
    <w:p>
      <w:pPr>
        <w:spacing w:after="80" w:line="300" w:lineRule="auto"/>
        <w:ind w:firstLine="400"/>
      </w:pPr>
      <w:r>
        <w:rPr>
          <w:rFonts w:ascii="宋体" w:hAnsi="宋体" w:eastAsia="宋体"/>
          <w:b w:val="0"/>
          <w:sz w:val="20"/>
        </w:rPr>
        <w:t>教学内容：教科书P49例6，教科书P49“做一做”。</w:t>
      </w:r>
    </w:p>
    <w:p>
      <w:pPr>
        <w:spacing w:after="80" w:line="300" w:lineRule="auto"/>
        <w:ind w:firstLine="400"/>
      </w:pPr>
      <w:r>
        <w:rPr>
          <w:rFonts w:ascii="宋体" w:hAnsi="宋体" w:eastAsia="宋体"/>
          <w:b w:val="0"/>
          <w:sz w:val="20"/>
        </w:rPr>
        <w:t>教学准备：课件、计数器。</w:t>
      </w:r>
    </w:p>
    <w:p>
      <w:pPr>
        <w:spacing w:after="20" w:line="300" w:lineRule="auto"/>
      </w:pPr>
      <w:r>
        <w:rPr>
          <w:rFonts w:ascii="黑体" w:hAnsi="黑体" w:eastAsia="黑体"/>
          <w:b/>
          <w:sz w:val="21"/>
        </w:rPr>
        <w:t>3．具体目标阐述与教学重难点</w:t>
      </w:r>
    </w:p>
    <w:p>
      <w:pPr>
        <w:spacing w:after="20" w:line="300" w:lineRule="auto"/>
      </w:pPr>
      <w:r>
        <w:rPr>
          <w:rFonts w:ascii="黑体" w:hAnsi="黑体" w:eastAsia="黑体"/>
          <w:b/>
          <w:sz w:val="20"/>
        </w:rPr>
        <w:t>课时目标：</w:t>
      </w:r>
    </w:p>
    <w:p>
      <w:pPr>
        <w:spacing w:after="20" w:line="300" w:lineRule="auto"/>
        <w:ind w:firstLine="400"/>
      </w:pPr>
      <w:r>
        <w:rPr>
          <w:rFonts w:ascii="宋体" w:hAnsi="宋体" w:eastAsia="宋体"/>
          <w:b w:val="0"/>
          <w:sz w:val="20"/>
        </w:rPr>
        <w:t>（1）利用数小方块、操作计数器，经历计数单位的形成过程，体会十进制计数原理，认识计数单位“万”及数位顺序表。</w:t>
      </w:r>
    </w:p>
    <w:p>
      <w:pPr>
        <w:spacing w:after="20" w:line="300" w:lineRule="auto"/>
        <w:ind w:firstLine="400"/>
      </w:pPr>
      <w:r>
        <w:rPr>
          <w:rFonts w:ascii="宋体" w:hAnsi="宋体" w:eastAsia="宋体"/>
          <w:b w:val="0"/>
          <w:sz w:val="20"/>
        </w:rPr>
        <w:t>（2）理解个(一)、十、百、千、万等计数单位，掌握相邻计数单位间的十进制关系，并会制作数位顺序表。</w:t>
      </w:r>
    </w:p>
    <w:p>
      <w:pPr>
        <w:spacing w:after="20" w:line="300" w:lineRule="auto"/>
        <w:ind w:firstLine="400"/>
      </w:pPr>
      <w:r>
        <w:rPr>
          <w:rFonts w:ascii="宋体" w:hAnsi="宋体" w:eastAsia="宋体"/>
          <w:b w:val="0"/>
          <w:sz w:val="20"/>
        </w:rPr>
        <w:t>（3）培养数感、推理能力和抽象概括能力，体会十进制计数法。</w:t>
      </w:r>
    </w:p>
    <w:p>
      <w:pPr>
        <w:spacing w:after="20" w:line="300" w:lineRule="auto"/>
      </w:pPr>
      <w:r>
        <w:rPr>
          <w:rFonts w:ascii="宋体" w:hAnsi="宋体" w:eastAsia="宋体"/>
          <w:b w:val="0"/>
          <w:sz w:val="20"/>
        </w:rPr>
        <w:t>教学重点：认识计数单位“万”，掌握数位顺序表。</w:t>
      </w:r>
    </w:p>
    <w:p>
      <w:pPr>
        <w:spacing w:after="20" w:line="300" w:lineRule="auto"/>
      </w:pPr>
      <w:r>
        <w:rPr>
          <w:rFonts w:ascii="宋体" w:hAnsi="宋体" w:eastAsia="宋体"/>
          <w:b w:val="0"/>
          <w:sz w:val="20"/>
        </w:rPr>
        <w:t>教学难点：理解计数单位的累积与新计数单位产生的关系。</w:t>
      </w:r>
    </w:p>
    <w:p>
      <w:pPr>
        <w:spacing w:after="40"/>
      </w:pPr>
    </w:p>
    <w:p>
      <w:pPr>
        <w:spacing w:after="60" w:line="300" w:lineRule="auto"/>
      </w:pPr>
      <w:r>
        <w:rPr>
          <w:rFonts w:ascii="黑体" w:hAnsi="黑体" w:eastAsia="黑体"/>
          <w:b/>
          <w:sz w:val="21"/>
        </w:rPr>
        <w:t>二、板块设计</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2409"/>
        <w:gridCol w:w="2409"/>
        <w:gridCol w:w="2409"/>
        <w:gridCol w:w="2409"/>
      </w:tblGrid>
      <w:tr>
        <w:trPr>
          <w:tblHeader w:val="true"/>
        </w:trPr>
        <w:tc>
          <w:tcPr>
            <w:tcW w:type="dxa" w:w="2835"/>
            <w:shd w:val="clear" w:fill="E8EEF7"/>
          </w:tcPr>
          <w:p>
            <w:pPr>
              <w:spacing w:after="20" w:line="276" w:lineRule="auto"/>
              <w:jc w:val="center"/>
            </w:pPr>
            <w:r/>
            <w:r>
              <w:rPr>
                <w:rFonts w:ascii="黑体" w:hAnsi="黑体" w:eastAsia="黑体"/>
                <w:b/>
                <w:sz w:val="18"/>
              </w:rPr>
              <w:t>环节目标</w:t>
            </w:r>
          </w:p>
        </w:tc>
        <w:tc>
          <w:tcPr>
            <w:tcW w:type="dxa" w:w="1814"/>
            <w:shd w:val="clear" w:fill="E8EEF7"/>
          </w:tcPr>
          <w:p>
            <w:pPr>
              <w:spacing w:after="20" w:line="276" w:lineRule="auto"/>
              <w:jc w:val="center"/>
            </w:pPr>
            <w:r/>
            <w:r>
              <w:rPr>
                <w:rFonts w:ascii="黑体" w:hAnsi="黑体" w:eastAsia="黑体"/>
                <w:b/>
                <w:sz w:val="18"/>
              </w:rPr>
              <w:t>学习材料</w:t>
            </w:r>
          </w:p>
        </w:tc>
        <w:tc>
          <w:tcPr>
            <w:tcW w:type="dxa" w:w="3402"/>
            <w:shd w:val="clear" w:fill="E8EEF7"/>
          </w:tcPr>
          <w:p>
            <w:pPr>
              <w:spacing w:after="20" w:line="276" w:lineRule="auto"/>
              <w:jc w:val="center"/>
            </w:pPr>
            <w:r/>
            <w:r>
              <w:rPr>
                <w:rFonts w:ascii="黑体" w:hAnsi="黑体" w:eastAsia="黑体"/>
                <w:b/>
                <w:sz w:val="18"/>
              </w:rPr>
              <w:t>关键问题</w:t>
            </w:r>
          </w:p>
        </w:tc>
        <w:tc>
          <w:tcPr>
            <w:tcW w:type="dxa" w:w="1361"/>
            <w:shd w:val="clear" w:fill="E8EEF7"/>
          </w:tcPr>
          <w:p>
            <w:pPr>
              <w:spacing w:after="20" w:line="276" w:lineRule="auto"/>
              <w:jc w:val="center"/>
            </w:pPr>
            <w:r/>
            <w:r>
              <w:rPr>
                <w:rFonts w:ascii="黑体" w:hAnsi="黑体" w:eastAsia="黑体"/>
                <w:b/>
                <w:sz w:val="18"/>
              </w:rPr>
              <w:t>时间</w:t>
            </w:r>
          </w:p>
        </w:tc>
      </w:tr>
      <w:tr>
        <w:tc>
          <w:tcPr>
            <w:tcW w:type="dxa" w:w="2835"/>
          </w:tcPr>
          <w:p>
            <w:pPr>
              <w:spacing w:after="20" w:line="276" w:lineRule="auto"/>
            </w:pPr>
            <w:r/>
            <w:r>
              <w:rPr>
                <w:rFonts w:ascii="宋体" w:hAnsi="宋体" w:eastAsia="宋体"/>
                <w:b w:val="0"/>
                <w:sz w:val="18"/>
              </w:rPr>
              <w:t>一、回顾旧知识</w:t>
            </w:r>
          </w:p>
        </w:tc>
        <w:tc>
          <w:tcPr>
            <w:tcW w:type="dxa" w:w="1814"/>
          </w:tcPr>
          <w:p>
            <w:pPr>
              <w:spacing w:after="20" w:line="276" w:lineRule="auto"/>
            </w:pPr>
            <w:r/>
            <w:r>
              <w:rPr>
                <w:rFonts w:ascii="宋体" w:hAnsi="宋体" w:eastAsia="宋体"/>
                <w:b w:val="0"/>
                <w:sz w:val="18"/>
              </w:rPr>
              <w:t>课件、计数器</w:t>
            </w:r>
          </w:p>
        </w:tc>
        <w:tc>
          <w:tcPr>
            <w:tcW w:type="dxa" w:w="3402"/>
          </w:tcPr>
          <w:p>
            <w:pPr>
              <w:spacing w:after="20" w:line="276" w:lineRule="auto"/>
            </w:pPr>
            <w:r/>
            <w:r>
              <w:rPr>
                <w:rFonts w:ascii="宋体" w:hAnsi="宋体" w:eastAsia="宋体"/>
                <w:b w:val="0"/>
                <w:sz w:val="18"/>
              </w:rPr>
              <w:t>个、十、百、千之间有什么关系？；找“十”通常怎样数？找“百”“千”呢？</w:t>
            </w:r>
          </w:p>
        </w:tc>
        <w:tc>
          <w:tcPr>
            <w:tcW w:type="dxa" w:w="1361"/>
          </w:tcPr>
          <w:p>
            <w:pPr>
              <w:spacing w:after="20" w:line="276" w:lineRule="auto"/>
            </w:pPr>
            <w:r/>
            <w:r>
              <w:rPr>
                <w:rFonts w:ascii="宋体" w:hAnsi="宋体" w:eastAsia="宋体"/>
                <w:b w:val="0"/>
                <w:sz w:val="18"/>
              </w:rPr>
              <w:t>5分钟</w:t>
            </w:r>
          </w:p>
        </w:tc>
      </w:tr>
      <w:tr>
        <w:tc>
          <w:tcPr>
            <w:tcW w:type="dxa" w:w="2835"/>
          </w:tcPr>
          <w:p>
            <w:pPr>
              <w:spacing w:after="20" w:line="276" w:lineRule="auto"/>
            </w:pPr>
            <w:r/>
            <w:r>
              <w:rPr>
                <w:rFonts w:ascii="宋体" w:hAnsi="宋体" w:eastAsia="宋体"/>
                <w:b w:val="0"/>
                <w:sz w:val="18"/>
              </w:rPr>
              <w:t>二、学习新知识</w:t>
            </w:r>
          </w:p>
        </w:tc>
        <w:tc>
          <w:tcPr>
            <w:tcW w:type="dxa" w:w="1814"/>
          </w:tcPr>
          <w:p>
            <w:pPr>
              <w:spacing w:after="20" w:line="276" w:lineRule="auto"/>
            </w:pPr>
            <w:r/>
            <w:r>
              <w:rPr>
                <w:rFonts w:ascii="宋体" w:hAnsi="宋体" w:eastAsia="宋体"/>
                <w:b w:val="0"/>
                <w:sz w:val="18"/>
              </w:rPr>
              <w:t>课件、教科书、计数器</w:t>
            </w:r>
          </w:p>
        </w:tc>
        <w:tc>
          <w:tcPr>
            <w:tcW w:type="dxa" w:w="3402"/>
          </w:tcPr>
          <w:p>
            <w:pPr>
              <w:spacing w:after="20" w:line="276" w:lineRule="auto"/>
            </w:pPr>
            <w:r/>
            <w:r>
              <w:rPr>
                <w:rFonts w:ascii="宋体" w:hAnsi="宋体" w:eastAsia="宋体"/>
                <w:b w:val="0"/>
                <w:sz w:val="18"/>
              </w:rPr>
              <w:t>在计数器上拨数，怎样操作？；下面这幅图怎样数？</w:t>
            </w:r>
          </w:p>
        </w:tc>
        <w:tc>
          <w:tcPr>
            <w:tcW w:type="dxa" w:w="1361"/>
          </w:tcPr>
          <w:p>
            <w:pPr>
              <w:spacing w:after="20" w:line="276" w:lineRule="auto"/>
            </w:pPr>
            <w:r/>
            <w:r>
              <w:rPr>
                <w:rFonts w:ascii="宋体" w:hAnsi="宋体" w:eastAsia="宋体"/>
                <w:b w:val="0"/>
                <w:sz w:val="18"/>
              </w:rPr>
              <w:t>29分钟</w:t>
            </w:r>
          </w:p>
        </w:tc>
      </w:tr>
      <w:tr>
        <w:tc>
          <w:tcPr>
            <w:tcW w:type="dxa" w:w="2835"/>
          </w:tcPr>
          <w:p>
            <w:pPr>
              <w:spacing w:after="20" w:line="276" w:lineRule="auto"/>
            </w:pPr>
            <w:r/>
            <w:r>
              <w:rPr>
                <w:rFonts w:ascii="宋体" w:hAnsi="宋体" w:eastAsia="宋体"/>
                <w:b w:val="0"/>
                <w:sz w:val="18"/>
              </w:rPr>
              <w:t>三、巩固练习</w:t>
            </w:r>
          </w:p>
        </w:tc>
        <w:tc>
          <w:tcPr>
            <w:tcW w:type="dxa" w:w="1814"/>
          </w:tcPr>
          <w:p>
            <w:pPr>
              <w:spacing w:after="20" w:line="276" w:lineRule="auto"/>
            </w:pPr>
            <w:r/>
            <w:r>
              <w:rPr>
                <w:rFonts w:ascii="宋体" w:hAnsi="宋体" w:eastAsia="宋体"/>
                <w:b w:val="0"/>
                <w:sz w:val="18"/>
              </w:rPr>
              <w:t>教科书、课件、计数器</w:t>
            </w:r>
          </w:p>
        </w:tc>
        <w:tc>
          <w:tcPr>
            <w:tcW w:type="dxa" w:w="3402"/>
          </w:tcPr>
          <w:p>
            <w:pPr>
              <w:spacing w:after="20" w:line="276" w:lineRule="auto"/>
            </w:pPr>
            <w:r/>
            <w:r>
              <w:rPr>
                <w:rFonts w:ascii="宋体" w:hAnsi="宋体" w:eastAsia="宋体"/>
                <w:b w:val="0"/>
                <w:sz w:val="18"/>
              </w:rPr>
              <w:t>——</w:t>
            </w:r>
          </w:p>
        </w:tc>
        <w:tc>
          <w:tcPr>
            <w:tcW w:type="dxa" w:w="1361"/>
          </w:tcPr>
          <w:p>
            <w:pPr>
              <w:spacing w:after="20" w:line="276" w:lineRule="auto"/>
            </w:pPr>
            <w:r/>
            <w:r>
              <w:rPr>
                <w:rFonts w:ascii="宋体" w:hAnsi="宋体" w:eastAsia="宋体"/>
                <w:b w:val="0"/>
                <w:sz w:val="18"/>
              </w:rPr>
              <w:t>4分钟</w:t>
            </w:r>
          </w:p>
        </w:tc>
      </w:tr>
      <w:tr>
        <w:tc>
          <w:tcPr>
            <w:tcW w:type="dxa" w:w="2835"/>
          </w:tcPr>
          <w:p>
            <w:pPr>
              <w:spacing w:after="20" w:line="276" w:lineRule="auto"/>
            </w:pPr>
            <w:r/>
            <w:r>
              <w:rPr>
                <w:rFonts w:ascii="宋体" w:hAnsi="宋体" w:eastAsia="宋体"/>
                <w:b w:val="0"/>
                <w:sz w:val="18"/>
              </w:rPr>
              <w:t>四、课堂小结</w:t>
            </w:r>
          </w:p>
        </w:tc>
        <w:tc>
          <w:tcPr>
            <w:tcW w:type="dxa" w:w="1814"/>
          </w:tcPr>
          <w:p>
            <w:pPr>
              <w:spacing w:after="20" w:line="276" w:lineRule="auto"/>
            </w:pPr>
            <w:r/>
            <w:r>
              <w:rPr>
                <w:rFonts w:ascii="宋体" w:hAnsi="宋体" w:eastAsia="宋体"/>
                <w:b w:val="0"/>
                <w:sz w:val="18"/>
              </w:rPr>
              <w:t>课件、计数器</w:t>
            </w:r>
          </w:p>
        </w:tc>
        <w:tc>
          <w:tcPr>
            <w:tcW w:type="dxa" w:w="3402"/>
          </w:tcPr>
          <w:p>
            <w:pPr>
              <w:spacing w:after="20" w:line="276" w:lineRule="auto"/>
            </w:pPr>
            <w:r/>
            <w:r>
              <w:rPr>
                <w:rFonts w:ascii="宋体" w:hAnsi="宋体" w:eastAsia="宋体"/>
                <w:b w:val="0"/>
                <w:sz w:val="18"/>
              </w:rPr>
              <w:t>这节课你有哪些收获？</w:t>
            </w:r>
          </w:p>
        </w:tc>
        <w:tc>
          <w:tcPr>
            <w:tcW w:type="dxa" w:w="1361"/>
          </w:tcPr>
          <w:p>
            <w:pPr>
              <w:spacing w:after="20" w:line="276" w:lineRule="auto"/>
            </w:pPr>
            <w:r/>
            <w:r>
              <w:rPr>
                <w:rFonts w:ascii="宋体" w:hAnsi="宋体" w:eastAsia="宋体"/>
                <w:b w:val="0"/>
                <w:sz w:val="18"/>
              </w:rPr>
              <w:t>2分钟</w:t>
            </w:r>
          </w:p>
        </w:tc>
      </w:tr>
    </w:tbl>
    <w:p>
      <w:pPr>
        <w:spacing w:after="40"/>
      </w:pPr>
    </w:p>
    <w:p>
      <w:pPr>
        <w:spacing w:after="60" w:line="300" w:lineRule="auto"/>
      </w:pPr>
      <w:r>
        <w:rPr>
          <w:rFonts w:ascii="黑体" w:hAnsi="黑体" w:eastAsia="黑体"/>
          <w:b/>
          <w:sz w:val="21"/>
        </w:rPr>
        <w:t>三、教学过程（分栏）</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2409"/>
        <w:gridCol w:w="2409"/>
        <w:gridCol w:w="2409"/>
        <w:gridCol w:w="2409"/>
      </w:tblGrid>
      <w:tr>
        <w:trPr>
          <w:tblHeader w:val="true"/>
        </w:trPr>
        <w:tc>
          <w:tcPr>
            <w:tcW w:type="dxa" w:w="1474"/>
            <w:shd w:val="clear" w:fill="E8EEF7"/>
          </w:tcPr>
          <w:p>
            <w:pPr>
              <w:spacing w:after="20" w:line="276" w:lineRule="auto"/>
              <w:jc w:val="center"/>
            </w:pPr>
            <w:r/>
            <w:r>
              <w:rPr>
                <w:rFonts w:ascii="黑体" w:hAnsi="黑体" w:eastAsia="黑体"/>
                <w:b/>
                <w:sz w:val="18"/>
              </w:rPr>
              <w:t>教学环节</w:t>
            </w:r>
          </w:p>
        </w:tc>
        <w:tc>
          <w:tcPr>
            <w:tcW w:type="dxa" w:w="3061"/>
            <w:shd w:val="clear" w:fill="E8EEF7"/>
          </w:tcPr>
          <w:p>
            <w:pPr>
              <w:spacing w:after="20" w:line="276" w:lineRule="auto"/>
              <w:jc w:val="center"/>
            </w:pPr>
            <w:r/>
            <w:r>
              <w:rPr>
                <w:rFonts w:ascii="黑体" w:hAnsi="黑体" w:eastAsia="黑体"/>
                <w:b/>
                <w:sz w:val="18"/>
              </w:rPr>
              <w:t>教师活动</w:t>
            </w:r>
          </w:p>
        </w:tc>
        <w:tc>
          <w:tcPr>
            <w:tcW w:type="dxa" w:w="3061"/>
            <w:shd w:val="clear" w:fill="E8EEF7"/>
          </w:tcPr>
          <w:p>
            <w:pPr>
              <w:spacing w:after="20" w:line="276" w:lineRule="auto"/>
              <w:jc w:val="center"/>
            </w:pPr>
            <w:r/>
            <w:r>
              <w:rPr>
                <w:rFonts w:ascii="黑体" w:hAnsi="黑体" w:eastAsia="黑体"/>
                <w:b/>
                <w:sz w:val="18"/>
              </w:rPr>
              <w:t>学生活动</w:t>
            </w:r>
          </w:p>
        </w:tc>
        <w:tc>
          <w:tcPr>
            <w:tcW w:type="dxa" w:w="1814"/>
            <w:shd w:val="clear" w:fill="E8EEF7"/>
          </w:tcPr>
          <w:p>
            <w:pPr>
              <w:spacing w:after="20" w:line="276" w:lineRule="auto"/>
              <w:jc w:val="center"/>
            </w:pPr>
            <w:r/>
            <w:r>
              <w:rPr>
                <w:rFonts w:ascii="黑体" w:hAnsi="黑体" w:eastAsia="黑体"/>
                <w:b/>
                <w:sz w:val="18"/>
              </w:rPr>
              <w:t>设计意图</w:t>
            </w:r>
          </w:p>
        </w:tc>
      </w:tr>
      <w:tr>
        <w:tc>
          <w:tcPr>
            <w:tcW w:type="dxa" w:w="1474"/>
          </w:tcPr>
          <w:p>
            <w:pPr>
              <w:spacing w:after="20" w:line="276" w:lineRule="auto"/>
            </w:pPr>
            <w:r>
              <w:rPr>
                <w:b/>
              </w:rPr>
            </w:r>
            <w:r>
              <w:rPr>
                <w:rFonts w:ascii="宋体" w:hAnsi="宋体" w:eastAsia="宋体"/>
                <w:b/>
                <w:sz w:val="18"/>
              </w:rPr>
              <w:t>一、回顾旧知识</w:t>
            </w:r>
          </w:p>
        </w:tc>
        <w:tc>
          <w:tcPr>
            <w:tcW w:type="dxa" w:w="3061"/>
          </w:tcPr>
          <w:p>
            <w:pPr>
              <w:spacing w:after="20" w:line="276" w:lineRule="auto"/>
            </w:pPr>
            <w:r/>
            <w:r>
              <w:rPr>
                <w:rFonts w:ascii="宋体" w:hAnsi="宋体" w:eastAsia="宋体"/>
                <w:b w:val="0"/>
                <w:sz w:val="18"/>
              </w:rPr>
              <w:t>师：个、十、百、千之间有什么关系？</w:t>
            </w:r>
          </w:p>
          <w:p>
            <w:pPr>
              <w:spacing w:after="20" w:line="276" w:lineRule="auto"/>
            </w:pPr>
            <w:r>
              <w:rPr>
                <w:rFonts w:ascii="宋体" w:hAnsi="宋体" w:eastAsia="宋体"/>
                <w:b w:val="0"/>
                <w:sz w:val="18"/>
              </w:rPr>
              <w:t>师：找“十”通常怎样数？找“百”“千”呢？</w:t>
            </w:r>
          </w:p>
        </w:tc>
        <w:tc>
          <w:tcPr>
            <w:tcW w:type="dxa" w:w="3061"/>
          </w:tcPr>
          <w:p>
            <w:pPr>
              <w:spacing w:after="20" w:line="276" w:lineRule="auto"/>
            </w:pPr>
            <w:r/>
            <w:r>
              <w:rPr>
                <w:rFonts w:ascii="宋体" w:hAnsi="宋体" w:eastAsia="宋体"/>
                <w:b w:val="0"/>
                <w:sz w:val="18"/>
              </w:rPr>
              <w:t>10个一是1个十，10个十是1个百，10个百是1个千。</w:t>
            </w:r>
          </w:p>
          <w:p>
            <w:pPr>
              <w:spacing w:after="20" w:line="276" w:lineRule="auto"/>
            </w:pPr>
            <w:r>
              <w:rPr>
                <w:rFonts w:ascii="宋体" w:hAnsi="宋体" w:eastAsia="宋体"/>
                <w:b w:val="0"/>
                <w:sz w:val="18"/>
              </w:rPr>
              <w:t>找“十”通常一个一个地数；找“百”通常十个十个地数；找“千”通常一百一百地数。</w:t>
            </w:r>
          </w:p>
        </w:tc>
        <w:tc>
          <w:tcPr>
            <w:tcW w:type="dxa" w:w="1814"/>
          </w:tcPr>
          <w:p>
            <w:pPr>
              <w:spacing w:after="20" w:line="276" w:lineRule="auto"/>
            </w:pPr>
            <w:r/>
            <w:r>
              <w:rPr>
                <w:rFonts w:ascii="宋体" w:hAnsi="宋体" w:eastAsia="宋体"/>
                <w:b w:val="0"/>
                <w:sz w:val="18"/>
              </w:rPr>
              <w:t>创设情境激活学生已有经验，自然引出本课学习内容，激发学习兴趣，核心问题："个、十、百、千之间有什么关系？"</w:t>
            </w:r>
          </w:p>
        </w:tc>
      </w:tr>
      <w:tr>
        <w:tc>
          <w:tcPr>
            <w:tcW w:type="dxa" w:w="1474"/>
          </w:tcPr>
          <w:p>
            <w:pPr>
              <w:spacing w:after="20" w:line="276" w:lineRule="auto"/>
            </w:pPr>
            <w:r>
              <w:rPr>
                <w:b/>
              </w:rPr>
            </w:r>
            <w:r>
              <w:rPr>
                <w:rFonts w:ascii="宋体" w:hAnsi="宋体" w:eastAsia="宋体"/>
                <w:b/>
                <w:sz w:val="18"/>
              </w:rPr>
              <w:t>二、学习新知识</w:t>
            </w:r>
          </w:p>
        </w:tc>
        <w:tc>
          <w:tcPr>
            <w:tcW w:type="dxa" w:w="3061"/>
          </w:tcPr>
          <w:p>
            <w:pPr>
              <w:spacing w:after="20" w:line="276" w:lineRule="auto"/>
            </w:pPr>
            <w:r/>
            <w:r>
              <w:rPr>
                <w:rFonts w:ascii="宋体" w:hAnsi="宋体" w:eastAsia="宋体"/>
                <w:b w:val="0"/>
                <w:sz w:val="18"/>
              </w:rPr>
              <w:t>1.认识计数单位。</w:t>
            </w:r>
          </w:p>
          <w:p>
            <w:pPr>
              <w:spacing w:after="20" w:line="276" w:lineRule="auto"/>
            </w:pPr>
            <w:r>
              <w:rPr>
                <w:rFonts w:ascii="宋体" w:hAnsi="宋体" w:eastAsia="宋体"/>
                <w:b w:val="0"/>
                <w:sz w:val="18"/>
              </w:rPr>
              <w:t>师：一起来数小方块，一个一个地数。</w:t>
            </w:r>
          </w:p>
          <w:p>
            <w:pPr>
              <w:spacing w:after="20" w:line="276" w:lineRule="auto"/>
            </w:pPr>
            <w:r>
              <w:rPr>
                <w:rFonts w:ascii="宋体" w:hAnsi="宋体" w:eastAsia="宋体"/>
                <w:b w:val="0"/>
                <w:sz w:val="18"/>
              </w:rPr>
              <w:t>课件依次出示教科书P49例6部分内容。</w:t>
            </w:r>
          </w:p>
          <w:p>
            <w:pPr>
              <w:spacing w:after="20" w:line="276" w:lineRule="auto"/>
            </w:pPr>
            <w:r>
              <w:rPr>
                <w:rFonts w:ascii="宋体" w:hAnsi="宋体" w:eastAsia="宋体"/>
                <w:b w:val="0"/>
                <w:sz w:val="18"/>
              </w:rPr>
              <w:t>师：在计数器上拨数，怎样操作？10个一就是1个十，就在十位拨出1颗珠子，表示10。</w:t>
            </w:r>
          </w:p>
          <w:p>
            <w:pPr>
              <w:spacing w:after="20" w:line="276" w:lineRule="auto"/>
            </w:pPr>
            <w:r>
              <w:rPr>
                <w:rFonts w:ascii="宋体" w:hAnsi="宋体" w:eastAsia="宋体"/>
                <w:b w:val="0"/>
                <w:sz w:val="18"/>
              </w:rPr>
              <w:t>师：十个十个地数，全班齐数。(课件出示)</w:t>
            </w:r>
          </w:p>
          <w:p>
            <w:pPr>
              <w:spacing w:after="20" w:line="276" w:lineRule="auto"/>
            </w:pPr>
            <w:r>
              <w:rPr>
                <w:rFonts w:ascii="宋体" w:hAnsi="宋体" w:eastAsia="宋体"/>
                <w:b w:val="0"/>
                <w:sz w:val="18"/>
              </w:rPr>
              <w:t>师：一起在计数器上拨数，10个十就是1个百，就在百位上拨1颗珠子，表示100。</w:t>
            </w:r>
          </w:p>
          <w:p>
            <w:pPr>
              <w:spacing w:after="20" w:line="276" w:lineRule="auto"/>
            </w:pPr>
            <w:r>
              <w:rPr>
                <w:rFonts w:ascii="宋体" w:hAnsi="宋体" w:eastAsia="宋体"/>
                <w:b w:val="0"/>
                <w:sz w:val="18"/>
              </w:rPr>
              <w:t>师：下面这幅图怎样数？(课件出示)</w:t>
            </w:r>
          </w:p>
          <w:p>
            <w:pPr>
              <w:spacing w:after="20" w:line="276" w:lineRule="auto"/>
            </w:pPr>
            <w:r>
              <w:rPr>
                <w:rFonts w:ascii="宋体" w:hAnsi="宋体" w:eastAsia="宋体"/>
                <w:b w:val="0"/>
                <w:sz w:val="18"/>
              </w:rPr>
              <w:t>师：10个百是1个千，在计数器的千位上拨1颗珠子，表示1000。</w:t>
            </w:r>
          </w:p>
          <w:p>
            <w:pPr>
              <w:spacing w:after="20" w:line="276" w:lineRule="auto"/>
            </w:pPr>
            <w:r>
              <w:rPr>
                <w:rFonts w:ascii="宋体" w:hAnsi="宋体" w:eastAsia="宋体"/>
                <w:b w:val="0"/>
                <w:sz w:val="18"/>
              </w:rPr>
              <w:t>师：像个(一)、十、百、千都是计数单位。(板书)我们每数10个同样的计数单位，就会产生它后面的一个新的计数单位。</w:t>
            </w:r>
          </w:p>
          <w:p>
            <w:pPr>
              <w:spacing w:after="20" w:line="276" w:lineRule="auto"/>
            </w:pPr>
            <w:r>
              <w:rPr>
                <w:rFonts w:ascii="宋体" w:hAnsi="宋体" w:eastAsia="宋体"/>
                <w:b w:val="0"/>
                <w:sz w:val="18"/>
              </w:rPr>
              <w:t>2．认识一万。</w:t>
            </w:r>
          </w:p>
          <w:p>
            <w:pPr>
              <w:spacing w:after="20" w:line="276" w:lineRule="auto"/>
            </w:pPr>
            <w:r>
              <w:rPr>
                <w:rFonts w:ascii="宋体" w:hAnsi="宋体" w:eastAsia="宋体"/>
                <w:b w:val="0"/>
                <w:sz w:val="18"/>
              </w:rPr>
              <w:t>师：一个大正方体是一千。猜一猜，一千一千地数，多少个一千会再产生一个新的计数单位？一起数。(课件出示)</w:t>
            </w:r>
          </w:p>
          <w:p>
            <w:pPr>
              <w:spacing w:after="20" w:line="276" w:lineRule="auto"/>
            </w:pPr>
            <w:r>
              <w:rPr>
                <w:rFonts w:ascii="宋体" w:hAnsi="宋体" w:eastAsia="宋体"/>
                <w:b w:val="0"/>
                <w:sz w:val="18"/>
              </w:rPr>
              <w:t>师：刚才我们一千一千地数，数出了几个一千？(10个)10个一千是多少？(一万)</w:t>
            </w:r>
          </w:p>
          <w:p>
            <w:pPr>
              <w:spacing w:after="20" w:line="276" w:lineRule="auto"/>
            </w:pPr>
            <w:r>
              <w:rPr>
                <w:rFonts w:ascii="宋体" w:hAnsi="宋体" w:eastAsia="宋体"/>
                <w:b w:val="0"/>
                <w:sz w:val="18"/>
              </w:rPr>
              <w:t>师：请拿出计数器，我们再一起拨一拨，一千一千地数，怎么操作？</w:t>
            </w:r>
          </w:p>
          <w:p>
            <w:pPr>
              <w:spacing w:after="20" w:line="276" w:lineRule="auto"/>
            </w:pPr>
            <w:r>
              <w:rPr>
                <w:rFonts w:ascii="宋体" w:hAnsi="宋体" w:eastAsia="宋体"/>
                <w:b w:val="0"/>
                <w:sz w:val="18"/>
              </w:rPr>
              <w:t>师：拨到九千时，再拨一千，就是10个千，10个千就是1个万，可以在万位直接拨1颗珠子。写作：10000，读作：一万。(全班齐读：一万)万也是计数单位。</w:t>
            </w:r>
          </w:p>
          <w:p>
            <w:pPr>
              <w:spacing w:after="20" w:line="276" w:lineRule="auto"/>
            </w:pPr>
            <w:r>
              <w:rPr>
                <w:rFonts w:ascii="宋体" w:hAnsi="宋体" w:eastAsia="宋体"/>
                <w:b w:val="0"/>
                <w:sz w:val="18"/>
              </w:rPr>
              <w:t>师：同桌互相用计数器拨数，再次验证10个千是1个万。(教师适时板书)</w:t>
            </w:r>
          </w:p>
          <w:p>
            <w:pPr>
              <w:spacing w:after="20" w:line="276" w:lineRule="auto"/>
            </w:pPr>
            <w:r>
              <w:rPr>
                <w:rFonts w:ascii="宋体" w:hAnsi="宋体" w:eastAsia="宋体"/>
                <w:b w:val="0"/>
                <w:sz w:val="18"/>
              </w:rPr>
              <w:t>3．拓展。</w:t>
            </w:r>
          </w:p>
          <w:p>
            <w:pPr>
              <w:spacing w:after="20" w:line="276" w:lineRule="auto"/>
            </w:pPr>
            <w:r>
              <w:rPr>
                <w:rFonts w:ascii="宋体" w:hAnsi="宋体" w:eastAsia="宋体"/>
                <w:b w:val="0"/>
                <w:sz w:val="18"/>
              </w:rPr>
              <w:t>师：10个一千是一万，想一想：100个百是多少？</w:t>
            </w:r>
          </w:p>
          <w:p>
            <w:pPr>
              <w:spacing w:after="20" w:line="276" w:lineRule="auto"/>
            </w:pPr>
            <w:r>
              <w:rPr>
                <w:rFonts w:ascii="宋体" w:hAnsi="宋体" w:eastAsia="宋体"/>
                <w:b w:val="0"/>
                <w:sz w:val="18"/>
              </w:rPr>
              <w:t>4．认识数位顺序表。</w:t>
            </w:r>
          </w:p>
          <w:p>
            <w:pPr>
              <w:spacing w:after="20" w:line="276" w:lineRule="auto"/>
            </w:pPr>
            <w:r>
              <w:rPr>
                <w:rFonts w:ascii="宋体" w:hAnsi="宋体" w:eastAsia="宋体"/>
                <w:b w:val="0"/>
                <w:sz w:val="18"/>
              </w:rPr>
              <w:t>师：观察计数器，到现在为止，我们学习了哪些数位？</w:t>
            </w:r>
          </w:p>
          <w:p>
            <w:pPr>
              <w:spacing w:after="20" w:line="276" w:lineRule="auto"/>
            </w:pPr>
            <w:r>
              <w:rPr>
                <w:rFonts w:ascii="宋体" w:hAnsi="宋体" w:eastAsia="宋体"/>
                <w:b w:val="0"/>
                <w:sz w:val="18"/>
              </w:rPr>
              <w:t>师：怎样用合适的顺序把这些数位排排序？小组讨论。</w:t>
            </w:r>
          </w:p>
          <w:p>
            <w:pPr>
              <w:spacing w:after="20" w:line="276" w:lineRule="auto"/>
            </w:pPr>
            <w:r>
              <w:rPr>
                <w:rFonts w:ascii="宋体" w:hAnsi="宋体" w:eastAsia="宋体"/>
                <w:b w:val="0"/>
                <w:sz w:val="18"/>
              </w:rPr>
              <w:t>引导学生发现制作数位顺序表要符合数的特点，便于观察、使用，对完成较好的学生予以肯定。</w:t>
            </w:r>
          </w:p>
          <w:p>
            <w:pPr>
              <w:spacing w:after="20" w:line="276" w:lineRule="auto"/>
            </w:pPr>
            <w:r>
              <w:rPr>
                <w:rFonts w:ascii="宋体" w:hAnsi="宋体" w:eastAsia="宋体"/>
                <w:b w:val="0"/>
                <w:sz w:val="18"/>
              </w:rPr>
              <w:t>师：不写“位”是计数单位，写“位”则是数位。</w:t>
            </w:r>
          </w:p>
          <w:p>
            <w:pPr>
              <w:spacing w:after="20" w:line="276" w:lineRule="auto"/>
            </w:pPr>
            <w:r>
              <w:rPr>
                <w:rFonts w:ascii="宋体" w:hAnsi="宋体" w:eastAsia="宋体"/>
                <w:b w:val="0"/>
                <w:sz w:val="18"/>
              </w:rPr>
              <w:t>教师根据学生回答板书数位顺序表：</w:t>
            </w:r>
          </w:p>
          <w:p>
            <w:pPr>
              <w:spacing w:after="20" w:line="276" w:lineRule="auto"/>
            </w:pPr>
            <w:r>
              <w:rPr>
                <w:rFonts w:ascii="宋体" w:hAnsi="宋体" w:eastAsia="宋体"/>
                <w:b w:val="0"/>
                <w:sz w:val="18"/>
              </w:rPr>
              <w:t>师：数位顺序表，从右边起，依次是个位、十位、百位、千位和万位，省略号表示还有很多数位，将出现在我们后面的学习中。(板书课题：认识“万”及数位顺序表)</w:t>
            </w:r>
          </w:p>
        </w:tc>
        <w:tc>
          <w:tcPr>
            <w:tcW w:type="dxa" w:w="3061"/>
          </w:tcPr>
          <w:p>
            <w:pPr>
              <w:spacing w:after="20" w:line="276" w:lineRule="auto"/>
            </w:pPr>
            <w:r/>
            <w:r>
              <w:rPr>
                <w:rFonts w:ascii="宋体" w:hAnsi="宋体" w:eastAsia="宋体"/>
                <w:b w:val="0"/>
                <w:sz w:val="18"/>
              </w:rPr>
              <w:t>1，2，3，4，5，6，7，8，9，10，共10个一。</w:t>
            </w:r>
          </w:p>
          <w:p>
            <w:pPr>
              <w:spacing w:after="20" w:line="276" w:lineRule="auto"/>
            </w:pPr>
            <w:r>
              <w:rPr>
                <w:rFonts w:ascii="宋体" w:hAnsi="宋体" w:eastAsia="宋体"/>
                <w:b w:val="0"/>
                <w:sz w:val="18"/>
              </w:rPr>
              <w:t>一百一百地数，一百、二百、……、九百、一千，十个一百是一千。</w:t>
            </w:r>
          </w:p>
          <w:p>
            <w:pPr>
              <w:spacing w:after="20" w:line="276" w:lineRule="auto"/>
            </w:pPr>
            <w:r>
              <w:rPr>
                <w:rFonts w:ascii="宋体" w:hAnsi="宋体" w:eastAsia="宋体"/>
                <w:b w:val="0"/>
                <w:sz w:val="18"/>
              </w:rPr>
              <w:t>在千位拨1颗珠子表示一千，每次加1颗就是一千一千地数。</w:t>
            </w:r>
          </w:p>
          <w:p>
            <w:pPr>
              <w:spacing w:after="20" w:line="276" w:lineRule="auto"/>
            </w:pPr>
            <w:r>
              <w:rPr>
                <w:rFonts w:ascii="宋体" w:hAnsi="宋体" w:eastAsia="宋体"/>
                <w:b w:val="0"/>
                <w:sz w:val="18"/>
              </w:rPr>
              <w:t>10个百是1个千，90个百就是9个千，100个百是1个万。(板书：100个百是1个万。)</w:t>
            </w:r>
          </w:p>
          <w:p>
            <w:pPr>
              <w:spacing w:after="20" w:line="276" w:lineRule="auto"/>
            </w:pPr>
            <w:r>
              <w:rPr>
                <w:rFonts w:ascii="宋体" w:hAnsi="宋体" w:eastAsia="宋体"/>
                <w:b w:val="0"/>
                <w:sz w:val="18"/>
              </w:rPr>
              <w:t>个位、十位、百位、千位和万位。</w:t>
            </w:r>
          </w:p>
          <w:p>
            <w:pPr>
              <w:spacing w:after="20" w:line="276" w:lineRule="auto"/>
            </w:pPr>
            <w:r>
              <w:rPr>
                <w:rFonts w:ascii="宋体" w:hAnsi="宋体" w:eastAsia="宋体"/>
                <w:b w:val="0"/>
                <w:sz w:val="18"/>
              </w:rPr>
              <w:t>预设1：将数位顺序表写反了。</w:t>
            </w:r>
          </w:p>
          <w:p>
            <w:pPr>
              <w:spacing w:after="20" w:line="276" w:lineRule="auto"/>
            </w:pPr>
            <w:r>
              <w:rPr>
                <w:rFonts w:ascii="宋体" w:hAnsi="宋体" w:eastAsia="宋体"/>
                <w:b w:val="0"/>
                <w:sz w:val="18"/>
              </w:rPr>
              <w:t>预设2：数位顺序表内不写“位”。</w:t>
            </w:r>
          </w:p>
          <w:p>
            <w:pPr>
              <w:spacing w:after="20" w:line="276" w:lineRule="auto"/>
            </w:pPr>
            <w:r>
              <w:rPr>
                <w:rFonts w:ascii="宋体" w:hAnsi="宋体" w:eastAsia="宋体"/>
                <w:b w:val="0"/>
                <w:sz w:val="18"/>
              </w:rPr>
              <w:t>预设3：有学生正确完成数位顺序表。</w:t>
            </w:r>
          </w:p>
        </w:tc>
        <w:tc>
          <w:tcPr>
            <w:tcW w:type="dxa" w:w="1814"/>
          </w:tcPr>
          <w:p>
            <w:pPr>
              <w:spacing w:after="20" w:line="276" w:lineRule="auto"/>
            </w:pPr>
            <w:r/>
            <w:r>
              <w:rPr>
                <w:rFonts w:ascii="宋体" w:hAnsi="宋体" w:eastAsia="宋体"/>
                <w:b w:val="0"/>
                <w:sz w:val="18"/>
              </w:rPr>
              <w:t>围绕环节目标组织学习活动，引导学生主动参与、积极思考，核心问题："在计数器上拨数，怎样操作？"</w:t>
            </w:r>
          </w:p>
        </w:tc>
      </w:tr>
      <w:tr>
        <w:tc>
          <w:tcPr>
            <w:tcW w:type="dxa" w:w="1474"/>
          </w:tcPr>
          <w:p>
            <w:pPr>
              <w:spacing w:after="20" w:line="276" w:lineRule="auto"/>
            </w:pPr>
            <w:r>
              <w:rPr>
                <w:b/>
              </w:rPr>
            </w:r>
            <w:r>
              <w:rPr>
                <w:rFonts w:ascii="宋体" w:hAnsi="宋体" w:eastAsia="宋体"/>
                <w:b/>
                <w:sz w:val="18"/>
              </w:rPr>
              <w:t>三、巩固练习</w:t>
            </w:r>
          </w:p>
        </w:tc>
        <w:tc>
          <w:tcPr>
            <w:tcW w:type="dxa" w:w="3061"/>
          </w:tcPr>
          <w:p>
            <w:pPr>
              <w:spacing w:after="20" w:line="276" w:lineRule="auto"/>
            </w:pPr>
            <w:r/>
            <w:r>
              <w:rPr>
                <w:rFonts w:ascii="宋体" w:hAnsi="宋体" w:eastAsia="宋体"/>
                <w:b w:val="0"/>
                <w:sz w:val="18"/>
              </w:rPr>
              <w:t>完成教科书P49“做一做”。</w:t>
            </w:r>
          </w:p>
          <w:p>
            <w:pPr>
              <w:spacing w:after="20" w:line="276" w:lineRule="auto"/>
            </w:pPr>
            <w:r>
              <w:rPr>
                <w:rFonts w:ascii="宋体" w:hAnsi="宋体" w:eastAsia="宋体"/>
                <w:b w:val="0"/>
                <w:sz w:val="18"/>
              </w:rPr>
              <w:t>提示：个位、十位、百位、千位都是9颗珠子，9个一再添1个一就是1个十，9个十再添1个十就是1个百……</w:t>
            </w:r>
          </w:p>
        </w:tc>
        <w:tc>
          <w:tcPr>
            <w:tcW w:type="dxa" w:w="3061"/>
          </w:tcPr>
          <w:p>
            <w:pPr>
              <w:spacing w:after="20" w:line="276" w:lineRule="auto"/>
            </w:pPr>
            <w:r/>
            <w:r>
              <w:rPr>
                <w:rFonts w:ascii="宋体" w:hAnsi="宋体" w:eastAsia="宋体"/>
                <w:b w:val="0"/>
                <w:sz w:val="18"/>
              </w:rPr>
              <w:t>——</w:t>
            </w:r>
          </w:p>
        </w:tc>
        <w:tc>
          <w:tcPr>
            <w:tcW w:type="dxa" w:w="1814"/>
          </w:tcPr>
          <w:p>
            <w:pPr>
              <w:spacing w:after="20" w:line="276" w:lineRule="auto"/>
            </w:pPr>
            <w:r/>
            <w:r>
              <w:rPr>
                <w:rFonts w:ascii="宋体" w:hAnsi="宋体" w:eastAsia="宋体"/>
                <w:b w:val="0"/>
                <w:sz w:val="18"/>
              </w:rPr>
              <w:t>通过有层次的练习及时反馈学情，巩固新知，培养学生灵活运用知识解决问题的能力。</w:t>
            </w:r>
          </w:p>
        </w:tc>
      </w:tr>
      <w:tr>
        <w:tc>
          <w:tcPr>
            <w:tcW w:type="dxa" w:w="1474"/>
          </w:tcPr>
          <w:p>
            <w:pPr>
              <w:spacing w:after="20" w:line="276" w:lineRule="auto"/>
            </w:pPr>
            <w:r>
              <w:rPr>
                <w:b/>
              </w:rPr>
            </w:r>
            <w:r>
              <w:rPr>
                <w:rFonts w:ascii="宋体" w:hAnsi="宋体" w:eastAsia="宋体"/>
                <w:b/>
                <w:sz w:val="18"/>
              </w:rPr>
              <w:t>四、课堂小结</w:t>
            </w:r>
          </w:p>
        </w:tc>
        <w:tc>
          <w:tcPr>
            <w:tcW w:type="dxa" w:w="3061"/>
          </w:tcPr>
          <w:p>
            <w:pPr>
              <w:spacing w:after="20" w:line="276" w:lineRule="auto"/>
            </w:pPr>
            <w:r/>
            <w:r>
              <w:rPr>
                <w:rFonts w:ascii="宋体" w:hAnsi="宋体" w:eastAsia="宋体"/>
                <w:b w:val="0"/>
                <w:sz w:val="18"/>
              </w:rPr>
              <w:t>师：这节课你有哪些收获？</w:t>
            </w:r>
          </w:p>
        </w:tc>
        <w:tc>
          <w:tcPr>
            <w:tcW w:type="dxa" w:w="3061"/>
          </w:tcPr>
          <w:p>
            <w:pPr>
              <w:spacing w:after="20" w:line="276" w:lineRule="auto"/>
            </w:pPr>
            <w:r/>
            <w:r>
              <w:rPr>
                <w:rFonts w:ascii="宋体" w:hAnsi="宋体" w:eastAsia="宋体"/>
                <w:b w:val="0"/>
                <w:sz w:val="18"/>
              </w:rPr>
              <w:t>——</w:t>
            </w:r>
          </w:p>
        </w:tc>
        <w:tc>
          <w:tcPr>
            <w:tcW w:type="dxa" w:w="1814"/>
          </w:tcPr>
          <w:p>
            <w:pPr>
              <w:spacing w:after="20" w:line="276" w:lineRule="auto"/>
            </w:pPr>
            <w:r/>
            <w:r>
              <w:rPr>
                <w:rFonts w:ascii="宋体" w:hAnsi="宋体" w:eastAsia="宋体"/>
                <w:b w:val="0"/>
                <w:sz w:val="18"/>
              </w:rPr>
              <w:t>先复习旧知识，有效地为下一个数学活动提供感知基础。通过小方块数数、计数器数数，体现了知识的逐步抽象、概括的过程，从而建立“万”的数感。在归纳计数单位关系、推导“100个百是1个万”等活动中，锻炼抽象概括与逻辑推理能力，促进数学思维发展。</w:t>
            </w:r>
          </w:p>
        </w:tc>
      </w:tr>
    </w:tbl>
    <w:p>
      <w:pPr>
        <w:spacing w:after="40"/>
      </w:pPr>
    </w:p>
    <w:p>
      <w:pPr>
        <w:spacing w:after="60" w:line="300" w:lineRule="auto"/>
      </w:pPr>
      <w:r>
        <w:rPr>
          <w:rFonts w:ascii="黑体" w:hAnsi="黑体" w:eastAsia="黑体"/>
          <w:b/>
          <w:sz w:val="21"/>
        </w:rPr>
        <w:t>四、板书设计</w:t>
      </w:r>
    </w:p>
    <w:p>
      <w:pPr>
        <w:spacing w:after="40" w:line="300" w:lineRule="auto"/>
      </w:pPr>
      <w:r>
        <w:rPr>
          <w:rFonts w:ascii="宋体" w:hAnsi="宋体" w:eastAsia="宋体"/>
          <w:b w:val="0"/>
          <w:sz w:val="20"/>
        </w:rPr>
        <w:t>认识“万”及数位顺序表</w:t>
      </w:r>
    </w:p>
    <w:p>
      <w:pPr>
        <w:spacing w:after="40" w:line="300" w:lineRule="auto"/>
      </w:pPr>
      <w:r>
        <w:rPr>
          <w:rFonts w:ascii="宋体" w:hAnsi="宋体" w:eastAsia="宋体"/>
          <w:b w:val="0"/>
          <w:sz w:val="20"/>
        </w:rPr>
        <w:t>个(一)、十、百、千、万都是计数单位。</w:t>
      </w:r>
    </w:p>
    <w:p>
      <w:pPr>
        <w:spacing w:after="40" w:line="300" w:lineRule="auto"/>
      </w:pPr>
      <w:r>
        <w:rPr>
          <w:rFonts w:ascii="宋体" w:hAnsi="宋体" w:eastAsia="宋体"/>
          <w:b w:val="0"/>
          <w:sz w:val="20"/>
        </w:rPr>
        <w:t>10个千是1个万。</w:t>
      </w:r>
    </w:p>
    <w:p>
      <w:pPr>
        <w:spacing w:after="40" w:line="300" w:lineRule="auto"/>
      </w:pPr>
      <w:r>
        <w:rPr>
          <w:rFonts w:ascii="宋体" w:hAnsi="宋体" w:eastAsia="宋体"/>
          <w:b w:val="0"/>
          <w:sz w:val="20"/>
        </w:rPr>
        <w:t>100个百是1个万。</w:t>
      </w:r>
    </w:p>
    <w:p>
      <w:pPr>
        <w:spacing w:after="60" w:line="300" w:lineRule="auto"/>
      </w:pPr>
      <w:r>
        <w:rPr>
          <w:rFonts w:ascii="黑体" w:hAnsi="黑体" w:eastAsia="黑体"/>
          <w:b/>
          <w:sz w:val="21"/>
        </w:rPr>
        <w:t>五、作业设计</w:t>
      </w:r>
    </w:p>
    <w:p>
      <w:pPr>
        <w:spacing w:after="40" w:line="300" w:lineRule="auto"/>
        <w:ind w:firstLine="400"/>
      </w:pPr>
      <w:r>
        <w:rPr>
          <w:rFonts w:ascii="宋体" w:hAnsi="宋体" w:eastAsia="宋体"/>
          <w:b w:val="0"/>
          <w:sz w:val="20"/>
        </w:rPr>
        <w:t>课前预设作业：</w:t>
      </w:r>
    </w:p>
    <w:p>
      <w:pPr>
        <w:spacing w:after="40" w:line="300" w:lineRule="auto"/>
        <w:ind w:firstLine="400"/>
      </w:pPr>
      <w:r>
        <w:rPr>
          <w:rFonts w:ascii="宋体" w:hAnsi="宋体" w:eastAsia="宋体"/>
          <w:b w:val="0"/>
          <w:sz w:val="20"/>
        </w:rPr>
        <w:t>① 教科书P49例6，教科书P49“做一做”。</w:t>
      </w:r>
    </w:p>
    <w:p>
      <w:pPr>
        <w:spacing w:after="40" w:line="300" w:lineRule="auto"/>
        <w:ind w:firstLine="400"/>
      </w:pPr>
      <w:r>
        <w:rPr>
          <w:rFonts w:ascii="宋体" w:hAnsi="宋体" w:eastAsia="宋体"/>
          <w:b w:val="0"/>
          <w:sz w:val="20"/>
        </w:rPr>
        <w:t>课后跟进作业：教学任务完成后，据学生课堂反馈调整——可安排①《数学作业本》对应课时的巩固练习；②说题或动手操作类实践作业（视学情选用，一、二年级不布置书面家庭作业）。</w:t>
      </w:r>
    </w:p>
    <w:p>
      <w:pPr>
        <w:spacing w:after="60" w:line="300" w:lineRule="auto"/>
      </w:pPr>
      <w:r>
        <w:rPr>
          <w:rFonts w:ascii="黑体" w:hAnsi="黑体" w:eastAsia="黑体"/>
          <w:b/>
          <w:sz w:val="21"/>
        </w:rPr>
        <w:t>六、课后反思</w:t>
      </w:r>
    </w:p>
    <w:p>
      <w:pPr>
        <w:spacing w:after="20" w:line="300" w:lineRule="auto"/>
      </w:pPr>
      <w:r>
        <w:rPr>
          <w:rFonts w:ascii="宋体" w:hAnsi="宋体" w:eastAsia="宋体"/>
          <w:b w:val="0"/>
          <w:sz w:val="20"/>
        </w:rPr>
        <w:t>1．实际教学过程与课前预设之间的差距如何？如果有差距，你是如何处理的？</w:t>
      </w:r>
    </w:p>
    <w:p>
      <w:pPr>
        <w:spacing w:after="40" w:line="300" w:lineRule="auto"/>
      </w:pPr>
      <w:r>
        <w:rPr>
          <w:rFonts w:ascii="楷体" w:hAnsi="楷体" w:eastAsia="楷体"/>
          <w:b w:val="0"/>
          <w:sz w:val="20"/>
        </w:rPr>
        <w:t>＿＿＿＿＿＿＿＿＿＿＿＿＿＿＿＿＿＿＿＿＿＿＿＿＿＿＿＿＿＿＿＿＿＿＿＿</w:t>
      </w:r>
    </w:p>
    <w:p>
      <w:pPr>
        <w:spacing w:after="20" w:line="300" w:lineRule="auto"/>
      </w:pPr>
      <w:r>
        <w:rPr>
          <w:rFonts w:ascii="宋体" w:hAnsi="宋体" w:eastAsia="宋体"/>
          <w:b w:val="0"/>
          <w:sz w:val="20"/>
        </w:rPr>
        <w:t>2．学生是否都有了公平学习的机会？</w:t>
      </w:r>
    </w:p>
    <w:p>
      <w:pPr>
        <w:spacing w:after="40" w:line="300" w:lineRule="auto"/>
      </w:pPr>
      <w:r>
        <w:rPr>
          <w:rFonts w:ascii="楷体" w:hAnsi="楷体" w:eastAsia="楷体"/>
          <w:b w:val="0"/>
          <w:sz w:val="20"/>
        </w:rPr>
        <w:t>＿＿＿＿＿＿＿＿＿＿＿＿＿＿＿＿＿＿＿＿＿＿＿＿＿＿＿＿＿＿＿＿＿＿＿＿</w:t>
      </w:r>
    </w:p>
    <w:p>
      <w:pPr>
        <w:spacing w:after="20" w:line="300" w:lineRule="auto"/>
      </w:pPr>
      <w:r>
        <w:rPr>
          <w:rFonts w:ascii="宋体" w:hAnsi="宋体" w:eastAsia="宋体"/>
          <w:b w:val="0"/>
          <w:sz w:val="20"/>
        </w:rPr>
        <w:t>3．教学中还存在哪些问题？哪个问题显得最为关键？打算在后续的教学中如何改进？</w:t>
      </w:r>
    </w:p>
    <w:p>
      <w:pPr>
        <w:spacing w:after="40" w:line="300" w:lineRule="auto"/>
      </w:pPr>
      <w:r>
        <w:rPr>
          <w:rFonts w:ascii="楷体" w:hAnsi="楷体" w:eastAsia="楷体"/>
          <w:b w:val="0"/>
          <w:sz w:val="20"/>
        </w:rPr>
        <w:t>＿＿＿＿＿＿＿＿＿＿＿＿＿＿＿＿＿＿＿＿＿＿＿＿＿＿＿＿＿＿＿＿＿＿＿＿</w:t>
      </w:r>
    </w:p>
    <w:p>
      <w:pPr>
        <w:spacing w:after="40" w:line="300" w:lineRule="auto"/>
        <w:ind w:firstLine="380"/>
      </w:pPr>
      <w:r>
        <w:rPr>
          <w:rFonts w:ascii="楷体" w:hAnsi="楷体" w:eastAsia="楷体"/>
          <w:b w:val="0"/>
          <w:color w:val="606060"/>
          <w:sz w:val="19"/>
        </w:rPr>
        <w:t>【原教学设计反思（供参考）】本节课充分利用直观模型，引导学生自己动手、动口、动脑，在数数中认识新的计数单位“万”，让学生直观感受到数的概念的形成过程，逐步发展学生的数感。在教学中，充分相信学生，把更多的机会留给学生，让学生在操作、交流、思考、回顾、练习中得到提升，理解新授知识的内涵，突破难点。</w:t>
      </w:r>
    </w:p>
    <w:p>
      <w:r>
        <w:br w:type="page"/>
      </w:r>
    </w:p>
    <w:p>
      <w:pPr>
        <w:spacing w:after="80" w:line="300" w:lineRule="auto"/>
      </w:pPr>
      <w:r>
        <w:rPr>
          <w:rFonts w:ascii="黑体" w:hAnsi="黑体" w:eastAsia="黑体"/>
          <w:b/>
          <w:sz w:val="24"/>
        </w:rPr>
        <w:t>二、课时教学方案（第6课时）</w:t>
      </w:r>
    </w:p>
    <w:p>
      <w:pPr>
        <w:spacing w:after="80" w:line="300" w:lineRule="auto"/>
      </w:pPr>
      <w:r>
        <w:rPr>
          <w:rFonts w:ascii="黑体" w:hAnsi="黑体" w:eastAsia="黑体"/>
          <w:b/>
          <w:sz w:val="24"/>
        </w:rPr>
        <w:t>第6课时　10000以内数的读法</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4819"/>
        <w:gridCol w:w="4819"/>
      </w:tblGrid>
      <w:tr>
        <w:trPr>
          <w:tblHeader w:val="true"/>
        </w:trPr>
        <w:tc>
          <w:tcPr>
            <w:tcW w:type="dxa" w:w="3402"/>
            <w:shd w:val="clear" w:fill="E8EEF7"/>
          </w:tcPr>
          <w:p>
            <w:pPr>
              <w:spacing w:after="20" w:line="276" w:lineRule="auto"/>
              <w:jc w:val="center"/>
            </w:pPr>
            <w:r/>
            <w:r>
              <w:rPr>
                <w:rFonts w:ascii="黑体" w:hAnsi="黑体" w:eastAsia="黑体"/>
                <w:b/>
                <w:sz w:val="18"/>
              </w:rPr>
              <w:t>课题名称</w:t>
            </w:r>
          </w:p>
        </w:tc>
        <w:tc>
          <w:tcPr>
            <w:tcW w:type="dxa" w:w="6009"/>
            <w:shd w:val="clear" w:fill="E8EEF7"/>
          </w:tcPr>
          <w:p>
            <w:pPr>
              <w:spacing w:after="20" w:line="276" w:lineRule="auto"/>
              <w:jc w:val="center"/>
            </w:pPr>
            <w:r/>
            <w:r>
              <w:rPr>
                <w:rFonts w:ascii="黑体" w:hAnsi="黑体" w:eastAsia="黑体"/>
                <w:b/>
                <w:sz w:val="18"/>
              </w:rPr>
              <w:t>所属主题</w:t>
            </w:r>
          </w:p>
        </w:tc>
      </w:tr>
      <w:tr>
        <w:tc>
          <w:tcPr>
            <w:tcW w:type="dxa" w:w="3402"/>
          </w:tcPr>
          <w:p>
            <w:pPr>
              <w:spacing w:after="20" w:line="276" w:lineRule="auto"/>
            </w:pPr>
            <w:r/>
            <w:r>
              <w:rPr>
                <w:rFonts w:ascii="宋体" w:hAnsi="宋体" w:eastAsia="宋体"/>
                <w:b/>
                <w:sz w:val="20"/>
              </w:rPr>
              <w:t>第6课时　10000以内数的读法</w:t>
            </w:r>
          </w:p>
        </w:tc>
        <w:tc>
          <w:tcPr>
            <w:tcW w:type="dxa" w:w="6009"/>
          </w:tcPr>
          <w:p>
            <w:pPr>
              <w:spacing w:after="20" w:line="276" w:lineRule="auto"/>
            </w:pPr>
            <w:r/>
            <w:r>
              <w:rPr>
                <w:rFonts w:ascii="宋体" w:hAnsi="宋体" w:eastAsia="宋体"/>
                <w:b w:val="0"/>
                <w:sz w:val="20"/>
              </w:rPr>
              <w:t>第3单元 万以内数的认识</w:t>
            </w:r>
          </w:p>
        </w:tc>
      </w:tr>
    </w:tbl>
    <w:p>
      <w:pPr>
        <w:spacing w:after="40"/>
      </w:pPr>
    </w:p>
    <w:p>
      <w:pPr>
        <w:spacing w:after="60" w:line="300" w:lineRule="auto"/>
      </w:pPr>
      <w:r>
        <w:rPr>
          <w:rFonts w:ascii="黑体" w:hAnsi="黑体" w:eastAsia="黑体"/>
          <w:b/>
          <w:sz w:val="21"/>
        </w:rPr>
        <w:t>一、课前思考</w:t>
      </w:r>
    </w:p>
    <w:p>
      <w:pPr>
        <w:spacing w:after="20" w:line="300" w:lineRule="auto"/>
      </w:pPr>
      <w:r>
        <w:rPr>
          <w:rFonts w:ascii="黑体" w:hAnsi="黑体" w:eastAsia="黑体"/>
          <w:b/>
          <w:sz w:val="21"/>
        </w:rPr>
        <w:t>1．学情诊断与分析</w:t>
      </w:r>
    </w:p>
    <w:p>
      <w:pPr>
        <w:spacing w:after="80" w:line="300" w:lineRule="auto"/>
        <w:ind w:firstLine="400"/>
      </w:pPr>
      <w:r>
        <w:rPr>
          <w:rFonts w:ascii="宋体" w:hAnsi="宋体" w:eastAsia="宋体"/>
          <w:b w:val="0"/>
          <w:sz w:val="20"/>
        </w:rPr>
        <w:t>单元学情：【学情分析】</w:t>
      </w:r>
    </w:p>
    <w:p>
      <w:pPr>
        <w:spacing w:after="80" w:line="300" w:lineRule="auto"/>
        <w:ind w:firstLine="400"/>
      </w:pPr>
      <w:r>
        <w:rPr>
          <w:rFonts w:ascii="宋体" w:hAnsi="宋体" w:eastAsia="宋体"/>
          <w:b w:val="0"/>
          <w:sz w:val="20"/>
        </w:rPr>
        <w:t>根据儿童的年龄特征和心理发展规律，自然数的认识由小到大，逐步扩大。学生已经认识了百以内的数，本次学习“万以内数的认识”是对前面知识的拓展。虽然数在生活中的应用范围较广，但学生接触大数的机会并不多。教学时，要以直观为主，将抽象的数形象化，贯穿整个单元教学的始终，进而培养学生对数学学习的兴趣，逐步发展学生的数感。</w:t>
      </w:r>
    </w:p>
    <w:p>
      <w:pPr>
        <w:spacing w:after="80" w:line="300" w:lineRule="auto"/>
        <w:ind w:firstLine="400"/>
      </w:pPr>
      <w:r>
        <w:rPr>
          <w:rFonts w:ascii="宋体" w:hAnsi="宋体" w:eastAsia="宋体"/>
          <w:b w:val="0"/>
          <w:sz w:val="20"/>
        </w:rPr>
        <w:t>【教学策略】</w:t>
      </w:r>
    </w:p>
    <w:p>
      <w:pPr>
        <w:spacing w:after="80" w:line="300" w:lineRule="auto"/>
        <w:ind w:firstLine="400"/>
      </w:pPr>
      <w:r>
        <w:rPr>
          <w:rFonts w:ascii="宋体" w:hAnsi="宋体" w:eastAsia="宋体"/>
          <w:b w:val="0"/>
          <w:sz w:val="20"/>
        </w:rPr>
        <w:t>本课学情：结合本班实际，诊断学生完成本课时任务的起点与可能的困难。</w:t>
      </w:r>
    </w:p>
    <w:p>
      <w:pPr>
        <w:spacing w:after="20" w:line="300" w:lineRule="auto"/>
      </w:pPr>
      <w:r>
        <w:rPr>
          <w:rFonts w:ascii="黑体" w:hAnsi="黑体" w:eastAsia="黑体"/>
          <w:b/>
          <w:sz w:val="21"/>
        </w:rPr>
        <w:t>2．教材分析与教学材料选择</w:t>
      </w:r>
    </w:p>
    <w:p>
      <w:pPr>
        <w:spacing w:after="80" w:line="300" w:lineRule="auto"/>
        <w:ind w:firstLine="400"/>
      </w:pPr>
      <w:r>
        <w:rPr>
          <w:rFonts w:ascii="宋体" w:hAnsi="宋体" w:eastAsia="宋体"/>
          <w:b w:val="0"/>
          <w:sz w:val="20"/>
        </w:rPr>
        <w:t>教学内容：教科书P51例7，教科书P51“做一做”。</w:t>
      </w:r>
    </w:p>
    <w:p>
      <w:pPr>
        <w:spacing w:after="80" w:line="300" w:lineRule="auto"/>
        <w:ind w:firstLine="400"/>
      </w:pPr>
      <w:r>
        <w:rPr>
          <w:rFonts w:ascii="宋体" w:hAnsi="宋体" w:eastAsia="宋体"/>
          <w:b w:val="0"/>
          <w:sz w:val="20"/>
        </w:rPr>
        <w:t>教学准备：课件、卡片、计数器。</w:t>
      </w:r>
    </w:p>
    <w:p>
      <w:pPr>
        <w:spacing w:after="20" w:line="300" w:lineRule="auto"/>
      </w:pPr>
      <w:r>
        <w:rPr>
          <w:rFonts w:ascii="黑体" w:hAnsi="黑体" w:eastAsia="黑体"/>
          <w:b/>
          <w:sz w:val="21"/>
        </w:rPr>
        <w:t>3．具体目标阐述与教学重难点</w:t>
      </w:r>
    </w:p>
    <w:p>
      <w:pPr>
        <w:spacing w:after="20" w:line="300" w:lineRule="auto"/>
      </w:pPr>
      <w:r>
        <w:rPr>
          <w:rFonts w:ascii="黑体" w:hAnsi="黑体" w:eastAsia="黑体"/>
          <w:b/>
          <w:sz w:val="20"/>
        </w:rPr>
        <w:t>课时目标：</w:t>
      </w:r>
    </w:p>
    <w:p>
      <w:pPr>
        <w:spacing w:after="20" w:line="300" w:lineRule="auto"/>
        <w:ind w:firstLine="400"/>
      </w:pPr>
      <w:r>
        <w:rPr>
          <w:rFonts w:ascii="宋体" w:hAnsi="宋体" w:eastAsia="宋体"/>
          <w:b w:val="0"/>
          <w:sz w:val="20"/>
        </w:rPr>
        <w:t>（1）借助计数器，在体会数的组成的基础上，理解10000以内数的读法。</w:t>
      </w:r>
    </w:p>
    <w:p>
      <w:pPr>
        <w:spacing w:after="20" w:line="300" w:lineRule="auto"/>
        <w:ind w:firstLine="400"/>
      </w:pPr>
      <w:r>
        <w:rPr>
          <w:rFonts w:ascii="宋体" w:hAnsi="宋体" w:eastAsia="宋体"/>
          <w:b w:val="0"/>
          <w:sz w:val="20"/>
        </w:rPr>
        <w:t>（2）从一般到特殊，引导学生探究并归纳出10000以内数的读法，培养学生的抽象概括能力和数感。</w:t>
      </w:r>
    </w:p>
    <w:p>
      <w:pPr>
        <w:spacing w:after="20" w:line="300" w:lineRule="auto"/>
        <w:ind w:firstLine="400"/>
      </w:pPr>
      <w:r>
        <w:rPr>
          <w:rFonts w:ascii="宋体" w:hAnsi="宋体" w:eastAsia="宋体"/>
          <w:b w:val="0"/>
          <w:sz w:val="20"/>
        </w:rPr>
        <w:t>（3）通过读生活中的大数，体会数学的应用价值，体验获得知识的快乐。</w:t>
      </w:r>
    </w:p>
    <w:p>
      <w:pPr>
        <w:spacing w:after="20" w:line="300" w:lineRule="auto"/>
      </w:pPr>
      <w:r>
        <w:rPr>
          <w:rFonts w:ascii="宋体" w:hAnsi="宋体" w:eastAsia="宋体"/>
          <w:b w:val="0"/>
          <w:sz w:val="20"/>
        </w:rPr>
        <w:t>教学重点：掌握10000以内数的读法。</w:t>
      </w:r>
    </w:p>
    <w:p>
      <w:pPr>
        <w:spacing w:after="20" w:line="300" w:lineRule="auto"/>
      </w:pPr>
      <w:r>
        <w:rPr>
          <w:rFonts w:ascii="宋体" w:hAnsi="宋体" w:eastAsia="宋体"/>
          <w:b w:val="0"/>
          <w:sz w:val="20"/>
        </w:rPr>
        <w:t>教学难点：理解并掌握10000以内数中有0的数的读法。</w:t>
      </w:r>
    </w:p>
    <w:p>
      <w:pPr>
        <w:spacing w:after="40"/>
      </w:pPr>
    </w:p>
    <w:p>
      <w:pPr>
        <w:spacing w:after="60" w:line="300" w:lineRule="auto"/>
      </w:pPr>
      <w:r>
        <w:rPr>
          <w:rFonts w:ascii="黑体" w:hAnsi="黑体" w:eastAsia="黑体"/>
          <w:b/>
          <w:sz w:val="21"/>
        </w:rPr>
        <w:t>二、板块设计</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2409"/>
        <w:gridCol w:w="2409"/>
        <w:gridCol w:w="2409"/>
        <w:gridCol w:w="2409"/>
      </w:tblGrid>
      <w:tr>
        <w:trPr>
          <w:tblHeader w:val="true"/>
        </w:trPr>
        <w:tc>
          <w:tcPr>
            <w:tcW w:type="dxa" w:w="2835"/>
            <w:shd w:val="clear" w:fill="E8EEF7"/>
          </w:tcPr>
          <w:p>
            <w:pPr>
              <w:spacing w:after="20" w:line="276" w:lineRule="auto"/>
              <w:jc w:val="center"/>
            </w:pPr>
            <w:r/>
            <w:r>
              <w:rPr>
                <w:rFonts w:ascii="黑体" w:hAnsi="黑体" w:eastAsia="黑体"/>
                <w:b/>
                <w:sz w:val="18"/>
              </w:rPr>
              <w:t>环节目标</w:t>
            </w:r>
          </w:p>
        </w:tc>
        <w:tc>
          <w:tcPr>
            <w:tcW w:type="dxa" w:w="1814"/>
            <w:shd w:val="clear" w:fill="E8EEF7"/>
          </w:tcPr>
          <w:p>
            <w:pPr>
              <w:spacing w:after="20" w:line="276" w:lineRule="auto"/>
              <w:jc w:val="center"/>
            </w:pPr>
            <w:r/>
            <w:r>
              <w:rPr>
                <w:rFonts w:ascii="黑体" w:hAnsi="黑体" w:eastAsia="黑体"/>
                <w:b/>
                <w:sz w:val="18"/>
              </w:rPr>
              <w:t>学习材料</w:t>
            </w:r>
          </w:p>
        </w:tc>
        <w:tc>
          <w:tcPr>
            <w:tcW w:type="dxa" w:w="3402"/>
            <w:shd w:val="clear" w:fill="E8EEF7"/>
          </w:tcPr>
          <w:p>
            <w:pPr>
              <w:spacing w:after="20" w:line="276" w:lineRule="auto"/>
              <w:jc w:val="center"/>
            </w:pPr>
            <w:r/>
            <w:r>
              <w:rPr>
                <w:rFonts w:ascii="黑体" w:hAnsi="黑体" w:eastAsia="黑体"/>
                <w:b/>
                <w:sz w:val="18"/>
              </w:rPr>
              <w:t>关键问题</w:t>
            </w:r>
          </w:p>
        </w:tc>
        <w:tc>
          <w:tcPr>
            <w:tcW w:type="dxa" w:w="1361"/>
            <w:shd w:val="clear" w:fill="E8EEF7"/>
          </w:tcPr>
          <w:p>
            <w:pPr>
              <w:spacing w:after="20" w:line="276" w:lineRule="auto"/>
              <w:jc w:val="center"/>
            </w:pPr>
            <w:r/>
            <w:r>
              <w:rPr>
                <w:rFonts w:ascii="黑体" w:hAnsi="黑体" w:eastAsia="黑体"/>
                <w:b/>
                <w:sz w:val="18"/>
              </w:rPr>
              <w:t>时间</w:t>
            </w:r>
          </w:p>
        </w:tc>
      </w:tr>
      <w:tr>
        <w:tc>
          <w:tcPr>
            <w:tcW w:type="dxa" w:w="2835"/>
          </w:tcPr>
          <w:p>
            <w:pPr>
              <w:spacing w:after="20" w:line="276" w:lineRule="auto"/>
            </w:pPr>
            <w:r/>
            <w:r>
              <w:rPr>
                <w:rFonts w:ascii="宋体" w:hAnsi="宋体" w:eastAsia="宋体"/>
                <w:b w:val="0"/>
                <w:sz w:val="18"/>
              </w:rPr>
              <w:t>一、活动导入，激趣揭题</w:t>
            </w:r>
          </w:p>
        </w:tc>
        <w:tc>
          <w:tcPr>
            <w:tcW w:type="dxa" w:w="1814"/>
          </w:tcPr>
          <w:p>
            <w:pPr>
              <w:spacing w:after="20" w:line="276" w:lineRule="auto"/>
            </w:pPr>
            <w:r/>
            <w:r>
              <w:rPr>
                <w:rFonts w:ascii="宋体" w:hAnsi="宋体" w:eastAsia="宋体"/>
                <w:b w:val="0"/>
                <w:sz w:val="18"/>
              </w:rPr>
              <w:t>计数器、课件</w:t>
            </w:r>
          </w:p>
        </w:tc>
        <w:tc>
          <w:tcPr>
            <w:tcW w:type="dxa" w:w="3402"/>
          </w:tcPr>
          <w:p>
            <w:pPr>
              <w:spacing w:after="20" w:line="276" w:lineRule="auto"/>
            </w:pPr>
            <w:r/>
            <w:r>
              <w:rPr>
                <w:rFonts w:ascii="宋体" w:hAnsi="宋体" w:eastAsia="宋体"/>
                <w:b w:val="0"/>
                <w:sz w:val="18"/>
              </w:rPr>
              <w:t>同学们刚刚拨的数知道怎么读吗？</w:t>
            </w:r>
          </w:p>
        </w:tc>
        <w:tc>
          <w:tcPr>
            <w:tcW w:type="dxa" w:w="1361"/>
          </w:tcPr>
          <w:p>
            <w:pPr>
              <w:spacing w:after="20" w:line="276" w:lineRule="auto"/>
            </w:pPr>
            <w:r/>
            <w:r>
              <w:rPr>
                <w:rFonts w:ascii="宋体" w:hAnsi="宋体" w:eastAsia="宋体"/>
                <w:b w:val="0"/>
                <w:sz w:val="18"/>
              </w:rPr>
              <w:t>6分钟</w:t>
            </w:r>
          </w:p>
        </w:tc>
      </w:tr>
      <w:tr>
        <w:tc>
          <w:tcPr>
            <w:tcW w:type="dxa" w:w="2835"/>
          </w:tcPr>
          <w:p>
            <w:pPr>
              <w:spacing w:after="20" w:line="276" w:lineRule="auto"/>
            </w:pPr>
            <w:r/>
            <w:r>
              <w:rPr>
                <w:rFonts w:ascii="宋体" w:hAnsi="宋体" w:eastAsia="宋体"/>
                <w:b w:val="0"/>
                <w:sz w:val="18"/>
              </w:rPr>
              <w:t>二、探究新知识</w:t>
            </w:r>
          </w:p>
        </w:tc>
        <w:tc>
          <w:tcPr>
            <w:tcW w:type="dxa" w:w="1814"/>
          </w:tcPr>
          <w:p>
            <w:pPr>
              <w:spacing w:after="20" w:line="276" w:lineRule="auto"/>
            </w:pPr>
            <w:r/>
            <w:r>
              <w:rPr>
                <w:rFonts w:ascii="宋体" w:hAnsi="宋体" w:eastAsia="宋体"/>
                <w:b w:val="0"/>
                <w:sz w:val="18"/>
              </w:rPr>
              <w:t>课件、教科书、计数器</w:t>
            </w:r>
          </w:p>
        </w:tc>
        <w:tc>
          <w:tcPr>
            <w:tcW w:type="dxa" w:w="3402"/>
          </w:tcPr>
          <w:p>
            <w:pPr>
              <w:spacing w:after="20" w:line="276" w:lineRule="auto"/>
            </w:pPr>
            <w:r/>
            <w:r>
              <w:rPr>
                <w:rFonts w:ascii="宋体" w:hAnsi="宋体" w:eastAsia="宋体"/>
                <w:b w:val="0"/>
                <w:sz w:val="18"/>
              </w:rPr>
              <w:t>我们先来看一下这个数(3745)，哪位同学可以告诉大家它是几位数？它是由几个千、几个百、几个十和几个一组成的？；下面谁来试试，这个数怎么读？其他同学仔细听，他读得到底对不对？</w:t>
            </w:r>
          </w:p>
        </w:tc>
        <w:tc>
          <w:tcPr>
            <w:tcW w:type="dxa" w:w="1361"/>
          </w:tcPr>
          <w:p>
            <w:pPr>
              <w:spacing w:after="20" w:line="276" w:lineRule="auto"/>
            </w:pPr>
            <w:r/>
            <w:r>
              <w:rPr>
                <w:rFonts w:ascii="宋体" w:hAnsi="宋体" w:eastAsia="宋体"/>
                <w:b w:val="0"/>
                <w:sz w:val="18"/>
              </w:rPr>
              <w:t>25分钟</w:t>
            </w:r>
          </w:p>
        </w:tc>
      </w:tr>
      <w:tr>
        <w:tc>
          <w:tcPr>
            <w:tcW w:type="dxa" w:w="2835"/>
          </w:tcPr>
          <w:p>
            <w:pPr>
              <w:spacing w:after="20" w:line="276" w:lineRule="auto"/>
            </w:pPr>
            <w:r/>
            <w:r>
              <w:rPr>
                <w:rFonts w:ascii="宋体" w:hAnsi="宋体" w:eastAsia="宋体"/>
                <w:b w:val="0"/>
                <w:sz w:val="18"/>
              </w:rPr>
              <w:t>三、巩固应用，知识内化</w:t>
            </w:r>
          </w:p>
        </w:tc>
        <w:tc>
          <w:tcPr>
            <w:tcW w:type="dxa" w:w="1814"/>
          </w:tcPr>
          <w:p>
            <w:pPr>
              <w:spacing w:after="20" w:line="276" w:lineRule="auto"/>
            </w:pPr>
            <w:r/>
            <w:r>
              <w:rPr>
                <w:rFonts w:ascii="宋体" w:hAnsi="宋体" w:eastAsia="宋体"/>
                <w:b w:val="0"/>
                <w:sz w:val="18"/>
              </w:rPr>
              <w:t>教科书、课件、计数器</w:t>
            </w:r>
          </w:p>
        </w:tc>
        <w:tc>
          <w:tcPr>
            <w:tcW w:type="dxa" w:w="3402"/>
          </w:tcPr>
          <w:p>
            <w:pPr>
              <w:spacing w:after="20" w:line="276" w:lineRule="auto"/>
            </w:pPr>
            <w:r/>
            <w:r>
              <w:rPr>
                <w:rFonts w:ascii="宋体" w:hAnsi="宋体" w:eastAsia="宋体"/>
                <w:b w:val="0"/>
                <w:sz w:val="18"/>
              </w:rPr>
              <w:t>这是我国的五大名山。有哪些同学去过这些地方？；谁来完整地告诉大家，这些山分别有多高？</w:t>
            </w:r>
          </w:p>
        </w:tc>
        <w:tc>
          <w:tcPr>
            <w:tcW w:type="dxa" w:w="1361"/>
          </w:tcPr>
          <w:p>
            <w:pPr>
              <w:spacing w:after="20" w:line="276" w:lineRule="auto"/>
            </w:pPr>
            <w:r/>
            <w:r>
              <w:rPr>
                <w:rFonts w:ascii="宋体" w:hAnsi="宋体" w:eastAsia="宋体"/>
                <w:b w:val="0"/>
                <w:sz w:val="18"/>
              </w:rPr>
              <w:t>7分钟</w:t>
            </w:r>
          </w:p>
        </w:tc>
      </w:tr>
      <w:tr>
        <w:tc>
          <w:tcPr>
            <w:tcW w:type="dxa" w:w="2835"/>
          </w:tcPr>
          <w:p>
            <w:pPr>
              <w:spacing w:after="20" w:line="276" w:lineRule="auto"/>
            </w:pPr>
            <w:r/>
            <w:r>
              <w:rPr>
                <w:rFonts w:ascii="宋体" w:hAnsi="宋体" w:eastAsia="宋体"/>
                <w:b w:val="0"/>
                <w:sz w:val="18"/>
              </w:rPr>
              <w:t>四、课堂小结</w:t>
            </w:r>
          </w:p>
        </w:tc>
        <w:tc>
          <w:tcPr>
            <w:tcW w:type="dxa" w:w="1814"/>
          </w:tcPr>
          <w:p>
            <w:pPr>
              <w:spacing w:after="20" w:line="276" w:lineRule="auto"/>
            </w:pPr>
            <w:r/>
            <w:r>
              <w:rPr>
                <w:rFonts w:ascii="宋体" w:hAnsi="宋体" w:eastAsia="宋体"/>
                <w:b w:val="0"/>
                <w:sz w:val="18"/>
              </w:rPr>
              <w:t>课件、计数器</w:t>
            </w:r>
          </w:p>
        </w:tc>
        <w:tc>
          <w:tcPr>
            <w:tcW w:type="dxa" w:w="3402"/>
          </w:tcPr>
          <w:p>
            <w:pPr>
              <w:spacing w:after="20" w:line="276" w:lineRule="auto"/>
            </w:pPr>
            <w:r/>
            <w:r>
              <w:rPr>
                <w:rFonts w:ascii="宋体" w:hAnsi="宋体" w:eastAsia="宋体"/>
                <w:b w:val="0"/>
                <w:sz w:val="18"/>
              </w:rPr>
              <w:t>这节课你们学到了什么？有什么好的经验可以和大家分享的？</w:t>
            </w:r>
          </w:p>
        </w:tc>
        <w:tc>
          <w:tcPr>
            <w:tcW w:type="dxa" w:w="1361"/>
          </w:tcPr>
          <w:p>
            <w:pPr>
              <w:spacing w:after="20" w:line="276" w:lineRule="auto"/>
            </w:pPr>
            <w:r/>
            <w:r>
              <w:rPr>
                <w:rFonts w:ascii="宋体" w:hAnsi="宋体" w:eastAsia="宋体"/>
                <w:b w:val="0"/>
                <w:sz w:val="18"/>
              </w:rPr>
              <w:t>2分钟</w:t>
            </w:r>
          </w:p>
        </w:tc>
      </w:tr>
    </w:tbl>
    <w:p>
      <w:pPr>
        <w:spacing w:after="40"/>
      </w:pPr>
    </w:p>
    <w:p>
      <w:pPr>
        <w:spacing w:after="60" w:line="300" w:lineRule="auto"/>
      </w:pPr>
      <w:r>
        <w:rPr>
          <w:rFonts w:ascii="黑体" w:hAnsi="黑体" w:eastAsia="黑体"/>
          <w:b/>
          <w:sz w:val="21"/>
        </w:rPr>
        <w:t>三、教学过程（分栏）</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2409"/>
        <w:gridCol w:w="2409"/>
        <w:gridCol w:w="2409"/>
        <w:gridCol w:w="2409"/>
      </w:tblGrid>
      <w:tr>
        <w:trPr>
          <w:tblHeader w:val="true"/>
        </w:trPr>
        <w:tc>
          <w:tcPr>
            <w:tcW w:type="dxa" w:w="1474"/>
            <w:shd w:val="clear" w:fill="E8EEF7"/>
          </w:tcPr>
          <w:p>
            <w:pPr>
              <w:spacing w:after="20" w:line="276" w:lineRule="auto"/>
              <w:jc w:val="center"/>
            </w:pPr>
            <w:r/>
            <w:r>
              <w:rPr>
                <w:rFonts w:ascii="黑体" w:hAnsi="黑体" w:eastAsia="黑体"/>
                <w:b/>
                <w:sz w:val="18"/>
              </w:rPr>
              <w:t>教学环节</w:t>
            </w:r>
          </w:p>
        </w:tc>
        <w:tc>
          <w:tcPr>
            <w:tcW w:type="dxa" w:w="3061"/>
            <w:shd w:val="clear" w:fill="E8EEF7"/>
          </w:tcPr>
          <w:p>
            <w:pPr>
              <w:spacing w:after="20" w:line="276" w:lineRule="auto"/>
              <w:jc w:val="center"/>
            </w:pPr>
            <w:r/>
            <w:r>
              <w:rPr>
                <w:rFonts w:ascii="黑体" w:hAnsi="黑体" w:eastAsia="黑体"/>
                <w:b/>
                <w:sz w:val="18"/>
              </w:rPr>
              <w:t>教师活动</w:t>
            </w:r>
          </w:p>
        </w:tc>
        <w:tc>
          <w:tcPr>
            <w:tcW w:type="dxa" w:w="3061"/>
            <w:shd w:val="clear" w:fill="E8EEF7"/>
          </w:tcPr>
          <w:p>
            <w:pPr>
              <w:spacing w:after="20" w:line="276" w:lineRule="auto"/>
              <w:jc w:val="center"/>
            </w:pPr>
            <w:r/>
            <w:r>
              <w:rPr>
                <w:rFonts w:ascii="黑体" w:hAnsi="黑体" w:eastAsia="黑体"/>
                <w:b/>
                <w:sz w:val="18"/>
              </w:rPr>
              <w:t>学生活动</w:t>
            </w:r>
          </w:p>
        </w:tc>
        <w:tc>
          <w:tcPr>
            <w:tcW w:type="dxa" w:w="1814"/>
            <w:shd w:val="clear" w:fill="E8EEF7"/>
          </w:tcPr>
          <w:p>
            <w:pPr>
              <w:spacing w:after="20" w:line="276" w:lineRule="auto"/>
              <w:jc w:val="center"/>
            </w:pPr>
            <w:r/>
            <w:r>
              <w:rPr>
                <w:rFonts w:ascii="黑体" w:hAnsi="黑体" w:eastAsia="黑体"/>
                <w:b/>
                <w:sz w:val="18"/>
              </w:rPr>
              <w:t>设计意图</w:t>
            </w:r>
          </w:p>
        </w:tc>
      </w:tr>
      <w:tr>
        <w:tc>
          <w:tcPr>
            <w:tcW w:type="dxa" w:w="1474"/>
          </w:tcPr>
          <w:p>
            <w:pPr>
              <w:spacing w:after="20" w:line="276" w:lineRule="auto"/>
            </w:pPr>
            <w:r>
              <w:rPr>
                <w:b/>
              </w:rPr>
            </w:r>
            <w:r>
              <w:rPr>
                <w:rFonts w:ascii="宋体" w:hAnsi="宋体" w:eastAsia="宋体"/>
                <w:b/>
                <w:sz w:val="18"/>
              </w:rPr>
              <w:t>一、活动导入，激趣揭题</w:t>
            </w:r>
          </w:p>
        </w:tc>
        <w:tc>
          <w:tcPr>
            <w:tcW w:type="dxa" w:w="3061"/>
          </w:tcPr>
          <w:p>
            <w:pPr>
              <w:spacing w:after="20" w:line="276" w:lineRule="auto"/>
            </w:pPr>
            <w:r/>
            <w:r>
              <w:rPr>
                <w:rFonts w:ascii="宋体" w:hAnsi="宋体" w:eastAsia="宋体"/>
                <w:b w:val="0"/>
                <w:sz w:val="18"/>
              </w:rPr>
              <w:t>师：老师说几个数，你们在计数器上拨出这几个数，并说说是怎么拨的及每个数的组成。</w:t>
            </w:r>
          </w:p>
          <w:p>
            <w:pPr>
              <w:spacing w:after="20" w:line="276" w:lineRule="auto"/>
            </w:pPr>
            <w:r>
              <w:rPr>
                <w:rFonts w:ascii="宋体" w:hAnsi="宋体" w:eastAsia="宋体"/>
                <w:b w:val="0"/>
                <w:sz w:val="18"/>
              </w:rPr>
              <w:t>板书：3745、2080、6009。</w:t>
            </w:r>
          </w:p>
          <w:p>
            <w:pPr>
              <w:spacing w:after="20" w:line="276" w:lineRule="auto"/>
            </w:pPr>
            <w:r>
              <w:rPr>
                <w:rFonts w:ascii="宋体" w:hAnsi="宋体" w:eastAsia="宋体"/>
                <w:b w:val="0"/>
                <w:sz w:val="18"/>
              </w:rPr>
              <w:t>师：同学们刚刚拨的数知道怎么读吗？接下来让我们一起探究10000以内数的读法。(板书课题：10000以内数的读法)</w:t>
            </w:r>
          </w:p>
        </w:tc>
        <w:tc>
          <w:tcPr>
            <w:tcW w:type="dxa" w:w="3061"/>
          </w:tcPr>
          <w:p>
            <w:pPr>
              <w:spacing w:after="20" w:line="276" w:lineRule="auto"/>
            </w:pPr>
            <w:r/>
            <w:r>
              <w:rPr>
                <w:rFonts w:ascii="宋体" w:hAnsi="宋体" w:eastAsia="宋体"/>
                <w:b w:val="0"/>
                <w:sz w:val="18"/>
              </w:rPr>
              <w:t>学生汇报。根据学生的汇报，课件演示。</w:t>
            </w:r>
          </w:p>
        </w:tc>
        <w:tc>
          <w:tcPr>
            <w:tcW w:type="dxa" w:w="1814"/>
          </w:tcPr>
          <w:p>
            <w:pPr>
              <w:spacing w:after="20" w:line="276" w:lineRule="auto"/>
            </w:pPr>
            <w:r/>
            <w:r>
              <w:rPr>
                <w:rFonts w:ascii="宋体" w:hAnsi="宋体" w:eastAsia="宋体"/>
                <w:b w:val="0"/>
                <w:sz w:val="18"/>
              </w:rPr>
              <w:t>创设情境激活学生已有经验，自然引出本课学习内容，激发学习兴趣，核心问题："同学们刚刚拨的数知道怎么读吗？"</w:t>
            </w:r>
          </w:p>
        </w:tc>
      </w:tr>
      <w:tr>
        <w:tc>
          <w:tcPr>
            <w:tcW w:type="dxa" w:w="1474"/>
          </w:tcPr>
          <w:p>
            <w:pPr>
              <w:spacing w:after="20" w:line="276" w:lineRule="auto"/>
            </w:pPr>
            <w:r>
              <w:rPr>
                <w:b/>
              </w:rPr>
            </w:r>
            <w:r>
              <w:rPr>
                <w:rFonts w:ascii="宋体" w:hAnsi="宋体" w:eastAsia="宋体"/>
                <w:b/>
                <w:sz w:val="18"/>
              </w:rPr>
              <w:t>二、探究新知识</w:t>
            </w:r>
          </w:p>
        </w:tc>
        <w:tc>
          <w:tcPr>
            <w:tcW w:type="dxa" w:w="3061"/>
          </w:tcPr>
          <w:p>
            <w:pPr>
              <w:spacing w:after="20" w:line="276" w:lineRule="auto"/>
            </w:pPr>
            <w:r/>
            <w:r>
              <w:rPr>
                <w:rFonts w:ascii="宋体" w:hAnsi="宋体" w:eastAsia="宋体"/>
                <w:b w:val="0"/>
                <w:sz w:val="18"/>
              </w:rPr>
              <w:t>课件出示教科书P51例7部分内容。</w:t>
            </w:r>
          </w:p>
          <w:p>
            <w:pPr>
              <w:spacing w:after="20" w:line="276" w:lineRule="auto"/>
            </w:pPr>
            <w:r>
              <w:rPr>
                <w:rFonts w:ascii="宋体" w:hAnsi="宋体" w:eastAsia="宋体"/>
                <w:b w:val="0"/>
                <w:sz w:val="18"/>
              </w:rPr>
              <w:t>1．独立探究没有0的数的读法。</w:t>
            </w:r>
          </w:p>
          <w:p>
            <w:pPr>
              <w:spacing w:after="20" w:line="276" w:lineRule="auto"/>
            </w:pPr>
            <w:r>
              <w:rPr>
                <w:rFonts w:ascii="宋体" w:hAnsi="宋体" w:eastAsia="宋体"/>
                <w:b w:val="0"/>
                <w:sz w:val="18"/>
              </w:rPr>
              <w:t>师：我们先来看一下这个数(3745)，哪位同学可以告诉大家它是几位数？它是由几个千、几个百、几个十和几个一组成的？</w:t>
            </w:r>
          </w:p>
          <w:p>
            <w:pPr>
              <w:spacing w:after="20" w:line="276" w:lineRule="auto"/>
            </w:pPr>
            <w:r>
              <w:rPr>
                <w:rFonts w:ascii="宋体" w:hAnsi="宋体" w:eastAsia="宋体"/>
                <w:b w:val="0"/>
                <w:sz w:val="18"/>
              </w:rPr>
              <w:t>师：下面谁来试试，这个数怎么读？其他同学仔细听，他读得到底对不对？</w:t>
            </w:r>
          </w:p>
          <w:p>
            <w:pPr>
              <w:spacing w:after="20" w:line="276" w:lineRule="auto"/>
            </w:pPr>
            <w:r>
              <w:rPr>
                <w:rFonts w:ascii="宋体" w:hAnsi="宋体" w:eastAsia="宋体"/>
                <w:b w:val="0"/>
                <w:sz w:val="18"/>
              </w:rPr>
              <w:t>师：下面我们再来练习一下，在计数器上拨出4835。</w:t>
            </w:r>
          </w:p>
          <w:p>
            <w:pPr>
              <w:spacing w:after="20" w:line="276" w:lineRule="auto"/>
            </w:pPr>
            <w:r>
              <w:rPr>
                <w:rFonts w:ascii="宋体" w:hAnsi="宋体" w:eastAsia="宋体"/>
                <w:b w:val="0"/>
                <w:sz w:val="18"/>
              </w:rPr>
              <w:t>师：读数的时候我们从哪里读起？大家能根据以前的经验把10000以内数的读法总结一下吗？</w:t>
            </w:r>
          </w:p>
          <w:p>
            <w:pPr>
              <w:spacing w:after="20" w:line="276" w:lineRule="auto"/>
            </w:pPr>
            <w:r>
              <w:rPr>
                <w:rFonts w:ascii="宋体" w:hAnsi="宋体" w:eastAsia="宋体"/>
                <w:b w:val="0"/>
                <w:sz w:val="18"/>
              </w:rPr>
              <w:t>师小结：读数时，从高位读起，按照数位顺序读；千位上是几就读几千，百位上是几就读几百，十位上是几就读几十，个位上是几就读几。(教师适时板书)</w:t>
            </w:r>
          </w:p>
          <w:p>
            <w:pPr>
              <w:spacing w:after="20" w:line="276" w:lineRule="auto"/>
            </w:pPr>
            <w:r>
              <w:rPr>
                <w:rFonts w:ascii="宋体" w:hAnsi="宋体" w:eastAsia="宋体"/>
                <w:b w:val="0"/>
                <w:sz w:val="18"/>
              </w:rPr>
              <w:t>师：读数时，如果遇到0怎样读呢？这里还有两种情况，我们一起来继续看。</w:t>
            </w:r>
          </w:p>
          <w:p>
            <w:pPr>
              <w:spacing w:after="20" w:line="276" w:lineRule="auto"/>
            </w:pPr>
            <w:r>
              <w:rPr>
                <w:rFonts w:ascii="宋体" w:hAnsi="宋体" w:eastAsia="宋体"/>
                <w:b w:val="0"/>
                <w:sz w:val="18"/>
              </w:rPr>
              <w:t>2．合作探究有0的数的读法。</w:t>
            </w:r>
          </w:p>
          <w:p>
            <w:pPr>
              <w:spacing w:after="20" w:line="276" w:lineRule="auto"/>
            </w:pPr>
            <w:r>
              <w:rPr>
                <w:rFonts w:ascii="宋体" w:hAnsi="宋体" w:eastAsia="宋体"/>
                <w:b w:val="0"/>
                <w:sz w:val="18"/>
              </w:rPr>
              <w:t>(1)说说数的组成。</w:t>
            </w:r>
          </w:p>
          <w:p>
            <w:pPr>
              <w:spacing w:after="20" w:line="276" w:lineRule="auto"/>
            </w:pPr>
            <w:r>
              <w:rPr>
                <w:rFonts w:ascii="宋体" w:hAnsi="宋体" w:eastAsia="宋体"/>
                <w:b w:val="0"/>
                <w:sz w:val="18"/>
              </w:rPr>
              <w:t>课件出示教科书P51例7部分内容。</w:t>
            </w:r>
          </w:p>
          <w:p>
            <w:pPr>
              <w:spacing w:after="20" w:line="276" w:lineRule="auto"/>
            </w:pPr>
            <w:r>
              <w:rPr>
                <w:rFonts w:ascii="宋体" w:hAnsi="宋体" w:eastAsia="宋体"/>
                <w:b w:val="0"/>
                <w:sz w:val="18"/>
              </w:rPr>
              <w:t>师：观察这两个计数器，说一说这两个数是由什么组成的。</w:t>
            </w:r>
          </w:p>
          <w:p>
            <w:pPr>
              <w:spacing w:after="20" w:line="276" w:lineRule="auto"/>
            </w:pPr>
            <w:r>
              <w:rPr>
                <w:rFonts w:ascii="宋体" w:hAnsi="宋体" w:eastAsia="宋体"/>
                <w:b w:val="0"/>
                <w:sz w:val="18"/>
              </w:rPr>
              <w:t>师：这两个数怎么读呢？</w:t>
            </w:r>
          </w:p>
          <w:p>
            <w:pPr>
              <w:spacing w:after="20" w:line="276" w:lineRule="auto"/>
            </w:pPr>
            <w:r>
              <w:rPr>
                <w:rFonts w:ascii="宋体" w:hAnsi="宋体" w:eastAsia="宋体"/>
                <w:b w:val="0"/>
                <w:sz w:val="18"/>
              </w:rPr>
              <w:t>(2)讨论读法。</w:t>
            </w:r>
          </w:p>
          <w:p>
            <w:pPr>
              <w:spacing w:after="20" w:line="276" w:lineRule="auto"/>
            </w:pPr>
            <w:r>
              <w:rPr>
                <w:rFonts w:ascii="宋体" w:hAnsi="宋体" w:eastAsia="宋体"/>
                <w:b w:val="0"/>
                <w:sz w:val="18"/>
              </w:rPr>
              <w:t>课件呈现错误读法：二千八十，六千九，六千零零九。</w:t>
            </w:r>
          </w:p>
          <w:p>
            <w:pPr>
              <w:spacing w:after="20" w:line="276" w:lineRule="auto"/>
            </w:pPr>
            <w:r>
              <w:rPr>
                <w:rFonts w:ascii="宋体" w:hAnsi="宋体" w:eastAsia="宋体"/>
                <w:b w:val="0"/>
                <w:sz w:val="18"/>
              </w:rPr>
              <w:t>师：下面我们继续把刚才总结的规律完善一下。谁来说一说？</w:t>
            </w:r>
          </w:p>
          <w:p>
            <w:pPr>
              <w:spacing w:after="20" w:line="276" w:lineRule="auto"/>
            </w:pPr>
            <w:r>
              <w:rPr>
                <w:rFonts w:ascii="宋体" w:hAnsi="宋体" w:eastAsia="宋体"/>
                <w:b w:val="0"/>
                <w:sz w:val="18"/>
              </w:rPr>
              <w:t>教师完善板书。</w:t>
            </w:r>
          </w:p>
        </w:tc>
        <w:tc>
          <w:tcPr>
            <w:tcW w:type="dxa" w:w="3061"/>
          </w:tcPr>
          <w:p>
            <w:pPr>
              <w:spacing w:after="20" w:line="276" w:lineRule="auto"/>
            </w:pPr>
            <w:r/>
            <w:r>
              <w:rPr>
                <w:rFonts w:ascii="宋体" w:hAnsi="宋体" w:eastAsia="宋体"/>
                <w:b w:val="0"/>
                <w:sz w:val="18"/>
              </w:rPr>
              <w:t>借助计数器直观演示，学生能很快说出数的组成。</w:t>
            </w:r>
          </w:p>
          <w:p>
            <w:pPr>
              <w:spacing w:after="20" w:line="276" w:lineRule="auto"/>
            </w:pPr>
            <w:r>
              <w:rPr>
                <w:rFonts w:ascii="宋体" w:hAnsi="宋体" w:eastAsia="宋体"/>
                <w:b w:val="0"/>
                <w:sz w:val="18"/>
              </w:rPr>
              <w:t>3在千位，就读三千；7在百位，就读七百；4在十位，就读四十；5在个位，就读五。合起来就是三千七百四十五。(教师适时板书)</w:t>
            </w:r>
          </w:p>
          <w:p>
            <w:pPr>
              <w:spacing w:after="20" w:line="276" w:lineRule="auto"/>
            </w:pPr>
            <w:r>
              <w:rPr>
                <w:rFonts w:ascii="宋体" w:hAnsi="宋体" w:eastAsia="宋体"/>
                <w:b w:val="0"/>
                <w:sz w:val="18"/>
              </w:rPr>
              <w:t>学生自己拨数，教师用课件展示拨出4835的计数器，让学生读一读。</w:t>
            </w:r>
          </w:p>
          <w:p>
            <w:pPr>
              <w:spacing w:after="20" w:line="276" w:lineRule="auto"/>
            </w:pPr>
            <w:r>
              <w:rPr>
                <w:rFonts w:ascii="宋体" w:hAnsi="宋体" w:eastAsia="宋体"/>
                <w:b w:val="0"/>
                <w:sz w:val="18"/>
              </w:rPr>
              <w:t>小组合作读数：2080、6009。</w:t>
            </w:r>
          </w:p>
          <w:p>
            <w:pPr>
              <w:spacing w:after="20" w:line="276" w:lineRule="auto"/>
            </w:pPr>
            <w:r>
              <w:rPr>
                <w:rFonts w:ascii="宋体" w:hAnsi="宋体" w:eastAsia="宋体"/>
                <w:b w:val="0"/>
                <w:sz w:val="18"/>
              </w:rPr>
              <w:t>①讨论数中间的0怎么读。针对错误读法进行讨论，让学生明确：中间的0如果不读有可能会造成歧义，例如六千九，就不知道九在什么数位上了；中间有连续两个0的只需要读一个零。教师板书2080和6009的正确读法。</w:t>
            </w:r>
          </w:p>
          <w:p>
            <w:pPr>
              <w:spacing w:after="20" w:line="276" w:lineRule="auto"/>
            </w:pPr>
            <w:r>
              <w:rPr>
                <w:rFonts w:ascii="宋体" w:hAnsi="宋体" w:eastAsia="宋体"/>
                <w:b w:val="0"/>
                <w:sz w:val="18"/>
              </w:rPr>
              <w:t>②讨论数末尾的0怎么读。用500、1000、1500等数讨论得出：数末尾的0都不读。</w:t>
            </w:r>
          </w:p>
          <w:p>
            <w:pPr>
              <w:spacing w:after="20" w:line="276" w:lineRule="auto"/>
            </w:pPr>
            <w:r>
              <w:rPr>
                <w:rFonts w:ascii="宋体" w:hAnsi="宋体" w:eastAsia="宋体"/>
                <w:b w:val="0"/>
                <w:sz w:val="18"/>
              </w:rPr>
              <w:t>中间有一个0或两个0，只读一个零；末尾不管有几个0，都不读。</w:t>
            </w:r>
          </w:p>
        </w:tc>
        <w:tc>
          <w:tcPr>
            <w:tcW w:type="dxa" w:w="1814"/>
          </w:tcPr>
          <w:p>
            <w:pPr>
              <w:spacing w:after="20" w:line="276" w:lineRule="auto"/>
            </w:pPr>
            <w:r/>
            <w:r>
              <w:rPr>
                <w:rFonts w:ascii="宋体" w:hAnsi="宋体" w:eastAsia="宋体"/>
                <w:b w:val="0"/>
                <w:sz w:val="18"/>
              </w:rPr>
              <w:t>设计递进式探究活动，引导学生在动手实践与合作交流中经历知识形成过程，突破本课重难点，核心问题："我们先来看一下这个数(3745)，哪位同学可以告诉大家它是几位数？它是由几个千、几个百、几个十和几个一组成的？"</w:t>
            </w:r>
          </w:p>
        </w:tc>
      </w:tr>
      <w:tr>
        <w:tc>
          <w:tcPr>
            <w:tcW w:type="dxa" w:w="1474"/>
          </w:tcPr>
          <w:p>
            <w:pPr>
              <w:spacing w:after="20" w:line="276" w:lineRule="auto"/>
            </w:pPr>
            <w:r>
              <w:rPr>
                <w:b/>
              </w:rPr>
            </w:r>
            <w:r>
              <w:rPr>
                <w:rFonts w:ascii="宋体" w:hAnsi="宋体" w:eastAsia="宋体"/>
                <w:b/>
                <w:sz w:val="18"/>
              </w:rPr>
              <w:t>三、巩固应用，知识内化</w:t>
            </w:r>
          </w:p>
        </w:tc>
        <w:tc>
          <w:tcPr>
            <w:tcW w:type="dxa" w:w="3061"/>
          </w:tcPr>
          <w:p>
            <w:pPr>
              <w:spacing w:after="20" w:line="276" w:lineRule="auto"/>
            </w:pPr>
            <w:r/>
            <w:r>
              <w:rPr>
                <w:rFonts w:ascii="宋体" w:hAnsi="宋体" w:eastAsia="宋体"/>
                <w:b w:val="0"/>
                <w:sz w:val="18"/>
              </w:rPr>
              <w:t>1.完成教科书P51“做一做”第1题。</w:t>
            </w:r>
          </w:p>
          <w:p>
            <w:pPr>
              <w:spacing w:after="20" w:line="276" w:lineRule="auto"/>
            </w:pPr>
            <w:r>
              <w:rPr>
                <w:rFonts w:ascii="宋体" w:hAnsi="宋体" w:eastAsia="宋体"/>
                <w:b w:val="0"/>
                <w:sz w:val="18"/>
              </w:rPr>
              <w:t>指名学生读数，注意“0”的位置和读法。</w:t>
            </w:r>
          </w:p>
          <w:p>
            <w:pPr>
              <w:spacing w:after="20" w:line="276" w:lineRule="auto"/>
            </w:pPr>
            <w:r>
              <w:rPr>
                <w:rFonts w:ascii="宋体" w:hAnsi="宋体" w:eastAsia="宋体"/>
                <w:b w:val="0"/>
                <w:sz w:val="18"/>
              </w:rPr>
              <w:t>2．完成教科书P51“做一做”第2题。</w:t>
            </w:r>
          </w:p>
          <w:p>
            <w:pPr>
              <w:spacing w:after="20" w:line="276" w:lineRule="auto"/>
            </w:pPr>
            <w:r>
              <w:rPr>
                <w:rFonts w:ascii="宋体" w:hAnsi="宋体" w:eastAsia="宋体"/>
                <w:b w:val="0"/>
                <w:sz w:val="18"/>
              </w:rPr>
              <w:t>师：这是我国的五大名山。有哪些同学去过这些地方？谈谈你的感受。</w:t>
            </w:r>
          </w:p>
          <w:p>
            <w:pPr>
              <w:spacing w:after="20" w:line="276" w:lineRule="auto"/>
            </w:pPr>
            <w:r>
              <w:rPr>
                <w:rFonts w:ascii="宋体" w:hAnsi="宋体" w:eastAsia="宋体"/>
                <w:b w:val="0"/>
                <w:sz w:val="18"/>
              </w:rPr>
              <w:t>师：谁来完整地告诉大家，这些山分别有多高？我们一个一个地说。</w:t>
            </w:r>
          </w:p>
          <w:p>
            <w:pPr>
              <w:spacing w:after="20" w:line="276" w:lineRule="auto"/>
            </w:pPr>
            <w:r>
              <w:rPr>
                <w:rFonts w:ascii="宋体" w:hAnsi="宋体" w:eastAsia="宋体"/>
                <w:b w:val="0"/>
                <w:sz w:val="18"/>
              </w:rPr>
              <w:t>师：按照数位顺序读，特别是0的读法要注意。</w:t>
            </w:r>
          </w:p>
        </w:tc>
        <w:tc>
          <w:tcPr>
            <w:tcW w:type="dxa" w:w="3061"/>
          </w:tcPr>
          <w:p>
            <w:pPr>
              <w:spacing w:after="20" w:line="276" w:lineRule="auto"/>
            </w:pPr>
            <w:r/>
            <w:r>
              <w:rPr>
                <w:rFonts w:ascii="宋体" w:hAnsi="宋体" w:eastAsia="宋体"/>
                <w:b w:val="0"/>
                <w:sz w:val="18"/>
              </w:rPr>
              <w:t>让去过的学生表述这些山到底有多高，与登山时的感受结合起来。</w:t>
            </w:r>
          </w:p>
        </w:tc>
        <w:tc>
          <w:tcPr>
            <w:tcW w:type="dxa" w:w="1814"/>
          </w:tcPr>
          <w:p>
            <w:pPr>
              <w:spacing w:after="20" w:line="276" w:lineRule="auto"/>
            </w:pPr>
            <w:r/>
            <w:r>
              <w:rPr>
                <w:rFonts w:ascii="宋体" w:hAnsi="宋体" w:eastAsia="宋体"/>
                <w:b w:val="0"/>
                <w:sz w:val="18"/>
              </w:rPr>
              <w:t>通过有层次的练习及时反馈学情，巩固新知，培养学生灵活运用知识解决问题的能力，核心问题："这是我国的五大名山。有哪些同学去过这些地方？"</w:t>
            </w:r>
          </w:p>
        </w:tc>
      </w:tr>
      <w:tr>
        <w:tc>
          <w:tcPr>
            <w:tcW w:type="dxa" w:w="1474"/>
          </w:tcPr>
          <w:p>
            <w:pPr>
              <w:spacing w:after="20" w:line="276" w:lineRule="auto"/>
            </w:pPr>
            <w:r>
              <w:rPr>
                <w:b/>
              </w:rPr>
            </w:r>
            <w:r>
              <w:rPr>
                <w:rFonts w:ascii="宋体" w:hAnsi="宋体" w:eastAsia="宋体"/>
                <w:b/>
                <w:sz w:val="18"/>
              </w:rPr>
              <w:t>四、课堂小结</w:t>
            </w:r>
          </w:p>
        </w:tc>
        <w:tc>
          <w:tcPr>
            <w:tcW w:type="dxa" w:w="3061"/>
          </w:tcPr>
          <w:p>
            <w:pPr>
              <w:spacing w:after="20" w:line="276" w:lineRule="auto"/>
            </w:pPr>
            <w:r/>
            <w:r>
              <w:rPr>
                <w:rFonts w:ascii="宋体" w:hAnsi="宋体" w:eastAsia="宋体"/>
                <w:b w:val="0"/>
                <w:sz w:val="18"/>
              </w:rPr>
              <w:t>师：这节课你们学到了什么？有什么好的经验可以和大家分享的？</w:t>
            </w:r>
          </w:p>
        </w:tc>
        <w:tc>
          <w:tcPr>
            <w:tcW w:type="dxa" w:w="3061"/>
          </w:tcPr>
          <w:p>
            <w:pPr>
              <w:spacing w:after="20" w:line="276" w:lineRule="auto"/>
            </w:pPr>
            <w:r/>
            <w:r>
              <w:rPr>
                <w:rFonts w:ascii="宋体" w:hAnsi="宋体" w:eastAsia="宋体"/>
                <w:b w:val="0"/>
                <w:sz w:val="18"/>
              </w:rPr>
              <w:t>——</w:t>
            </w:r>
          </w:p>
        </w:tc>
        <w:tc>
          <w:tcPr>
            <w:tcW w:type="dxa" w:w="1814"/>
          </w:tcPr>
          <w:p>
            <w:pPr>
              <w:spacing w:after="20" w:line="276" w:lineRule="auto"/>
            </w:pPr>
            <w:r/>
            <w:r>
              <w:rPr>
                <w:rFonts w:ascii="宋体" w:hAnsi="宋体" w:eastAsia="宋体"/>
                <w:b w:val="0"/>
                <w:sz w:val="18"/>
              </w:rPr>
              <w:t>以活动的形式回顾1000以内数的读法及10000以内数的组成，既复习了旧知识，又为新知识的学习穿针引线，同时充分调动学生参与的积极性。探究数的读法时，从一般数到特殊数，注重直观到抽象的过渡。让学生明白读数的本质是根据数位顺序读出计数单位的个数，从而让学生能抽象概括出10000以内数的读法。</w:t>
            </w:r>
          </w:p>
        </w:tc>
      </w:tr>
    </w:tbl>
    <w:p>
      <w:pPr>
        <w:spacing w:after="40"/>
      </w:pPr>
    </w:p>
    <w:p>
      <w:pPr>
        <w:spacing w:after="60" w:line="300" w:lineRule="auto"/>
      </w:pPr>
      <w:r>
        <w:rPr>
          <w:rFonts w:ascii="黑体" w:hAnsi="黑体" w:eastAsia="黑体"/>
          <w:b/>
          <w:sz w:val="21"/>
        </w:rPr>
        <w:t>四、板书设计</w:t>
      </w:r>
    </w:p>
    <w:p>
      <w:pPr>
        <w:spacing w:after="40" w:line="300" w:lineRule="auto"/>
      </w:pPr>
      <w:r>
        <w:rPr>
          <w:rFonts w:ascii="宋体" w:hAnsi="宋体" w:eastAsia="宋体"/>
          <w:b w:val="0"/>
          <w:sz w:val="20"/>
        </w:rPr>
        <w:t>10000以内数的读法</w:t>
      </w:r>
    </w:p>
    <w:p>
      <w:pPr>
        <w:spacing w:after="40" w:line="300" w:lineRule="auto"/>
      </w:pPr>
      <w:r>
        <w:rPr>
          <w:rFonts w:ascii="宋体" w:hAnsi="宋体" w:eastAsia="宋体"/>
          <w:b w:val="0"/>
          <w:sz w:val="20"/>
        </w:rPr>
        <w:t>3745　读作：三千七百四十五</w:t>
      </w:r>
    </w:p>
    <w:p>
      <w:pPr>
        <w:spacing w:after="40" w:line="300" w:lineRule="auto"/>
      </w:pPr>
      <w:r>
        <w:rPr>
          <w:rFonts w:ascii="宋体" w:hAnsi="宋体" w:eastAsia="宋体"/>
          <w:b w:val="0"/>
          <w:sz w:val="20"/>
        </w:rPr>
        <w:t>2080　读作：二千零八十</w:t>
      </w:r>
    </w:p>
    <w:p>
      <w:pPr>
        <w:spacing w:after="40" w:line="300" w:lineRule="auto"/>
      </w:pPr>
      <w:r>
        <w:rPr>
          <w:rFonts w:ascii="宋体" w:hAnsi="宋体" w:eastAsia="宋体"/>
          <w:b w:val="0"/>
          <w:sz w:val="20"/>
        </w:rPr>
        <w:t>6009　读作：六千零九</w:t>
      </w:r>
    </w:p>
    <w:p>
      <w:pPr>
        <w:spacing w:after="40" w:line="300" w:lineRule="auto"/>
      </w:pPr>
      <w:r>
        <w:rPr>
          <w:rFonts w:ascii="宋体" w:hAnsi="宋体" w:eastAsia="宋体"/>
          <w:b w:val="0"/>
          <w:sz w:val="20"/>
        </w:rPr>
        <w:t>读法：</w:t>
      </w:r>
    </w:p>
    <w:p>
      <w:pPr>
        <w:spacing w:after="40" w:line="300" w:lineRule="auto"/>
      </w:pPr>
      <w:r>
        <w:rPr>
          <w:rFonts w:ascii="宋体" w:hAnsi="宋体" w:eastAsia="宋体"/>
          <w:b w:val="0"/>
          <w:sz w:val="20"/>
        </w:rPr>
        <w:t>1．读数时，从高位读起，按照数位顺序读；</w:t>
      </w:r>
    </w:p>
    <w:p>
      <w:pPr>
        <w:spacing w:after="40" w:line="300" w:lineRule="auto"/>
      </w:pPr>
      <w:r>
        <w:rPr>
          <w:rFonts w:ascii="宋体" w:hAnsi="宋体" w:eastAsia="宋体"/>
          <w:b w:val="0"/>
          <w:sz w:val="20"/>
        </w:rPr>
        <w:t>2．千位上是几就读几千，百位上是几就读几百……</w:t>
      </w:r>
    </w:p>
    <w:p>
      <w:pPr>
        <w:spacing w:after="40" w:line="300" w:lineRule="auto"/>
      </w:pPr>
      <w:r>
        <w:rPr>
          <w:rFonts w:ascii="宋体" w:hAnsi="宋体" w:eastAsia="宋体"/>
          <w:b w:val="0"/>
          <w:sz w:val="20"/>
        </w:rPr>
        <w:t>3．中间有一个0或两个0，只读一个零；</w:t>
      </w:r>
    </w:p>
    <w:p>
      <w:pPr>
        <w:spacing w:after="40" w:line="300" w:lineRule="auto"/>
      </w:pPr>
      <w:r>
        <w:rPr>
          <w:rFonts w:ascii="宋体" w:hAnsi="宋体" w:eastAsia="宋体"/>
          <w:b w:val="0"/>
          <w:sz w:val="20"/>
        </w:rPr>
        <w:t>4．末尾不管有几个0，都不读。</w:t>
      </w:r>
    </w:p>
    <w:p>
      <w:pPr>
        <w:spacing w:after="60" w:line="300" w:lineRule="auto"/>
      </w:pPr>
      <w:r>
        <w:rPr>
          <w:rFonts w:ascii="黑体" w:hAnsi="黑体" w:eastAsia="黑体"/>
          <w:b/>
          <w:sz w:val="21"/>
        </w:rPr>
        <w:t>五、作业设计</w:t>
      </w:r>
    </w:p>
    <w:p>
      <w:pPr>
        <w:spacing w:after="40" w:line="300" w:lineRule="auto"/>
        <w:ind w:firstLine="400"/>
      </w:pPr>
      <w:r>
        <w:rPr>
          <w:rFonts w:ascii="宋体" w:hAnsi="宋体" w:eastAsia="宋体"/>
          <w:b w:val="0"/>
          <w:sz w:val="20"/>
        </w:rPr>
        <w:t>课前预设作业：</w:t>
      </w:r>
    </w:p>
    <w:p>
      <w:pPr>
        <w:spacing w:after="40" w:line="300" w:lineRule="auto"/>
        <w:ind w:firstLine="400"/>
      </w:pPr>
      <w:r>
        <w:rPr>
          <w:rFonts w:ascii="宋体" w:hAnsi="宋体" w:eastAsia="宋体"/>
          <w:b w:val="0"/>
          <w:sz w:val="20"/>
        </w:rPr>
        <w:t>① 教科书P51例7，教科书P51“做一做”。</w:t>
      </w:r>
    </w:p>
    <w:p>
      <w:pPr>
        <w:spacing w:after="40" w:line="300" w:lineRule="auto"/>
        <w:ind w:firstLine="400"/>
      </w:pPr>
      <w:r>
        <w:rPr>
          <w:rFonts w:ascii="宋体" w:hAnsi="宋体" w:eastAsia="宋体"/>
          <w:b w:val="0"/>
          <w:sz w:val="20"/>
        </w:rPr>
        <w:t>课后跟进作业：教学任务完成后，据学生课堂反馈调整——可安排①《数学作业本》对应课时的巩固练习；②说题或动手操作类实践作业（视学情选用，一、二年级不布置书面家庭作业）。</w:t>
      </w:r>
    </w:p>
    <w:p>
      <w:pPr>
        <w:spacing w:after="60" w:line="300" w:lineRule="auto"/>
      </w:pPr>
      <w:r>
        <w:rPr>
          <w:rFonts w:ascii="黑体" w:hAnsi="黑体" w:eastAsia="黑体"/>
          <w:b/>
          <w:sz w:val="21"/>
        </w:rPr>
        <w:t>六、课后反思</w:t>
      </w:r>
    </w:p>
    <w:p>
      <w:pPr>
        <w:spacing w:after="20" w:line="300" w:lineRule="auto"/>
      </w:pPr>
      <w:r>
        <w:rPr>
          <w:rFonts w:ascii="宋体" w:hAnsi="宋体" w:eastAsia="宋体"/>
          <w:b w:val="0"/>
          <w:sz w:val="20"/>
        </w:rPr>
        <w:t>1．实际教学过程与课前预设之间的差距如何？如果有差距，你是如何处理的？</w:t>
      </w:r>
    </w:p>
    <w:p>
      <w:pPr>
        <w:spacing w:after="40" w:line="300" w:lineRule="auto"/>
      </w:pPr>
      <w:r>
        <w:rPr>
          <w:rFonts w:ascii="楷体" w:hAnsi="楷体" w:eastAsia="楷体"/>
          <w:b w:val="0"/>
          <w:sz w:val="20"/>
        </w:rPr>
        <w:t>＿＿＿＿＿＿＿＿＿＿＿＿＿＿＿＿＿＿＿＿＿＿＿＿＿＿＿＿＿＿＿＿＿＿＿＿</w:t>
      </w:r>
    </w:p>
    <w:p>
      <w:pPr>
        <w:spacing w:after="20" w:line="300" w:lineRule="auto"/>
      </w:pPr>
      <w:r>
        <w:rPr>
          <w:rFonts w:ascii="宋体" w:hAnsi="宋体" w:eastAsia="宋体"/>
          <w:b w:val="0"/>
          <w:sz w:val="20"/>
        </w:rPr>
        <w:t>2．学生是否都有了公平学习的机会？</w:t>
      </w:r>
    </w:p>
    <w:p>
      <w:pPr>
        <w:spacing w:after="40" w:line="300" w:lineRule="auto"/>
      </w:pPr>
      <w:r>
        <w:rPr>
          <w:rFonts w:ascii="楷体" w:hAnsi="楷体" w:eastAsia="楷体"/>
          <w:b w:val="0"/>
          <w:sz w:val="20"/>
        </w:rPr>
        <w:t>＿＿＿＿＿＿＿＿＿＿＿＿＿＿＿＿＿＿＿＿＿＿＿＿＿＿＿＿＿＿＿＿＿＿＿＿</w:t>
      </w:r>
    </w:p>
    <w:p>
      <w:pPr>
        <w:spacing w:after="20" w:line="300" w:lineRule="auto"/>
      </w:pPr>
      <w:r>
        <w:rPr>
          <w:rFonts w:ascii="宋体" w:hAnsi="宋体" w:eastAsia="宋体"/>
          <w:b w:val="0"/>
          <w:sz w:val="20"/>
        </w:rPr>
        <w:t>3．教学中还存在哪些问题？哪个问题显得最为关键？打算在后续的教学中如何改进？</w:t>
      </w:r>
    </w:p>
    <w:p>
      <w:pPr>
        <w:spacing w:after="40" w:line="300" w:lineRule="auto"/>
      </w:pPr>
      <w:r>
        <w:rPr>
          <w:rFonts w:ascii="楷体" w:hAnsi="楷体" w:eastAsia="楷体"/>
          <w:b w:val="0"/>
          <w:sz w:val="20"/>
        </w:rPr>
        <w:t>＿＿＿＿＿＿＿＿＿＿＿＿＿＿＿＿＿＿＿＿＿＿＿＿＿＿＿＿＿＿＿＿＿＿＿＿</w:t>
      </w:r>
    </w:p>
    <w:p>
      <w:pPr>
        <w:spacing w:after="40" w:line="300" w:lineRule="auto"/>
        <w:ind w:firstLine="380"/>
      </w:pPr>
      <w:r>
        <w:rPr>
          <w:rFonts w:ascii="楷体" w:hAnsi="楷体" w:eastAsia="楷体"/>
          <w:b w:val="0"/>
          <w:color w:val="606060"/>
          <w:sz w:val="19"/>
        </w:rPr>
        <w:t>【原教学设计反思（供参考）】学生有读1000以内数的基础，学习10000以内数的读法时，借助计数器，能根据计数器上的数位很快地进行读数练习。难点是有“0”的数的读法。通过单独的重难点突破与错误解析形成对比，让学生明确中间不管有几个0，都只读一个零；末尾不管有几个0，都不读。数在生活中的应用，会给学生指引学习的方向，让学生在平时生活中下意识地去寻找并应用所学的数的知识。</w:t>
      </w:r>
    </w:p>
    <w:p>
      <w:r>
        <w:br w:type="page"/>
      </w:r>
    </w:p>
    <w:p>
      <w:pPr>
        <w:spacing w:after="80" w:line="300" w:lineRule="auto"/>
      </w:pPr>
      <w:r>
        <w:rPr>
          <w:rFonts w:ascii="黑体" w:hAnsi="黑体" w:eastAsia="黑体"/>
          <w:b/>
          <w:sz w:val="24"/>
        </w:rPr>
        <w:t>二、课时教学方案（第7课时）</w:t>
      </w:r>
    </w:p>
    <w:p>
      <w:pPr>
        <w:spacing w:after="80" w:line="300" w:lineRule="auto"/>
      </w:pPr>
      <w:r>
        <w:rPr>
          <w:rFonts w:ascii="黑体" w:hAnsi="黑体" w:eastAsia="黑体"/>
          <w:b/>
          <w:sz w:val="24"/>
        </w:rPr>
        <w:t>第7课时　10000以内数的写法</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4819"/>
        <w:gridCol w:w="4819"/>
      </w:tblGrid>
      <w:tr>
        <w:trPr>
          <w:tblHeader w:val="true"/>
        </w:trPr>
        <w:tc>
          <w:tcPr>
            <w:tcW w:type="dxa" w:w="3402"/>
            <w:shd w:val="clear" w:fill="E8EEF7"/>
          </w:tcPr>
          <w:p>
            <w:pPr>
              <w:spacing w:after="20" w:line="276" w:lineRule="auto"/>
              <w:jc w:val="center"/>
            </w:pPr>
            <w:r/>
            <w:r>
              <w:rPr>
                <w:rFonts w:ascii="黑体" w:hAnsi="黑体" w:eastAsia="黑体"/>
                <w:b/>
                <w:sz w:val="18"/>
              </w:rPr>
              <w:t>课题名称</w:t>
            </w:r>
          </w:p>
        </w:tc>
        <w:tc>
          <w:tcPr>
            <w:tcW w:type="dxa" w:w="6009"/>
            <w:shd w:val="clear" w:fill="E8EEF7"/>
          </w:tcPr>
          <w:p>
            <w:pPr>
              <w:spacing w:after="20" w:line="276" w:lineRule="auto"/>
              <w:jc w:val="center"/>
            </w:pPr>
            <w:r/>
            <w:r>
              <w:rPr>
                <w:rFonts w:ascii="黑体" w:hAnsi="黑体" w:eastAsia="黑体"/>
                <w:b/>
                <w:sz w:val="18"/>
              </w:rPr>
              <w:t>所属主题</w:t>
            </w:r>
          </w:p>
        </w:tc>
      </w:tr>
      <w:tr>
        <w:tc>
          <w:tcPr>
            <w:tcW w:type="dxa" w:w="3402"/>
          </w:tcPr>
          <w:p>
            <w:pPr>
              <w:spacing w:after="20" w:line="276" w:lineRule="auto"/>
            </w:pPr>
            <w:r/>
            <w:r>
              <w:rPr>
                <w:rFonts w:ascii="宋体" w:hAnsi="宋体" w:eastAsia="宋体"/>
                <w:b/>
                <w:sz w:val="20"/>
              </w:rPr>
              <w:t>第7课时　10000以内数的写法</w:t>
            </w:r>
          </w:p>
        </w:tc>
        <w:tc>
          <w:tcPr>
            <w:tcW w:type="dxa" w:w="6009"/>
          </w:tcPr>
          <w:p>
            <w:pPr>
              <w:spacing w:after="20" w:line="276" w:lineRule="auto"/>
            </w:pPr>
            <w:r/>
            <w:r>
              <w:rPr>
                <w:rFonts w:ascii="宋体" w:hAnsi="宋体" w:eastAsia="宋体"/>
                <w:b w:val="0"/>
                <w:sz w:val="20"/>
              </w:rPr>
              <w:t>第3单元 万以内数的认识</w:t>
            </w:r>
          </w:p>
        </w:tc>
      </w:tr>
    </w:tbl>
    <w:p>
      <w:pPr>
        <w:spacing w:after="40"/>
      </w:pPr>
    </w:p>
    <w:p>
      <w:pPr>
        <w:spacing w:after="60" w:line="300" w:lineRule="auto"/>
      </w:pPr>
      <w:r>
        <w:rPr>
          <w:rFonts w:ascii="黑体" w:hAnsi="黑体" w:eastAsia="黑体"/>
          <w:b/>
          <w:sz w:val="21"/>
        </w:rPr>
        <w:t>一、课前思考</w:t>
      </w:r>
    </w:p>
    <w:p>
      <w:pPr>
        <w:spacing w:after="20" w:line="300" w:lineRule="auto"/>
      </w:pPr>
      <w:r>
        <w:rPr>
          <w:rFonts w:ascii="黑体" w:hAnsi="黑体" w:eastAsia="黑体"/>
          <w:b/>
          <w:sz w:val="21"/>
        </w:rPr>
        <w:t>1．学情诊断与分析</w:t>
      </w:r>
    </w:p>
    <w:p>
      <w:pPr>
        <w:spacing w:after="80" w:line="300" w:lineRule="auto"/>
        <w:ind w:firstLine="400"/>
      </w:pPr>
      <w:r>
        <w:rPr>
          <w:rFonts w:ascii="宋体" w:hAnsi="宋体" w:eastAsia="宋体"/>
          <w:b w:val="0"/>
          <w:sz w:val="20"/>
        </w:rPr>
        <w:t>单元学情：【学情分析】</w:t>
      </w:r>
    </w:p>
    <w:p>
      <w:pPr>
        <w:spacing w:after="80" w:line="300" w:lineRule="auto"/>
        <w:ind w:firstLine="400"/>
      </w:pPr>
      <w:r>
        <w:rPr>
          <w:rFonts w:ascii="宋体" w:hAnsi="宋体" w:eastAsia="宋体"/>
          <w:b w:val="0"/>
          <w:sz w:val="20"/>
        </w:rPr>
        <w:t>根据儿童的年龄特征和心理发展规律，自然数的认识由小到大，逐步扩大。学生已经认识了百以内的数，本次学习“万以内数的认识”是对前面知识的拓展。虽然数在生活中的应用范围较广，但学生接触大数的机会并不多。教学时，要以直观为主，将抽象的数形象化，贯穿整个单元教学的始终，进而培养学生对数学学习的兴趣，逐步发展学生的数感。</w:t>
      </w:r>
    </w:p>
    <w:p>
      <w:pPr>
        <w:spacing w:after="80" w:line="300" w:lineRule="auto"/>
        <w:ind w:firstLine="400"/>
      </w:pPr>
      <w:r>
        <w:rPr>
          <w:rFonts w:ascii="宋体" w:hAnsi="宋体" w:eastAsia="宋体"/>
          <w:b w:val="0"/>
          <w:sz w:val="20"/>
        </w:rPr>
        <w:t>【教学策略】</w:t>
      </w:r>
    </w:p>
    <w:p>
      <w:pPr>
        <w:spacing w:after="80" w:line="300" w:lineRule="auto"/>
        <w:ind w:firstLine="400"/>
      </w:pPr>
      <w:r>
        <w:rPr>
          <w:rFonts w:ascii="宋体" w:hAnsi="宋体" w:eastAsia="宋体"/>
          <w:b w:val="0"/>
          <w:sz w:val="20"/>
        </w:rPr>
        <w:t>本课学情：结合本班实际，诊断学生完成本课时任务的起点与可能的困难。</w:t>
      </w:r>
    </w:p>
    <w:p>
      <w:pPr>
        <w:spacing w:after="20" w:line="300" w:lineRule="auto"/>
      </w:pPr>
      <w:r>
        <w:rPr>
          <w:rFonts w:ascii="黑体" w:hAnsi="黑体" w:eastAsia="黑体"/>
          <w:b/>
          <w:sz w:val="21"/>
        </w:rPr>
        <w:t>2．教材分析与教学材料选择</w:t>
      </w:r>
    </w:p>
    <w:p>
      <w:pPr>
        <w:spacing w:after="80" w:line="300" w:lineRule="auto"/>
        <w:ind w:firstLine="400"/>
      </w:pPr>
      <w:r>
        <w:rPr>
          <w:rFonts w:ascii="宋体" w:hAnsi="宋体" w:eastAsia="宋体"/>
          <w:b w:val="0"/>
          <w:sz w:val="20"/>
        </w:rPr>
        <w:t>教学内容：教科书P52例8，教科书P52“做一做”。</w:t>
      </w:r>
    </w:p>
    <w:p>
      <w:pPr>
        <w:spacing w:after="80" w:line="300" w:lineRule="auto"/>
        <w:ind w:firstLine="400"/>
      </w:pPr>
      <w:r>
        <w:rPr>
          <w:rFonts w:ascii="宋体" w:hAnsi="宋体" w:eastAsia="宋体"/>
          <w:b w:val="0"/>
          <w:sz w:val="20"/>
        </w:rPr>
        <w:t>教学准备：课件、计数器、卡片。</w:t>
      </w:r>
    </w:p>
    <w:p>
      <w:pPr>
        <w:spacing w:after="20" w:line="300" w:lineRule="auto"/>
      </w:pPr>
      <w:r>
        <w:rPr>
          <w:rFonts w:ascii="黑体" w:hAnsi="黑体" w:eastAsia="黑体"/>
          <w:b/>
          <w:sz w:val="21"/>
        </w:rPr>
        <w:t>3．具体目标阐述与教学重难点</w:t>
      </w:r>
    </w:p>
    <w:p>
      <w:pPr>
        <w:spacing w:after="20" w:line="300" w:lineRule="auto"/>
      </w:pPr>
      <w:r>
        <w:rPr>
          <w:rFonts w:ascii="黑体" w:hAnsi="黑体" w:eastAsia="黑体"/>
          <w:b/>
          <w:sz w:val="20"/>
        </w:rPr>
        <w:t>课时目标：</w:t>
      </w:r>
    </w:p>
    <w:p>
      <w:pPr>
        <w:spacing w:after="20" w:line="300" w:lineRule="auto"/>
        <w:ind w:firstLine="400"/>
      </w:pPr>
      <w:r>
        <w:rPr>
          <w:rFonts w:ascii="宋体" w:hAnsi="宋体" w:eastAsia="宋体"/>
          <w:b w:val="0"/>
          <w:sz w:val="20"/>
        </w:rPr>
        <w:t>（1）借助计数器，利用知识迁移，理解10000以内数的写法。</w:t>
      </w:r>
    </w:p>
    <w:p>
      <w:pPr>
        <w:spacing w:after="20" w:line="300" w:lineRule="auto"/>
        <w:ind w:firstLine="400"/>
      </w:pPr>
      <w:r>
        <w:rPr>
          <w:rFonts w:ascii="宋体" w:hAnsi="宋体" w:eastAsia="宋体"/>
          <w:b w:val="0"/>
          <w:sz w:val="20"/>
        </w:rPr>
        <w:t>（2）从一般到特殊，引导学生探究并归纳出10000以内数的写法，培养学生的抽象概括能力和数感。</w:t>
      </w:r>
    </w:p>
    <w:p>
      <w:pPr>
        <w:spacing w:after="20" w:line="300" w:lineRule="auto"/>
        <w:ind w:firstLine="400"/>
      </w:pPr>
      <w:r>
        <w:rPr>
          <w:rFonts w:ascii="宋体" w:hAnsi="宋体" w:eastAsia="宋体"/>
          <w:b w:val="0"/>
          <w:sz w:val="20"/>
        </w:rPr>
        <w:t>（3）通过写生活中出现的数，体会数学的应用价值，体验获得知识的快乐。</w:t>
      </w:r>
    </w:p>
    <w:p>
      <w:pPr>
        <w:spacing w:after="20" w:line="300" w:lineRule="auto"/>
      </w:pPr>
      <w:r>
        <w:rPr>
          <w:rFonts w:ascii="宋体" w:hAnsi="宋体" w:eastAsia="宋体"/>
          <w:b w:val="0"/>
          <w:sz w:val="20"/>
        </w:rPr>
        <w:t>教学重点：写数的基本方法。</w:t>
      </w:r>
    </w:p>
    <w:p>
      <w:pPr>
        <w:spacing w:after="20" w:line="300" w:lineRule="auto"/>
      </w:pPr>
      <w:r>
        <w:rPr>
          <w:rFonts w:ascii="宋体" w:hAnsi="宋体" w:eastAsia="宋体"/>
          <w:b w:val="0"/>
          <w:sz w:val="20"/>
        </w:rPr>
        <w:t>教学难点：体会写数的本质。</w:t>
      </w:r>
    </w:p>
    <w:p>
      <w:pPr>
        <w:spacing w:after="40"/>
      </w:pPr>
    </w:p>
    <w:p>
      <w:pPr>
        <w:spacing w:after="60" w:line="300" w:lineRule="auto"/>
      </w:pPr>
      <w:r>
        <w:rPr>
          <w:rFonts w:ascii="黑体" w:hAnsi="黑体" w:eastAsia="黑体"/>
          <w:b/>
          <w:sz w:val="21"/>
        </w:rPr>
        <w:t>二、板块设计</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2409"/>
        <w:gridCol w:w="2409"/>
        <w:gridCol w:w="2409"/>
        <w:gridCol w:w="2409"/>
      </w:tblGrid>
      <w:tr>
        <w:trPr>
          <w:tblHeader w:val="true"/>
        </w:trPr>
        <w:tc>
          <w:tcPr>
            <w:tcW w:type="dxa" w:w="2835"/>
            <w:shd w:val="clear" w:fill="E8EEF7"/>
          </w:tcPr>
          <w:p>
            <w:pPr>
              <w:spacing w:after="20" w:line="276" w:lineRule="auto"/>
              <w:jc w:val="center"/>
            </w:pPr>
            <w:r/>
            <w:r>
              <w:rPr>
                <w:rFonts w:ascii="黑体" w:hAnsi="黑体" w:eastAsia="黑体"/>
                <w:b/>
                <w:sz w:val="18"/>
              </w:rPr>
              <w:t>环节目标</w:t>
            </w:r>
          </w:p>
        </w:tc>
        <w:tc>
          <w:tcPr>
            <w:tcW w:type="dxa" w:w="1814"/>
            <w:shd w:val="clear" w:fill="E8EEF7"/>
          </w:tcPr>
          <w:p>
            <w:pPr>
              <w:spacing w:after="20" w:line="276" w:lineRule="auto"/>
              <w:jc w:val="center"/>
            </w:pPr>
            <w:r/>
            <w:r>
              <w:rPr>
                <w:rFonts w:ascii="黑体" w:hAnsi="黑体" w:eastAsia="黑体"/>
                <w:b/>
                <w:sz w:val="18"/>
              </w:rPr>
              <w:t>学习材料</w:t>
            </w:r>
          </w:p>
        </w:tc>
        <w:tc>
          <w:tcPr>
            <w:tcW w:type="dxa" w:w="3402"/>
            <w:shd w:val="clear" w:fill="E8EEF7"/>
          </w:tcPr>
          <w:p>
            <w:pPr>
              <w:spacing w:after="20" w:line="276" w:lineRule="auto"/>
              <w:jc w:val="center"/>
            </w:pPr>
            <w:r/>
            <w:r>
              <w:rPr>
                <w:rFonts w:ascii="黑体" w:hAnsi="黑体" w:eastAsia="黑体"/>
                <w:b/>
                <w:sz w:val="18"/>
              </w:rPr>
              <w:t>关键问题</w:t>
            </w:r>
          </w:p>
        </w:tc>
        <w:tc>
          <w:tcPr>
            <w:tcW w:type="dxa" w:w="1361"/>
            <w:shd w:val="clear" w:fill="E8EEF7"/>
          </w:tcPr>
          <w:p>
            <w:pPr>
              <w:spacing w:after="20" w:line="276" w:lineRule="auto"/>
              <w:jc w:val="center"/>
            </w:pPr>
            <w:r/>
            <w:r>
              <w:rPr>
                <w:rFonts w:ascii="黑体" w:hAnsi="黑体" w:eastAsia="黑体"/>
                <w:b/>
                <w:sz w:val="18"/>
              </w:rPr>
              <w:t>时间</w:t>
            </w:r>
          </w:p>
        </w:tc>
      </w:tr>
      <w:tr>
        <w:tc>
          <w:tcPr>
            <w:tcW w:type="dxa" w:w="2835"/>
          </w:tcPr>
          <w:p>
            <w:pPr>
              <w:spacing w:after="20" w:line="276" w:lineRule="auto"/>
            </w:pPr>
            <w:r/>
            <w:r>
              <w:rPr>
                <w:rFonts w:ascii="宋体" w:hAnsi="宋体" w:eastAsia="宋体"/>
                <w:b w:val="0"/>
                <w:sz w:val="18"/>
              </w:rPr>
              <w:t>一、活动导入，激趣揭题</w:t>
            </w:r>
          </w:p>
        </w:tc>
        <w:tc>
          <w:tcPr>
            <w:tcW w:type="dxa" w:w="1814"/>
          </w:tcPr>
          <w:p>
            <w:pPr>
              <w:spacing w:after="20" w:line="276" w:lineRule="auto"/>
            </w:pPr>
            <w:r/>
            <w:r>
              <w:rPr>
                <w:rFonts w:ascii="宋体" w:hAnsi="宋体" w:eastAsia="宋体"/>
                <w:b w:val="0"/>
                <w:sz w:val="18"/>
              </w:rPr>
              <w:t>课件、计数器</w:t>
            </w:r>
          </w:p>
        </w:tc>
        <w:tc>
          <w:tcPr>
            <w:tcW w:type="dxa" w:w="3402"/>
          </w:tcPr>
          <w:p>
            <w:pPr>
              <w:spacing w:after="20" w:line="276" w:lineRule="auto"/>
            </w:pPr>
            <w:r/>
            <w:r>
              <w:rPr>
                <w:rFonts w:ascii="宋体" w:hAnsi="宋体" w:eastAsia="宋体"/>
                <w:b w:val="0"/>
                <w:sz w:val="18"/>
              </w:rPr>
              <w:t>——</w:t>
            </w:r>
          </w:p>
        </w:tc>
        <w:tc>
          <w:tcPr>
            <w:tcW w:type="dxa" w:w="1361"/>
          </w:tcPr>
          <w:p>
            <w:pPr>
              <w:spacing w:after="20" w:line="276" w:lineRule="auto"/>
            </w:pPr>
            <w:r/>
            <w:r>
              <w:rPr>
                <w:rFonts w:ascii="宋体" w:hAnsi="宋体" w:eastAsia="宋体"/>
                <w:b w:val="0"/>
                <w:sz w:val="18"/>
              </w:rPr>
              <w:t>6分钟</w:t>
            </w:r>
          </w:p>
        </w:tc>
      </w:tr>
      <w:tr>
        <w:tc>
          <w:tcPr>
            <w:tcW w:type="dxa" w:w="2835"/>
          </w:tcPr>
          <w:p>
            <w:pPr>
              <w:spacing w:after="20" w:line="276" w:lineRule="auto"/>
            </w:pPr>
            <w:r/>
            <w:r>
              <w:rPr>
                <w:rFonts w:ascii="宋体" w:hAnsi="宋体" w:eastAsia="宋体"/>
                <w:b w:val="0"/>
                <w:sz w:val="18"/>
              </w:rPr>
              <w:t>二、探究新知识：10000以内数的写法</w:t>
            </w:r>
          </w:p>
        </w:tc>
        <w:tc>
          <w:tcPr>
            <w:tcW w:type="dxa" w:w="1814"/>
          </w:tcPr>
          <w:p>
            <w:pPr>
              <w:spacing w:after="20" w:line="276" w:lineRule="auto"/>
            </w:pPr>
            <w:r/>
            <w:r>
              <w:rPr>
                <w:rFonts w:ascii="宋体" w:hAnsi="宋体" w:eastAsia="宋体"/>
                <w:b w:val="0"/>
                <w:sz w:val="18"/>
              </w:rPr>
              <w:t>课件、教科书、计数器</w:t>
            </w:r>
          </w:p>
        </w:tc>
        <w:tc>
          <w:tcPr>
            <w:tcW w:type="dxa" w:w="3402"/>
          </w:tcPr>
          <w:p>
            <w:pPr>
              <w:spacing w:after="20" w:line="276" w:lineRule="auto"/>
            </w:pPr>
            <w:r/>
            <w:r>
              <w:rPr>
                <w:rFonts w:ascii="宋体" w:hAnsi="宋体" w:eastAsia="宋体"/>
                <w:b w:val="0"/>
                <w:sz w:val="18"/>
              </w:rPr>
              <w:t>这个数要怎么写呢？；请大家用计数器拨一拨，这些数是由哪几部分组成的？</w:t>
            </w:r>
          </w:p>
        </w:tc>
        <w:tc>
          <w:tcPr>
            <w:tcW w:type="dxa" w:w="1361"/>
          </w:tcPr>
          <w:p>
            <w:pPr>
              <w:spacing w:after="20" w:line="276" w:lineRule="auto"/>
            </w:pPr>
            <w:r/>
            <w:r>
              <w:rPr>
                <w:rFonts w:ascii="宋体" w:hAnsi="宋体" w:eastAsia="宋体"/>
                <w:b w:val="0"/>
                <w:sz w:val="18"/>
              </w:rPr>
              <w:t>25分钟</w:t>
            </w:r>
          </w:p>
        </w:tc>
      </w:tr>
      <w:tr>
        <w:tc>
          <w:tcPr>
            <w:tcW w:type="dxa" w:w="2835"/>
          </w:tcPr>
          <w:p>
            <w:pPr>
              <w:spacing w:after="20" w:line="276" w:lineRule="auto"/>
            </w:pPr>
            <w:r/>
            <w:r>
              <w:rPr>
                <w:rFonts w:ascii="宋体" w:hAnsi="宋体" w:eastAsia="宋体"/>
                <w:b w:val="0"/>
                <w:sz w:val="18"/>
              </w:rPr>
              <w:t>三、实践应用，内化方法</w:t>
            </w:r>
          </w:p>
        </w:tc>
        <w:tc>
          <w:tcPr>
            <w:tcW w:type="dxa" w:w="1814"/>
          </w:tcPr>
          <w:p>
            <w:pPr>
              <w:spacing w:after="20" w:line="276" w:lineRule="auto"/>
            </w:pPr>
            <w:r/>
            <w:r>
              <w:rPr>
                <w:rFonts w:ascii="宋体" w:hAnsi="宋体" w:eastAsia="宋体"/>
                <w:b w:val="0"/>
                <w:sz w:val="18"/>
              </w:rPr>
              <w:t>教科书、课件、计数器</w:t>
            </w:r>
          </w:p>
        </w:tc>
        <w:tc>
          <w:tcPr>
            <w:tcW w:type="dxa" w:w="3402"/>
          </w:tcPr>
          <w:p>
            <w:pPr>
              <w:spacing w:after="20" w:line="276" w:lineRule="auto"/>
            </w:pPr>
            <w:r/>
            <w:r>
              <w:rPr>
                <w:rFonts w:ascii="宋体" w:hAnsi="宋体" w:eastAsia="宋体"/>
                <w:b w:val="0"/>
                <w:sz w:val="18"/>
              </w:rPr>
              <w:t>——</w:t>
            </w:r>
          </w:p>
        </w:tc>
        <w:tc>
          <w:tcPr>
            <w:tcW w:type="dxa" w:w="1361"/>
          </w:tcPr>
          <w:p>
            <w:pPr>
              <w:spacing w:after="20" w:line="276" w:lineRule="auto"/>
            </w:pPr>
            <w:r/>
            <w:r>
              <w:rPr>
                <w:rFonts w:ascii="宋体" w:hAnsi="宋体" w:eastAsia="宋体"/>
                <w:b w:val="0"/>
                <w:sz w:val="18"/>
              </w:rPr>
              <w:t>6分钟</w:t>
            </w:r>
          </w:p>
        </w:tc>
      </w:tr>
      <w:tr>
        <w:tc>
          <w:tcPr>
            <w:tcW w:type="dxa" w:w="2835"/>
          </w:tcPr>
          <w:p>
            <w:pPr>
              <w:spacing w:after="20" w:line="276" w:lineRule="auto"/>
            </w:pPr>
            <w:r/>
            <w:r>
              <w:rPr>
                <w:rFonts w:ascii="宋体" w:hAnsi="宋体" w:eastAsia="宋体"/>
                <w:b w:val="0"/>
                <w:sz w:val="18"/>
              </w:rPr>
              <w:t>四、课堂小结</w:t>
            </w:r>
          </w:p>
        </w:tc>
        <w:tc>
          <w:tcPr>
            <w:tcW w:type="dxa" w:w="1814"/>
          </w:tcPr>
          <w:p>
            <w:pPr>
              <w:spacing w:after="20" w:line="276" w:lineRule="auto"/>
            </w:pPr>
            <w:r/>
            <w:r>
              <w:rPr>
                <w:rFonts w:ascii="宋体" w:hAnsi="宋体" w:eastAsia="宋体"/>
                <w:b w:val="0"/>
                <w:sz w:val="18"/>
              </w:rPr>
              <w:t>课件、计数器</w:t>
            </w:r>
          </w:p>
        </w:tc>
        <w:tc>
          <w:tcPr>
            <w:tcW w:type="dxa" w:w="3402"/>
          </w:tcPr>
          <w:p>
            <w:pPr>
              <w:spacing w:after="20" w:line="276" w:lineRule="auto"/>
            </w:pPr>
            <w:r/>
            <w:r>
              <w:rPr>
                <w:rFonts w:ascii="宋体" w:hAnsi="宋体" w:eastAsia="宋体"/>
                <w:b w:val="0"/>
                <w:sz w:val="18"/>
              </w:rPr>
              <w:t>这节课你们学会了什么？有哪些收获？</w:t>
            </w:r>
          </w:p>
        </w:tc>
        <w:tc>
          <w:tcPr>
            <w:tcW w:type="dxa" w:w="1361"/>
          </w:tcPr>
          <w:p>
            <w:pPr>
              <w:spacing w:after="20" w:line="276" w:lineRule="auto"/>
            </w:pPr>
            <w:r/>
            <w:r>
              <w:rPr>
                <w:rFonts w:ascii="宋体" w:hAnsi="宋体" w:eastAsia="宋体"/>
                <w:b w:val="0"/>
                <w:sz w:val="18"/>
              </w:rPr>
              <w:t>3分钟</w:t>
            </w:r>
          </w:p>
        </w:tc>
      </w:tr>
    </w:tbl>
    <w:p>
      <w:pPr>
        <w:spacing w:after="40"/>
      </w:pPr>
    </w:p>
    <w:p>
      <w:pPr>
        <w:spacing w:after="60" w:line="300" w:lineRule="auto"/>
      </w:pPr>
      <w:r>
        <w:rPr>
          <w:rFonts w:ascii="黑体" w:hAnsi="黑体" w:eastAsia="黑体"/>
          <w:b/>
          <w:sz w:val="21"/>
        </w:rPr>
        <w:t>三、教学过程（分栏）</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2409"/>
        <w:gridCol w:w="2409"/>
        <w:gridCol w:w="2409"/>
        <w:gridCol w:w="2409"/>
      </w:tblGrid>
      <w:tr>
        <w:trPr>
          <w:tblHeader w:val="true"/>
        </w:trPr>
        <w:tc>
          <w:tcPr>
            <w:tcW w:type="dxa" w:w="1474"/>
            <w:shd w:val="clear" w:fill="E8EEF7"/>
          </w:tcPr>
          <w:p>
            <w:pPr>
              <w:spacing w:after="20" w:line="276" w:lineRule="auto"/>
              <w:jc w:val="center"/>
            </w:pPr>
            <w:r/>
            <w:r>
              <w:rPr>
                <w:rFonts w:ascii="黑体" w:hAnsi="黑体" w:eastAsia="黑体"/>
                <w:b/>
                <w:sz w:val="18"/>
              </w:rPr>
              <w:t>教学环节</w:t>
            </w:r>
          </w:p>
        </w:tc>
        <w:tc>
          <w:tcPr>
            <w:tcW w:type="dxa" w:w="3061"/>
            <w:shd w:val="clear" w:fill="E8EEF7"/>
          </w:tcPr>
          <w:p>
            <w:pPr>
              <w:spacing w:after="20" w:line="276" w:lineRule="auto"/>
              <w:jc w:val="center"/>
            </w:pPr>
            <w:r/>
            <w:r>
              <w:rPr>
                <w:rFonts w:ascii="黑体" w:hAnsi="黑体" w:eastAsia="黑体"/>
                <w:b/>
                <w:sz w:val="18"/>
              </w:rPr>
              <w:t>教师活动</w:t>
            </w:r>
          </w:p>
        </w:tc>
        <w:tc>
          <w:tcPr>
            <w:tcW w:type="dxa" w:w="3061"/>
            <w:shd w:val="clear" w:fill="E8EEF7"/>
          </w:tcPr>
          <w:p>
            <w:pPr>
              <w:spacing w:after="20" w:line="276" w:lineRule="auto"/>
              <w:jc w:val="center"/>
            </w:pPr>
            <w:r/>
            <w:r>
              <w:rPr>
                <w:rFonts w:ascii="黑体" w:hAnsi="黑体" w:eastAsia="黑体"/>
                <w:b/>
                <w:sz w:val="18"/>
              </w:rPr>
              <w:t>学生活动</w:t>
            </w:r>
          </w:p>
        </w:tc>
        <w:tc>
          <w:tcPr>
            <w:tcW w:type="dxa" w:w="1814"/>
            <w:shd w:val="clear" w:fill="E8EEF7"/>
          </w:tcPr>
          <w:p>
            <w:pPr>
              <w:spacing w:after="20" w:line="276" w:lineRule="auto"/>
              <w:jc w:val="center"/>
            </w:pPr>
            <w:r/>
            <w:r>
              <w:rPr>
                <w:rFonts w:ascii="黑体" w:hAnsi="黑体" w:eastAsia="黑体"/>
                <w:b/>
                <w:sz w:val="18"/>
              </w:rPr>
              <w:t>设计意图</w:t>
            </w:r>
          </w:p>
        </w:tc>
      </w:tr>
      <w:tr>
        <w:tc>
          <w:tcPr>
            <w:tcW w:type="dxa" w:w="1474"/>
          </w:tcPr>
          <w:p>
            <w:pPr>
              <w:spacing w:after="20" w:line="276" w:lineRule="auto"/>
            </w:pPr>
            <w:r>
              <w:rPr>
                <w:b/>
              </w:rPr>
            </w:r>
            <w:r>
              <w:rPr>
                <w:rFonts w:ascii="宋体" w:hAnsi="宋体" w:eastAsia="宋体"/>
                <w:b/>
                <w:sz w:val="18"/>
              </w:rPr>
              <w:t>一、活动导入，激趣揭题</w:t>
            </w:r>
          </w:p>
        </w:tc>
        <w:tc>
          <w:tcPr>
            <w:tcW w:type="dxa" w:w="3061"/>
          </w:tcPr>
          <w:p>
            <w:pPr>
              <w:spacing w:after="20" w:line="276" w:lineRule="auto"/>
            </w:pPr>
            <w:r/>
            <w:r>
              <w:rPr>
                <w:rFonts w:ascii="宋体" w:hAnsi="宋体" w:eastAsia="宋体"/>
                <w:b w:val="0"/>
                <w:sz w:val="18"/>
              </w:rPr>
              <w:t>(1)读数：一名学生在6张卡片中任意选3张卡片排成一个三位数，同桌读出这个数。</w:t>
            </w:r>
          </w:p>
          <w:p>
            <w:pPr>
              <w:spacing w:after="20" w:line="276" w:lineRule="auto"/>
            </w:pPr>
            <w:r>
              <w:rPr>
                <w:rFonts w:ascii="宋体" w:hAnsi="宋体" w:eastAsia="宋体"/>
                <w:b w:val="0"/>
                <w:sz w:val="18"/>
              </w:rPr>
              <w:t>(2)写数：一名学生任选3张卡片排出一个三位数读给同桌听，同桌写出这个三位数，然后进行对照。</w:t>
            </w:r>
          </w:p>
          <w:p>
            <w:pPr>
              <w:spacing w:after="20" w:line="276" w:lineRule="auto"/>
            </w:pPr>
            <w:r>
              <w:rPr>
                <w:rFonts w:ascii="宋体" w:hAnsi="宋体" w:eastAsia="宋体"/>
                <w:b w:val="0"/>
                <w:sz w:val="18"/>
              </w:rPr>
              <w:t>师：今天我们要继续探究10000以内数的写法。(板书课题：10000以内数的写法)</w:t>
            </w:r>
          </w:p>
        </w:tc>
        <w:tc>
          <w:tcPr>
            <w:tcW w:type="dxa" w:w="3061"/>
          </w:tcPr>
          <w:p>
            <w:pPr>
              <w:spacing w:after="20" w:line="276" w:lineRule="auto"/>
            </w:pPr>
            <w:r/>
            <w:r>
              <w:rPr>
                <w:rFonts w:ascii="宋体" w:hAnsi="宋体" w:eastAsia="宋体"/>
                <w:b w:val="0"/>
                <w:sz w:val="18"/>
              </w:rPr>
              <w:t>同桌互动：准备好写有数字0、0、1、4、5、8的六张卡片。</w:t>
            </w:r>
          </w:p>
        </w:tc>
        <w:tc>
          <w:tcPr>
            <w:tcW w:type="dxa" w:w="1814"/>
          </w:tcPr>
          <w:p>
            <w:pPr>
              <w:spacing w:after="20" w:line="276" w:lineRule="auto"/>
            </w:pPr>
            <w:r/>
            <w:r>
              <w:rPr>
                <w:rFonts w:ascii="宋体" w:hAnsi="宋体" w:eastAsia="宋体"/>
                <w:b w:val="0"/>
                <w:sz w:val="18"/>
              </w:rPr>
              <w:t>创设情境激活学生已有经验，自然引出本课学习内容，激发学习兴趣。</w:t>
            </w:r>
          </w:p>
        </w:tc>
      </w:tr>
      <w:tr>
        <w:tc>
          <w:tcPr>
            <w:tcW w:type="dxa" w:w="1474"/>
          </w:tcPr>
          <w:p>
            <w:pPr>
              <w:spacing w:after="20" w:line="276" w:lineRule="auto"/>
            </w:pPr>
            <w:r>
              <w:rPr>
                <w:b/>
              </w:rPr>
            </w:r>
            <w:r>
              <w:rPr>
                <w:rFonts w:ascii="宋体" w:hAnsi="宋体" w:eastAsia="宋体"/>
                <w:b/>
                <w:sz w:val="18"/>
              </w:rPr>
              <w:t>二、探究新知识：10000以内数的写法</w:t>
            </w:r>
          </w:p>
        </w:tc>
        <w:tc>
          <w:tcPr>
            <w:tcW w:type="dxa" w:w="3061"/>
          </w:tcPr>
          <w:p>
            <w:pPr>
              <w:spacing w:after="20" w:line="276" w:lineRule="auto"/>
            </w:pPr>
            <w:r/>
            <w:r>
              <w:rPr>
                <w:rFonts w:ascii="宋体" w:hAnsi="宋体" w:eastAsia="宋体"/>
                <w:b w:val="0"/>
                <w:sz w:val="18"/>
              </w:rPr>
              <w:t>课件出示教科书P52例8。</w:t>
            </w:r>
          </w:p>
          <w:p>
            <w:pPr>
              <w:spacing w:after="20" w:line="276" w:lineRule="auto"/>
            </w:pPr>
            <w:r>
              <w:rPr>
                <w:rFonts w:ascii="宋体" w:hAnsi="宋体" w:eastAsia="宋体"/>
                <w:b w:val="0"/>
                <w:sz w:val="18"/>
              </w:rPr>
              <w:t>1．在拨数中探究没有0的数的写法。</w:t>
            </w:r>
          </w:p>
          <w:p>
            <w:pPr>
              <w:spacing w:after="20" w:line="276" w:lineRule="auto"/>
            </w:pPr>
            <w:r>
              <w:rPr>
                <w:rFonts w:ascii="宋体" w:hAnsi="宋体" w:eastAsia="宋体"/>
                <w:b w:val="0"/>
                <w:sz w:val="18"/>
              </w:rPr>
              <w:t>师：在计数器上拨出一千三百四十二，说一说是怎么拨的，这个数是由什么组成的。</w:t>
            </w:r>
          </w:p>
          <w:p>
            <w:pPr>
              <w:spacing w:after="20" w:line="276" w:lineRule="auto"/>
            </w:pPr>
            <w:r>
              <w:rPr>
                <w:rFonts w:ascii="宋体" w:hAnsi="宋体" w:eastAsia="宋体"/>
                <w:b w:val="0"/>
                <w:sz w:val="18"/>
              </w:rPr>
              <w:t>师：这个数要怎么写呢？</w:t>
            </w:r>
          </w:p>
          <w:p>
            <w:pPr>
              <w:spacing w:after="20" w:line="276" w:lineRule="auto"/>
            </w:pPr>
            <w:r>
              <w:rPr>
                <w:rFonts w:ascii="宋体" w:hAnsi="宋体" w:eastAsia="宋体"/>
                <w:b w:val="0"/>
                <w:sz w:val="18"/>
              </w:rPr>
              <w:t>对照计数器写数：千位上有1颗珠子，就在千位上写1；百位上有3颗珠子，就在百位上写3；十位上有4颗珠子，就在十位上写4；个位上有2颗珠子，就在个位上写2。</w:t>
            </w:r>
          </w:p>
          <w:p>
            <w:pPr>
              <w:spacing w:after="20" w:line="276" w:lineRule="auto"/>
            </w:pPr>
            <w:r>
              <w:rPr>
                <w:rFonts w:ascii="宋体" w:hAnsi="宋体" w:eastAsia="宋体"/>
                <w:b w:val="0"/>
                <w:sz w:val="18"/>
              </w:rPr>
              <w:t>师小结：从高位写起，按照数位顺序写，几千就在千位上写几，几百就在百位上写几，几十就在十位上写几，几个就在个位上写几。(教师适时板书)</w:t>
            </w:r>
          </w:p>
          <w:p>
            <w:pPr>
              <w:spacing w:after="20" w:line="276" w:lineRule="auto"/>
            </w:pPr>
            <w:r>
              <w:rPr>
                <w:rFonts w:ascii="宋体" w:hAnsi="宋体" w:eastAsia="宋体"/>
                <w:b w:val="0"/>
                <w:sz w:val="18"/>
              </w:rPr>
              <w:t>2．在比较中探究有0的数的写法。</w:t>
            </w:r>
          </w:p>
          <w:p>
            <w:pPr>
              <w:spacing w:after="20" w:line="276" w:lineRule="auto"/>
            </w:pPr>
            <w:r>
              <w:rPr>
                <w:rFonts w:ascii="宋体" w:hAnsi="宋体" w:eastAsia="宋体"/>
                <w:b w:val="0"/>
                <w:sz w:val="18"/>
              </w:rPr>
              <w:t>课件出示数。</w:t>
            </w:r>
          </w:p>
          <w:p>
            <w:pPr>
              <w:spacing w:after="20" w:line="276" w:lineRule="auto"/>
            </w:pPr>
            <w:r>
              <w:rPr>
                <w:rFonts w:ascii="宋体" w:hAnsi="宋体" w:eastAsia="宋体"/>
                <w:b w:val="0"/>
                <w:sz w:val="18"/>
              </w:rPr>
              <w:t>三千零六十九、七千零一、二千七百、一万。</w:t>
            </w:r>
          </w:p>
          <w:p>
            <w:pPr>
              <w:spacing w:after="20" w:line="276" w:lineRule="auto"/>
            </w:pPr>
            <w:r>
              <w:rPr>
                <w:rFonts w:ascii="宋体" w:hAnsi="宋体" w:eastAsia="宋体"/>
                <w:b w:val="0"/>
                <w:sz w:val="18"/>
              </w:rPr>
              <w:t>师：请大家用计数器拨一拨，这些数是由哪几部分组成的？</w:t>
            </w:r>
          </w:p>
          <w:p>
            <w:pPr>
              <w:spacing w:after="20" w:line="276" w:lineRule="auto"/>
            </w:pPr>
            <w:r>
              <w:rPr>
                <w:rFonts w:ascii="宋体" w:hAnsi="宋体" w:eastAsia="宋体"/>
                <w:b w:val="0"/>
                <w:sz w:val="18"/>
              </w:rPr>
              <w:t>师：这些数跟刚才练习的数相比，有什么不同的地方吗？</w:t>
            </w:r>
          </w:p>
          <w:p>
            <w:pPr>
              <w:spacing w:after="20" w:line="276" w:lineRule="auto"/>
            </w:pPr>
            <w:r>
              <w:rPr>
                <w:rFonts w:ascii="宋体" w:hAnsi="宋体" w:eastAsia="宋体"/>
                <w:b w:val="0"/>
                <w:sz w:val="18"/>
              </w:rPr>
              <w:t>课件展示计数器拨出的四个数，学生比较后小组内交流汇报。</w:t>
            </w:r>
          </w:p>
          <w:p>
            <w:pPr>
              <w:spacing w:after="20" w:line="276" w:lineRule="auto"/>
            </w:pPr>
            <w:r>
              <w:rPr>
                <w:rFonts w:ascii="宋体" w:hAnsi="宋体" w:eastAsia="宋体"/>
                <w:b w:val="0"/>
                <w:sz w:val="18"/>
              </w:rPr>
              <w:t>师：大家尝试着把这些数写一写吧！</w:t>
            </w:r>
          </w:p>
          <w:p>
            <w:pPr>
              <w:spacing w:after="20" w:line="276" w:lineRule="auto"/>
            </w:pPr>
            <w:r>
              <w:rPr>
                <w:rFonts w:ascii="宋体" w:hAnsi="宋体" w:eastAsia="宋体"/>
                <w:b w:val="0"/>
                <w:sz w:val="18"/>
              </w:rPr>
              <w:t>师：奇怪，三千零六十九，七千零一，它们当中都只有一个零，为什么写的时候，三千零六十九只写一个，七千零一却要写两个？哪位同学愿意帮老师解答？</w:t>
            </w:r>
          </w:p>
          <w:p>
            <w:pPr>
              <w:spacing w:after="20" w:line="276" w:lineRule="auto"/>
            </w:pPr>
            <w:r>
              <w:rPr>
                <w:rFonts w:ascii="宋体" w:hAnsi="宋体" w:eastAsia="宋体"/>
                <w:b w:val="0"/>
                <w:sz w:val="18"/>
              </w:rPr>
              <w:t>师：谁能说说二千七百和一万的写法？</w:t>
            </w:r>
          </w:p>
          <w:p>
            <w:pPr>
              <w:spacing w:after="20" w:line="276" w:lineRule="auto"/>
            </w:pPr>
            <w:r>
              <w:rPr>
                <w:rFonts w:ascii="宋体" w:hAnsi="宋体" w:eastAsia="宋体"/>
                <w:b w:val="0"/>
                <w:sz w:val="18"/>
              </w:rPr>
              <w:t>指名同学回答。</w:t>
            </w:r>
          </w:p>
          <w:p>
            <w:pPr>
              <w:spacing w:after="20" w:line="276" w:lineRule="auto"/>
            </w:pPr>
            <w:r>
              <w:rPr>
                <w:rFonts w:ascii="宋体" w:hAnsi="宋体" w:eastAsia="宋体"/>
                <w:b w:val="0"/>
                <w:sz w:val="18"/>
              </w:rPr>
              <w:t>师：看，这些同学的写法对吗？</w:t>
            </w:r>
          </w:p>
          <w:p>
            <w:pPr>
              <w:spacing w:after="20" w:line="276" w:lineRule="auto"/>
            </w:pPr>
            <w:r>
              <w:rPr>
                <w:rFonts w:ascii="宋体" w:hAnsi="宋体" w:eastAsia="宋体"/>
                <w:b w:val="0"/>
                <w:sz w:val="18"/>
              </w:rPr>
              <w:t>教师选出几种典型的错误写法让学生比较，讨论错误的原因。例如：七千零一写成701，让学生观察此时的7在什么数位上，7实际应在什么数位上。</w:t>
            </w:r>
          </w:p>
          <w:p>
            <w:pPr>
              <w:spacing w:after="20" w:line="276" w:lineRule="auto"/>
            </w:pPr>
            <w:r>
              <w:rPr>
                <w:rFonts w:ascii="宋体" w:hAnsi="宋体" w:eastAsia="宋体"/>
                <w:b w:val="0"/>
                <w:sz w:val="18"/>
              </w:rPr>
              <w:t>师：所以我们写数时要注意什么？请与同学交流正确的写法。</w:t>
            </w:r>
          </w:p>
          <w:p>
            <w:pPr>
              <w:spacing w:after="20" w:line="276" w:lineRule="auto"/>
            </w:pPr>
            <w:r>
              <w:rPr>
                <w:rFonts w:ascii="宋体" w:hAnsi="宋体" w:eastAsia="宋体"/>
                <w:b w:val="0"/>
                <w:sz w:val="18"/>
              </w:rPr>
              <w:t>师小结：写数时，中间或末尾哪一位上一个也没有，就在那一位上写0。(教师完善板书)</w:t>
            </w:r>
          </w:p>
        </w:tc>
        <w:tc>
          <w:tcPr>
            <w:tcW w:type="dxa" w:w="3061"/>
          </w:tcPr>
          <w:p>
            <w:pPr>
              <w:spacing w:after="20" w:line="276" w:lineRule="auto"/>
            </w:pPr>
            <w:r/>
            <w:r>
              <w:rPr>
                <w:rFonts w:ascii="宋体" w:hAnsi="宋体" w:eastAsia="宋体"/>
                <w:b w:val="0"/>
                <w:sz w:val="18"/>
              </w:rPr>
              <w:t>同桌之间一人边拨边说，另一人观察，交换进行。</w:t>
            </w:r>
          </w:p>
          <w:p>
            <w:pPr>
              <w:spacing w:after="20" w:line="276" w:lineRule="auto"/>
            </w:pPr>
            <w:r>
              <w:rPr>
                <w:rFonts w:ascii="宋体" w:hAnsi="宋体" w:eastAsia="宋体"/>
                <w:b w:val="0"/>
                <w:sz w:val="18"/>
              </w:rPr>
              <w:t>学生已有拨1000以内数的经验，此时能找到正确的拨数方法，并且能够流利地表达。</w:t>
            </w:r>
          </w:p>
          <w:p>
            <w:pPr>
              <w:spacing w:after="20" w:line="276" w:lineRule="auto"/>
            </w:pPr>
            <w:r>
              <w:rPr>
                <w:rFonts w:ascii="宋体" w:hAnsi="宋体" w:eastAsia="宋体"/>
                <w:b w:val="0"/>
                <w:sz w:val="18"/>
              </w:rPr>
              <w:t>可以根据刚才计数器上拨的数来写。</w:t>
            </w:r>
          </w:p>
          <w:p>
            <w:pPr>
              <w:spacing w:after="20" w:line="276" w:lineRule="auto"/>
            </w:pPr>
            <w:r>
              <w:rPr>
                <w:rFonts w:ascii="宋体" w:hAnsi="宋体" w:eastAsia="宋体"/>
                <w:b w:val="0"/>
                <w:sz w:val="18"/>
              </w:rPr>
              <w:t>这些数有的数位上是空的。</w:t>
            </w:r>
          </w:p>
          <w:p>
            <w:pPr>
              <w:spacing w:after="20" w:line="276" w:lineRule="auto"/>
            </w:pPr>
            <w:r>
              <w:rPr>
                <w:rFonts w:ascii="宋体" w:hAnsi="宋体" w:eastAsia="宋体"/>
                <w:b w:val="0"/>
                <w:sz w:val="18"/>
              </w:rPr>
              <w:t>学生尝试写数。教师展示学生作业。</w:t>
            </w:r>
          </w:p>
          <w:p>
            <w:pPr>
              <w:spacing w:after="20" w:line="276" w:lineRule="auto"/>
            </w:pPr>
            <w:r>
              <w:rPr>
                <w:rFonts w:ascii="宋体" w:hAnsi="宋体" w:eastAsia="宋体"/>
                <w:b w:val="0"/>
                <w:sz w:val="18"/>
              </w:rPr>
              <w:t>三千零六十九的3是在千位上，6是在十位上，9是在个位上，百位上一个计数单位也没有，所以写0占位。七千零一的百位、十位上一个计数单位也没有都写0占位。</w:t>
            </w:r>
          </w:p>
        </w:tc>
        <w:tc>
          <w:tcPr>
            <w:tcW w:type="dxa" w:w="1814"/>
          </w:tcPr>
          <w:p>
            <w:pPr>
              <w:spacing w:after="20" w:line="276" w:lineRule="auto"/>
            </w:pPr>
            <w:r/>
            <w:r>
              <w:rPr>
                <w:rFonts w:ascii="宋体" w:hAnsi="宋体" w:eastAsia="宋体"/>
                <w:b w:val="0"/>
                <w:sz w:val="18"/>
              </w:rPr>
              <w:t>设计递进式探究活动，引导学生在动手实践与合作交流中经历知识形成过程，突破本课重难点，核心问题："这个数要怎么写呢？"</w:t>
            </w:r>
          </w:p>
        </w:tc>
      </w:tr>
      <w:tr>
        <w:tc>
          <w:tcPr>
            <w:tcW w:type="dxa" w:w="1474"/>
          </w:tcPr>
          <w:p>
            <w:pPr>
              <w:spacing w:after="20" w:line="276" w:lineRule="auto"/>
            </w:pPr>
            <w:r>
              <w:rPr>
                <w:b/>
              </w:rPr>
            </w:r>
            <w:r>
              <w:rPr>
                <w:rFonts w:ascii="宋体" w:hAnsi="宋体" w:eastAsia="宋体"/>
                <w:b/>
                <w:sz w:val="18"/>
              </w:rPr>
              <w:t>三、实践应用，内化方法</w:t>
            </w:r>
          </w:p>
        </w:tc>
        <w:tc>
          <w:tcPr>
            <w:tcW w:type="dxa" w:w="3061"/>
          </w:tcPr>
          <w:p>
            <w:pPr>
              <w:spacing w:after="20" w:line="276" w:lineRule="auto"/>
            </w:pPr>
            <w:r/>
            <w:r>
              <w:rPr>
                <w:rFonts w:ascii="宋体" w:hAnsi="宋体" w:eastAsia="宋体"/>
                <w:b w:val="0"/>
                <w:sz w:val="18"/>
              </w:rPr>
              <w:t>1.完成教科书P52“做一做”第1题。</w:t>
            </w:r>
          </w:p>
          <w:p>
            <w:pPr>
              <w:spacing w:after="20" w:line="276" w:lineRule="auto"/>
            </w:pPr>
            <w:r>
              <w:rPr>
                <w:rFonts w:ascii="宋体" w:hAnsi="宋体" w:eastAsia="宋体"/>
                <w:b w:val="0"/>
                <w:sz w:val="18"/>
              </w:rPr>
              <w:t>2．完成教科书P52“做一做”第2题。</w:t>
            </w:r>
          </w:p>
          <w:p>
            <w:pPr>
              <w:spacing w:after="20" w:line="276" w:lineRule="auto"/>
            </w:pPr>
            <w:r>
              <w:rPr>
                <w:rFonts w:ascii="宋体" w:hAnsi="宋体" w:eastAsia="宋体"/>
                <w:b w:val="0"/>
                <w:sz w:val="18"/>
              </w:rPr>
              <w:t>(1)说一说一大格表示多少，一小格表示多少。</w:t>
            </w:r>
          </w:p>
          <w:p>
            <w:pPr>
              <w:spacing w:after="20" w:line="276" w:lineRule="auto"/>
            </w:pPr>
            <w:r>
              <w:rPr>
                <w:rFonts w:ascii="宋体" w:hAnsi="宋体" w:eastAsia="宋体"/>
                <w:b w:val="0"/>
                <w:sz w:val="18"/>
              </w:rPr>
              <w:t>(2)3700里面有几个千就占几大格，有几个百就在所占的大格后面再数几个小格。6500和9900同理。</w:t>
            </w:r>
          </w:p>
        </w:tc>
        <w:tc>
          <w:tcPr>
            <w:tcW w:type="dxa" w:w="3061"/>
          </w:tcPr>
          <w:p>
            <w:pPr>
              <w:spacing w:after="20" w:line="276" w:lineRule="auto"/>
            </w:pPr>
            <w:r/>
            <w:r>
              <w:rPr>
                <w:rFonts w:ascii="宋体" w:hAnsi="宋体" w:eastAsia="宋体"/>
                <w:b w:val="0"/>
                <w:sz w:val="18"/>
              </w:rPr>
              <w:t>学生自主完成练习，同桌之间汇报交流。</w:t>
            </w:r>
          </w:p>
        </w:tc>
        <w:tc>
          <w:tcPr>
            <w:tcW w:type="dxa" w:w="1814"/>
          </w:tcPr>
          <w:p>
            <w:pPr>
              <w:spacing w:after="20" w:line="276" w:lineRule="auto"/>
            </w:pPr>
            <w:r/>
            <w:r>
              <w:rPr>
                <w:rFonts w:ascii="宋体" w:hAnsi="宋体" w:eastAsia="宋体"/>
                <w:b w:val="0"/>
                <w:sz w:val="18"/>
              </w:rPr>
              <w:t>通过有层次的练习及时反馈学情，巩固新知，培养学生灵活运用知识解决问题的能力。</w:t>
            </w:r>
          </w:p>
        </w:tc>
      </w:tr>
      <w:tr>
        <w:tc>
          <w:tcPr>
            <w:tcW w:type="dxa" w:w="1474"/>
          </w:tcPr>
          <w:p>
            <w:pPr>
              <w:spacing w:after="20" w:line="276" w:lineRule="auto"/>
            </w:pPr>
            <w:r>
              <w:rPr>
                <w:b/>
              </w:rPr>
            </w:r>
            <w:r>
              <w:rPr>
                <w:rFonts w:ascii="宋体" w:hAnsi="宋体" w:eastAsia="宋体"/>
                <w:b/>
                <w:sz w:val="18"/>
              </w:rPr>
              <w:t>四、课堂小结</w:t>
            </w:r>
          </w:p>
        </w:tc>
        <w:tc>
          <w:tcPr>
            <w:tcW w:type="dxa" w:w="3061"/>
          </w:tcPr>
          <w:p>
            <w:pPr>
              <w:spacing w:after="20" w:line="276" w:lineRule="auto"/>
            </w:pPr>
            <w:r/>
            <w:r>
              <w:rPr>
                <w:rFonts w:ascii="宋体" w:hAnsi="宋体" w:eastAsia="宋体"/>
                <w:b w:val="0"/>
                <w:sz w:val="18"/>
              </w:rPr>
              <w:t>师：这节课你们学会了什么？有哪些收获？</w:t>
            </w:r>
          </w:p>
        </w:tc>
        <w:tc>
          <w:tcPr>
            <w:tcW w:type="dxa" w:w="3061"/>
          </w:tcPr>
          <w:p>
            <w:pPr>
              <w:spacing w:after="20" w:line="276" w:lineRule="auto"/>
            </w:pPr>
            <w:r/>
            <w:r>
              <w:rPr>
                <w:rFonts w:ascii="宋体" w:hAnsi="宋体" w:eastAsia="宋体"/>
                <w:b w:val="0"/>
                <w:sz w:val="18"/>
              </w:rPr>
              <w:t>——</w:t>
            </w:r>
          </w:p>
        </w:tc>
        <w:tc>
          <w:tcPr>
            <w:tcW w:type="dxa" w:w="1814"/>
          </w:tcPr>
          <w:p>
            <w:pPr>
              <w:spacing w:after="20" w:line="276" w:lineRule="auto"/>
            </w:pPr>
            <w:r/>
            <w:r>
              <w:rPr>
                <w:rFonts w:ascii="宋体" w:hAnsi="宋体" w:eastAsia="宋体"/>
                <w:b w:val="0"/>
                <w:sz w:val="18"/>
              </w:rPr>
              <w:t>教学时，通过借助计数器，清晰地展示数的组成，便于直观写数。然后对照计数器写数，使学生明确写数的方法，再结合具体例子，引导学生进行归纳总结，培养学生的自我学习能力。并利用学生已有的学习经验，进行迁移学习，加深对10000以内数的写法的掌握。</w:t>
            </w:r>
          </w:p>
        </w:tc>
      </w:tr>
    </w:tbl>
    <w:p>
      <w:pPr>
        <w:spacing w:after="40"/>
      </w:pPr>
    </w:p>
    <w:p>
      <w:pPr>
        <w:spacing w:after="60" w:line="300" w:lineRule="auto"/>
      </w:pPr>
      <w:r>
        <w:rPr>
          <w:rFonts w:ascii="黑体" w:hAnsi="黑体" w:eastAsia="黑体"/>
          <w:b/>
          <w:sz w:val="21"/>
        </w:rPr>
        <w:t>四、板书设计</w:t>
      </w:r>
    </w:p>
    <w:p>
      <w:pPr>
        <w:spacing w:after="40" w:line="300" w:lineRule="auto"/>
      </w:pPr>
      <w:r>
        <w:rPr>
          <w:rFonts w:ascii="宋体" w:hAnsi="宋体" w:eastAsia="宋体"/>
          <w:b w:val="0"/>
          <w:sz w:val="20"/>
        </w:rPr>
        <w:t>10000以内数的写法</w:t>
      </w:r>
    </w:p>
    <w:p>
      <w:pPr>
        <w:spacing w:after="40" w:line="300" w:lineRule="auto"/>
      </w:pPr>
      <w:r>
        <w:rPr>
          <w:rFonts w:ascii="宋体" w:hAnsi="宋体" w:eastAsia="宋体"/>
          <w:b w:val="0"/>
          <w:sz w:val="20"/>
        </w:rPr>
        <w:t>写法：</w:t>
      </w:r>
    </w:p>
    <w:p>
      <w:pPr>
        <w:spacing w:after="40" w:line="300" w:lineRule="auto"/>
      </w:pPr>
      <w:r>
        <w:rPr>
          <w:rFonts w:ascii="宋体" w:hAnsi="宋体" w:eastAsia="宋体"/>
          <w:b w:val="0"/>
          <w:sz w:val="20"/>
        </w:rPr>
        <w:t>1．写数时，从高位写起，按照数位顺序写；</w:t>
      </w:r>
    </w:p>
    <w:p>
      <w:pPr>
        <w:spacing w:after="40" w:line="300" w:lineRule="auto"/>
      </w:pPr>
      <w:r>
        <w:rPr>
          <w:rFonts w:ascii="宋体" w:hAnsi="宋体" w:eastAsia="宋体"/>
          <w:b w:val="0"/>
          <w:sz w:val="20"/>
        </w:rPr>
        <w:t>2．几千就在千位上写几，几百就在百位上写几……</w:t>
      </w:r>
    </w:p>
    <w:p>
      <w:pPr>
        <w:spacing w:after="40" w:line="300" w:lineRule="auto"/>
      </w:pPr>
      <w:r>
        <w:rPr>
          <w:rFonts w:ascii="宋体" w:hAnsi="宋体" w:eastAsia="宋体"/>
          <w:b w:val="0"/>
          <w:sz w:val="20"/>
        </w:rPr>
        <w:t>3．中间或末尾哪一位上一个也没有，就在那一位上写0。</w:t>
      </w:r>
    </w:p>
    <w:p>
      <w:pPr>
        <w:spacing w:after="60" w:line="300" w:lineRule="auto"/>
      </w:pPr>
      <w:r>
        <w:rPr>
          <w:rFonts w:ascii="黑体" w:hAnsi="黑体" w:eastAsia="黑体"/>
          <w:b/>
          <w:sz w:val="21"/>
        </w:rPr>
        <w:t>五、作业设计</w:t>
      </w:r>
    </w:p>
    <w:p>
      <w:pPr>
        <w:spacing w:after="40" w:line="300" w:lineRule="auto"/>
        <w:ind w:firstLine="400"/>
      </w:pPr>
      <w:r>
        <w:rPr>
          <w:rFonts w:ascii="宋体" w:hAnsi="宋体" w:eastAsia="宋体"/>
          <w:b w:val="0"/>
          <w:sz w:val="20"/>
        </w:rPr>
        <w:t>课前预设作业：</w:t>
      </w:r>
    </w:p>
    <w:p>
      <w:pPr>
        <w:spacing w:after="40" w:line="300" w:lineRule="auto"/>
        <w:ind w:firstLine="400"/>
      </w:pPr>
      <w:r>
        <w:rPr>
          <w:rFonts w:ascii="宋体" w:hAnsi="宋体" w:eastAsia="宋体"/>
          <w:b w:val="0"/>
          <w:sz w:val="20"/>
        </w:rPr>
        <w:t>① 教科书P52例8，教科书P52“做一做”。</w:t>
      </w:r>
    </w:p>
    <w:p>
      <w:pPr>
        <w:spacing w:after="40" w:line="300" w:lineRule="auto"/>
        <w:ind w:firstLine="400"/>
      </w:pPr>
      <w:r>
        <w:rPr>
          <w:rFonts w:ascii="宋体" w:hAnsi="宋体" w:eastAsia="宋体"/>
          <w:b w:val="0"/>
          <w:sz w:val="20"/>
        </w:rPr>
        <w:t>课后跟进作业：教学任务完成后，据学生课堂反馈调整——可安排①《数学作业本》对应课时的巩固练习；②说题或动手操作类实践作业（视学情选用，一、二年级不布置书面家庭作业）。</w:t>
      </w:r>
    </w:p>
    <w:p>
      <w:pPr>
        <w:spacing w:after="60" w:line="300" w:lineRule="auto"/>
      </w:pPr>
      <w:r>
        <w:rPr>
          <w:rFonts w:ascii="黑体" w:hAnsi="黑体" w:eastAsia="黑体"/>
          <w:b/>
          <w:sz w:val="21"/>
        </w:rPr>
        <w:t>六、课后反思</w:t>
      </w:r>
    </w:p>
    <w:p>
      <w:pPr>
        <w:spacing w:after="20" w:line="300" w:lineRule="auto"/>
      </w:pPr>
      <w:r>
        <w:rPr>
          <w:rFonts w:ascii="宋体" w:hAnsi="宋体" w:eastAsia="宋体"/>
          <w:b w:val="0"/>
          <w:sz w:val="20"/>
        </w:rPr>
        <w:t>1．实际教学过程与课前预设之间的差距如何？如果有差距，你是如何处理的？</w:t>
      </w:r>
    </w:p>
    <w:p>
      <w:pPr>
        <w:spacing w:after="40" w:line="300" w:lineRule="auto"/>
      </w:pPr>
      <w:r>
        <w:rPr>
          <w:rFonts w:ascii="楷体" w:hAnsi="楷体" w:eastAsia="楷体"/>
          <w:b w:val="0"/>
          <w:sz w:val="20"/>
        </w:rPr>
        <w:t>＿＿＿＿＿＿＿＿＿＿＿＿＿＿＿＿＿＿＿＿＿＿＿＿＿＿＿＿＿＿＿＿＿＿＿＿</w:t>
      </w:r>
    </w:p>
    <w:p>
      <w:pPr>
        <w:spacing w:after="20" w:line="300" w:lineRule="auto"/>
      </w:pPr>
      <w:r>
        <w:rPr>
          <w:rFonts w:ascii="宋体" w:hAnsi="宋体" w:eastAsia="宋体"/>
          <w:b w:val="0"/>
          <w:sz w:val="20"/>
        </w:rPr>
        <w:t>2．学生是否都有了公平学习的机会？</w:t>
      </w:r>
    </w:p>
    <w:p>
      <w:pPr>
        <w:spacing w:after="40" w:line="300" w:lineRule="auto"/>
      </w:pPr>
      <w:r>
        <w:rPr>
          <w:rFonts w:ascii="楷体" w:hAnsi="楷体" w:eastAsia="楷体"/>
          <w:b w:val="0"/>
          <w:sz w:val="20"/>
        </w:rPr>
        <w:t>＿＿＿＿＿＿＿＿＿＿＿＿＿＿＿＿＿＿＿＿＿＿＿＿＿＿＿＿＿＿＿＿＿＿＿＿</w:t>
      </w:r>
    </w:p>
    <w:p>
      <w:pPr>
        <w:spacing w:after="20" w:line="300" w:lineRule="auto"/>
      </w:pPr>
      <w:r>
        <w:rPr>
          <w:rFonts w:ascii="宋体" w:hAnsi="宋体" w:eastAsia="宋体"/>
          <w:b w:val="0"/>
          <w:sz w:val="20"/>
        </w:rPr>
        <w:t>3．教学中还存在哪些问题？哪个问题显得最为关键？打算在后续的教学中如何改进？</w:t>
      </w:r>
    </w:p>
    <w:p>
      <w:pPr>
        <w:spacing w:after="40" w:line="300" w:lineRule="auto"/>
      </w:pPr>
      <w:r>
        <w:rPr>
          <w:rFonts w:ascii="楷体" w:hAnsi="楷体" w:eastAsia="楷体"/>
          <w:b w:val="0"/>
          <w:sz w:val="20"/>
        </w:rPr>
        <w:t>＿＿＿＿＿＿＿＿＿＿＿＿＿＿＿＿＿＿＿＿＿＿＿＿＿＿＿＿＿＿＿＿＿＿＿＿</w:t>
      </w:r>
    </w:p>
    <w:p>
      <w:pPr>
        <w:spacing w:after="40" w:line="300" w:lineRule="auto"/>
        <w:ind w:firstLine="380"/>
      </w:pPr>
      <w:r>
        <w:rPr>
          <w:rFonts w:ascii="楷体" w:hAnsi="楷体" w:eastAsia="楷体"/>
          <w:b w:val="0"/>
          <w:color w:val="606060"/>
          <w:sz w:val="19"/>
        </w:rPr>
        <w:t>【原教学设计反思（供参考）】学生已有读数和写1000以内数的经验，所以在本节课中，教师放手让学生自主尝试、探讨，归纳写数的规则。只读一个零而要写两个0的数，是本节课的难点，充分借助计数器和数位顺序表，让学生理解为什么要写两个0。</w:t>
      </w:r>
    </w:p>
    <w:p>
      <w:r>
        <w:br w:type="page"/>
      </w:r>
    </w:p>
    <w:p>
      <w:pPr>
        <w:spacing w:after="80" w:line="300" w:lineRule="auto"/>
      </w:pPr>
      <w:r>
        <w:rPr>
          <w:rFonts w:ascii="黑体" w:hAnsi="黑体" w:eastAsia="黑体"/>
          <w:b/>
          <w:sz w:val="24"/>
        </w:rPr>
        <w:t>二、课时教学方案（第8课时）</w:t>
      </w:r>
    </w:p>
    <w:p>
      <w:pPr>
        <w:spacing w:after="80" w:line="300" w:lineRule="auto"/>
      </w:pPr>
      <w:r>
        <w:rPr>
          <w:rFonts w:ascii="黑体" w:hAnsi="黑体" w:eastAsia="黑体"/>
          <w:b/>
          <w:sz w:val="24"/>
        </w:rPr>
        <w:t>第8课时　10000以内数的大小比较</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4819"/>
        <w:gridCol w:w="4819"/>
      </w:tblGrid>
      <w:tr>
        <w:trPr>
          <w:tblHeader w:val="true"/>
        </w:trPr>
        <w:tc>
          <w:tcPr>
            <w:tcW w:type="dxa" w:w="3402"/>
            <w:shd w:val="clear" w:fill="E8EEF7"/>
          </w:tcPr>
          <w:p>
            <w:pPr>
              <w:spacing w:after="20" w:line="276" w:lineRule="auto"/>
              <w:jc w:val="center"/>
            </w:pPr>
            <w:r/>
            <w:r>
              <w:rPr>
                <w:rFonts w:ascii="黑体" w:hAnsi="黑体" w:eastAsia="黑体"/>
                <w:b/>
                <w:sz w:val="18"/>
              </w:rPr>
              <w:t>课题名称</w:t>
            </w:r>
          </w:p>
        </w:tc>
        <w:tc>
          <w:tcPr>
            <w:tcW w:type="dxa" w:w="6009"/>
            <w:shd w:val="clear" w:fill="E8EEF7"/>
          </w:tcPr>
          <w:p>
            <w:pPr>
              <w:spacing w:after="20" w:line="276" w:lineRule="auto"/>
              <w:jc w:val="center"/>
            </w:pPr>
            <w:r/>
            <w:r>
              <w:rPr>
                <w:rFonts w:ascii="黑体" w:hAnsi="黑体" w:eastAsia="黑体"/>
                <w:b/>
                <w:sz w:val="18"/>
              </w:rPr>
              <w:t>所属主题</w:t>
            </w:r>
          </w:p>
        </w:tc>
      </w:tr>
      <w:tr>
        <w:tc>
          <w:tcPr>
            <w:tcW w:type="dxa" w:w="3402"/>
          </w:tcPr>
          <w:p>
            <w:pPr>
              <w:spacing w:after="20" w:line="276" w:lineRule="auto"/>
            </w:pPr>
            <w:r/>
            <w:r>
              <w:rPr>
                <w:rFonts w:ascii="宋体" w:hAnsi="宋体" w:eastAsia="宋体"/>
                <w:b/>
                <w:sz w:val="20"/>
              </w:rPr>
              <w:t>第8课时　10000以内数的大小比较</w:t>
            </w:r>
          </w:p>
        </w:tc>
        <w:tc>
          <w:tcPr>
            <w:tcW w:type="dxa" w:w="6009"/>
          </w:tcPr>
          <w:p>
            <w:pPr>
              <w:spacing w:after="20" w:line="276" w:lineRule="auto"/>
            </w:pPr>
            <w:r/>
            <w:r>
              <w:rPr>
                <w:rFonts w:ascii="宋体" w:hAnsi="宋体" w:eastAsia="宋体"/>
                <w:b w:val="0"/>
                <w:sz w:val="20"/>
              </w:rPr>
              <w:t>第3单元 万以内数的认识</w:t>
            </w:r>
          </w:p>
        </w:tc>
      </w:tr>
    </w:tbl>
    <w:p>
      <w:pPr>
        <w:spacing w:after="40"/>
      </w:pPr>
    </w:p>
    <w:p>
      <w:pPr>
        <w:spacing w:after="60" w:line="300" w:lineRule="auto"/>
      </w:pPr>
      <w:r>
        <w:rPr>
          <w:rFonts w:ascii="黑体" w:hAnsi="黑体" w:eastAsia="黑体"/>
          <w:b/>
          <w:sz w:val="21"/>
        </w:rPr>
        <w:t>一、课前思考</w:t>
      </w:r>
    </w:p>
    <w:p>
      <w:pPr>
        <w:spacing w:after="20" w:line="300" w:lineRule="auto"/>
      </w:pPr>
      <w:r>
        <w:rPr>
          <w:rFonts w:ascii="黑体" w:hAnsi="黑体" w:eastAsia="黑体"/>
          <w:b/>
          <w:sz w:val="21"/>
        </w:rPr>
        <w:t>1．学情诊断与分析</w:t>
      </w:r>
    </w:p>
    <w:p>
      <w:pPr>
        <w:spacing w:after="80" w:line="300" w:lineRule="auto"/>
        <w:ind w:firstLine="400"/>
      </w:pPr>
      <w:r>
        <w:rPr>
          <w:rFonts w:ascii="宋体" w:hAnsi="宋体" w:eastAsia="宋体"/>
          <w:b w:val="0"/>
          <w:sz w:val="20"/>
        </w:rPr>
        <w:t>单元学情：【学情分析】</w:t>
      </w:r>
    </w:p>
    <w:p>
      <w:pPr>
        <w:spacing w:after="80" w:line="300" w:lineRule="auto"/>
        <w:ind w:firstLine="400"/>
      </w:pPr>
      <w:r>
        <w:rPr>
          <w:rFonts w:ascii="宋体" w:hAnsi="宋体" w:eastAsia="宋体"/>
          <w:b w:val="0"/>
          <w:sz w:val="20"/>
        </w:rPr>
        <w:t>根据儿童的年龄特征和心理发展规律，自然数的认识由小到大，逐步扩大。学生已经认识了百以内的数，本次学习“万以内数的认识”是对前面知识的拓展。虽然数在生活中的应用范围较广，但学生接触大数的机会并不多。教学时，要以直观为主，将抽象的数形象化，贯穿整个单元教学的始终，进而培养学生对数学学习的兴趣，逐步发展学生的数感。</w:t>
      </w:r>
    </w:p>
    <w:p>
      <w:pPr>
        <w:spacing w:after="80" w:line="300" w:lineRule="auto"/>
        <w:ind w:firstLine="400"/>
      </w:pPr>
      <w:r>
        <w:rPr>
          <w:rFonts w:ascii="宋体" w:hAnsi="宋体" w:eastAsia="宋体"/>
          <w:b w:val="0"/>
          <w:sz w:val="20"/>
        </w:rPr>
        <w:t>【教学策略】</w:t>
      </w:r>
    </w:p>
    <w:p>
      <w:pPr>
        <w:spacing w:after="80" w:line="300" w:lineRule="auto"/>
        <w:ind w:firstLine="400"/>
      </w:pPr>
      <w:r>
        <w:rPr>
          <w:rFonts w:ascii="宋体" w:hAnsi="宋体" w:eastAsia="宋体"/>
          <w:b w:val="0"/>
          <w:sz w:val="20"/>
        </w:rPr>
        <w:t>本课学情：结合本班实际，诊断学生完成本课时任务的起点与可能的困难。</w:t>
      </w:r>
    </w:p>
    <w:p>
      <w:pPr>
        <w:spacing w:after="20" w:line="300" w:lineRule="auto"/>
      </w:pPr>
      <w:r>
        <w:rPr>
          <w:rFonts w:ascii="黑体" w:hAnsi="黑体" w:eastAsia="黑体"/>
          <w:b/>
          <w:sz w:val="21"/>
        </w:rPr>
        <w:t>2．教材分析与教学材料选择</w:t>
      </w:r>
    </w:p>
    <w:p>
      <w:pPr>
        <w:spacing w:after="80" w:line="300" w:lineRule="auto"/>
        <w:ind w:firstLine="400"/>
      </w:pPr>
      <w:r>
        <w:rPr>
          <w:rFonts w:ascii="宋体" w:hAnsi="宋体" w:eastAsia="宋体"/>
          <w:b w:val="0"/>
          <w:sz w:val="20"/>
        </w:rPr>
        <w:t>教学内容：教科书P55例9，教科书P55“做一做”。</w:t>
      </w:r>
    </w:p>
    <w:p>
      <w:pPr>
        <w:spacing w:after="80" w:line="300" w:lineRule="auto"/>
        <w:ind w:firstLine="400"/>
      </w:pPr>
      <w:r>
        <w:rPr>
          <w:rFonts w:ascii="宋体" w:hAnsi="宋体" w:eastAsia="宋体"/>
          <w:b w:val="0"/>
          <w:sz w:val="20"/>
        </w:rPr>
        <w:t>教学准备：课件、数字卡片。</w:t>
      </w:r>
    </w:p>
    <w:p>
      <w:pPr>
        <w:spacing w:after="20" w:line="300" w:lineRule="auto"/>
      </w:pPr>
      <w:r>
        <w:rPr>
          <w:rFonts w:ascii="黑体" w:hAnsi="黑体" w:eastAsia="黑体"/>
          <w:b/>
          <w:sz w:val="21"/>
        </w:rPr>
        <w:t>3．具体目标阐述与教学重难点</w:t>
      </w:r>
    </w:p>
    <w:p>
      <w:pPr>
        <w:spacing w:after="20" w:line="300" w:lineRule="auto"/>
      </w:pPr>
      <w:r>
        <w:rPr>
          <w:rFonts w:ascii="黑体" w:hAnsi="黑体" w:eastAsia="黑体"/>
          <w:b/>
          <w:sz w:val="20"/>
        </w:rPr>
        <w:t>课时目标：</w:t>
      </w:r>
    </w:p>
    <w:p>
      <w:pPr>
        <w:spacing w:after="20" w:line="300" w:lineRule="auto"/>
        <w:ind w:firstLine="400"/>
      </w:pPr>
      <w:r>
        <w:rPr>
          <w:rFonts w:ascii="宋体" w:hAnsi="宋体" w:eastAsia="宋体"/>
          <w:b w:val="0"/>
          <w:sz w:val="20"/>
        </w:rPr>
        <w:t>（1）借助生活中的素材，经历10000以内数的大小比较方法的探索过程，掌握10000以内数的大小比较的方法，并能用符号表示10000以内数的大小。</w:t>
      </w:r>
    </w:p>
    <w:p>
      <w:pPr>
        <w:spacing w:after="20" w:line="300" w:lineRule="auto"/>
        <w:ind w:firstLine="400"/>
      </w:pPr>
      <w:r>
        <w:rPr>
          <w:rFonts w:ascii="宋体" w:hAnsi="宋体" w:eastAsia="宋体"/>
          <w:b w:val="0"/>
          <w:sz w:val="20"/>
        </w:rPr>
        <w:t>（2）在比较10000以内数的大小的过程中，发展学生的抽象能力、类比迁移能力和归纳概括能力；在解决问题的过程中，初步学会进行简单地、有条理地思考。</w:t>
      </w:r>
    </w:p>
    <w:p>
      <w:pPr>
        <w:spacing w:after="20" w:line="300" w:lineRule="auto"/>
        <w:ind w:firstLine="400"/>
      </w:pPr>
      <w:r>
        <w:rPr>
          <w:rFonts w:ascii="宋体" w:hAnsi="宋体" w:eastAsia="宋体"/>
          <w:b w:val="0"/>
          <w:sz w:val="20"/>
        </w:rPr>
        <w:t>（3）进一步体会现实生活中蕴含大量的数学信息，增强学生从现实生活中提取数学问题和解决数学问题的能力，培养学生的自主学习意识，在学习上感受到成功的喜悦。</w:t>
      </w:r>
    </w:p>
    <w:p>
      <w:pPr>
        <w:spacing w:after="20" w:line="300" w:lineRule="auto"/>
      </w:pPr>
      <w:r>
        <w:rPr>
          <w:rFonts w:ascii="宋体" w:hAnsi="宋体" w:eastAsia="宋体"/>
          <w:b w:val="0"/>
          <w:sz w:val="20"/>
        </w:rPr>
        <w:t>教学重点：理解并掌握10000以内数的大小比较的方法。</w:t>
      </w:r>
    </w:p>
    <w:p>
      <w:pPr>
        <w:spacing w:after="20" w:line="300" w:lineRule="auto"/>
      </w:pPr>
      <w:r>
        <w:rPr>
          <w:rFonts w:ascii="宋体" w:hAnsi="宋体" w:eastAsia="宋体"/>
          <w:b w:val="0"/>
          <w:sz w:val="20"/>
        </w:rPr>
        <w:t>教学难点：位数相同的两个数的大小比较的方法。</w:t>
      </w:r>
    </w:p>
    <w:p>
      <w:pPr>
        <w:spacing w:after="40"/>
      </w:pPr>
    </w:p>
    <w:p>
      <w:pPr>
        <w:spacing w:after="60" w:line="300" w:lineRule="auto"/>
      </w:pPr>
      <w:r>
        <w:rPr>
          <w:rFonts w:ascii="黑体" w:hAnsi="黑体" w:eastAsia="黑体"/>
          <w:b/>
          <w:sz w:val="21"/>
        </w:rPr>
        <w:t>二、板块设计</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2409"/>
        <w:gridCol w:w="2409"/>
        <w:gridCol w:w="2409"/>
        <w:gridCol w:w="2409"/>
      </w:tblGrid>
      <w:tr>
        <w:trPr>
          <w:tblHeader w:val="true"/>
        </w:trPr>
        <w:tc>
          <w:tcPr>
            <w:tcW w:type="dxa" w:w="2835"/>
            <w:shd w:val="clear" w:fill="E8EEF7"/>
          </w:tcPr>
          <w:p>
            <w:pPr>
              <w:spacing w:after="20" w:line="276" w:lineRule="auto"/>
              <w:jc w:val="center"/>
            </w:pPr>
            <w:r/>
            <w:r>
              <w:rPr>
                <w:rFonts w:ascii="黑体" w:hAnsi="黑体" w:eastAsia="黑体"/>
                <w:b/>
                <w:sz w:val="18"/>
              </w:rPr>
              <w:t>环节目标</w:t>
            </w:r>
          </w:p>
        </w:tc>
        <w:tc>
          <w:tcPr>
            <w:tcW w:type="dxa" w:w="1814"/>
            <w:shd w:val="clear" w:fill="E8EEF7"/>
          </w:tcPr>
          <w:p>
            <w:pPr>
              <w:spacing w:after="20" w:line="276" w:lineRule="auto"/>
              <w:jc w:val="center"/>
            </w:pPr>
            <w:r/>
            <w:r>
              <w:rPr>
                <w:rFonts w:ascii="黑体" w:hAnsi="黑体" w:eastAsia="黑体"/>
                <w:b/>
                <w:sz w:val="18"/>
              </w:rPr>
              <w:t>学习材料</w:t>
            </w:r>
          </w:p>
        </w:tc>
        <w:tc>
          <w:tcPr>
            <w:tcW w:type="dxa" w:w="3402"/>
            <w:shd w:val="clear" w:fill="E8EEF7"/>
          </w:tcPr>
          <w:p>
            <w:pPr>
              <w:spacing w:after="20" w:line="276" w:lineRule="auto"/>
              <w:jc w:val="center"/>
            </w:pPr>
            <w:r/>
            <w:r>
              <w:rPr>
                <w:rFonts w:ascii="黑体" w:hAnsi="黑体" w:eastAsia="黑体"/>
                <w:b/>
                <w:sz w:val="18"/>
              </w:rPr>
              <w:t>关键问题</w:t>
            </w:r>
          </w:p>
        </w:tc>
        <w:tc>
          <w:tcPr>
            <w:tcW w:type="dxa" w:w="1361"/>
            <w:shd w:val="clear" w:fill="E8EEF7"/>
          </w:tcPr>
          <w:p>
            <w:pPr>
              <w:spacing w:after="20" w:line="276" w:lineRule="auto"/>
              <w:jc w:val="center"/>
            </w:pPr>
            <w:r/>
            <w:r>
              <w:rPr>
                <w:rFonts w:ascii="黑体" w:hAnsi="黑体" w:eastAsia="黑体"/>
                <w:b/>
                <w:sz w:val="18"/>
              </w:rPr>
              <w:t>时间</w:t>
            </w:r>
          </w:p>
        </w:tc>
      </w:tr>
      <w:tr>
        <w:tc>
          <w:tcPr>
            <w:tcW w:type="dxa" w:w="2835"/>
          </w:tcPr>
          <w:p>
            <w:pPr>
              <w:spacing w:after="20" w:line="276" w:lineRule="auto"/>
            </w:pPr>
            <w:r/>
            <w:r>
              <w:rPr>
                <w:rFonts w:ascii="宋体" w:hAnsi="宋体" w:eastAsia="宋体"/>
                <w:b w:val="0"/>
                <w:sz w:val="18"/>
              </w:rPr>
              <w:t>一、问题导入</w:t>
            </w:r>
          </w:p>
        </w:tc>
        <w:tc>
          <w:tcPr>
            <w:tcW w:type="dxa" w:w="1814"/>
          </w:tcPr>
          <w:p>
            <w:pPr>
              <w:spacing w:after="20" w:line="276" w:lineRule="auto"/>
            </w:pPr>
            <w:r/>
            <w:r>
              <w:rPr>
                <w:rFonts w:ascii="宋体" w:hAnsi="宋体" w:eastAsia="宋体"/>
                <w:b w:val="0"/>
                <w:sz w:val="18"/>
              </w:rPr>
              <w:t>课件、教科书、数字卡片</w:t>
            </w:r>
          </w:p>
        </w:tc>
        <w:tc>
          <w:tcPr>
            <w:tcW w:type="dxa" w:w="3402"/>
          </w:tcPr>
          <w:p>
            <w:pPr>
              <w:spacing w:after="20" w:line="276" w:lineRule="auto"/>
            </w:pPr>
            <w:r/>
            <w:r>
              <w:rPr>
                <w:rFonts w:ascii="宋体" w:hAnsi="宋体" w:eastAsia="宋体"/>
                <w:b w:val="0"/>
                <w:sz w:val="18"/>
              </w:rPr>
              <w:t>——</w:t>
            </w:r>
          </w:p>
        </w:tc>
        <w:tc>
          <w:tcPr>
            <w:tcW w:type="dxa" w:w="1361"/>
          </w:tcPr>
          <w:p>
            <w:pPr>
              <w:spacing w:after="20" w:line="276" w:lineRule="auto"/>
            </w:pPr>
            <w:r/>
            <w:r>
              <w:rPr>
                <w:rFonts w:ascii="宋体" w:hAnsi="宋体" w:eastAsia="宋体"/>
                <w:b w:val="0"/>
                <w:sz w:val="18"/>
              </w:rPr>
              <w:t>2分钟</w:t>
            </w:r>
          </w:p>
        </w:tc>
      </w:tr>
      <w:tr>
        <w:tc>
          <w:tcPr>
            <w:tcW w:type="dxa" w:w="2835"/>
          </w:tcPr>
          <w:p>
            <w:pPr>
              <w:spacing w:after="20" w:line="276" w:lineRule="auto"/>
            </w:pPr>
            <w:r/>
            <w:r>
              <w:rPr>
                <w:rFonts w:ascii="宋体" w:hAnsi="宋体" w:eastAsia="宋体"/>
                <w:b w:val="0"/>
                <w:sz w:val="18"/>
              </w:rPr>
              <w:t>种类 │ 柳树 │ 杨树 │ 松树 │ 杉树</w:t>
            </w:r>
          </w:p>
        </w:tc>
        <w:tc>
          <w:tcPr>
            <w:tcW w:type="dxa" w:w="1814"/>
          </w:tcPr>
          <w:p>
            <w:pPr>
              <w:spacing w:after="20" w:line="276" w:lineRule="auto"/>
            </w:pPr>
            <w:r/>
            <w:r>
              <w:rPr>
                <w:rFonts w:ascii="宋体" w:hAnsi="宋体" w:eastAsia="宋体"/>
                <w:b w:val="0"/>
                <w:sz w:val="18"/>
              </w:rPr>
              <w:t>课件、数字卡片</w:t>
            </w:r>
          </w:p>
        </w:tc>
        <w:tc>
          <w:tcPr>
            <w:tcW w:type="dxa" w:w="3402"/>
          </w:tcPr>
          <w:p>
            <w:pPr>
              <w:spacing w:after="20" w:line="276" w:lineRule="auto"/>
            </w:pPr>
            <w:r/>
            <w:r>
              <w:rPr>
                <w:rFonts w:ascii="宋体" w:hAnsi="宋体" w:eastAsia="宋体"/>
                <w:b w:val="0"/>
                <w:sz w:val="18"/>
              </w:rPr>
              <w:t>请你们任选两种树比一比，哪种树的棵数多？</w:t>
            </w:r>
          </w:p>
        </w:tc>
        <w:tc>
          <w:tcPr>
            <w:tcW w:type="dxa" w:w="1361"/>
          </w:tcPr>
          <w:p>
            <w:pPr>
              <w:spacing w:after="20" w:line="276" w:lineRule="auto"/>
            </w:pPr>
            <w:r/>
            <w:r>
              <w:rPr>
                <w:rFonts w:ascii="宋体" w:hAnsi="宋体" w:eastAsia="宋体"/>
                <w:b w:val="0"/>
                <w:sz w:val="18"/>
              </w:rPr>
              <w:t>4分钟</w:t>
            </w:r>
          </w:p>
        </w:tc>
      </w:tr>
      <w:tr>
        <w:tc>
          <w:tcPr>
            <w:tcW w:type="dxa" w:w="2835"/>
          </w:tcPr>
          <w:p>
            <w:pPr>
              <w:spacing w:after="20" w:line="276" w:lineRule="auto"/>
            </w:pPr>
            <w:r/>
            <w:r>
              <w:rPr>
                <w:rFonts w:ascii="宋体" w:hAnsi="宋体" w:eastAsia="宋体"/>
                <w:b w:val="0"/>
                <w:sz w:val="18"/>
              </w:rPr>
              <w:t>二、自主探究</w:t>
            </w:r>
          </w:p>
        </w:tc>
        <w:tc>
          <w:tcPr>
            <w:tcW w:type="dxa" w:w="1814"/>
          </w:tcPr>
          <w:p>
            <w:pPr>
              <w:spacing w:after="20" w:line="276" w:lineRule="auto"/>
            </w:pPr>
            <w:r/>
            <w:r>
              <w:rPr>
                <w:rFonts w:ascii="宋体" w:hAnsi="宋体" w:eastAsia="宋体"/>
                <w:b w:val="0"/>
                <w:sz w:val="18"/>
              </w:rPr>
              <w:t>课件、教科书、数字卡片</w:t>
            </w:r>
          </w:p>
        </w:tc>
        <w:tc>
          <w:tcPr>
            <w:tcW w:type="dxa" w:w="3402"/>
          </w:tcPr>
          <w:p>
            <w:pPr>
              <w:spacing w:after="20" w:line="276" w:lineRule="auto"/>
            </w:pPr>
            <w:r/>
            <w:r>
              <w:rPr>
                <w:rFonts w:ascii="宋体" w:hAnsi="宋体" w:eastAsia="宋体"/>
                <w:b w:val="0"/>
                <w:sz w:val="18"/>
              </w:rPr>
              <w:t>843和1215有什么不同之处？；这两个数哪个大？哪个小？</w:t>
            </w:r>
          </w:p>
        </w:tc>
        <w:tc>
          <w:tcPr>
            <w:tcW w:type="dxa" w:w="1361"/>
          </w:tcPr>
          <w:p>
            <w:pPr>
              <w:spacing w:after="20" w:line="276" w:lineRule="auto"/>
            </w:pPr>
            <w:r/>
            <w:r>
              <w:rPr>
                <w:rFonts w:ascii="宋体" w:hAnsi="宋体" w:eastAsia="宋体"/>
                <w:b w:val="0"/>
                <w:sz w:val="18"/>
              </w:rPr>
              <w:t>29分钟</w:t>
            </w:r>
          </w:p>
        </w:tc>
      </w:tr>
      <w:tr>
        <w:tc>
          <w:tcPr>
            <w:tcW w:type="dxa" w:w="2835"/>
          </w:tcPr>
          <w:p>
            <w:pPr>
              <w:spacing w:after="20" w:line="276" w:lineRule="auto"/>
            </w:pPr>
            <w:r/>
            <w:r>
              <w:rPr>
                <w:rFonts w:ascii="宋体" w:hAnsi="宋体" w:eastAsia="宋体"/>
                <w:b w:val="0"/>
                <w:sz w:val="18"/>
              </w:rPr>
              <w:t>三、运用新知识，深化理解</w:t>
            </w:r>
          </w:p>
        </w:tc>
        <w:tc>
          <w:tcPr>
            <w:tcW w:type="dxa" w:w="1814"/>
          </w:tcPr>
          <w:p>
            <w:pPr>
              <w:spacing w:after="20" w:line="276" w:lineRule="auto"/>
            </w:pPr>
            <w:r/>
            <w:r>
              <w:rPr>
                <w:rFonts w:ascii="宋体" w:hAnsi="宋体" w:eastAsia="宋体"/>
                <w:b w:val="0"/>
                <w:sz w:val="18"/>
              </w:rPr>
              <w:t>教科书、课件、数字卡片</w:t>
            </w:r>
          </w:p>
        </w:tc>
        <w:tc>
          <w:tcPr>
            <w:tcW w:type="dxa" w:w="3402"/>
          </w:tcPr>
          <w:p>
            <w:pPr>
              <w:spacing w:after="20" w:line="276" w:lineRule="auto"/>
            </w:pPr>
            <w:r/>
            <w:r>
              <w:rPr>
                <w:rFonts w:ascii="宋体" w:hAnsi="宋体" w:eastAsia="宋体"/>
                <w:b w:val="0"/>
                <w:sz w:val="18"/>
              </w:rPr>
              <w:t>——</w:t>
            </w:r>
          </w:p>
        </w:tc>
        <w:tc>
          <w:tcPr>
            <w:tcW w:type="dxa" w:w="1361"/>
          </w:tcPr>
          <w:p>
            <w:pPr>
              <w:spacing w:after="20" w:line="276" w:lineRule="auto"/>
            </w:pPr>
            <w:r/>
            <w:r>
              <w:rPr>
                <w:rFonts w:ascii="宋体" w:hAnsi="宋体" w:eastAsia="宋体"/>
                <w:b w:val="0"/>
                <w:sz w:val="18"/>
              </w:rPr>
              <w:t>2分钟</w:t>
            </w:r>
          </w:p>
        </w:tc>
      </w:tr>
      <w:tr>
        <w:tc>
          <w:tcPr>
            <w:tcW w:type="dxa" w:w="2835"/>
          </w:tcPr>
          <w:p>
            <w:pPr>
              <w:spacing w:after="20" w:line="276" w:lineRule="auto"/>
            </w:pPr>
            <w:r/>
            <w:r>
              <w:rPr>
                <w:rFonts w:ascii="宋体" w:hAnsi="宋体" w:eastAsia="宋体"/>
                <w:b w:val="0"/>
                <w:sz w:val="18"/>
              </w:rPr>
              <w:t>四、课堂小结</w:t>
            </w:r>
          </w:p>
        </w:tc>
        <w:tc>
          <w:tcPr>
            <w:tcW w:type="dxa" w:w="1814"/>
          </w:tcPr>
          <w:p>
            <w:pPr>
              <w:spacing w:after="20" w:line="276" w:lineRule="auto"/>
            </w:pPr>
            <w:r/>
            <w:r>
              <w:rPr>
                <w:rFonts w:ascii="宋体" w:hAnsi="宋体" w:eastAsia="宋体"/>
                <w:b w:val="0"/>
                <w:sz w:val="18"/>
              </w:rPr>
              <w:t>课件、数字卡片</w:t>
            </w:r>
          </w:p>
        </w:tc>
        <w:tc>
          <w:tcPr>
            <w:tcW w:type="dxa" w:w="3402"/>
          </w:tcPr>
          <w:p>
            <w:pPr>
              <w:spacing w:after="20" w:line="276" w:lineRule="auto"/>
            </w:pPr>
            <w:r/>
            <w:r>
              <w:rPr>
                <w:rFonts w:ascii="宋体" w:hAnsi="宋体" w:eastAsia="宋体"/>
                <w:b w:val="0"/>
                <w:sz w:val="18"/>
              </w:rPr>
              <w:t>今天我们学会了如何比较10000以内数的大小，大家有什么收获？在比较大小时要注意什么呢？</w:t>
            </w:r>
          </w:p>
        </w:tc>
        <w:tc>
          <w:tcPr>
            <w:tcW w:type="dxa" w:w="1361"/>
          </w:tcPr>
          <w:p>
            <w:pPr>
              <w:spacing w:after="20" w:line="276" w:lineRule="auto"/>
            </w:pPr>
            <w:r/>
            <w:r>
              <w:rPr>
                <w:rFonts w:ascii="宋体" w:hAnsi="宋体" w:eastAsia="宋体"/>
                <w:b w:val="0"/>
                <w:sz w:val="18"/>
              </w:rPr>
              <w:t>3分钟</w:t>
            </w:r>
          </w:p>
        </w:tc>
      </w:tr>
    </w:tbl>
    <w:p>
      <w:pPr>
        <w:spacing w:after="40"/>
      </w:pPr>
    </w:p>
    <w:p>
      <w:pPr>
        <w:spacing w:after="60" w:line="300" w:lineRule="auto"/>
      </w:pPr>
      <w:r>
        <w:rPr>
          <w:rFonts w:ascii="黑体" w:hAnsi="黑体" w:eastAsia="黑体"/>
          <w:b/>
          <w:sz w:val="21"/>
        </w:rPr>
        <w:t>三、教学过程（分栏）</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2409"/>
        <w:gridCol w:w="2409"/>
        <w:gridCol w:w="2409"/>
        <w:gridCol w:w="2409"/>
      </w:tblGrid>
      <w:tr>
        <w:trPr>
          <w:tblHeader w:val="true"/>
        </w:trPr>
        <w:tc>
          <w:tcPr>
            <w:tcW w:type="dxa" w:w="1474"/>
            <w:shd w:val="clear" w:fill="E8EEF7"/>
          </w:tcPr>
          <w:p>
            <w:pPr>
              <w:spacing w:after="20" w:line="276" w:lineRule="auto"/>
              <w:jc w:val="center"/>
            </w:pPr>
            <w:r/>
            <w:r>
              <w:rPr>
                <w:rFonts w:ascii="黑体" w:hAnsi="黑体" w:eastAsia="黑体"/>
                <w:b/>
                <w:sz w:val="18"/>
              </w:rPr>
              <w:t>教学环节</w:t>
            </w:r>
          </w:p>
        </w:tc>
        <w:tc>
          <w:tcPr>
            <w:tcW w:type="dxa" w:w="3061"/>
            <w:shd w:val="clear" w:fill="E8EEF7"/>
          </w:tcPr>
          <w:p>
            <w:pPr>
              <w:spacing w:after="20" w:line="276" w:lineRule="auto"/>
              <w:jc w:val="center"/>
            </w:pPr>
            <w:r/>
            <w:r>
              <w:rPr>
                <w:rFonts w:ascii="黑体" w:hAnsi="黑体" w:eastAsia="黑体"/>
                <w:b/>
                <w:sz w:val="18"/>
              </w:rPr>
              <w:t>教师活动</w:t>
            </w:r>
          </w:p>
        </w:tc>
        <w:tc>
          <w:tcPr>
            <w:tcW w:type="dxa" w:w="3061"/>
            <w:shd w:val="clear" w:fill="E8EEF7"/>
          </w:tcPr>
          <w:p>
            <w:pPr>
              <w:spacing w:after="20" w:line="276" w:lineRule="auto"/>
              <w:jc w:val="center"/>
            </w:pPr>
            <w:r/>
            <w:r>
              <w:rPr>
                <w:rFonts w:ascii="黑体" w:hAnsi="黑体" w:eastAsia="黑体"/>
                <w:b/>
                <w:sz w:val="18"/>
              </w:rPr>
              <w:t>学生活动</w:t>
            </w:r>
          </w:p>
        </w:tc>
        <w:tc>
          <w:tcPr>
            <w:tcW w:type="dxa" w:w="1814"/>
            <w:shd w:val="clear" w:fill="E8EEF7"/>
          </w:tcPr>
          <w:p>
            <w:pPr>
              <w:spacing w:after="20" w:line="276" w:lineRule="auto"/>
              <w:jc w:val="center"/>
            </w:pPr>
            <w:r/>
            <w:r>
              <w:rPr>
                <w:rFonts w:ascii="黑体" w:hAnsi="黑体" w:eastAsia="黑体"/>
                <w:b/>
                <w:sz w:val="18"/>
              </w:rPr>
              <w:t>设计意图</w:t>
            </w:r>
          </w:p>
        </w:tc>
      </w:tr>
      <w:tr>
        <w:tc>
          <w:tcPr>
            <w:tcW w:type="dxa" w:w="1474"/>
          </w:tcPr>
          <w:p>
            <w:pPr>
              <w:spacing w:after="20" w:line="276" w:lineRule="auto"/>
            </w:pPr>
            <w:r>
              <w:rPr>
                <w:b/>
              </w:rPr>
            </w:r>
            <w:r>
              <w:rPr>
                <w:rFonts w:ascii="宋体" w:hAnsi="宋体" w:eastAsia="宋体"/>
                <w:b/>
                <w:sz w:val="18"/>
              </w:rPr>
              <w:t>一、问题导入</w:t>
            </w:r>
          </w:p>
        </w:tc>
        <w:tc>
          <w:tcPr>
            <w:tcW w:type="dxa" w:w="3061"/>
          </w:tcPr>
          <w:p>
            <w:pPr>
              <w:spacing w:after="20" w:line="276" w:lineRule="auto"/>
            </w:pPr>
            <w:r/>
            <w:r>
              <w:rPr>
                <w:rFonts w:ascii="宋体" w:hAnsi="宋体" w:eastAsia="宋体"/>
                <w:b w:val="0"/>
                <w:sz w:val="18"/>
              </w:rPr>
              <w:t>课件出示教科书P55例9。</w:t>
            </w:r>
          </w:p>
          <w:p>
            <w:pPr>
              <w:spacing w:after="20" w:line="276" w:lineRule="auto"/>
            </w:pPr>
            <w:r>
              <w:rPr>
                <w:rFonts w:ascii="宋体" w:hAnsi="宋体" w:eastAsia="宋体"/>
                <w:b w:val="0"/>
                <w:sz w:val="18"/>
              </w:rPr>
              <w:t>某市在今年的“绿色家园”行动中种下了一些树苗。</w:t>
            </w:r>
          </w:p>
        </w:tc>
        <w:tc>
          <w:tcPr>
            <w:tcW w:type="dxa" w:w="3061"/>
          </w:tcPr>
          <w:p>
            <w:pPr>
              <w:spacing w:after="20" w:line="276" w:lineRule="auto"/>
            </w:pPr>
            <w:r/>
            <w:r>
              <w:rPr>
                <w:rFonts w:ascii="宋体" w:hAnsi="宋体" w:eastAsia="宋体"/>
                <w:b w:val="0"/>
                <w:sz w:val="18"/>
              </w:rPr>
              <w:t>——</w:t>
            </w:r>
          </w:p>
        </w:tc>
        <w:tc>
          <w:tcPr>
            <w:tcW w:type="dxa" w:w="1814"/>
          </w:tcPr>
          <w:p>
            <w:pPr>
              <w:spacing w:after="20" w:line="276" w:lineRule="auto"/>
            </w:pPr>
            <w:r/>
            <w:r>
              <w:rPr>
                <w:rFonts w:ascii="宋体" w:hAnsi="宋体" w:eastAsia="宋体"/>
                <w:b w:val="0"/>
                <w:sz w:val="18"/>
              </w:rPr>
              <w:t>创设情境激活学生已有经验，自然引出本课学习内容，激发学习兴趣。</w:t>
            </w:r>
          </w:p>
        </w:tc>
      </w:tr>
      <w:tr>
        <w:tc>
          <w:tcPr>
            <w:tcW w:type="dxa" w:w="1474"/>
          </w:tcPr>
          <w:p>
            <w:pPr>
              <w:spacing w:after="20" w:line="276" w:lineRule="auto"/>
            </w:pPr>
            <w:r>
              <w:rPr>
                <w:b/>
              </w:rPr>
            </w:r>
            <w:r>
              <w:rPr>
                <w:rFonts w:ascii="宋体" w:hAnsi="宋体" w:eastAsia="宋体"/>
                <w:b/>
                <w:sz w:val="18"/>
              </w:rPr>
              <w:t>种类 │ 柳树 │ 杨树 │ 松树 │ 杉树</w:t>
            </w:r>
          </w:p>
        </w:tc>
        <w:tc>
          <w:tcPr>
            <w:tcW w:type="dxa" w:w="3061"/>
          </w:tcPr>
          <w:p>
            <w:pPr>
              <w:spacing w:after="20" w:line="276" w:lineRule="auto"/>
            </w:pPr>
            <w:r/>
            <w:r>
              <w:rPr>
                <w:rFonts w:ascii="宋体" w:hAnsi="宋体" w:eastAsia="宋体"/>
                <w:b w:val="0"/>
                <w:sz w:val="18"/>
              </w:rPr>
              <w:t>棵数 │ 1215 │ 2757 │ 1614 │ 843</w:t>
            </w:r>
          </w:p>
          <w:p>
            <w:pPr>
              <w:spacing w:after="20" w:line="276" w:lineRule="auto"/>
            </w:pPr>
            <w:r>
              <w:rPr>
                <w:rFonts w:ascii="宋体" w:hAnsi="宋体" w:eastAsia="宋体"/>
                <w:b w:val="0"/>
                <w:sz w:val="18"/>
              </w:rPr>
              <w:t>师：请你们任选两种树比一比，哪种树的棵数多？</w:t>
            </w:r>
          </w:p>
          <w:p>
            <w:pPr>
              <w:spacing w:after="20" w:line="276" w:lineRule="auto"/>
            </w:pPr>
            <w:r>
              <w:rPr>
                <w:rFonts w:ascii="宋体" w:hAnsi="宋体" w:eastAsia="宋体"/>
                <w:b w:val="0"/>
                <w:sz w:val="18"/>
              </w:rPr>
              <w:t>师：生活中类似这样的问题还有很多，今天我们就来学习10000以内数的大小比较。(板书课题：10000以内数的大小比较)</w:t>
            </w:r>
          </w:p>
        </w:tc>
        <w:tc>
          <w:tcPr>
            <w:tcW w:type="dxa" w:w="3061"/>
          </w:tcPr>
          <w:p>
            <w:pPr>
              <w:spacing w:after="20" w:line="276" w:lineRule="auto"/>
            </w:pPr>
            <w:r/>
            <w:r>
              <w:rPr>
                <w:rFonts w:ascii="宋体" w:hAnsi="宋体" w:eastAsia="宋体"/>
                <w:b w:val="0"/>
                <w:sz w:val="18"/>
              </w:rPr>
              <w:t>要比较两种树中，哪种树的棵数多，就是比较两个数的大小。</w:t>
            </w:r>
          </w:p>
        </w:tc>
        <w:tc>
          <w:tcPr>
            <w:tcW w:type="dxa" w:w="1814"/>
          </w:tcPr>
          <w:p>
            <w:pPr>
              <w:spacing w:after="20" w:line="276" w:lineRule="auto"/>
            </w:pPr>
            <w:r/>
            <w:r>
              <w:rPr>
                <w:rFonts w:ascii="宋体" w:hAnsi="宋体" w:eastAsia="宋体"/>
                <w:b w:val="0"/>
                <w:sz w:val="18"/>
              </w:rPr>
              <w:t>围绕环节目标组织学习活动，引导学生主动参与、积极思考，核心问题："请你们任选两种树比一比，哪种树的棵数多？"</w:t>
            </w:r>
          </w:p>
        </w:tc>
      </w:tr>
      <w:tr>
        <w:tc>
          <w:tcPr>
            <w:tcW w:type="dxa" w:w="1474"/>
          </w:tcPr>
          <w:p>
            <w:pPr>
              <w:spacing w:after="20" w:line="276" w:lineRule="auto"/>
            </w:pPr>
            <w:r>
              <w:rPr>
                <w:b/>
              </w:rPr>
            </w:r>
            <w:r>
              <w:rPr>
                <w:rFonts w:ascii="宋体" w:hAnsi="宋体" w:eastAsia="宋体"/>
                <w:b/>
                <w:sz w:val="18"/>
              </w:rPr>
              <w:t>二、自主探究</w:t>
            </w:r>
          </w:p>
        </w:tc>
        <w:tc>
          <w:tcPr>
            <w:tcW w:type="dxa" w:w="3061"/>
          </w:tcPr>
          <w:p>
            <w:pPr>
              <w:spacing w:after="20" w:line="276" w:lineRule="auto"/>
            </w:pPr>
            <w:r/>
            <w:r>
              <w:rPr>
                <w:rFonts w:ascii="宋体" w:hAnsi="宋体" w:eastAsia="宋体"/>
                <w:b w:val="0"/>
                <w:sz w:val="18"/>
              </w:rPr>
              <w:t>1.位数不同的数的大小比较。</w:t>
            </w:r>
          </w:p>
          <w:p>
            <w:pPr>
              <w:spacing w:after="20" w:line="276" w:lineRule="auto"/>
            </w:pPr>
            <w:r>
              <w:rPr>
                <w:rFonts w:ascii="宋体" w:hAnsi="宋体" w:eastAsia="宋体"/>
                <w:b w:val="0"/>
                <w:sz w:val="18"/>
              </w:rPr>
              <w:t>师：843和1215有什么不同之处？</w:t>
            </w:r>
          </w:p>
          <w:p>
            <w:pPr>
              <w:spacing w:after="20" w:line="276" w:lineRule="auto"/>
            </w:pPr>
            <w:r>
              <w:rPr>
                <w:rFonts w:ascii="宋体" w:hAnsi="宋体" w:eastAsia="宋体"/>
                <w:b w:val="0"/>
                <w:sz w:val="18"/>
              </w:rPr>
              <w:t>师：这两个数哪个大？哪个小？说说你是怎样比较大小的。</w:t>
            </w:r>
          </w:p>
          <w:p>
            <w:pPr>
              <w:spacing w:after="20" w:line="276" w:lineRule="auto"/>
            </w:pPr>
            <w:r>
              <w:rPr>
                <w:rFonts w:ascii="宋体" w:hAnsi="宋体" w:eastAsia="宋体"/>
                <w:b w:val="0"/>
                <w:sz w:val="18"/>
              </w:rPr>
              <w:t>师：同学们找出了那么多比较的方法，组内讨论一下哪种方法最简洁。</w:t>
            </w:r>
          </w:p>
          <w:p>
            <w:pPr>
              <w:spacing w:after="20" w:line="276" w:lineRule="auto"/>
            </w:pPr>
            <w:r>
              <w:rPr>
                <w:rFonts w:ascii="宋体" w:hAnsi="宋体" w:eastAsia="宋体"/>
                <w:b w:val="0"/>
                <w:sz w:val="18"/>
              </w:rPr>
              <w:t>教师引导学生归纳并适时板书：位数不同的两个数进行大小比较，位数多的数大。</w:t>
            </w:r>
          </w:p>
          <w:p>
            <w:pPr>
              <w:spacing w:after="20" w:line="276" w:lineRule="auto"/>
            </w:pPr>
            <w:r>
              <w:rPr>
                <w:rFonts w:ascii="宋体" w:hAnsi="宋体" w:eastAsia="宋体"/>
                <w:b w:val="0"/>
                <w:sz w:val="18"/>
              </w:rPr>
              <w:t>2．位数相同的数的大小比较。</w:t>
            </w:r>
          </w:p>
          <w:p>
            <w:pPr>
              <w:spacing w:after="20" w:line="276" w:lineRule="auto"/>
            </w:pPr>
            <w:r>
              <w:rPr>
                <w:rFonts w:ascii="宋体" w:hAnsi="宋体" w:eastAsia="宋体"/>
                <w:b w:val="0"/>
                <w:sz w:val="18"/>
              </w:rPr>
              <w:t>(1)位数相同、最高位不同的数的大小比较。</w:t>
            </w:r>
          </w:p>
          <w:p>
            <w:pPr>
              <w:spacing w:after="20" w:line="276" w:lineRule="auto"/>
            </w:pPr>
            <w:r>
              <w:rPr>
                <w:rFonts w:ascii="宋体" w:hAnsi="宋体" w:eastAsia="宋体"/>
                <w:b w:val="0"/>
                <w:sz w:val="18"/>
              </w:rPr>
              <w:t>师：比较2757和1614的大小，这两个数和前面比较的两个数有什么不同？像这样的两个数该怎样比较呢？</w:t>
            </w:r>
          </w:p>
          <w:p>
            <w:pPr>
              <w:spacing w:after="20" w:line="276" w:lineRule="auto"/>
            </w:pPr>
            <w:r>
              <w:rPr>
                <w:rFonts w:ascii="宋体" w:hAnsi="宋体" w:eastAsia="宋体"/>
                <w:b w:val="0"/>
                <w:sz w:val="18"/>
              </w:rPr>
              <w:t>教师引导学生归纳并适时板书：位数相同、最高位不同的两个数进行大小比较，最高位上的数大的那个数大。</w:t>
            </w:r>
          </w:p>
          <w:p>
            <w:pPr>
              <w:spacing w:after="20" w:line="276" w:lineRule="auto"/>
            </w:pPr>
            <w:r>
              <w:rPr>
                <w:rFonts w:ascii="宋体" w:hAnsi="宋体" w:eastAsia="宋体"/>
                <w:b w:val="0"/>
                <w:sz w:val="18"/>
              </w:rPr>
              <w:t>(2)位数相同、最高位相同的数的大小比较。</w:t>
            </w:r>
          </w:p>
          <w:p>
            <w:pPr>
              <w:spacing w:after="20" w:line="276" w:lineRule="auto"/>
            </w:pPr>
            <w:r>
              <w:rPr>
                <w:rFonts w:ascii="宋体" w:hAnsi="宋体" w:eastAsia="宋体"/>
                <w:b w:val="0"/>
                <w:sz w:val="18"/>
              </w:rPr>
              <w:t>师：比较1614和1215的大小。</w:t>
            </w:r>
          </w:p>
          <w:p>
            <w:pPr>
              <w:spacing w:after="20" w:line="276" w:lineRule="auto"/>
            </w:pPr>
            <w:r>
              <w:rPr>
                <w:rFonts w:ascii="宋体" w:hAnsi="宋体" w:eastAsia="宋体"/>
                <w:b w:val="0"/>
                <w:sz w:val="18"/>
              </w:rPr>
              <w:t>教师引导学生归纳并适时板书：位数相同、最高位也相同的两个数进行大小比较，下一数位上的数大的那个数大。</w:t>
            </w:r>
          </w:p>
          <w:p>
            <w:pPr>
              <w:spacing w:after="20" w:line="276" w:lineRule="auto"/>
            </w:pPr>
            <w:r>
              <w:rPr>
                <w:rFonts w:ascii="宋体" w:hAnsi="宋体" w:eastAsia="宋体"/>
                <w:b w:val="0"/>
                <w:sz w:val="18"/>
              </w:rPr>
              <w:t>3．总结10000以内数大小比较的方法。</w:t>
            </w:r>
          </w:p>
          <w:p>
            <w:pPr>
              <w:spacing w:after="20" w:line="276" w:lineRule="auto"/>
            </w:pPr>
            <w:r>
              <w:rPr>
                <w:rFonts w:ascii="宋体" w:hAnsi="宋体" w:eastAsia="宋体"/>
                <w:b w:val="0"/>
                <w:sz w:val="18"/>
              </w:rPr>
              <w:t>师：回顾一下，想一想，两个10000以内的数如何比较它们的大小。</w:t>
            </w:r>
          </w:p>
          <w:p>
            <w:pPr>
              <w:spacing w:after="20" w:line="276" w:lineRule="auto"/>
            </w:pPr>
            <w:r>
              <w:rPr>
                <w:rFonts w:ascii="宋体" w:hAnsi="宋体" w:eastAsia="宋体"/>
                <w:b w:val="0"/>
                <w:sz w:val="18"/>
              </w:rPr>
              <w:t>师生交流后，课件出示。</w:t>
            </w:r>
          </w:p>
          <w:p>
            <w:pPr>
              <w:spacing w:after="20" w:line="276" w:lineRule="auto"/>
            </w:pPr>
            <w:r>
              <w:rPr>
                <w:rFonts w:ascii="宋体" w:hAnsi="宋体" w:eastAsia="宋体"/>
                <w:b w:val="0"/>
                <w:sz w:val="18"/>
              </w:rPr>
              <w:t>比较两个数的大小，如果位数不同，位数多的数大。如果位数相同，从最高位比起，最高位上的数大的那个数就大；最高位上的数相等，就比较下一数位上的数……直到比出数的大小。</w:t>
            </w:r>
          </w:p>
          <w:p>
            <w:pPr>
              <w:spacing w:after="20" w:line="276" w:lineRule="auto"/>
            </w:pPr>
            <w:r>
              <w:rPr>
                <w:rFonts w:ascii="宋体" w:hAnsi="宋体" w:eastAsia="宋体"/>
                <w:b w:val="0"/>
                <w:sz w:val="18"/>
              </w:rPr>
              <w:t>4．综合运用，拓展延伸。</w:t>
            </w:r>
          </w:p>
          <w:p>
            <w:pPr>
              <w:spacing w:after="20" w:line="276" w:lineRule="auto"/>
            </w:pPr>
            <w:r>
              <w:rPr>
                <w:rFonts w:ascii="宋体" w:hAnsi="宋体" w:eastAsia="宋体"/>
                <w:b w:val="0"/>
                <w:sz w:val="18"/>
              </w:rPr>
              <w:t>师：把教科书P55例9中四种树的棵数按从小到大的顺序排列。</w:t>
            </w:r>
          </w:p>
        </w:tc>
        <w:tc>
          <w:tcPr>
            <w:tcW w:type="dxa" w:w="3061"/>
          </w:tcPr>
          <w:p>
            <w:pPr>
              <w:spacing w:after="20" w:line="276" w:lineRule="auto"/>
            </w:pPr>
            <w:r/>
            <w:r>
              <w:rPr>
                <w:rFonts w:ascii="宋体" w:hAnsi="宋体" w:eastAsia="宋体"/>
                <w:b w:val="0"/>
                <w:sz w:val="18"/>
              </w:rPr>
              <w:t>预设1：一个是三位数，一个是四位数。</w:t>
            </w:r>
          </w:p>
          <w:p>
            <w:pPr>
              <w:spacing w:after="20" w:line="276" w:lineRule="auto"/>
            </w:pPr>
            <w:r>
              <w:rPr>
                <w:rFonts w:ascii="宋体" w:hAnsi="宋体" w:eastAsia="宋体"/>
                <w:b w:val="0"/>
                <w:sz w:val="18"/>
              </w:rPr>
              <w:t>预设2：一个比1000小，一个比1000大。</w:t>
            </w:r>
          </w:p>
          <w:p>
            <w:pPr>
              <w:spacing w:after="20" w:line="276" w:lineRule="auto"/>
            </w:pPr>
            <w:r>
              <w:rPr>
                <w:rFonts w:ascii="宋体" w:hAnsi="宋体" w:eastAsia="宋体"/>
                <w:b w:val="0"/>
                <w:sz w:val="18"/>
              </w:rPr>
              <w:t>预设1：根据数的顺序：因为843在1215的前面，所以843&lt;1215。</w:t>
            </w:r>
          </w:p>
          <w:p>
            <w:pPr>
              <w:spacing w:after="20" w:line="276" w:lineRule="auto"/>
            </w:pPr>
            <w:r>
              <w:rPr>
                <w:rFonts w:ascii="宋体" w:hAnsi="宋体" w:eastAsia="宋体"/>
                <w:b w:val="0"/>
                <w:sz w:val="18"/>
              </w:rPr>
              <w:t>预设2：根据位数的多少：因为1215是一个四位数，843是一个三位数，四位数都比三位数大，所以843&lt;1215。</w:t>
            </w:r>
          </w:p>
          <w:p>
            <w:pPr>
              <w:spacing w:after="20" w:line="276" w:lineRule="auto"/>
            </w:pPr>
            <w:r>
              <w:rPr>
                <w:rFonts w:ascii="宋体" w:hAnsi="宋体" w:eastAsia="宋体"/>
                <w:b w:val="0"/>
                <w:sz w:val="18"/>
              </w:rPr>
              <w:t>预设3：根据数的组成：因为843是由8个百、4个十和3个一组成的，1215是由1个千、2个百、1个十和5个一组成的，所以843&lt;1215。</w:t>
            </w:r>
          </w:p>
          <w:p>
            <w:pPr>
              <w:spacing w:after="20" w:line="276" w:lineRule="auto"/>
            </w:pPr>
            <w:r>
              <w:rPr>
                <w:rFonts w:ascii="宋体" w:hAnsi="宋体" w:eastAsia="宋体"/>
                <w:b w:val="0"/>
                <w:sz w:val="18"/>
              </w:rPr>
              <w:t>预设4：找中间数：因为843比1000小，1215比1000大，所以843&lt;1215。(板书：843&lt;1215)</w:t>
            </w:r>
          </w:p>
          <w:p>
            <w:pPr>
              <w:spacing w:after="20" w:line="276" w:lineRule="auto"/>
            </w:pPr>
            <w:r>
              <w:rPr>
                <w:rFonts w:ascii="宋体" w:hAnsi="宋体" w:eastAsia="宋体"/>
                <w:b w:val="0"/>
                <w:sz w:val="18"/>
              </w:rPr>
              <w:t>前面两个数的位数不一样，这两个数的位数一样。</w:t>
            </w:r>
          </w:p>
          <w:p>
            <w:pPr>
              <w:spacing w:after="20" w:line="276" w:lineRule="auto"/>
            </w:pPr>
            <w:r>
              <w:rPr>
                <w:rFonts w:ascii="宋体" w:hAnsi="宋体" w:eastAsia="宋体"/>
                <w:b w:val="0"/>
                <w:sz w:val="18"/>
              </w:rPr>
              <w:t>学生自主讨论比较的方法，指名学生汇报并说说进行比较的想法。</w:t>
            </w:r>
          </w:p>
          <w:p>
            <w:pPr>
              <w:spacing w:after="20" w:line="276" w:lineRule="auto"/>
            </w:pPr>
            <w:r>
              <w:rPr>
                <w:rFonts w:ascii="宋体" w:hAnsi="宋体" w:eastAsia="宋体"/>
                <w:b w:val="0"/>
                <w:sz w:val="18"/>
              </w:rPr>
              <w:t>预设1：2757最高位上的2表示2个千，1614最高位上的1表示1个千，2个千比1个千大，所以2757&gt;1614。</w:t>
            </w:r>
          </w:p>
          <w:p>
            <w:pPr>
              <w:spacing w:after="20" w:line="276" w:lineRule="auto"/>
            </w:pPr>
            <w:r>
              <w:rPr>
                <w:rFonts w:ascii="宋体" w:hAnsi="宋体" w:eastAsia="宋体"/>
                <w:b w:val="0"/>
                <w:sz w:val="18"/>
              </w:rPr>
              <w:t>预设2：2757比2000大，1614比2000小，所以2757&gt;1614。(板书：2757&gt;1614)</w:t>
            </w:r>
          </w:p>
          <w:p>
            <w:pPr>
              <w:spacing w:after="20" w:line="276" w:lineRule="auto"/>
            </w:pPr>
            <w:r>
              <w:rPr>
                <w:rFonts w:ascii="宋体" w:hAnsi="宋体" w:eastAsia="宋体"/>
                <w:b w:val="0"/>
                <w:sz w:val="18"/>
              </w:rPr>
              <w:t>学生先独立完成，指名学生汇报比较方法。</w:t>
            </w:r>
          </w:p>
          <w:p>
            <w:pPr>
              <w:spacing w:after="20" w:line="276" w:lineRule="auto"/>
            </w:pPr>
            <w:r>
              <w:rPr>
                <w:rFonts w:ascii="宋体" w:hAnsi="宋体" w:eastAsia="宋体"/>
                <w:b w:val="0"/>
                <w:sz w:val="18"/>
              </w:rPr>
              <w:t>两数都有1个千，就比较百位，6个百比2个百大，所以1614&gt;1215。(板书：1614&gt;1215)</w:t>
            </w:r>
          </w:p>
          <w:p>
            <w:pPr>
              <w:spacing w:after="20" w:line="276" w:lineRule="auto"/>
            </w:pPr>
            <w:r>
              <w:rPr>
                <w:rFonts w:ascii="宋体" w:hAnsi="宋体" w:eastAsia="宋体"/>
                <w:b w:val="0"/>
                <w:sz w:val="18"/>
              </w:rPr>
              <w:t>预设1：根据8431215可得出8431614，可得843&lt;1215&lt;1614&lt;2757。</w:t>
            </w:r>
          </w:p>
          <w:p>
            <w:pPr>
              <w:spacing w:after="20" w:line="276" w:lineRule="auto"/>
            </w:pPr>
            <w:r>
              <w:rPr>
                <w:rFonts w:ascii="宋体" w:hAnsi="宋体" w:eastAsia="宋体"/>
                <w:b w:val="0"/>
                <w:sz w:val="18"/>
              </w:rPr>
              <w:t>预设2：将四个数对齐数位排成一列，再给四个数按从小到大的顺序编号：有三位数和四位数，所以三位数是最小的，四位数中有最高位上是1和最高位上是2的，最高位上是2的数肯定最大，接着判断两个最高位上是1的数，百位上的数大的那个数就大，编好号后用小于号把这四个数连接起来，即843＜1215＜1614＜2757。</w:t>
            </w:r>
          </w:p>
        </w:tc>
        <w:tc>
          <w:tcPr>
            <w:tcW w:type="dxa" w:w="1814"/>
          </w:tcPr>
          <w:p>
            <w:pPr>
              <w:spacing w:after="20" w:line="276" w:lineRule="auto"/>
            </w:pPr>
            <w:r/>
            <w:r>
              <w:rPr>
                <w:rFonts w:ascii="宋体" w:hAnsi="宋体" w:eastAsia="宋体"/>
                <w:b w:val="0"/>
                <w:sz w:val="18"/>
              </w:rPr>
              <w:t>设计递进式探究活动，引导学生在动手实践与合作交流中经历知识形成过程，突破本课重难点，核心问题："843和1215有什么不同之处？"</w:t>
            </w:r>
          </w:p>
        </w:tc>
      </w:tr>
      <w:tr>
        <w:tc>
          <w:tcPr>
            <w:tcW w:type="dxa" w:w="1474"/>
          </w:tcPr>
          <w:p>
            <w:pPr>
              <w:spacing w:after="20" w:line="276" w:lineRule="auto"/>
            </w:pPr>
            <w:r>
              <w:rPr>
                <w:b/>
              </w:rPr>
            </w:r>
            <w:r>
              <w:rPr>
                <w:rFonts w:ascii="宋体" w:hAnsi="宋体" w:eastAsia="宋体"/>
                <w:b/>
                <w:sz w:val="18"/>
              </w:rPr>
              <w:t>三、运用新知识，深化理解</w:t>
            </w:r>
          </w:p>
        </w:tc>
        <w:tc>
          <w:tcPr>
            <w:tcW w:type="dxa" w:w="3061"/>
          </w:tcPr>
          <w:p>
            <w:pPr>
              <w:spacing w:after="20" w:line="276" w:lineRule="auto"/>
            </w:pPr>
            <w:r/>
            <w:r>
              <w:rPr>
                <w:rFonts w:ascii="宋体" w:hAnsi="宋体" w:eastAsia="宋体"/>
                <w:b w:val="0"/>
                <w:sz w:val="18"/>
              </w:rPr>
              <w:t>完成教科书P55“做一做”。</w:t>
            </w:r>
          </w:p>
          <w:p>
            <w:pPr>
              <w:spacing w:after="20" w:line="276" w:lineRule="auto"/>
            </w:pPr>
            <w:r>
              <w:rPr>
                <w:rFonts w:ascii="宋体" w:hAnsi="宋体" w:eastAsia="宋体"/>
                <w:b w:val="0"/>
                <w:sz w:val="18"/>
              </w:rPr>
              <w:t>提示：先比较数的位数，位数不同，位数多的数大；位数相同，比较最高位上的数……</w:t>
            </w:r>
          </w:p>
        </w:tc>
        <w:tc>
          <w:tcPr>
            <w:tcW w:type="dxa" w:w="3061"/>
          </w:tcPr>
          <w:p>
            <w:pPr>
              <w:spacing w:after="20" w:line="276" w:lineRule="auto"/>
            </w:pPr>
            <w:r/>
            <w:r>
              <w:rPr>
                <w:rFonts w:ascii="宋体" w:hAnsi="宋体" w:eastAsia="宋体"/>
                <w:b w:val="0"/>
                <w:sz w:val="18"/>
              </w:rPr>
              <w:t>——</w:t>
            </w:r>
          </w:p>
        </w:tc>
        <w:tc>
          <w:tcPr>
            <w:tcW w:type="dxa" w:w="1814"/>
          </w:tcPr>
          <w:p>
            <w:pPr>
              <w:spacing w:after="20" w:line="276" w:lineRule="auto"/>
            </w:pPr>
            <w:r/>
            <w:r>
              <w:rPr>
                <w:rFonts w:ascii="宋体" w:hAnsi="宋体" w:eastAsia="宋体"/>
                <w:b w:val="0"/>
                <w:sz w:val="18"/>
              </w:rPr>
              <w:t>通过有层次的练习及时反馈学情，巩固新知，培养学生灵活运用知识解决问题的能力。</w:t>
            </w:r>
          </w:p>
        </w:tc>
      </w:tr>
      <w:tr>
        <w:tc>
          <w:tcPr>
            <w:tcW w:type="dxa" w:w="1474"/>
          </w:tcPr>
          <w:p>
            <w:pPr>
              <w:spacing w:after="20" w:line="276" w:lineRule="auto"/>
            </w:pPr>
            <w:r>
              <w:rPr>
                <w:b/>
              </w:rPr>
            </w:r>
            <w:r>
              <w:rPr>
                <w:rFonts w:ascii="宋体" w:hAnsi="宋体" w:eastAsia="宋体"/>
                <w:b/>
                <w:sz w:val="18"/>
              </w:rPr>
              <w:t>四、课堂小结</w:t>
            </w:r>
          </w:p>
        </w:tc>
        <w:tc>
          <w:tcPr>
            <w:tcW w:type="dxa" w:w="3061"/>
          </w:tcPr>
          <w:p>
            <w:pPr>
              <w:spacing w:after="20" w:line="276" w:lineRule="auto"/>
            </w:pPr>
            <w:r/>
            <w:r>
              <w:rPr>
                <w:rFonts w:ascii="宋体" w:hAnsi="宋体" w:eastAsia="宋体"/>
                <w:b w:val="0"/>
                <w:sz w:val="18"/>
              </w:rPr>
              <w:t>师：今天我们学会了如何比较10000以内数的大小，大家有什么收获？在比较大小时要注意什么呢？</w:t>
            </w:r>
          </w:p>
        </w:tc>
        <w:tc>
          <w:tcPr>
            <w:tcW w:type="dxa" w:w="3061"/>
          </w:tcPr>
          <w:p>
            <w:pPr>
              <w:spacing w:after="20" w:line="276" w:lineRule="auto"/>
            </w:pPr>
            <w:r/>
            <w:r>
              <w:rPr>
                <w:rFonts w:ascii="宋体" w:hAnsi="宋体" w:eastAsia="宋体"/>
                <w:b w:val="0"/>
                <w:sz w:val="18"/>
              </w:rPr>
              <w:t>——</w:t>
            </w:r>
          </w:p>
        </w:tc>
        <w:tc>
          <w:tcPr>
            <w:tcW w:type="dxa" w:w="1814"/>
          </w:tcPr>
          <w:p>
            <w:pPr>
              <w:spacing w:after="20" w:line="276" w:lineRule="auto"/>
            </w:pPr>
            <w:r/>
            <w:r>
              <w:rPr>
                <w:rFonts w:ascii="宋体" w:hAnsi="宋体" w:eastAsia="宋体"/>
                <w:b w:val="0"/>
                <w:sz w:val="18"/>
              </w:rPr>
              <w:t>先让学生经历位数不同的两个数的大小比较的方法，从多角度解决问题，为他们提供较大的思维空间，使不同层次的学生都能获得成功的体验。然后通过位数相同的两个数的大小比较，引导学生总结出位数相同时两个数大小的比较方法，当位数和最高位都相同时，借助已有的学习经验和知识的迁移类推，归纳出比较方法，让学生在交流、讨论中掌握位数相同的两个数大小比较的方法，培养学生的思维能力和语言表达能力。</w:t>
            </w:r>
          </w:p>
        </w:tc>
      </w:tr>
    </w:tbl>
    <w:p>
      <w:pPr>
        <w:spacing w:after="40"/>
      </w:pPr>
    </w:p>
    <w:p>
      <w:pPr>
        <w:spacing w:after="60" w:line="300" w:lineRule="auto"/>
      </w:pPr>
      <w:r>
        <w:rPr>
          <w:rFonts w:ascii="黑体" w:hAnsi="黑体" w:eastAsia="黑体"/>
          <w:b/>
          <w:sz w:val="21"/>
        </w:rPr>
        <w:t>四、板书设计</w:t>
      </w:r>
    </w:p>
    <w:p>
      <w:pPr>
        <w:spacing w:after="40" w:line="300" w:lineRule="auto"/>
      </w:pPr>
      <w:r>
        <w:rPr>
          <w:rFonts w:ascii="宋体" w:hAnsi="宋体" w:eastAsia="宋体"/>
          <w:b w:val="0"/>
          <w:sz w:val="20"/>
        </w:rPr>
        <w:t>10000以内数的大小比较</w:t>
      </w:r>
    </w:p>
    <w:p>
      <w:pPr>
        <w:spacing w:after="40" w:line="300" w:lineRule="auto"/>
      </w:pPr>
      <w:r>
        <w:rPr>
          <w:rFonts w:ascii="宋体" w:hAnsi="宋体" w:eastAsia="宋体"/>
          <w:b w:val="0"/>
          <w:sz w:val="20"/>
        </w:rPr>
        <w:t>843&lt;1215　位数不同的两个数进行大小比较，位数多的数大。</w:t>
      </w:r>
    </w:p>
    <w:p>
      <w:pPr>
        <w:spacing w:after="40" w:line="300" w:lineRule="auto"/>
      </w:pPr>
      <w:r>
        <w:rPr>
          <w:rFonts w:ascii="宋体" w:hAnsi="宋体" w:eastAsia="宋体"/>
          <w:b w:val="0"/>
          <w:sz w:val="20"/>
        </w:rPr>
        <w:t>2757＞1614　位数相同、最高位不同的两个数进行大小比较，最高位上的数大的那个数大。</w:t>
      </w:r>
    </w:p>
    <w:p>
      <w:pPr>
        <w:spacing w:after="40" w:line="300" w:lineRule="auto"/>
      </w:pPr>
      <w:r>
        <w:rPr>
          <w:rFonts w:ascii="宋体" w:hAnsi="宋体" w:eastAsia="宋体"/>
          <w:b w:val="0"/>
          <w:sz w:val="20"/>
        </w:rPr>
        <w:t>1614＞1215　位数相同、最高位也相同的两个数进行大小比较，下一数位上的数大的那个数大。</w:t>
      </w:r>
    </w:p>
    <w:p>
      <w:pPr>
        <w:spacing w:after="60" w:line="300" w:lineRule="auto"/>
      </w:pPr>
      <w:r>
        <w:rPr>
          <w:rFonts w:ascii="黑体" w:hAnsi="黑体" w:eastAsia="黑体"/>
          <w:b/>
          <w:sz w:val="21"/>
        </w:rPr>
        <w:t>五、作业设计</w:t>
      </w:r>
    </w:p>
    <w:p>
      <w:pPr>
        <w:spacing w:after="40" w:line="300" w:lineRule="auto"/>
        <w:ind w:firstLine="400"/>
      </w:pPr>
      <w:r>
        <w:rPr>
          <w:rFonts w:ascii="宋体" w:hAnsi="宋体" w:eastAsia="宋体"/>
          <w:b w:val="0"/>
          <w:sz w:val="20"/>
        </w:rPr>
        <w:t>课前预设作业：</w:t>
      </w:r>
    </w:p>
    <w:p>
      <w:pPr>
        <w:spacing w:after="40" w:line="300" w:lineRule="auto"/>
        <w:ind w:firstLine="400"/>
      </w:pPr>
      <w:r>
        <w:rPr>
          <w:rFonts w:ascii="宋体" w:hAnsi="宋体" w:eastAsia="宋体"/>
          <w:b w:val="0"/>
          <w:sz w:val="20"/>
        </w:rPr>
        <w:t>① 教科书P55例9，教科书P55“做一做”。</w:t>
      </w:r>
    </w:p>
    <w:p>
      <w:pPr>
        <w:spacing w:after="40" w:line="300" w:lineRule="auto"/>
        <w:ind w:firstLine="400"/>
      </w:pPr>
      <w:r>
        <w:rPr>
          <w:rFonts w:ascii="宋体" w:hAnsi="宋体" w:eastAsia="宋体"/>
          <w:b w:val="0"/>
          <w:sz w:val="20"/>
        </w:rPr>
        <w:t>课后跟进作业：教学任务完成后，据学生课堂反馈调整——可安排①《数学作业本》对应课时的巩固练习；②说题或动手操作类实践作业（视学情选用，一、二年级不布置书面家庭作业）。</w:t>
      </w:r>
    </w:p>
    <w:p>
      <w:pPr>
        <w:spacing w:after="60" w:line="300" w:lineRule="auto"/>
      </w:pPr>
      <w:r>
        <w:rPr>
          <w:rFonts w:ascii="黑体" w:hAnsi="黑体" w:eastAsia="黑体"/>
          <w:b/>
          <w:sz w:val="21"/>
        </w:rPr>
        <w:t>六、课后反思</w:t>
      </w:r>
    </w:p>
    <w:p>
      <w:pPr>
        <w:spacing w:after="20" w:line="300" w:lineRule="auto"/>
      </w:pPr>
      <w:r>
        <w:rPr>
          <w:rFonts w:ascii="宋体" w:hAnsi="宋体" w:eastAsia="宋体"/>
          <w:b w:val="0"/>
          <w:sz w:val="20"/>
        </w:rPr>
        <w:t>1．实际教学过程与课前预设之间的差距如何？如果有差距，你是如何处理的？</w:t>
      </w:r>
    </w:p>
    <w:p>
      <w:pPr>
        <w:spacing w:after="40" w:line="300" w:lineRule="auto"/>
      </w:pPr>
      <w:r>
        <w:rPr>
          <w:rFonts w:ascii="楷体" w:hAnsi="楷体" w:eastAsia="楷体"/>
          <w:b w:val="0"/>
          <w:sz w:val="20"/>
        </w:rPr>
        <w:t>＿＿＿＿＿＿＿＿＿＿＿＿＿＿＿＿＿＿＿＿＿＿＿＿＿＿＿＿＿＿＿＿＿＿＿＿</w:t>
      </w:r>
    </w:p>
    <w:p>
      <w:pPr>
        <w:spacing w:after="20" w:line="300" w:lineRule="auto"/>
      </w:pPr>
      <w:r>
        <w:rPr>
          <w:rFonts w:ascii="宋体" w:hAnsi="宋体" w:eastAsia="宋体"/>
          <w:b w:val="0"/>
          <w:sz w:val="20"/>
        </w:rPr>
        <w:t>2．学生是否都有了公平学习的机会？</w:t>
      </w:r>
    </w:p>
    <w:p>
      <w:pPr>
        <w:spacing w:after="40" w:line="300" w:lineRule="auto"/>
      </w:pPr>
      <w:r>
        <w:rPr>
          <w:rFonts w:ascii="楷体" w:hAnsi="楷体" w:eastAsia="楷体"/>
          <w:b w:val="0"/>
          <w:sz w:val="20"/>
        </w:rPr>
        <w:t>＿＿＿＿＿＿＿＿＿＿＿＿＿＿＿＿＿＿＿＿＿＿＿＿＿＿＿＿＿＿＿＿＿＿＿＿</w:t>
      </w:r>
    </w:p>
    <w:p>
      <w:pPr>
        <w:spacing w:after="20" w:line="300" w:lineRule="auto"/>
      </w:pPr>
      <w:r>
        <w:rPr>
          <w:rFonts w:ascii="宋体" w:hAnsi="宋体" w:eastAsia="宋体"/>
          <w:b w:val="0"/>
          <w:sz w:val="20"/>
        </w:rPr>
        <w:t>3．教学中还存在哪些问题？哪个问题显得最为关键？打算在后续的教学中如何改进？</w:t>
      </w:r>
    </w:p>
    <w:p>
      <w:pPr>
        <w:spacing w:after="40" w:line="300" w:lineRule="auto"/>
      </w:pPr>
      <w:r>
        <w:rPr>
          <w:rFonts w:ascii="楷体" w:hAnsi="楷体" w:eastAsia="楷体"/>
          <w:b w:val="0"/>
          <w:sz w:val="20"/>
        </w:rPr>
        <w:t>＿＿＿＿＿＿＿＿＿＿＿＿＿＿＿＿＿＿＿＿＿＿＿＿＿＿＿＿＿＿＿＿＿＿＿＿</w:t>
      </w:r>
    </w:p>
    <w:p>
      <w:pPr>
        <w:spacing w:after="40" w:line="300" w:lineRule="auto"/>
        <w:ind w:firstLine="380"/>
      </w:pPr>
      <w:r>
        <w:rPr>
          <w:rFonts w:ascii="楷体" w:hAnsi="楷体" w:eastAsia="楷体"/>
          <w:b w:val="0"/>
          <w:color w:val="606060"/>
          <w:sz w:val="19"/>
        </w:rPr>
        <w:t>【原教学设计反思（供参考）】10000以内数的大小的比较，是在学生认识大数、会数、会读、会写、了解数序的基础之上进行教学的。本节课的教学，把10000以内数的大小比较分成两个层次，一是位数相同，二是位数不同。学生有数的大小比较的基础，相对来说，能较好理解新的内容。在此基础上，对教科书的内容进行了拓展，让学生将教科书P55例9中的4个数按照从小到大的顺序排列，既是对数的大小比较方法的综合运用，也是对数的大小比较方法的进一步理解。虽然多个数的比较有一定的难度，但是给学生提供了一个完整比较的方法，学生掌握得也比较好。</w:t>
      </w:r>
    </w:p>
    <w:p>
      <w:r>
        <w:br w:type="page"/>
      </w:r>
    </w:p>
    <w:p>
      <w:pPr>
        <w:spacing w:after="80" w:line="300" w:lineRule="auto"/>
      </w:pPr>
      <w:r>
        <w:rPr>
          <w:rFonts w:ascii="黑体" w:hAnsi="黑体" w:eastAsia="黑体"/>
          <w:b/>
          <w:sz w:val="24"/>
        </w:rPr>
        <w:t>二、课时教学方案（第9课时）</w:t>
      </w:r>
    </w:p>
    <w:p>
      <w:pPr>
        <w:spacing w:after="80" w:line="300" w:lineRule="auto"/>
      </w:pPr>
      <w:r>
        <w:rPr>
          <w:rFonts w:ascii="黑体" w:hAnsi="黑体" w:eastAsia="黑体"/>
          <w:b/>
          <w:sz w:val="24"/>
        </w:rPr>
        <w:t>第9课时　近似数</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4819"/>
        <w:gridCol w:w="4819"/>
      </w:tblGrid>
      <w:tr>
        <w:trPr>
          <w:tblHeader w:val="true"/>
        </w:trPr>
        <w:tc>
          <w:tcPr>
            <w:tcW w:type="dxa" w:w="3402"/>
            <w:shd w:val="clear" w:fill="E8EEF7"/>
          </w:tcPr>
          <w:p>
            <w:pPr>
              <w:spacing w:after="20" w:line="276" w:lineRule="auto"/>
              <w:jc w:val="center"/>
            </w:pPr>
            <w:r/>
            <w:r>
              <w:rPr>
                <w:rFonts w:ascii="黑体" w:hAnsi="黑体" w:eastAsia="黑体"/>
                <w:b/>
                <w:sz w:val="18"/>
              </w:rPr>
              <w:t>课题名称</w:t>
            </w:r>
          </w:p>
        </w:tc>
        <w:tc>
          <w:tcPr>
            <w:tcW w:type="dxa" w:w="6009"/>
            <w:shd w:val="clear" w:fill="E8EEF7"/>
          </w:tcPr>
          <w:p>
            <w:pPr>
              <w:spacing w:after="20" w:line="276" w:lineRule="auto"/>
              <w:jc w:val="center"/>
            </w:pPr>
            <w:r/>
            <w:r>
              <w:rPr>
                <w:rFonts w:ascii="黑体" w:hAnsi="黑体" w:eastAsia="黑体"/>
                <w:b/>
                <w:sz w:val="18"/>
              </w:rPr>
              <w:t>所属主题</w:t>
            </w:r>
          </w:p>
        </w:tc>
      </w:tr>
      <w:tr>
        <w:tc>
          <w:tcPr>
            <w:tcW w:type="dxa" w:w="3402"/>
          </w:tcPr>
          <w:p>
            <w:pPr>
              <w:spacing w:after="20" w:line="276" w:lineRule="auto"/>
            </w:pPr>
            <w:r/>
            <w:r>
              <w:rPr>
                <w:rFonts w:ascii="宋体" w:hAnsi="宋体" w:eastAsia="宋体"/>
                <w:b/>
                <w:sz w:val="20"/>
              </w:rPr>
              <w:t>第9课时　近似数</w:t>
            </w:r>
          </w:p>
        </w:tc>
        <w:tc>
          <w:tcPr>
            <w:tcW w:type="dxa" w:w="6009"/>
          </w:tcPr>
          <w:p>
            <w:pPr>
              <w:spacing w:after="20" w:line="276" w:lineRule="auto"/>
            </w:pPr>
            <w:r/>
            <w:r>
              <w:rPr>
                <w:rFonts w:ascii="宋体" w:hAnsi="宋体" w:eastAsia="宋体"/>
                <w:b w:val="0"/>
                <w:sz w:val="20"/>
              </w:rPr>
              <w:t>第3单元 万以内数的认识</w:t>
            </w:r>
          </w:p>
        </w:tc>
      </w:tr>
    </w:tbl>
    <w:p>
      <w:pPr>
        <w:spacing w:after="40"/>
      </w:pPr>
    </w:p>
    <w:p>
      <w:pPr>
        <w:spacing w:after="60" w:line="300" w:lineRule="auto"/>
      </w:pPr>
      <w:r>
        <w:rPr>
          <w:rFonts w:ascii="黑体" w:hAnsi="黑体" w:eastAsia="黑体"/>
          <w:b/>
          <w:sz w:val="21"/>
        </w:rPr>
        <w:t>一、课前思考</w:t>
      </w:r>
    </w:p>
    <w:p>
      <w:pPr>
        <w:spacing w:after="20" w:line="300" w:lineRule="auto"/>
      </w:pPr>
      <w:r>
        <w:rPr>
          <w:rFonts w:ascii="黑体" w:hAnsi="黑体" w:eastAsia="黑体"/>
          <w:b/>
          <w:sz w:val="21"/>
        </w:rPr>
        <w:t>1．学情诊断与分析</w:t>
      </w:r>
    </w:p>
    <w:p>
      <w:pPr>
        <w:spacing w:after="80" w:line="300" w:lineRule="auto"/>
        <w:ind w:firstLine="400"/>
      </w:pPr>
      <w:r>
        <w:rPr>
          <w:rFonts w:ascii="宋体" w:hAnsi="宋体" w:eastAsia="宋体"/>
          <w:b w:val="0"/>
          <w:sz w:val="20"/>
        </w:rPr>
        <w:t>单元学情：【学情分析】</w:t>
      </w:r>
    </w:p>
    <w:p>
      <w:pPr>
        <w:spacing w:after="80" w:line="300" w:lineRule="auto"/>
        <w:ind w:firstLine="400"/>
      </w:pPr>
      <w:r>
        <w:rPr>
          <w:rFonts w:ascii="宋体" w:hAnsi="宋体" w:eastAsia="宋体"/>
          <w:b w:val="0"/>
          <w:sz w:val="20"/>
        </w:rPr>
        <w:t>根据儿童的年龄特征和心理发展规律，自然数的认识由小到大，逐步扩大。学生已经认识了百以内的数，本次学习“万以内数的认识”是对前面知识的拓展。虽然数在生活中的应用范围较广，但学生接触大数的机会并不多。教学时，要以直观为主，将抽象的数形象化，贯穿整个单元教学的始终，进而培养学生对数学学习的兴趣，逐步发展学生的数感。</w:t>
      </w:r>
    </w:p>
    <w:p>
      <w:pPr>
        <w:spacing w:after="80" w:line="300" w:lineRule="auto"/>
        <w:ind w:firstLine="400"/>
      </w:pPr>
      <w:r>
        <w:rPr>
          <w:rFonts w:ascii="宋体" w:hAnsi="宋体" w:eastAsia="宋体"/>
          <w:b w:val="0"/>
          <w:sz w:val="20"/>
        </w:rPr>
        <w:t>【教学策略】</w:t>
      </w:r>
    </w:p>
    <w:p>
      <w:pPr>
        <w:spacing w:after="80" w:line="300" w:lineRule="auto"/>
        <w:ind w:firstLine="400"/>
      </w:pPr>
      <w:r>
        <w:rPr>
          <w:rFonts w:ascii="宋体" w:hAnsi="宋体" w:eastAsia="宋体"/>
          <w:b w:val="0"/>
          <w:sz w:val="20"/>
        </w:rPr>
        <w:t>本课学情：结合本班实际，诊断学生完成本课时任务的起点与可能的困难。</w:t>
      </w:r>
    </w:p>
    <w:p>
      <w:pPr>
        <w:spacing w:after="20" w:line="300" w:lineRule="auto"/>
      </w:pPr>
      <w:r>
        <w:rPr>
          <w:rFonts w:ascii="黑体" w:hAnsi="黑体" w:eastAsia="黑体"/>
          <w:b/>
          <w:sz w:val="21"/>
        </w:rPr>
        <w:t>2．教材分析与教学材料选择</w:t>
      </w:r>
    </w:p>
    <w:p>
      <w:pPr>
        <w:spacing w:after="80" w:line="300" w:lineRule="auto"/>
        <w:ind w:firstLine="400"/>
      </w:pPr>
      <w:r>
        <w:rPr>
          <w:rFonts w:ascii="宋体" w:hAnsi="宋体" w:eastAsia="宋体"/>
          <w:b w:val="0"/>
          <w:sz w:val="20"/>
        </w:rPr>
        <w:t>教学内容：教科书P56例10，教科书P56“做一做”。</w:t>
      </w:r>
    </w:p>
    <w:p>
      <w:pPr>
        <w:spacing w:after="80" w:line="300" w:lineRule="auto"/>
        <w:ind w:firstLine="400"/>
      </w:pPr>
      <w:r>
        <w:rPr>
          <w:rFonts w:ascii="宋体" w:hAnsi="宋体" w:eastAsia="宋体"/>
          <w:b w:val="0"/>
          <w:sz w:val="20"/>
        </w:rPr>
        <w:t>教学准备：课件。</w:t>
      </w:r>
    </w:p>
    <w:p>
      <w:pPr>
        <w:spacing w:after="20" w:line="300" w:lineRule="auto"/>
      </w:pPr>
      <w:r>
        <w:rPr>
          <w:rFonts w:ascii="黑体" w:hAnsi="黑体" w:eastAsia="黑体"/>
          <w:b/>
          <w:sz w:val="21"/>
        </w:rPr>
        <w:t>3．具体目标阐述与教学重难点</w:t>
      </w:r>
    </w:p>
    <w:p>
      <w:pPr>
        <w:spacing w:after="20" w:line="300" w:lineRule="auto"/>
      </w:pPr>
      <w:r>
        <w:rPr>
          <w:rFonts w:ascii="黑体" w:hAnsi="黑体" w:eastAsia="黑体"/>
          <w:b/>
          <w:sz w:val="20"/>
        </w:rPr>
        <w:t>课时目标：</w:t>
      </w:r>
    </w:p>
    <w:p>
      <w:pPr>
        <w:spacing w:after="20" w:line="300" w:lineRule="auto"/>
        <w:ind w:firstLine="400"/>
      </w:pPr>
      <w:r>
        <w:rPr>
          <w:rFonts w:ascii="宋体" w:hAnsi="宋体" w:eastAsia="宋体"/>
          <w:b w:val="0"/>
          <w:sz w:val="20"/>
        </w:rPr>
        <w:t>（1）通过具体的情境，理解准确数和近似数的含义，结合数线帮助学生理解并掌握求一个数的近似数的方法，体会近似数在生活中的作用。</w:t>
      </w:r>
    </w:p>
    <w:p>
      <w:pPr>
        <w:spacing w:after="20" w:line="300" w:lineRule="auto"/>
        <w:ind w:firstLine="400"/>
      </w:pPr>
      <w:r>
        <w:rPr>
          <w:rFonts w:ascii="宋体" w:hAnsi="宋体" w:eastAsia="宋体"/>
          <w:b w:val="0"/>
          <w:sz w:val="20"/>
        </w:rPr>
        <w:t>（2）在实际情境的对比中，感受到近似数方便、好记的优点，突出近似数的现实意义，体会到近似数的价值。</w:t>
      </w:r>
    </w:p>
    <w:p>
      <w:pPr>
        <w:spacing w:after="20" w:line="300" w:lineRule="auto"/>
        <w:ind w:firstLine="400"/>
      </w:pPr>
      <w:r>
        <w:rPr>
          <w:rFonts w:ascii="宋体" w:hAnsi="宋体" w:eastAsia="宋体"/>
          <w:b w:val="0"/>
          <w:sz w:val="20"/>
        </w:rPr>
        <w:t>（3）通过游戏、猜测、交流等活动掌握一定的估算方法，培养学生的数感和估计能力。</w:t>
      </w:r>
    </w:p>
    <w:p>
      <w:pPr>
        <w:spacing w:after="20" w:line="300" w:lineRule="auto"/>
      </w:pPr>
      <w:r>
        <w:rPr>
          <w:rFonts w:ascii="宋体" w:hAnsi="宋体" w:eastAsia="宋体"/>
          <w:b w:val="0"/>
          <w:sz w:val="20"/>
        </w:rPr>
        <w:t>教学重点：理解准确数和近似数的含义，掌握求一个数的近似数的方法。</w:t>
      </w:r>
    </w:p>
    <w:p>
      <w:pPr>
        <w:spacing w:after="20" w:line="300" w:lineRule="auto"/>
      </w:pPr>
      <w:r>
        <w:rPr>
          <w:rFonts w:ascii="宋体" w:hAnsi="宋体" w:eastAsia="宋体"/>
          <w:b w:val="0"/>
          <w:sz w:val="20"/>
        </w:rPr>
        <w:t>教学难点：比较合理地找出一个数的近似数。</w:t>
      </w:r>
    </w:p>
    <w:p>
      <w:pPr>
        <w:spacing w:after="40"/>
      </w:pPr>
    </w:p>
    <w:p>
      <w:pPr>
        <w:spacing w:after="60" w:line="300" w:lineRule="auto"/>
      </w:pPr>
      <w:r>
        <w:rPr>
          <w:rFonts w:ascii="黑体" w:hAnsi="黑体" w:eastAsia="黑体"/>
          <w:b/>
          <w:sz w:val="21"/>
        </w:rPr>
        <w:t>二、板块设计</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2409"/>
        <w:gridCol w:w="2409"/>
        <w:gridCol w:w="2409"/>
        <w:gridCol w:w="2409"/>
      </w:tblGrid>
      <w:tr>
        <w:trPr>
          <w:tblHeader w:val="true"/>
        </w:trPr>
        <w:tc>
          <w:tcPr>
            <w:tcW w:type="dxa" w:w="2835"/>
            <w:shd w:val="clear" w:fill="E8EEF7"/>
          </w:tcPr>
          <w:p>
            <w:pPr>
              <w:spacing w:after="20" w:line="276" w:lineRule="auto"/>
              <w:jc w:val="center"/>
            </w:pPr>
            <w:r/>
            <w:r>
              <w:rPr>
                <w:rFonts w:ascii="黑体" w:hAnsi="黑体" w:eastAsia="黑体"/>
                <w:b/>
                <w:sz w:val="18"/>
              </w:rPr>
              <w:t>环节目标</w:t>
            </w:r>
          </w:p>
        </w:tc>
        <w:tc>
          <w:tcPr>
            <w:tcW w:type="dxa" w:w="1814"/>
            <w:shd w:val="clear" w:fill="E8EEF7"/>
          </w:tcPr>
          <w:p>
            <w:pPr>
              <w:spacing w:after="20" w:line="276" w:lineRule="auto"/>
              <w:jc w:val="center"/>
            </w:pPr>
            <w:r/>
            <w:r>
              <w:rPr>
                <w:rFonts w:ascii="黑体" w:hAnsi="黑体" w:eastAsia="黑体"/>
                <w:b/>
                <w:sz w:val="18"/>
              </w:rPr>
              <w:t>学习材料</w:t>
            </w:r>
          </w:p>
        </w:tc>
        <w:tc>
          <w:tcPr>
            <w:tcW w:type="dxa" w:w="3402"/>
            <w:shd w:val="clear" w:fill="E8EEF7"/>
          </w:tcPr>
          <w:p>
            <w:pPr>
              <w:spacing w:after="20" w:line="276" w:lineRule="auto"/>
              <w:jc w:val="center"/>
            </w:pPr>
            <w:r/>
            <w:r>
              <w:rPr>
                <w:rFonts w:ascii="黑体" w:hAnsi="黑体" w:eastAsia="黑体"/>
                <w:b/>
                <w:sz w:val="18"/>
              </w:rPr>
              <w:t>关键问题</w:t>
            </w:r>
          </w:p>
        </w:tc>
        <w:tc>
          <w:tcPr>
            <w:tcW w:type="dxa" w:w="1361"/>
            <w:shd w:val="clear" w:fill="E8EEF7"/>
          </w:tcPr>
          <w:p>
            <w:pPr>
              <w:spacing w:after="20" w:line="276" w:lineRule="auto"/>
              <w:jc w:val="center"/>
            </w:pPr>
            <w:r/>
            <w:r>
              <w:rPr>
                <w:rFonts w:ascii="黑体" w:hAnsi="黑体" w:eastAsia="黑体"/>
                <w:b/>
                <w:sz w:val="18"/>
              </w:rPr>
              <w:t>时间</w:t>
            </w:r>
          </w:p>
        </w:tc>
      </w:tr>
      <w:tr>
        <w:tc>
          <w:tcPr>
            <w:tcW w:type="dxa" w:w="2835"/>
          </w:tcPr>
          <w:p>
            <w:pPr>
              <w:spacing w:after="20" w:line="276" w:lineRule="auto"/>
            </w:pPr>
            <w:r/>
            <w:r>
              <w:rPr>
                <w:rFonts w:ascii="宋体" w:hAnsi="宋体" w:eastAsia="宋体"/>
                <w:b w:val="0"/>
                <w:sz w:val="18"/>
              </w:rPr>
              <w:t>一、创设情境，激发兴趣</w:t>
            </w:r>
          </w:p>
        </w:tc>
        <w:tc>
          <w:tcPr>
            <w:tcW w:type="dxa" w:w="1814"/>
          </w:tcPr>
          <w:p>
            <w:pPr>
              <w:spacing w:after="20" w:line="276" w:lineRule="auto"/>
            </w:pPr>
            <w:r/>
            <w:r>
              <w:rPr>
                <w:rFonts w:ascii="宋体" w:hAnsi="宋体" w:eastAsia="宋体"/>
                <w:b w:val="0"/>
                <w:sz w:val="18"/>
              </w:rPr>
              <w:t>课件</w:t>
            </w:r>
          </w:p>
        </w:tc>
        <w:tc>
          <w:tcPr>
            <w:tcW w:type="dxa" w:w="3402"/>
          </w:tcPr>
          <w:p>
            <w:pPr>
              <w:spacing w:after="20" w:line="276" w:lineRule="auto"/>
            </w:pPr>
            <w:r/>
            <w:r>
              <w:rPr>
                <w:rFonts w:ascii="宋体" w:hAnsi="宋体" w:eastAsia="宋体"/>
                <w:b w:val="0"/>
                <w:sz w:val="18"/>
              </w:rPr>
              <w:t>——</w:t>
            </w:r>
          </w:p>
        </w:tc>
        <w:tc>
          <w:tcPr>
            <w:tcW w:type="dxa" w:w="1361"/>
          </w:tcPr>
          <w:p>
            <w:pPr>
              <w:spacing w:after="20" w:line="276" w:lineRule="auto"/>
            </w:pPr>
            <w:r/>
            <w:r>
              <w:rPr>
                <w:rFonts w:ascii="宋体" w:hAnsi="宋体" w:eastAsia="宋体"/>
                <w:b w:val="0"/>
                <w:sz w:val="18"/>
              </w:rPr>
              <w:t>6分钟</w:t>
            </w:r>
          </w:p>
        </w:tc>
      </w:tr>
      <w:tr>
        <w:tc>
          <w:tcPr>
            <w:tcW w:type="dxa" w:w="2835"/>
          </w:tcPr>
          <w:p>
            <w:pPr>
              <w:spacing w:after="20" w:line="276" w:lineRule="auto"/>
            </w:pPr>
            <w:r/>
            <w:r>
              <w:rPr>
                <w:rFonts w:ascii="宋体" w:hAnsi="宋体" w:eastAsia="宋体"/>
                <w:b w:val="0"/>
                <w:sz w:val="18"/>
              </w:rPr>
              <w:t>二、借助情境，理解新知识</w:t>
            </w:r>
          </w:p>
        </w:tc>
        <w:tc>
          <w:tcPr>
            <w:tcW w:type="dxa" w:w="1814"/>
          </w:tcPr>
          <w:p>
            <w:pPr>
              <w:spacing w:after="20" w:line="276" w:lineRule="auto"/>
            </w:pPr>
            <w:r/>
            <w:r>
              <w:rPr>
                <w:rFonts w:ascii="宋体" w:hAnsi="宋体" w:eastAsia="宋体"/>
                <w:b w:val="0"/>
                <w:sz w:val="18"/>
              </w:rPr>
              <w:t>课件、教科书、情境图</w:t>
            </w:r>
          </w:p>
        </w:tc>
        <w:tc>
          <w:tcPr>
            <w:tcW w:type="dxa" w:w="3402"/>
          </w:tcPr>
          <w:p>
            <w:pPr>
              <w:spacing w:after="20" w:line="276" w:lineRule="auto"/>
            </w:pPr>
            <w:r/>
            <w:r>
              <w:rPr>
                <w:rFonts w:ascii="宋体" w:hAnsi="宋体" w:eastAsia="宋体"/>
                <w:b w:val="0"/>
                <w:sz w:val="18"/>
              </w:rPr>
              <w:t>从图中你知道了哪些信息？他们关于出生人口的说法有什么不同？；请同学们想一想，准确数和近似数，哪个容易被记住？</w:t>
            </w:r>
          </w:p>
        </w:tc>
        <w:tc>
          <w:tcPr>
            <w:tcW w:type="dxa" w:w="1361"/>
          </w:tcPr>
          <w:p>
            <w:pPr>
              <w:spacing w:after="20" w:line="276" w:lineRule="auto"/>
            </w:pPr>
            <w:r/>
            <w:r>
              <w:rPr>
                <w:rFonts w:ascii="宋体" w:hAnsi="宋体" w:eastAsia="宋体"/>
                <w:b w:val="0"/>
                <w:sz w:val="18"/>
              </w:rPr>
              <w:t>28分钟</w:t>
            </w:r>
          </w:p>
        </w:tc>
      </w:tr>
      <w:tr>
        <w:tc>
          <w:tcPr>
            <w:tcW w:type="dxa" w:w="2835"/>
          </w:tcPr>
          <w:p>
            <w:pPr>
              <w:spacing w:after="20" w:line="276" w:lineRule="auto"/>
            </w:pPr>
            <w:r/>
            <w:r>
              <w:rPr>
                <w:rFonts w:ascii="宋体" w:hAnsi="宋体" w:eastAsia="宋体"/>
                <w:b w:val="0"/>
                <w:sz w:val="18"/>
              </w:rPr>
              <w:t>三、自主练习，巩固所学知识</w:t>
            </w:r>
          </w:p>
        </w:tc>
        <w:tc>
          <w:tcPr>
            <w:tcW w:type="dxa" w:w="1814"/>
          </w:tcPr>
          <w:p>
            <w:pPr>
              <w:spacing w:after="20" w:line="276" w:lineRule="auto"/>
            </w:pPr>
            <w:r/>
            <w:r>
              <w:rPr>
                <w:rFonts w:ascii="宋体" w:hAnsi="宋体" w:eastAsia="宋体"/>
                <w:b w:val="0"/>
                <w:sz w:val="18"/>
              </w:rPr>
              <w:t>教科书、课件</w:t>
            </w:r>
          </w:p>
        </w:tc>
        <w:tc>
          <w:tcPr>
            <w:tcW w:type="dxa" w:w="3402"/>
          </w:tcPr>
          <w:p>
            <w:pPr>
              <w:spacing w:after="20" w:line="276" w:lineRule="auto"/>
            </w:pPr>
            <w:r/>
            <w:r>
              <w:rPr>
                <w:rFonts w:ascii="宋体" w:hAnsi="宋体" w:eastAsia="宋体"/>
                <w:b w:val="0"/>
                <w:sz w:val="18"/>
              </w:rPr>
              <w:t>——</w:t>
            </w:r>
          </w:p>
        </w:tc>
        <w:tc>
          <w:tcPr>
            <w:tcW w:type="dxa" w:w="1361"/>
          </w:tcPr>
          <w:p>
            <w:pPr>
              <w:spacing w:after="20" w:line="276" w:lineRule="auto"/>
            </w:pPr>
            <w:r/>
            <w:r>
              <w:rPr>
                <w:rFonts w:ascii="宋体" w:hAnsi="宋体" w:eastAsia="宋体"/>
                <w:b w:val="0"/>
                <w:sz w:val="18"/>
              </w:rPr>
              <w:t>4分钟</w:t>
            </w:r>
          </w:p>
        </w:tc>
      </w:tr>
      <w:tr>
        <w:tc>
          <w:tcPr>
            <w:tcW w:type="dxa" w:w="2835"/>
          </w:tcPr>
          <w:p>
            <w:pPr>
              <w:spacing w:after="20" w:line="276" w:lineRule="auto"/>
            </w:pPr>
            <w:r/>
            <w:r>
              <w:rPr>
                <w:rFonts w:ascii="宋体" w:hAnsi="宋体" w:eastAsia="宋体"/>
                <w:b w:val="0"/>
                <w:sz w:val="18"/>
              </w:rPr>
              <w:t>四、课堂小结</w:t>
            </w:r>
          </w:p>
        </w:tc>
        <w:tc>
          <w:tcPr>
            <w:tcW w:type="dxa" w:w="1814"/>
          </w:tcPr>
          <w:p>
            <w:pPr>
              <w:spacing w:after="20" w:line="276" w:lineRule="auto"/>
            </w:pPr>
            <w:r/>
            <w:r>
              <w:rPr>
                <w:rFonts w:ascii="宋体" w:hAnsi="宋体" w:eastAsia="宋体"/>
                <w:b w:val="0"/>
                <w:sz w:val="18"/>
              </w:rPr>
              <w:t>课件</w:t>
            </w:r>
          </w:p>
        </w:tc>
        <w:tc>
          <w:tcPr>
            <w:tcW w:type="dxa" w:w="3402"/>
          </w:tcPr>
          <w:p>
            <w:pPr>
              <w:spacing w:after="20" w:line="276" w:lineRule="auto"/>
            </w:pPr>
            <w:r/>
            <w:r>
              <w:rPr>
                <w:rFonts w:ascii="宋体" w:hAnsi="宋体" w:eastAsia="宋体"/>
                <w:b w:val="0"/>
                <w:sz w:val="18"/>
              </w:rPr>
              <w:t>今天我们认识了一种新的数——近似数，你们有什么收获？在求一个数的近似数时应注意些什么呢？</w:t>
            </w:r>
          </w:p>
        </w:tc>
        <w:tc>
          <w:tcPr>
            <w:tcW w:type="dxa" w:w="1361"/>
          </w:tcPr>
          <w:p>
            <w:pPr>
              <w:spacing w:after="20" w:line="276" w:lineRule="auto"/>
            </w:pPr>
            <w:r/>
            <w:r>
              <w:rPr>
                <w:rFonts w:ascii="宋体" w:hAnsi="宋体" w:eastAsia="宋体"/>
                <w:b w:val="0"/>
                <w:sz w:val="18"/>
              </w:rPr>
              <w:t>2分钟</w:t>
            </w:r>
          </w:p>
        </w:tc>
      </w:tr>
    </w:tbl>
    <w:p>
      <w:pPr>
        <w:spacing w:after="40"/>
      </w:pPr>
    </w:p>
    <w:p>
      <w:pPr>
        <w:spacing w:after="60" w:line="300" w:lineRule="auto"/>
      </w:pPr>
      <w:r>
        <w:rPr>
          <w:rFonts w:ascii="黑体" w:hAnsi="黑体" w:eastAsia="黑体"/>
          <w:b/>
          <w:sz w:val="21"/>
        </w:rPr>
        <w:t>三、教学过程（分栏）</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2409"/>
        <w:gridCol w:w="2409"/>
        <w:gridCol w:w="2409"/>
        <w:gridCol w:w="2409"/>
      </w:tblGrid>
      <w:tr>
        <w:trPr>
          <w:tblHeader w:val="true"/>
        </w:trPr>
        <w:tc>
          <w:tcPr>
            <w:tcW w:type="dxa" w:w="1474"/>
            <w:shd w:val="clear" w:fill="E8EEF7"/>
          </w:tcPr>
          <w:p>
            <w:pPr>
              <w:spacing w:after="20" w:line="276" w:lineRule="auto"/>
              <w:jc w:val="center"/>
            </w:pPr>
            <w:r/>
            <w:r>
              <w:rPr>
                <w:rFonts w:ascii="黑体" w:hAnsi="黑体" w:eastAsia="黑体"/>
                <w:b/>
                <w:sz w:val="18"/>
              </w:rPr>
              <w:t>教学环节</w:t>
            </w:r>
          </w:p>
        </w:tc>
        <w:tc>
          <w:tcPr>
            <w:tcW w:type="dxa" w:w="3061"/>
            <w:shd w:val="clear" w:fill="E8EEF7"/>
          </w:tcPr>
          <w:p>
            <w:pPr>
              <w:spacing w:after="20" w:line="276" w:lineRule="auto"/>
              <w:jc w:val="center"/>
            </w:pPr>
            <w:r/>
            <w:r>
              <w:rPr>
                <w:rFonts w:ascii="黑体" w:hAnsi="黑体" w:eastAsia="黑体"/>
                <w:b/>
                <w:sz w:val="18"/>
              </w:rPr>
              <w:t>教师活动</w:t>
            </w:r>
          </w:p>
        </w:tc>
        <w:tc>
          <w:tcPr>
            <w:tcW w:type="dxa" w:w="3061"/>
            <w:shd w:val="clear" w:fill="E8EEF7"/>
          </w:tcPr>
          <w:p>
            <w:pPr>
              <w:spacing w:after="20" w:line="276" w:lineRule="auto"/>
              <w:jc w:val="center"/>
            </w:pPr>
            <w:r/>
            <w:r>
              <w:rPr>
                <w:rFonts w:ascii="黑体" w:hAnsi="黑体" w:eastAsia="黑体"/>
                <w:b/>
                <w:sz w:val="18"/>
              </w:rPr>
              <w:t>学生活动</w:t>
            </w:r>
          </w:p>
        </w:tc>
        <w:tc>
          <w:tcPr>
            <w:tcW w:type="dxa" w:w="1814"/>
            <w:shd w:val="clear" w:fill="E8EEF7"/>
          </w:tcPr>
          <w:p>
            <w:pPr>
              <w:spacing w:after="20" w:line="276" w:lineRule="auto"/>
              <w:jc w:val="center"/>
            </w:pPr>
            <w:r/>
            <w:r>
              <w:rPr>
                <w:rFonts w:ascii="黑体" w:hAnsi="黑体" w:eastAsia="黑体"/>
                <w:b/>
                <w:sz w:val="18"/>
              </w:rPr>
              <w:t>设计意图</w:t>
            </w:r>
          </w:p>
        </w:tc>
      </w:tr>
      <w:tr>
        <w:tc>
          <w:tcPr>
            <w:tcW w:type="dxa" w:w="1474"/>
          </w:tcPr>
          <w:p>
            <w:pPr>
              <w:spacing w:after="20" w:line="276" w:lineRule="auto"/>
            </w:pPr>
            <w:r>
              <w:rPr>
                <w:b/>
              </w:rPr>
            </w:r>
            <w:r>
              <w:rPr>
                <w:rFonts w:ascii="宋体" w:hAnsi="宋体" w:eastAsia="宋体"/>
                <w:b/>
                <w:sz w:val="18"/>
              </w:rPr>
              <w:t>一、创设情境，激发兴趣</w:t>
            </w:r>
          </w:p>
        </w:tc>
        <w:tc>
          <w:tcPr>
            <w:tcW w:type="dxa" w:w="3061"/>
          </w:tcPr>
          <w:p>
            <w:pPr>
              <w:spacing w:after="20" w:line="276" w:lineRule="auto"/>
            </w:pPr>
            <w:r/>
            <w:r>
              <w:rPr>
                <w:rFonts w:ascii="宋体" w:hAnsi="宋体" w:eastAsia="宋体"/>
                <w:b w:val="0"/>
                <w:sz w:val="18"/>
              </w:rPr>
              <w:t>师：同学们，我们来做一个猜商品价格的游戏——猜电脑的价格。</w:t>
            </w:r>
          </w:p>
          <w:p>
            <w:pPr>
              <w:spacing w:after="20" w:line="276" w:lineRule="auto"/>
            </w:pPr>
            <w:r>
              <w:rPr>
                <w:rFonts w:ascii="宋体" w:hAnsi="宋体" w:eastAsia="宋体"/>
                <w:b w:val="0"/>
                <w:sz w:val="18"/>
              </w:rPr>
              <w:t>师：老师买了一台电脑，大约用了4000元。请猜一猜它的价格是多少元。</w:t>
            </w:r>
          </w:p>
          <w:p>
            <w:pPr>
              <w:spacing w:after="20" w:line="276" w:lineRule="auto"/>
            </w:pPr>
            <w:r>
              <w:rPr>
                <w:rFonts w:ascii="宋体" w:hAnsi="宋体" w:eastAsia="宋体"/>
                <w:b w:val="0"/>
                <w:sz w:val="18"/>
              </w:rPr>
              <w:t>师：电脑的价格是4090元。(板书：大约4000元→4090元)</w:t>
            </w:r>
          </w:p>
          <w:p>
            <w:pPr>
              <w:spacing w:after="20" w:line="276" w:lineRule="auto"/>
            </w:pPr>
            <w:r>
              <w:rPr>
                <w:rFonts w:ascii="宋体" w:hAnsi="宋体" w:eastAsia="宋体"/>
                <w:b w:val="0"/>
                <w:sz w:val="18"/>
              </w:rPr>
              <w:t>师：像大约100元、大约4000元这样与准确数很接近的整千、整百、整十的数，我们把它们都叫作近似数。这节课我们就来认识10000以内数的近似数。(板书课题：近似数)</w:t>
            </w:r>
          </w:p>
        </w:tc>
        <w:tc>
          <w:tcPr>
            <w:tcW w:type="dxa" w:w="3061"/>
          </w:tcPr>
          <w:p>
            <w:pPr>
              <w:spacing w:after="20" w:line="276" w:lineRule="auto"/>
            </w:pPr>
            <w:r/>
            <w:r>
              <w:rPr>
                <w:rFonts w:ascii="宋体" w:hAnsi="宋体" w:eastAsia="宋体"/>
                <w:b w:val="0"/>
                <w:sz w:val="18"/>
              </w:rPr>
              <w:t>预设1：可能是3990元、4010元……</w:t>
            </w:r>
          </w:p>
          <w:p>
            <w:pPr>
              <w:spacing w:after="20" w:line="276" w:lineRule="auto"/>
            </w:pPr>
            <w:r>
              <w:rPr>
                <w:rFonts w:ascii="宋体" w:hAnsi="宋体" w:eastAsia="宋体"/>
                <w:b w:val="0"/>
                <w:sz w:val="18"/>
              </w:rPr>
              <w:t>预设2：可能是3980元、4008元……</w:t>
            </w:r>
          </w:p>
        </w:tc>
        <w:tc>
          <w:tcPr>
            <w:tcW w:type="dxa" w:w="1814"/>
          </w:tcPr>
          <w:p>
            <w:pPr>
              <w:spacing w:after="20" w:line="276" w:lineRule="auto"/>
            </w:pPr>
            <w:r/>
            <w:r>
              <w:rPr>
                <w:rFonts w:ascii="宋体" w:hAnsi="宋体" w:eastAsia="宋体"/>
                <w:b w:val="0"/>
                <w:sz w:val="18"/>
              </w:rPr>
              <w:t>创设情境激活学生已有经验，自然引出本课学习内容，激发学习兴趣。</w:t>
            </w:r>
          </w:p>
        </w:tc>
      </w:tr>
      <w:tr>
        <w:tc>
          <w:tcPr>
            <w:tcW w:type="dxa" w:w="1474"/>
          </w:tcPr>
          <w:p>
            <w:pPr>
              <w:spacing w:after="20" w:line="276" w:lineRule="auto"/>
            </w:pPr>
            <w:r>
              <w:rPr>
                <w:b/>
              </w:rPr>
            </w:r>
            <w:r>
              <w:rPr>
                <w:rFonts w:ascii="宋体" w:hAnsi="宋体" w:eastAsia="宋体"/>
                <w:b/>
                <w:sz w:val="18"/>
              </w:rPr>
              <w:t>二、借助情境，理解新知识</w:t>
            </w:r>
          </w:p>
        </w:tc>
        <w:tc>
          <w:tcPr>
            <w:tcW w:type="dxa" w:w="3061"/>
          </w:tcPr>
          <w:p>
            <w:pPr>
              <w:spacing w:after="20" w:line="276" w:lineRule="auto"/>
            </w:pPr>
            <w:r/>
            <w:r>
              <w:rPr>
                <w:rFonts w:ascii="宋体" w:hAnsi="宋体" w:eastAsia="宋体"/>
                <w:b w:val="0"/>
                <w:sz w:val="18"/>
              </w:rPr>
              <w:t>1.结合实际，认识近似数。</w:t>
            </w:r>
          </w:p>
          <w:p>
            <w:pPr>
              <w:spacing w:after="20" w:line="276" w:lineRule="auto"/>
            </w:pPr>
            <w:r>
              <w:rPr>
                <w:rFonts w:ascii="宋体" w:hAnsi="宋体" w:eastAsia="宋体"/>
                <w:b w:val="0"/>
                <w:sz w:val="18"/>
              </w:rPr>
              <w:t>课件出示教科书P56例10情境图。</w:t>
            </w:r>
          </w:p>
          <w:p>
            <w:pPr>
              <w:spacing w:after="20" w:line="276" w:lineRule="auto"/>
            </w:pPr>
            <w:r>
              <w:rPr>
                <w:rFonts w:ascii="宋体" w:hAnsi="宋体" w:eastAsia="宋体"/>
                <w:b w:val="0"/>
                <w:sz w:val="18"/>
              </w:rPr>
              <w:t>师：从图中你知道了哪些信息？他们关于出生人口的说法有什么不同？</w:t>
            </w:r>
          </w:p>
          <w:p>
            <w:pPr>
              <w:spacing w:after="20" w:line="276" w:lineRule="auto"/>
            </w:pPr>
            <w:r>
              <w:rPr>
                <w:rFonts w:ascii="宋体" w:hAnsi="宋体" w:eastAsia="宋体"/>
                <w:b w:val="0"/>
                <w:sz w:val="18"/>
              </w:rPr>
              <w:t>2．比较准确数和近似数，体会近似数的价值。</w:t>
            </w:r>
          </w:p>
          <w:p>
            <w:pPr>
              <w:spacing w:after="20" w:line="276" w:lineRule="auto"/>
            </w:pPr>
            <w:r>
              <w:rPr>
                <w:rFonts w:ascii="宋体" w:hAnsi="宋体" w:eastAsia="宋体"/>
                <w:b w:val="0"/>
                <w:sz w:val="18"/>
              </w:rPr>
              <w:t>师：请同学们想一想，准确数和近似数，哪个容易被记住？</w:t>
            </w:r>
          </w:p>
          <w:p>
            <w:pPr>
              <w:spacing w:after="20" w:line="276" w:lineRule="auto"/>
            </w:pPr>
            <w:r>
              <w:rPr>
                <w:rFonts w:ascii="宋体" w:hAnsi="宋体" w:eastAsia="宋体"/>
                <w:b w:val="0"/>
                <w:sz w:val="18"/>
              </w:rPr>
              <w:t>师：为什么近似数容易被记住呢？</w:t>
            </w:r>
          </w:p>
          <w:p>
            <w:pPr>
              <w:spacing w:after="20" w:line="276" w:lineRule="auto"/>
            </w:pPr>
            <w:r>
              <w:rPr>
                <w:rFonts w:ascii="宋体" w:hAnsi="宋体" w:eastAsia="宋体"/>
                <w:b w:val="0"/>
                <w:sz w:val="18"/>
              </w:rPr>
              <w:t>师：对！由于近似数容易被记住，在生活中近似数的应用就很广泛，因为有许多数据我们不需要知道它的准确数，只要知道大概的数量即可，这样的例子有很多。例如：这座塔大约高200米；某市大约有30万人；一台电脑的价格大约是4000元。这里的200、30万、4000，它们都叫近似数。</w:t>
            </w:r>
          </w:p>
          <w:p>
            <w:pPr>
              <w:spacing w:after="20" w:line="276" w:lineRule="auto"/>
            </w:pPr>
            <w:r>
              <w:rPr>
                <w:rFonts w:ascii="宋体" w:hAnsi="宋体" w:eastAsia="宋体"/>
                <w:b w:val="0"/>
                <w:sz w:val="18"/>
              </w:rPr>
              <w:t>3．借助数线直观理解。</w:t>
            </w:r>
          </w:p>
          <w:p>
            <w:pPr>
              <w:spacing w:after="20" w:line="276" w:lineRule="auto"/>
            </w:pPr>
            <w:r>
              <w:rPr>
                <w:rFonts w:ascii="宋体" w:hAnsi="宋体" w:eastAsia="宋体"/>
                <w:b w:val="0"/>
                <w:sz w:val="18"/>
              </w:rPr>
              <w:t>师：上月出生人数6988和本月出生人数7020，一个是6000多，一个是7000多，为什么都可以说大约7000人呢？小组之间交流讨论。</w:t>
            </w:r>
          </w:p>
          <w:p>
            <w:pPr>
              <w:spacing w:after="20" w:line="276" w:lineRule="auto"/>
            </w:pPr>
            <w:r>
              <w:rPr>
                <w:rFonts w:ascii="宋体" w:hAnsi="宋体" w:eastAsia="宋体"/>
                <w:b w:val="0"/>
                <w:sz w:val="18"/>
              </w:rPr>
              <w:t>师：大家的想法很有价值，老师请了一个小帮手——数线，把6988、7020和7000这三个数分别放到了数线上，现在我们再来看看。(课件出示)</w:t>
            </w:r>
          </w:p>
          <w:p>
            <w:pPr>
              <w:spacing w:after="20" w:line="276" w:lineRule="auto"/>
            </w:pPr>
            <w:r>
              <w:rPr>
                <w:rFonts w:ascii="宋体" w:hAnsi="宋体" w:eastAsia="宋体"/>
                <w:b w:val="0"/>
                <w:sz w:val="18"/>
              </w:rPr>
              <w:t>师：现在你能找到6988和7020在数线上的哪个位置吗？(多请几名学生上台展示)</w:t>
            </w:r>
          </w:p>
          <w:p>
            <w:pPr>
              <w:spacing w:after="20" w:line="276" w:lineRule="auto"/>
            </w:pPr>
            <w:r>
              <w:rPr>
                <w:rFonts w:ascii="宋体" w:hAnsi="宋体" w:eastAsia="宋体"/>
                <w:b w:val="0"/>
                <w:sz w:val="18"/>
              </w:rPr>
              <w:t>得出结论：6988在数线上接近7000的地方；7020也在接近7000的地方。</w:t>
            </w:r>
          </w:p>
          <w:p>
            <w:pPr>
              <w:spacing w:after="20" w:line="276" w:lineRule="auto"/>
            </w:pPr>
            <w:r>
              <w:rPr>
                <w:rFonts w:ascii="宋体" w:hAnsi="宋体" w:eastAsia="宋体"/>
                <w:b w:val="0"/>
                <w:sz w:val="18"/>
              </w:rPr>
              <w:t>师：通过观察数线，发现6988最接近的整千数是7000，7020最接近的整千数也是7000。所以6988和7020的近似数都是7000。准确数和近似数之间，可以用约等号“≈”连接，读作：约等于。(教师适时板书)</w:t>
            </w:r>
          </w:p>
          <w:p>
            <w:pPr>
              <w:spacing w:after="20" w:line="276" w:lineRule="auto"/>
            </w:pPr>
            <w:r>
              <w:rPr>
                <w:rFonts w:ascii="宋体" w:hAnsi="宋体" w:eastAsia="宋体"/>
                <w:b w:val="0"/>
                <w:sz w:val="18"/>
              </w:rPr>
              <w:t>4．生活应用。</w:t>
            </w:r>
          </w:p>
          <w:p>
            <w:pPr>
              <w:spacing w:after="20" w:line="276" w:lineRule="auto"/>
            </w:pPr>
            <w:r>
              <w:rPr>
                <w:rFonts w:ascii="宋体" w:hAnsi="宋体" w:eastAsia="宋体"/>
                <w:b w:val="0"/>
                <w:sz w:val="18"/>
              </w:rPr>
              <w:t>课件出示生活中关于近似数的一些例子。</w:t>
            </w:r>
          </w:p>
          <w:p>
            <w:pPr>
              <w:spacing w:after="20" w:line="276" w:lineRule="auto"/>
            </w:pPr>
            <w:r>
              <w:rPr>
                <w:rFonts w:ascii="宋体" w:hAnsi="宋体" w:eastAsia="宋体"/>
                <w:b w:val="0"/>
                <w:sz w:val="18"/>
              </w:rPr>
              <w:t>三年级有417人。  共有597台电脑。</w:t>
            </w:r>
          </w:p>
          <w:p>
            <w:pPr>
              <w:spacing w:after="20" w:line="276" w:lineRule="auto"/>
            </w:pPr>
            <w:r>
              <w:rPr>
                <w:rFonts w:ascii="宋体" w:hAnsi="宋体" w:eastAsia="宋体"/>
                <w:b w:val="0"/>
                <w:sz w:val="18"/>
              </w:rPr>
              <w:t>综合类图书2912本。</w:t>
            </w:r>
          </w:p>
          <w:p>
            <w:pPr>
              <w:spacing w:after="20" w:line="276" w:lineRule="auto"/>
            </w:pPr>
            <w:r>
              <w:rPr>
                <w:rFonts w:ascii="宋体" w:hAnsi="宋体" w:eastAsia="宋体"/>
                <w:b w:val="0"/>
                <w:sz w:val="18"/>
              </w:rPr>
              <w:t>师：请判断这些数中哪些是近似数？</w:t>
            </w:r>
          </w:p>
          <w:p>
            <w:pPr>
              <w:spacing w:after="20" w:line="276" w:lineRule="auto"/>
            </w:pPr>
            <w:r>
              <w:rPr>
                <w:rFonts w:ascii="宋体" w:hAnsi="宋体" w:eastAsia="宋体"/>
                <w:b w:val="0"/>
                <w:sz w:val="18"/>
              </w:rPr>
              <w:t>师：写出这些准确数的近似数。</w:t>
            </w:r>
          </w:p>
          <w:p>
            <w:pPr>
              <w:spacing w:after="20" w:line="276" w:lineRule="auto"/>
            </w:pPr>
            <w:r>
              <w:rPr>
                <w:rFonts w:ascii="宋体" w:hAnsi="宋体" w:eastAsia="宋体"/>
                <w:b w:val="0"/>
                <w:sz w:val="18"/>
              </w:rPr>
              <w:t>师：这些近似数是唯一的吗？</w:t>
            </w:r>
          </w:p>
          <w:p>
            <w:pPr>
              <w:spacing w:after="20" w:line="276" w:lineRule="auto"/>
            </w:pPr>
            <w:r>
              <w:rPr>
                <w:rFonts w:ascii="宋体" w:hAnsi="宋体" w:eastAsia="宋体"/>
                <w:b w:val="0"/>
                <w:sz w:val="18"/>
              </w:rPr>
              <w:t>师：根据今天的学习，说一说近似数有哪些特点？</w:t>
            </w:r>
          </w:p>
          <w:p>
            <w:pPr>
              <w:spacing w:after="20" w:line="276" w:lineRule="auto"/>
            </w:pPr>
            <w:r>
              <w:rPr>
                <w:rFonts w:ascii="宋体" w:hAnsi="宋体" w:eastAsia="宋体"/>
                <w:b w:val="0"/>
                <w:sz w:val="18"/>
              </w:rPr>
              <w:t>师：想一想，怎么把一个数改写成近似数呢？</w:t>
            </w:r>
          </w:p>
          <w:p>
            <w:pPr>
              <w:spacing w:after="20" w:line="276" w:lineRule="auto"/>
            </w:pPr>
            <w:r>
              <w:rPr>
                <w:rFonts w:ascii="宋体" w:hAnsi="宋体" w:eastAsia="宋体"/>
                <w:b w:val="0"/>
                <w:sz w:val="18"/>
              </w:rPr>
              <w:t>师：在生活中，有的时候不需要用准确数，用近似数表示更简便，更好记，你还能举出用近似数的例子吗？</w:t>
            </w:r>
          </w:p>
        </w:tc>
        <w:tc>
          <w:tcPr>
            <w:tcW w:type="dxa" w:w="3061"/>
          </w:tcPr>
          <w:p>
            <w:pPr>
              <w:spacing w:after="20" w:line="276" w:lineRule="auto"/>
            </w:pPr>
            <w:r/>
            <w:r>
              <w:rPr>
                <w:rFonts w:ascii="宋体" w:hAnsi="宋体" w:eastAsia="宋体"/>
                <w:b w:val="0"/>
                <w:sz w:val="18"/>
              </w:rPr>
              <w:t>小组讨论：6988、7020和7000都是关于上月和本月出生人数，它们一样吗？为什么？它们有什么联系？</w:t>
            </w:r>
          </w:p>
          <w:p>
            <w:pPr>
              <w:spacing w:after="20" w:line="276" w:lineRule="auto"/>
            </w:pPr>
            <w:r>
              <w:rPr>
                <w:rFonts w:ascii="宋体" w:hAnsi="宋体" w:eastAsia="宋体"/>
                <w:b w:val="0"/>
                <w:sz w:val="18"/>
              </w:rPr>
              <w:t>小组内交流，指名汇报。</w:t>
            </w:r>
          </w:p>
          <w:p>
            <w:pPr>
              <w:spacing w:after="20" w:line="276" w:lineRule="auto"/>
            </w:pPr>
            <w:r>
              <w:rPr>
                <w:rFonts w:ascii="宋体" w:hAnsi="宋体" w:eastAsia="宋体"/>
                <w:b w:val="0"/>
                <w:sz w:val="18"/>
              </w:rPr>
              <w:t>预设1：6988、7020与7000不一样，6988和7020是准确数，7000是近似数。</w:t>
            </w:r>
          </w:p>
          <w:p>
            <w:pPr>
              <w:spacing w:after="20" w:line="276" w:lineRule="auto"/>
            </w:pPr>
            <w:r>
              <w:rPr>
                <w:rFonts w:ascii="宋体" w:hAnsi="宋体" w:eastAsia="宋体"/>
                <w:b w:val="0"/>
                <w:sz w:val="18"/>
              </w:rPr>
              <w:t>预设2：7000是6988的近似数，也是7020的近似数。</w:t>
            </w:r>
          </w:p>
          <w:p>
            <w:pPr>
              <w:spacing w:after="20" w:line="276" w:lineRule="auto"/>
            </w:pPr>
            <w:r>
              <w:rPr>
                <w:rFonts w:ascii="宋体" w:hAnsi="宋体" w:eastAsia="宋体"/>
                <w:b w:val="0"/>
                <w:sz w:val="18"/>
              </w:rPr>
              <w:t>当然是近似数容易被记住了。</w:t>
            </w:r>
          </w:p>
          <w:p>
            <w:pPr>
              <w:spacing w:after="20" w:line="276" w:lineRule="auto"/>
            </w:pPr>
            <w:r>
              <w:rPr>
                <w:rFonts w:ascii="宋体" w:hAnsi="宋体" w:eastAsia="宋体"/>
                <w:b w:val="0"/>
                <w:sz w:val="18"/>
              </w:rPr>
              <w:t>预设1：后面几位都是零，比较好记。</w:t>
            </w:r>
          </w:p>
          <w:p>
            <w:pPr>
              <w:spacing w:after="20" w:line="276" w:lineRule="auto"/>
            </w:pPr>
            <w:r>
              <w:rPr>
                <w:rFonts w:ascii="宋体" w:hAnsi="宋体" w:eastAsia="宋体"/>
                <w:b w:val="0"/>
                <w:sz w:val="18"/>
              </w:rPr>
              <w:t>预设2：近似数都是整十、整百、整千的数，比较好记。</w:t>
            </w:r>
          </w:p>
          <w:p>
            <w:pPr>
              <w:spacing w:after="20" w:line="276" w:lineRule="auto"/>
            </w:pPr>
            <w:r>
              <w:rPr>
                <w:rFonts w:ascii="宋体" w:hAnsi="宋体" w:eastAsia="宋体"/>
                <w:b w:val="0"/>
                <w:sz w:val="18"/>
              </w:rPr>
              <w:t>预设1：我觉得6988虽然是6000多，但比起6000，更接近7000，7020也接近7000。</w:t>
            </w:r>
          </w:p>
          <w:p>
            <w:pPr>
              <w:spacing w:after="20" w:line="276" w:lineRule="auto"/>
            </w:pPr>
            <w:r>
              <w:rPr>
                <w:rFonts w:ascii="宋体" w:hAnsi="宋体" w:eastAsia="宋体"/>
                <w:b w:val="0"/>
                <w:sz w:val="18"/>
              </w:rPr>
              <w:t>预设2：6988再往后数12就是7000，7020再往前数20就是7000，都比较接近。</w:t>
            </w:r>
          </w:p>
          <w:p>
            <w:pPr>
              <w:spacing w:after="20" w:line="276" w:lineRule="auto"/>
            </w:pPr>
            <w:r>
              <w:rPr>
                <w:rFonts w:ascii="宋体" w:hAnsi="宋体" w:eastAsia="宋体"/>
                <w:b w:val="0"/>
                <w:sz w:val="18"/>
              </w:rPr>
              <w:t>学生人数大约为1600人。　大约1000盆花。</w:t>
            </w:r>
          </w:p>
          <w:p>
            <w:pPr>
              <w:spacing w:after="20" w:line="276" w:lineRule="auto"/>
            </w:pPr>
            <w:r>
              <w:rPr>
                <w:rFonts w:ascii="宋体" w:hAnsi="宋体" w:eastAsia="宋体"/>
                <w:b w:val="0"/>
                <w:sz w:val="18"/>
              </w:rPr>
              <w:t>会有学生说是，也会有学生说不是。讨论后得到最终的结果：近似数不是唯一的。</w:t>
            </w:r>
          </w:p>
          <w:p>
            <w:pPr>
              <w:spacing w:after="20" w:line="276" w:lineRule="auto"/>
            </w:pPr>
            <w:r>
              <w:rPr>
                <w:rFonts w:ascii="宋体" w:hAnsi="宋体" w:eastAsia="宋体"/>
                <w:b w:val="0"/>
                <w:sz w:val="18"/>
              </w:rPr>
              <w:t>近似数前有“约”“大概”等词语。近似数一般是与准确数很接近的整万、整千、整百或整十的数。一个准确数的近似数不是唯一的。(教师适时板书)</w:t>
            </w:r>
          </w:p>
          <w:p>
            <w:pPr>
              <w:spacing w:after="20" w:line="276" w:lineRule="auto"/>
            </w:pPr>
            <w:r>
              <w:rPr>
                <w:rFonts w:ascii="宋体" w:hAnsi="宋体" w:eastAsia="宋体"/>
                <w:b w:val="0"/>
                <w:sz w:val="18"/>
              </w:rPr>
              <w:t>将准确数看作符合要求的整万、整千、整百或整十数，还要在近似数前面加上“约”“大概”等词语。</w:t>
            </w:r>
          </w:p>
        </w:tc>
        <w:tc>
          <w:tcPr>
            <w:tcW w:type="dxa" w:w="1814"/>
          </w:tcPr>
          <w:p>
            <w:pPr>
              <w:spacing w:after="20" w:line="276" w:lineRule="auto"/>
            </w:pPr>
            <w:r/>
            <w:r>
              <w:rPr>
                <w:rFonts w:ascii="宋体" w:hAnsi="宋体" w:eastAsia="宋体"/>
                <w:b w:val="0"/>
                <w:sz w:val="18"/>
              </w:rPr>
              <w:t>创设情境激活学生已有经验，自然引出本课学习内容，激发学习兴趣，核心问题："从图中你知道了哪些信息？他们关于出生人口的说法有什么不同？"</w:t>
            </w:r>
          </w:p>
        </w:tc>
      </w:tr>
      <w:tr>
        <w:tc>
          <w:tcPr>
            <w:tcW w:type="dxa" w:w="1474"/>
          </w:tcPr>
          <w:p>
            <w:pPr>
              <w:spacing w:after="20" w:line="276" w:lineRule="auto"/>
            </w:pPr>
            <w:r>
              <w:rPr>
                <w:b/>
              </w:rPr>
            </w:r>
            <w:r>
              <w:rPr>
                <w:rFonts w:ascii="宋体" w:hAnsi="宋体" w:eastAsia="宋体"/>
                <w:b/>
                <w:sz w:val="18"/>
              </w:rPr>
              <w:t>三、自主练习，巩固所学知识</w:t>
            </w:r>
          </w:p>
        </w:tc>
        <w:tc>
          <w:tcPr>
            <w:tcW w:type="dxa" w:w="3061"/>
          </w:tcPr>
          <w:p>
            <w:pPr>
              <w:spacing w:after="20" w:line="276" w:lineRule="auto"/>
            </w:pPr>
            <w:r/>
            <w:r>
              <w:rPr>
                <w:rFonts w:ascii="宋体" w:hAnsi="宋体" w:eastAsia="宋体"/>
                <w:b w:val="0"/>
                <w:sz w:val="18"/>
              </w:rPr>
              <w:t>1.完成教科书P56“做一做”。</w:t>
            </w:r>
          </w:p>
          <w:p>
            <w:pPr>
              <w:spacing w:after="20" w:line="276" w:lineRule="auto"/>
            </w:pPr>
            <w:r>
              <w:rPr>
                <w:rFonts w:ascii="宋体" w:hAnsi="宋体" w:eastAsia="宋体"/>
                <w:b w:val="0"/>
                <w:sz w:val="18"/>
              </w:rPr>
              <w:t>提示：可在数线图上看一看，每个数离几千最近。</w:t>
            </w:r>
          </w:p>
          <w:p>
            <w:pPr>
              <w:spacing w:after="20" w:line="276" w:lineRule="auto"/>
            </w:pPr>
            <w:r>
              <w:rPr>
                <w:rFonts w:ascii="宋体" w:hAnsi="宋体" w:eastAsia="宋体"/>
                <w:b w:val="0"/>
                <w:sz w:val="18"/>
              </w:rPr>
              <w:t>2．猜数游戏。</w:t>
            </w:r>
          </w:p>
          <w:p>
            <w:pPr>
              <w:spacing w:after="20" w:line="276" w:lineRule="auto"/>
            </w:pPr>
            <w:r>
              <w:rPr>
                <w:rFonts w:ascii="宋体" w:hAnsi="宋体" w:eastAsia="宋体"/>
                <w:b w:val="0"/>
                <w:sz w:val="18"/>
              </w:rPr>
              <w:t>游戏规则：老师说出一个近似数，然后学生就开始猜，老师提示准确数比学生猜的数大还是小，同学们再根据这个提示继续猜，直到猜对为止。</w:t>
            </w:r>
          </w:p>
        </w:tc>
        <w:tc>
          <w:tcPr>
            <w:tcW w:type="dxa" w:w="3061"/>
          </w:tcPr>
          <w:p>
            <w:pPr>
              <w:spacing w:after="20" w:line="276" w:lineRule="auto"/>
            </w:pPr>
            <w:r/>
            <w:r>
              <w:rPr>
                <w:rFonts w:ascii="宋体" w:hAnsi="宋体" w:eastAsia="宋体"/>
                <w:b w:val="0"/>
                <w:sz w:val="18"/>
              </w:rPr>
              <w:t>学生独立解答。解答完毕后，集中展示交流。</w:t>
            </w:r>
          </w:p>
        </w:tc>
        <w:tc>
          <w:tcPr>
            <w:tcW w:type="dxa" w:w="1814"/>
          </w:tcPr>
          <w:p>
            <w:pPr>
              <w:spacing w:after="20" w:line="276" w:lineRule="auto"/>
            </w:pPr>
            <w:r/>
            <w:r>
              <w:rPr>
                <w:rFonts w:ascii="宋体" w:hAnsi="宋体" w:eastAsia="宋体"/>
                <w:b w:val="0"/>
                <w:sz w:val="18"/>
              </w:rPr>
              <w:t>设计递进式探究活动，引导学生在动手实践与合作交流中经历知识形成过程，突破本课重难点。</w:t>
            </w:r>
          </w:p>
        </w:tc>
      </w:tr>
      <w:tr>
        <w:tc>
          <w:tcPr>
            <w:tcW w:type="dxa" w:w="1474"/>
          </w:tcPr>
          <w:p>
            <w:pPr>
              <w:spacing w:after="20" w:line="276" w:lineRule="auto"/>
            </w:pPr>
            <w:r>
              <w:rPr>
                <w:b/>
              </w:rPr>
            </w:r>
            <w:r>
              <w:rPr>
                <w:rFonts w:ascii="宋体" w:hAnsi="宋体" w:eastAsia="宋体"/>
                <w:b/>
                <w:sz w:val="18"/>
              </w:rPr>
              <w:t>四、课堂小结</w:t>
            </w:r>
          </w:p>
        </w:tc>
        <w:tc>
          <w:tcPr>
            <w:tcW w:type="dxa" w:w="3061"/>
          </w:tcPr>
          <w:p>
            <w:pPr>
              <w:spacing w:after="20" w:line="276" w:lineRule="auto"/>
            </w:pPr>
            <w:r/>
            <w:r>
              <w:rPr>
                <w:rFonts w:ascii="宋体" w:hAnsi="宋体" w:eastAsia="宋体"/>
                <w:b w:val="0"/>
                <w:sz w:val="18"/>
              </w:rPr>
              <w:t>师：今天我们认识了一种新的数——近似数，你们有什么收获？在求一个数的近似数时应注意些什么呢？</w:t>
            </w:r>
          </w:p>
        </w:tc>
        <w:tc>
          <w:tcPr>
            <w:tcW w:type="dxa" w:w="3061"/>
          </w:tcPr>
          <w:p>
            <w:pPr>
              <w:spacing w:after="20" w:line="276" w:lineRule="auto"/>
            </w:pPr>
            <w:r/>
            <w:r>
              <w:rPr>
                <w:rFonts w:ascii="宋体" w:hAnsi="宋体" w:eastAsia="宋体"/>
                <w:b w:val="0"/>
                <w:sz w:val="18"/>
              </w:rPr>
              <w:t>——</w:t>
            </w:r>
          </w:p>
        </w:tc>
        <w:tc>
          <w:tcPr>
            <w:tcW w:type="dxa" w:w="1814"/>
          </w:tcPr>
          <w:p>
            <w:pPr>
              <w:spacing w:after="20" w:line="276" w:lineRule="auto"/>
            </w:pPr>
            <w:r/>
            <w:r>
              <w:rPr>
                <w:rFonts w:ascii="宋体" w:hAnsi="宋体" w:eastAsia="宋体"/>
                <w:b w:val="0"/>
                <w:sz w:val="18"/>
              </w:rPr>
              <w:t>课程开始设计猜价格的游戏，激发了学生的学习兴趣，为后面“一个近似数对应的准确数不唯一”的知识点的学习做好铺垫；然后通过上月和本月出生人数的近似数，让学生理解近似数和准确数的含义。通过对比，感受近似数方便、好记的优点，突出近似数的现实意义。如何找准一个准确数的近似数，是学习上的一大难点。为突破这一难点，教学时充分应用现实情境及数线这个直观模型加以突破，利用数线可以将“接近”的含义直观展现出来，使学生根据距离判断出一个数的近似数，总结出根据实际需要寻找一个数的近似数的方法。最后，通过练习，让学生进一步掌握求近似数的方法，培养学生的思维能力和数感。</w:t>
            </w:r>
          </w:p>
        </w:tc>
      </w:tr>
    </w:tbl>
    <w:p>
      <w:pPr>
        <w:spacing w:after="40"/>
      </w:pPr>
    </w:p>
    <w:p>
      <w:pPr>
        <w:spacing w:after="60" w:line="300" w:lineRule="auto"/>
      </w:pPr>
      <w:r>
        <w:rPr>
          <w:rFonts w:ascii="黑体" w:hAnsi="黑体" w:eastAsia="黑体"/>
          <w:b/>
          <w:sz w:val="21"/>
        </w:rPr>
        <w:t>四、板书设计</w:t>
      </w:r>
    </w:p>
    <w:p>
      <w:pPr>
        <w:spacing w:after="40" w:line="300" w:lineRule="auto"/>
      </w:pPr>
      <w:r>
        <w:rPr>
          <w:rFonts w:ascii="宋体" w:hAnsi="宋体" w:eastAsia="宋体"/>
          <w:b w:val="0"/>
          <w:sz w:val="20"/>
        </w:rPr>
        <w:t>近似数</w:t>
      </w:r>
    </w:p>
    <w:p>
      <w:pPr>
        <w:spacing w:after="40" w:line="300" w:lineRule="auto"/>
      </w:pPr>
      <w:r>
        <w:rPr>
          <w:rFonts w:ascii="宋体" w:hAnsi="宋体" w:eastAsia="宋体"/>
          <w:b w:val="0"/>
          <w:sz w:val="20"/>
        </w:rPr>
        <w:t>大约4000元→4090元</w:t>
      </w:r>
    </w:p>
    <w:p>
      <w:pPr>
        <w:spacing w:after="40" w:line="300" w:lineRule="auto"/>
      </w:pPr>
      <w:r>
        <w:rPr>
          <w:rFonts w:ascii="宋体" w:hAnsi="宋体" w:eastAsia="宋体"/>
          <w:b w:val="0"/>
          <w:sz w:val="20"/>
        </w:rPr>
        <w:t>6988≈7000　　7020≈7000</w:t>
      </w:r>
    </w:p>
    <w:p>
      <w:pPr>
        <w:spacing w:after="40" w:line="300" w:lineRule="auto"/>
      </w:pPr>
      <w:r>
        <w:rPr>
          <w:rFonts w:ascii="宋体" w:hAnsi="宋体" w:eastAsia="宋体"/>
          <w:b w:val="0"/>
          <w:sz w:val="20"/>
        </w:rPr>
        <w:t></w:t>
      </w:r>
    </w:p>
    <w:p>
      <w:pPr>
        <w:spacing w:after="40" w:line="300" w:lineRule="auto"/>
      </w:pPr>
      <w:r>
        <w:rPr>
          <w:rFonts w:ascii="宋体" w:hAnsi="宋体" w:eastAsia="宋体"/>
          <w:b w:val="0"/>
          <w:sz w:val="20"/>
        </w:rPr>
        <w:t>约等号　　读作：约等于</w:t>
      </w:r>
    </w:p>
    <w:p>
      <w:pPr>
        <w:spacing w:after="40" w:line="300" w:lineRule="auto"/>
      </w:pPr>
      <w:r>
        <w:rPr>
          <w:rFonts w:ascii="宋体" w:hAnsi="宋体" w:eastAsia="宋体"/>
          <w:b w:val="0"/>
          <w:sz w:val="20"/>
        </w:rPr>
        <w:t>与准确数很接近的整万、整千、整百、整十数。</w:t>
      </w:r>
    </w:p>
    <w:p>
      <w:pPr>
        <w:spacing w:after="40" w:line="300" w:lineRule="auto"/>
      </w:pPr>
      <w:r>
        <w:rPr>
          <w:rFonts w:ascii="宋体" w:hAnsi="宋体" w:eastAsia="宋体"/>
          <w:b w:val="0"/>
          <w:sz w:val="20"/>
        </w:rPr>
        <w:t>一个准确数的近似数不是唯一的。</w:t>
      </w:r>
    </w:p>
    <w:p>
      <w:pPr>
        <w:spacing w:after="60" w:line="300" w:lineRule="auto"/>
      </w:pPr>
      <w:r>
        <w:rPr>
          <w:rFonts w:ascii="黑体" w:hAnsi="黑体" w:eastAsia="黑体"/>
          <w:b/>
          <w:sz w:val="21"/>
        </w:rPr>
        <w:t>五、作业设计</w:t>
      </w:r>
    </w:p>
    <w:p>
      <w:pPr>
        <w:spacing w:after="40" w:line="300" w:lineRule="auto"/>
        <w:ind w:firstLine="400"/>
      </w:pPr>
      <w:r>
        <w:rPr>
          <w:rFonts w:ascii="宋体" w:hAnsi="宋体" w:eastAsia="宋体"/>
          <w:b w:val="0"/>
          <w:sz w:val="20"/>
        </w:rPr>
        <w:t>课前预设作业：</w:t>
      </w:r>
    </w:p>
    <w:p>
      <w:pPr>
        <w:spacing w:after="40" w:line="300" w:lineRule="auto"/>
        <w:ind w:firstLine="400"/>
      </w:pPr>
      <w:r>
        <w:rPr>
          <w:rFonts w:ascii="宋体" w:hAnsi="宋体" w:eastAsia="宋体"/>
          <w:b w:val="0"/>
          <w:sz w:val="20"/>
        </w:rPr>
        <w:t>① 教科书P56例10，教科书P56“做一做”。</w:t>
      </w:r>
    </w:p>
    <w:p>
      <w:pPr>
        <w:spacing w:after="40" w:line="300" w:lineRule="auto"/>
        <w:ind w:firstLine="400"/>
      </w:pPr>
      <w:r>
        <w:rPr>
          <w:rFonts w:ascii="宋体" w:hAnsi="宋体" w:eastAsia="宋体"/>
          <w:b w:val="0"/>
          <w:sz w:val="20"/>
        </w:rPr>
        <w:t>课后跟进作业：教学任务完成后，据学生课堂反馈调整——可安排①《数学作业本》对应课时的巩固练习；②说题或动手操作类实践作业（视学情选用，一、二年级不布置书面家庭作业）。</w:t>
      </w:r>
    </w:p>
    <w:p>
      <w:pPr>
        <w:spacing w:after="60" w:line="300" w:lineRule="auto"/>
      </w:pPr>
      <w:r>
        <w:rPr>
          <w:rFonts w:ascii="黑体" w:hAnsi="黑体" w:eastAsia="黑体"/>
          <w:b/>
          <w:sz w:val="21"/>
        </w:rPr>
        <w:t>六、课后反思</w:t>
      </w:r>
    </w:p>
    <w:p>
      <w:pPr>
        <w:spacing w:after="20" w:line="300" w:lineRule="auto"/>
      </w:pPr>
      <w:r>
        <w:rPr>
          <w:rFonts w:ascii="宋体" w:hAnsi="宋体" w:eastAsia="宋体"/>
          <w:b w:val="0"/>
          <w:sz w:val="20"/>
        </w:rPr>
        <w:t>1．实际教学过程与课前预设之间的差距如何？如果有差距，你是如何处理的？</w:t>
      </w:r>
    </w:p>
    <w:p>
      <w:pPr>
        <w:spacing w:after="40" w:line="300" w:lineRule="auto"/>
      </w:pPr>
      <w:r>
        <w:rPr>
          <w:rFonts w:ascii="楷体" w:hAnsi="楷体" w:eastAsia="楷体"/>
          <w:b w:val="0"/>
          <w:sz w:val="20"/>
        </w:rPr>
        <w:t>＿＿＿＿＿＿＿＿＿＿＿＿＿＿＿＿＿＿＿＿＿＿＿＿＿＿＿＿＿＿＿＿＿＿＿＿</w:t>
      </w:r>
    </w:p>
    <w:p>
      <w:pPr>
        <w:spacing w:after="20" w:line="300" w:lineRule="auto"/>
      </w:pPr>
      <w:r>
        <w:rPr>
          <w:rFonts w:ascii="宋体" w:hAnsi="宋体" w:eastAsia="宋体"/>
          <w:b w:val="0"/>
          <w:sz w:val="20"/>
        </w:rPr>
        <w:t>2．学生是否都有了公平学习的机会？</w:t>
      </w:r>
    </w:p>
    <w:p>
      <w:pPr>
        <w:spacing w:after="40" w:line="300" w:lineRule="auto"/>
      </w:pPr>
      <w:r>
        <w:rPr>
          <w:rFonts w:ascii="楷体" w:hAnsi="楷体" w:eastAsia="楷体"/>
          <w:b w:val="0"/>
          <w:sz w:val="20"/>
        </w:rPr>
        <w:t>＿＿＿＿＿＿＿＿＿＿＿＿＿＿＿＿＿＿＿＿＿＿＿＿＿＿＿＿＿＿＿＿＿＿＿＿</w:t>
      </w:r>
    </w:p>
    <w:p>
      <w:pPr>
        <w:spacing w:after="20" w:line="300" w:lineRule="auto"/>
      </w:pPr>
      <w:r>
        <w:rPr>
          <w:rFonts w:ascii="宋体" w:hAnsi="宋体" w:eastAsia="宋体"/>
          <w:b w:val="0"/>
          <w:sz w:val="20"/>
        </w:rPr>
        <w:t>3．教学中还存在哪些问题？哪个问题显得最为关键？打算在后续的教学中如何改进？</w:t>
      </w:r>
    </w:p>
    <w:p>
      <w:pPr>
        <w:spacing w:after="40" w:line="300" w:lineRule="auto"/>
      </w:pPr>
      <w:r>
        <w:rPr>
          <w:rFonts w:ascii="楷体" w:hAnsi="楷体" w:eastAsia="楷体"/>
          <w:b w:val="0"/>
          <w:sz w:val="20"/>
        </w:rPr>
        <w:t>＿＿＿＿＿＿＿＿＿＿＿＿＿＿＿＿＿＿＿＿＿＿＿＿＿＿＿＿＿＿＿＿＿＿＿＿</w:t>
      </w:r>
    </w:p>
    <w:p>
      <w:pPr>
        <w:spacing w:after="40" w:line="300" w:lineRule="auto"/>
        <w:ind w:firstLine="380"/>
      </w:pPr>
      <w:r>
        <w:rPr>
          <w:rFonts w:ascii="楷体" w:hAnsi="楷体" w:eastAsia="楷体"/>
          <w:b w:val="0"/>
          <w:color w:val="606060"/>
          <w:sz w:val="19"/>
        </w:rPr>
        <w:t>【原教学设计反思（供参考）】学生对数学的理解一般是不成熟的，但同时这种理解又是具有个性的。我们要正视这种最初的、朴素的理解，并抓住契机适时地加以引导，这样才能激发学生的学习热情，让学生树立学好数学的信心。本节课因为难度不大，教学中尽可能放手，引导学生通过对话、分享，逐渐加深对近似数意义的理解。充分利用生活情境进行教学，大大激发了学生的学习兴趣，使课堂氛围热烈，学生的学习兴趣浓厚。在教学中，充分利用数线让学生体会“接近”的概念，从而突破教学的难点。</w:t>
      </w:r>
    </w:p>
    <w:p>
      <w:r>
        <w:br w:type="page"/>
      </w:r>
    </w:p>
    <w:p>
      <w:pPr>
        <w:spacing w:after="80" w:line="300" w:lineRule="auto"/>
      </w:pPr>
      <w:r>
        <w:rPr>
          <w:rFonts w:ascii="黑体" w:hAnsi="黑体" w:eastAsia="黑体"/>
          <w:b/>
          <w:sz w:val="24"/>
        </w:rPr>
        <w:t>二、课时教学方案（第10课时）</w:t>
      </w:r>
    </w:p>
    <w:p>
      <w:pPr>
        <w:spacing w:after="80" w:line="300" w:lineRule="auto"/>
      </w:pPr>
      <w:r>
        <w:rPr>
          <w:rFonts w:ascii="黑体" w:hAnsi="黑体" w:eastAsia="黑体"/>
          <w:b/>
          <w:sz w:val="24"/>
        </w:rPr>
        <w:t>第10课时　简单的加、减法</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4819"/>
        <w:gridCol w:w="4819"/>
      </w:tblGrid>
      <w:tr>
        <w:trPr>
          <w:tblHeader w:val="true"/>
        </w:trPr>
        <w:tc>
          <w:tcPr>
            <w:tcW w:type="dxa" w:w="3402"/>
            <w:shd w:val="clear" w:fill="E8EEF7"/>
          </w:tcPr>
          <w:p>
            <w:pPr>
              <w:spacing w:after="20" w:line="276" w:lineRule="auto"/>
              <w:jc w:val="center"/>
            </w:pPr>
            <w:r/>
            <w:r>
              <w:rPr>
                <w:rFonts w:ascii="黑体" w:hAnsi="黑体" w:eastAsia="黑体"/>
                <w:b/>
                <w:sz w:val="18"/>
              </w:rPr>
              <w:t>课题名称</w:t>
            </w:r>
          </w:p>
        </w:tc>
        <w:tc>
          <w:tcPr>
            <w:tcW w:type="dxa" w:w="6009"/>
            <w:shd w:val="clear" w:fill="E8EEF7"/>
          </w:tcPr>
          <w:p>
            <w:pPr>
              <w:spacing w:after="20" w:line="276" w:lineRule="auto"/>
              <w:jc w:val="center"/>
            </w:pPr>
            <w:r/>
            <w:r>
              <w:rPr>
                <w:rFonts w:ascii="黑体" w:hAnsi="黑体" w:eastAsia="黑体"/>
                <w:b/>
                <w:sz w:val="18"/>
              </w:rPr>
              <w:t>所属主题</w:t>
            </w:r>
          </w:p>
        </w:tc>
      </w:tr>
      <w:tr>
        <w:tc>
          <w:tcPr>
            <w:tcW w:type="dxa" w:w="3402"/>
          </w:tcPr>
          <w:p>
            <w:pPr>
              <w:spacing w:after="20" w:line="276" w:lineRule="auto"/>
            </w:pPr>
            <w:r/>
            <w:r>
              <w:rPr>
                <w:rFonts w:ascii="宋体" w:hAnsi="宋体" w:eastAsia="宋体"/>
                <w:b/>
                <w:sz w:val="20"/>
              </w:rPr>
              <w:t>第10课时　简单的加、减法</w:t>
            </w:r>
          </w:p>
        </w:tc>
        <w:tc>
          <w:tcPr>
            <w:tcW w:type="dxa" w:w="6009"/>
          </w:tcPr>
          <w:p>
            <w:pPr>
              <w:spacing w:after="20" w:line="276" w:lineRule="auto"/>
            </w:pPr>
            <w:r/>
            <w:r>
              <w:rPr>
                <w:rFonts w:ascii="宋体" w:hAnsi="宋体" w:eastAsia="宋体"/>
                <w:b w:val="0"/>
                <w:sz w:val="20"/>
              </w:rPr>
              <w:t>第3单元 万以内数的认识</w:t>
            </w:r>
          </w:p>
        </w:tc>
      </w:tr>
    </w:tbl>
    <w:p>
      <w:pPr>
        <w:spacing w:after="40"/>
      </w:pPr>
    </w:p>
    <w:p>
      <w:pPr>
        <w:spacing w:after="60" w:line="300" w:lineRule="auto"/>
      </w:pPr>
      <w:r>
        <w:rPr>
          <w:rFonts w:ascii="黑体" w:hAnsi="黑体" w:eastAsia="黑体"/>
          <w:b/>
          <w:sz w:val="21"/>
        </w:rPr>
        <w:t>一、课前思考</w:t>
      </w:r>
    </w:p>
    <w:p>
      <w:pPr>
        <w:spacing w:after="20" w:line="300" w:lineRule="auto"/>
      </w:pPr>
      <w:r>
        <w:rPr>
          <w:rFonts w:ascii="黑体" w:hAnsi="黑体" w:eastAsia="黑体"/>
          <w:b/>
          <w:sz w:val="21"/>
        </w:rPr>
        <w:t>1．学情诊断与分析</w:t>
      </w:r>
    </w:p>
    <w:p>
      <w:pPr>
        <w:spacing w:after="80" w:line="300" w:lineRule="auto"/>
        <w:ind w:firstLine="400"/>
      </w:pPr>
      <w:r>
        <w:rPr>
          <w:rFonts w:ascii="宋体" w:hAnsi="宋体" w:eastAsia="宋体"/>
          <w:b w:val="0"/>
          <w:sz w:val="20"/>
        </w:rPr>
        <w:t>单元学情：【学情分析】</w:t>
      </w:r>
    </w:p>
    <w:p>
      <w:pPr>
        <w:spacing w:after="80" w:line="300" w:lineRule="auto"/>
        <w:ind w:firstLine="400"/>
      </w:pPr>
      <w:r>
        <w:rPr>
          <w:rFonts w:ascii="宋体" w:hAnsi="宋体" w:eastAsia="宋体"/>
          <w:b w:val="0"/>
          <w:sz w:val="20"/>
        </w:rPr>
        <w:t>根据儿童的年龄特征和心理发展规律，自然数的认识由小到大，逐步扩大。学生已经认识了百以内的数，本次学习“万以内数的认识”是对前面知识的拓展。虽然数在生活中的应用范围较广，但学生接触大数的机会并不多。教学时，要以直观为主，将抽象的数形象化，贯穿整个单元教学的始终，进而培养学生对数学学习的兴趣，逐步发展学生的数感。</w:t>
      </w:r>
    </w:p>
    <w:p>
      <w:pPr>
        <w:spacing w:after="80" w:line="300" w:lineRule="auto"/>
        <w:ind w:firstLine="400"/>
      </w:pPr>
      <w:r>
        <w:rPr>
          <w:rFonts w:ascii="宋体" w:hAnsi="宋体" w:eastAsia="宋体"/>
          <w:b w:val="0"/>
          <w:sz w:val="20"/>
        </w:rPr>
        <w:t>【教学策略】</w:t>
      </w:r>
    </w:p>
    <w:p>
      <w:pPr>
        <w:spacing w:after="80" w:line="300" w:lineRule="auto"/>
        <w:ind w:firstLine="400"/>
      </w:pPr>
      <w:r>
        <w:rPr>
          <w:rFonts w:ascii="宋体" w:hAnsi="宋体" w:eastAsia="宋体"/>
          <w:b w:val="0"/>
          <w:sz w:val="20"/>
        </w:rPr>
        <w:t>本课学情：结合本班实际，诊断学生完成本课时任务的起点与可能的困难。</w:t>
      </w:r>
    </w:p>
    <w:p>
      <w:pPr>
        <w:spacing w:after="20" w:line="300" w:lineRule="auto"/>
      </w:pPr>
      <w:r>
        <w:rPr>
          <w:rFonts w:ascii="黑体" w:hAnsi="黑体" w:eastAsia="黑体"/>
          <w:b/>
          <w:sz w:val="21"/>
        </w:rPr>
        <w:t>2．教材分析与教学材料选择</w:t>
      </w:r>
    </w:p>
    <w:p>
      <w:pPr>
        <w:spacing w:after="80" w:line="300" w:lineRule="auto"/>
        <w:ind w:firstLine="400"/>
      </w:pPr>
      <w:r>
        <w:rPr>
          <w:rFonts w:ascii="宋体" w:hAnsi="宋体" w:eastAsia="宋体"/>
          <w:b w:val="0"/>
          <w:sz w:val="20"/>
        </w:rPr>
        <w:t>教学内容：教科书P57例11、例12，教科书P57“做一做”。</w:t>
      </w:r>
    </w:p>
    <w:p>
      <w:pPr>
        <w:spacing w:after="80" w:line="300" w:lineRule="auto"/>
        <w:ind w:firstLine="400"/>
      </w:pPr>
      <w:r>
        <w:rPr>
          <w:rFonts w:ascii="宋体" w:hAnsi="宋体" w:eastAsia="宋体"/>
          <w:b w:val="0"/>
          <w:sz w:val="20"/>
        </w:rPr>
        <w:t>教学准备：课件、计数器。</w:t>
      </w:r>
    </w:p>
    <w:p>
      <w:pPr>
        <w:spacing w:after="20" w:line="300" w:lineRule="auto"/>
      </w:pPr>
      <w:r>
        <w:rPr>
          <w:rFonts w:ascii="黑体" w:hAnsi="黑体" w:eastAsia="黑体"/>
          <w:b/>
          <w:sz w:val="21"/>
        </w:rPr>
        <w:t>3．具体目标阐述与教学重难点</w:t>
      </w:r>
    </w:p>
    <w:p>
      <w:pPr>
        <w:spacing w:after="20" w:line="300" w:lineRule="auto"/>
      </w:pPr>
      <w:r>
        <w:rPr>
          <w:rFonts w:ascii="黑体" w:hAnsi="黑体" w:eastAsia="黑体"/>
          <w:b/>
          <w:sz w:val="20"/>
        </w:rPr>
        <w:t>课时目标：</w:t>
      </w:r>
    </w:p>
    <w:p>
      <w:pPr>
        <w:spacing w:after="20" w:line="300" w:lineRule="auto"/>
        <w:ind w:firstLine="400"/>
      </w:pPr>
      <w:r>
        <w:rPr>
          <w:rFonts w:ascii="宋体" w:hAnsi="宋体" w:eastAsia="宋体"/>
          <w:b w:val="0"/>
          <w:sz w:val="20"/>
        </w:rPr>
        <w:t>（1）在生活情境中自主探究整百、整千数的加、减法的口算方法，理解整百、整千数的加、减法的算理，能正确地进行口算。</w:t>
      </w:r>
    </w:p>
    <w:p>
      <w:pPr>
        <w:spacing w:after="20" w:line="300" w:lineRule="auto"/>
        <w:ind w:firstLine="400"/>
      </w:pPr>
      <w:r>
        <w:rPr>
          <w:rFonts w:ascii="宋体" w:hAnsi="宋体" w:eastAsia="宋体"/>
          <w:b w:val="0"/>
          <w:sz w:val="20"/>
        </w:rPr>
        <w:t>（2）通过独立思考、合作交流等方式体验到算法的多样化，充分尊重学生的个性，培养学生的口算能力和综合应用能力。</w:t>
      </w:r>
    </w:p>
    <w:p>
      <w:pPr>
        <w:spacing w:after="20" w:line="300" w:lineRule="auto"/>
        <w:ind w:firstLine="400"/>
      </w:pPr>
      <w:r>
        <w:rPr>
          <w:rFonts w:ascii="宋体" w:hAnsi="宋体" w:eastAsia="宋体"/>
          <w:b w:val="0"/>
          <w:sz w:val="20"/>
        </w:rPr>
        <w:t>（3）感受数学来源于生活，培养学生的自信心，体验成功的喜悦。</w:t>
      </w:r>
    </w:p>
    <w:p>
      <w:pPr>
        <w:spacing w:after="20" w:line="300" w:lineRule="auto"/>
      </w:pPr>
      <w:r>
        <w:rPr>
          <w:rFonts w:ascii="宋体" w:hAnsi="宋体" w:eastAsia="宋体"/>
          <w:b w:val="0"/>
          <w:sz w:val="20"/>
        </w:rPr>
        <w:t>教学重点：掌握整百、整千数的加、减法的口算方法。</w:t>
      </w:r>
    </w:p>
    <w:p>
      <w:pPr>
        <w:spacing w:after="20" w:line="300" w:lineRule="auto"/>
      </w:pPr>
      <w:r>
        <w:rPr>
          <w:rFonts w:ascii="宋体" w:hAnsi="宋体" w:eastAsia="宋体"/>
          <w:b w:val="0"/>
          <w:sz w:val="20"/>
        </w:rPr>
        <w:t>教学难点：理解整百、整千数的加、减法的算理。</w:t>
      </w:r>
    </w:p>
    <w:p>
      <w:pPr>
        <w:spacing w:after="40"/>
      </w:pPr>
    </w:p>
    <w:p>
      <w:pPr>
        <w:spacing w:after="60" w:line="300" w:lineRule="auto"/>
      </w:pPr>
      <w:r>
        <w:rPr>
          <w:rFonts w:ascii="黑体" w:hAnsi="黑体" w:eastAsia="黑体"/>
          <w:b/>
          <w:sz w:val="21"/>
        </w:rPr>
        <w:t>二、板块设计</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2409"/>
        <w:gridCol w:w="2409"/>
        <w:gridCol w:w="2409"/>
        <w:gridCol w:w="2409"/>
      </w:tblGrid>
      <w:tr>
        <w:trPr>
          <w:tblHeader w:val="true"/>
        </w:trPr>
        <w:tc>
          <w:tcPr>
            <w:tcW w:type="dxa" w:w="2835"/>
            <w:shd w:val="clear" w:fill="E8EEF7"/>
          </w:tcPr>
          <w:p>
            <w:pPr>
              <w:spacing w:after="20" w:line="276" w:lineRule="auto"/>
              <w:jc w:val="center"/>
            </w:pPr>
            <w:r/>
            <w:r>
              <w:rPr>
                <w:rFonts w:ascii="黑体" w:hAnsi="黑体" w:eastAsia="黑体"/>
                <w:b/>
                <w:sz w:val="18"/>
              </w:rPr>
              <w:t>环节目标</w:t>
            </w:r>
          </w:p>
        </w:tc>
        <w:tc>
          <w:tcPr>
            <w:tcW w:type="dxa" w:w="1814"/>
            <w:shd w:val="clear" w:fill="E8EEF7"/>
          </w:tcPr>
          <w:p>
            <w:pPr>
              <w:spacing w:after="20" w:line="276" w:lineRule="auto"/>
              <w:jc w:val="center"/>
            </w:pPr>
            <w:r/>
            <w:r>
              <w:rPr>
                <w:rFonts w:ascii="黑体" w:hAnsi="黑体" w:eastAsia="黑体"/>
                <w:b/>
                <w:sz w:val="18"/>
              </w:rPr>
              <w:t>学习材料</w:t>
            </w:r>
          </w:p>
        </w:tc>
        <w:tc>
          <w:tcPr>
            <w:tcW w:type="dxa" w:w="3402"/>
            <w:shd w:val="clear" w:fill="E8EEF7"/>
          </w:tcPr>
          <w:p>
            <w:pPr>
              <w:spacing w:after="20" w:line="276" w:lineRule="auto"/>
              <w:jc w:val="center"/>
            </w:pPr>
            <w:r/>
            <w:r>
              <w:rPr>
                <w:rFonts w:ascii="黑体" w:hAnsi="黑体" w:eastAsia="黑体"/>
                <w:b/>
                <w:sz w:val="18"/>
              </w:rPr>
              <w:t>关键问题</w:t>
            </w:r>
          </w:p>
        </w:tc>
        <w:tc>
          <w:tcPr>
            <w:tcW w:type="dxa" w:w="1361"/>
            <w:shd w:val="clear" w:fill="E8EEF7"/>
          </w:tcPr>
          <w:p>
            <w:pPr>
              <w:spacing w:after="20" w:line="276" w:lineRule="auto"/>
              <w:jc w:val="center"/>
            </w:pPr>
            <w:r/>
            <w:r>
              <w:rPr>
                <w:rFonts w:ascii="黑体" w:hAnsi="黑体" w:eastAsia="黑体"/>
                <w:b/>
                <w:sz w:val="18"/>
              </w:rPr>
              <w:t>时间</w:t>
            </w:r>
          </w:p>
        </w:tc>
      </w:tr>
      <w:tr>
        <w:tc>
          <w:tcPr>
            <w:tcW w:type="dxa" w:w="2835"/>
          </w:tcPr>
          <w:p>
            <w:pPr>
              <w:spacing w:after="20" w:line="276" w:lineRule="auto"/>
            </w:pPr>
            <w:r/>
            <w:r>
              <w:rPr>
                <w:rFonts w:ascii="宋体" w:hAnsi="宋体" w:eastAsia="宋体"/>
                <w:b w:val="0"/>
                <w:sz w:val="18"/>
              </w:rPr>
              <w:t>一、创设情境，导入新课</w:t>
            </w:r>
          </w:p>
        </w:tc>
        <w:tc>
          <w:tcPr>
            <w:tcW w:type="dxa" w:w="1814"/>
          </w:tcPr>
          <w:p>
            <w:pPr>
              <w:spacing w:after="20" w:line="276" w:lineRule="auto"/>
            </w:pPr>
            <w:r/>
            <w:r>
              <w:rPr>
                <w:rFonts w:ascii="宋体" w:hAnsi="宋体" w:eastAsia="宋体"/>
                <w:b w:val="0"/>
                <w:sz w:val="18"/>
              </w:rPr>
              <w:t>课件、教科书、情境图、计数器</w:t>
            </w:r>
          </w:p>
        </w:tc>
        <w:tc>
          <w:tcPr>
            <w:tcW w:type="dxa" w:w="3402"/>
          </w:tcPr>
          <w:p>
            <w:pPr>
              <w:spacing w:after="20" w:line="276" w:lineRule="auto"/>
            </w:pPr>
            <w:r/>
            <w:r>
              <w:rPr>
                <w:rFonts w:ascii="宋体" w:hAnsi="宋体" w:eastAsia="宋体"/>
                <w:b w:val="0"/>
                <w:sz w:val="18"/>
              </w:rPr>
              <w:t>从图中可获得哪些数学信息？；根据图中的信息，你能提出哪些数学问题？</w:t>
            </w:r>
          </w:p>
        </w:tc>
        <w:tc>
          <w:tcPr>
            <w:tcW w:type="dxa" w:w="1361"/>
          </w:tcPr>
          <w:p>
            <w:pPr>
              <w:spacing w:after="20" w:line="276" w:lineRule="auto"/>
            </w:pPr>
            <w:r/>
            <w:r>
              <w:rPr>
                <w:rFonts w:ascii="宋体" w:hAnsi="宋体" w:eastAsia="宋体"/>
                <w:b w:val="0"/>
                <w:sz w:val="18"/>
              </w:rPr>
              <w:t>5分钟</w:t>
            </w:r>
          </w:p>
        </w:tc>
      </w:tr>
      <w:tr>
        <w:tc>
          <w:tcPr>
            <w:tcW w:type="dxa" w:w="2835"/>
          </w:tcPr>
          <w:p>
            <w:pPr>
              <w:spacing w:after="20" w:line="276" w:lineRule="auto"/>
            </w:pPr>
            <w:r/>
            <w:r>
              <w:rPr>
                <w:rFonts w:ascii="宋体" w:hAnsi="宋体" w:eastAsia="宋体"/>
                <w:b w:val="0"/>
                <w:sz w:val="18"/>
              </w:rPr>
              <w:t>二、自主探究，获取算法</w:t>
            </w:r>
          </w:p>
        </w:tc>
        <w:tc>
          <w:tcPr>
            <w:tcW w:type="dxa" w:w="1814"/>
          </w:tcPr>
          <w:p>
            <w:pPr>
              <w:spacing w:after="20" w:line="276" w:lineRule="auto"/>
            </w:pPr>
            <w:r/>
            <w:r>
              <w:rPr>
                <w:rFonts w:ascii="宋体" w:hAnsi="宋体" w:eastAsia="宋体"/>
                <w:b w:val="0"/>
                <w:sz w:val="18"/>
              </w:rPr>
              <w:t>计数器、课件、教科书</w:t>
            </w:r>
          </w:p>
        </w:tc>
        <w:tc>
          <w:tcPr>
            <w:tcW w:type="dxa" w:w="3402"/>
          </w:tcPr>
          <w:p>
            <w:pPr>
              <w:spacing w:after="20" w:line="276" w:lineRule="auto"/>
            </w:pPr>
            <w:r/>
            <w:r>
              <w:rPr>
                <w:rFonts w:ascii="宋体" w:hAnsi="宋体" w:eastAsia="宋体"/>
                <w:b w:val="0"/>
                <w:sz w:val="18"/>
              </w:rPr>
              <w:t>你们喜欢用哪种方法来算呢？；你喜欢用哪种方法来算呢？</w:t>
            </w:r>
          </w:p>
        </w:tc>
        <w:tc>
          <w:tcPr>
            <w:tcW w:type="dxa" w:w="1361"/>
          </w:tcPr>
          <w:p>
            <w:pPr>
              <w:spacing w:after="20" w:line="276" w:lineRule="auto"/>
            </w:pPr>
            <w:r/>
            <w:r>
              <w:rPr>
                <w:rFonts w:ascii="宋体" w:hAnsi="宋体" w:eastAsia="宋体"/>
                <w:b w:val="0"/>
                <w:sz w:val="18"/>
              </w:rPr>
              <w:t>13分钟</w:t>
            </w:r>
          </w:p>
        </w:tc>
      </w:tr>
      <w:tr>
        <w:tc>
          <w:tcPr>
            <w:tcW w:type="dxa" w:w="2835"/>
          </w:tcPr>
          <w:p>
            <w:pPr>
              <w:spacing w:after="20" w:line="276" w:lineRule="auto"/>
            </w:pPr>
            <w:r/>
            <w:r>
              <w:rPr>
                <w:rFonts w:ascii="宋体" w:hAnsi="宋体" w:eastAsia="宋体"/>
                <w:b w:val="0"/>
                <w:sz w:val="18"/>
              </w:rPr>
              <w:t>②130－50＝</w:t>
            </w:r>
          </w:p>
        </w:tc>
        <w:tc>
          <w:tcPr>
            <w:tcW w:type="dxa" w:w="1814"/>
          </w:tcPr>
          <w:p>
            <w:pPr>
              <w:spacing w:after="20" w:line="276" w:lineRule="auto"/>
            </w:pPr>
            <w:r/>
            <w:r>
              <w:rPr>
                <w:rFonts w:ascii="宋体" w:hAnsi="宋体" w:eastAsia="宋体"/>
                <w:b w:val="0"/>
                <w:sz w:val="18"/>
              </w:rPr>
              <w:t>课件、计数器</w:t>
            </w:r>
          </w:p>
        </w:tc>
        <w:tc>
          <w:tcPr>
            <w:tcW w:type="dxa" w:w="3402"/>
          </w:tcPr>
          <w:p>
            <w:pPr>
              <w:spacing w:after="20" w:line="276" w:lineRule="auto"/>
            </w:pPr>
            <w:r/>
            <w:r>
              <w:rPr>
                <w:rFonts w:ascii="宋体" w:hAnsi="宋体" w:eastAsia="宋体"/>
                <w:b w:val="0"/>
                <w:sz w:val="18"/>
              </w:rPr>
              <w:t>——</w:t>
            </w:r>
          </w:p>
        </w:tc>
        <w:tc>
          <w:tcPr>
            <w:tcW w:type="dxa" w:w="1361"/>
          </w:tcPr>
          <w:p>
            <w:pPr>
              <w:spacing w:after="20" w:line="276" w:lineRule="auto"/>
            </w:pPr>
            <w:r/>
            <w:r>
              <w:rPr>
                <w:rFonts w:ascii="宋体" w:hAnsi="宋体" w:eastAsia="宋体"/>
                <w:b w:val="0"/>
                <w:sz w:val="18"/>
              </w:rPr>
              <w:t>5分钟</w:t>
            </w:r>
          </w:p>
        </w:tc>
      </w:tr>
      <w:tr>
        <w:tc>
          <w:tcPr>
            <w:tcW w:type="dxa" w:w="2835"/>
          </w:tcPr>
          <w:p>
            <w:pPr>
              <w:spacing w:after="20" w:line="276" w:lineRule="auto"/>
            </w:pPr>
            <w:r/>
            <w:r>
              <w:rPr>
                <w:rFonts w:ascii="宋体" w:hAnsi="宋体" w:eastAsia="宋体"/>
                <w:b w:val="0"/>
                <w:sz w:val="18"/>
              </w:rPr>
              <w:t>②1500－600＝</w:t>
            </w:r>
          </w:p>
        </w:tc>
        <w:tc>
          <w:tcPr>
            <w:tcW w:type="dxa" w:w="1814"/>
          </w:tcPr>
          <w:p>
            <w:pPr>
              <w:spacing w:after="20" w:line="276" w:lineRule="auto"/>
            </w:pPr>
            <w:r/>
            <w:r>
              <w:rPr>
                <w:rFonts w:ascii="宋体" w:hAnsi="宋体" w:eastAsia="宋体"/>
                <w:b w:val="0"/>
                <w:sz w:val="18"/>
              </w:rPr>
              <w:t>课件、计数器</w:t>
            </w:r>
          </w:p>
        </w:tc>
        <w:tc>
          <w:tcPr>
            <w:tcW w:type="dxa" w:w="3402"/>
          </w:tcPr>
          <w:p>
            <w:pPr>
              <w:spacing w:after="20" w:line="276" w:lineRule="auto"/>
            </w:pPr>
            <w:r/>
            <w:r>
              <w:rPr>
                <w:rFonts w:ascii="宋体" w:hAnsi="宋体" w:eastAsia="宋体"/>
                <w:b w:val="0"/>
                <w:sz w:val="18"/>
              </w:rPr>
              <w:t>你喜欢用哪种方法来算？；今天学习的整百、整千数的不进位、不退位的加、减法和整百、整千数的进位、退位的加、减法在计算时有什么不同之处？</w:t>
            </w:r>
          </w:p>
        </w:tc>
        <w:tc>
          <w:tcPr>
            <w:tcW w:type="dxa" w:w="1361"/>
          </w:tcPr>
          <w:p>
            <w:pPr>
              <w:spacing w:after="20" w:line="276" w:lineRule="auto"/>
            </w:pPr>
            <w:r/>
            <w:r>
              <w:rPr>
                <w:rFonts w:ascii="宋体" w:hAnsi="宋体" w:eastAsia="宋体"/>
                <w:b w:val="0"/>
                <w:sz w:val="18"/>
              </w:rPr>
              <w:t>6分钟</w:t>
            </w:r>
          </w:p>
        </w:tc>
      </w:tr>
      <w:tr>
        <w:tc>
          <w:tcPr>
            <w:tcW w:type="dxa" w:w="2835"/>
          </w:tcPr>
          <w:p>
            <w:pPr>
              <w:spacing w:after="20" w:line="276" w:lineRule="auto"/>
            </w:pPr>
            <w:r/>
            <w:r>
              <w:rPr>
                <w:rFonts w:ascii="宋体" w:hAnsi="宋体" w:eastAsia="宋体"/>
                <w:b w:val="0"/>
                <w:sz w:val="18"/>
              </w:rPr>
              <w:t>三、实际运用，深化算法</w:t>
            </w:r>
          </w:p>
        </w:tc>
        <w:tc>
          <w:tcPr>
            <w:tcW w:type="dxa" w:w="1814"/>
          </w:tcPr>
          <w:p>
            <w:pPr>
              <w:spacing w:after="20" w:line="276" w:lineRule="auto"/>
            </w:pPr>
            <w:r/>
            <w:r>
              <w:rPr>
                <w:rFonts w:ascii="宋体" w:hAnsi="宋体" w:eastAsia="宋体"/>
                <w:b w:val="0"/>
                <w:sz w:val="18"/>
              </w:rPr>
              <w:t>教科书、课件、计数器</w:t>
            </w:r>
          </w:p>
        </w:tc>
        <w:tc>
          <w:tcPr>
            <w:tcW w:type="dxa" w:w="3402"/>
          </w:tcPr>
          <w:p>
            <w:pPr>
              <w:spacing w:after="20" w:line="276" w:lineRule="auto"/>
            </w:pPr>
            <w:r/>
            <w:r>
              <w:rPr>
                <w:rFonts w:ascii="宋体" w:hAnsi="宋体" w:eastAsia="宋体"/>
                <w:b w:val="0"/>
                <w:sz w:val="18"/>
              </w:rPr>
              <w:t>——</w:t>
            </w:r>
          </w:p>
        </w:tc>
        <w:tc>
          <w:tcPr>
            <w:tcW w:type="dxa" w:w="1361"/>
          </w:tcPr>
          <w:p>
            <w:pPr>
              <w:spacing w:after="20" w:line="276" w:lineRule="auto"/>
            </w:pPr>
            <w:r/>
            <w:r>
              <w:rPr>
                <w:rFonts w:ascii="宋体" w:hAnsi="宋体" w:eastAsia="宋体"/>
                <w:b w:val="0"/>
                <w:sz w:val="18"/>
              </w:rPr>
              <w:t>4分钟</w:t>
            </w:r>
          </w:p>
        </w:tc>
      </w:tr>
      <w:tr>
        <w:tc>
          <w:tcPr>
            <w:tcW w:type="dxa" w:w="2835"/>
          </w:tcPr>
          <w:p>
            <w:pPr>
              <w:spacing w:after="20" w:line="276" w:lineRule="auto"/>
            </w:pPr>
            <w:r/>
            <w:r>
              <w:rPr>
                <w:rFonts w:ascii="宋体" w:hAnsi="宋体" w:eastAsia="宋体"/>
                <w:b w:val="0"/>
                <w:sz w:val="18"/>
              </w:rPr>
              <w:t>课件出示习题</w:t>
            </w:r>
          </w:p>
        </w:tc>
        <w:tc>
          <w:tcPr>
            <w:tcW w:type="dxa" w:w="1814"/>
          </w:tcPr>
          <w:p>
            <w:pPr>
              <w:spacing w:after="20" w:line="276" w:lineRule="auto"/>
            </w:pPr>
            <w:r/>
            <w:r>
              <w:rPr>
                <w:rFonts w:ascii="宋体" w:hAnsi="宋体" w:eastAsia="宋体"/>
                <w:b w:val="0"/>
                <w:sz w:val="18"/>
              </w:rPr>
              <w:t>计数器、课件</w:t>
            </w:r>
          </w:p>
        </w:tc>
        <w:tc>
          <w:tcPr>
            <w:tcW w:type="dxa" w:w="3402"/>
          </w:tcPr>
          <w:p>
            <w:pPr>
              <w:spacing w:after="20" w:line="276" w:lineRule="auto"/>
            </w:pPr>
            <w:r/>
            <w:r>
              <w:rPr>
                <w:rFonts w:ascii="宋体" w:hAnsi="宋体" w:eastAsia="宋体"/>
                <w:b w:val="0"/>
                <w:sz w:val="18"/>
              </w:rPr>
              <w:t>——</w:t>
            </w:r>
          </w:p>
        </w:tc>
        <w:tc>
          <w:tcPr>
            <w:tcW w:type="dxa" w:w="1361"/>
          </w:tcPr>
          <w:p>
            <w:pPr>
              <w:spacing w:after="20" w:line="276" w:lineRule="auto"/>
            </w:pPr>
            <w:r/>
            <w:r>
              <w:rPr>
                <w:rFonts w:ascii="宋体" w:hAnsi="宋体" w:eastAsia="宋体"/>
                <w:b w:val="0"/>
                <w:sz w:val="18"/>
              </w:rPr>
              <w:t>4分钟</w:t>
            </w:r>
          </w:p>
        </w:tc>
      </w:tr>
      <w:tr>
        <w:tc>
          <w:tcPr>
            <w:tcW w:type="dxa" w:w="2835"/>
          </w:tcPr>
          <w:p>
            <w:pPr>
              <w:spacing w:after="20" w:line="276" w:lineRule="auto"/>
            </w:pPr>
            <w:r/>
            <w:r>
              <w:rPr>
                <w:rFonts w:ascii="宋体" w:hAnsi="宋体" w:eastAsia="宋体"/>
                <w:b w:val="0"/>
                <w:sz w:val="18"/>
              </w:rPr>
              <w:t>四、课堂小结</w:t>
            </w:r>
          </w:p>
        </w:tc>
        <w:tc>
          <w:tcPr>
            <w:tcW w:type="dxa" w:w="1814"/>
          </w:tcPr>
          <w:p>
            <w:pPr>
              <w:spacing w:after="20" w:line="276" w:lineRule="auto"/>
            </w:pPr>
            <w:r/>
            <w:r>
              <w:rPr>
                <w:rFonts w:ascii="宋体" w:hAnsi="宋体" w:eastAsia="宋体"/>
                <w:b w:val="0"/>
                <w:sz w:val="18"/>
              </w:rPr>
              <w:t>课件、计数器</w:t>
            </w:r>
          </w:p>
        </w:tc>
        <w:tc>
          <w:tcPr>
            <w:tcW w:type="dxa" w:w="3402"/>
          </w:tcPr>
          <w:p>
            <w:pPr>
              <w:spacing w:after="20" w:line="276" w:lineRule="auto"/>
            </w:pPr>
            <w:r/>
            <w:r>
              <w:rPr>
                <w:rFonts w:ascii="宋体" w:hAnsi="宋体" w:eastAsia="宋体"/>
                <w:b w:val="0"/>
                <w:sz w:val="18"/>
              </w:rPr>
              <w:t>今天我们学习了整百、整千数的加、减法，大家有什么收获？在实际计算时应注意什么？</w:t>
            </w:r>
          </w:p>
        </w:tc>
        <w:tc>
          <w:tcPr>
            <w:tcW w:type="dxa" w:w="1361"/>
          </w:tcPr>
          <w:p>
            <w:pPr>
              <w:spacing w:after="20" w:line="276" w:lineRule="auto"/>
            </w:pPr>
            <w:r/>
            <w:r>
              <w:rPr>
                <w:rFonts w:ascii="宋体" w:hAnsi="宋体" w:eastAsia="宋体"/>
                <w:b w:val="0"/>
                <w:sz w:val="18"/>
              </w:rPr>
              <w:t>3分钟</w:t>
            </w:r>
          </w:p>
        </w:tc>
      </w:tr>
    </w:tbl>
    <w:p>
      <w:pPr>
        <w:spacing w:after="40"/>
      </w:pPr>
    </w:p>
    <w:p>
      <w:pPr>
        <w:spacing w:after="60" w:line="300" w:lineRule="auto"/>
      </w:pPr>
      <w:r>
        <w:rPr>
          <w:rFonts w:ascii="黑体" w:hAnsi="黑体" w:eastAsia="黑体"/>
          <w:b/>
          <w:sz w:val="21"/>
        </w:rPr>
        <w:t>三、教学过程（分栏）</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2409"/>
        <w:gridCol w:w="2409"/>
        <w:gridCol w:w="2409"/>
        <w:gridCol w:w="2409"/>
      </w:tblGrid>
      <w:tr>
        <w:trPr>
          <w:tblHeader w:val="true"/>
        </w:trPr>
        <w:tc>
          <w:tcPr>
            <w:tcW w:type="dxa" w:w="1474"/>
            <w:shd w:val="clear" w:fill="E8EEF7"/>
          </w:tcPr>
          <w:p>
            <w:pPr>
              <w:spacing w:after="20" w:line="276" w:lineRule="auto"/>
              <w:jc w:val="center"/>
            </w:pPr>
            <w:r/>
            <w:r>
              <w:rPr>
                <w:rFonts w:ascii="黑体" w:hAnsi="黑体" w:eastAsia="黑体"/>
                <w:b/>
                <w:sz w:val="18"/>
              </w:rPr>
              <w:t>教学环节</w:t>
            </w:r>
          </w:p>
        </w:tc>
        <w:tc>
          <w:tcPr>
            <w:tcW w:type="dxa" w:w="3061"/>
            <w:shd w:val="clear" w:fill="E8EEF7"/>
          </w:tcPr>
          <w:p>
            <w:pPr>
              <w:spacing w:after="20" w:line="276" w:lineRule="auto"/>
              <w:jc w:val="center"/>
            </w:pPr>
            <w:r/>
            <w:r>
              <w:rPr>
                <w:rFonts w:ascii="黑体" w:hAnsi="黑体" w:eastAsia="黑体"/>
                <w:b/>
                <w:sz w:val="18"/>
              </w:rPr>
              <w:t>教师活动</w:t>
            </w:r>
          </w:p>
        </w:tc>
        <w:tc>
          <w:tcPr>
            <w:tcW w:type="dxa" w:w="3061"/>
            <w:shd w:val="clear" w:fill="E8EEF7"/>
          </w:tcPr>
          <w:p>
            <w:pPr>
              <w:spacing w:after="20" w:line="276" w:lineRule="auto"/>
              <w:jc w:val="center"/>
            </w:pPr>
            <w:r/>
            <w:r>
              <w:rPr>
                <w:rFonts w:ascii="黑体" w:hAnsi="黑体" w:eastAsia="黑体"/>
                <w:b/>
                <w:sz w:val="18"/>
              </w:rPr>
              <w:t>学生活动</w:t>
            </w:r>
          </w:p>
        </w:tc>
        <w:tc>
          <w:tcPr>
            <w:tcW w:type="dxa" w:w="1814"/>
            <w:shd w:val="clear" w:fill="E8EEF7"/>
          </w:tcPr>
          <w:p>
            <w:pPr>
              <w:spacing w:after="20" w:line="276" w:lineRule="auto"/>
              <w:jc w:val="center"/>
            </w:pPr>
            <w:r/>
            <w:r>
              <w:rPr>
                <w:rFonts w:ascii="黑体" w:hAnsi="黑体" w:eastAsia="黑体"/>
                <w:b/>
                <w:sz w:val="18"/>
              </w:rPr>
              <w:t>设计意图</w:t>
            </w:r>
          </w:p>
        </w:tc>
      </w:tr>
      <w:tr>
        <w:tc>
          <w:tcPr>
            <w:tcW w:type="dxa" w:w="1474"/>
          </w:tcPr>
          <w:p>
            <w:pPr>
              <w:spacing w:after="20" w:line="276" w:lineRule="auto"/>
            </w:pPr>
            <w:r>
              <w:rPr>
                <w:b/>
              </w:rPr>
            </w:r>
            <w:r>
              <w:rPr>
                <w:rFonts w:ascii="宋体" w:hAnsi="宋体" w:eastAsia="宋体"/>
                <w:b/>
                <w:sz w:val="18"/>
              </w:rPr>
              <w:t>一、创设情境，导入新课</w:t>
            </w:r>
          </w:p>
        </w:tc>
        <w:tc>
          <w:tcPr>
            <w:tcW w:type="dxa" w:w="3061"/>
          </w:tcPr>
          <w:p>
            <w:pPr>
              <w:spacing w:after="20" w:line="276" w:lineRule="auto"/>
            </w:pPr>
            <w:r/>
            <w:r>
              <w:rPr>
                <w:rFonts w:ascii="宋体" w:hAnsi="宋体" w:eastAsia="宋体"/>
                <w:b w:val="0"/>
                <w:sz w:val="18"/>
              </w:rPr>
              <w:t>1.呈现情境。</w:t>
            </w:r>
          </w:p>
          <w:p>
            <w:pPr>
              <w:spacing w:after="20" w:line="276" w:lineRule="auto"/>
            </w:pPr>
            <w:r>
              <w:rPr>
                <w:rFonts w:ascii="宋体" w:hAnsi="宋体" w:eastAsia="宋体"/>
                <w:b w:val="0"/>
                <w:sz w:val="18"/>
              </w:rPr>
              <w:t>课件出示教科书P57例11情境图。</w:t>
            </w:r>
          </w:p>
          <w:p>
            <w:pPr>
              <w:spacing w:after="20" w:line="276" w:lineRule="auto"/>
            </w:pPr>
            <w:r>
              <w:rPr>
                <w:rFonts w:ascii="宋体" w:hAnsi="宋体" w:eastAsia="宋体"/>
                <w:b w:val="0"/>
                <w:sz w:val="18"/>
              </w:rPr>
              <w:t>2.提出问题。</w:t>
            </w:r>
          </w:p>
          <w:p>
            <w:pPr>
              <w:spacing w:after="20" w:line="276" w:lineRule="auto"/>
            </w:pPr>
            <w:r>
              <w:rPr>
                <w:rFonts w:ascii="宋体" w:hAnsi="宋体" w:eastAsia="宋体"/>
                <w:b w:val="0"/>
                <w:sz w:val="18"/>
              </w:rPr>
              <w:t>师：从图中可获得哪些数学信息？</w:t>
            </w:r>
          </w:p>
          <w:p>
            <w:pPr>
              <w:spacing w:after="20" w:line="276" w:lineRule="auto"/>
            </w:pPr>
            <w:r>
              <w:rPr>
                <w:rFonts w:ascii="宋体" w:hAnsi="宋体" w:eastAsia="宋体"/>
                <w:b w:val="0"/>
                <w:sz w:val="18"/>
              </w:rPr>
              <w:t>师：根据图中的信息，你能提出哪些数学问题？</w:t>
            </w:r>
          </w:p>
          <w:p>
            <w:pPr>
              <w:spacing w:after="20" w:line="276" w:lineRule="auto"/>
            </w:pPr>
            <w:r>
              <w:rPr>
                <w:rFonts w:ascii="宋体" w:hAnsi="宋体" w:eastAsia="宋体"/>
                <w:b w:val="0"/>
                <w:sz w:val="18"/>
              </w:rPr>
              <w:t>师：请尝试列式。</w:t>
            </w:r>
          </w:p>
          <w:p>
            <w:pPr>
              <w:spacing w:after="20" w:line="276" w:lineRule="auto"/>
            </w:pPr>
            <w:r>
              <w:rPr>
                <w:rFonts w:ascii="宋体" w:hAnsi="宋体" w:eastAsia="宋体"/>
                <w:b w:val="0"/>
                <w:sz w:val="18"/>
              </w:rPr>
              <w:t>3．导入新课。</w:t>
            </w:r>
          </w:p>
          <w:p>
            <w:pPr>
              <w:spacing w:after="20" w:line="276" w:lineRule="auto"/>
            </w:pPr>
            <w:r>
              <w:rPr>
                <w:rFonts w:ascii="宋体" w:hAnsi="宋体" w:eastAsia="宋体"/>
                <w:b w:val="0"/>
                <w:sz w:val="18"/>
              </w:rPr>
              <w:t>师：像这样的整千数相加、减我们还是第一次遇到吧，今天这节课我们就一起来研究整百、整千数的加、减法。(板书课题：简单的加、减法)</w:t>
            </w:r>
          </w:p>
        </w:tc>
        <w:tc>
          <w:tcPr>
            <w:tcW w:type="dxa" w:w="3061"/>
          </w:tcPr>
          <w:p>
            <w:pPr>
              <w:spacing w:after="20" w:line="276" w:lineRule="auto"/>
            </w:pPr>
            <w:r/>
            <w:r>
              <w:rPr>
                <w:rFonts w:ascii="宋体" w:hAnsi="宋体" w:eastAsia="宋体"/>
                <w:b w:val="0"/>
                <w:sz w:val="18"/>
              </w:rPr>
              <w:t>预设1：买电视和冰箱一共要花多少钱？</w:t>
            </w:r>
          </w:p>
          <w:p>
            <w:pPr>
              <w:spacing w:after="20" w:line="276" w:lineRule="auto"/>
            </w:pPr>
            <w:r>
              <w:rPr>
                <w:rFonts w:ascii="宋体" w:hAnsi="宋体" w:eastAsia="宋体"/>
                <w:b w:val="0"/>
                <w:sz w:val="18"/>
              </w:rPr>
              <w:t>预设2：冰箱比电视贵多少钱？(或电视比冰箱便宜多少钱？)</w:t>
            </w:r>
          </w:p>
          <w:p>
            <w:pPr>
              <w:spacing w:after="20" w:line="276" w:lineRule="auto"/>
            </w:pPr>
            <w:r>
              <w:rPr>
                <w:rFonts w:ascii="宋体" w:hAnsi="宋体" w:eastAsia="宋体"/>
                <w:b w:val="0"/>
                <w:sz w:val="18"/>
              </w:rPr>
              <w:t>1000＋2000，2000－1000。</w:t>
            </w:r>
          </w:p>
        </w:tc>
        <w:tc>
          <w:tcPr>
            <w:tcW w:type="dxa" w:w="1814"/>
          </w:tcPr>
          <w:p>
            <w:pPr>
              <w:spacing w:after="20" w:line="276" w:lineRule="auto"/>
            </w:pPr>
            <w:r/>
            <w:r>
              <w:rPr>
                <w:rFonts w:ascii="宋体" w:hAnsi="宋体" w:eastAsia="宋体"/>
                <w:b w:val="0"/>
                <w:sz w:val="18"/>
              </w:rPr>
              <w:t>创设情境激活学生已有经验，自然引出本课学习内容，激发学习兴趣，核心问题："从图中可获得哪些数学信息？"</w:t>
            </w:r>
          </w:p>
        </w:tc>
      </w:tr>
      <w:tr>
        <w:tc>
          <w:tcPr>
            <w:tcW w:type="dxa" w:w="1474"/>
          </w:tcPr>
          <w:p>
            <w:pPr>
              <w:spacing w:after="20" w:line="276" w:lineRule="auto"/>
            </w:pPr>
            <w:r>
              <w:rPr>
                <w:b/>
              </w:rPr>
            </w:r>
            <w:r>
              <w:rPr>
                <w:rFonts w:ascii="宋体" w:hAnsi="宋体" w:eastAsia="宋体"/>
                <w:b/>
                <w:sz w:val="18"/>
              </w:rPr>
              <w:t>二、自主探究，获取算法</w:t>
            </w:r>
          </w:p>
        </w:tc>
        <w:tc>
          <w:tcPr>
            <w:tcW w:type="dxa" w:w="3061"/>
          </w:tcPr>
          <w:p>
            <w:pPr>
              <w:spacing w:after="20" w:line="276" w:lineRule="auto"/>
            </w:pPr>
            <w:r/>
            <w:r>
              <w:rPr>
                <w:rFonts w:ascii="宋体" w:hAnsi="宋体" w:eastAsia="宋体"/>
                <w:b w:val="0"/>
                <w:sz w:val="18"/>
              </w:rPr>
              <w:t>1.探究整百、整千数的加、减法(不进位、不退位)的算法。</w:t>
            </w:r>
          </w:p>
          <w:p>
            <w:pPr>
              <w:spacing w:after="20" w:line="276" w:lineRule="auto"/>
            </w:pPr>
            <w:r>
              <w:rPr>
                <w:rFonts w:ascii="宋体" w:hAnsi="宋体" w:eastAsia="宋体"/>
                <w:b w:val="0"/>
                <w:sz w:val="18"/>
              </w:rPr>
              <w:t>(1)解决问题①：1000＋2000＝</w:t>
            </w:r>
          </w:p>
          <w:p>
            <w:pPr>
              <w:spacing w:after="20" w:line="276" w:lineRule="auto"/>
            </w:pPr>
            <w:r>
              <w:rPr>
                <w:rFonts w:ascii="宋体" w:hAnsi="宋体" w:eastAsia="宋体"/>
                <w:b w:val="0"/>
                <w:sz w:val="18"/>
              </w:rPr>
              <w:t>教师适时板书。</w:t>
            </w:r>
          </w:p>
          <w:p>
            <w:pPr>
              <w:spacing w:after="20" w:line="276" w:lineRule="auto"/>
            </w:pPr>
            <w:r>
              <w:rPr>
                <w:rFonts w:ascii="宋体" w:hAnsi="宋体" w:eastAsia="宋体"/>
                <w:b w:val="0"/>
                <w:sz w:val="18"/>
              </w:rPr>
              <w:t>师：你们喜欢用哪种方法来算呢？</w:t>
            </w:r>
          </w:p>
          <w:p>
            <w:pPr>
              <w:spacing w:after="20" w:line="276" w:lineRule="auto"/>
            </w:pPr>
            <w:r>
              <w:rPr>
                <w:rFonts w:ascii="宋体" w:hAnsi="宋体" w:eastAsia="宋体"/>
                <w:b w:val="0"/>
                <w:sz w:val="18"/>
              </w:rPr>
              <w:t>教师在指导时，注意渗透只有相同计数单位的数才能相加、减。</w:t>
            </w:r>
          </w:p>
          <w:p>
            <w:pPr>
              <w:spacing w:after="20" w:line="276" w:lineRule="auto"/>
            </w:pPr>
            <w:r>
              <w:rPr>
                <w:rFonts w:ascii="宋体" w:hAnsi="宋体" w:eastAsia="宋体"/>
                <w:b w:val="0"/>
                <w:sz w:val="18"/>
              </w:rPr>
              <w:t>(2)解决问题②：2000－1000＝</w:t>
            </w:r>
          </w:p>
          <w:p>
            <w:pPr>
              <w:spacing w:after="20" w:line="276" w:lineRule="auto"/>
            </w:pPr>
            <w:r>
              <w:rPr>
                <w:rFonts w:ascii="宋体" w:hAnsi="宋体" w:eastAsia="宋体"/>
                <w:b w:val="0"/>
                <w:sz w:val="18"/>
              </w:rPr>
              <w:t>教师适时板书。</w:t>
            </w:r>
          </w:p>
          <w:p>
            <w:pPr>
              <w:spacing w:after="20" w:line="276" w:lineRule="auto"/>
            </w:pPr>
            <w:r>
              <w:rPr>
                <w:rFonts w:ascii="宋体" w:hAnsi="宋体" w:eastAsia="宋体"/>
                <w:b w:val="0"/>
                <w:sz w:val="18"/>
              </w:rPr>
              <w:t>师：你喜欢用哪种方法来算呢？</w:t>
            </w:r>
          </w:p>
          <w:p>
            <w:pPr>
              <w:spacing w:after="20" w:line="276" w:lineRule="auto"/>
            </w:pPr>
            <w:r>
              <w:rPr>
                <w:rFonts w:ascii="宋体" w:hAnsi="宋体" w:eastAsia="宋体"/>
                <w:b w:val="0"/>
                <w:sz w:val="18"/>
              </w:rPr>
              <w:t>用计数器演示计算的过程。</w:t>
            </w:r>
          </w:p>
          <w:p>
            <w:pPr>
              <w:spacing w:after="20" w:line="276" w:lineRule="auto"/>
            </w:pPr>
            <w:r>
              <w:rPr>
                <w:rFonts w:ascii="宋体" w:hAnsi="宋体" w:eastAsia="宋体"/>
                <w:b w:val="0"/>
                <w:sz w:val="18"/>
              </w:rPr>
              <w:t>(3)及时练习。(课件出示习题)</w:t>
            </w:r>
          </w:p>
          <w:p>
            <w:pPr>
              <w:spacing w:after="20" w:line="276" w:lineRule="auto"/>
            </w:pPr>
            <w:r>
              <w:rPr>
                <w:rFonts w:ascii="宋体" w:hAnsi="宋体" w:eastAsia="宋体"/>
                <w:b w:val="0"/>
                <w:sz w:val="18"/>
              </w:rPr>
              <w:t>指名回答，重点让学生说说是怎样算的。</w:t>
            </w:r>
          </w:p>
          <w:p>
            <w:pPr>
              <w:spacing w:after="20" w:line="276" w:lineRule="auto"/>
            </w:pPr>
            <w:r>
              <w:rPr>
                <w:rFonts w:ascii="宋体" w:hAnsi="宋体" w:eastAsia="宋体"/>
                <w:b w:val="0"/>
                <w:sz w:val="18"/>
              </w:rPr>
              <w:t>2．探究整百、整千数的加、减法(进位、退位)的算法。</w:t>
            </w:r>
          </w:p>
          <w:p>
            <w:pPr>
              <w:spacing w:after="20" w:line="276" w:lineRule="auto"/>
            </w:pPr>
            <w:r>
              <w:rPr>
                <w:rFonts w:ascii="宋体" w:hAnsi="宋体" w:eastAsia="宋体"/>
                <w:b w:val="0"/>
                <w:sz w:val="18"/>
              </w:rPr>
              <w:t>课件出示教科书P57例12。</w:t>
            </w:r>
          </w:p>
          <w:p>
            <w:pPr>
              <w:spacing w:after="20" w:line="276" w:lineRule="auto"/>
            </w:pPr>
            <w:r>
              <w:rPr>
                <w:rFonts w:ascii="宋体" w:hAnsi="宋体" w:eastAsia="宋体"/>
                <w:b w:val="0"/>
                <w:sz w:val="18"/>
              </w:rPr>
              <w:t>(1)①80＋50＝130</w:t>
            </w:r>
          </w:p>
        </w:tc>
        <w:tc>
          <w:tcPr>
            <w:tcW w:type="dxa" w:w="3061"/>
          </w:tcPr>
          <w:p>
            <w:pPr>
              <w:spacing w:after="20" w:line="276" w:lineRule="auto"/>
            </w:pPr>
            <w:r/>
            <w:r>
              <w:rPr>
                <w:rFonts w:ascii="宋体" w:hAnsi="宋体" w:eastAsia="宋体"/>
                <w:b w:val="0"/>
                <w:sz w:val="18"/>
              </w:rPr>
              <w:t>学生独立思考，然后组内交流，互相说一说各自是怎样算的。</w:t>
            </w:r>
          </w:p>
          <w:p>
            <w:pPr>
              <w:spacing w:after="20" w:line="276" w:lineRule="auto"/>
            </w:pPr>
            <w:r>
              <w:rPr>
                <w:rFonts w:ascii="宋体" w:hAnsi="宋体" w:eastAsia="宋体"/>
                <w:b w:val="0"/>
                <w:sz w:val="18"/>
              </w:rPr>
              <w:t>学生汇报算法。</w:t>
            </w:r>
          </w:p>
          <w:p>
            <w:pPr>
              <w:spacing w:after="20" w:line="276" w:lineRule="auto"/>
            </w:pPr>
            <w:r>
              <w:rPr>
                <w:rFonts w:ascii="宋体" w:hAnsi="宋体" w:eastAsia="宋体"/>
                <w:b w:val="0"/>
                <w:sz w:val="18"/>
              </w:rPr>
              <w:t>预设1：数的组成：因为1个千加2个千是3个千，就是3000，所以1000＋2000＝3000。</w:t>
            </w:r>
          </w:p>
          <w:p>
            <w:pPr>
              <w:spacing w:after="20" w:line="276" w:lineRule="auto"/>
            </w:pPr>
            <w:r>
              <w:rPr>
                <w:rFonts w:ascii="宋体" w:hAnsi="宋体" w:eastAsia="宋体"/>
                <w:b w:val="0"/>
                <w:sz w:val="18"/>
              </w:rPr>
              <w:t>预设2：类推：因为1＋2＝3，所以1000＋2000＝3000。</w:t>
            </w:r>
          </w:p>
          <w:p>
            <w:pPr>
              <w:spacing w:after="20" w:line="276" w:lineRule="auto"/>
            </w:pPr>
            <w:r>
              <w:rPr>
                <w:rFonts w:ascii="宋体" w:hAnsi="宋体" w:eastAsia="宋体"/>
                <w:b w:val="0"/>
                <w:sz w:val="18"/>
              </w:rPr>
              <w:t>预设3：计数器：借助计数器来拨数，最后得出1000＋2000＝3000。</w:t>
            </w:r>
          </w:p>
          <w:p>
            <w:pPr>
              <w:spacing w:after="20" w:line="276" w:lineRule="auto"/>
            </w:pPr>
            <w:r>
              <w:rPr>
                <w:rFonts w:ascii="宋体" w:hAnsi="宋体" w:eastAsia="宋体"/>
                <w:b w:val="0"/>
                <w:sz w:val="18"/>
              </w:rPr>
              <w:t>学生独立思考，交流算法，指名汇报。</w:t>
            </w:r>
          </w:p>
          <w:p>
            <w:pPr>
              <w:spacing w:after="20" w:line="276" w:lineRule="auto"/>
            </w:pPr>
            <w:r>
              <w:rPr>
                <w:rFonts w:ascii="宋体" w:hAnsi="宋体" w:eastAsia="宋体"/>
                <w:b w:val="0"/>
                <w:sz w:val="18"/>
              </w:rPr>
              <w:t>预设1：数的组成：因为2个千减去1个千是1个千，就是1000，所以2000－1000＝1000。</w:t>
            </w:r>
          </w:p>
          <w:p>
            <w:pPr>
              <w:spacing w:after="20" w:line="276" w:lineRule="auto"/>
            </w:pPr>
            <w:r>
              <w:rPr>
                <w:rFonts w:ascii="宋体" w:hAnsi="宋体" w:eastAsia="宋体"/>
                <w:b w:val="0"/>
                <w:sz w:val="18"/>
              </w:rPr>
              <w:t>预设2：类推：因为2－1＝1，所以2000－1000＝1000。</w:t>
            </w:r>
          </w:p>
          <w:p>
            <w:pPr>
              <w:spacing w:after="20" w:line="276" w:lineRule="auto"/>
            </w:pPr>
            <w:r>
              <w:rPr>
                <w:rFonts w:ascii="宋体" w:hAnsi="宋体" w:eastAsia="宋体"/>
                <w:b w:val="0"/>
                <w:sz w:val="18"/>
              </w:rPr>
              <w:t>预设3：计数器：借助计数器来拨数，最后得出2000－1000＝1000。</w:t>
            </w:r>
          </w:p>
          <w:p>
            <w:pPr>
              <w:spacing w:after="20" w:line="276" w:lineRule="auto"/>
            </w:pPr>
            <w:r>
              <w:rPr>
                <w:rFonts w:ascii="宋体" w:hAnsi="宋体" w:eastAsia="宋体"/>
                <w:b w:val="0"/>
                <w:sz w:val="18"/>
              </w:rPr>
              <w:t>预设4：想加法算减法：因为1000＋1000＝2000，所以2000－1000＝1000。</w:t>
            </w:r>
          </w:p>
          <w:p>
            <w:pPr>
              <w:spacing w:after="20" w:line="276" w:lineRule="auto"/>
            </w:pPr>
            <w:r>
              <w:rPr>
                <w:rFonts w:ascii="宋体" w:hAnsi="宋体" w:eastAsia="宋体"/>
                <w:b w:val="0"/>
                <w:sz w:val="18"/>
              </w:rPr>
              <w:t>学生尝试解答。</w:t>
            </w:r>
          </w:p>
          <w:p>
            <w:pPr>
              <w:spacing w:after="20" w:line="276" w:lineRule="auto"/>
            </w:pPr>
            <w:r>
              <w:rPr>
                <w:rFonts w:ascii="宋体" w:hAnsi="宋体" w:eastAsia="宋体"/>
                <w:b w:val="0"/>
                <w:sz w:val="18"/>
              </w:rPr>
              <w:t>全班交流算法，教师适时板书。</w:t>
            </w:r>
          </w:p>
          <w:p>
            <w:pPr>
              <w:spacing w:after="20" w:line="276" w:lineRule="auto"/>
            </w:pPr>
            <w:r>
              <w:rPr>
                <w:rFonts w:ascii="宋体" w:hAnsi="宋体" w:eastAsia="宋体"/>
                <w:b w:val="0"/>
                <w:sz w:val="18"/>
              </w:rPr>
              <w:t>预设1：数的组成：因为8个十加5个十是13个十，就是130，所以80＋50＝130。</w:t>
            </w:r>
          </w:p>
          <w:p>
            <w:pPr>
              <w:spacing w:after="20" w:line="276" w:lineRule="auto"/>
            </w:pPr>
            <w:r>
              <w:rPr>
                <w:rFonts w:ascii="宋体" w:hAnsi="宋体" w:eastAsia="宋体"/>
                <w:b w:val="0"/>
                <w:sz w:val="18"/>
              </w:rPr>
              <w:t>预设2：类推：因为8＋5＝13，所以80＋50＝130。</w:t>
            </w:r>
          </w:p>
        </w:tc>
        <w:tc>
          <w:tcPr>
            <w:tcW w:type="dxa" w:w="1814"/>
          </w:tcPr>
          <w:p>
            <w:pPr>
              <w:spacing w:after="20" w:line="276" w:lineRule="auto"/>
            </w:pPr>
            <w:r/>
            <w:r>
              <w:rPr>
                <w:rFonts w:ascii="宋体" w:hAnsi="宋体" w:eastAsia="宋体"/>
                <w:b w:val="0"/>
                <w:sz w:val="18"/>
              </w:rPr>
              <w:t>设计递进式探究活动，引导学生在动手实践与合作交流中经历知识形成过程，突破本课重难点，核心问题："你们喜欢用哪种方法来算呢？"</w:t>
            </w:r>
          </w:p>
        </w:tc>
      </w:tr>
      <w:tr>
        <w:tc>
          <w:tcPr>
            <w:tcW w:type="dxa" w:w="1474"/>
          </w:tcPr>
          <w:p>
            <w:pPr>
              <w:spacing w:after="20" w:line="276" w:lineRule="auto"/>
            </w:pPr>
            <w:r>
              <w:rPr>
                <w:b/>
              </w:rPr>
            </w:r>
            <w:r>
              <w:rPr>
                <w:rFonts w:ascii="宋体" w:hAnsi="宋体" w:eastAsia="宋体"/>
                <w:b/>
                <w:sz w:val="18"/>
              </w:rPr>
              <w:t>②130－50＝</w:t>
            </w:r>
          </w:p>
        </w:tc>
        <w:tc>
          <w:tcPr>
            <w:tcW w:type="dxa" w:w="3061"/>
          </w:tcPr>
          <w:p>
            <w:pPr>
              <w:spacing w:after="20" w:line="276" w:lineRule="auto"/>
            </w:pPr>
            <w:r/>
            <w:r>
              <w:rPr>
                <w:rFonts w:ascii="宋体" w:hAnsi="宋体" w:eastAsia="宋体"/>
                <w:b w:val="0"/>
                <w:sz w:val="18"/>
              </w:rPr>
              <w:t>(2)①900＋600＝</w:t>
            </w:r>
          </w:p>
        </w:tc>
        <w:tc>
          <w:tcPr>
            <w:tcW w:type="dxa" w:w="3061"/>
          </w:tcPr>
          <w:p>
            <w:pPr>
              <w:spacing w:after="20" w:line="276" w:lineRule="auto"/>
            </w:pPr>
            <w:r/>
            <w:r>
              <w:rPr>
                <w:rFonts w:ascii="宋体" w:hAnsi="宋体" w:eastAsia="宋体"/>
                <w:b w:val="0"/>
                <w:sz w:val="18"/>
              </w:rPr>
              <w:t>预设1：数的组成：因为13个十减去5个十是8个十，就是80，所以130－50＝80。</w:t>
            </w:r>
          </w:p>
          <w:p>
            <w:pPr>
              <w:spacing w:after="20" w:line="276" w:lineRule="auto"/>
            </w:pPr>
            <w:r>
              <w:rPr>
                <w:rFonts w:ascii="宋体" w:hAnsi="宋体" w:eastAsia="宋体"/>
                <w:b w:val="0"/>
                <w:sz w:val="18"/>
              </w:rPr>
              <w:t>预设2：类推：因为13－5＝8，所以130－50＝80。</w:t>
            </w:r>
          </w:p>
          <w:p>
            <w:pPr>
              <w:spacing w:after="20" w:line="276" w:lineRule="auto"/>
            </w:pPr>
            <w:r>
              <w:rPr>
                <w:rFonts w:ascii="宋体" w:hAnsi="宋体" w:eastAsia="宋体"/>
                <w:b w:val="0"/>
                <w:sz w:val="18"/>
              </w:rPr>
              <w:t>预设3：想加法算减法：因为50＋80＝130，所以130－50＝80。</w:t>
            </w:r>
          </w:p>
          <w:p>
            <w:pPr>
              <w:spacing w:after="20" w:line="276" w:lineRule="auto"/>
            </w:pPr>
            <w:r>
              <w:rPr>
                <w:rFonts w:ascii="宋体" w:hAnsi="宋体" w:eastAsia="宋体"/>
                <w:b w:val="0"/>
                <w:sz w:val="18"/>
              </w:rPr>
              <w:t>预设1：数的组成：因为9个百加6个百是15个百，就是1500，所以900＋600＝1500。</w:t>
            </w:r>
          </w:p>
          <w:p>
            <w:pPr>
              <w:spacing w:after="20" w:line="276" w:lineRule="auto"/>
            </w:pPr>
            <w:r>
              <w:rPr>
                <w:rFonts w:ascii="宋体" w:hAnsi="宋体" w:eastAsia="宋体"/>
                <w:b w:val="0"/>
                <w:sz w:val="18"/>
              </w:rPr>
              <w:t>预设2：类推：因为9＋6＝15，所以900＋600＝1500。</w:t>
            </w:r>
          </w:p>
        </w:tc>
        <w:tc>
          <w:tcPr>
            <w:tcW w:type="dxa" w:w="1814"/>
          </w:tcPr>
          <w:p>
            <w:pPr>
              <w:spacing w:after="20" w:line="276" w:lineRule="auto"/>
            </w:pPr>
            <w:r/>
            <w:r>
              <w:rPr>
                <w:rFonts w:ascii="宋体" w:hAnsi="宋体" w:eastAsia="宋体"/>
                <w:b w:val="0"/>
                <w:sz w:val="18"/>
              </w:rPr>
              <w:t>围绕环节目标组织学习活动，引导学生主动参与、积极思考。</w:t>
            </w:r>
          </w:p>
        </w:tc>
      </w:tr>
      <w:tr>
        <w:tc>
          <w:tcPr>
            <w:tcW w:type="dxa" w:w="1474"/>
          </w:tcPr>
          <w:p>
            <w:pPr>
              <w:spacing w:after="20" w:line="276" w:lineRule="auto"/>
            </w:pPr>
            <w:r>
              <w:rPr>
                <w:b/>
              </w:rPr>
            </w:r>
            <w:r>
              <w:rPr>
                <w:rFonts w:ascii="宋体" w:hAnsi="宋体" w:eastAsia="宋体"/>
                <w:b/>
                <w:sz w:val="18"/>
              </w:rPr>
              <w:t>②1500－600＝</w:t>
            </w:r>
          </w:p>
        </w:tc>
        <w:tc>
          <w:tcPr>
            <w:tcW w:type="dxa" w:w="3061"/>
          </w:tcPr>
          <w:p>
            <w:pPr>
              <w:spacing w:after="20" w:line="276" w:lineRule="auto"/>
            </w:pPr>
            <w:r/>
            <w:r>
              <w:rPr>
                <w:rFonts w:ascii="宋体" w:hAnsi="宋体" w:eastAsia="宋体"/>
                <w:b w:val="0"/>
                <w:sz w:val="18"/>
              </w:rPr>
              <w:t>师：你喜欢用哪种方法来算？</w:t>
            </w:r>
          </w:p>
          <w:p>
            <w:pPr>
              <w:spacing w:after="20" w:line="276" w:lineRule="auto"/>
            </w:pPr>
            <w:r>
              <w:rPr>
                <w:rFonts w:ascii="宋体" w:hAnsi="宋体" w:eastAsia="宋体"/>
                <w:b w:val="0"/>
                <w:sz w:val="18"/>
              </w:rPr>
              <w:t>师：像这样的整千、整百、整十数的加、减法，我们利用数的组成，想成几个千(百、十)加、减几个千(百、十)进行计算比较方便，注意计数单位相同时才能相加、减。</w:t>
            </w:r>
          </w:p>
          <w:p>
            <w:pPr>
              <w:spacing w:after="20" w:line="276" w:lineRule="auto"/>
            </w:pPr>
            <w:r>
              <w:rPr>
                <w:rFonts w:ascii="宋体" w:hAnsi="宋体" w:eastAsia="宋体"/>
                <w:b w:val="0"/>
                <w:sz w:val="18"/>
              </w:rPr>
              <w:t>3．比较算法。</w:t>
            </w:r>
          </w:p>
          <w:p>
            <w:pPr>
              <w:spacing w:after="20" w:line="276" w:lineRule="auto"/>
            </w:pPr>
            <w:r>
              <w:rPr>
                <w:rFonts w:ascii="宋体" w:hAnsi="宋体" w:eastAsia="宋体"/>
                <w:b w:val="0"/>
                <w:sz w:val="18"/>
              </w:rPr>
              <w:t>师：今天学习的整百、整千数的不进位、不退位的加、减法和整百、整千数的进位、退位的加、减法在计算时有什么不同之处？计算时应注意什么？</w:t>
            </w:r>
          </w:p>
        </w:tc>
        <w:tc>
          <w:tcPr>
            <w:tcW w:type="dxa" w:w="3061"/>
          </w:tcPr>
          <w:p>
            <w:pPr>
              <w:spacing w:after="20" w:line="276" w:lineRule="auto"/>
            </w:pPr>
            <w:r/>
            <w:r>
              <w:rPr>
                <w:rFonts w:ascii="宋体" w:hAnsi="宋体" w:eastAsia="宋体"/>
                <w:b w:val="0"/>
                <w:sz w:val="18"/>
              </w:rPr>
              <w:t>预设1：数的组成：因为15个百减去6个百是9个百，就是900，所以1500－600＝900。</w:t>
            </w:r>
          </w:p>
          <w:p>
            <w:pPr>
              <w:spacing w:after="20" w:line="276" w:lineRule="auto"/>
            </w:pPr>
            <w:r>
              <w:rPr>
                <w:rFonts w:ascii="宋体" w:hAnsi="宋体" w:eastAsia="宋体"/>
                <w:b w:val="0"/>
                <w:sz w:val="18"/>
              </w:rPr>
              <w:t>预设2：类推：因为15－6＝9，所以1500－600＝900。</w:t>
            </w:r>
          </w:p>
          <w:p>
            <w:pPr>
              <w:spacing w:after="20" w:line="276" w:lineRule="auto"/>
            </w:pPr>
            <w:r>
              <w:rPr>
                <w:rFonts w:ascii="宋体" w:hAnsi="宋体" w:eastAsia="宋体"/>
                <w:b w:val="0"/>
                <w:sz w:val="18"/>
              </w:rPr>
              <w:t>预设3：想加法算减法：因为900＋600＝1500，所以1500－600＝900。</w:t>
            </w:r>
          </w:p>
          <w:p>
            <w:pPr>
              <w:spacing w:after="20" w:line="276" w:lineRule="auto"/>
            </w:pPr>
            <w:r>
              <w:rPr>
                <w:rFonts w:ascii="宋体" w:hAnsi="宋体" w:eastAsia="宋体"/>
                <w:b w:val="0"/>
                <w:sz w:val="18"/>
              </w:rPr>
              <w:t>学生自由表达。</w:t>
            </w:r>
          </w:p>
        </w:tc>
        <w:tc>
          <w:tcPr>
            <w:tcW w:type="dxa" w:w="1814"/>
          </w:tcPr>
          <w:p>
            <w:pPr>
              <w:spacing w:after="20" w:line="276" w:lineRule="auto"/>
            </w:pPr>
            <w:r/>
            <w:r>
              <w:rPr>
                <w:rFonts w:ascii="宋体" w:hAnsi="宋体" w:eastAsia="宋体"/>
                <w:b w:val="0"/>
                <w:sz w:val="18"/>
              </w:rPr>
              <w:t>围绕环节目标组织学习活动，引导学生主动参与、积极思考，核心问题："你喜欢用哪种方法来算？"</w:t>
            </w:r>
          </w:p>
        </w:tc>
      </w:tr>
      <w:tr>
        <w:tc>
          <w:tcPr>
            <w:tcW w:type="dxa" w:w="1474"/>
          </w:tcPr>
          <w:p>
            <w:pPr>
              <w:spacing w:after="20" w:line="276" w:lineRule="auto"/>
            </w:pPr>
            <w:r>
              <w:rPr>
                <w:b/>
              </w:rPr>
            </w:r>
            <w:r>
              <w:rPr>
                <w:rFonts w:ascii="宋体" w:hAnsi="宋体" w:eastAsia="宋体"/>
                <w:b/>
                <w:sz w:val="18"/>
              </w:rPr>
              <w:t>三、实际运用，深化算法</w:t>
            </w:r>
          </w:p>
        </w:tc>
        <w:tc>
          <w:tcPr>
            <w:tcW w:type="dxa" w:w="3061"/>
          </w:tcPr>
          <w:p>
            <w:pPr>
              <w:spacing w:after="20" w:line="276" w:lineRule="auto"/>
            </w:pPr>
            <w:r/>
            <w:r>
              <w:rPr>
                <w:rFonts w:ascii="宋体" w:hAnsi="宋体" w:eastAsia="宋体"/>
                <w:b w:val="0"/>
                <w:sz w:val="18"/>
              </w:rPr>
              <w:t>1.完成教科书P57“做一做”第1题。</w:t>
            </w:r>
          </w:p>
          <w:p>
            <w:pPr>
              <w:spacing w:after="20" w:line="276" w:lineRule="auto"/>
            </w:pPr>
            <w:r>
              <w:rPr>
                <w:rFonts w:ascii="宋体" w:hAnsi="宋体" w:eastAsia="宋体"/>
                <w:b w:val="0"/>
                <w:sz w:val="18"/>
              </w:rPr>
              <w:t>提示：</w:t>
            </w:r>
          </w:p>
          <w:p>
            <w:pPr>
              <w:spacing w:after="20" w:line="276" w:lineRule="auto"/>
            </w:pPr>
            <w:r>
              <w:rPr>
                <w:rFonts w:ascii="宋体" w:hAnsi="宋体" w:eastAsia="宋体"/>
                <w:b w:val="0"/>
                <w:sz w:val="18"/>
              </w:rPr>
              <w:t>第一列：几个百加、减几个百；</w:t>
            </w:r>
          </w:p>
          <w:p>
            <w:pPr>
              <w:spacing w:after="20" w:line="276" w:lineRule="auto"/>
            </w:pPr>
            <w:r>
              <w:rPr>
                <w:rFonts w:ascii="宋体" w:hAnsi="宋体" w:eastAsia="宋体"/>
                <w:b w:val="0"/>
                <w:sz w:val="18"/>
              </w:rPr>
              <w:t>第二列：几个千加、减几个千；</w:t>
            </w:r>
          </w:p>
          <w:p>
            <w:pPr>
              <w:spacing w:after="20" w:line="276" w:lineRule="auto"/>
            </w:pPr>
            <w:r>
              <w:rPr>
                <w:rFonts w:ascii="宋体" w:hAnsi="宋体" w:eastAsia="宋体"/>
                <w:b w:val="0"/>
                <w:sz w:val="18"/>
              </w:rPr>
              <w:t>第三列：把1700看出17个百，想几个百加、减几个百。</w:t>
            </w:r>
          </w:p>
          <w:p>
            <w:pPr>
              <w:spacing w:after="20" w:line="276" w:lineRule="auto"/>
            </w:pPr>
            <w:r>
              <w:rPr>
                <w:rFonts w:ascii="宋体" w:hAnsi="宋体" w:eastAsia="宋体"/>
                <w:b w:val="0"/>
                <w:sz w:val="18"/>
              </w:rPr>
              <w:t>2．完成教科书P57“做一做”第2题。</w:t>
            </w:r>
          </w:p>
          <w:p>
            <w:pPr>
              <w:spacing w:after="20" w:line="276" w:lineRule="auto"/>
            </w:pPr>
            <w:r>
              <w:rPr>
                <w:rFonts w:ascii="宋体" w:hAnsi="宋体" w:eastAsia="宋体"/>
                <w:b w:val="0"/>
                <w:sz w:val="18"/>
              </w:rPr>
              <w:t>(1)指名汇报从题中获得的数学信息。</w:t>
            </w:r>
          </w:p>
          <w:p>
            <w:pPr>
              <w:spacing w:after="20" w:line="276" w:lineRule="auto"/>
            </w:pPr>
            <w:r>
              <w:rPr>
                <w:rFonts w:ascii="宋体" w:hAnsi="宋体" w:eastAsia="宋体"/>
                <w:b w:val="0"/>
                <w:sz w:val="18"/>
              </w:rPr>
              <w:t>(2)学生自主提出数学问题并进行解答。</w:t>
            </w:r>
          </w:p>
          <w:p>
            <w:pPr>
              <w:spacing w:after="20" w:line="276" w:lineRule="auto"/>
            </w:pPr>
            <w:r>
              <w:rPr>
                <w:rFonts w:ascii="宋体" w:hAnsi="宋体" w:eastAsia="宋体"/>
                <w:b w:val="0"/>
                <w:sz w:val="18"/>
              </w:rPr>
              <w:t>(3)全班交流，重点分析数量关系，说明计算方法。</w:t>
            </w:r>
          </w:p>
          <w:p>
            <w:pPr>
              <w:spacing w:after="20" w:line="276" w:lineRule="auto"/>
            </w:pPr>
            <w:r>
              <w:rPr>
                <w:rFonts w:ascii="宋体" w:hAnsi="宋体" w:eastAsia="宋体"/>
                <w:b w:val="0"/>
                <w:sz w:val="18"/>
              </w:rPr>
              <w:t>3．猜数。</w:t>
            </w:r>
          </w:p>
        </w:tc>
        <w:tc>
          <w:tcPr>
            <w:tcW w:type="dxa" w:w="3061"/>
          </w:tcPr>
          <w:p>
            <w:pPr>
              <w:spacing w:after="20" w:line="276" w:lineRule="auto"/>
            </w:pPr>
            <w:r/>
            <w:r>
              <w:rPr>
                <w:rFonts w:ascii="宋体" w:hAnsi="宋体" w:eastAsia="宋体"/>
                <w:b w:val="0"/>
                <w:sz w:val="18"/>
              </w:rPr>
              <w:t>——</w:t>
            </w:r>
          </w:p>
        </w:tc>
        <w:tc>
          <w:tcPr>
            <w:tcW w:type="dxa" w:w="1814"/>
          </w:tcPr>
          <w:p>
            <w:pPr>
              <w:spacing w:after="20" w:line="276" w:lineRule="auto"/>
            </w:pPr>
            <w:r/>
            <w:r>
              <w:rPr>
                <w:rFonts w:ascii="宋体" w:hAnsi="宋体" w:eastAsia="宋体"/>
                <w:b w:val="0"/>
                <w:sz w:val="18"/>
              </w:rPr>
              <w:t>通过有层次的练习及时反馈学情，巩固新知，培养学生灵活运用知识解决问题的能力。</w:t>
            </w:r>
          </w:p>
        </w:tc>
      </w:tr>
      <w:tr>
        <w:tc>
          <w:tcPr>
            <w:tcW w:type="dxa" w:w="1474"/>
          </w:tcPr>
          <w:p>
            <w:pPr>
              <w:spacing w:after="20" w:line="276" w:lineRule="auto"/>
            </w:pPr>
            <w:r>
              <w:rPr>
                <w:b/>
              </w:rPr>
            </w:r>
            <w:r>
              <w:rPr>
                <w:rFonts w:ascii="宋体" w:hAnsi="宋体" w:eastAsia="宋体"/>
                <w:b/>
                <w:sz w:val="18"/>
              </w:rPr>
              <w:t>课件出示习题</w:t>
            </w:r>
          </w:p>
        </w:tc>
        <w:tc>
          <w:tcPr>
            <w:tcW w:type="dxa" w:w="3061"/>
          </w:tcPr>
          <w:p>
            <w:pPr>
              <w:spacing w:after="20" w:line="276" w:lineRule="auto"/>
            </w:pPr>
            <w:r/>
            <w:r>
              <w:rPr>
                <w:rFonts w:ascii="宋体" w:hAnsi="宋体" w:eastAsia="宋体"/>
                <w:b w:val="0"/>
                <w:sz w:val="18"/>
              </w:rPr>
              <w:t>□里面藏着几？</w:t>
            </w:r>
          </w:p>
          <w:p>
            <w:pPr>
              <w:spacing w:after="20" w:line="276" w:lineRule="auto"/>
            </w:pPr>
            <w:r>
              <w:rPr>
                <w:rFonts w:ascii="宋体" w:hAnsi="宋体" w:eastAsia="宋体"/>
                <w:b w:val="0"/>
                <w:sz w:val="18"/>
              </w:rPr>
              <w:t>500＋□＝800　　　　　□＋70＝210</w:t>
            </w:r>
          </w:p>
          <w:p>
            <w:pPr>
              <w:spacing w:after="20" w:line="276" w:lineRule="auto"/>
            </w:pPr>
            <w:r>
              <w:rPr>
                <w:rFonts w:ascii="宋体" w:hAnsi="宋体" w:eastAsia="宋体"/>
                <w:b w:val="0"/>
                <w:sz w:val="18"/>
              </w:rPr>
              <w:t>7000－□＝2000        □－60＝60</w:t>
            </w:r>
          </w:p>
          <w:p>
            <w:pPr>
              <w:spacing w:after="20" w:line="276" w:lineRule="auto"/>
            </w:pPr>
            <w:r>
              <w:rPr>
                <w:rFonts w:ascii="宋体" w:hAnsi="宋体" w:eastAsia="宋体"/>
                <w:b w:val="0"/>
                <w:sz w:val="18"/>
              </w:rPr>
              <w:t>师：说一说你是怎么想的。</w:t>
            </w:r>
          </w:p>
          <w:p>
            <w:pPr>
              <w:spacing w:after="20" w:line="276" w:lineRule="auto"/>
            </w:pPr>
            <w:r>
              <w:rPr>
                <w:rFonts w:ascii="宋体" w:hAnsi="宋体" w:eastAsia="宋体"/>
                <w:b w:val="0"/>
                <w:sz w:val="18"/>
              </w:rPr>
              <w:t>教师表扬能够简洁表达自己想法的学生。</w:t>
            </w:r>
          </w:p>
        </w:tc>
        <w:tc>
          <w:tcPr>
            <w:tcW w:type="dxa" w:w="3061"/>
          </w:tcPr>
          <w:p>
            <w:pPr>
              <w:spacing w:after="20" w:line="276" w:lineRule="auto"/>
            </w:pPr>
            <w:r/>
            <w:r>
              <w:rPr>
                <w:rFonts w:ascii="宋体" w:hAnsi="宋体" w:eastAsia="宋体"/>
                <w:b w:val="0"/>
                <w:sz w:val="18"/>
              </w:rPr>
              <w:t>学生独立完成，然后小组讨论。</w:t>
            </w:r>
          </w:p>
          <w:p>
            <w:pPr>
              <w:spacing w:after="20" w:line="276" w:lineRule="auto"/>
            </w:pPr>
            <w:r>
              <w:rPr>
                <w:rFonts w:ascii="宋体" w:hAnsi="宋体" w:eastAsia="宋体"/>
                <w:b w:val="0"/>
                <w:sz w:val="18"/>
              </w:rPr>
              <w:t>小组派代表填空，然后表达自己的思路。</w:t>
            </w:r>
          </w:p>
          <w:p>
            <w:pPr>
              <w:spacing w:after="20" w:line="276" w:lineRule="auto"/>
            </w:pPr>
            <w:r>
              <w:rPr>
                <w:rFonts w:ascii="宋体" w:hAnsi="宋体" w:eastAsia="宋体"/>
                <w:b w:val="0"/>
                <w:sz w:val="18"/>
              </w:rPr>
              <w:t>预设1：借助计数器，拨一拨。</w:t>
            </w:r>
          </w:p>
          <w:p>
            <w:pPr>
              <w:spacing w:after="20" w:line="276" w:lineRule="auto"/>
            </w:pPr>
            <w:r>
              <w:rPr>
                <w:rFonts w:ascii="宋体" w:hAnsi="宋体" w:eastAsia="宋体"/>
                <w:b w:val="0"/>
                <w:sz w:val="18"/>
              </w:rPr>
              <w:t>预设2：想加法算减法，想减法算加法。</w:t>
            </w:r>
          </w:p>
          <w:p>
            <w:pPr>
              <w:spacing w:after="20" w:line="276" w:lineRule="auto"/>
            </w:pPr>
            <w:r>
              <w:rPr>
                <w:rFonts w:ascii="宋体" w:hAnsi="宋体" w:eastAsia="宋体"/>
                <w:b w:val="0"/>
                <w:sz w:val="18"/>
              </w:rPr>
              <w:t>预设3：根据数的组成去分析。</w:t>
            </w:r>
          </w:p>
          <w:p>
            <w:pPr>
              <w:spacing w:after="20" w:line="276" w:lineRule="auto"/>
            </w:pPr>
            <w:r>
              <w:rPr>
                <w:rFonts w:ascii="宋体" w:hAnsi="宋体" w:eastAsia="宋体"/>
                <w:b w:val="0"/>
                <w:sz w:val="18"/>
              </w:rPr>
              <w:t>学生自由表达，言之有理即可。</w:t>
            </w:r>
          </w:p>
        </w:tc>
        <w:tc>
          <w:tcPr>
            <w:tcW w:type="dxa" w:w="1814"/>
          </w:tcPr>
          <w:p>
            <w:pPr>
              <w:spacing w:after="20" w:line="276" w:lineRule="auto"/>
            </w:pPr>
            <w:r/>
            <w:r>
              <w:rPr>
                <w:rFonts w:ascii="宋体" w:hAnsi="宋体" w:eastAsia="宋体"/>
                <w:b w:val="0"/>
                <w:sz w:val="18"/>
              </w:rPr>
              <w:t>围绕环节目标组织学习活动，引导学生主动参与、积极思考。</w:t>
            </w:r>
          </w:p>
        </w:tc>
      </w:tr>
      <w:tr>
        <w:tc>
          <w:tcPr>
            <w:tcW w:type="dxa" w:w="1474"/>
          </w:tcPr>
          <w:p>
            <w:pPr>
              <w:spacing w:after="20" w:line="276" w:lineRule="auto"/>
            </w:pPr>
            <w:r>
              <w:rPr>
                <w:b/>
              </w:rPr>
            </w:r>
            <w:r>
              <w:rPr>
                <w:rFonts w:ascii="宋体" w:hAnsi="宋体" w:eastAsia="宋体"/>
                <w:b/>
                <w:sz w:val="18"/>
              </w:rPr>
              <w:t>四、课堂小结</w:t>
            </w:r>
          </w:p>
        </w:tc>
        <w:tc>
          <w:tcPr>
            <w:tcW w:type="dxa" w:w="3061"/>
          </w:tcPr>
          <w:p>
            <w:pPr>
              <w:spacing w:after="20" w:line="276" w:lineRule="auto"/>
            </w:pPr>
            <w:r/>
            <w:r>
              <w:rPr>
                <w:rFonts w:ascii="宋体" w:hAnsi="宋体" w:eastAsia="宋体"/>
                <w:b w:val="0"/>
                <w:sz w:val="18"/>
              </w:rPr>
              <w:t>师：今天我们学习了整百、整千数的加、减法，大家有什么收获？在实际计算时应注意什么？</w:t>
            </w:r>
          </w:p>
        </w:tc>
        <w:tc>
          <w:tcPr>
            <w:tcW w:type="dxa" w:w="3061"/>
          </w:tcPr>
          <w:p>
            <w:pPr>
              <w:spacing w:after="20" w:line="276" w:lineRule="auto"/>
            </w:pPr>
            <w:r/>
            <w:r>
              <w:rPr>
                <w:rFonts w:ascii="宋体" w:hAnsi="宋体" w:eastAsia="宋体"/>
                <w:b w:val="0"/>
                <w:sz w:val="18"/>
              </w:rPr>
              <w:t>——</w:t>
            </w:r>
          </w:p>
        </w:tc>
        <w:tc>
          <w:tcPr>
            <w:tcW w:type="dxa" w:w="1814"/>
          </w:tcPr>
          <w:p>
            <w:pPr>
              <w:spacing w:after="20" w:line="276" w:lineRule="auto"/>
            </w:pPr>
            <w:r/>
            <w:r>
              <w:rPr>
                <w:rFonts w:ascii="宋体" w:hAnsi="宋体" w:eastAsia="宋体"/>
                <w:b w:val="0"/>
                <w:sz w:val="18"/>
              </w:rPr>
              <w:t>通过熟悉的购物情境，引发学生积极思考，在已有经验的逐步推进下，让学生了解不进位的整百、整千数的加法和不退位的整百、整千数的减法的原理，回到数位中去分析数的意义，从而明白其中的算理。引导从直观的数的组成进行分析，借助学具计数器进行观察，让学生积累直观感受的经验，理解并总结出其中的算理算法。鼓励学生自主探究、积极思考不同的算法，只要方法合理就给予肯定，在交流中体会算法的多样化，在比较分析中实现算法的优化，培养学生思考和解决问题的能力。</w:t>
            </w:r>
          </w:p>
        </w:tc>
      </w:tr>
    </w:tbl>
    <w:p>
      <w:pPr>
        <w:spacing w:after="40"/>
      </w:pPr>
    </w:p>
    <w:p>
      <w:pPr>
        <w:spacing w:after="60" w:line="300" w:lineRule="auto"/>
      </w:pPr>
      <w:r>
        <w:rPr>
          <w:rFonts w:ascii="黑体" w:hAnsi="黑体" w:eastAsia="黑体"/>
          <w:b/>
          <w:sz w:val="21"/>
        </w:rPr>
        <w:t>四、板书设计</w:t>
      </w:r>
    </w:p>
    <w:p>
      <w:pPr>
        <w:spacing w:after="40" w:line="300" w:lineRule="auto"/>
      </w:pPr>
      <w:r>
        <w:rPr>
          <w:rFonts w:ascii="宋体" w:hAnsi="宋体" w:eastAsia="宋体"/>
          <w:b w:val="0"/>
          <w:sz w:val="20"/>
        </w:rPr>
        <w:t>简单的加、减法</w:t>
      </w:r>
    </w:p>
    <w:p>
      <w:pPr>
        <w:spacing w:after="40" w:line="300" w:lineRule="auto"/>
      </w:pPr>
      <w:r>
        <w:rPr>
          <w:rFonts w:ascii="宋体" w:hAnsi="宋体" w:eastAsia="宋体"/>
          <w:b w:val="0"/>
          <w:sz w:val="20"/>
        </w:rPr>
        <w:t>1000＋2000＝3000　1个千＋2个千＝3个千</w:t>
      </w:r>
    </w:p>
    <w:p>
      <w:pPr>
        <w:spacing w:after="40" w:line="300" w:lineRule="auto"/>
      </w:pPr>
      <w:r>
        <w:rPr>
          <w:rFonts w:ascii="宋体" w:hAnsi="宋体" w:eastAsia="宋体"/>
          <w:b w:val="0"/>
          <w:sz w:val="20"/>
        </w:rPr>
        <w:t>2000－1000＝1000　2个千－1个千＝1个千</w:t>
      </w:r>
    </w:p>
    <w:p>
      <w:pPr>
        <w:spacing w:after="40" w:line="300" w:lineRule="auto"/>
      </w:pPr>
      <w:r>
        <w:rPr>
          <w:rFonts w:ascii="宋体" w:hAnsi="宋体" w:eastAsia="宋体"/>
          <w:b w:val="0"/>
          <w:sz w:val="20"/>
        </w:rPr>
        <w:t>80＋50＝130　8个十＋5个十＝13个十</w:t>
      </w:r>
    </w:p>
    <w:p>
      <w:pPr>
        <w:spacing w:after="40" w:line="300" w:lineRule="auto"/>
      </w:pPr>
      <w:r>
        <w:rPr>
          <w:rFonts w:ascii="宋体" w:hAnsi="宋体" w:eastAsia="宋体"/>
          <w:b w:val="0"/>
          <w:sz w:val="20"/>
        </w:rPr>
        <w:t>130－50＝80　13个十－5个十＝8个十</w:t>
      </w:r>
    </w:p>
    <w:p>
      <w:pPr>
        <w:spacing w:after="40" w:line="300" w:lineRule="auto"/>
      </w:pPr>
      <w:r>
        <w:rPr>
          <w:rFonts w:ascii="宋体" w:hAnsi="宋体" w:eastAsia="宋体"/>
          <w:b w:val="0"/>
          <w:sz w:val="20"/>
        </w:rPr>
        <w:t>900＋600＝1500　9个百＋6个百＝15个百</w:t>
      </w:r>
    </w:p>
    <w:p>
      <w:pPr>
        <w:spacing w:after="40" w:line="300" w:lineRule="auto"/>
      </w:pPr>
      <w:r>
        <w:rPr>
          <w:rFonts w:ascii="宋体" w:hAnsi="宋体" w:eastAsia="宋体"/>
          <w:b w:val="0"/>
          <w:sz w:val="20"/>
        </w:rPr>
        <w:t>1500－600＝900　15个百－6个百＝9个百</w:t>
      </w:r>
    </w:p>
    <w:p>
      <w:pPr>
        <w:spacing w:after="60" w:line="300" w:lineRule="auto"/>
      </w:pPr>
      <w:r>
        <w:rPr>
          <w:rFonts w:ascii="黑体" w:hAnsi="黑体" w:eastAsia="黑体"/>
          <w:b/>
          <w:sz w:val="21"/>
        </w:rPr>
        <w:t>五、作业设计</w:t>
      </w:r>
    </w:p>
    <w:p>
      <w:pPr>
        <w:spacing w:after="40" w:line="300" w:lineRule="auto"/>
        <w:ind w:firstLine="400"/>
      </w:pPr>
      <w:r>
        <w:rPr>
          <w:rFonts w:ascii="宋体" w:hAnsi="宋体" w:eastAsia="宋体"/>
          <w:b w:val="0"/>
          <w:sz w:val="20"/>
        </w:rPr>
        <w:t>课前预设作业：</w:t>
      </w:r>
    </w:p>
    <w:p>
      <w:pPr>
        <w:spacing w:after="40" w:line="300" w:lineRule="auto"/>
        <w:ind w:firstLine="400"/>
      </w:pPr>
      <w:r>
        <w:rPr>
          <w:rFonts w:ascii="宋体" w:hAnsi="宋体" w:eastAsia="宋体"/>
          <w:b w:val="0"/>
          <w:sz w:val="20"/>
        </w:rPr>
        <w:t>① 教科书P57例11、例12，教科书P57“做一做”。</w:t>
      </w:r>
    </w:p>
    <w:p>
      <w:pPr>
        <w:spacing w:after="40" w:line="300" w:lineRule="auto"/>
        <w:ind w:firstLine="400"/>
      </w:pPr>
      <w:r>
        <w:rPr>
          <w:rFonts w:ascii="宋体" w:hAnsi="宋体" w:eastAsia="宋体"/>
          <w:b w:val="0"/>
          <w:sz w:val="20"/>
        </w:rPr>
        <w:t>课后跟进作业：教学任务完成后，据学生课堂反馈调整——可安排①《数学作业本》对应课时的巩固练习；②说题或动手操作类实践作业（视学情选用，一、二年级不布置书面家庭作业）。</w:t>
      </w:r>
    </w:p>
    <w:p>
      <w:pPr>
        <w:spacing w:after="60" w:line="300" w:lineRule="auto"/>
      </w:pPr>
      <w:r>
        <w:rPr>
          <w:rFonts w:ascii="黑体" w:hAnsi="黑体" w:eastAsia="黑体"/>
          <w:b/>
          <w:sz w:val="21"/>
        </w:rPr>
        <w:t>六、课后反思</w:t>
      </w:r>
    </w:p>
    <w:p>
      <w:pPr>
        <w:spacing w:after="20" w:line="300" w:lineRule="auto"/>
      </w:pPr>
      <w:r>
        <w:rPr>
          <w:rFonts w:ascii="宋体" w:hAnsi="宋体" w:eastAsia="宋体"/>
          <w:b w:val="0"/>
          <w:sz w:val="20"/>
        </w:rPr>
        <w:t>1．实际教学过程与课前预设之间的差距如何？如果有差距，你是如何处理的？</w:t>
      </w:r>
    </w:p>
    <w:p>
      <w:pPr>
        <w:spacing w:after="40" w:line="300" w:lineRule="auto"/>
      </w:pPr>
      <w:r>
        <w:rPr>
          <w:rFonts w:ascii="楷体" w:hAnsi="楷体" w:eastAsia="楷体"/>
          <w:b w:val="0"/>
          <w:sz w:val="20"/>
        </w:rPr>
        <w:t>＿＿＿＿＿＿＿＿＿＿＿＿＿＿＿＿＿＿＿＿＿＿＿＿＿＿＿＿＿＿＿＿＿＿＿＿</w:t>
      </w:r>
    </w:p>
    <w:p>
      <w:pPr>
        <w:spacing w:after="20" w:line="300" w:lineRule="auto"/>
      </w:pPr>
      <w:r>
        <w:rPr>
          <w:rFonts w:ascii="宋体" w:hAnsi="宋体" w:eastAsia="宋体"/>
          <w:b w:val="0"/>
          <w:sz w:val="20"/>
        </w:rPr>
        <w:t>2．学生是否都有了公平学习的机会？</w:t>
      </w:r>
    </w:p>
    <w:p>
      <w:pPr>
        <w:spacing w:after="40" w:line="300" w:lineRule="auto"/>
      </w:pPr>
      <w:r>
        <w:rPr>
          <w:rFonts w:ascii="楷体" w:hAnsi="楷体" w:eastAsia="楷体"/>
          <w:b w:val="0"/>
          <w:sz w:val="20"/>
        </w:rPr>
        <w:t>＿＿＿＿＿＿＿＿＿＿＿＿＿＿＿＿＿＿＿＿＿＿＿＿＿＿＿＿＿＿＿＿＿＿＿＿</w:t>
      </w:r>
    </w:p>
    <w:p>
      <w:pPr>
        <w:spacing w:after="20" w:line="300" w:lineRule="auto"/>
      </w:pPr>
      <w:r>
        <w:rPr>
          <w:rFonts w:ascii="宋体" w:hAnsi="宋体" w:eastAsia="宋体"/>
          <w:b w:val="0"/>
          <w:sz w:val="20"/>
        </w:rPr>
        <w:t>3．教学中还存在哪些问题？哪个问题显得最为关键？打算在后续的教学中如何改进？</w:t>
      </w:r>
    </w:p>
    <w:p>
      <w:pPr>
        <w:spacing w:after="40" w:line="300" w:lineRule="auto"/>
      </w:pPr>
      <w:r>
        <w:rPr>
          <w:rFonts w:ascii="楷体" w:hAnsi="楷体" w:eastAsia="楷体"/>
          <w:b w:val="0"/>
          <w:sz w:val="20"/>
        </w:rPr>
        <w:t>＿＿＿＿＿＿＿＿＿＿＿＿＿＿＿＿＿＿＿＿＿＿＿＿＿＿＿＿＿＿＿＿＿＿＿＿</w:t>
      </w:r>
    </w:p>
    <w:p>
      <w:pPr>
        <w:spacing w:after="40" w:line="300" w:lineRule="auto"/>
        <w:ind w:firstLine="380"/>
      </w:pPr>
      <w:r>
        <w:rPr>
          <w:rFonts w:ascii="楷体" w:hAnsi="楷体" w:eastAsia="楷体"/>
          <w:b w:val="0"/>
          <w:color w:val="606060"/>
          <w:sz w:val="19"/>
        </w:rPr>
        <w:t>【原教学设计反思（供参考）】学生有计算20以内的进位加法、退位减法的基础，以及100以内的笔算加、减法的基础。在本节课中，让学生分析数的组成，完成几百加、减几百及几千加、减几千的计算之后，再从组成又还原成具体的数。归结到最后还是渗透相同的计算单位才能相加、减的算理。学生在学习的过程中，偏向于对同一数位上的数字直接相加、减，但在理解表达过程中却又有部分学生说不清其中的算理。在教学中要注重让学生表达每个数位上数的意义，再来进行加、减法的教学，并让学生理解其中的算理。</w:t>
      </w:r>
    </w:p>
    <w:p>
      <w:r>
        <w:br w:type="page"/>
      </w:r>
    </w:p>
    <w:p>
      <w:pPr>
        <w:spacing w:after="80" w:line="300" w:lineRule="auto"/>
      </w:pPr>
      <w:r>
        <w:rPr>
          <w:rFonts w:ascii="黑体" w:hAnsi="黑体" w:eastAsia="黑体"/>
          <w:b/>
          <w:sz w:val="24"/>
        </w:rPr>
        <w:t>二、课时教学方案（第11课时）</w:t>
      </w:r>
    </w:p>
    <w:p>
      <w:pPr>
        <w:spacing w:after="80" w:line="300" w:lineRule="auto"/>
      </w:pPr>
      <w:r>
        <w:rPr>
          <w:rFonts w:ascii="黑体" w:hAnsi="黑体" w:eastAsia="黑体"/>
          <w:b/>
          <w:sz w:val="24"/>
        </w:rPr>
        <w:t>第11课时　整理和复习</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4819"/>
        <w:gridCol w:w="4819"/>
      </w:tblGrid>
      <w:tr>
        <w:trPr>
          <w:tblHeader w:val="true"/>
        </w:trPr>
        <w:tc>
          <w:tcPr>
            <w:tcW w:type="dxa" w:w="3402"/>
            <w:shd w:val="clear" w:fill="E8EEF7"/>
          </w:tcPr>
          <w:p>
            <w:pPr>
              <w:spacing w:after="20" w:line="276" w:lineRule="auto"/>
              <w:jc w:val="center"/>
            </w:pPr>
            <w:r/>
            <w:r>
              <w:rPr>
                <w:rFonts w:ascii="黑体" w:hAnsi="黑体" w:eastAsia="黑体"/>
                <w:b/>
                <w:sz w:val="18"/>
              </w:rPr>
              <w:t>课题名称</w:t>
            </w:r>
          </w:p>
        </w:tc>
        <w:tc>
          <w:tcPr>
            <w:tcW w:type="dxa" w:w="6009"/>
            <w:shd w:val="clear" w:fill="E8EEF7"/>
          </w:tcPr>
          <w:p>
            <w:pPr>
              <w:spacing w:after="20" w:line="276" w:lineRule="auto"/>
              <w:jc w:val="center"/>
            </w:pPr>
            <w:r/>
            <w:r>
              <w:rPr>
                <w:rFonts w:ascii="黑体" w:hAnsi="黑体" w:eastAsia="黑体"/>
                <w:b/>
                <w:sz w:val="18"/>
              </w:rPr>
              <w:t>所属主题</w:t>
            </w:r>
          </w:p>
        </w:tc>
      </w:tr>
      <w:tr>
        <w:tc>
          <w:tcPr>
            <w:tcW w:type="dxa" w:w="3402"/>
          </w:tcPr>
          <w:p>
            <w:pPr>
              <w:spacing w:after="20" w:line="276" w:lineRule="auto"/>
            </w:pPr>
            <w:r/>
            <w:r>
              <w:rPr>
                <w:rFonts w:ascii="宋体" w:hAnsi="宋体" w:eastAsia="宋体"/>
                <w:b/>
                <w:sz w:val="20"/>
              </w:rPr>
              <w:t>第11课时　整理和复习</w:t>
            </w:r>
          </w:p>
        </w:tc>
        <w:tc>
          <w:tcPr>
            <w:tcW w:type="dxa" w:w="6009"/>
          </w:tcPr>
          <w:p>
            <w:pPr>
              <w:spacing w:after="20" w:line="276" w:lineRule="auto"/>
            </w:pPr>
            <w:r/>
            <w:r>
              <w:rPr>
                <w:rFonts w:ascii="宋体" w:hAnsi="宋体" w:eastAsia="宋体"/>
                <w:b w:val="0"/>
                <w:sz w:val="20"/>
              </w:rPr>
              <w:t>第3单元 万以内数的认识</w:t>
            </w:r>
          </w:p>
        </w:tc>
      </w:tr>
    </w:tbl>
    <w:p>
      <w:pPr>
        <w:spacing w:after="40"/>
      </w:pPr>
    </w:p>
    <w:p>
      <w:pPr>
        <w:spacing w:after="60" w:line="300" w:lineRule="auto"/>
      </w:pPr>
      <w:r>
        <w:rPr>
          <w:rFonts w:ascii="黑体" w:hAnsi="黑体" w:eastAsia="黑体"/>
          <w:b/>
          <w:sz w:val="21"/>
        </w:rPr>
        <w:t>一、课前思考</w:t>
      </w:r>
    </w:p>
    <w:p>
      <w:pPr>
        <w:spacing w:after="20" w:line="300" w:lineRule="auto"/>
      </w:pPr>
      <w:r>
        <w:rPr>
          <w:rFonts w:ascii="黑体" w:hAnsi="黑体" w:eastAsia="黑体"/>
          <w:b/>
          <w:sz w:val="21"/>
        </w:rPr>
        <w:t>1．学情诊断与分析</w:t>
      </w:r>
    </w:p>
    <w:p>
      <w:pPr>
        <w:spacing w:after="80" w:line="300" w:lineRule="auto"/>
        <w:ind w:firstLine="400"/>
      </w:pPr>
      <w:r>
        <w:rPr>
          <w:rFonts w:ascii="宋体" w:hAnsi="宋体" w:eastAsia="宋体"/>
          <w:b w:val="0"/>
          <w:sz w:val="20"/>
        </w:rPr>
        <w:t>单元学情：【学情分析】</w:t>
      </w:r>
    </w:p>
    <w:p>
      <w:pPr>
        <w:spacing w:after="80" w:line="300" w:lineRule="auto"/>
        <w:ind w:firstLine="400"/>
      </w:pPr>
      <w:r>
        <w:rPr>
          <w:rFonts w:ascii="宋体" w:hAnsi="宋体" w:eastAsia="宋体"/>
          <w:b w:val="0"/>
          <w:sz w:val="20"/>
        </w:rPr>
        <w:t>根据儿童的年龄特征和心理发展规律，自然数的认识由小到大，逐步扩大。学生已经认识了百以内的数，本次学习“万以内数的认识”是对前面知识的拓展。虽然数在生活中的应用范围较广，但学生接触大数的机会并不多。教学时，要以直观为主，将抽象的数形象化，贯穿整个单元教学的始终，进而培养学生对数学学习的兴趣，逐步发展学生的数感。</w:t>
      </w:r>
    </w:p>
    <w:p>
      <w:pPr>
        <w:spacing w:after="80" w:line="300" w:lineRule="auto"/>
        <w:ind w:firstLine="400"/>
      </w:pPr>
      <w:r>
        <w:rPr>
          <w:rFonts w:ascii="宋体" w:hAnsi="宋体" w:eastAsia="宋体"/>
          <w:b w:val="0"/>
          <w:sz w:val="20"/>
        </w:rPr>
        <w:t>【教学策略】</w:t>
      </w:r>
    </w:p>
    <w:p>
      <w:pPr>
        <w:spacing w:after="80" w:line="300" w:lineRule="auto"/>
        <w:ind w:firstLine="400"/>
      </w:pPr>
      <w:r>
        <w:rPr>
          <w:rFonts w:ascii="宋体" w:hAnsi="宋体" w:eastAsia="宋体"/>
          <w:b w:val="0"/>
          <w:sz w:val="20"/>
        </w:rPr>
        <w:t>本课学情：结合本班实际，诊断学生完成本课时任务的起点与可能的困难。</w:t>
      </w:r>
    </w:p>
    <w:p>
      <w:pPr>
        <w:spacing w:after="20" w:line="300" w:lineRule="auto"/>
      </w:pPr>
      <w:r>
        <w:rPr>
          <w:rFonts w:ascii="黑体" w:hAnsi="黑体" w:eastAsia="黑体"/>
          <w:b/>
          <w:sz w:val="21"/>
        </w:rPr>
        <w:t>2．教材分析与教学材料选择</w:t>
      </w:r>
    </w:p>
    <w:p>
      <w:pPr>
        <w:spacing w:after="80" w:line="300" w:lineRule="auto"/>
        <w:ind w:firstLine="400"/>
      </w:pPr>
      <w:r>
        <w:rPr>
          <w:rFonts w:ascii="宋体" w:hAnsi="宋体" w:eastAsia="宋体"/>
          <w:b w:val="0"/>
          <w:sz w:val="20"/>
        </w:rPr>
        <w:t>教学内容：教科书P60“整理和复习”，教科书P61～62“练一练”第1～9*题。</w:t>
      </w:r>
    </w:p>
    <w:p>
      <w:pPr>
        <w:spacing w:after="80" w:line="300" w:lineRule="auto"/>
        <w:ind w:firstLine="400"/>
      </w:pPr>
      <w:r>
        <w:rPr>
          <w:rFonts w:ascii="宋体" w:hAnsi="宋体" w:eastAsia="宋体"/>
          <w:b w:val="0"/>
          <w:sz w:val="20"/>
        </w:rPr>
        <w:t>教学准备：课件。</w:t>
      </w:r>
    </w:p>
    <w:p>
      <w:pPr>
        <w:spacing w:after="20" w:line="300" w:lineRule="auto"/>
      </w:pPr>
      <w:r>
        <w:rPr>
          <w:rFonts w:ascii="黑体" w:hAnsi="黑体" w:eastAsia="黑体"/>
          <w:b/>
          <w:sz w:val="21"/>
        </w:rPr>
        <w:t>3．具体目标阐述与教学重难点</w:t>
      </w:r>
    </w:p>
    <w:p>
      <w:pPr>
        <w:spacing w:after="20" w:line="300" w:lineRule="auto"/>
      </w:pPr>
      <w:r>
        <w:rPr>
          <w:rFonts w:ascii="黑体" w:hAnsi="黑体" w:eastAsia="黑体"/>
          <w:b/>
          <w:sz w:val="20"/>
        </w:rPr>
        <w:t>课时目标：</w:t>
      </w:r>
    </w:p>
    <w:p>
      <w:pPr>
        <w:spacing w:after="20" w:line="300" w:lineRule="auto"/>
        <w:ind w:firstLine="400"/>
      </w:pPr>
      <w:r>
        <w:rPr>
          <w:rFonts w:ascii="宋体" w:hAnsi="宋体" w:eastAsia="宋体"/>
          <w:b w:val="0"/>
          <w:sz w:val="20"/>
        </w:rPr>
        <w:t>（1）熟练掌握万以内数的读写、组成、大小比较方法和求近似数的方法，理解数位顺序表中各个数位的意义。准确进行近似数的判断和简单的加、减法的计算。</w:t>
      </w:r>
    </w:p>
    <w:p>
      <w:pPr>
        <w:spacing w:after="20" w:line="300" w:lineRule="auto"/>
        <w:ind w:firstLine="400"/>
      </w:pPr>
      <w:r>
        <w:rPr>
          <w:rFonts w:ascii="宋体" w:hAnsi="宋体" w:eastAsia="宋体"/>
          <w:b w:val="0"/>
          <w:sz w:val="20"/>
        </w:rPr>
        <w:t>（2）通过整理知识、练习巩固，培养学生归纳总结和知识迁移的能力。</w:t>
      </w:r>
    </w:p>
    <w:p>
      <w:pPr>
        <w:spacing w:after="20" w:line="300" w:lineRule="auto"/>
        <w:ind w:firstLine="400"/>
      </w:pPr>
      <w:r>
        <w:rPr>
          <w:rFonts w:ascii="宋体" w:hAnsi="宋体" w:eastAsia="宋体"/>
          <w:b w:val="0"/>
          <w:sz w:val="20"/>
        </w:rPr>
        <w:t>（3）让学生感受数学与生活的紧密联系，增强学习数学的兴趣和信心。</w:t>
      </w:r>
    </w:p>
    <w:p>
      <w:pPr>
        <w:spacing w:after="20" w:line="300" w:lineRule="auto"/>
      </w:pPr>
      <w:r>
        <w:rPr>
          <w:rFonts w:ascii="宋体" w:hAnsi="宋体" w:eastAsia="宋体"/>
          <w:b w:val="0"/>
          <w:sz w:val="20"/>
        </w:rPr>
        <w:t>教学重点：中间或末尾有0的数的读写，万以内数的组成、大小比较、近似数及简单的加、减法。</w:t>
      </w:r>
    </w:p>
    <w:p>
      <w:pPr>
        <w:spacing w:after="20" w:line="300" w:lineRule="auto"/>
      </w:pPr>
      <w:r>
        <w:rPr>
          <w:rFonts w:ascii="宋体" w:hAnsi="宋体" w:eastAsia="宋体"/>
          <w:b w:val="0"/>
          <w:sz w:val="20"/>
        </w:rPr>
        <w:t>教学难点：数的组成的灵活运用，近似数的理解与判断，简单的加、减法的算理。</w:t>
      </w:r>
    </w:p>
    <w:p>
      <w:pPr>
        <w:spacing w:after="40"/>
      </w:pPr>
    </w:p>
    <w:p>
      <w:pPr>
        <w:spacing w:after="60" w:line="300" w:lineRule="auto"/>
      </w:pPr>
      <w:r>
        <w:rPr>
          <w:rFonts w:ascii="黑体" w:hAnsi="黑体" w:eastAsia="黑体"/>
          <w:b/>
          <w:sz w:val="21"/>
        </w:rPr>
        <w:t>二、板块设计</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2409"/>
        <w:gridCol w:w="2409"/>
        <w:gridCol w:w="2409"/>
        <w:gridCol w:w="2409"/>
      </w:tblGrid>
      <w:tr>
        <w:trPr>
          <w:tblHeader w:val="true"/>
        </w:trPr>
        <w:tc>
          <w:tcPr>
            <w:tcW w:type="dxa" w:w="2835"/>
            <w:shd w:val="clear" w:fill="E8EEF7"/>
          </w:tcPr>
          <w:p>
            <w:pPr>
              <w:spacing w:after="20" w:line="276" w:lineRule="auto"/>
              <w:jc w:val="center"/>
            </w:pPr>
            <w:r/>
            <w:r>
              <w:rPr>
                <w:rFonts w:ascii="黑体" w:hAnsi="黑体" w:eastAsia="黑体"/>
                <w:b/>
                <w:sz w:val="18"/>
              </w:rPr>
              <w:t>环节目标</w:t>
            </w:r>
          </w:p>
        </w:tc>
        <w:tc>
          <w:tcPr>
            <w:tcW w:type="dxa" w:w="1814"/>
            <w:shd w:val="clear" w:fill="E8EEF7"/>
          </w:tcPr>
          <w:p>
            <w:pPr>
              <w:spacing w:after="20" w:line="276" w:lineRule="auto"/>
              <w:jc w:val="center"/>
            </w:pPr>
            <w:r/>
            <w:r>
              <w:rPr>
                <w:rFonts w:ascii="黑体" w:hAnsi="黑体" w:eastAsia="黑体"/>
                <w:b/>
                <w:sz w:val="18"/>
              </w:rPr>
              <w:t>学习材料</w:t>
            </w:r>
          </w:p>
        </w:tc>
        <w:tc>
          <w:tcPr>
            <w:tcW w:type="dxa" w:w="3402"/>
            <w:shd w:val="clear" w:fill="E8EEF7"/>
          </w:tcPr>
          <w:p>
            <w:pPr>
              <w:spacing w:after="20" w:line="276" w:lineRule="auto"/>
              <w:jc w:val="center"/>
            </w:pPr>
            <w:r/>
            <w:r>
              <w:rPr>
                <w:rFonts w:ascii="黑体" w:hAnsi="黑体" w:eastAsia="黑体"/>
                <w:b/>
                <w:sz w:val="18"/>
              </w:rPr>
              <w:t>关键问题</w:t>
            </w:r>
          </w:p>
        </w:tc>
        <w:tc>
          <w:tcPr>
            <w:tcW w:type="dxa" w:w="1361"/>
            <w:shd w:val="clear" w:fill="E8EEF7"/>
          </w:tcPr>
          <w:p>
            <w:pPr>
              <w:spacing w:after="20" w:line="276" w:lineRule="auto"/>
              <w:jc w:val="center"/>
            </w:pPr>
            <w:r/>
            <w:r>
              <w:rPr>
                <w:rFonts w:ascii="黑体" w:hAnsi="黑体" w:eastAsia="黑体"/>
                <w:b/>
                <w:sz w:val="18"/>
              </w:rPr>
              <w:t>时间</w:t>
            </w:r>
          </w:p>
        </w:tc>
      </w:tr>
      <w:tr>
        <w:tc>
          <w:tcPr>
            <w:tcW w:type="dxa" w:w="2835"/>
          </w:tcPr>
          <w:p>
            <w:pPr>
              <w:spacing w:after="20" w:line="276" w:lineRule="auto"/>
            </w:pPr>
            <w:r/>
            <w:r>
              <w:rPr>
                <w:rFonts w:ascii="宋体" w:hAnsi="宋体" w:eastAsia="宋体"/>
                <w:b w:val="0"/>
                <w:sz w:val="18"/>
              </w:rPr>
              <w:t>一、知识梳理，系统回顾</w:t>
            </w:r>
          </w:p>
        </w:tc>
        <w:tc>
          <w:tcPr>
            <w:tcW w:type="dxa" w:w="1814"/>
          </w:tcPr>
          <w:p>
            <w:pPr>
              <w:spacing w:after="20" w:line="276" w:lineRule="auto"/>
            </w:pPr>
            <w:r/>
            <w:r>
              <w:rPr>
                <w:rFonts w:ascii="宋体" w:hAnsi="宋体" w:eastAsia="宋体"/>
                <w:b w:val="0"/>
                <w:sz w:val="18"/>
              </w:rPr>
              <w:t>计数器、课件</w:t>
            </w:r>
          </w:p>
        </w:tc>
        <w:tc>
          <w:tcPr>
            <w:tcW w:type="dxa" w:w="3402"/>
          </w:tcPr>
          <w:p>
            <w:pPr>
              <w:spacing w:after="20" w:line="276" w:lineRule="auto"/>
            </w:pPr>
            <w:r/>
            <w:r>
              <w:rPr>
                <w:rFonts w:ascii="宋体" w:hAnsi="宋体" w:eastAsia="宋体"/>
                <w:b w:val="0"/>
                <w:sz w:val="18"/>
              </w:rPr>
              <w:t>从认识百以内的数，到认识万以内的数，你有哪些收获？</w:t>
            </w:r>
          </w:p>
        </w:tc>
        <w:tc>
          <w:tcPr>
            <w:tcW w:type="dxa" w:w="1361"/>
          </w:tcPr>
          <w:p>
            <w:pPr>
              <w:spacing w:after="20" w:line="276" w:lineRule="auto"/>
            </w:pPr>
            <w:r/>
            <w:r>
              <w:rPr>
                <w:rFonts w:ascii="宋体" w:hAnsi="宋体" w:eastAsia="宋体"/>
                <w:b w:val="0"/>
                <w:sz w:val="18"/>
              </w:rPr>
              <w:t>5分钟</w:t>
            </w:r>
          </w:p>
        </w:tc>
      </w:tr>
      <w:tr>
        <w:tc>
          <w:tcPr>
            <w:tcW w:type="dxa" w:w="2835"/>
          </w:tcPr>
          <w:p>
            <w:pPr>
              <w:spacing w:after="20" w:line="276" w:lineRule="auto"/>
            </w:pPr>
            <w:r/>
            <w:r>
              <w:rPr>
                <w:rFonts w:ascii="宋体" w:hAnsi="宋体" w:eastAsia="宋体"/>
                <w:b w:val="0"/>
                <w:sz w:val="18"/>
              </w:rPr>
              <w:t>二、整理复习</w:t>
            </w:r>
          </w:p>
        </w:tc>
        <w:tc>
          <w:tcPr>
            <w:tcW w:type="dxa" w:w="1814"/>
          </w:tcPr>
          <w:p>
            <w:pPr>
              <w:spacing w:after="20" w:line="276" w:lineRule="auto"/>
            </w:pPr>
            <w:r/>
            <w:r>
              <w:rPr>
                <w:rFonts w:ascii="宋体" w:hAnsi="宋体" w:eastAsia="宋体"/>
                <w:b w:val="0"/>
                <w:sz w:val="18"/>
              </w:rPr>
              <w:t>计数器、课件</w:t>
            </w:r>
          </w:p>
        </w:tc>
        <w:tc>
          <w:tcPr>
            <w:tcW w:type="dxa" w:w="3402"/>
          </w:tcPr>
          <w:p>
            <w:pPr>
              <w:spacing w:after="20" w:line="276" w:lineRule="auto"/>
            </w:pPr>
            <w:r/>
            <w:r>
              <w:rPr>
                <w:rFonts w:ascii="宋体" w:hAnsi="宋体" w:eastAsia="宋体"/>
                <w:b w:val="0"/>
                <w:sz w:val="18"/>
              </w:rPr>
              <w:t>我们从计数器上认识了数位。在计数器上拨一拨，你发现了什么？；我们学过了哪些数位和计数单位？</w:t>
            </w:r>
          </w:p>
        </w:tc>
        <w:tc>
          <w:tcPr>
            <w:tcW w:type="dxa" w:w="1361"/>
          </w:tcPr>
          <w:p>
            <w:pPr>
              <w:spacing w:after="20" w:line="276" w:lineRule="auto"/>
            </w:pPr>
            <w:r/>
            <w:r>
              <w:rPr>
                <w:rFonts w:ascii="宋体" w:hAnsi="宋体" w:eastAsia="宋体"/>
                <w:b w:val="0"/>
                <w:sz w:val="18"/>
              </w:rPr>
              <w:t>19分钟</w:t>
            </w:r>
          </w:p>
        </w:tc>
      </w:tr>
      <w:tr>
        <w:tc>
          <w:tcPr>
            <w:tcW w:type="dxa" w:w="2835"/>
          </w:tcPr>
          <w:p>
            <w:pPr>
              <w:spacing w:after="20" w:line="276" w:lineRule="auto"/>
            </w:pPr>
            <w:r/>
            <w:r>
              <w:rPr>
                <w:rFonts w:ascii="宋体" w:hAnsi="宋体" w:eastAsia="宋体"/>
                <w:b w:val="0"/>
                <w:sz w:val="18"/>
              </w:rPr>
              <w:t>三、知识图</w:t>
            </w:r>
          </w:p>
        </w:tc>
        <w:tc>
          <w:tcPr>
            <w:tcW w:type="dxa" w:w="1814"/>
          </w:tcPr>
          <w:p>
            <w:pPr>
              <w:spacing w:after="20" w:line="276" w:lineRule="auto"/>
            </w:pPr>
            <w:r/>
            <w:r>
              <w:rPr>
                <w:rFonts w:ascii="宋体" w:hAnsi="宋体" w:eastAsia="宋体"/>
                <w:b w:val="0"/>
                <w:sz w:val="18"/>
              </w:rPr>
              <w:t>课件</w:t>
            </w:r>
          </w:p>
        </w:tc>
        <w:tc>
          <w:tcPr>
            <w:tcW w:type="dxa" w:w="3402"/>
          </w:tcPr>
          <w:p>
            <w:pPr>
              <w:spacing w:after="20" w:line="276" w:lineRule="auto"/>
            </w:pPr>
            <w:r/>
            <w:r>
              <w:rPr>
                <w:rFonts w:ascii="宋体" w:hAnsi="宋体" w:eastAsia="宋体"/>
                <w:b w:val="0"/>
                <w:sz w:val="18"/>
              </w:rPr>
              <w:t>这个“知识图”，你能看懂吗？</w:t>
            </w:r>
          </w:p>
        </w:tc>
        <w:tc>
          <w:tcPr>
            <w:tcW w:type="dxa" w:w="1361"/>
          </w:tcPr>
          <w:p>
            <w:pPr>
              <w:spacing w:after="20" w:line="276" w:lineRule="auto"/>
            </w:pPr>
            <w:r/>
            <w:r>
              <w:rPr>
                <w:rFonts w:ascii="宋体" w:hAnsi="宋体" w:eastAsia="宋体"/>
                <w:b w:val="0"/>
                <w:sz w:val="18"/>
              </w:rPr>
              <w:t>3分钟</w:t>
            </w:r>
          </w:p>
        </w:tc>
      </w:tr>
      <w:tr>
        <w:tc>
          <w:tcPr>
            <w:tcW w:type="dxa" w:w="2835"/>
          </w:tcPr>
          <w:p>
            <w:pPr>
              <w:spacing w:after="20" w:line="276" w:lineRule="auto"/>
            </w:pPr>
            <w:r/>
            <w:r>
              <w:rPr>
                <w:rFonts w:ascii="宋体" w:hAnsi="宋体" w:eastAsia="宋体"/>
                <w:b w:val="0"/>
                <w:sz w:val="18"/>
              </w:rPr>
              <w:t>四、综合运用</w:t>
            </w:r>
          </w:p>
        </w:tc>
        <w:tc>
          <w:tcPr>
            <w:tcW w:type="dxa" w:w="1814"/>
          </w:tcPr>
          <w:p>
            <w:pPr>
              <w:spacing w:after="20" w:line="276" w:lineRule="auto"/>
            </w:pPr>
            <w:r/>
            <w:r>
              <w:rPr>
                <w:rFonts w:ascii="宋体" w:hAnsi="宋体" w:eastAsia="宋体"/>
                <w:b w:val="0"/>
                <w:sz w:val="18"/>
              </w:rPr>
              <w:t>教科书、课件</w:t>
            </w:r>
          </w:p>
        </w:tc>
        <w:tc>
          <w:tcPr>
            <w:tcW w:type="dxa" w:w="3402"/>
          </w:tcPr>
          <w:p>
            <w:pPr>
              <w:spacing w:after="20" w:line="276" w:lineRule="auto"/>
            </w:pPr>
            <w:r/>
            <w:r>
              <w:rPr>
                <w:rFonts w:ascii="宋体" w:hAnsi="宋体" w:eastAsia="宋体"/>
                <w:b w:val="0"/>
                <w:sz w:val="18"/>
              </w:rPr>
              <w:t>——</w:t>
            </w:r>
          </w:p>
        </w:tc>
        <w:tc>
          <w:tcPr>
            <w:tcW w:type="dxa" w:w="1361"/>
          </w:tcPr>
          <w:p>
            <w:pPr>
              <w:spacing w:after="20" w:line="276" w:lineRule="auto"/>
            </w:pPr>
            <w:r/>
            <w:r>
              <w:rPr>
                <w:rFonts w:ascii="宋体" w:hAnsi="宋体" w:eastAsia="宋体"/>
                <w:b w:val="0"/>
                <w:sz w:val="18"/>
              </w:rPr>
              <w:t>11分钟</w:t>
            </w:r>
          </w:p>
        </w:tc>
      </w:tr>
      <w:tr>
        <w:tc>
          <w:tcPr>
            <w:tcW w:type="dxa" w:w="2835"/>
          </w:tcPr>
          <w:p>
            <w:pPr>
              <w:spacing w:after="20" w:line="276" w:lineRule="auto"/>
            </w:pPr>
            <w:r/>
            <w:r>
              <w:rPr>
                <w:rFonts w:ascii="宋体" w:hAnsi="宋体" w:eastAsia="宋体"/>
                <w:b w:val="0"/>
                <w:sz w:val="18"/>
              </w:rPr>
              <w:t>五、课堂小结</w:t>
            </w:r>
          </w:p>
        </w:tc>
        <w:tc>
          <w:tcPr>
            <w:tcW w:type="dxa" w:w="1814"/>
          </w:tcPr>
          <w:p>
            <w:pPr>
              <w:spacing w:after="20" w:line="276" w:lineRule="auto"/>
            </w:pPr>
            <w:r/>
            <w:r>
              <w:rPr>
                <w:rFonts w:ascii="宋体" w:hAnsi="宋体" w:eastAsia="宋体"/>
                <w:b w:val="0"/>
                <w:sz w:val="18"/>
              </w:rPr>
              <w:t>课件</w:t>
            </w:r>
          </w:p>
        </w:tc>
        <w:tc>
          <w:tcPr>
            <w:tcW w:type="dxa" w:w="3402"/>
          </w:tcPr>
          <w:p>
            <w:pPr>
              <w:spacing w:after="20" w:line="276" w:lineRule="auto"/>
            </w:pPr>
            <w:r/>
            <w:r>
              <w:rPr>
                <w:rFonts w:ascii="宋体" w:hAnsi="宋体" w:eastAsia="宋体"/>
                <w:b w:val="0"/>
                <w:sz w:val="18"/>
              </w:rPr>
              <w:t>这节课你有什么新的收获？</w:t>
            </w:r>
          </w:p>
        </w:tc>
        <w:tc>
          <w:tcPr>
            <w:tcW w:type="dxa" w:w="1361"/>
          </w:tcPr>
          <w:p>
            <w:pPr>
              <w:spacing w:after="20" w:line="276" w:lineRule="auto"/>
            </w:pPr>
            <w:r/>
            <w:r>
              <w:rPr>
                <w:rFonts w:ascii="宋体" w:hAnsi="宋体" w:eastAsia="宋体"/>
                <w:b w:val="0"/>
                <w:sz w:val="18"/>
              </w:rPr>
              <w:t>2分钟</w:t>
            </w:r>
          </w:p>
        </w:tc>
      </w:tr>
    </w:tbl>
    <w:p>
      <w:pPr>
        <w:spacing w:after="40"/>
      </w:pPr>
    </w:p>
    <w:p>
      <w:pPr>
        <w:spacing w:after="60" w:line="300" w:lineRule="auto"/>
      </w:pPr>
      <w:r>
        <w:rPr>
          <w:rFonts w:ascii="黑体" w:hAnsi="黑体" w:eastAsia="黑体"/>
          <w:b/>
          <w:sz w:val="21"/>
        </w:rPr>
        <w:t>三、教学过程（分栏）</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2409"/>
        <w:gridCol w:w="2409"/>
        <w:gridCol w:w="2409"/>
        <w:gridCol w:w="2409"/>
      </w:tblGrid>
      <w:tr>
        <w:trPr>
          <w:tblHeader w:val="true"/>
        </w:trPr>
        <w:tc>
          <w:tcPr>
            <w:tcW w:type="dxa" w:w="1474"/>
            <w:shd w:val="clear" w:fill="E8EEF7"/>
          </w:tcPr>
          <w:p>
            <w:pPr>
              <w:spacing w:after="20" w:line="276" w:lineRule="auto"/>
              <w:jc w:val="center"/>
            </w:pPr>
            <w:r/>
            <w:r>
              <w:rPr>
                <w:rFonts w:ascii="黑体" w:hAnsi="黑体" w:eastAsia="黑体"/>
                <w:b/>
                <w:sz w:val="18"/>
              </w:rPr>
              <w:t>教学环节</w:t>
            </w:r>
          </w:p>
        </w:tc>
        <w:tc>
          <w:tcPr>
            <w:tcW w:type="dxa" w:w="3061"/>
            <w:shd w:val="clear" w:fill="E8EEF7"/>
          </w:tcPr>
          <w:p>
            <w:pPr>
              <w:spacing w:after="20" w:line="276" w:lineRule="auto"/>
              <w:jc w:val="center"/>
            </w:pPr>
            <w:r/>
            <w:r>
              <w:rPr>
                <w:rFonts w:ascii="黑体" w:hAnsi="黑体" w:eastAsia="黑体"/>
                <w:b/>
                <w:sz w:val="18"/>
              </w:rPr>
              <w:t>教师活动</w:t>
            </w:r>
          </w:p>
        </w:tc>
        <w:tc>
          <w:tcPr>
            <w:tcW w:type="dxa" w:w="3061"/>
            <w:shd w:val="clear" w:fill="E8EEF7"/>
          </w:tcPr>
          <w:p>
            <w:pPr>
              <w:spacing w:after="20" w:line="276" w:lineRule="auto"/>
              <w:jc w:val="center"/>
            </w:pPr>
            <w:r/>
            <w:r>
              <w:rPr>
                <w:rFonts w:ascii="黑体" w:hAnsi="黑体" w:eastAsia="黑体"/>
                <w:b/>
                <w:sz w:val="18"/>
              </w:rPr>
              <w:t>学生活动</w:t>
            </w:r>
          </w:p>
        </w:tc>
        <w:tc>
          <w:tcPr>
            <w:tcW w:type="dxa" w:w="1814"/>
            <w:shd w:val="clear" w:fill="E8EEF7"/>
          </w:tcPr>
          <w:p>
            <w:pPr>
              <w:spacing w:after="20" w:line="276" w:lineRule="auto"/>
              <w:jc w:val="center"/>
            </w:pPr>
            <w:r/>
            <w:r>
              <w:rPr>
                <w:rFonts w:ascii="黑体" w:hAnsi="黑体" w:eastAsia="黑体"/>
                <w:b/>
                <w:sz w:val="18"/>
              </w:rPr>
              <w:t>设计意图</w:t>
            </w:r>
          </w:p>
        </w:tc>
      </w:tr>
      <w:tr>
        <w:tc>
          <w:tcPr>
            <w:tcW w:type="dxa" w:w="1474"/>
          </w:tcPr>
          <w:p>
            <w:pPr>
              <w:spacing w:after="20" w:line="276" w:lineRule="auto"/>
            </w:pPr>
            <w:r>
              <w:rPr>
                <w:b/>
              </w:rPr>
            </w:r>
            <w:r>
              <w:rPr>
                <w:rFonts w:ascii="宋体" w:hAnsi="宋体" w:eastAsia="宋体"/>
                <w:b/>
                <w:sz w:val="18"/>
              </w:rPr>
              <w:t>一、知识梳理，系统回顾</w:t>
            </w:r>
          </w:p>
        </w:tc>
        <w:tc>
          <w:tcPr>
            <w:tcW w:type="dxa" w:w="3061"/>
          </w:tcPr>
          <w:p>
            <w:pPr>
              <w:spacing w:after="20" w:line="276" w:lineRule="auto"/>
            </w:pPr>
            <w:r/>
            <w:r>
              <w:rPr>
                <w:rFonts w:ascii="宋体" w:hAnsi="宋体" w:eastAsia="宋体"/>
                <w:b w:val="0"/>
                <w:sz w:val="18"/>
              </w:rPr>
              <w:t>师：从认识百以内的数，到认识万以内的数，你有哪些收获？</w:t>
            </w:r>
          </w:p>
          <w:p>
            <w:pPr>
              <w:spacing w:after="20" w:line="276" w:lineRule="auto"/>
            </w:pPr>
            <w:r>
              <w:rPr>
                <w:rFonts w:ascii="宋体" w:hAnsi="宋体" w:eastAsia="宋体"/>
                <w:b w:val="0"/>
                <w:sz w:val="18"/>
              </w:rPr>
              <w:t>师：同学们真厉害！学到了这么多的知识。这节课，我们将对本单元的知识进行整理和复习。(板书课题：整理和复习)</w:t>
            </w:r>
          </w:p>
        </w:tc>
        <w:tc>
          <w:tcPr>
            <w:tcW w:type="dxa" w:w="3061"/>
          </w:tcPr>
          <w:p>
            <w:pPr>
              <w:spacing w:after="20" w:line="276" w:lineRule="auto"/>
            </w:pPr>
            <w:r/>
            <w:r>
              <w:rPr>
                <w:rFonts w:ascii="宋体" w:hAnsi="宋体" w:eastAsia="宋体"/>
                <w:b w:val="0"/>
                <w:sz w:val="18"/>
              </w:rPr>
              <w:t>预设1：我认识了数的组成和大小比较。</w:t>
            </w:r>
          </w:p>
          <w:p>
            <w:pPr>
              <w:spacing w:after="20" w:line="276" w:lineRule="auto"/>
            </w:pPr>
            <w:r>
              <w:rPr>
                <w:rFonts w:ascii="宋体" w:hAnsi="宋体" w:eastAsia="宋体"/>
                <w:b w:val="0"/>
                <w:sz w:val="18"/>
              </w:rPr>
              <w:t>预设2：我认识了更多计数单位和数位。</w:t>
            </w:r>
          </w:p>
          <w:p>
            <w:pPr>
              <w:spacing w:after="20" w:line="276" w:lineRule="auto"/>
            </w:pPr>
            <w:r>
              <w:rPr>
                <w:rFonts w:ascii="宋体" w:hAnsi="宋体" w:eastAsia="宋体"/>
                <w:b w:val="0"/>
                <w:sz w:val="18"/>
              </w:rPr>
              <w:t>预设3：我知道在计数器上拨数时，满十要向前一位进1。</w:t>
            </w:r>
          </w:p>
          <w:p>
            <w:pPr>
              <w:spacing w:after="20" w:line="276" w:lineRule="auto"/>
            </w:pPr>
            <w:r>
              <w:rPr>
                <w:rFonts w:ascii="宋体" w:hAnsi="宋体" w:eastAsia="宋体"/>
                <w:b w:val="0"/>
                <w:sz w:val="18"/>
              </w:rPr>
              <w:t>预设4：我知道了比较万以内数的大小方法与比较百以内数的大小的方法相同。</w:t>
            </w:r>
          </w:p>
          <w:p>
            <w:pPr>
              <w:spacing w:after="20" w:line="276" w:lineRule="auto"/>
            </w:pPr>
            <w:r>
              <w:rPr>
                <w:rFonts w:ascii="宋体" w:hAnsi="宋体" w:eastAsia="宋体"/>
                <w:b w:val="0"/>
                <w:sz w:val="18"/>
              </w:rPr>
              <w:t>预设5：我学会了简单的加、减法，并认识了近似数……</w:t>
            </w:r>
          </w:p>
        </w:tc>
        <w:tc>
          <w:tcPr>
            <w:tcW w:type="dxa" w:w="1814"/>
          </w:tcPr>
          <w:p>
            <w:pPr>
              <w:spacing w:after="20" w:line="276" w:lineRule="auto"/>
            </w:pPr>
            <w:r/>
            <w:r>
              <w:rPr>
                <w:rFonts w:ascii="宋体" w:hAnsi="宋体" w:eastAsia="宋体"/>
                <w:b w:val="0"/>
                <w:sz w:val="18"/>
              </w:rPr>
              <w:t>创设情境激活学生已有经验，自然引出本课学习内容，激发学习兴趣，核心问题："从认识百以内的数，到认识万以内的数，你有哪些收获？"</w:t>
            </w:r>
          </w:p>
        </w:tc>
      </w:tr>
      <w:tr>
        <w:tc>
          <w:tcPr>
            <w:tcW w:type="dxa" w:w="1474"/>
          </w:tcPr>
          <w:p>
            <w:pPr>
              <w:spacing w:after="20" w:line="276" w:lineRule="auto"/>
            </w:pPr>
            <w:r>
              <w:rPr>
                <w:b/>
              </w:rPr>
            </w:r>
            <w:r>
              <w:rPr>
                <w:rFonts w:ascii="宋体" w:hAnsi="宋体" w:eastAsia="宋体"/>
                <w:b/>
                <w:sz w:val="18"/>
              </w:rPr>
              <w:t>二、整理复习</w:t>
            </w:r>
          </w:p>
        </w:tc>
        <w:tc>
          <w:tcPr>
            <w:tcW w:type="dxa" w:w="3061"/>
          </w:tcPr>
          <w:p>
            <w:pPr>
              <w:spacing w:after="20" w:line="276" w:lineRule="auto"/>
            </w:pPr>
            <w:r/>
            <w:r>
              <w:rPr>
                <w:rFonts w:ascii="宋体" w:hAnsi="宋体" w:eastAsia="宋体"/>
                <w:b w:val="0"/>
                <w:sz w:val="18"/>
              </w:rPr>
              <w:t>1.认识千、万。</w:t>
            </w:r>
          </w:p>
          <w:p>
            <w:pPr>
              <w:spacing w:after="20" w:line="276" w:lineRule="auto"/>
            </w:pPr>
            <w:r>
              <w:rPr>
                <w:rFonts w:ascii="宋体" w:hAnsi="宋体" w:eastAsia="宋体"/>
                <w:b w:val="0"/>
                <w:sz w:val="18"/>
              </w:rPr>
              <w:t>师：我们从计数器上认识了数位。在计数器上拨一拨，你发现了什么？</w:t>
            </w:r>
          </w:p>
          <w:p>
            <w:pPr>
              <w:spacing w:after="20" w:line="276" w:lineRule="auto"/>
            </w:pPr>
            <w:r>
              <w:rPr>
                <w:rFonts w:ascii="宋体" w:hAnsi="宋体" w:eastAsia="宋体"/>
                <w:b w:val="0"/>
                <w:sz w:val="18"/>
              </w:rPr>
              <w:t>课件依次演示。</w:t>
            </w:r>
          </w:p>
          <w:p>
            <w:pPr>
              <w:spacing w:after="20" w:line="276" w:lineRule="auto"/>
            </w:pPr>
            <w:r>
              <w:rPr>
                <w:rFonts w:ascii="宋体" w:hAnsi="宋体" w:eastAsia="宋体"/>
                <w:b w:val="0"/>
                <w:sz w:val="18"/>
              </w:rPr>
              <w:t>2．数位顺序表。</w:t>
            </w:r>
          </w:p>
          <w:p>
            <w:pPr>
              <w:spacing w:after="20" w:line="276" w:lineRule="auto"/>
            </w:pPr>
            <w:r>
              <w:rPr>
                <w:rFonts w:ascii="宋体" w:hAnsi="宋体" w:eastAsia="宋体"/>
                <w:b w:val="0"/>
                <w:sz w:val="18"/>
              </w:rPr>
              <w:t>师：我们学过了哪些数位和计数单位？</w:t>
            </w:r>
          </w:p>
          <w:p>
            <w:pPr>
              <w:spacing w:after="20" w:line="276" w:lineRule="auto"/>
            </w:pPr>
            <w:r>
              <w:rPr>
                <w:rFonts w:ascii="宋体" w:hAnsi="宋体" w:eastAsia="宋体"/>
                <w:b w:val="0"/>
                <w:sz w:val="18"/>
              </w:rPr>
              <w:t>师：每个数位所对应的数是几。就有几个这样的计数单位。(课件出示)</w:t>
            </w:r>
          </w:p>
          <w:p>
            <w:pPr>
              <w:spacing w:after="20" w:line="276" w:lineRule="auto"/>
            </w:pPr>
            <w:r>
              <w:rPr>
                <w:rFonts w:ascii="宋体" w:hAnsi="宋体" w:eastAsia="宋体"/>
                <w:b w:val="0"/>
                <w:sz w:val="18"/>
              </w:rPr>
              <w:t>引导学生依次说出从右往左各个数位的名称和计数单位。明确数位后面的“位”字去掉是计数单位，两者不要混淆。</w:t>
            </w:r>
          </w:p>
          <w:p>
            <w:pPr>
              <w:spacing w:after="20" w:line="276" w:lineRule="auto"/>
            </w:pPr>
            <w:r>
              <w:rPr>
                <w:rFonts w:ascii="宋体" w:hAnsi="宋体" w:eastAsia="宋体"/>
                <w:b w:val="0"/>
                <w:sz w:val="18"/>
              </w:rPr>
              <w:t>师：算盘上也能设计数位。结合数位顺序表，我们能很清晰地看出每个数的组成。</w:t>
            </w:r>
          </w:p>
          <w:p>
            <w:pPr>
              <w:spacing w:after="20" w:line="276" w:lineRule="auto"/>
            </w:pPr>
            <w:r>
              <w:rPr>
                <w:rFonts w:ascii="宋体" w:hAnsi="宋体" w:eastAsia="宋体"/>
                <w:b w:val="0"/>
                <w:sz w:val="18"/>
              </w:rPr>
              <w:t>3．数的组成。</w:t>
            </w:r>
          </w:p>
          <w:p>
            <w:pPr>
              <w:spacing w:after="20" w:line="276" w:lineRule="auto"/>
            </w:pPr>
            <w:r>
              <w:rPr>
                <w:rFonts w:ascii="宋体" w:hAnsi="宋体" w:eastAsia="宋体"/>
                <w:b w:val="0"/>
                <w:sz w:val="18"/>
              </w:rPr>
              <w:t>师：万以内的数的组成是怎样的？</w:t>
            </w:r>
          </w:p>
          <w:p>
            <w:pPr>
              <w:spacing w:after="20" w:line="276" w:lineRule="auto"/>
            </w:pPr>
            <w:r>
              <w:rPr>
                <w:rFonts w:ascii="宋体" w:hAnsi="宋体" w:eastAsia="宋体"/>
                <w:b w:val="0"/>
                <w:sz w:val="18"/>
              </w:rPr>
              <w:t>4．数的读写。</w:t>
            </w:r>
          </w:p>
          <w:p>
            <w:pPr>
              <w:spacing w:after="20" w:line="276" w:lineRule="auto"/>
            </w:pPr>
            <w:r>
              <w:rPr>
                <w:rFonts w:ascii="宋体" w:hAnsi="宋体" w:eastAsia="宋体"/>
                <w:b w:val="0"/>
                <w:sz w:val="18"/>
              </w:rPr>
              <w:t>师：大家还记得读数和写数的方法吗？</w:t>
            </w:r>
          </w:p>
          <w:p>
            <w:pPr>
              <w:spacing w:after="20" w:line="276" w:lineRule="auto"/>
            </w:pPr>
            <w:r>
              <w:rPr>
                <w:rFonts w:ascii="宋体" w:hAnsi="宋体" w:eastAsia="宋体"/>
                <w:b w:val="0"/>
                <w:sz w:val="18"/>
              </w:rPr>
              <w:t>5．数的大小比较。</w:t>
            </w:r>
          </w:p>
          <w:p>
            <w:pPr>
              <w:spacing w:after="20" w:line="276" w:lineRule="auto"/>
            </w:pPr>
            <w:r>
              <w:rPr>
                <w:rFonts w:ascii="宋体" w:hAnsi="宋体" w:eastAsia="宋体"/>
                <w:b w:val="0"/>
                <w:sz w:val="18"/>
              </w:rPr>
              <w:t>师：说一说比较万以内数的大小的方法。</w:t>
            </w:r>
          </w:p>
          <w:p>
            <w:pPr>
              <w:spacing w:after="20" w:line="276" w:lineRule="auto"/>
            </w:pPr>
            <w:r>
              <w:rPr>
                <w:rFonts w:ascii="宋体" w:hAnsi="宋体" w:eastAsia="宋体"/>
                <w:b w:val="0"/>
                <w:sz w:val="18"/>
              </w:rPr>
              <w:t>6．近似数。</w:t>
            </w:r>
          </w:p>
          <w:p>
            <w:pPr>
              <w:spacing w:after="20" w:line="276" w:lineRule="auto"/>
            </w:pPr>
            <w:r>
              <w:rPr>
                <w:rFonts w:ascii="宋体" w:hAnsi="宋体" w:eastAsia="宋体"/>
                <w:b w:val="0"/>
                <w:sz w:val="18"/>
              </w:rPr>
              <w:t>师：说一说生活中遇到的近似数。</w:t>
            </w:r>
          </w:p>
          <w:p>
            <w:pPr>
              <w:spacing w:after="20" w:line="276" w:lineRule="auto"/>
            </w:pPr>
            <w:r>
              <w:rPr>
                <w:rFonts w:ascii="宋体" w:hAnsi="宋体" w:eastAsia="宋体"/>
                <w:b w:val="0"/>
                <w:sz w:val="18"/>
              </w:rPr>
              <w:t>师：请你说一说哪一个是近似数？哪一个是准确数？</w:t>
            </w:r>
          </w:p>
          <w:p>
            <w:pPr>
              <w:spacing w:after="20" w:line="276" w:lineRule="auto"/>
            </w:pPr>
            <w:r>
              <w:rPr>
                <w:rFonts w:ascii="宋体" w:hAnsi="宋体" w:eastAsia="宋体"/>
                <w:b w:val="0"/>
                <w:sz w:val="18"/>
              </w:rPr>
              <w:t>师：怎样找一个数的近似数？</w:t>
            </w:r>
          </w:p>
          <w:p>
            <w:pPr>
              <w:spacing w:after="20" w:line="276" w:lineRule="auto"/>
            </w:pPr>
            <w:r>
              <w:rPr>
                <w:rFonts w:ascii="宋体" w:hAnsi="宋体" w:eastAsia="宋体"/>
                <w:b w:val="0"/>
                <w:sz w:val="18"/>
              </w:rPr>
              <w:t>7．简单的加、减法。</w:t>
            </w:r>
          </w:p>
          <w:p>
            <w:pPr>
              <w:spacing w:after="20" w:line="276" w:lineRule="auto"/>
            </w:pPr>
            <w:r>
              <w:rPr>
                <w:rFonts w:ascii="宋体" w:hAnsi="宋体" w:eastAsia="宋体"/>
                <w:b w:val="0"/>
                <w:sz w:val="18"/>
              </w:rPr>
              <w:t>师：怎样加、减整十、整百、整千数？</w:t>
            </w:r>
          </w:p>
          <w:p>
            <w:pPr>
              <w:spacing w:after="20" w:line="276" w:lineRule="auto"/>
            </w:pPr>
            <w:r>
              <w:rPr>
                <w:rFonts w:ascii="宋体" w:hAnsi="宋体" w:eastAsia="宋体"/>
                <w:b w:val="0"/>
                <w:sz w:val="18"/>
              </w:rPr>
              <w:t>师：要注意计数单位相同时才能相加、减。</w:t>
            </w:r>
          </w:p>
        </w:tc>
        <w:tc>
          <w:tcPr>
            <w:tcW w:type="dxa" w:w="3061"/>
          </w:tcPr>
          <w:p>
            <w:pPr>
              <w:spacing w:after="20" w:line="276" w:lineRule="auto"/>
            </w:pPr>
            <w:r/>
            <w:r>
              <w:rPr>
                <w:rFonts w:ascii="宋体" w:hAnsi="宋体" w:eastAsia="宋体"/>
                <w:b w:val="0"/>
                <w:sz w:val="18"/>
              </w:rPr>
              <w:t>相邻两个计数单位之间的进率是十。拨数时，个位满十向十位进1，10个一是1个十；十位满十向百位进1，10个十是1个百；百位满十向千位进1，10个百是1个千；千位满十向万位进1，10个千是1个万。</w:t>
            </w:r>
          </w:p>
          <w:p>
            <w:pPr>
              <w:spacing w:after="20" w:line="276" w:lineRule="auto"/>
            </w:pPr>
            <w:r>
              <w:rPr>
                <w:rFonts w:ascii="宋体" w:hAnsi="宋体" w:eastAsia="宋体"/>
                <w:b w:val="0"/>
                <w:sz w:val="18"/>
              </w:rPr>
              <w:t>学过的数位有个位、十位、百位、千位和万位；计数单位有个(一)、十、百、千、万。</w:t>
            </w:r>
          </w:p>
          <w:p>
            <w:pPr>
              <w:spacing w:after="20" w:line="276" w:lineRule="auto"/>
            </w:pPr>
            <w:r>
              <w:rPr>
                <w:rFonts w:ascii="宋体" w:hAnsi="宋体" w:eastAsia="宋体"/>
                <w:b w:val="0"/>
                <w:sz w:val="18"/>
              </w:rPr>
              <w:t>千以内的数是由几个百、几个十和几个一组成的；万以内的数是由几个千、几个百、几个十和几个一组成的。</w:t>
            </w:r>
          </w:p>
          <w:p>
            <w:pPr>
              <w:spacing w:after="20" w:line="276" w:lineRule="auto"/>
            </w:pPr>
            <w:r>
              <w:rPr>
                <w:rFonts w:ascii="宋体" w:hAnsi="宋体" w:eastAsia="宋体"/>
                <w:b w:val="0"/>
                <w:sz w:val="18"/>
              </w:rPr>
              <w:t>预设1：读数的方法：从高位读起，按照数位顺序读；千位上是几就读几千，百位上是几就读几百，十位上是几就读几十，个位上是几就读几；中间有一个0或两个0，只读一个零，末尾不管有几个0，都不读。</w:t>
            </w:r>
          </w:p>
          <w:p>
            <w:pPr>
              <w:spacing w:after="20" w:line="276" w:lineRule="auto"/>
            </w:pPr>
            <w:r>
              <w:rPr>
                <w:rFonts w:ascii="宋体" w:hAnsi="宋体" w:eastAsia="宋体"/>
                <w:b w:val="0"/>
                <w:sz w:val="18"/>
              </w:rPr>
              <w:t>预设2：写数的方法：从高位写起，按照数位顺序写；几千就在千位上写几，几百就在百位上写几……中间或末尾哪一位上一个也没有，就在那一位上写0。</w:t>
            </w:r>
          </w:p>
          <w:p>
            <w:pPr>
              <w:spacing w:after="20" w:line="276" w:lineRule="auto"/>
            </w:pPr>
            <w:r>
              <w:rPr>
                <w:rFonts w:ascii="宋体" w:hAnsi="宋体" w:eastAsia="宋体"/>
                <w:b w:val="0"/>
                <w:sz w:val="18"/>
              </w:rPr>
              <w:t>先比较位数，如果位数不同，位数多的数大；如果位数相同，从最高位比起，最高位上的数大的那个数就大，最高位上的数相等，就比较下一个数位上的数……直到比较出数的大小。</w:t>
            </w:r>
          </w:p>
          <w:p>
            <w:pPr>
              <w:spacing w:after="20" w:line="276" w:lineRule="auto"/>
            </w:pPr>
            <w:r>
              <w:rPr>
                <w:rFonts w:ascii="宋体" w:hAnsi="宋体" w:eastAsia="宋体"/>
                <w:b w:val="0"/>
                <w:sz w:val="18"/>
              </w:rPr>
              <w:t>学校大约有3000名学生，实际有3025名学生。</w:t>
            </w:r>
          </w:p>
          <w:p>
            <w:pPr>
              <w:spacing w:after="20" w:line="276" w:lineRule="auto"/>
            </w:pPr>
            <w:r>
              <w:rPr>
                <w:rFonts w:ascii="宋体" w:hAnsi="宋体" w:eastAsia="宋体"/>
                <w:b w:val="0"/>
                <w:sz w:val="18"/>
              </w:rPr>
              <w:t>3000是近似数，3025是准确数。</w:t>
            </w:r>
          </w:p>
          <w:p>
            <w:pPr>
              <w:spacing w:after="20" w:line="276" w:lineRule="auto"/>
            </w:pPr>
            <w:r>
              <w:rPr>
                <w:rFonts w:ascii="宋体" w:hAnsi="宋体" w:eastAsia="宋体"/>
                <w:b w:val="0"/>
                <w:sz w:val="18"/>
              </w:rPr>
              <w:t>根据需要，找与准确数很接近的整千、整百或整十的数。</w:t>
            </w:r>
          </w:p>
          <w:p>
            <w:pPr>
              <w:spacing w:after="20" w:line="276" w:lineRule="auto"/>
            </w:pPr>
            <w:r>
              <w:rPr>
                <w:rFonts w:ascii="宋体" w:hAnsi="宋体" w:eastAsia="宋体"/>
                <w:b w:val="0"/>
                <w:sz w:val="18"/>
              </w:rPr>
              <w:t>利用数的组成，想成几个十加、减几个十，几个百加、减几个百或几个千加、减几个千。</w:t>
            </w:r>
          </w:p>
        </w:tc>
        <w:tc>
          <w:tcPr>
            <w:tcW w:type="dxa" w:w="1814"/>
          </w:tcPr>
          <w:p>
            <w:pPr>
              <w:spacing w:after="20" w:line="276" w:lineRule="auto"/>
            </w:pPr>
            <w:r/>
            <w:r>
              <w:rPr>
                <w:rFonts w:ascii="宋体" w:hAnsi="宋体" w:eastAsia="宋体"/>
                <w:b w:val="0"/>
                <w:sz w:val="18"/>
              </w:rPr>
              <w:t>引导学生回顾梳理本课所学，完善认知结构，提升归纳与反思能力，核心问题："我们从计数器上认识了数位。在计数器上拨一拨，你发现了什么？"</w:t>
            </w:r>
          </w:p>
        </w:tc>
      </w:tr>
      <w:tr>
        <w:tc>
          <w:tcPr>
            <w:tcW w:type="dxa" w:w="1474"/>
          </w:tcPr>
          <w:p>
            <w:pPr>
              <w:spacing w:after="20" w:line="276" w:lineRule="auto"/>
            </w:pPr>
            <w:r>
              <w:rPr>
                <w:b/>
              </w:rPr>
            </w:r>
            <w:r>
              <w:rPr>
                <w:rFonts w:ascii="宋体" w:hAnsi="宋体" w:eastAsia="宋体"/>
                <w:b/>
                <w:sz w:val="18"/>
              </w:rPr>
              <w:t>三、知识图</w:t>
            </w:r>
          </w:p>
        </w:tc>
        <w:tc>
          <w:tcPr>
            <w:tcW w:type="dxa" w:w="3061"/>
          </w:tcPr>
          <w:p>
            <w:pPr>
              <w:spacing w:after="20" w:line="276" w:lineRule="auto"/>
            </w:pPr>
            <w:r/>
            <w:r>
              <w:rPr>
                <w:rFonts w:ascii="宋体" w:hAnsi="宋体" w:eastAsia="宋体"/>
                <w:b w:val="0"/>
                <w:sz w:val="18"/>
              </w:rPr>
              <w:t>课件出示“知识图”。</w:t>
            </w:r>
          </w:p>
          <w:p>
            <w:pPr>
              <w:spacing w:after="20" w:line="276" w:lineRule="auto"/>
            </w:pPr>
            <w:r>
              <w:rPr>
                <w:rFonts w:ascii="宋体" w:hAnsi="宋体" w:eastAsia="宋体"/>
                <w:b w:val="0"/>
                <w:sz w:val="18"/>
              </w:rPr>
              <w:t>师：这个“知识图”，你能看懂吗？</w:t>
            </w:r>
          </w:p>
          <w:p>
            <w:pPr>
              <w:spacing w:after="20" w:line="276" w:lineRule="auto"/>
            </w:pPr>
            <w:r>
              <w:rPr>
                <w:rFonts w:ascii="宋体" w:hAnsi="宋体" w:eastAsia="宋体"/>
                <w:b w:val="0"/>
                <w:sz w:val="18"/>
              </w:rPr>
              <w:t>师：把你做的“知识图”展示给大家看看。(教师适时板书)</w:t>
            </w:r>
          </w:p>
        </w:tc>
        <w:tc>
          <w:tcPr>
            <w:tcW w:type="dxa" w:w="3061"/>
          </w:tcPr>
          <w:p>
            <w:pPr>
              <w:spacing w:after="20" w:line="276" w:lineRule="auto"/>
            </w:pPr>
            <w:r/>
            <w:r>
              <w:rPr>
                <w:rFonts w:ascii="宋体" w:hAnsi="宋体" w:eastAsia="宋体"/>
                <w:b w:val="0"/>
                <w:sz w:val="18"/>
              </w:rPr>
              <w:t>表示新的数时，通过增加新的数位，用“0～9”就能表示出这些数。</w:t>
            </w:r>
          </w:p>
        </w:tc>
        <w:tc>
          <w:tcPr>
            <w:tcW w:type="dxa" w:w="1814"/>
          </w:tcPr>
          <w:p>
            <w:pPr>
              <w:spacing w:after="20" w:line="276" w:lineRule="auto"/>
            </w:pPr>
            <w:r/>
            <w:r>
              <w:rPr>
                <w:rFonts w:ascii="宋体" w:hAnsi="宋体" w:eastAsia="宋体"/>
                <w:b w:val="0"/>
                <w:sz w:val="18"/>
              </w:rPr>
              <w:t>围绕环节目标组织学习活动，引导学生主动参与、积极思考，核心问题："这个“知识图”，你能看懂吗？"</w:t>
            </w:r>
          </w:p>
        </w:tc>
      </w:tr>
      <w:tr>
        <w:tc>
          <w:tcPr>
            <w:tcW w:type="dxa" w:w="1474"/>
          </w:tcPr>
          <w:p>
            <w:pPr>
              <w:spacing w:after="20" w:line="276" w:lineRule="auto"/>
            </w:pPr>
            <w:r>
              <w:rPr>
                <w:b/>
              </w:rPr>
            </w:r>
            <w:r>
              <w:rPr>
                <w:rFonts w:ascii="宋体" w:hAnsi="宋体" w:eastAsia="宋体"/>
                <w:b/>
                <w:sz w:val="18"/>
              </w:rPr>
              <w:t>四、综合运用</w:t>
            </w:r>
          </w:p>
        </w:tc>
        <w:tc>
          <w:tcPr>
            <w:tcW w:type="dxa" w:w="3061"/>
          </w:tcPr>
          <w:p>
            <w:pPr>
              <w:spacing w:after="20" w:line="276" w:lineRule="auto"/>
            </w:pPr>
            <w:r/>
            <w:r>
              <w:rPr>
                <w:rFonts w:ascii="宋体" w:hAnsi="宋体" w:eastAsia="宋体"/>
                <w:b w:val="0"/>
                <w:sz w:val="18"/>
              </w:rPr>
              <w:t>1.完成教科书P61“练一练”第1题。</w:t>
            </w:r>
          </w:p>
          <w:p>
            <w:pPr>
              <w:spacing w:after="20" w:line="276" w:lineRule="auto"/>
            </w:pPr>
            <w:r>
              <w:rPr>
                <w:rFonts w:ascii="宋体" w:hAnsi="宋体" w:eastAsia="宋体"/>
                <w:b w:val="0"/>
                <w:sz w:val="18"/>
              </w:rPr>
              <w:t>读有0的数，注意数的中间有一个0或两个0都只读一个零，末尾不管有几个0，都不读。</w:t>
            </w:r>
          </w:p>
          <w:p>
            <w:pPr>
              <w:spacing w:after="20" w:line="276" w:lineRule="auto"/>
            </w:pPr>
            <w:r>
              <w:rPr>
                <w:rFonts w:ascii="宋体" w:hAnsi="宋体" w:eastAsia="宋体"/>
                <w:b w:val="0"/>
                <w:sz w:val="18"/>
              </w:rPr>
              <w:t>2．完成教科书P61“练一练”第2、3题。</w:t>
            </w:r>
          </w:p>
          <w:p>
            <w:pPr>
              <w:spacing w:after="20" w:line="276" w:lineRule="auto"/>
            </w:pPr>
            <w:r>
              <w:rPr>
                <w:rFonts w:ascii="宋体" w:hAnsi="宋体" w:eastAsia="宋体"/>
                <w:b w:val="0"/>
                <w:sz w:val="18"/>
              </w:rPr>
              <w:t>位数不同，位数多的数大；位数相同，比较最高位，最高位相同，比较下一位，依次类推。</w:t>
            </w:r>
          </w:p>
          <w:p>
            <w:pPr>
              <w:spacing w:after="20" w:line="276" w:lineRule="auto"/>
            </w:pPr>
            <w:r>
              <w:rPr>
                <w:rFonts w:ascii="宋体" w:hAnsi="宋体" w:eastAsia="宋体"/>
                <w:b w:val="0"/>
                <w:sz w:val="18"/>
              </w:rPr>
              <w:t>3．完成教科书P61“练一练”第4题。</w:t>
            </w:r>
          </w:p>
          <w:p>
            <w:pPr>
              <w:spacing w:after="20" w:line="276" w:lineRule="auto"/>
            </w:pPr>
            <w:r>
              <w:rPr>
                <w:rFonts w:ascii="宋体" w:hAnsi="宋体" w:eastAsia="宋体"/>
                <w:b w:val="0"/>
                <w:sz w:val="18"/>
              </w:rPr>
              <w:t>记录一共转出了几个千、几个百、几个十和几个一，然后合起来。</w:t>
            </w:r>
          </w:p>
          <w:p>
            <w:pPr>
              <w:spacing w:after="20" w:line="276" w:lineRule="auto"/>
            </w:pPr>
            <w:r>
              <w:rPr>
                <w:rFonts w:ascii="宋体" w:hAnsi="宋体" w:eastAsia="宋体"/>
                <w:b w:val="0"/>
                <w:sz w:val="18"/>
              </w:rPr>
              <w:t>4．完成教科书P62“练一练”第5题。</w:t>
            </w:r>
          </w:p>
          <w:p>
            <w:pPr>
              <w:spacing w:after="20" w:line="276" w:lineRule="auto"/>
            </w:pPr>
            <w:r>
              <w:rPr>
                <w:rFonts w:ascii="宋体" w:hAnsi="宋体" w:eastAsia="宋体"/>
                <w:b w:val="0"/>
                <w:sz w:val="18"/>
              </w:rPr>
              <w:t>最大的数，每个数位上都是9；最小的数，最高位是1，其余每个数位都是0。</w:t>
            </w:r>
          </w:p>
          <w:p>
            <w:pPr>
              <w:spacing w:after="20" w:line="276" w:lineRule="auto"/>
            </w:pPr>
            <w:r>
              <w:rPr>
                <w:rFonts w:ascii="宋体" w:hAnsi="宋体" w:eastAsia="宋体"/>
                <w:b w:val="0"/>
                <w:sz w:val="18"/>
              </w:rPr>
              <w:t>5．完成教科书P62“练一练”第6题。</w:t>
            </w:r>
          </w:p>
          <w:p>
            <w:pPr>
              <w:spacing w:after="20" w:line="276" w:lineRule="auto"/>
            </w:pPr>
            <w:r>
              <w:rPr>
                <w:rFonts w:ascii="宋体" w:hAnsi="宋体" w:eastAsia="宋体"/>
                <w:b w:val="0"/>
                <w:sz w:val="18"/>
              </w:rPr>
              <w:t>第(1)题让学生先找出相应的整千的近似数，这是进行第(2)题估算的基础。</w:t>
            </w:r>
          </w:p>
          <w:p>
            <w:pPr>
              <w:spacing w:after="20" w:line="276" w:lineRule="auto"/>
            </w:pPr>
            <w:r>
              <w:rPr>
                <w:rFonts w:ascii="宋体" w:hAnsi="宋体" w:eastAsia="宋体"/>
                <w:b w:val="0"/>
                <w:sz w:val="18"/>
              </w:rPr>
              <w:t>第(2)题思考“几个千比几个千多几个千”。</w:t>
            </w:r>
          </w:p>
          <w:p>
            <w:pPr>
              <w:spacing w:after="20" w:line="276" w:lineRule="auto"/>
            </w:pPr>
            <w:r>
              <w:rPr>
                <w:rFonts w:ascii="宋体" w:hAnsi="宋体" w:eastAsia="宋体"/>
                <w:b w:val="0"/>
                <w:sz w:val="18"/>
              </w:rPr>
              <w:t>6．完成教科书P62“练一练”第7题。</w:t>
            </w:r>
          </w:p>
          <w:p>
            <w:pPr>
              <w:spacing w:after="20" w:line="276" w:lineRule="auto"/>
            </w:pPr>
            <w:r>
              <w:rPr>
                <w:rFonts w:ascii="宋体" w:hAnsi="宋体" w:eastAsia="宋体"/>
                <w:b w:val="0"/>
                <w:sz w:val="18"/>
              </w:rPr>
              <w:t>巩固数的组成，想：这个数里含有几个千、几个百、几个十和几个一。</w:t>
            </w:r>
          </w:p>
          <w:p>
            <w:pPr>
              <w:spacing w:after="20" w:line="276" w:lineRule="auto"/>
            </w:pPr>
            <w:r>
              <w:rPr>
                <w:rFonts w:ascii="宋体" w:hAnsi="宋体" w:eastAsia="宋体"/>
                <w:b w:val="0"/>
                <w:sz w:val="18"/>
              </w:rPr>
              <w:t>7．完成教科书P62“练一练”第8题。</w:t>
            </w:r>
          </w:p>
          <w:p>
            <w:pPr>
              <w:spacing w:after="20" w:line="276" w:lineRule="auto"/>
            </w:pPr>
            <w:r>
              <w:rPr>
                <w:rFonts w:ascii="宋体" w:hAnsi="宋体" w:eastAsia="宋体"/>
                <w:b w:val="0"/>
                <w:sz w:val="18"/>
              </w:rPr>
              <w:t>提示：每小题通过比较数的大小，从最高位到最低位依次比较，确定方框里能填的数字，选择合适的数字填入即可，注意首位数字不能为0。</w:t>
            </w:r>
          </w:p>
          <w:p>
            <w:pPr>
              <w:spacing w:after="20" w:line="276" w:lineRule="auto"/>
            </w:pPr>
            <w:r>
              <w:rPr>
                <w:rFonts w:ascii="宋体" w:hAnsi="宋体" w:eastAsia="宋体"/>
                <w:b w:val="0"/>
                <w:sz w:val="18"/>
              </w:rPr>
              <w:t>8．完成教科书P62“练一练”第9*题。</w:t>
            </w:r>
          </w:p>
          <w:p>
            <w:pPr>
              <w:spacing w:after="20" w:line="276" w:lineRule="auto"/>
            </w:pPr>
            <w:r>
              <w:rPr>
                <w:rFonts w:ascii="宋体" w:hAnsi="宋体" w:eastAsia="宋体"/>
                <w:b w:val="0"/>
                <w:sz w:val="18"/>
              </w:rPr>
              <w:t>提示：</w:t>
            </w:r>
          </w:p>
          <w:p>
            <w:pPr>
              <w:spacing w:after="20" w:line="276" w:lineRule="auto"/>
            </w:pPr>
            <w:r>
              <w:rPr>
                <w:rFonts w:ascii="宋体" w:hAnsi="宋体" w:eastAsia="宋体"/>
                <w:b w:val="0"/>
                <w:sz w:val="18"/>
              </w:rPr>
              <w:t>最大的数：最高位尽可能多的拨珠，可以拨9颗，还有1颗在次高位，其余数位不拨；</w:t>
            </w:r>
          </w:p>
          <w:p>
            <w:pPr>
              <w:spacing w:after="20" w:line="276" w:lineRule="auto"/>
            </w:pPr>
            <w:r>
              <w:rPr>
                <w:rFonts w:ascii="宋体" w:hAnsi="宋体" w:eastAsia="宋体"/>
                <w:b w:val="0"/>
                <w:sz w:val="18"/>
              </w:rPr>
              <w:t>最小的数：最高位尽可能少的拨珠，只能拨1颗，还有9颗在个位，其余数位不拨。</w:t>
            </w:r>
          </w:p>
        </w:tc>
        <w:tc>
          <w:tcPr>
            <w:tcW w:type="dxa" w:w="3061"/>
          </w:tcPr>
          <w:p>
            <w:pPr>
              <w:spacing w:after="20" w:line="276" w:lineRule="auto"/>
            </w:pPr>
            <w:r/>
            <w:r>
              <w:rPr>
                <w:rFonts w:ascii="宋体" w:hAnsi="宋体" w:eastAsia="宋体"/>
                <w:b w:val="0"/>
                <w:sz w:val="18"/>
              </w:rPr>
              <w:t>——</w:t>
            </w:r>
          </w:p>
        </w:tc>
        <w:tc>
          <w:tcPr>
            <w:tcW w:type="dxa" w:w="1814"/>
          </w:tcPr>
          <w:p>
            <w:pPr>
              <w:spacing w:after="20" w:line="276" w:lineRule="auto"/>
            </w:pPr>
            <w:r/>
            <w:r>
              <w:rPr>
                <w:rFonts w:ascii="宋体" w:hAnsi="宋体" w:eastAsia="宋体"/>
                <w:b w:val="0"/>
                <w:sz w:val="18"/>
              </w:rPr>
              <w:t>通过有层次的练习及时反馈学情，巩固新知，培养学生灵活运用知识解决问题的能力。</w:t>
            </w:r>
          </w:p>
        </w:tc>
      </w:tr>
      <w:tr>
        <w:tc>
          <w:tcPr>
            <w:tcW w:type="dxa" w:w="1474"/>
          </w:tcPr>
          <w:p>
            <w:pPr>
              <w:spacing w:after="20" w:line="276" w:lineRule="auto"/>
            </w:pPr>
            <w:r>
              <w:rPr>
                <w:b/>
              </w:rPr>
            </w:r>
            <w:r>
              <w:rPr>
                <w:rFonts w:ascii="宋体" w:hAnsi="宋体" w:eastAsia="宋体"/>
                <w:b/>
                <w:sz w:val="18"/>
              </w:rPr>
              <w:t>五、课堂小结</w:t>
            </w:r>
          </w:p>
        </w:tc>
        <w:tc>
          <w:tcPr>
            <w:tcW w:type="dxa" w:w="3061"/>
          </w:tcPr>
          <w:p>
            <w:pPr>
              <w:spacing w:after="20" w:line="276" w:lineRule="auto"/>
            </w:pPr>
            <w:r/>
            <w:r>
              <w:rPr>
                <w:rFonts w:ascii="宋体" w:hAnsi="宋体" w:eastAsia="宋体"/>
                <w:b w:val="0"/>
                <w:sz w:val="18"/>
              </w:rPr>
              <w:t>师：这节课你有什么新的收获？</w:t>
            </w:r>
          </w:p>
        </w:tc>
        <w:tc>
          <w:tcPr>
            <w:tcW w:type="dxa" w:w="3061"/>
          </w:tcPr>
          <w:p>
            <w:pPr>
              <w:spacing w:after="20" w:line="276" w:lineRule="auto"/>
            </w:pPr>
            <w:r/>
            <w:r>
              <w:rPr>
                <w:rFonts w:ascii="宋体" w:hAnsi="宋体" w:eastAsia="宋体"/>
                <w:b w:val="0"/>
                <w:sz w:val="18"/>
              </w:rPr>
              <w:t>——</w:t>
            </w:r>
          </w:p>
        </w:tc>
        <w:tc>
          <w:tcPr>
            <w:tcW w:type="dxa" w:w="1814"/>
          </w:tcPr>
          <w:p>
            <w:pPr>
              <w:spacing w:after="20" w:line="276" w:lineRule="auto"/>
            </w:pPr>
            <w:r/>
            <w:r>
              <w:rPr>
                <w:rFonts w:ascii="宋体" w:hAnsi="宋体" w:eastAsia="宋体"/>
                <w:b w:val="0"/>
                <w:sz w:val="18"/>
              </w:rPr>
              <w:t>教学时，先让学生对本单元的内容整体进行全面地回顾，再结合整理和复习的情境图，将对话后面所包含的知识进行充分地挖掘，发现并提出问题，然后就此问题进行展开讨论，老师根据情况进行引导、点拨和提示，在复习完每一个板块之后，及时通过综合练习中对应的题目，进行巩固和应用，既要提高学生的兴趣，又要注意练习的效率。对于学生练习中出现的错误，教师要及时了解错误的原因，采用适当的方法进行订正，力争取得最好的复习效果。在复习的同时，结合本班的具体情况灵活掌握，对于教学中发现的学生掌握得不牢固的地方要重点复习，对于知识图制作有困难的学生给予指导。</w:t>
            </w:r>
          </w:p>
        </w:tc>
      </w:tr>
    </w:tbl>
    <w:p>
      <w:pPr>
        <w:spacing w:after="40"/>
      </w:pPr>
    </w:p>
    <w:p>
      <w:pPr>
        <w:spacing w:after="60" w:line="300" w:lineRule="auto"/>
      </w:pPr>
      <w:r>
        <w:rPr>
          <w:rFonts w:ascii="黑体" w:hAnsi="黑体" w:eastAsia="黑体"/>
          <w:b/>
          <w:sz w:val="21"/>
        </w:rPr>
        <w:t>四、板书设计</w:t>
      </w:r>
    </w:p>
    <w:p>
      <w:pPr>
        <w:spacing w:after="40" w:line="300" w:lineRule="auto"/>
      </w:pPr>
      <w:r>
        <w:rPr>
          <w:rFonts w:ascii="宋体" w:hAnsi="宋体" w:eastAsia="宋体"/>
          <w:b w:val="0"/>
          <w:sz w:val="20"/>
        </w:rPr>
        <w:t>整理和复习</w:t>
      </w:r>
    </w:p>
    <w:p>
      <w:pPr>
        <w:spacing w:after="40" w:line="300" w:lineRule="auto"/>
      </w:pPr>
      <w:r>
        <w:rPr>
          <w:rFonts w:ascii="宋体" w:hAnsi="宋体" w:eastAsia="宋体"/>
          <w:b w:val="0"/>
          <w:sz w:val="20"/>
        </w:rPr>
        <w:t>万以内数的认识</w:t>
      </w:r>
    </w:p>
    <w:p>
      <w:pPr>
        <w:spacing w:after="60" w:line="300" w:lineRule="auto"/>
      </w:pPr>
      <w:r>
        <w:rPr>
          <w:rFonts w:ascii="黑体" w:hAnsi="黑体" w:eastAsia="黑体"/>
          <w:b/>
          <w:sz w:val="21"/>
        </w:rPr>
        <w:t>五、作业设计</w:t>
      </w:r>
    </w:p>
    <w:p>
      <w:pPr>
        <w:spacing w:after="40" w:line="300" w:lineRule="auto"/>
        <w:ind w:firstLine="400"/>
      </w:pPr>
      <w:r>
        <w:rPr>
          <w:rFonts w:ascii="宋体" w:hAnsi="宋体" w:eastAsia="宋体"/>
          <w:b w:val="0"/>
          <w:sz w:val="20"/>
        </w:rPr>
        <w:t>课前预设作业：</w:t>
      </w:r>
    </w:p>
    <w:p>
      <w:pPr>
        <w:spacing w:after="40" w:line="300" w:lineRule="auto"/>
        <w:ind w:firstLine="400"/>
      </w:pPr>
      <w:r>
        <w:rPr>
          <w:rFonts w:ascii="宋体" w:hAnsi="宋体" w:eastAsia="宋体"/>
          <w:b w:val="0"/>
          <w:sz w:val="20"/>
        </w:rPr>
        <w:t>① 教科书P60“整理和复习”，教科书P61～62“练一练”第1～9*题。</w:t>
      </w:r>
    </w:p>
    <w:p>
      <w:pPr>
        <w:spacing w:after="40" w:line="300" w:lineRule="auto"/>
        <w:ind w:firstLine="400"/>
      </w:pPr>
      <w:r>
        <w:rPr>
          <w:rFonts w:ascii="宋体" w:hAnsi="宋体" w:eastAsia="宋体"/>
          <w:b w:val="0"/>
          <w:sz w:val="20"/>
        </w:rPr>
        <w:t>课后跟进作业：教学任务完成后，据学生课堂反馈调整——可安排①《数学作业本》对应课时的巩固练习；②说题或动手操作类实践作业（视学情选用，一、二年级不布置书面家庭作业）。</w:t>
      </w:r>
    </w:p>
    <w:p>
      <w:pPr>
        <w:spacing w:after="60" w:line="300" w:lineRule="auto"/>
      </w:pPr>
      <w:r>
        <w:rPr>
          <w:rFonts w:ascii="黑体" w:hAnsi="黑体" w:eastAsia="黑体"/>
          <w:b/>
          <w:sz w:val="21"/>
        </w:rPr>
        <w:t>六、课后反思</w:t>
      </w:r>
    </w:p>
    <w:p>
      <w:pPr>
        <w:spacing w:after="20" w:line="300" w:lineRule="auto"/>
      </w:pPr>
      <w:r>
        <w:rPr>
          <w:rFonts w:ascii="宋体" w:hAnsi="宋体" w:eastAsia="宋体"/>
          <w:b w:val="0"/>
          <w:sz w:val="20"/>
        </w:rPr>
        <w:t>1．实际教学过程与课前预设之间的差距如何？如果有差距，你是如何处理的？</w:t>
      </w:r>
    </w:p>
    <w:p>
      <w:pPr>
        <w:spacing w:after="40" w:line="300" w:lineRule="auto"/>
      </w:pPr>
      <w:r>
        <w:rPr>
          <w:rFonts w:ascii="楷体" w:hAnsi="楷体" w:eastAsia="楷体"/>
          <w:b w:val="0"/>
          <w:sz w:val="20"/>
        </w:rPr>
        <w:t>＿＿＿＿＿＿＿＿＿＿＿＿＿＿＿＿＿＿＿＿＿＿＿＿＿＿＿＿＿＿＿＿＿＿＿＿</w:t>
      </w:r>
    </w:p>
    <w:p>
      <w:pPr>
        <w:spacing w:after="20" w:line="300" w:lineRule="auto"/>
      </w:pPr>
      <w:r>
        <w:rPr>
          <w:rFonts w:ascii="宋体" w:hAnsi="宋体" w:eastAsia="宋体"/>
          <w:b w:val="0"/>
          <w:sz w:val="20"/>
        </w:rPr>
        <w:t>2．学生是否都有了公平学习的机会？</w:t>
      </w:r>
    </w:p>
    <w:p>
      <w:pPr>
        <w:spacing w:after="40" w:line="300" w:lineRule="auto"/>
      </w:pPr>
      <w:r>
        <w:rPr>
          <w:rFonts w:ascii="楷体" w:hAnsi="楷体" w:eastAsia="楷体"/>
          <w:b w:val="0"/>
          <w:sz w:val="20"/>
        </w:rPr>
        <w:t>＿＿＿＿＿＿＿＿＿＿＿＿＿＿＿＿＿＿＿＿＿＿＿＿＿＿＿＿＿＿＿＿＿＿＿＿</w:t>
      </w:r>
    </w:p>
    <w:p>
      <w:pPr>
        <w:spacing w:after="20" w:line="300" w:lineRule="auto"/>
      </w:pPr>
      <w:r>
        <w:rPr>
          <w:rFonts w:ascii="宋体" w:hAnsi="宋体" w:eastAsia="宋体"/>
          <w:b w:val="0"/>
          <w:sz w:val="20"/>
        </w:rPr>
        <w:t>3．教学中还存在哪些问题？哪个问题显得最为关键？打算在后续的教学中如何改进？</w:t>
      </w:r>
    </w:p>
    <w:p>
      <w:pPr>
        <w:spacing w:after="40" w:line="300" w:lineRule="auto"/>
      </w:pPr>
      <w:r>
        <w:rPr>
          <w:rFonts w:ascii="楷体" w:hAnsi="楷体" w:eastAsia="楷体"/>
          <w:b w:val="0"/>
          <w:sz w:val="20"/>
        </w:rPr>
        <w:t>＿＿＿＿＿＿＿＿＿＿＿＿＿＿＿＿＿＿＿＿＿＿＿＿＿＿＿＿＿＿＿＿＿＿＿＿</w:t>
      </w:r>
    </w:p>
    <w:p>
      <w:pPr>
        <w:spacing w:after="40" w:line="300" w:lineRule="auto"/>
        <w:ind w:firstLine="380"/>
      </w:pPr>
      <w:r>
        <w:rPr>
          <w:rFonts w:ascii="楷体" w:hAnsi="楷体" w:eastAsia="楷体"/>
          <w:b w:val="0"/>
          <w:color w:val="606060"/>
          <w:sz w:val="19"/>
        </w:rPr>
        <w:t>【原教学设计反思（供参考）】借助计数器动态演示和数位顺序表，多数学生能清晰地梳理计数单位、数位及十进制关系，实现百以内数到万以内数知识的有效衔接，知识网络建构较完整。学生能快速比较万以内数的大小，课堂练习中正确率较高，类比学习能力得到锻炼。部分基础薄弱的学生对万以内数中“中间、末尾有0的数”理解模糊，如读数、写数时0的处理，课堂互动中未充分捕捉并针对性强化。“知识图”展示环节，学生自主整理缺乏创造性梳理；课后需优化“知识图”活动，鼓励用思维导图等形式整理，让数的认识回归实际应用，提升知识活力与学生参与度。</w:t>
      </w:r>
    </w:p>
    <w:sectPr w:rsidR="00FC693F" w:rsidRPr="0006063C" w:rsidSect="00034616">
      <w:pgSz w:w="11906" w:h="16838"/>
      <w:pgMar w:top="1020" w:right="1134" w:bottom="1020"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