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人教版二年级数学下册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第4单元 万以内的加法和减法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万以内的加法和减法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数与代数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9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单元开启课、活动探索课、自主整理课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【教材解读】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教学三位数加、减三位数的笔算，根据实际问题灵活选择计算策略解决问题及加、减法各部分间的关系。这一单元是学习整数加、减法的最后一个阶段。通过这部分内容的学习，一方面，使学生基本掌握整数加、减法的计算法则，理解加、减法各部分间的关系，能熟练地进行计算，并能通过迁移解决更多位数的加、减法计算；另一方面，为进一步学习小数加、减法和多位数乘、除法打下基础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例题的编排思路，一是通过具体的生活问题或生活情境引出计算问题的方式，将笔算加、减法放在解决实际问题的现实背景中。二是在学生掌握计算方法以后呈现现实的问题情境，应用计算知识解决。在探究三位数加、减法的计算方法过程中，让学生经历计算法则的获得过程。在教学完某一计算后紧接着教学相应的验算，让学生能在及时巩固计算方法的同时体会验算的作用。最后通过解决问题，在具体情境中再次分析估算在实际生活中的应用，体会根据不同的需要选择不同的策略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【学情分析】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经学习了百以内加、减法，初步理解了笔算加、减法的基本方法。如，相同数位要对齐，计算的顺序，满十(不够)要向前进(借)1等。学生已经能够笔算几十几加、减几十几。在此基础上进一步学习万以内的加法和减法。但此阶段学生的认知水平有限，不能够总结出计算的法则，但能理解其中的算理。因此在教学过程中，要通过大量计算，丰富学生的认知结构，理解算理，逐步抽象概括出笔算加、减法的法则。重点不在计算法则的结语，而是要给学生经历法则形成过程留下空间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【教学策略】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单元素养目标：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几何直观：会借助线段图理解加、减法各部分间的关系。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应用意识：运用所学的知识解决生活中的简单问题。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第1课时：理解三位数减法的算理，掌握万以内减法的计算方法，并能正确计算。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第2课时：理解三位数加法(一次进位)的算理，掌握万以内加法的计算方法，并能正确计算。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第3课时：结合具体情境经历概括加、减法意义的过程，理解加、减法的意义，掌握加法各部分间的关系。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第4课时：掌握被减数中间有0的连续退位减法的计算方法，并能正确计算。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第5课时：理解三位数加三位数连续进位加法的算理，掌握计算方法，能够正确笔算三位数加三位数连续进位的加法题。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第6课时：结合线段图进一步理解减法的意义，掌握减法各部分间的关系。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第7课时：体会估算在日常生活中的应用，增强估算的意识及能力，并能结合具体情境进行估算。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第8课时：通过观察、分析等活动，用推理解决一些简单游戏中的数学问题，经历推理过程。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第9课时：经历整理和复习的过程，厘清知识脉络，进行分类归纳，学会有序整理的学习方法，提高学习能力，形成清晰、完整的知识结构。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充分利用学生已有的知识和经验，通过迁移类推、自主探究、合作交流等方式，理解算理，掌握算法，逐步抽象概括出计算法则，完善认知结构。通过百以内的加减法计算，激活学生已有的计算知识和经验，实现知识的正迁移。给予学生充分的时间和空间，通过独立思考、同伴交流、小组讨论，让学生在理解算理的基础上经历计算方法的探索过程，在交流的过程中逐步达到对计算法则的抽象与概括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注重实质，在理解算理的基础上构建和表达算法。教学时要突出基本算理，不仅要使学生掌握笔算的程序和步骤，还要使学生理解程序和步骤的道理。如果学生计算有困难，可借助直观教具帮助学生理解算理，掌握算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通过解决简单的实际问题，让学生体会灵活选择计算策略的必要性，逐步培养学生根据不同的需要选择不同的策略的意识和能力。在教学中，使学生认识到在面对现实的问题情境中，要合理选择估算策略，感受估算是一种解决问题的有效策略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【素养体现】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数感：能结合实际情境选择计算策略，解决相关的实际问题。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运算能力：能正确计算三位数加、减三位数，会对加法和减法进行验算。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推理意识：在自主探索笔算加、减法的计算过程中，通过类比、归纳、抽象出计算方法。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万以内的减法(一次退位、连续退位)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理解三位数减法的算理，掌握万以内减法的计算方法，并能正确计算。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万以内的加法(一次进位)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理解三位数加法(一次进位)的算理，掌握万以内加法的计算方法，并能正确计算。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加、减法的意义及加法各部分间的关系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结合具体情境经历概括加、减法意义的过程，理解加、减法的意义，掌握加法各部分间的关系。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万以内的减法(被减数中间有0)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掌握被减数中间有0的连续退位减法的计算方法，并能正确计算。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万以内的加法(连续进位)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理解三位数加三位数连续进位加法的算理，掌握计算方法，能够正确笔算三位数加三位数连续进位的加法题。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第6课时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减法各部分间的关系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结合线段图进一步理解减法的意义，掌握减法各部分间的关系。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第7课时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用加减法估算解决实际问题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体会估算在日常生活中的应用，增强估算的意识及能力，并能结合具体情境进行估算。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第8课时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数独游戏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通过观察、分析等活动，用推理解决一些简单游戏中的数学问题，经历推理过程。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第9课时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整理和复习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自主整理课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经历整理和复习的过程，厘清知识脉络，进行分类归纳，学会有序整理的学习方法，提高学习能力，形成清晰、完整的知识结构。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万以内的减法(一次退位、连续退位)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万以内的减法(一次退位、连续退位)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万以内的加法和减法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单元学情：【学情分析】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经学习了百以内加、减法，初步理解了笔算加、减法的基本方法。如，相同数位要对齐，计算的顺序，满十(不够)要向前进(借)1等。学生已经能够笔算几十几加、减几十几。在此基础上进一步学习万以内的加法和减法。但此阶段学生的认知水平有限，不能够总结出计算的法则，但能理解其中的算理。因此在教学过程中，要通过大量计算，丰富学生的认知结构，理解算理，逐步抽象概括出笔算加、减法的法则。重点不在计算法则的结语，而是要给学生经历法则形成过程留下空间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【教学策略】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教学内容：教科书P69例1、例2，教科书P70上面“做一做”，教科书P71～72“练一练”第1题前三题、第2题第一行、第7题。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（1）理解三位数减法的算理，掌握万以内减法的计算方法，并能正确计算。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（2）经历探索三位数减法的笔算过程，在解决问题的过程中，体会到计算对于解决实际问题的作用，提高解决实际问题的能力。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（3）培养学生探索、合作、交流的意识和能力。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教学重点：掌握连续退位减法的计算方法，理解连续退位减法的算理。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教学难点：掌握连续退位减法的计算方法。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一、复习旧知识，引入课题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二、小组合作，自主探究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课件、教科书、统计表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光明小学各年级同学捐赠图书统计表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课件、教科书、练习本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通过这张表格你知道了什么数学信息？；根据信息，你能提出哪些用减法解决的数学问题？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三、巩固新知识，深化理解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说一说十位和百位各应怎样算？；读题后说一说每一问如何列式？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一、复习旧知识，引入课题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课件出示习题，指名口答。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口算。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36－24＝　　　47－36＝　　　800－600＝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40－30＝      58－49＝      900－700＝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95－75＝      42－24＝      4000－3000＝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师：前面我们学习了万以内的加法笔算方法，从今天开始学习万以内的减法。[板书课题：万以内的减法(一次退位、连续退位)]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学生口答后任指1至2道题让其说一说是怎样计算的。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二、小组合作，自主探究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师：在“心连心”读书活动中，光明小学各年级同学捐赠了一些图书。数量如下。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课件出示教科书P69统计表。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光明小学各年级同学捐赠图书统计表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年级 │ 一 │ 二 │ 三 │ 四 │ 五 │ 六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捐赠图书/本 │ 98 │ 124 │ 145 │ 213 │ 278 │ 301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1．读表格，寻找信息。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师：通过这张表格你知道了什么数学信息？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2．选取信息，提出问题。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师：根据信息，你能提出哪些用减法解决的数学问题？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3．选取减法问题，引入新课。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师：同学们提出了这么多的问题，今天我们就主要解决这两个问题。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课件出示教科书P69例1、例2。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五年级同学比一年级同学多捐了多少本图书？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三年级同学比四年级同学少捐了多少本图书？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4．教学教科书P69例1。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(1)师：怎样列式？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(2)独立计算。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师：请你在练习本上先试着算一算，然后再和同桌说一说你的计算过程。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教师巡视并指名板演。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(3)交流算法。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师：怎样列竖式？从哪一位减起？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重点交流：十位怎样算？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师小结：写竖式时相同数位要对齐，计算时从个位减起。十位上7减9不够减，从百位退1当10再减。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5．教学教科书P69例2。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(1)师：怎样列式？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(2)独立计算。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师：请你在练习本上先试着算一算，然后再和同桌说说你的计算过程。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教师巡视并指名板演。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(3)交流算法。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师：个位不够减怎么办？十位呢？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师小结：个位上3减5不够减，从十位退1当10，13－5＝8，在个位上写8。十位上1退了1剩下0，0减4不够减，从百位退1当10，10－4＝6，在十位上写6。百位上2退了1剩下1，1－1＝0，百位上的0不写。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师：哪一步容易出错？应注意什么？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6．提出其他用减法计算的问题，列式计算，指名交流。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7．归纳总结。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(1)讨论：计算万以内的减法要注意什么？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(2)小组代表汇报讨论结果。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师小结并板书：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①相同数位对齐；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②从个位减起；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③哪一位上的数不够减，就从前一位退1，在本数位上加10再减。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学生会横向、纵向观察表格，获取信息。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预设1：五年级比二年级多捐多少本图书？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预设2：一年级比四年级少捐多少本图书？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预设3：四年级比五年级少捐多少本图书？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预设4：三年级比二年级多捐多少本图书？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根据题意学生容易列出算式：278－98。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学生根据题意容易列出算式：213－145。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学生结合竖式说计算过程。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围绕环节目标组织学习活动，引导学生主动参与、积极思考，核心问题："通过这张表格你知道了什么数学信息？"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三、巩固新知识，深化理解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1.完成教科书P70上面“做一做”第1题。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2．完成教科书P70上面“做一做”第2题。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(1)读题理解题意。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(2)独立完成后汇报交流。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3．完成教科书P70上面“做一做”第3题。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4．完成教科书P71“练一练”第1题前三题、第2题第一行。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(1)师：说一说十位和百位各应怎样算？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(2)完成后集体交流、订正。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5．完成教科书P72“练一练”第7题。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(1)师：读题后说一说每一问如何列式？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(2)集体交流方法。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学生独立完成，做完后小组内交流检查，同时指名板演，然后集体订正。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学生独立列竖式计算，指名板演，完成后集体交流、订正。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第一问求一共运来了多少棵，就是求两数的和，用加法计算。第二问求二号车比一号车多运来多少棵，就是求两数的差，用减法计算。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通过有层次的练习及时反馈学情，巩固新知，培养学生灵活运用知识解决问题的能力，核心问题："说一说十位和百位各应怎样算？"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节课是万以内的减法计算，首先复习百以内的减法计算，为算法的迁移打下基础。接着出示各年级捐赠图书的信息，利用统计表提出问题，借助学生比较熟悉的生活情境，能让学生体会到数学和生活的紧密联系。例1和例2的教学，放手让学生自己独立尝试，算出结果，在此基础上针对例1和例2着重讨论：十位怎样算？让学生充分说明理由，从而在明确算理的基础上突破难点，掌握算法。最后讨论“计算万以内的减法要注意什么”，概括出计算法则。练习是巩固新知识的有效手段，基本技能的形成需要一定量的训练。因此，最后环节安排了计算题、解决问题，在练习与应用中进一步巩固计算方法，以达到熟练运算的目的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①相同数位对齐；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②从个位减起；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③哪一位上的数不够减，就从前一位退1，在本数位上加10再减。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教科书P69例1、例2，教科书P70上面“做一做”，教科书P71～72“练一练”第1题前三题、第2题第一行、第7题。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自主探究、合作交流是本节课主要的学习方法，学生在具体的生活情境中经历独立思考、动手操作和开展小组合作交流的活动过程，获得万以内的减法的计算方法，体验成功的乐趣。练习时注重学生对每个数位上计算结果的表达，时刻提醒学生不要忘记退位。在反复练习中加深印象，让学生养成良好的计算习惯，提高计算准确率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万以内的加法(一次进位)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万以内的加法(一次进位)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万以内的加法和减法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单元学情：【学情分析】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经学习了百以内加、减法，初步理解了笔算加、减法的基本方法。如，相同数位要对齐，计算的顺序，满十(不够)要向前进(借)1等。学生已经能够笔算几十几加、减几十几。在此基础上进一步学习万以内的加法和减法。但此阶段学生的认知水平有限，不能够总结出计算的法则，但能理解其中的算理。因此在教学过程中，要通过大量计算，丰富学生的认知结构，理解算理，逐步抽象概括出笔算加、减法的法则。重点不在计算法则的结语，而是要给学生经历法则形成过程留下空间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【教学策略】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教学内容：教科书P63～64例1，教科书P65“做一做”，教科书P66“练一练”第1题第一行。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教学准备：课件、布置学生了解有关湿地和湿地动物的知识。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（1）理解三位数加法(一次进位)的算理，掌握万以内加法的计算方法，并能正确计算。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（2）经历三位数加法笔算方法的探究过程，体会归纳概括的方法和策略。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（3）培养学生独立探究、合作交流的学习习惯，激发学习数学的兴趣。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教学重点：掌握万以内加法的竖式计算。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教学难点：理解不连续进位加法的算理。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一、复习旧知识，引入新课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二、小组合作，自主探究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课件、教科书、统计表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我们国家的物种丰富，有许多珍奇的动植物。你认识这些湿地野生动物吗？；同学们观察得很仔细，从表格中获得了有价值的数学信息。今天我们研究的问题就与这些湿地野生动物类群的种数有关，有信心学好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三、知识应用，巩固算法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通过本节课的学习，你有什么收获？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一、复习旧知识，引入新课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课件出示，指名口答。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口算。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23＋34＝　 　　47＋36＝　 　　200＋600＝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40＋30＝       55＋36＝       900＋800＝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25＋75＝       42＋54＝       5000＋3000＝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师：前面我们学习了百以内的加法和减法，从今天开始学习万以内的加法和减法。这一节课我们先学习万以内的加法。[板书课题：万以内的加法(一次进位)]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学生口答后任指1至2道题让其说一说是怎样计算的。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二、小组合作，自主探究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2．谈话导入。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师：同学们，我们国家的物种丰富，有许多珍奇的动植物。你认识这些湿地野生动物吗？把你了解的情况给大家说一说。(课件出示教科书P63主题图)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指导学生观察，并让学生介绍自己所了解的知识。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师：大家的知识面可真广！湿地孕育了丰富多样的野生动物。下面是关于中国湿地三种动物类群的种数的统计表，说说你从中知道了什么。(课件出示)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师：同学们观察得很仔细，从表格中获得了有价值的数学信息。今天我们研究的问题就与这些湿地野生动物类群的种数有关，有信心学好吗？(有)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师：观察统计表，你能提出哪些用加法解决的数学问题？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师：同学们根据统计表提出了这么多的问题，这节课我们主要来研究下面这个问题。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课件出示教科书P64例1。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我国湿地共有鸟类和哺乳类动物多少种？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3．探究三位数的加法计算。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(1)师：怎样列式？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(2)学生尝试独立计算。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师：该怎样计算呢？把你的方法写下来。算完后在小组内互相说一说你是怎样想的。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(3)全班交流、反馈。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有典型错例的在交流正确结果后再展示。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结合板演交流怎样列竖式和算法。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重点交流：十位上3和7相加等于10，怎样写？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明确十位相加满十，在十位上写0，向百位进1。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(4)试一试：计算271＋903。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师：想一想271＋903怎样算？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②结合板演说一说是怎样计算的。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师：百位满十怎么办？(向千位进1)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4．做一做。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课件出示教科书P65“做一做”第1题。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(1)学生独立在教科书上完成。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(2)汇报交流算法，重点交流相加满十的情况。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5．迁移类比，归纳总结。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师：上面我们计算了三位数的加法，与前面学习的两位数加法的计算方法相比，你有什么发现？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引导学生明确：三位数的加法与两位数的加法，计算方法是一样的。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师：回顾百以内的加法的计算方法，万以内的加法计算要注意什么？小组讨论一下。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①相同数位对齐；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②从个位加起；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③哪一位上的数相加满十，就向前一位进1。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师：想一想，为什么相同数位要对齐？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1.交流有关湿地和湿地动物的知识。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预设1：鸟类和爬行类动物一共有多少种？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预设2：鸟类和哺乳类动物一共有多少种？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预设3：爬行类和哺乳类动物一共有多少种？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根据加法的意义学生容易列出算式：271＋31。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学生尝试计算，教师巡视，根据巡视情况指名板演。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①学生自主完成计算，指名板演。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小组讨论后集体交流并小结。(教师板书)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交流后理解：相同数位对齐，是为了便于相同计数单位的个数相加。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设计递进式探究活动，引导学生在动手实践与合作交流中经历知识形成过程，突破本课重难点，核心问题："同学们，我们国家的物种丰富，有许多珍奇的动植物。你认识这些湿地野生动物吗？"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三、知识应用，巩固算法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1.完成教科书P65“做一做”第2题。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(1)让学生独立做题，然后小组内互相交流，说一说是怎么计算的，注意竖式计算时容易出错的地方，相互订正。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(2)针对学生出现的错误，选择典型的进行分析、评价。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师：看看错在哪里，分析一下为什么会出现这样的错误。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2．完成教科书P66“练一练”第1题第一行。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(1)指名三名学生板演，其他学生在教科书上完成。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(2)完成后交流算法，注意细节。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3．连一连。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课件出示习题。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学生独立完成后交流方法。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师：通过本节课的学习，你有什么收获？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节课先设计几道口算题，迅速口算，激活学生百以内的加法计算和简单的加法计算的数学活动经验。然后交流有关湿地和湿地动物的知识，进行环境和保护动物的教育。接着出示例1，让学生尝试计算，并交流算法。重点强调了十位或者百位相加的数满十了该怎样写，强化了对算理的理解。例题和“试一试”完成后通过“做一做”第1题，在充分计算的基础上，引导学生讨论：万以内的加法计算要注意什么？从而梳理出万以内加法计算的一般步骤，归纳总结计算方法，经历计算方法的形成过程，渗透类比的数学思想和学习方法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万以内的加法(一次进位)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①相同数位对齐；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②从个位加起；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③哪一位上的数相加满十，就向前一位进1。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教科书P63～64例1，教科书P65“做一做”，教科书P66“练一练”第1题第一行。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的教学首先注意培养学生提出问题的能力。由于有了百以内的加法计算方法的基础，例1的内容对于学生来说，自主探索计算方法并不困难。在教学时，适时放手，给予学生充分的自主探索的时间和空间，让学生在充分计算的基础上理解算理。通过讨论交流，逐步抽象概括出万以内加法的计算方法并学会运用。从整节课来看，学生都能熟练地计算万以内的加法(一次进位)，有效地突破了难点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加、减法的意义及加法各部分间的关系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加、减法的意义及加法各部分间的关系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万以内的加法和减法（加、减法各部分间的关系）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单元学情：【学情分析】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经学习了百以内加、减法，初步理解了笔算加、减法的基本方法。如，相同数位要对齐，计算的顺序，满十(不够)要向前进(借)1等。学生已经能够笔算几十几加、减几十几。在此基础上进一步学习万以内的加法和减法。但此阶段学生的认知水平有限，不能够总结出计算的法则，但能理解其中的算理。因此在教学过程中，要通过大量计算，丰富学生的认知结构，理解算理，逐步抽象概括出笔算加、减法的法则。重点不在计算法则的结语，而是要给学生经历法则形成过程留下空间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【教学策略】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教学内容：教科书P73例1，教科书P73“做一做”，教科书P76“练一练”第1题、第2题左边一题。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（1）结合具体情境经历概括加、减法意义的过程，理解加、减法的意义，掌握加法各部分间的关系。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（2）在探索加法各部分间的关系的过程中，发展抽象、概括的能力，进一步建立代数的思想。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（3）在用抽象文字表示加法各部分间的关系的过程中，感受数学的内在逻辑性，体会数学的价值。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教学重点：理解加、减法的意义，掌握加法各部分间的关系。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教学难点：理解减法的意义。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一、复习导入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上面这些算式包含哪些运算？；那你知道加、减法的意义和加法各部分间的关系吗？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二、探究加、减法的意义及加法各部分间的关系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为什么用加法计算？；加法算式里各个数分别叫什么呢？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通过本节课的学习，你有什么收获？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口算。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28＋19＝　　　　46－25＝　　　　200＋400＝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180－90＝       210＋90＝       58－39＝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指名学生口答。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师：上面这些算式包含哪些运算？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师：那你知道加、减法的意义和加法各部分间的关系吗？今天我们就来研究这些内容。(板书课题：加、减法的意义及加法各部分间的关系)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加法运算和减法运算。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创设情境激活学生已有经验，自然引出本课学习内容，激发学习兴趣，核心问题："上面这些算式包含哪些运算？"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二、探究加、减法的意义及加法各部分间的关系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1.理解加法的意义。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课件出示教科书P73例1(1)。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师：为什么用加法计算？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引导学生结合图意说一说：由图可知，电饭煲249元，微波炉460元，求两种电器一共多少元，也就是求249与460的和是多少，所以用加法计算。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师小结并板书：像这样，把两个数合并成一个数的运算，叫作加法。相加的两个数叫作加数，加得的数叫作和。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师：加法算式里各个数分别叫什么呢？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教师根据学生交流小结并板书：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2．理解减法的意义。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课件出示教科书P73例1(2)、(3)。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师：结合图意说一说为什么这样列式？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师：与第(1)题相比，第(2)题已知什么？求什么？用什么方法计算？第(3)题呢？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师：谁能用自己的话说一说什么是减法？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教师根据学生回答板书：已知两个加数的和与其中一个加数，求另一个加数的运算，叫作减法。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师：加法和减法有什么关系呢？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引导学生明确并板书：减法是加法的逆运算。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3．认识加法各部分间的关系。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师：结合上面的三个算式说一说加法各部分间有怎样的关系？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师小结并板书：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加法各部分间的关系：和＝加数＋加数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学生独立解答，集体交流。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249＋460＝709。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学生独立列式计算并汇报交流。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(2)：709－460＝249；(3)：709－249＝460。(板书)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(2)题已知电饭煲和微波炉的价钱和是709元，其中微波炉的价钱是460元，求电饭煲的价钱是多少，也就是从709里面去掉460，用减法计算；第(3)题已知电饭煲和微波炉的价钱和是709元，其中电饭煲的价钱是249元，求微波炉的价钱是多少，也就是从709里面去掉249，用减法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与第(1)题相比，第(2)题已知和与其中一个加数，求另一个加数，用减法计算；第(3)题也是已知和与其中一个加数，求另一个加数，用减法计算。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学生可能回答“已知两个加数的和与其中一个加数，求另一个加数的运算，叫作减法”；也可能回答不出来，教师引导学生认真阅读教科书。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第(1)题是加数＋加数＝和，第(2)、(3)题都是已知和与其中一个加数，求另一个加数。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设计递进式探究活动，引导学生在动手实践与合作交流中经历知识形成过程，突破本课重难点，核心问题："为什么用加法计算？"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1.完成教科书P73“做一做”。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(2)指名学生说一说是怎样算的。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2．完成教科书P76“练一练”第1题。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(1)学生独立思考，确定计算方法，列出算式。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(2)指名学生汇报，说出算式，并解释选择算法的理由。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3．完成教科书P76“练一练”第2题左边一题。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(1)明确已列出的三个算式之间的关系。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(2)照样子填表格，并说一说是怎样想的。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师：通过本节课的学习，你有什么收获？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节课是对学过的加、减法的意义及加法各部分间的关系进行归纳。在设计时，以电饭煲和微波炉的价钱为素材，对比呈现，先出示第(1)题求和，在学生探究为什么用加法计算的基础上抽象概括出加法的意义，接着出示第(2)、(3)题素材，学生独立列式完成后，与第(1)题相比，第(2)、(3)题已知什么？求什么？怎样算？在对比观察交流中理解减法的意义，理解减法是加法的逆运算。最后观察三个算式，明确加法各部分间的关系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加、减法的意义及加法各部分间的关系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把两个数合并成一个数的运算，叫作加法。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相加的两个数叫作加数，加得的数叫作和。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已知两个加数的和与其中一个加数，求另一个加数的运算，叫作减法。减法是加法的逆运算。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709－460＝249　709－249＝460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加法各部分间的关系：和＝加数＋加数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加数＝和－另一个加数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教科书P73例1，教科书P73“做一做”，教科书P76“练一练”第1题、第2题左边一题。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借助学生熟悉的看图列式情境教学，激活学生对加、减法已有的知识和经验，再通过一系列的对比、分析活动和巩固练习，让学生理解并掌握加、减法的意义和加法各部分间的关系。教学时，知识难度不大，要注意建立新、旧知识的联系，引导学生运用已有经验，自主构建新知识，激发学生学习的积极性和创造性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万以内的减法(被减数中间有0)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万以内的减法(被减数中间有0)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万以内的加法和减法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单元学情：【学情分析】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经学习了百以内加、减法，初步理解了笔算加、减法的基本方法。如，相同数位要对齐，计算的顺序，满十(不够)要向前进(借)1等。学生已经能够笔算几十几加、减几十几。在此基础上进一步学习万以内的加法和减法。但此阶段学生的认知水平有限，不能够总结出计算的法则，但能理解其中的算理。因此在教学过程中，要通过大量计算，丰富学生的认知结构，理解算理，逐步抽象概括出笔算加、减法的法则。重点不在计算法则的结语，而是要给学生经历法则形成过程留下空间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【教学策略】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教学内容：教科书P70例3，教科书P70下面“做一做”，教科书P71～72“练一练”第1题最后一题、第2题第二行、第3～6、8*、9、12*题。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（1）掌握被减数中间有0的连续退位减法的计算方法，并能正确计算。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（2）通过自主探究、知识迁移、合作交流，理解被减数中间有0的连续退位减法的算理。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（3）理解验算的意义，会正确进行减法的验算，初步养成检查与验算的习惯。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教学重点：理解被减数中间有0的连续退位减法的算理，掌握退位减法的计算方法，会进行减法验算。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教学难点：正确笔算被减数中间有0的连续退位减法。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一、复习导入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练习本、课件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上节课我们学习了三位数减法，你们会算吗？；说一说在计算三位数减法时，我们要注意什么？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二、探究新知识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课件、教科书、统计表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光明小学各年级同学捐赠图书统计表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怎样列式？；个位上不够减，十位上是0，怎样退1呢？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出现了新的状况，百位也是0，怎么办？(向千位借)谁能说一说，各个数位应该怎样计算？；说一说，从哪里着手突破？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1.完成计算练习，回顾旧知识。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师：上节课我们学习了三位数减法，你们会算吗？在练习本上做一做。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教师出示下列计算题。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354－87＝　　　　850－183＝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(1)学生练习，指名板演。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(2)师生共同点评。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师：说一说在计算三位数减法时，我们要注意什么？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师：今天我们继续学习万以内的减法。[板书课题：万以内的减法(被减数中间有0)]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创设情境激活学生已有经验，自然引出本课学习内容，激发学习兴趣，核心问题："上节课我们学习了三位数减法，你们会算吗？"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二、探究新知识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课件出示教科书P69统计表及P70例3。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光明小学各年级同学捐赠图书统计表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年级 │ 一 │ 二 │ 三 │ 四 │ 五 │ 六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捐赠图书/本 │ 98 │ 124 │ 145 │ 213 │ 278 │ 301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六年级捐赠的图书与三年级捐赠的相差多少本？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1．师：怎样列式？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根据学生反馈列出算式：301－145。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2．自主计算。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师：个位上不够减，十位上是0，怎样退1呢？和同桌互相说一说，并尝试自己解答。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教师巡视并指名学生板演。已经做完的学生可以和同桌说说自己是怎样计算的。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师：个位上不够减，要从十位退1，十位上是0怎么办？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引导学生依次说出计算过程：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个位：1减5不够减，从十位退1，十位是0，从百位退1，化成10个十，再从10个十退1个十到个位，化成10个一，11－5＝6，在个位上写6。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十位：10个十退1个十给个位还剩9个十，9－4＝5，在十位上写5。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百位：3个百退1个百还剩2个百，2－1＝1，在百位上写1。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师小结：个位不够减，要从十位退1，十位上是0时，从百位退1化成10个十来减。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4．探究验算方法。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师：怎样知道计算得对不对呢？(可以验算)那么这个减法算式可以怎样验算呢？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(1)学生独立验算。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(2)交流验算方法。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方法二：用减法验算。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师小结：一种是用减数加差，看结果是否等于被减数；另一种是用被减数减差，看结果是否等于减数。注意算式最后的结果是计算得到的差，而不是验算的结果。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3．交流算法，理解算理。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学生结合竖式说计算过程。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方法一：用加法验算。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围绕环节目标组织学习活动，引导学生主动参与、积极思考，核心问题："怎样列式？"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1.完成教科书P70下面“做一做”第1、2题。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师：出现了新的状况，百位也是0，怎么办？(向千位借)谁能说一说，各个数位应该怎样计算？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师小结：首先整理各个数位上的数字，保证每个数位上的数字都能直接相减后，再从个位开始依次计算，最后要记得验算。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2．完成教科书P71“练一练”第1题最后一题。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3．完成教科书P71“练一练”第2题第二行。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(1)学生独立完成并指名三名学生板演。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(2)集体交流。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4．完成教科书P71“练一练”第3题。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(1)独立完成，集体交流讲解，说一说每一部分的数是怎么得来的。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(2)师生交流后明确被减数、减数和差之间的关系。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5．完成教科书P71“练一练”第4题。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(1)看图说图意：已知什么？要求什么？用什么方法解决？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(2)独立列式计算后交流。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6．完成教科书P71“练一练”第5题。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(1)理解题意，弄清数量关系。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(2)独立完成后交流。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7．完成教科书P71“练一练”第6题。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8．完成教科书P72“练一练”第8*题。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师：说一说，从哪里着手突破？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明确：从个位算起。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(2)汇报交流，说一说每一个竖式是怎样推理的。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第3个竖式是开放题，启发学生思考：如果要写出所有可能的答案，怎么办？首先考虑和的百位上的“9”是否包含十位进上来的1，进而分两种情况进行分析和讨论。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9．完成教科书P72“练一练”第9题。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(1)独立计算。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(2)师：观察两组算式，你有什么发现？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引导学生发现：第一组算式中的加数199接近200，第二组算式中的减数398接近400，都把它们看成最接近的整百数，然后多加了几就减几，多减了几就加几，这样计算更加简便。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387＋298　　　　　　　　456－197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10．完成教科书P72“练一练”第12*题。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师：说一说从哪里填起？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说解题过程：从和是四位数，可以确定千位上是百位上进上来的数，一定是1，所以△里填1；和的个位上是8，所以○里可以填4或9，但如果填4，百位上4＋1＝5，不可能向千位进1，所以只能填9。根据个位上9＋9＝18，十位上8＋□＋1＝9，所以□里填0，百位上9＋1＝10，向千位进1，竖式成立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学生独立完成后重点交流“1000－439”的算法。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学生独立完成，指名板演后集体订正。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学生独立尝试后交流。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通过有层次的练习及时反馈学情，巩固新知，培养学生灵活运用知识解决问题的能力，核心问题："出现了新的状况，百位也是0，怎么办？(向千位借)谁能说一说，各个数位应该怎样计算？"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对于被减数中间有0的减法，设计时先复习上节课的计算，为新授做好准备。例3的教学让学生尝试计算后，聚焦难点，通过设问：个位上不够减，要从十位退1，十位上是0怎么办？引导学生理解计算过程，在说算理的过程中突破难点。被减数中间有0的减法，学生计算错误率相对较高，验算尤为重要。通过交流两种验算方法，掌握减法的验算方法，养成验算的好习惯。最后设计了不同层次的练习，调动学生的学习积极性，让学生在练习中对所学的计算方法加以巩固，形成技能。在巩固练习的教学中，有层次地展现多种难度的习题，在巩固计算方法的同时，提高计算能力，让学生会灵活运用多种计算方法，解决实际问题中需要用计算解决的问题，不拘泥于学什么就只会用什么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教科书P70例3，教科书P70下面“做一做”，教科书P71～72“练一练”第1题最后一题、第2题第二行、第3～6、8*、9、12*题。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的计算是减法计算中的难点，关键问题是要弄清楚“个位不够减，要从十位退1，结果十位上是0，该怎么办”。这一环节，充分让学生说理，借助竖式明确算理，梳理清楚算理后，学生就能够明确方法，思维清晰地计算了。但学生对验算的落实却不是很好，会觉得很复杂，认为第一次计算准确了就没有验算的必要了。本节课要让学生明确验算的方法、作用，能够熟练运用，并在后面的学习中慢慢培养验算意识。同时要注意收集学生的错题，有针对性地集中展示与分析，提高计算的正确率。除了基本的计算练习外，又多层次地培养学生数感、提高学生运算能力的练习。让学生在掌握基本计算方法的基础上，能理解并运用常规的计算方法解决问题，同时发挥学生的主动意识，在不断地思考中找到新的途径，更好地解决问题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万以内的加法(连续进位)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万以内的加法(连续进位)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万以内的加法和减法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单元学情：【学情分析】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经学习了百以内加、减法，初步理解了笔算加、减法的基本方法。如，相同数位要对齐，计算的顺序，满十(不够)要向前进(借)1等。学生已经能够笔算几十几加、减几十几。在此基础上进一步学习万以内的加法和减法。但此阶段学生的认知水平有限，不能够总结出计算的法则，但能理解其中的算理。因此在教学过程中，要通过大量计算，丰富学生的认知结构，理解算理，逐步抽象概括出笔算加、减法的法则。重点不在计算法则的结语，而是要给学生经历法则形成过程留下空间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【教学策略】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教学内容：教科书P65例2，教科书P66“做一做”，教科书P66～68“练一练”第1题第二行、第2～9*题、思考题。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（1）理解三位数加三位数连续进位加法的算理，掌握计算方法，能够正确笔算三位数加三位数连续进位的加法题。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（2）能根据实际选择合理的方法，正确、灵活地计算三位数加三位数。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（3）理解验算的意义，会正确进行三位数加法的验算，初步养成检查与验算的习惯。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教学重点：理解三位数加三位数连续进位加法的算理，掌握计算方法。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教学难点：正确笔算三位数加三位数连续进位的加法题。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一、复习旧知识，引入新课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二、探究新知识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怎样列式？；你是从哪一位开始算起的？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教科书、教科书P66～67、课件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观察这些竖式，你有什么发现？计算时要注意什么？；说一说，你觉得应该从哪里入手？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通过本节课的学习，你有什么收获？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一、复习旧知识，引入新课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列竖式计算。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757＋162＝　　　　　825＋439＝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1．分组练习，指名板演。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2．集体反馈：计算时应该注意什么？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3．引出课题。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师：这节课我们继续学习万以内的加法。[板书课题：万以内的加法(连续进位)]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二、探究新知识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课件出示教科书P65例2。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某湿地有野生植物445种，野生动物298种。该湿地的野生植物和野生动物共有多少种？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1.师：怎样列式？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根据学生反馈列出算式：445＋298。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2．自主计算。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师：请同学们试着算一算。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结合黑板上的竖式交流方法。带领学生回顾计算过程，并重点提问。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师：你是从哪一位开始算起的？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师：十位上4＋9＝13，为什么要在十位上写4呢？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师：百位上的7是怎么来的？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引导学生逐步表达清楚计算过程，相同数位对齐，从个位加起。个位上5＋8＝13，在个位上写3，并向十位进1；十位上4＋9＋1＝14，在十位上写4，并向百位进1；百位上4＋2＋1＝7，在百位上写7。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4．总结算法。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师：像这样的连续进位的加法，我们又是怎样计算的呢？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5．验算。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师：你怎样知道自己是否算对了？我们可以用什么方法来进行验算呢？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方法1：用原来的竖式再计算一遍。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方法2：交换445和298的位置，再算一遍。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师：请你用方法2验算，交换445和298的位置，再算一遍。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指名到黑板上验算。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师：两次计算结果一样，说明计算正确。今后做练习时要养成验算的好习惯。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6．试一试：计算6432＋1595。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师：你能按上面的方法计算6432＋1595吗？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(1)学生尝试列竖式计算。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(2)指名板演并汇报交流算法。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(3)课件出示例2的竖式计算和试一试的竖式计算。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师：对比观察三位数加三位数和四位数加四位数的计算，你有什么发现？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学生尝试自主计算，教师巡视指导，指名板演。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有了前面的计算基础，学生一般都能计算，只是在进位时可能会出错。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3．交流算法，理解算理。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学生知道计算方法，但不一定能清晰、简洁地表达。教师引导学生逐步归纳：相同数位对齐；从个位加起；哪一位上的数相加满十，就向前一位进1，进位1要记得加上。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学生容易想到如下方法：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通过讨论交流发现：除了位数不同以外，计算方法是一样的。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设计递进式探究活动，引导学生在动手实践与合作交流中经历知识形成过程，突破本课重难点，核心问题："怎样列式？"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1.完成教科书P66“做一做”第1题。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(1)先说一说每题的计算是否有进位，有几次进位。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(2)学生板演，集体讲解。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2．完成教科书P66“做一做”第2题。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3．完成教科书P66“做一做”第3、4题。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(1)读题，理解题意。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(2)列式计算后集体交流。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4．完成教科书P66～67“练一练”第1题第二行、第2～5题。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(2)集体交流订正。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注意：第5题“长840米”是一个多余条件。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5．完成教科书P68“练一练”第6题。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(2)交流付面额100元的纸币的方法。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6．完成教科书P68“练一练”第7题。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师：观察这些竖式，你有什么发现？计算时要注意什么？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引导学生发现，加数的位数不同，要把相同数位对齐，从个位加起。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7．完成教科书P68“练一练”第8*、9*题。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(1)学生尝试独立完成。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(2)集体交流填的方法。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8．完成教科书P68“练一练”思考题。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师：说一说，你觉得应该从哪里入手？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提示、引导学生发现，这几个数十位和百位上的数相同，可以尝试在“九宫格”中填“0～8”这九个数，找到答案后再填入原数。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学生独立计算并验算。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学生独立计算。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通过有层次的练习及时反馈学情，巩固新知，培养学生灵活运用知识解决问题的能力，核心问题："观察这些竖式，你有什么发现？计算时要注意什么？"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师：通过本节课的学习，你有什么收获？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节课先设计两道竖式计算复习题，回顾三位数加法的计算方法，唤醒学生已有的知识经验。接着通过求“某湿地的野生植物和野生动物共有多少种”的实际问题，引出需要用连续进位加法计算的问题，让学生借助已有的方法尝试独立计算，并教学验算的方法，引导学生养成及时验算的意识和习惯。教学完例2后，及时出示“试一试”，迁移类推四位数加四位数的计算，发展学生的推理意识。设计了大量的练习，练习由浅入深，既巩固了基本算法，又拓展了学生的思维，同时把三位数加法拓展到了更多位数的加法，凸显加法运算的本质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教科书P65例2，教科书P66“做一做”，教科书P66～68“练一练”第1题第二行、第2～9*题、思考题。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连续进位加法是学生学习的难点，虽然算理不难理解，但计算时还是很容易出错。教学时要关注学生计算中出现的错误，帮助他们分析错误的原因。并设计一些针对性的练习，要保证一定的训练时间和数量。例如，例2中需要连续两次进位，学生很容易把进位的1丢掉。学生独立完成后，应引导学生交流“有什么好办法可以保证计算正确”。让学生意识到在竖式中记上进位的1，可以引起注意，同时提醒学生在加的时候不要忘记。还要不断提醒学生对计算结果进行验算，养成验算的好习惯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二、课时教学方案（第6课时）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第6课时　减法各部分间的关系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第6课时　减法各部分间的关系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万以内的加法和减法（加、减法各部分间的关系）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单元学情：【学情分析】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经学习了百以内加、减法，初步理解了笔算加、减法的基本方法。如，相同数位要对齐，计算的顺序，满十(不够)要向前进(借)1等。学生已经能够笔算几十几加、减几十几。在此基础上进一步学习万以内的加法和减法。但此阶段学生的认知水平有限，不能够总结出计算的法则，但能理解其中的算理。因此在教学过程中，要通过大量计算，丰富学生的认知结构，理解算理，逐步抽象概括出笔算加、减法的法则。重点不在计算法则的结语，而是要给学生经历法则形成过程留下空间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【教学策略】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教学内容：教科书P74例2，教科书P74“做一做”，教科书P76～77“练一练”第2题右边一题、第3、6、8*题。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（1）结合线段图进一步理解减法的意义，掌握减法各部分间的关系。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（2）在探索减法各部分间的关系的过程中，发展抽象、概括的能力，进一步建立代数的思想。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（3）在用抽象文字表示减法各部分间的关系的过程中，感受数学的内在逻辑性，体会数学的价值。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教学重点：掌握减法各部分间的关系。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教学难点：掌握减法各部分间的关系。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一、复习导入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上面这题的解题依据是什么？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二、探究减法各部分间的关系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这个算式里各个数分别叫什么？；说一说第(2)、(3)题为什么这样列式？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被减数＝减数＋差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学习上面的关系有什么用？；你能用加法验算432－178＝254的结果是否正确吗？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由“已知两数之和比其中一个加数多369”可以知道什么？；由“已知两数之和比另一个加数多485”又可以知道什么？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通过本节课的学习，你有什么收获？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根据436＋268＝704，直接写出下面两道题的得数。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704－436＝　　　　　704－268＝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师：上面这题的解题依据是什么？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师：同学们，上节课我们学习了加法各部分间的关系，这节课来认识减法各部分间的关系。(板书课题：减法各部分间的关系)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学生独立完成后，集体订正。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加法各部分间的关系。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创设情境激活学生已有经验，自然引出本课学习内容，激发学习兴趣，核心问题："上面这题的解题依据是什么？"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二、探究减法各部分间的关系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课件出示教科书P74例2。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1．解决问题。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(1)学生独立看图列式计算。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(2)指名学生回答。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(3)190＋148＝338。(板书)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引导学生结合图意说一说：由图可知，全长共338米，已行190米，求还剩多少米，就是从338里面去掉190，所以用减法计算。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师：这个算式里各个数分别叫什么？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引导学生明确：338是被减数，190是减数，148是差。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师：说一说第(2)、(3)题为什么这样列式？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师：与第(1)题相比，第(2)题已知什么？求什么？用什么方法计算？第(3)题呢？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3．认识减法各部分间的关系。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师：结合上面的三个算式说一说减法各部分间有怎样的关系？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教师根据学生交流小结并板书：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减法各部分间的关系：差＝被减数－减数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(1)338－190＝148；(2)338－148＝190；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2．汇报交流，进一步理解减法的意义。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学生回答完第(1)题后，师：为什么用减法计算？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第(2)题已知全长共338米，还剩148米，求已行多少米，也就是从338里面去掉148，用减法计算。第(3)题已知已行190米，还剩148米，求全长共多少米，也就是求190与148的和是多少，用加法计算。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通过学生交流明确：与第(1)题相比，第(2)题已知被减数和差，求减数，用减法计算；第(3)题已知减数和差，求被减数，用加法计算。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设计递进式探究活动，引导学生在动手实践与合作交流中经历知识形成过程，突破本课重难点，核心问题："这个算式里各个数分别叫什么？"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被减数＝减数＋差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师：学习上面的关系有什么用？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4．完成教科书P74“做一做”第2题。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师：你能用加法验算432－178＝254的结果是否正确吗？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利用上面的关系可以验算减法，如果减数与差相加得被减数，或者被减数减差得减数，减法就做对了。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学生独立完成后交流验算方法。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围绕环节目标组织学习活动，引导学生主动参与、积极思考，核心问题："学习上面的关系有什么用？"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1.完成教科书P74“做一做”第1题。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(2)指名学生说一说是怎样算的。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2．完成教科书P76“练一练”第2题右边一题。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独立完成后说一说怎样想的。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3．完成教科书P76“练一练”第3题。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(1)独立填一填。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(2)交流填法，说一说是依据加、减法间的哪个关系。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4．完成教科书P77“练一练”第6题。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(1)读题理解题意。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(2)尝试完成。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(3)交流方法：从算式出发选择条件和问题。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5．完成教科书P77“练一练”第8*题。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师：由“已知两数之和比其中一个加数多369”可以知道什么？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引导学生发现：可以知道其中一个加数是369。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师：由“已知两数之和比另一个加数多485”又可以知道什么？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引导学生发现：可以知道另一个加数是485。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通过有层次的练习及时反馈学情，巩固新知，培养学生灵活运用知识解决问题的能力，核心问题："由“已知两数之和比其中一个加数多369”可以知道什么？"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师：通过本节课的学习，你有什么收获？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节课学习的是减法各部分间的关系。由于减法各部分间的关系，在前面的学习中都有所渗透，因此本节课在设计时，直接出示例2三幅线段图，放手让学生独立列式完成，借助线段图观察，通过比较和知识的迁移，弄清楚减法算式中已知数和未知数的变化，归纳整理出减法各部分间的关系，进一步感悟减法是加法的逆运算。既调动了学生的积极性，又促进了学生思维的发展。最后设计了不同层次的练习，更好地巩固减法各部分间的关系，尤其是验算的练习，让学生体会到减法各部分间的关系的意义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减法各部分间的关系：差＝被减数－减数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减数＝被减数－差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被减数＝减数＋差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教科书P74例2，教科书P74“做一做”，教科书P76～77“练一练”第2题右边一题、第3、6、8*题。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教学时充分利用教科书中的三幅线段图，在列式计算、观察比较和汇报交流中进一步感悟减法的意义，由具体到抽象，建立减法各部分间的联系。由于本节课知识学生有一定的基础，因此学习难度不大，教学效果较好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二、课时教学方案（第7课时）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第7课时　用加减法估算解决实际问题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第7课时　用加减法估算解决实际问题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万以内的加法和减法（加、减法各部分间的关系）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单元学情：【学情分析】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经学习了百以内加、减法，初步理解了笔算加、减法的基本方法。如，相同数位要对齐，计算的顺序，满十(不够)要向前进(借)1等。学生已经能够笔算几十几加、减几十几。在此基础上进一步学习万以内的加法和减法。但此阶段学生的认知水平有限，不能够总结出计算的法则，但能理解其中的算理。因此在教学过程中，要通过大量计算，丰富学生的认知结构，理解算理，逐步抽象概括出笔算加、减法的法则。重点不在计算法则的结语，而是要给学生经历法则形成过程留下空间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【教学策略】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教学内容：教科书P75例3，教科书P75“做一做”，教科书P76～77“练一练”第4、5、7题。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（1）体会估算在日常生活中的应用，增强估算的意识及能力，并能结合具体情境进行估算。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（2）在解决简单的实际问题的过程中，进一步体验数学与生活的密切联系，增强应用数学的意识。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（3）培养学生的学习主动性以及合作、交流的意识，使学生对数学产生积极的情感，初步形成独立思考的习惯。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教学重点：能结合具体情境进行加、减法估算。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教学难点：培养学生的估算意识和解决问题的能力。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一、复习导入，揭示课题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在我们已经学过的知识里，有哪些是可以用估算解决的问题呢？请同学们说一说是怎样解决的呢？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二、合作交流，自主探索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仔细看图并读题，你获取了哪些数学信息？要解决的问题是什么？；这两个问题该怎么解答呢？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三、深化巩固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你们有什么收获与体会？；你们对估算还有什么问题吗？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一、复习导入，揭示课题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找出与下列各数相邻的几百几十数：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182　　346　　602　　871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找出与下列各数最接近的几百几十数：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327　　213　　482　　196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找出与下列各数最接近的整百数或整千数：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203　　194　　517　　999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师：在我们已经学过的知识里，有哪些是可以用估算解决的问题呢？请同学们说一说是怎样解决的呢？我们今天要继续学习用估算的方法解决问题。(板书课题：用加减法估算解决实际问题)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学生根据课件抢答并说一说自己找数的方法。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创设情境激活学生已有经验，自然引出本课学习内容，激发学习兴趣，核心问题："在我们已经学过的知识里，有哪些是可以用估算解决的问题呢？请同学们说一说是怎样解决的呢？"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二、合作交流，自主探索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课件出示教科书P75例3。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下面的两种棋各买一副，500元够吗？700元呢？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1．阅读理解。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师：仔细看图并读题，你获取了哪些数学信息？要解决的问题是什么？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2．分析解答。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(1)分析交流，探讨方法。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师：这两个问题该怎么解答呢？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(2)尝试解答。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师：现在请同学们用自己喜欢的方法进行计算。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先展示列竖式计算，再展示估算。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700＞607＞500，两种棋各买一副，500元不够，700元够。(教师适时板书)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第一问：只看百位，358看成300，249看成200，300＋200＝500，358与249的和肯定大于500。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第二问：只看百位，358看成400，249看成300，400＋300＝700，358与249的和肯定小于700。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教师根据学生回答规范板书：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358＞300　249＞200　300＋200＝500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那么358＋249大于500，500元不够。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358&lt;400　249&lt;300　400＋300＝700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那么358＋249小于700，700元够。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师：估算时，两问的估法有什么不同？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3．回顾反思。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师：同学们用列竖式计算和估算的方法解决了这个问题，你认为哪种方法更好？为什么？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通过讨论交流引导学生发现：本题是问钱数够不够的问题，用估算就可以快速解决，不需要精确计算，估算也能解决问题。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4．课件出示教科书P75“回顾反思”问题。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这两种棋各买一副，营业员应收多少钱？你是怎样想的？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(1)同桌交流。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(2)汇报方法，交流想法。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围棋一副358元，国际象棋一副249元。要解决的问题是“两种棋各买一副，500元够吗？700元够吗？”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预设1：只要算出两副棋的总价，与500元、700元比较就行了。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预设2：估一估总价就可以了。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学生自主计算，教师巡视了解学习情况，适时指导。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预设1：列竖式计算。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预设2：估算。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讨论交流感悟：第一问把钱数往小估成整百数，总价是500，实际钱数大于500，500元一定不够；第二问把钱数往大估成整百数，总价是700，实际钱数小于700，700元一定够。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交流后小结：这里求营业员应收多少钱需要精确计算出结果。而例题中问钱够不够的问题，估算就能解决。我们在解决问题时，可以根据需要灵活选择解题策略。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设计递进式探究活动，引导学生在动手实践与合作交流中经历知识形成过程，突破本课重难点，核心问题："仔细看图并读题，你获取了哪些数学信息？要解决的问题是什么？"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三、深化巩固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1.完成教科书P75“做一做”。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(1)读题理解题意，获取信息，明确问题。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(2)学生独立思考、解答，教师巡视，指名板演。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(3)结合板演交流。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(4)收集学生其他的解题方法并交流。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2．完成教科书P76“练一练”第4题。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3．完成教科书P77“练一练”第5题。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4．完成教科书P77“练一练”第7题。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(1)读题获取数学信息。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(2)独立完成第(1)题后交流方法。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(3)第(2)题可以根据矿泉水瓶数提出用估算解决的问题，如：剩下的矿泉水不到400瓶，对吗？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用估一估的方法。298&lt;300，187&lt;200，300＋200＝500，那么298＋187小于500，六个年级的学生同时看电影，坐得下。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学生独立完成后交流方法。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学生独立完成后交流方法。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1.师生共同小结。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师：你们有什么收获与体会？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2．鼓励学生提出疑问。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师：你们对估算还有什么问题吗？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学生相互交流总结本节课的学习内容。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节课在设计上按照解决问题的三个步骤教学，先让学生获取信息，明确要解决的问题。在分析解答环节，先让学生讨论方法，然后放手让学生解决，随后展示学生的方法，无论是精确计算还是估算，都给予肯定。在方法对比中认识到有些问题不需要精确计算，用估算可以解决，体会估算的价值。例题教学完后，让学生求“这两种棋各买一副，营业员应收多少钱？”在对比中明确解决问题的策略。最后设计不同层次的练习巩固，让学生在大量估算活动经验的基础上，总结估算策略。学生在分析解答环节能轻松自如，会结合以前所学的知识来运用，但在知识内化与层次提升上有所欠缺。在回顾反思环节能够水到渠成，本次方法总结较顺利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用加减法估算解决实际问题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精确计算：,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700＞607＞500，两种棋各买一副，500元不够，700元够。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估算：358＞300　249＞200　300＋200＝500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那么358＋249大于500，500元不够。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358&lt;400　249&lt;300　400＋300＝700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那么358＋249小于700，700元够。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教科书P75例3，教科书P75“做一做”，教科书P76～77“练一练”第4、5、7题。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教学用估算解决问题，充分利用学生已有的经验，明确估算的优势，对估算方法进行突破，最后再进行方法上的提升与归纳，培养了学生的估算意识、数感，提高了学生的估算能力。整节课注重让学生反思解决问题的过程，认识到估算是解决问题的重要策略，理解用估算解决实际问题时，一定要注意合理性。在具体应用中，往大估还是往小估，少数学生会感觉理解有些困难，需要教师加强指导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二、课时教学方案（第8课时）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第8课时　数独游戏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第8课时　数独游戏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万以内的加法和减法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单元学情：【学情分析】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经学习了百以内加、减法，初步理解了笔算加、减法的基本方法。如，相同数位要对齐，计算的顺序，满十(不够)要向前进(借)1等。学生已经能够笔算几十几加、减几十几。在此基础上进一步学习万以内的加法和减法。但此阶段学生的认知水平有限，不能够总结出计算的法则，但能理解其中的算理。因此在教学过程中，要通过大量计算，丰富学生的认知结构，理解算理，逐步抽象概括出笔算加、减法的法则。重点不在计算法则的结语，而是要给学生经历法则形成过程留下空间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【教学策略】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教学内容：教科书P78～79。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（1）通过观察、分析等活动，用推理解决一些简单游戏中的数学问题，经历推理过程。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（2）积累一些简单推理的经验，在推理的过程中不断尝试、调整，学会按一定的方法进行推理。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（3）培养学生大胆猜想、积极思考的学习品质；体会数学思想方法在生活中的用途，激发学生学好数学的信心。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教学重点：经历推理过程，解决简单游戏中的数学问题。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教学难点：用简洁的语言有条理地表达推理的过程。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一、游戏导入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二、探究数独游戏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从题目中，你知道了什么？；你有什么好方法和大家分享吗？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三、拓展练习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一、游戏导入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课件出示游戏。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在推算第四个数的时候，哪组方格里出现了三个不同的数，我们就能直接确定第四个数是几，而空格越多的，我们越无法确定。今天这节课，我们将利用这种数学思想来玩一种游戏。（板书课题：*数独游戏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学生通过观察可以发现第①、②组不能确定A是几，第③组能很快确定A是4。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二、探究数独游戏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课件出示教科书P78例题。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1.弄清游戏规则，认识宫。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师：从题目中，你知道了什么？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根据学生回答结合方格强调“行”“列”和“宫”，指出图中的几个“宫”。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2.尝试推理。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（1）讨论：从哪里入手会比较好填？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（2）师：请你用你的方法尝试推理填一填。填完后跟同桌交流自己的想法。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根据巡视情况，按照如下顺序汇报。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先看哪一个空格所在的行、列或宫已经填上的数最多。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第一步：第一列已经填上了1和3，第二行有4，所以第一列第二行只能填2，第一列第四行还剩4。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第二步：看左上角的宫，这四个方格里还剩3、4，而第二行有4，故第二列第二行只能填3，第二列第一行就填4。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第三步：第三列第二行只剩下1，再看右上角的宫，这四个方格还剩2、3，第四列有2，故第四列第一行只能填3，第三列第一行就填2。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按照上面的方法依次填完剩下的数。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填1：第一行有1，左上角的宫已经填上1了，因此其他方格就不能填1了，故第二行的1应该填在第三列。第三行已经填了3，第四列已经填了4和2，故第三行的1只能填在第四列，依次类推，第四行的1应该填在第二列。如图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按照上述方法依次填空。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教师根据学生的交流板书：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4.梳理分享。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师：你有什么好方法和大家分享吗？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师小结并板书：可以根据方格排除数，还可以根据数排除方格。同时结合行、列、宫进行观察，可以更快地进行判断。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讨论后交流，学生的方法可能多样，只要合理都给予肯定。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学生独立完成，教师巡视指导。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预设1：从方格入手。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预设2：从数入手。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设计递进式探究活动，引导学生在动手实践与合作交流中经历知识形成过程，突破本课重难点，核心问题："从题目中，你知道了什么？"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三、拓展练习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课件出示教科书P79“挑战自我”。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完成下面的数独游戏。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（1）学生独立完成后，同桌交流检查，并说一说是怎样填的。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（2）集体交流。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（3）总结每一题的解题方法。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师：这节课你有哪些收获？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节课是数独游戏，首先设计猜数的游戏，激发学生的兴趣，渗透推理的方法。接着游戏过程中，先引导学生弄清游戏规则，再引导学生尝试推理，在表格中用符号标记，运用排除法进行推理。教师通过适当的启发，让学生在自主尝试、调整的过程中解决问题。学生经历困惑、失败的过程，更能体验到成功的喜悦，积累推理的经验。同时也有利于学生有序、全面地思考问题，有条理地进行数学表达。在学生“试一试”“理一理”后，设计了“挑战自我”的三道题，让学生在游戏中进一步找到突破口，更好地运用所学知识进行推理，在游戏中经历推理的全过程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*数独游戏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可以根据方格排除数，还可以根据数排除方格。同时结合行、列、宫进行观察，可以更快地进行判断。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教科书P78～79。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对于二年级学生来讲，要想彻底明白并掌握推理的方法，并不是一件容易的事。因此，在教学过程中把难点分散在每个教学环节之中，各个击破。从读题理解游戏规则，到讨论切入点，再放手让学生尝试推理，经历推理的过程，结合行、列、宫观察，然后总结方法，得出基本的结论。在尝试、排除、交流的过程中发展了学生的推理意识，学会了有条理地表达思维过程。学生会选择在表格中用符号标记，用排除法去填空，也会出现把不确定的数直接填入方格中，导致一系列的错误。要提醒学生找到方向，全面地去考虑问题，不能想当然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二、课时教学方案（第9课时）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第9课时　整理和复习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第9课时　整理和复习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万以内的加法和减法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单元学情：【学情分析】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经学习了百以内加、减法，初步理解了笔算加、减法的基本方法。如，相同数位要对齐，计算的顺序，满十(不够)要向前进(借)1等。学生已经能够笔算几十几加、减几十几。在此基础上进一步学习万以内的加法和减法。但此阶段学生的认知水平有限，不能够总结出计算的法则，但能理解其中的算理。因此在教学过程中，要通过大量计算，丰富学生的认知结构，理解算理，逐步抽象概括出笔算加、减法的法则。重点不在计算法则的结语，而是要给学生经历法则形成过程留下空间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【教学策略】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教学内容：教科书P80“整理和复习”，教科书P81～82“练一练”第1～6*题。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（1）经历整理和复习的过程，厘清知识脉络，进行分类归纳，学会有序整理的学习方法，提高学习能力，形成清晰、完整的知识结构。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（2）进一步巩固万以内的加、减法，能熟练、准确地进行计算，提高解决问题的能力。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（3）进一步理解加、减法的意义以及加、减法各部分间的关系。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（4）在合理用估算解决问题的过程中获得成功的体验，感受数学研究的趣味性。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教学重点：进一步巩固本单元所学知识，对本单元知识查漏补缺。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教学难点：把过去局部的、分散的、零碎的知识纵横联系，使之系统化、结构化。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一、回顾引入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这个单元我们学习的是万以内的加法和减法，具体包括哪些内容呢？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二、逐一梳理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加、减法各部分间的关系是怎样的？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和＝加数＋加数　加数＝和－另一个加数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被减数＝减数＋差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减法和加法的关系是什么？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三、应用提升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“把一个加数十位上的6错看成了8，把另一个加数百位上的5错看成了3”是什么意思？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通过本节课的整理和复习，你有哪些收获？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一、回顾引入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1.初步回顾。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师：这个单元我们学习的是万以内的加法和减法，具体包括哪些内容呢？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引导学生简单回顾。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师：今天这节课我们就来整理和复习本单元所学的知识。（板书课题：整理和复习）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创设情境激活学生已有经验，自然引出本课学习内容，激发学习兴趣，核心问题："这个单元我们学习的是万以内的加法和减法，具体包括哪些内容呢？"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二、逐一梳理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1.复习万以内的加法和减法计算。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列竖式计算。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39＋52＝　356＋279＝　91－47＝　561－278＝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①笔算三位数加、减三位数，为保证相同计数单位的个数相加、减，要相同数位对齐。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②万以内的加、减法和百以内的加、减法计算，除了数位多少不同以外，计算方法一样。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③笔算加、减法都用到了20以内的口算加、减法。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2.复习加、减法各部分间的关系。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师：加、减法各部分间的关系是怎样的？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学生完成后交流小结：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加法各部分间的关系：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引导学生回顾梳理本课所学，完善认知结构，提升归纳与反思能力，核心问题："加、减法各部分间的关系是怎样的？"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和＝加数＋加数　加数＝和－另一个加数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减法各部分的关系：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被减数＝减数＋差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师：减法和加法的关系是什么？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3.复习用估算解决问题。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完成教科书P82“练一练”第4题。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师：第一问：要求“准备600个快递盒够吗？”用什么策略解决？（估算）第二问：“还差多少个快递盒？”又用什么策略解决？（精确计算）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师小结：解决问题时，可以根据需要选择估算或精确计算的策略。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4.根据交流形成“知识图”。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师：请同学们4人一组整理出本单元的“知识图”。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减法是加法的逆运算。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学生整理完后，选出小组代表交流，教师根据学生的交流板书。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围绕环节目标组织学习活动，引导学生主动参与、积极思考，核心问题："减法和加法的关系是什么？"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三、应用提升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1.完成教科书P81“练一练”第1题。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（1）学生独立完成后集体订正。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（2）重点交流学生出现的错例。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2.完成教科书P81“练一练”第2题。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3.完成教科书P81“练一练”第3题。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（1）学生读题后分析问题，选择有效信息进行判断。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（2）通过计算验证后交流。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4.完成教科书P82“练一练”第5*题。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（2）交流方法，其中第二个竖式答案不唯一。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5.完成教科书P82“练一练”第6*题。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（1）分析题意。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师：“把一个加数十位上的6错看成了8，把另一个加数百位上的5错看成了3”是什么意思？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引导学生明确：也就是把第一个加数中的6个十看成8个十，第二个加数中的5个百看成了3个百，错误的结果比正确的结果多了2个十，少了2个百，故在错误结果的基础上先减去20，再加上200，即可得到正确的结果。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（2）学生独立完成。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学生独立完成后集体订正。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通过有层次的练习及时反馈学情，巩固新知，培养学生灵活运用知识解决问题的能力，核心问题："“把一个加数十位上的6错看成了8，把另一个加数百位上的5错看成了3”是什么意思？"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师：通过本节课的整理和复习，你有哪些收获？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和复习的教学在设计时，先让学生回顾单元知识，再引导学生分知识点逐一梳理，结合具体题目，把平时所学的知识进行沟通，认识知识之间的联系，进一步加深对所学知识的理解。通过逐一整理形成“知识图”，将零散的知识纵横联系，使之系统化、结构化，有一个整体的意识。最后设计一系列的计算和应用，解决学生在计算中容易出错的问题，在掌握计算技能的同时，更能根据问题的需要，灵活选择合适的策略解决问题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教科书P80“整理和复习”，教科书P81～82“练一练”第1～6*题。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是对万以内的加法和减法的整理和复习。在本节课中，学生能够根据教科书逐一梳理，但整理的知识点比较碎片化、零散、没有整体意识，需要通过“知识图”引导学生将知识点串联，掌握知识之间的内在联系。但由于时间比较紧，处理的练习比较多，可能有些细节还没到位，若能充分利用小组资源，集体评议，展示错例再订正，效果会更好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