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人教版二年级数学下册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第5单元 复习与关联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复习与关联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跨领域（复习）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2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第1课时：引导学生经历知识分类的过程，让学生体验到分类整理在复习中的作用，形成较为系统的认知结构。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第2课时：整理本学期学的数量间的加减关系（相差关系）及乘除关系（倍数关系）。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数与运算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引导学生经历知识分类的过程，让学生体验到分类整理在复习中的作用，形成较为系统的认知结构。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整理本学期学的数量间的加减关系（相差关系）及乘除关系（倍数关系）。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数与运算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数与运算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教学内容：教科书P87～88“数与运算”，教科书P90“应用提升”第1题，教科书P92～96“练一练”第1～4、8、10、15题。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（1）引导学生经历知识分类的过程，让学生体验到分类整理在复习中的作用，形成较为系统的认知结构。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（2）进一步掌握万以内数的认识、万以内的加、减法及有余数的除法。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（3）在整理复习的过程中，疏通知识之间的联系，厘清知识之间的脉络，培养学生简单的整理归纳的能力。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教学重点：整理万以内数的认识、万以内的加、减法及有余数的除法的知识。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教学难点：整理、归纳能力的培养。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一、回顾引入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本学期我们学习了哪些知识？；你能把这些知识分类吗？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二、尝试整理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关于万以内数的认识和计算，你有哪些收获？与百以内的数有什么联系？有余数的除法是怎样的？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三、分类梳理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谁能说说读数的方法？；读数和写数有什么共同点？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被减数＝减数＋差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关于有余数的除法，你有什么收获？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教科书、计数器、课件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“用不同的方式表示下面各数”可以用哪些方式？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  师：通过本节课的整理复习，你有哪些收获？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 整体回顾。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（1）师：本学期我们学习了哪些知识？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引导学生交流列举出本学期所学知识。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（2）师：你能把这些知识分类吗？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根据学生交流把本学期所学知识归为两类：数与运算、数量关系。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师：今天我们进入整理复习，这节课一起来整理复习数与运算的知识。（板书课题：数与运算）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创设情境激活学生已有经验，自然引出本课学习内容，激发学习兴趣，核心问题："本学期我们学习了哪些知识？"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二、尝试整理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师：关于万以内数的认识和计算，你有哪些收获？与百以内的数有什么联系？有余数的除法是怎样的？以小组为单位，看目录、查单元标题和具体内容，合作整理数与运算的知识点，并记录下来。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学生分组整理，教师巡视指导。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引导学生回顾梳理本课所学，完善认知结构，提升归纳与反思能力，核心问题："关于万以内数的认识和计算，你有哪些收获？与百以内的数有什么联系？有余数的除法是怎样的？"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三、分类梳理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（一）万以内数的认识。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 选择有代表性的小组逐一交流展示。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根据学生交流逐一整理知识点。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（1）数数、数的组成。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师：在个（一）、十、百的基础上，又认识了新的计数单位——千、万。（课件依次出示）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填空：5834里有（   ）个千、（   ）个百、（  ）个十和（   ）个一。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（2）数的读写。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师：还认识了新的数位——千位和万位，可以按数位顺序表读数、写数。（课件依次出示）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课件展示6款液晶电视机。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①教师报价格，学生在纸上记录，然后课件逐个出示价格（1986元、3800元、7008元、4090元、10000元、7068元），学生看自己写得对不对。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指名说说写数的方法，写数时要注意哪些方面。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强调：写中间有0或末尾有0的数时，要注意0的个数。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②指名学生读出课件上显示的液晶电视机的价格，边读边纠正。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师：谁能说说读数的方法？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师：读数和写数有什么共同点？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（3）数的顺序。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师：数是有顺序的。4090的前一个数是多少？后一个数是多少？请在图中表示出来。（课件出示）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（4）比大小。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②指名汇报，交流数的大小比较的方法。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指名学生回答。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③归纳总结数的大小比较的方法。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师：怎样比较数的大小？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④把6款液晶电视机的价格按从小到大的顺序排列。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`学生独立完成，集体交流订正。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（5）近似数。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师：老师选定了一款液晶电视机，这款电视机的价格比3800元多一些，比10000元少得多，你知道老师选的是哪一款吗？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师：说一说4090的近似数是多少？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指名学生表达求近似数的方法。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 完成教科书P90“应用提升”第1题。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（二）万以内的加、减法。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列竖式计算。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445＋298＝       561－278＝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 师：百以内和万以内的加、减计算方法有什么联系？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加、减法各部分间的关系。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师：加、减法各部分间的关系是怎样的？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学生口答，全班交流。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不管中间有几个0，都只读一个零，不管末尾有几个0，都不读。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读数和写数时都从高位读起、写起。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学生独立完成后集体交流，教师根据学生回答课件演示完整过程。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①学生自主选择其中两款液晶电视机的价格比较数的大小，同桌之间交流比较的方法。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比较两个数的大小，如果位数不同，位数多的数大。如果位数相同，从最高位比起，最高位上的数大的那个数就大；最高位上的数相等，就比较下一个数位上的数……直到比出数的大小。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选的是4090元的。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4100。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近似数是接近准确数的数，一个数的近似数可能不止一个。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百以内和万以内的加、减计算方法相同，都要将相同数位对齐，因为要把相同计数单位的个数相加减。数位更多后，会有连续进位和连续退位，哪一位上的数相加满十，就向前一位进1；哪一位上的数不够减，就从前一位退1，在本数位上加10再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引导学生回顾梳理本课所学，完善认知结构，提升归纳与反思能力，核心问题："谁能说说读数的方法？"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被减数＝减数＋差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（三）形成“知识结构图”。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师：上面我们复习的知识点可以整理如下。（板书）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（四）有余数的除法。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 师：关于有余数的除法，你有什么收获？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根据学生交流出示如下知识结构图。（教师适时板书）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强调：余数&lt;除数。（板书）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完成教科书P92“练一练”第1题。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围绕环节目标组织学习活动，引导学生主动参与、积极思考，核心问题："关于有余数的除法，你有什么收获？"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 完成教科书P92“练一练”第2题。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完成教科书P92“练一练”第3题。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（1）第（1）题。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师：“用不同的方式表示下面各数”可以用哪些方式？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引导学生用写数、计数器、算盘或数的组成来表示各数。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（2）第（2）题。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展示学生的写法后交流方法。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 完成教科书P93“练一练”第4题。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（2）集体订正，并说一说每空是依据加、减法各部分间的哪个关系。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 完成教科书P94“练一练”第8题。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（1）第（1）、（2）题借助图形数一数、填一填。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（2）第（3）题根据已知条件思考：兔子跳10次才跳到1000，每跳一次跳了多少？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引导学生发现规律后借助规律完成。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 完成教科书P94“练一练”第10题。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[HJ3.4mm]（2）集体交流订正。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6. 完成教科书P96“练一练”第15题。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（1）学生独立尝试完成，教师巡视。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提示：先确定除数，除数大于余数，余数是6，那么除数可以是7，8，9，…再根据“除数×商＋余数＝被除数”来求被除数。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学生独立完成后逐一展示不同的方式。以二千七百为例：（课件出示）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通过有层次的练习及时反馈学情，巩固新知，培养学生灵活运用知识解决问题的能力，核心问题："“用不同的方式表示下面各数”可以用哪些方式？"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  师：通过本节课的整理复习，你有哪些收获？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与运算的整理，先让学生回顾整个学期的知识，明确整个学期所学的知识。接着引导学生依托教科书尝试整理数与运算的知识，学会简单的整理复习的方法，培养学生简单的归纳整理能力。然后分类梳理，串联知识点之间的联系，帮助学生初步体验复习的方法。在分类梳理的基础上形成“知识结构图”，从本质上把握数与运算知识之间的联系，促进知识结构的形成与优化。最后设计一系列的练习巩固，在练习中熟练计算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教科书P87～88“数与运算”，教科书P90“应用提升”第1题，教科书P92～96“练一练”第1～4、8、10、15题。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数与运算的整理复习。二年级学生独立整理能力较弱，在整理复习中，学生能结合具体内容，通过翻阅教科书，用列举的方式整理出知识点，但比较简单，知识点也比较单一。在学生尝试复习整理的基础上，可以提出核心问题或提供教科书中已有的“知识结构图”，带领学生梳理，让学生模仿整理，从而初步感受整理与复习的方法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数量关系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数量关系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教学内容：教科书P89“数量关系”，教科书P91“应用提升”第2题，教科书P93～96“练一练”第5～7、9、11～14题。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（1）整理本学期学的数量间的加减关系（相差关系）及乘除关系（倍数关系）。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（2）能在真实情境中，发现常见数量关系，利用常见数量关系解决问题，提高解决问题的能力。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（3）丰富学生的学习经历，积累复习知识的经验，培养良好的学习习惯。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教学重点：整理本学期学的数量间的乘除关系（倍数关系）。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教学难点：能在真实情境中，发现常见数量关系，并利用常见数量关系解决问题。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二、在解决问题中梳理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课件、教科书、线段图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关于数量间的关系，你有什么收获？解决这些问题时，最重要的是找出什么条件？跟我们一年级学的比多少的问题有什么相同点？；这两幅图分别是解决什么数量关系的问题？都是把什么作为1份？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通过本节课的整理复习，你有哪些收获？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师：本学期我们学习了三位数加、减三位数的计算、有余数的除法及数量间的乘除关系，计算可以帮助我们解决问题。解决问题时需要利用数量关系解决，这节课就来整理复习数量关系。（板书课题：数量关系）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二、在解决问题中梳理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（一）课件出示教科书P89四幅线段图。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已知小茶杯8元，大茶杯32元，求大茶杯是小茶杯价格的多少倍，就是求32里面有几个8，用除法计算，列式为32÷8＝4。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强调：“倍”表示两个数量之间的关系，不能用作单位。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第二幅图：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由图可知4份价格是32元，求小茶杯的价格，就是求1份的价格，用除法计算，列式为32÷4＝8（元）。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第三幅图：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已知小茶杯的价格是8元，大茶杯的价格是小茶杯的4倍，求大茶杯的价格，就是求8的4倍是多少，用乘法计算，列式为8×4＝32（元）。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第四幅图：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先求大茶杯的价格，就是求8的4倍是多少，列式为8×4＝32（元），再求两种茶杯的价格和，用加法计算，列式为8＋32＝40（元）。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 对比分析，把握本质。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师：关于数量间的关系，你有什么收获？解决这些问题时，最重要的是找出什么条件？跟我们一年级学的比多少的问题有什么相同点？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（1）结合例题小组讨论。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（2）全班交流。（教师适时板书）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师小结：①画图是理解数量关系的好帮手。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②一定要分清楚把谁作为1份，也就是明确是谁的几倍……比多少的问题也要弄清以谁为标准。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课件出示教科书P89下面两幅图。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师：这两幅图分别是解决什么数量关系的问题？都是把什么作为1份？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引导学生明确：第一幅图是比多少的问题，第二幅图是倍的问题，画图表示数量关系时，都是把松鼠的数量作为1份，将兔子的数量与松鼠的数量作比较。线段图能够直观呈现二者之间的数量关系。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（二）课件出示教科书P91“应用提升”第2题。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 第（1）题。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第（2）题。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（1）提出问题并解答。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 第（3）题。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（1）分析题意。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师：7瓶矿泉水，平均分给每个人后还剩3瓶，分了几瓶水？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提示：先求平均分的部分，再根据“余数比除数小”判断小明一家几口人。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 第（4）题。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（1）整理时间的有关知识。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（2）计算出闭馆时间后在钟面上画出时针和分针。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 第（5）*题。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（1）引导学生画线段图分析数量关系，教师巡视。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（2）展示学生画的线段图。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（3）汇报方法。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 学生分析数量关系，独立完成。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第一幅图：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学生独立完成，教师巡视指导并指名学生板演。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把参观博物馆的时间2小时看作1份，在儿童乐园和博物馆总共待的时间是2小时的3倍，就是3份，也就是2×3＝6（小时），再去掉参观博物馆的时间就是参观儿童乐园的时间，列式为6－2＝4（小时）。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引导学生回顾梳理本课所学，完善认知结构，提升归纳与反思能力，核心问题："关于数量间的关系，你有什么收获？解决这些问题时，最重要的是找出什么条件？跟我们一年级学的比多少的问题有什么相同点？"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 完成教科书P93“练一练”第5题。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提示：结束时刻－开始时刻＝经过时间。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 完成教科书P93“练一练”第6题。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 完成教科书P93“练一练”第7题。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（1）结合图圈一圈。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（2）根据圈的结果依次回答三个问题。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第（2）题重点明确最后剩下的1个苹果也需要1个盒子装；第（3）题重点明确最少应该拿走的苹果数量就是作为余数剩下的苹果。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 完成教科书P94“练一练”第9题。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（1）读题理解题意。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（2）思考：以哪个数量确定客人的数量？为什么？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 完成教科书P95“练一练”第11题。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6. 完成教科书P95“练一练”第12题。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第（2）题重点明确要先算出小东已得的分数，再用目前的最高分减去小东已得的分数，最后在靶上找出接近且大于该分数所对应的圈。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7. 完成教科书P96“练一练”第13题。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（1）学生选择合适的条件和问题组成一个数学问题，并解答。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（3）补充其他条件，提出用加减关系或乘除关系解决的数学问题。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8. 完成教科书P96“练一练”第14题。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（2）小组讨论交流。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（3）全班集体汇报。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提示：根据作息时间表计算出课间休息时间，再依次完成各题。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一双筷子是2根，先看碗和筷子分别能供几位客人使用，再按供使用人数较少的餐具确定使用人数。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选①和②两个条件就是加减关系的数学问题，选①和③两个条件就是乘除关系的数学问题。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师：通过本节课的整理复习，你有哪些收获？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关系的整理，结合教科书P89倍的关系的四幅线段图的教学，以线段图呈现数量关系，在解决问题的过程中感悟到画图是理解数量关系的好帮手。完成例题后引导学生对比分析，从本质上把握解决乘除关系的问题的关键是分清楚把谁作为1份，从而在整体上把握解决问题的策略和步骤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数量关系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①画图理解数量关系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②分清把谁作为1份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第一幅：7＋21＝28（只）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第二幅：7×4＝28（只）[JZ)]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教科书P89“数量关系”，教科书P91“应用提升”第2题，教科书P93～96“练一练”第5～7、9、11～14题。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整理复习，借助例题的形式，在解决问题的过程中回顾整理，明确解决问题的步骤和方法，让学生经历过程、巩固方法、提升能力。能在真实情境中，发现常见数量关系，感悟利用常见的加减关系和乘除关系解决问题，提高解决问题的能力。在解决问题的过程中，学生借助画图分析数量关系的能力需要提升，以及审题的好办法都需要引导交流。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