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人教版二年级数学下册</w:t>
      </w:r>
    </w:p>
    <w:p>
      <w:pPr>
        <w:spacing w:after="80" w:line="300" w:lineRule="auto"/>
        <w:jc w:val="center"/>
      </w:pPr>
      <w:r>
        <w:rPr>
          <w:rFonts w:ascii="黑体" w:hAnsi="黑体" w:eastAsia="黑体"/>
          <w:b/>
          <w:sz w:val="26"/>
        </w:rPr>
        <w:t>数学连环画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数学连环画</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主题拓展课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第1课时：通过连环画分享会简单整理学过的数学知识，能用自己的语言表达数学连环画中数学知识的意义及蕴含的数量关系。</w:t>
      </w:r>
    </w:p>
    <w:p>
      <w:pPr>
        <w:spacing w:after="20" w:line="300" w:lineRule="auto"/>
        <w:ind w:firstLine="400"/>
      </w:pPr>
      <w:r>
        <w:rPr>
          <w:rFonts w:ascii="宋体" w:hAnsi="宋体" w:eastAsia="宋体"/>
          <w:b w:val="0"/>
          <w:sz w:val="20"/>
        </w:rPr>
        <w:t>第2课时：简单整理学过的数学知识，能结合自己的生活，运用已经学过的数学知识编写含有数学信息的小故事，画成数学连环画。</w:t>
      </w:r>
    </w:p>
    <w:p>
      <w:pPr>
        <w:spacing w:after="20" w:line="300" w:lineRule="auto"/>
        <w:ind w:firstLine="400"/>
      </w:pPr>
      <w:r>
        <w:rPr>
          <w:rFonts w:ascii="宋体" w:hAnsi="宋体" w:eastAsia="宋体"/>
          <w:b w:val="0"/>
          <w:sz w:val="20"/>
        </w:rPr>
        <w:t>第3课时：能用自己的语言表达数学连环画中数学知识的意义及蕴含的数量关系，能理解他人的数学连环画中的数学信息及关系，学会数学化的表达与交流。</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连环画分享会</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通过连环画分享会简单整理学过的数学知识，能用自己的语言表达数学连环画中数学知识的意义及蕴含的数量关系。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我是小画家</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简单整理学过的数学知识，能结合自己的生活，运用已经学过的数学知识编写含有数学信息的小故事，画成数学连环画。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小小故事会</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能用自己的语言表达数学连环画中数学知识的意义及蕴含的数量关系，能理解他人的数学连环画中的数学信息及关系，学会数学化的表达与交流。</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连环画分享会</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连环画分享会</w:t>
            </w:r>
          </w:p>
        </w:tc>
        <w:tc>
          <w:tcPr>
            <w:tcW w:type="dxa" w:w="6009"/>
          </w:tcPr>
          <w:p>
            <w:pPr>
              <w:spacing w:after="20" w:line="276" w:lineRule="auto"/>
            </w:pPr>
            <w:r/>
            <w:r>
              <w:rPr>
                <w:rFonts w:ascii="宋体" w:hAnsi="宋体" w:eastAsia="宋体"/>
                <w:b w:val="0"/>
                <w:sz w:val="20"/>
              </w:rPr>
              <w:t>数学连环画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教学内容：教科书P83。</w:t>
      </w:r>
    </w:p>
    <w:p>
      <w:pPr>
        <w:spacing w:after="80" w:line="300" w:lineRule="auto"/>
        <w:ind w:firstLine="400"/>
      </w:pPr>
      <w:r>
        <w:rPr>
          <w:rFonts w:ascii="宋体" w:hAnsi="宋体" w:eastAsia="宋体"/>
          <w:b w:val="0"/>
          <w:sz w:val="20"/>
        </w:rPr>
        <w:t>教学准备：课件，收集含有数学知识的数学连环画。</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（1）通过连环画分享会简单整理学过的数学知识，能用自己的语言表达数学连环画中数学知识的意义及蕴含的数量关系。</w:t>
      </w:r>
    </w:p>
    <w:p>
      <w:pPr>
        <w:spacing w:after="20" w:line="300" w:lineRule="auto"/>
        <w:ind w:firstLine="400"/>
      </w:pPr>
      <w:r>
        <w:rPr>
          <w:rFonts w:ascii="宋体" w:hAnsi="宋体" w:eastAsia="宋体"/>
          <w:b w:val="0"/>
          <w:sz w:val="20"/>
        </w:rPr>
        <w:t>（2）能够积极参与活动，并在活动中主动表达，加深对数学知识的理解，感悟数学知识与现实生活的联系。</w:t>
      </w:r>
    </w:p>
    <w:p>
      <w:pPr>
        <w:spacing w:after="20" w:line="300" w:lineRule="auto"/>
        <w:ind w:firstLine="400"/>
      </w:pPr>
      <w:r>
        <w:rPr>
          <w:rFonts w:ascii="宋体" w:hAnsi="宋体" w:eastAsia="宋体"/>
          <w:b w:val="0"/>
          <w:sz w:val="20"/>
        </w:rPr>
        <w:t>（3）激发数学学习兴趣，感受数学与美术、生活的联系，培养创新意识与应用意识，增强学习数学的兴趣。</w:t>
      </w:r>
    </w:p>
    <w:p>
      <w:pPr>
        <w:spacing w:after="20" w:line="300" w:lineRule="auto"/>
      </w:pPr>
      <w:r>
        <w:rPr>
          <w:rFonts w:ascii="宋体" w:hAnsi="宋体" w:eastAsia="宋体"/>
          <w:b w:val="0"/>
          <w:sz w:val="20"/>
        </w:rPr>
        <w:t>教学重点：读懂数学连环画，能用自己的语言表达数学连环画中数学知识的意义及蕴含的数量关系。</w:t>
      </w:r>
    </w:p>
    <w:p>
      <w:pPr>
        <w:spacing w:after="20" w:line="300" w:lineRule="auto"/>
      </w:pPr>
      <w:r>
        <w:rPr>
          <w:rFonts w:ascii="宋体" w:hAnsi="宋体" w:eastAsia="宋体"/>
          <w:b w:val="0"/>
          <w:sz w:val="20"/>
        </w:rPr>
        <w:t>教学难点：结合数学知识分享自己的数学连环画。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一、活动导入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同学们，喜欢看连环画吗？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二、活动过程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小东的连环画讲了一个什么样的故事？包含了什么数学知识？；你喜欢这样的连环画吗？</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三、活动小结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通过本节课“连环画分享会”，你有什么收获？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一、活动导入</w:t>
            </w:r>
          </w:p>
        </w:tc>
        <w:tc>
          <w:tcPr>
            <w:tcW w:type="dxa" w:w="3061"/>
          </w:tcPr>
          <w:p>
            <w:pPr>
              <w:spacing w:after="20" w:line="276" w:lineRule="auto"/>
            </w:pPr>
            <w:r/>
            <w:r>
              <w:rPr>
                <w:rFonts w:ascii="宋体" w:hAnsi="宋体" w:eastAsia="宋体"/>
                <w:b w:val="0"/>
                <w:sz w:val="18"/>
              </w:rPr>
              <w:t>师：同学们，喜欢看连环画吗？很多连环画中也包含了数学知识，今天我们就来一场连环画分享会。（板书课题：连环画分享会）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创设情境激活学生已有经验，自然引出本课学习内容，激发学习兴趣，核心问题："同学们，喜欢看连环画吗？"</w:t>
            </w:r>
          </w:p>
        </w:tc>
      </w:tr>
      <w:tr>
        <w:tc>
          <w:tcPr>
            <w:tcW w:type="dxa" w:w="1474"/>
          </w:tcPr>
          <w:p>
            <w:pPr>
              <w:spacing w:after="20" w:line="276" w:lineRule="auto"/>
            </w:pPr>
            <w:r>
              <w:rPr>
                <w:b/>
              </w:rPr>
            </w:r>
            <w:r>
              <w:rPr>
                <w:rFonts w:ascii="宋体" w:hAnsi="宋体" w:eastAsia="宋体"/>
                <w:b/>
                <w:sz w:val="18"/>
              </w:rPr>
              <w:t>二、活动过程</w:t>
            </w:r>
          </w:p>
        </w:tc>
        <w:tc>
          <w:tcPr>
            <w:tcW w:type="dxa" w:w="3061"/>
          </w:tcPr>
          <w:p>
            <w:pPr>
              <w:spacing w:after="20" w:line="276" w:lineRule="auto"/>
            </w:pPr>
            <w:r/>
            <w:r>
              <w:rPr>
                <w:rFonts w:ascii="宋体" w:hAnsi="宋体" w:eastAsia="宋体"/>
                <w:b w:val="0"/>
                <w:sz w:val="18"/>
              </w:rPr>
              <w:t>（一）活动一：分享小东画的连环画。</w:t>
            </w:r>
          </w:p>
          <w:p>
            <w:pPr>
              <w:spacing w:after="20" w:line="276" w:lineRule="auto"/>
            </w:pPr>
            <w:r>
              <w:rPr>
                <w:rFonts w:ascii="宋体" w:hAnsi="宋体" w:eastAsia="宋体"/>
                <w:b w:val="0"/>
                <w:sz w:val="18"/>
              </w:rPr>
              <w:t>课件逐一出示教科书P83小东画的连环画。</w:t>
            </w:r>
          </w:p>
          <w:p>
            <w:pPr>
              <w:spacing w:after="20" w:line="276" w:lineRule="auto"/>
            </w:pPr>
            <w:r>
              <w:rPr>
                <w:rFonts w:ascii="宋体" w:hAnsi="宋体" w:eastAsia="宋体"/>
                <w:b w:val="0"/>
                <w:sz w:val="18"/>
              </w:rPr>
              <w:t>1. 读连环画。</w:t>
            </w:r>
          </w:p>
          <w:p>
            <w:pPr>
              <w:spacing w:after="20" w:line="276" w:lineRule="auto"/>
            </w:pPr>
            <w:r>
              <w:rPr>
                <w:rFonts w:ascii="宋体" w:hAnsi="宋体" w:eastAsia="宋体"/>
                <w:b w:val="0"/>
                <w:sz w:val="18"/>
              </w:rPr>
              <w:t>师：小东的连环画讲了一个什么样的故事？包含了什么数学知识？</w:t>
            </w:r>
          </w:p>
          <w:p>
            <w:pPr>
              <w:spacing w:after="20" w:line="276" w:lineRule="auto"/>
            </w:pPr>
            <w:r>
              <w:rPr>
                <w:rFonts w:ascii="宋体" w:hAnsi="宋体" w:eastAsia="宋体"/>
                <w:b w:val="0"/>
                <w:sz w:val="18"/>
              </w:rPr>
              <w:t>师：请在小组内分享交流小东画的连环画。</w:t>
            </w:r>
          </w:p>
          <w:p>
            <w:pPr>
              <w:spacing w:after="20" w:line="276" w:lineRule="auto"/>
            </w:pPr>
            <w:r>
              <w:rPr>
                <w:rFonts w:ascii="宋体" w:hAnsi="宋体" w:eastAsia="宋体"/>
                <w:b w:val="0"/>
                <w:sz w:val="18"/>
              </w:rPr>
              <w:t>教师巡视。</w:t>
            </w:r>
          </w:p>
          <w:p>
            <w:pPr>
              <w:spacing w:after="20" w:line="276" w:lineRule="auto"/>
            </w:pPr>
            <w:r>
              <w:rPr>
                <w:rFonts w:ascii="宋体" w:hAnsi="宋体" w:eastAsia="宋体"/>
                <w:b w:val="0"/>
                <w:sz w:val="18"/>
              </w:rPr>
              <w:t>3. 集体分享。</w:t>
            </w:r>
          </w:p>
          <w:p>
            <w:pPr>
              <w:spacing w:after="20" w:line="276" w:lineRule="auto"/>
            </w:pPr>
            <w:r>
              <w:rPr>
                <w:rFonts w:ascii="宋体" w:hAnsi="宋体" w:eastAsia="宋体"/>
                <w:b w:val="0"/>
                <w:sz w:val="18"/>
              </w:rPr>
              <w:t>（1）交流明确故事内容：小东用6幅画讲了小猫买罐头、吃罐头的故事。每一幅画都标注了画的顺序。第一幅画画的是连环画的主题：小猫买罐头。第二幅画画的是小猫一家到小猫超市买罐头的场景。第三幅画画的是它们买了11个罐头高兴地回家的场景。第四幅画画的是5只猫分罐头，并提出数学问题：它们每天吃5个罐头。够吃几天？第五幅画画的是解决问题的算式。第六幅画又提出一个数学问题：小猫一家2天会吃掉几个？（教师适时板书）</w:t>
            </w:r>
          </w:p>
          <w:p>
            <w:pPr>
              <w:spacing w:after="20" w:line="276" w:lineRule="auto"/>
            </w:pPr>
            <w:r>
              <w:rPr>
                <w:rFonts w:ascii="宋体" w:hAnsi="宋体" w:eastAsia="宋体"/>
                <w:b w:val="0"/>
                <w:sz w:val="18"/>
              </w:rPr>
              <w:t>（2）师生共同解决连环画中的问题。</w:t>
            </w:r>
          </w:p>
          <w:p>
            <w:pPr>
              <w:spacing w:after="20" w:line="276" w:lineRule="auto"/>
            </w:pPr>
            <w:r>
              <w:rPr>
                <w:rFonts w:ascii="宋体" w:hAnsi="宋体" w:eastAsia="宋体"/>
                <w:b w:val="0"/>
                <w:sz w:val="18"/>
              </w:rPr>
              <w:t>（3）师小结：连环画包含的数学知识是有余数的除法，提出了用乘、除法解决的问题。（教师适时板书）</w:t>
            </w:r>
          </w:p>
          <w:p>
            <w:pPr>
              <w:spacing w:after="20" w:line="276" w:lineRule="auto"/>
            </w:pPr>
            <w:r>
              <w:rPr>
                <w:rFonts w:ascii="宋体" w:hAnsi="宋体" w:eastAsia="宋体"/>
                <w:b w:val="0"/>
                <w:sz w:val="18"/>
              </w:rPr>
              <w:t>（二）活动二：分享其他连环画。</w:t>
            </w:r>
          </w:p>
          <w:p>
            <w:pPr>
              <w:spacing w:after="20" w:line="276" w:lineRule="auto"/>
            </w:pPr>
            <w:r>
              <w:rPr>
                <w:rFonts w:ascii="宋体" w:hAnsi="宋体" w:eastAsia="宋体"/>
                <w:b w:val="0"/>
                <w:sz w:val="18"/>
              </w:rPr>
              <w:t>师：分享一下课前我们收集的部分数学连环画吧！</w:t>
            </w:r>
          </w:p>
          <w:p>
            <w:pPr>
              <w:spacing w:after="20" w:line="276" w:lineRule="auto"/>
            </w:pPr>
            <w:r>
              <w:rPr>
                <w:rFonts w:ascii="宋体" w:hAnsi="宋体" w:eastAsia="宋体"/>
                <w:b w:val="0"/>
                <w:sz w:val="18"/>
              </w:rPr>
              <w:t>1. 每个小组选择一幅连环画分享，教师巡视。</w:t>
            </w:r>
          </w:p>
          <w:p>
            <w:pPr>
              <w:spacing w:after="20" w:line="276" w:lineRule="auto"/>
            </w:pPr>
            <w:r>
              <w:rPr>
                <w:rFonts w:ascii="宋体" w:hAnsi="宋体" w:eastAsia="宋体"/>
                <w:b w:val="0"/>
                <w:sz w:val="18"/>
              </w:rPr>
              <w:t>一是连环画讲了一个什么样的故事？用了几幅画？</w:t>
            </w:r>
          </w:p>
          <w:p>
            <w:pPr>
              <w:spacing w:after="20" w:line="276" w:lineRule="auto"/>
            </w:pPr>
            <w:r>
              <w:rPr>
                <w:rFonts w:ascii="宋体" w:hAnsi="宋体" w:eastAsia="宋体"/>
                <w:b w:val="0"/>
                <w:sz w:val="18"/>
              </w:rPr>
              <w:t>二是连环画包含了什么数学知识？</w:t>
            </w:r>
          </w:p>
          <w:p>
            <w:pPr>
              <w:spacing w:after="20" w:line="276" w:lineRule="auto"/>
            </w:pPr>
            <w:r>
              <w:rPr>
                <w:rFonts w:ascii="宋体" w:hAnsi="宋体" w:eastAsia="宋体"/>
                <w:b w:val="0"/>
                <w:sz w:val="18"/>
              </w:rPr>
              <w:t>（三）活动三：初步构思自己的连环画。</w:t>
            </w:r>
          </w:p>
          <w:p>
            <w:pPr>
              <w:spacing w:after="20" w:line="276" w:lineRule="auto"/>
            </w:pPr>
            <w:r>
              <w:rPr>
                <w:rFonts w:ascii="宋体" w:hAnsi="宋体" w:eastAsia="宋体"/>
                <w:b w:val="0"/>
                <w:sz w:val="18"/>
              </w:rPr>
              <w:t>师：你喜欢这样的连环画吗？像他们那样创作你的数学连环画吧！</w:t>
            </w:r>
          </w:p>
        </w:tc>
        <w:tc>
          <w:tcPr>
            <w:tcW w:type="dxa" w:w="3061"/>
          </w:tcPr>
          <w:p>
            <w:pPr>
              <w:spacing w:after="20" w:line="276" w:lineRule="auto"/>
            </w:pPr>
            <w:r/>
            <w:r>
              <w:rPr>
                <w:rFonts w:ascii="宋体" w:hAnsi="宋体" w:eastAsia="宋体"/>
                <w:b w:val="0"/>
                <w:sz w:val="18"/>
              </w:rPr>
              <w:t>2. 小组交流。</w:t>
            </w:r>
          </w:p>
          <w:p>
            <w:pPr>
              <w:spacing w:after="20" w:line="276" w:lineRule="auto"/>
            </w:pPr>
            <w:r>
              <w:rPr>
                <w:rFonts w:ascii="宋体" w:hAnsi="宋体" w:eastAsia="宋体"/>
                <w:b w:val="0"/>
                <w:sz w:val="18"/>
              </w:rPr>
              <w:t>2. 全班分享。</w:t>
            </w:r>
          </w:p>
          <w:p>
            <w:pPr>
              <w:spacing w:after="20" w:line="276" w:lineRule="auto"/>
            </w:pPr>
            <w:r>
              <w:rPr>
                <w:rFonts w:ascii="宋体" w:hAnsi="宋体" w:eastAsia="宋体"/>
                <w:b w:val="0"/>
                <w:sz w:val="18"/>
              </w:rPr>
              <w:t>学生选择1～2幅连环画到黑板上交流，重点交流两点：</w:t>
            </w:r>
          </w:p>
          <w:p>
            <w:pPr>
              <w:spacing w:after="20" w:line="276" w:lineRule="auto"/>
            </w:pPr>
            <w:r>
              <w:rPr>
                <w:rFonts w:ascii="宋体" w:hAnsi="宋体" w:eastAsia="宋体"/>
                <w:b w:val="0"/>
                <w:sz w:val="18"/>
              </w:rPr>
              <w:t>1. 学生尝试构思。</w:t>
            </w:r>
          </w:p>
          <w:p>
            <w:pPr>
              <w:spacing w:after="20" w:line="276" w:lineRule="auto"/>
            </w:pPr>
            <w:r>
              <w:rPr>
                <w:rFonts w:ascii="宋体" w:hAnsi="宋体" w:eastAsia="宋体"/>
                <w:b w:val="0"/>
                <w:sz w:val="18"/>
              </w:rPr>
              <w:t>2. 小组交流。</w:t>
            </w:r>
          </w:p>
          <w:p>
            <w:pPr>
              <w:spacing w:after="20" w:line="276" w:lineRule="auto"/>
            </w:pPr>
            <w:r>
              <w:rPr>
                <w:rFonts w:ascii="宋体" w:hAnsi="宋体" w:eastAsia="宋体"/>
                <w:b w:val="0"/>
                <w:sz w:val="18"/>
              </w:rPr>
              <w:t>3. 全班交流，相互补充。</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设计递进式探究活动，引导学生在动手实践与合作交流中经历知识形成过程，突破本课重难点，核心问题："小东的连环画讲了一个什么样的故事？包含了什么数学知识？"</w:t>
            </w:r>
          </w:p>
        </w:tc>
      </w:tr>
      <w:tr>
        <w:tc>
          <w:tcPr>
            <w:tcW w:type="dxa" w:w="1474"/>
          </w:tcPr>
          <w:p>
            <w:pPr>
              <w:spacing w:after="20" w:line="276" w:lineRule="auto"/>
            </w:pPr>
            <w:r>
              <w:rPr>
                <w:b/>
              </w:rPr>
            </w:r>
            <w:r>
              <w:rPr>
                <w:rFonts w:ascii="宋体" w:hAnsi="宋体" w:eastAsia="宋体"/>
                <w:b/>
                <w:sz w:val="18"/>
              </w:rPr>
              <w:t>三、活动小结</w:t>
            </w:r>
          </w:p>
        </w:tc>
        <w:tc>
          <w:tcPr>
            <w:tcW w:type="dxa" w:w="3061"/>
          </w:tcPr>
          <w:p>
            <w:pPr>
              <w:spacing w:after="20" w:line="276" w:lineRule="auto"/>
            </w:pPr>
            <w:r/>
            <w:r>
              <w:rPr>
                <w:rFonts w:ascii="宋体" w:hAnsi="宋体" w:eastAsia="宋体"/>
                <w:b w:val="0"/>
                <w:sz w:val="18"/>
              </w:rPr>
              <w:t>师：通过本节课“连环画分享会”，你有什么收获？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是一节综合与实践的主题活动课，设计时分三个活动进行。活动一，分享小东画的连环画，放手让学生观察、思考、交流，讲述连环画所呈现的数学故事，理解连环画中所包含的数学知识，在交流中感悟如何用连环画讲数学故事，培养学生能用自己的语言表达数学连环画中数学知识的意义及蕴含的数量关系，学会数学化的表达与交流。活动二，分享其他连环画，进一步强化学生表述故事中的数学信息及数量关系。活动三，初步构思自己的连环画，为下一节活动课打下基础。</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连环画分享会</w:t>
      </w:r>
    </w:p>
    <w:p>
      <w:pPr>
        <w:spacing w:after="40" w:line="300" w:lineRule="auto"/>
      </w:pPr>
      <w:r>
        <w:rPr>
          <w:rFonts w:ascii="宋体" w:hAnsi="宋体" w:eastAsia="宋体"/>
          <w:b w:val="0"/>
          <w:sz w:val="20"/>
        </w:rPr>
        <w:t>主题：小猫买罐头、吃罐头的故事</w:t>
      </w:r>
    </w:p>
    <w:p>
      <w:pPr>
        <w:spacing w:after="40" w:line="300" w:lineRule="auto"/>
      </w:pPr>
      <w:r>
        <w:rPr>
          <w:rFonts w:ascii="宋体" w:hAnsi="宋体" w:eastAsia="宋体"/>
          <w:b w:val="0"/>
          <w:sz w:val="20"/>
        </w:rPr>
        <w:t>画的数量：6幅 标画的顺序</w:t>
      </w:r>
    </w:p>
    <w:p>
      <w:pPr>
        <w:spacing w:after="40" w:line="300" w:lineRule="auto"/>
      </w:pPr>
      <w:r>
        <w:rPr>
          <w:rFonts w:ascii="宋体" w:hAnsi="宋体" w:eastAsia="宋体"/>
          <w:b w:val="0"/>
          <w:sz w:val="20"/>
        </w:rPr>
        <w:t>数学知识：有余数的除法知识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教学以数学连环画为载体，激发了学生的兴趣，能够在活动中用自己的语言表达数学连环画中数学知识的意义及蕴含的数量关系。大部分学生能够积极参与活动，在活动中能够主动表达，并与他人交流。课前收集的连环画的质量不高，要多指导学生搜集典型连环画，从而丰富课堂教学。</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我是小画家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我是小画家</w:t>
            </w:r>
          </w:p>
        </w:tc>
        <w:tc>
          <w:tcPr>
            <w:tcW w:type="dxa" w:w="6009"/>
          </w:tcPr>
          <w:p>
            <w:pPr>
              <w:spacing w:after="20" w:line="276" w:lineRule="auto"/>
            </w:pPr>
            <w:r/>
            <w:r>
              <w:rPr>
                <w:rFonts w:ascii="宋体" w:hAnsi="宋体" w:eastAsia="宋体"/>
                <w:b w:val="0"/>
                <w:sz w:val="20"/>
              </w:rPr>
              <w:t>数学连环画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教学内容：教科书P84～85相关内容。</w:t>
      </w:r>
    </w:p>
    <w:p>
      <w:pPr>
        <w:spacing w:after="80" w:line="300" w:lineRule="auto"/>
        <w:ind w:firstLine="400"/>
      </w:pPr>
      <w:r>
        <w:rPr>
          <w:rFonts w:ascii="宋体" w:hAnsi="宋体" w:eastAsia="宋体"/>
          <w:b w:val="0"/>
          <w:sz w:val="20"/>
        </w:rPr>
        <w:t>教学准备：课件、知识整理单、数学问题记录单、绘画工具（彩笔、画纸等）。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（1）简单整理学过的数学知识，能结合自己的生活，运用已经学过的数学知识编写含有数学信息的小故事，画成数学连环画。</w:t>
      </w:r>
    </w:p>
    <w:p>
      <w:pPr>
        <w:spacing w:after="20" w:line="300" w:lineRule="auto"/>
        <w:ind w:firstLine="400"/>
      </w:pPr>
      <w:r>
        <w:rPr>
          <w:rFonts w:ascii="宋体" w:hAnsi="宋体" w:eastAsia="宋体"/>
          <w:b w:val="0"/>
          <w:sz w:val="20"/>
        </w:rPr>
        <w:t>（2）能够积极参与活动，在活动中能主动表达，学会数学化的表达与交流。</w:t>
      </w:r>
    </w:p>
    <w:p>
      <w:pPr>
        <w:spacing w:after="20" w:line="300" w:lineRule="auto"/>
        <w:ind w:firstLine="400"/>
      </w:pPr>
      <w:r>
        <w:rPr>
          <w:rFonts w:ascii="宋体" w:hAnsi="宋体" w:eastAsia="宋体"/>
          <w:b w:val="0"/>
          <w:sz w:val="20"/>
        </w:rPr>
        <w:t>（3）激发数学学习兴趣与创作热情，感受数学在生活中的趣味应用，培养创新思维与审美意识。</w:t>
      </w:r>
    </w:p>
    <w:p>
      <w:pPr>
        <w:spacing w:after="20" w:line="300" w:lineRule="auto"/>
      </w:pPr>
      <w:r>
        <w:rPr>
          <w:rFonts w:ascii="宋体" w:hAnsi="宋体" w:eastAsia="宋体"/>
          <w:b w:val="0"/>
          <w:sz w:val="20"/>
        </w:rPr>
        <w:t>教学重点：编写含有数学信息的小故事，画成数学连环画。</w:t>
      </w:r>
    </w:p>
    <w:p>
      <w:pPr>
        <w:spacing w:after="20" w:line="300" w:lineRule="auto"/>
      </w:pPr>
      <w:r>
        <w:rPr>
          <w:rFonts w:ascii="宋体" w:hAnsi="宋体" w:eastAsia="宋体"/>
          <w:b w:val="0"/>
          <w:sz w:val="20"/>
        </w:rPr>
        <w:t>教学难点：创作数学连环画。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一、活动导入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二、活动过程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在画连环画之前要想清楚什么？</w:t>
            </w:r>
          </w:p>
        </w:tc>
        <w:tc>
          <w:tcPr>
            <w:tcW w:type="dxa" w:w="1361"/>
          </w:tcPr>
          <w:p>
            <w:pPr>
              <w:spacing w:after="20" w:line="276" w:lineRule="auto"/>
            </w:pPr>
            <w:r/>
            <w:r>
              <w:rPr>
                <w:rFonts w:ascii="宋体" w:hAnsi="宋体" w:eastAsia="宋体"/>
                <w:b w:val="0"/>
                <w:sz w:val="18"/>
              </w:rPr>
              <w:t>32分钟</w:t>
            </w:r>
          </w:p>
        </w:tc>
      </w:tr>
      <w:tr>
        <w:tc>
          <w:tcPr>
            <w:tcW w:type="dxa" w:w="2835"/>
          </w:tcPr>
          <w:p>
            <w:pPr>
              <w:spacing w:after="20" w:line="276" w:lineRule="auto"/>
            </w:pPr>
            <w:r/>
            <w:r>
              <w:rPr>
                <w:rFonts w:ascii="宋体" w:hAnsi="宋体" w:eastAsia="宋体"/>
                <w:b w:val="0"/>
                <w:sz w:val="18"/>
              </w:rPr>
              <w:t>三、活动小结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一、活动导入</w:t>
            </w:r>
          </w:p>
        </w:tc>
        <w:tc>
          <w:tcPr>
            <w:tcW w:type="dxa" w:w="3061"/>
          </w:tcPr>
          <w:p>
            <w:pPr>
              <w:spacing w:after="20" w:line="276" w:lineRule="auto"/>
            </w:pPr>
            <w:r/>
            <w:r>
              <w:rPr>
                <w:rFonts w:ascii="宋体" w:hAnsi="宋体" w:eastAsia="宋体"/>
                <w:b w:val="0"/>
                <w:sz w:val="18"/>
              </w:rPr>
              <w:t>师：上节课我们开了连环画分享会，这节课我们来创作数学连环画。（板书课题：我是小画家）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二、活动过程</w:t>
            </w:r>
          </w:p>
        </w:tc>
        <w:tc>
          <w:tcPr>
            <w:tcW w:type="dxa" w:w="3061"/>
          </w:tcPr>
          <w:p>
            <w:pPr>
              <w:spacing w:after="20" w:line="276" w:lineRule="auto"/>
            </w:pPr>
            <w:r/>
            <w:r>
              <w:rPr>
                <w:rFonts w:ascii="宋体" w:hAnsi="宋体" w:eastAsia="宋体"/>
                <w:b w:val="0"/>
                <w:sz w:val="18"/>
              </w:rPr>
              <w:t>（一）确定主题。（板书）</w:t>
            </w:r>
          </w:p>
          <w:p>
            <w:pPr>
              <w:spacing w:after="20" w:line="276" w:lineRule="auto"/>
            </w:pPr>
            <w:r>
              <w:rPr>
                <w:rFonts w:ascii="宋体" w:hAnsi="宋体" w:eastAsia="宋体"/>
                <w:b w:val="0"/>
                <w:sz w:val="18"/>
              </w:rPr>
              <w:t>1. 回顾整理。</w:t>
            </w:r>
          </w:p>
          <w:p>
            <w:pPr>
              <w:spacing w:after="20" w:line="276" w:lineRule="auto"/>
            </w:pPr>
            <w:r>
              <w:rPr>
                <w:rFonts w:ascii="宋体" w:hAnsi="宋体" w:eastAsia="宋体"/>
                <w:b w:val="0"/>
                <w:sz w:val="18"/>
              </w:rPr>
              <w:t>师：回顾我们学过的数学知识有哪些，简单梳理。</w:t>
            </w:r>
          </w:p>
          <w:p>
            <w:pPr>
              <w:spacing w:after="20" w:line="276" w:lineRule="auto"/>
            </w:pPr>
            <w:r>
              <w:rPr>
                <w:rFonts w:ascii="宋体" w:hAnsi="宋体" w:eastAsia="宋体"/>
                <w:b w:val="0"/>
                <w:sz w:val="18"/>
              </w:rPr>
              <w:t>（1）学生在知识整理单上简单列举知识点。</w:t>
            </w:r>
          </w:p>
          <w:p>
            <w:pPr>
              <w:spacing w:after="20" w:line="276" w:lineRule="auto"/>
            </w:pPr>
            <w:r>
              <w:rPr>
                <w:rFonts w:ascii="宋体" w:hAnsi="宋体" w:eastAsia="宋体"/>
                <w:b w:val="0"/>
                <w:sz w:val="18"/>
              </w:rPr>
              <w:t>（2）交流汇报，根据学生情况可按如下形式简单整理。</w:t>
            </w:r>
          </w:p>
          <w:p>
            <w:pPr>
              <w:spacing w:after="20" w:line="276" w:lineRule="auto"/>
            </w:pPr>
            <w:r>
              <w:rPr>
                <w:rFonts w:ascii="宋体" w:hAnsi="宋体" w:eastAsia="宋体"/>
                <w:b w:val="0"/>
                <w:sz w:val="18"/>
              </w:rPr>
              <w:t>2. 确定主题。</w:t>
            </w:r>
          </w:p>
          <w:p>
            <w:pPr>
              <w:spacing w:after="20" w:line="276" w:lineRule="auto"/>
            </w:pPr>
            <w:r>
              <w:rPr>
                <w:rFonts w:ascii="宋体" w:hAnsi="宋体" w:eastAsia="宋体"/>
                <w:b w:val="0"/>
                <w:sz w:val="18"/>
              </w:rPr>
              <w:t>师：结合你的生活，想想你的数学连环画打算讲什么故事，包含哪些数学信息。</w:t>
            </w:r>
          </w:p>
          <w:p>
            <w:pPr>
              <w:spacing w:after="20" w:line="276" w:lineRule="auto"/>
            </w:pPr>
            <w:r>
              <w:rPr>
                <w:rFonts w:ascii="宋体" w:hAnsi="宋体" w:eastAsia="宋体"/>
                <w:b w:val="0"/>
                <w:sz w:val="18"/>
              </w:rPr>
              <w:t>（1）学生独立思考，并完成数学问题记录单。</w:t>
            </w:r>
          </w:p>
          <w:p>
            <w:pPr>
              <w:spacing w:after="20" w:line="276" w:lineRule="auto"/>
            </w:pPr>
            <w:r>
              <w:rPr>
                <w:rFonts w:ascii="宋体" w:hAnsi="宋体" w:eastAsia="宋体"/>
                <w:b w:val="0"/>
                <w:sz w:val="18"/>
              </w:rPr>
              <w:t>（2）集体交流。</w:t>
            </w:r>
          </w:p>
          <w:p>
            <w:pPr>
              <w:spacing w:after="20" w:line="276" w:lineRule="auto"/>
            </w:pPr>
            <w:r>
              <w:rPr>
                <w:rFonts w:ascii="宋体" w:hAnsi="宋体" w:eastAsia="宋体"/>
                <w:b w:val="0"/>
                <w:sz w:val="18"/>
              </w:rPr>
              <w:t>[HJ1.8mm]【学情预设】举例交流：如：学校运动会，先寻找运动会上的数学信息，并思考哪些问题可以用数学知识来解决，如运动会赛跑成绩记录、运动会检阅队伍人数、跳远距离测量、参加某比赛的总人数、奖品数量等。再如：画一只蚕宝宝成长的故事，可结合时间、成长变化讲故事。</w:t>
            </w:r>
          </w:p>
          <w:p>
            <w:pPr>
              <w:spacing w:after="20" w:line="276" w:lineRule="auto"/>
            </w:pPr>
            <w:r>
              <w:rPr>
                <w:rFonts w:ascii="宋体" w:hAnsi="宋体" w:eastAsia="宋体"/>
                <w:b w:val="0"/>
                <w:sz w:val="18"/>
              </w:rPr>
              <w:t>（二）设计提纲。（板书）</w:t>
            </w:r>
          </w:p>
          <w:p>
            <w:pPr>
              <w:spacing w:after="20" w:line="276" w:lineRule="auto"/>
            </w:pPr>
            <w:r>
              <w:rPr>
                <w:rFonts w:ascii="宋体" w:hAnsi="宋体" w:eastAsia="宋体"/>
                <w:b w:val="0"/>
                <w:sz w:val="18"/>
              </w:rPr>
              <w:t>1. 确定要点。</w:t>
            </w:r>
          </w:p>
          <w:p>
            <w:pPr>
              <w:spacing w:after="20" w:line="276" w:lineRule="auto"/>
            </w:pPr>
            <w:r>
              <w:rPr>
                <w:rFonts w:ascii="宋体" w:hAnsi="宋体" w:eastAsia="宋体"/>
                <w:b w:val="0"/>
                <w:sz w:val="18"/>
              </w:rPr>
              <w:t>师：在画连环画之前要想清楚什么？</w:t>
            </w:r>
          </w:p>
          <w:p>
            <w:pPr>
              <w:spacing w:after="20" w:line="276" w:lineRule="auto"/>
            </w:pPr>
            <w:r>
              <w:rPr>
                <w:rFonts w:ascii="宋体" w:hAnsi="宋体" w:eastAsia="宋体"/>
                <w:b w:val="0"/>
                <w:sz w:val="18"/>
              </w:rPr>
              <w:t>引导学生明确：要先想清楚画几幅画，每幅画画什么、写什么。这些画按顺序连起来应该是一个完整的故事。</w:t>
            </w:r>
          </w:p>
          <w:p>
            <w:pPr>
              <w:spacing w:after="20" w:line="276" w:lineRule="auto"/>
            </w:pPr>
            <w:r>
              <w:rPr>
                <w:rFonts w:ascii="宋体" w:hAnsi="宋体" w:eastAsia="宋体"/>
                <w:b w:val="0"/>
                <w:sz w:val="18"/>
              </w:rPr>
              <w:t>2. 以“蚕宝宝成长的故事”为例示范提纲。</w:t>
            </w:r>
          </w:p>
          <w:p>
            <w:pPr>
              <w:spacing w:after="20" w:line="276" w:lineRule="auto"/>
            </w:pPr>
            <w:r>
              <w:rPr>
                <w:rFonts w:ascii="宋体" w:hAnsi="宋体" w:eastAsia="宋体"/>
                <w:b w:val="0"/>
                <w:sz w:val="18"/>
              </w:rPr>
              <w:t>课件出示教科书P84下面提纲内容。</w:t>
            </w:r>
          </w:p>
          <w:p>
            <w:pPr>
              <w:spacing w:after="20" w:line="276" w:lineRule="auto"/>
            </w:pPr>
            <w:r>
              <w:rPr>
                <w:rFonts w:ascii="宋体" w:hAnsi="宋体" w:eastAsia="宋体"/>
                <w:b w:val="0"/>
                <w:sz w:val="18"/>
              </w:rPr>
              <w:t>3. 设计提纲。</w:t>
            </w:r>
          </w:p>
          <w:p>
            <w:pPr>
              <w:spacing w:after="20" w:line="276" w:lineRule="auto"/>
            </w:pPr>
            <w:r>
              <w:rPr>
                <w:rFonts w:ascii="宋体" w:hAnsi="宋体" w:eastAsia="宋体"/>
                <w:b w:val="0"/>
                <w:sz w:val="18"/>
              </w:rPr>
              <w:t>（三）创作画作。（板书）</w:t>
            </w:r>
          </w:p>
          <w:p>
            <w:pPr>
              <w:spacing w:after="20" w:line="276" w:lineRule="auto"/>
            </w:pPr>
            <w:r>
              <w:rPr>
                <w:rFonts w:ascii="宋体" w:hAnsi="宋体" w:eastAsia="宋体"/>
                <w:b w:val="0"/>
                <w:sz w:val="18"/>
              </w:rPr>
              <w:t>1. 创作指导。</w:t>
            </w:r>
          </w:p>
          <w:p>
            <w:pPr>
              <w:spacing w:after="20" w:line="276" w:lineRule="auto"/>
            </w:pPr>
            <w:r>
              <w:rPr>
                <w:rFonts w:ascii="宋体" w:hAnsi="宋体" w:eastAsia="宋体"/>
                <w:b w:val="0"/>
                <w:sz w:val="18"/>
              </w:rPr>
              <w:t>强调：画作中至少表达清楚一个数学问题或数量关系。</w:t>
            </w:r>
          </w:p>
          <w:p>
            <w:pPr>
              <w:spacing w:after="20" w:line="276" w:lineRule="auto"/>
            </w:pPr>
            <w:r>
              <w:rPr>
                <w:rFonts w:ascii="宋体" w:hAnsi="宋体" w:eastAsia="宋体"/>
                <w:b w:val="0"/>
                <w:sz w:val="18"/>
              </w:rPr>
              <w:t>教师示范简单绘画技巧（如人物、场景简笔画），提醒学生先用铅笔打草稿，再完善。</w:t>
            </w:r>
          </w:p>
          <w:p>
            <w:pPr>
              <w:spacing w:after="20" w:line="276" w:lineRule="auto"/>
            </w:pPr>
            <w:r>
              <w:rPr>
                <w:rFonts w:ascii="宋体" w:hAnsi="宋体" w:eastAsia="宋体"/>
                <w:b w:val="0"/>
                <w:sz w:val="18"/>
              </w:rPr>
              <w:t>（四）展示分享，评价总结。（教师适时板书）</w:t>
            </w:r>
          </w:p>
        </w:tc>
        <w:tc>
          <w:tcPr>
            <w:tcW w:type="dxa" w:w="3061"/>
          </w:tcPr>
          <w:p>
            <w:pPr>
              <w:spacing w:after="20" w:line="276" w:lineRule="auto"/>
            </w:pPr>
            <w:r/>
            <w:r>
              <w:rPr>
                <w:rFonts w:ascii="宋体" w:hAnsi="宋体" w:eastAsia="宋体"/>
                <w:b w:val="0"/>
                <w:sz w:val="18"/>
              </w:rPr>
              <w:t>学生先自己设计提纲，然后小组内交流提纲，互相提建议（如数学知识呈现是否清晰、故事是否完整），教师参与小组讨论，给予指导。</w:t>
            </w:r>
          </w:p>
          <w:p>
            <w:pPr>
              <w:spacing w:after="20" w:line="276" w:lineRule="auto"/>
            </w:pPr>
            <w:r>
              <w:rPr>
                <w:rFonts w:ascii="宋体" w:hAnsi="宋体" w:eastAsia="宋体"/>
                <w:b w:val="0"/>
                <w:sz w:val="18"/>
              </w:rPr>
              <w:t>2. 学生创作。</w:t>
            </w:r>
          </w:p>
          <w:p>
            <w:pPr>
              <w:spacing w:after="20" w:line="276" w:lineRule="auto"/>
            </w:pPr>
            <w:r>
              <w:rPr>
                <w:rFonts w:ascii="宋体" w:hAnsi="宋体" w:eastAsia="宋体"/>
                <w:b w:val="0"/>
                <w:sz w:val="18"/>
              </w:rPr>
              <w:t>学生依据提纲，用绘画工具创作“我的画作”，教师巡视，鼓励创意，帮助解决绘画与数学融合的小难题（如怎么直观呈现数量关系）。</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设计递进式探究活动，引导学生在动手实践与合作交流中经历知识形成过程，突破本课重难点，核心问题："在画连环画之前要想清楚什么？"</w:t>
            </w:r>
          </w:p>
        </w:tc>
      </w:tr>
      <w:tr>
        <w:tc>
          <w:tcPr>
            <w:tcW w:type="dxa" w:w="1474"/>
          </w:tcPr>
          <w:p>
            <w:pPr>
              <w:spacing w:after="20" w:line="276" w:lineRule="auto"/>
            </w:pPr>
            <w:r>
              <w:rPr>
                <w:b/>
              </w:rPr>
            </w:r>
            <w:r>
              <w:rPr>
                <w:rFonts w:ascii="宋体" w:hAnsi="宋体" w:eastAsia="宋体"/>
                <w:b/>
                <w:sz w:val="18"/>
              </w:rPr>
              <w:t>三、活动小结</w:t>
            </w:r>
          </w:p>
        </w:tc>
        <w:tc>
          <w:tcPr>
            <w:tcW w:type="dxa" w:w="3061"/>
          </w:tcPr>
          <w:p>
            <w:pPr>
              <w:spacing w:after="20" w:line="276" w:lineRule="auto"/>
            </w:pPr>
            <w:r/>
            <w:r>
              <w:rPr>
                <w:rFonts w:ascii="宋体" w:hAnsi="宋体" w:eastAsia="宋体"/>
                <w:b w:val="0"/>
                <w:sz w:val="18"/>
              </w:rPr>
              <w:t>师：通过本节课的学习，你有什么收获？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按照四个活动进行，确定主题环节先简单回顾知识，从中选择一个知识点或数学问题确定主题，接着设计提纲，想清楚画几幅画，每幅画画什么、写什么。在此基础上创作画作，完成后分享。引导学生经历创作数学故事的过程，让学生自主决定故事的内容和表现形式，积累、规划做事的经验，增强学习数学的兴趣。</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我是小画家</w:t>
      </w:r>
    </w:p>
    <w:p>
      <w:pPr>
        <w:spacing w:after="40" w:line="300" w:lineRule="auto"/>
      </w:pPr>
      <w:r>
        <w:rPr>
          <w:rFonts w:ascii="宋体" w:hAnsi="宋体" w:eastAsia="宋体"/>
          <w:b w:val="0"/>
          <w:sz w:val="20"/>
        </w:rPr>
        <w:t>确定主题——设计提纲——创作画作——分享交流</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教科书P84～85相关内容。</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多数学生积极参与，能结合数学知识确定主题、设计提纲，但部分学生存在问题：一是数学知识呈现生硬，故事与数学“两张皮”，后续需加强“如何自然融入”的指导；二是绘画能力影响表达，可提前简单培训简笔画技巧，或允许图文结合简化绘画。创作分享时，评价方式可更丰富（如学生互评星级制），让反馈更全面，助力学生提升数学连环画创作质量与学习体验。</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小小故事会</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小小故事会</w:t>
            </w:r>
          </w:p>
        </w:tc>
        <w:tc>
          <w:tcPr>
            <w:tcW w:type="dxa" w:w="6009"/>
          </w:tcPr>
          <w:p>
            <w:pPr>
              <w:spacing w:after="20" w:line="276" w:lineRule="auto"/>
            </w:pPr>
            <w:r/>
            <w:r>
              <w:rPr>
                <w:rFonts w:ascii="宋体" w:hAnsi="宋体" w:eastAsia="宋体"/>
                <w:b w:val="0"/>
                <w:sz w:val="20"/>
              </w:rPr>
              <w:t>数学连环画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教学内容：教科书P85～86相关内容。</w:t>
      </w:r>
    </w:p>
    <w:p>
      <w:pPr>
        <w:spacing w:after="80" w:line="300" w:lineRule="auto"/>
        <w:ind w:firstLine="400"/>
      </w:pPr>
      <w:r>
        <w:rPr>
          <w:rFonts w:ascii="宋体" w:hAnsi="宋体" w:eastAsia="宋体"/>
          <w:b w:val="0"/>
          <w:sz w:val="20"/>
        </w:rPr>
        <w:t>教学准备：学生提前完成数学连环画创作，准备好讲述内容，课件。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（1）能用自己的语言表达数学连环画中数学知识的意义及蕴含的数量关系，能理解他人的数学连环画中的数学信息及关系，学会数学化的表达与交流。</w:t>
      </w:r>
    </w:p>
    <w:p>
      <w:pPr>
        <w:spacing w:after="20" w:line="300" w:lineRule="auto"/>
        <w:ind w:firstLine="400"/>
      </w:pPr>
      <w:r>
        <w:rPr>
          <w:rFonts w:ascii="宋体" w:hAnsi="宋体" w:eastAsia="宋体"/>
          <w:b w:val="0"/>
          <w:sz w:val="20"/>
        </w:rPr>
        <w:t>（2）通过小组交流、班级展示，提升表达能力、倾听能力与评价反思能力，完善数学连环画创作。</w:t>
      </w:r>
    </w:p>
    <w:p>
      <w:pPr>
        <w:spacing w:after="20" w:line="300" w:lineRule="auto"/>
        <w:ind w:firstLine="400"/>
      </w:pPr>
      <w:r>
        <w:rPr>
          <w:rFonts w:ascii="宋体" w:hAnsi="宋体" w:eastAsia="宋体"/>
          <w:b w:val="0"/>
          <w:sz w:val="20"/>
        </w:rPr>
        <w:t>（3）增强数学学习自信心与兴趣，培养合作交流、虚心接受建议的良好学习品质。</w:t>
      </w:r>
    </w:p>
    <w:p>
      <w:pPr>
        <w:spacing w:after="20" w:line="300" w:lineRule="auto"/>
      </w:pPr>
      <w:r>
        <w:rPr>
          <w:rFonts w:ascii="宋体" w:hAnsi="宋体" w:eastAsia="宋体"/>
          <w:b w:val="0"/>
          <w:sz w:val="20"/>
        </w:rPr>
        <w:t>教学重点：能用自己的语言表达数学连环画中数学知识的意义及蕴含的数量关系。</w:t>
      </w:r>
    </w:p>
    <w:p>
      <w:pPr>
        <w:spacing w:after="20" w:line="300" w:lineRule="auto"/>
      </w:pPr>
      <w:r>
        <w:rPr>
          <w:rFonts w:ascii="宋体" w:hAnsi="宋体" w:eastAsia="宋体"/>
          <w:b w:val="0"/>
          <w:sz w:val="20"/>
        </w:rPr>
        <w:t>教学难点：能用自己的语言表达数学连环画中数学知识的意义及蕴含的数量关系。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一、活动引入，明确任务</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二、小组交流，讲评修改</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三、班级展示，启发交流</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四、总结拓展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一、活动引入，明确任务</w:t>
            </w:r>
          </w:p>
        </w:tc>
        <w:tc>
          <w:tcPr>
            <w:tcW w:type="dxa" w:w="3061"/>
          </w:tcPr>
          <w:p>
            <w:pPr>
              <w:spacing w:after="20" w:line="276" w:lineRule="auto"/>
            </w:pPr>
            <w:r/>
            <w:r>
              <w:rPr>
                <w:rFonts w:ascii="宋体" w:hAnsi="宋体" w:eastAsia="宋体"/>
                <w:b w:val="0"/>
                <w:sz w:val="18"/>
              </w:rPr>
              <w:t>1. 活动引入。</w:t>
            </w:r>
          </w:p>
          <w:p>
            <w:pPr>
              <w:spacing w:after="20" w:line="276" w:lineRule="auto"/>
            </w:pPr>
            <w:r>
              <w:rPr>
                <w:rFonts w:ascii="宋体" w:hAnsi="宋体" w:eastAsia="宋体"/>
                <w:b w:val="0"/>
                <w:sz w:val="18"/>
              </w:rPr>
              <w:t>师：同学们，今天我们来开一场数学连环画“小小故事会”，把你们创作的精彩数学故事讲出来。（板书课题：小小故事会）</w:t>
            </w:r>
          </w:p>
          <w:p>
            <w:pPr>
              <w:spacing w:after="20" w:line="276" w:lineRule="auto"/>
            </w:pPr>
            <w:r>
              <w:rPr>
                <w:rFonts w:ascii="宋体" w:hAnsi="宋体" w:eastAsia="宋体"/>
                <w:b w:val="0"/>
                <w:sz w:val="18"/>
              </w:rPr>
              <w:t>2. 明确任务。</w:t>
            </w:r>
          </w:p>
        </w:tc>
        <w:tc>
          <w:tcPr>
            <w:tcW w:type="dxa" w:w="3061"/>
          </w:tcPr>
          <w:p>
            <w:pPr>
              <w:spacing w:after="20" w:line="276" w:lineRule="auto"/>
            </w:pPr>
            <w:r/>
            <w:r>
              <w:rPr>
                <w:rFonts w:ascii="宋体" w:hAnsi="宋体" w:eastAsia="宋体"/>
                <w:b w:val="0"/>
                <w:sz w:val="18"/>
              </w:rPr>
              <w:t>小组内讲述与互评→修改完善→班级展示与启发交流。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二、小组交流，讲评修改</w:t>
            </w:r>
          </w:p>
        </w:tc>
        <w:tc>
          <w:tcPr>
            <w:tcW w:type="dxa" w:w="3061"/>
          </w:tcPr>
          <w:p>
            <w:pPr>
              <w:spacing w:after="20" w:line="276" w:lineRule="auto"/>
            </w:pPr>
            <w:r/>
            <w:r>
              <w:rPr>
                <w:rFonts w:ascii="宋体" w:hAnsi="宋体" w:eastAsia="宋体"/>
                <w:b w:val="0"/>
                <w:sz w:val="18"/>
              </w:rPr>
              <w:t>教师巡视，观察讲述与倾听情况，适时鼓励、引导。</w:t>
            </w:r>
          </w:p>
          <w:p>
            <w:pPr>
              <w:spacing w:after="20" w:line="276" w:lineRule="auto"/>
            </w:pPr>
            <w:r>
              <w:rPr>
                <w:rFonts w:ascii="宋体" w:hAnsi="宋体" w:eastAsia="宋体"/>
                <w:b w:val="0"/>
                <w:sz w:val="18"/>
              </w:rPr>
              <w:t>听完讲述后，组员依据评价要点（如数学知识是否清晰、故事是否连贯、表达是否清楚），先肯定优点，再提出建议。</w:t>
            </w:r>
          </w:p>
          <w:p>
            <w:pPr>
              <w:spacing w:after="20" w:line="276" w:lineRule="auto"/>
            </w:pPr>
            <w:r>
              <w:rPr>
                <w:rFonts w:ascii="宋体" w:hAnsi="宋体" w:eastAsia="宋体"/>
                <w:b w:val="0"/>
                <w:sz w:val="18"/>
              </w:rPr>
              <w:t>3. 个人修改。</w:t>
            </w:r>
          </w:p>
          <w:p>
            <w:pPr>
              <w:spacing w:after="20" w:line="276" w:lineRule="auto"/>
            </w:pPr>
            <w:r>
              <w:rPr>
                <w:rFonts w:ascii="宋体" w:hAnsi="宋体" w:eastAsia="宋体"/>
                <w:b w:val="0"/>
                <w:sz w:val="18"/>
              </w:rPr>
              <w:t>4. 教师板书。</w:t>
            </w:r>
          </w:p>
          <w:p>
            <w:pPr>
              <w:spacing w:after="20" w:line="276" w:lineRule="auto"/>
            </w:pPr>
            <w:r>
              <w:rPr>
                <w:rFonts w:ascii="宋体" w:hAnsi="宋体" w:eastAsia="宋体"/>
                <w:b w:val="0"/>
                <w:sz w:val="18"/>
              </w:rPr>
              <w:t>板书：讲——评——改</w:t>
            </w:r>
          </w:p>
        </w:tc>
        <w:tc>
          <w:tcPr>
            <w:tcW w:type="dxa" w:w="3061"/>
          </w:tcPr>
          <w:p>
            <w:pPr>
              <w:spacing w:after="20" w:line="276" w:lineRule="auto"/>
            </w:pPr>
            <w:r/>
            <w:r>
              <w:rPr>
                <w:rFonts w:ascii="宋体" w:hAnsi="宋体" w:eastAsia="宋体"/>
                <w:b w:val="0"/>
                <w:sz w:val="18"/>
              </w:rPr>
              <w:t>1. 小组讲述。</w:t>
            </w:r>
          </w:p>
          <w:p>
            <w:pPr>
              <w:spacing w:after="20" w:line="276" w:lineRule="auto"/>
            </w:pPr>
            <w:r>
              <w:rPr>
                <w:rFonts w:ascii="宋体" w:hAnsi="宋体" w:eastAsia="宋体"/>
                <w:b w:val="0"/>
                <w:sz w:val="18"/>
              </w:rPr>
              <w:t>小组内每名学生依次讲述自己的数学连环画故事，要求说清楚故事内容、包含的数学知识（如运算、数量关系等），其他组员认真倾听，可做简单记录。</w:t>
            </w:r>
          </w:p>
          <w:p>
            <w:pPr>
              <w:spacing w:after="20" w:line="276" w:lineRule="auto"/>
            </w:pPr>
            <w:r>
              <w:rPr>
                <w:rFonts w:ascii="宋体" w:hAnsi="宋体" w:eastAsia="宋体"/>
                <w:b w:val="0"/>
                <w:sz w:val="18"/>
              </w:rPr>
              <w:t>2. 小组评价与建议。</w:t>
            </w:r>
          </w:p>
          <w:p>
            <w:pPr>
              <w:spacing w:after="20" w:line="276" w:lineRule="auto"/>
            </w:pPr>
            <w:r>
              <w:rPr>
                <w:rFonts w:ascii="宋体" w:hAnsi="宋体" w:eastAsia="宋体"/>
                <w:b w:val="0"/>
                <w:sz w:val="18"/>
              </w:rPr>
              <w:t>学生结合小组建议，快速修改数学连环画，可调整画面、补充文字，让数学知识呈现更清晰、故事更完整。</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w:t>
            </w:r>
          </w:p>
        </w:tc>
      </w:tr>
      <w:tr>
        <w:tc>
          <w:tcPr>
            <w:tcW w:type="dxa" w:w="1474"/>
          </w:tcPr>
          <w:p>
            <w:pPr>
              <w:spacing w:after="20" w:line="276" w:lineRule="auto"/>
            </w:pPr>
            <w:r>
              <w:rPr>
                <w:b/>
              </w:rPr>
            </w:r>
            <w:r>
              <w:rPr>
                <w:rFonts w:ascii="宋体" w:hAnsi="宋体" w:eastAsia="宋体"/>
                <w:b/>
                <w:sz w:val="18"/>
              </w:rPr>
              <w:t>三、班级展示，启发交流</w:t>
            </w:r>
          </w:p>
        </w:tc>
        <w:tc>
          <w:tcPr>
            <w:tcW w:type="dxa" w:w="3061"/>
          </w:tcPr>
          <w:p>
            <w:pPr>
              <w:spacing w:after="20" w:line="276" w:lineRule="auto"/>
            </w:pPr>
            <w:r/>
            <w:r>
              <w:rPr>
                <w:rFonts w:ascii="宋体" w:hAnsi="宋体" w:eastAsia="宋体"/>
                <w:b w:val="0"/>
                <w:sz w:val="18"/>
              </w:rPr>
              <w:t>1. 班级展示。</w:t>
            </w:r>
          </w:p>
          <w:p>
            <w:pPr>
              <w:spacing w:after="20" w:line="276" w:lineRule="auto"/>
            </w:pPr>
            <w:r>
              <w:rPr>
                <w:rFonts w:ascii="宋体" w:hAnsi="宋体" w:eastAsia="宋体"/>
                <w:b w:val="0"/>
                <w:sz w:val="18"/>
              </w:rPr>
              <w:t>选取不同小组、不同主题的数学连环画作品上台展示，作者上台讲述，着重强调数学知识与创意点。</w:t>
            </w:r>
          </w:p>
          <w:p>
            <w:pPr>
              <w:spacing w:after="20" w:line="276" w:lineRule="auto"/>
            </w:pPr>
            <w:r>
              <w:rPr>
                <w:rFonts w:ascii="宋体" w:hAnsi="宋体" w:eastAsia="宋体"/>
                <w:b w:val="0"/>
                <w:sz w:val="18"/>
              </w:rPr>
              <w:t>2. 启发交流。</w:t>
            </w:r>
          </w:p>
          <w:p>
            <w:pPr>
              <w:spacing w:after="20" w:line="276" w:lineRule="auto"/>
            </w:pPr>
            <w:r>
              <w:rPr>
                <w:rFonts w:ascii="宋体" w:hAnsi="宋体" w:eastAsia="宋体"/>
                <w:b w:val="0"/>
                <w:sz w:val="18"/>
              </w:rPr>
              <w:t>台下学生倾听后，分享启发，如“我从他的蚕宝宝故事里，学到了用除法记录成长变化，我也想在我的购物故事里加入除法知识”，同时可补充评价与建议。</w:t>
            </w:r>
          </w:p>
          <w:p>
            <w:pPr>
              <w:spacing w:after="20" w:line="276" w:lineRule="auto"/>
            </w:pPr>
            <w:r>
              <w:rPr>
                <w:rFonts w:ascii="宋体" w:hAnsi="宋体" w:eastAsia="宋体"/>
                <w:b w:val="0"/>
                <w:sz w:val="18"/>
              </w:rPr>
              <w:t>3. 教师总结。</w:t>
            </w:r>
          </w:p>
          <w:p>
            <w:pPr>
              <w:spacing w:after="20" w:line="276" w:lineRule="auto"/>
            </w:pPr>
            <w:r>
              <w:rPr>
                <w:rFonts w:ascii="宋体" w:hAnsi="宋体" w:eastAsia="宋体"/>
                <w:b w:val="0"/>
                <w:sz w:val="18"/>
              </w:rPr>
              <w:t>提炼作品中数学知识呈现的巧妙方式（如图示辅助、情节融入），表扬优秀创意与认真态度。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w:t>
            </w:r>
          </w:p>
        </w:tc>
      </w:tr>
      <w:tr>
        <w:tc>
          <w:tcPr>
            <w:tcW w:type="dxa" w:w="1474"/>
          </w:tcPr>
          <w:p>
            <w:pPr>
              <w:spacing w:after="20" w:line="276" w:lineRule="auto"/>
            </w:pPr>
            <w:r>
              <w:rPr>
                <w:b/>
              </w:rPr>
            </w:r>
            <w:r>
              <w:rPr>
                <w:rFonts w:ascii="宋体" w:hAnsi="宋体" w:eastAsia="宋体"/>
                <w:b/>
                <w:sz w:val="18"/>
              </w:rPr>
              <w:t>四、总结拓展</w:t>
            </w:r>
          </w:p>
        </w:tc>
        <w:tc>
          <w:tcPr>
            <w:tcW w:type="dxa" w:w="3061"/>
          </w:tcPr>
          <w:p>
            <w:pPr>
              <w:spacing w:after="20" w:line="276" w:lineRule="auto"/>
            </w:pPr>
            <w:r/>
            <w:r>
              <w:rPr>
                <w:rFonts w:ascii="宋体" w:hAnsi="宋体" w:eastAsia="宋体"/>
                <w:b w:val="0"/>
                <w:sz w:val="18"/>
              </w:rPr>
              <w:t>师：今天的故事会，大家分享了精彩数学故事，也从其他同学的作品里学到新方法。说说你最大的收获吧！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以故事分享情境激发参与热情，小组交流让每个学生都有表达与倾听机会，锻炼合作与评价能力；班级展示拓展视野，促进创意启发；分享收获，反思总结，实现知识与能力同步提升，让学生在互动中深化对数学连环画的理解，提升数学表达与应用素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小小故事会</w:t>
      </w:r>
    </w:p>
    <w:p>
      <w:pPr>
        <w:spacing w:after="40" w:line="300" w:lineRule="auto"/>
      </w:pPr>
      <w:r>
        <w:rPr>
          <w:rFonts w:ascii="宋体" w:hAnsi="宋体" w:eastAsia="宋体"/>
          <w:b w:val="0"/>
          <w:sz w:val="20"/>
        </w:rPr>
        <w:t>讲——评——改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教科书P85～86相关内容。</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活动中，小组交流环节多数学生能积极参与，但部分小组存在评价浅层化问题（如只说“好”，缺少具体数学角度建议），后续需提前培训评价话术，明确数学评价维度。班级展示时，个别学生表达紧张，可通过课前小演练、设置“最佳表达之星”等鼓励学生。整体来看，学生在交流中对数学知识的挖掘更深入了，但如何让评价更聚焦数学本质、更具指导性，还需继续探索，如设计评价卡，细化数学知识呈现、逻辑关联等评分项，提升教学实效。</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