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line="300" w:lineRule="auto"/>
        <w:jc w:val="center"/>
      </w:pPr>
      <w:r>
        <w:rPr>
          <w:rFonts w:ascii="黑体" w:hAnsi="黑体" w:eastAsia="黑体"/>
          <w:b/>
          <w:sz w:val="30"/>
        </w:rPr>
        <w:t>人教版二年级数学下册</w:t>
      </w:r>
    </w:p>
    <w:p>
      <w:pPr>
        <w:spacing w:after="80" w:line="300" w:lineRule="auto"/>
        <w:jc w:val="center"/>
      </w:pPr>
      <w:r>
        <w:rPr>
          <w:rFonts w:ascii="黑体" w:hAnsi="黑体" w:eastAsia="黑体"/>
          <w:b/>
          <w:sz w:val="26"/>
        </w:rPr>
        <w:t>时间在哪里　规范教案</w:t>
      </w:r>
    </w:p>
    <w:p>
      <w:pPr>
        <w:spacing w:after="160" w:line="300" w:lineRule="auto"/>
        <w:jc w:val="center"/>
      </w:pPr>
      <w:r>
        <w:rPr>
          <w:rFonts w:ascii="楷体" w:hAnsi="楷体" w:eastAsia="楷体"/>
          <w:b w:val="0"/>
          <w:color w:val="606060"/>
          <w:sz w:val="18"/>
        </w:rPr>
        <w:t>依据《温州市小学数学教学常规（2025年版）》附件2（单元教学备课参考格式）、附件3（课时教学备课参考格式）编制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238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项目</w:t>
            </w:r>
          </w:p>
        </w:tc>
        <w:tc>
          <w:tcPr>
            <w:tcW w:type="dxa" w:w="7030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内容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单元内容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时间在哪里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所属领域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综合与实践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教材版本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人民教育出版社（人教版）小学数学教科书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课时数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4 课时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课型结构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主题拓展课</w:t>
            </w:r>
          </w:p>
        </w:tc>
      </w:tr>
    </w:tbl>
    <w:p>
      <w:pPr>
        <w:spacing w:after="40"/>
      </w:pP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一、单元整体解读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（一）教材分析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（见各课时"课前思考·教材分析"。）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（二）学情分析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（结合班情诊断学生已有知识基础与学习困难，确定单元学习起点。）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（三）单元教学目标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单元课时目标：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第1课时：在具体的生活情境中借助钟面认识时间单位“时”“分”“秒”，知道1时＝60分，1分＝60秒，初步认识几时几分，会读写几时几分和几时半。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第2课时：学会根据已有的信息，用“几时几分”的知识分析生活中相关事件发生的时间。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第3课时：会根据1时＝60分、1分＝60秒进行简单的换算，会进行有关时间的简单计算。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4课时：熟练运用查阅资料、整理信息的方法，能自主开展与时间文化相关的探究活动，能够准确说出圭表、日晷、青铜漏壶、铜壶滴漏等古代计时工具的工作原理与特点，清晰对比其与现在的钟表在计时方式、精准度等方面的差异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（五）单元课时规划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020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课时安排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课型</w:t>
            </w:r>
          </w:p>
        </w:tc>
        <w:tc>
          <w:tcPr>
            <w:tcW w:type="dxa" w:w="351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核心任务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第1课时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认识时间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主题拓展课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在具体的生活情境中借助钟面认识时间单位“时”“分”“秒”，知道1时＝60分，1分＝60秒，初步认识几时几分，会读写几时几分和几时半。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第2课时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我与时间的故事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主题拓展课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学会根据已有的信息，用“几时几分”的知识分析生活中相关事件发生的时间。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第3课时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我的时间小书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主题拓展课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会根据1时＝60分、1分＝60秒进行简单的换算，会进行有关时间的简单计算。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第4课时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小讲堂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主题拓展课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熟练运用查阅资料、整理信息的方法，能自主开展与时间文化相关的探究活动，能够准确说出圭表、日晷、青铜漏壶、铜壶滴漏等古代计时工具的工作原理与特点，清晰对比其与现在的钟表在计时方式、精准度等方面的差异。</w:t>
            </w:r>
          </w:p>
        </w:tc>
      </w:tr>
    </w:tbl>
    <w:p>
      <w:pPr>
        <w:spacing w:after="40" w:line="300" w:lineRule="auto"/>
      </w:pPr>
      <w:r>
        <w:rPr>
          <w:rFonts w:ascii="楷体" w:hAnsi="楷体" w:eastAsia="楷体"/>
          <w:b w:val="0"/>
          <w:color w:val="606060"/>
          <w:sz w:val="18"/>
        </w:rPr>
        <w:t>注：课型依据温州市上课常规"单元开启课、活动探索课、专题练习课、自主整理课、主题拓展课"分类。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二、课时教学方案（第1课时）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第1课时　认识时间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第1课时　认识时间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时间在哪里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（结合班情，从作业反馈、课前调查、访谈等途径诊断本班学生学习起点，明确本课学习的现实基础。）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教学内容：教科书P1～4。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教学准备：课件、实物钟表、学生准备带秒针的实物钟表。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（1）在具体的生活情境中借助钟面认识时间单位“时”“分”“秒”，知道1时＝60分，1分＝60秒，初步认识几时几分，会读写几时几分和几时半。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（2）经历认一认、拨一拨、写一写等观察、操作的数学活动，渗透初步的模型思想。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（3）结合生活情境认识时间的价值，培养珍惜时间的意识，养成合理安排时间的习惯。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教学重点：认识时间单位，知道1时＝60分，1分＝60秒。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教学难点：理解时间单位之间的关系。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创设情境，引入新课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钟表上的时间你们会读吗？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3分钟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操作体验，探究新知识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仔细观察，钟面上有什么？；谁来说说钟面上的3根指针分别是什么针？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13分钟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【学情预设】1时＝60分。(板书)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秒针转半圈用了多少秒？转1圈呢？秒针转1圈，分针转了多少小格？；分针转1小格是1分，那1分和60秒有什么关系？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4分钟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【学情预设】1分＝60秒。(板书)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时针、分针、秒针转1圈，表示时间过了多少？；生活中经常把30分说成半小时，30秒说成半分钟，你明白是什么道理了吗？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13分钟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三、巩固练习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四、课堂小结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通过这节课的学习，你们有哪些收获？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创设情境，引入新课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1.课件出示教科书P1下面主题图。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师：说一说小云的一天是怎样安排的。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师：钟表上的时间你们会读吗？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2．揭示课题。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师：时间在悄悄地流淌，每个人都有自己的方式度过每一天。今天我们就来一起认识时间。(板书课题：认识时间)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创设情境激活学生已有经验，自然引出本课学习内容，激发学习兴趣，核心问题："钟表上的时间你们会读吗？"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操作体验，探究新知识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(一)认识钟面。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课件出示教科书P2上面的钟面。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师：仔细观察，钟面上有什么？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1．认识秒针、分针和时针。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师：谁来说说钟面上的3根指针分别是什么针？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师生交流并小结：最细最长、走得最快的那根针就是秒针；最短最粗、走得最慢的那根针就是时针；比时针长比秒针短的是分针。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课件动态标出秒针、分针、时针。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2．认识大、小格表示的含义。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师：钟面上每相邻两个数之间形成1个大格，共有12个大格；每个大格中有5个小格。钟面上共有多少个小格？(60个)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师：时针转1大格是多长时间？分针和秒针转1小格是多长时间？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引导学生知道时针转1大格是1时；分针转1小格是1分；秒针转1小格是1秒。时、分、秒是时间单位。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师：那秒针转1大格是几秒呢？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师：几时在钟面上怎样表示？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(二)揭示时、分、秒之间的关系。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1．认识时、分之间的关系。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师：请大家拿出实物钟表，先怎样拨到12时？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师：再拨到12时30分，时针、分针指向哪里？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师：继续拨到1时，时针、分针分别指向哪里？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课件出示教科书P3“拨一拨”上面的图。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(课件依次出现钟表并同时出现相应的电子时间)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师：分针转半圈，时针转了多少大格？分针转1圈，时针转了多少大格？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师：分针转1圈是60分，时针转1大格是1时，那1时与60分有什么关系？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钟面上有3根指针，还有格子和数。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秒针转1大格是5秒。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时针指向几，分针指向12，就是几时。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时针和分针都指向12。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时针走了半大格，指向12和1的正中间；分针走了6大格，也就是30小格，指向6。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时针指向1，分针指向12。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分针转半圈，时针转了半大格；分针转1圈，时针转了1大格。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设计递进式探究活动，引导学生在动手实践与合作交流中经历知识形成过程，突破本课重难点，核心问题："仔细观察，钟面上有什么？"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【学情预设】1时＝60分。(板书)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2．认识分、秒之间的关系。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师：请大家将实物钟表的秒针先拨半圈，再继续拨半圈。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师：秒针转半圈用了多少秒？转1圈呢？秒针转1圈，分针转了多少小格？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师：分针转1小格是1分，那1分和60秒有什么关系？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学生操作完，教师课件出示教科书P3“拨一拨”中间的图。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秒针转半圈用了30秒，转1圈用了60秒。秒针转1圈，分针转1小格。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围绕环节目标组织学习活动，引导学生主动参与、积极思考，核心问题："秒针转半圈用了多少秒？转1圈呢？秒针转1圈，分针转了多少小格？"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【学情预设】1分＝60秒。(板书)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3．归纳。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师：时针、分针、秒针转1圈，表示时间过了多少？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师：生活中经常把30分说成半小时，30秒说成半分钟，你明白是什么道理了吗？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(三)读写时间。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课件出示教科书P4“读一读”部分内容。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怎样认读钟表上的时间？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从4时开始数。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师：从4时开始，分针从12转到1，转了多少个大格？是多少个小格？是多少分？钟表上的时间是4时多少分？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师：分针从12转到6，转了多少个大格？是多少个小格？是多少分？钟表上的时间是4时多少分？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师：分针从12转到9，转了多少个大格？是多少个小格？是多少分？钟表上的时间是4时多少分？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根据学生回答教师课件出示对应的时刻的两种表示方法。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师：怎么知道钟表上的时间是4时多少分的？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师：怎样算多少分？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师小结并板书：从几时开始，分针从12转了多少个小格，就是几时几分。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引导学生学会写时间，可以写成几时几分，也可以写成：。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时针转1圈，表示时间过了12小时；分针转1圈，表示时间过了60分；秒针转1圈，表示时间过了60秒。(板书)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30分是60分的一半，也就是1小时的一半；30秒是60秒的一半，也就是1分钟的一半。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分针从12转到1，转了1个大格，是5个小格，是5分，钟表上的时间是4时5分。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从12转到6，转了6个大格，是30个小格，是30分，钟表上的时间是4时30分，还可以说是4时半。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从12转到9，转了9个大格，是45个小格，是45分，钟表上的时间是4时45分。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从4时开始，分针从12转了多少个小格，就是4时多少分。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可以一小格一小格地数，也可以依次加5，还可以用5的乘法口诀去算。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围绕环节目标组织学习活动，引导学生主动参与、积极思考，核心问题："时针、分针、秒针转1圈，表示时间过了多少？"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三、巩固练习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完成教科书P4“试一试”。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教师提示读时间要点：①从几时开始；②分针从12转了多少个小格。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通过有层次的练习及时反馈学情，巩固新知，培养学生灵活运用知识解决问题的能力。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师：通过这节课的学习，你们有哪些收获？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通过观察实物钟表，认识时间单位，得出时针转1大格是1时，分针转1小格是1分，秒针转1小格是1秒，使抽象的知识形象化。认识分针指着的每个数各表示多少分对于学生来说有难度，看“多少分”时，可以数一数，也可以连续加5，还可以用5的乘法口诀直接计算，这为正确读写时间奠定基础，也让学生在学习知识的同时发展了数学能力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引导学生回顾梳理本课所学，完善认知结构，提升归纳与反思能力，核心问题："通过这节课的学习，你们有哪些收获？"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认识时间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1时＝60分　1分＝60秒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时针转1圈，表示时间过了12小时；分针转1圈，表示时间过了60分；秒针转1圈，表示时间过了60秒。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从几时开始，分针从12转了多少个小格，就是几时几分。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教科书P1～4。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通过拨一拨，发现时针、分针和秒针运动的变化，让学生从自己的观察、分析、判断中得出1时＝60分，1分＝60秒。本节课的操作活动与观察较多，注意让每个学生在课堂上都做到有事可做，在活动中有所收获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二、课时教学方案（第2课时）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第2课时　我与时间的故事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第2课时　我与时间的故事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时间在哪里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（结合班情，从作业反馈、课前调查、访谈等途径诊断本班学生学习起点，明确本课学习的现实基础。）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教学内容：教科书P5～6。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教学准备：课件、石英钟。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（1）学会根据已有的信息，用“几时几分”的知识分析生活中相关事件发生的时间。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（2）通过观察、体验等数学活动，建立1秒、几秒、1分钟的时间观念。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（3）感受时间就在身边，提高学习数学的兴趣，逐步养成合理安排时间的良好习惯。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教学重点：准确感知1分钟、1秒的时长，能合理估计时间。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教学难点：引导学生将时间观念与生活实际深度融合，形成珍惜时间的意识。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一、创设情境，找一找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同学们，生活中我们每天都会在一定的时间做一些事情，或者计划在一定的时间做一些事情。你能在生活中找到哪些与时间有关的事情？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二、感知1分钟、1秒的时长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课件、教科书、情境图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1分钟能做什么？；1秒有多长？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13分钟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【学情预设】拍一下手、写两个数字……(板书)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课件、教科书、情境图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比较1秒和1分钟，你有什么感受？；看了这些，你们有什么感受？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14分钟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三、课堂小结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通过这节课的学习，你们有哪些收获？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8分钟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一、创设情境，找一找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师：同学们，生活中我们每天都会在一定的时间做一些事情，或者计划在一定的时间做一些事情。你能在生活中找到哪些与时间有关的事情？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师：从大家的生活经验我们可以看出，时间无处不在。(板书课题：我与时间的故事)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跑步的时间、一节课的时间……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激活学生已有经验，自然引出本课学习内容，激发学习兴趣，核心问题："同学们，生活中我们每天都会在一定的时间做一些事情，或者计划在一定的时间做一些事情。你能在生活中找到哪些与时间有关的事情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二、感知1分钟、1秒的时长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1.1分钟能做些什么？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师：1分钟能做什么？请首先跟同桌分享自己的想法，然后我们一起计时试一试，看1分钟到底能做什么。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(1)学生同桌交流，做准备工作。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(2)计时体验，选择自己喜欢做的事情。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师：下面老师说开始时，大家就可以立刻行动了。记得记录结果，看看你1分钟到底能做多少事。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课件显示1分钟计时。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(3)交流体验：1分钟你做了什么？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师：1分钟还能做这些事。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课件出示教科书P5“小调查”第(1)题情境图。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2．1秒有多长？1秒能做些什么？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师：1秒有多长？我们一起来感受一下。(石英钟“嘀嗒”一声)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师：这么短的时间，你能做什么？试一试。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1分钟能做10道口算题，1分钟能写20个字，能读一首学过的古诗……(板书)注意提醒学生对做的事情要量化，便于学生更直观地感受1分钟有多长。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学生交流汇报能做的事。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设计递进式探究活动，引导学生在动手实践与合作交流中经历知识形成过程，突破本课重难点，核心问题："1分钟能做什么？"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【学情预设】拍一下手、写两个数字……(板书)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师：1秒还能做这些事。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课件出示教科书P6“小调查”第(2)题情境图。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3．比较1秒和1分钟，感受1秒的价值。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(1)师：比较1秒和1分钟，你有什么感受？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(2)课件播放现代化社会中1秒的价值。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课件展示：1座水电站1秒约发电2700千瓦时，人造卫星1秒约飞行7900米，现代化车间1秒可生产成千上万个零件，计算机1秒可进行几亿次运算……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师：看了这些，你们有什么感受？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4．估一估。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活动一：感知1分钟有多长。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师：按照秒针的节奏数秒，数到1分钟为止。数数的时候注意节奏，正确把握1秒的时长。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活动二：感知30秒有多长。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师：闭眼数秒，数到30秒举手，看谁估计得准。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活动三：交流方法。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师：请同学们说说自己估计的方法。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师：对于相差太大的情况，调整自己的方法再估一次。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1分钟能做很多事，1秒比1分钟短，能做的事情很少。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对学生进行珍惜时间的教育，知道每分每秒都能创造很多价值。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心中默数，节奏均匀，不能忽快忽慢。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围绕环节目标组织学习活动，引导学生主动参与、积极思考，核心问题："比较1秒和1分钟，你有什么感受？"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师：通过这节课的学习，你们有哪些收获？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通过找生活中时间事例、小调查等活动，让学生经历观察、操作、交流过程，培养自主探究和合作交流能力，发展数学思维。注重学生的体验和感悟，从感受1分钟、1秒的时长，到估计时间，逐步建立时间观念，同时渗透珍惜时间的情感教育，促进学生核心素养发展。“估一估”活动，强化学生对时间的感知和估计能力，促进学生在生活中持续关注时间、合理利用时间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引导学生回顾梳理本课所学，完善认知结构，提升归纳与反思能力，核心问题："通过这节课的学习，你们有哪些收获？"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我与时间的故事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1分钟：做10道口算题、写20个字、读一首学过的古诗……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1秒：拍一下手、写两个数字……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教科书P5～6。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通过找生活中时间事例、结合自身生活，让学生切实体会到时间与生活紧密相连，激发学习兴趣，也让时间概念不再抽象，变得具体可感知，帮助学生较好地建立时间观念。“1分钟(1秒)能做什么”“估一估时间”等实践活动，让学生动手、动脑、动口，在体验中学习、理解知识。学生参与积极性高，对分、秒时长的感知较为准确，估计时间的能力也得到一定锻炼。在教学过程中，通过交流时间用途、拓展等环节，自然引导学生思考时间的价值，树立珍惜时间的意识，实现了学科育人功能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二、课时教学方案（第3课时）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第3课时　我的时间小书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第3课时　我的时间小书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时间在哪里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（结合班情，从作业反馈、课前调查、访谈等途径诊断本班学生学习起点，明确本课学习的现实基础。）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教学内容：教科书P7，教科书P8“做一做”。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教学准备：课件、实物钟表。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（1）会根据1时＝60分、1分＝60秒进行简单的换算，会进行有关时间的简单计算。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（2）结合具体的生活情境，掌握计算简单的经过时间的方法。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（3）经历解决问题的全过程，体会解答方法的多样化，提高解决问题的能力。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教学重点：时间单位的简单换算和求经过时间的方法。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教学难点：分清时刻和经过的时间，会解决问题。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一、谈话引入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课件、教科书、情境图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同学们，假期里大家参加过有趣的外出活动吗？；上面是小明用照片制作的时间小书。说说你从图中看到了什么？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7分钟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二、探究新知识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怎样解决同学们提出的这些问题呢？；怎样解决这个问题？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17分钟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三、巩固练习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4分钟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四、联系生活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要解决的问题是什么？；怎样解决这些问题？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7分钟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五、课堂小结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这节课你有什么收获？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一、谈话引入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师：同学们，假期里大家参加过有趣的外出活动吗？今天老师带来小明的《冰雪乐园一日游》时间小书，我们一起来看看吧！(板书课题：我的时间小书)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课件出示教科书P7情境图。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1．复习时、分的认读方法。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师：上面是小明用照片制作的时间小书。说说你从图中看到了什么？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师：钟面上的时刻你会读吗？先看什么？后看什么？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预设1：小明一家三口去冰雪乐园游玩。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预设2：看到了5幅图，每幅图旁边都配了一个钟面。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先看时针确定“时”，再看分针确定“分”。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2．同桌互相读一读钟面上的时间。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创设情境激活学生已有经验，自然引出本课学习内容，激发学习兴趣，核心问题："同学们，假期里大家参加过有趣的外出活动吗？"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二、探究新知识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1.提出问题。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师：请你说说小明在不同的时间做了什么。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师：请你根据小明的时间小书提出与时间有关的问题。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师：怎样解决同学们提出的这些问题呢？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2．解决问题。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(1)从小明家到冰雪乐园经过了多长时间？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①分组讨论。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师：怎样解决这个问题？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②对比分析，优化方法。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师：你喜欢哪种方法？为什么？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(2)他们从离开家到返回家中一共用了多长时间？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①分组讨论。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师：这个问题与第一个问题有什么不同？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②尝试计算，交流汇报。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师小结：当开始时刻与结束时刻不在同一个小时之内时，用看钟面，数格计算的方法更合适。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3．回顾反思。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师：上面两个问题中，我们是怎么求经过时间的？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教师适时板书。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上午9：30出发，上午9：55到达冰雪乐园，上午10：15开始滑冰，上午11：35开始滑雪，中午12：45吃午饭，下午2：30回到家。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预设1：从小明家到冰雪乐园经过了多长时间？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预设2：滑冰用了多长时间？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预设3：滑雪用了多长时间？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预设4：他们从离开家到返回家中一共用了多长时间？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预设1：从9：30到9：55，分针转了5个大格，5×5＝25，是25分钟。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预设2：都是9时多，直接用55－30算出用了25分钟。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两种方法都可以解决问题，减法计算更方便、简单一些。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开始时刻是上午9：30，结束时刻是下午2：30，不在同一个小时之内。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从上午9：30到下午2：30，时针转了5个大格，是5小时。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预设1：看钟面，数格计算。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预设2：结束时刻－开始时刻＝经过时间。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设计递进式探究活动，引导学生在动手实践与合作交流中经历知识形成过程，突破本课重难点，核心问题："怎样解决同学们提出的这些问题呢？"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三、巩固练习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完成教科书P8“做一做”。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(1)提示：制作时间小书时，注意时间的先后顺序。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(2)师：组内分享你的时间小书，提出与时间相关的问题。说一说已知什么时间，求什么时间。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通过有层次的练习及时反馈学情，巩固新知，培养学生灵活运用知识解决问题的能力。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四、联系生活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师：同学们，想想自己一天里的活动，如：上学路上用时、课间休息时长，选一个用今天学的方法算一算，和同桌交流。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师：要解决的问题是什么？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师：怎样解决这些问题？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教师根据学生回答适时板书。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师：有些问题用上面这些公式无法计算，可以采用看钟面，数格计算的方法解决。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预设1：求经过时间：结束时刻－开始时刻＝经过时间。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预设2：求结束时刻：开始时刻＋经过时间＝结束时刻。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预设3：求开始时刻：结束时刻－经过时间＝开始时刻。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围绕环节目标组织学习活动，引导学生主动参与、积极思考，核心问题："要解决的问题是什么？"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五、课堂小结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师：这节课你有什么收获？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以小明的《冰雪乐园一日游》时间小书为情境，唤醒学生对经过时间计算的生活经验，想出多样化的解决问题的方法，从方法的多样化到方法最优化，建立简单的经过时间的计算模型：结束时刻－开始时刻＝经过时间。不仅在导入和新授用生活情境，还在“巩固练习”中让学生联系自身生活计算时间，使学生对数学实用性有深刻感受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引导学生回顾梳理本课所学，完善认知结构，提升归纳与反思能力，核心问题："这节课你有什么收获？"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我的时间小书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求经过时间的方法：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方法一：看钟面，数格计算。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方法二：结束时刻－开始时刻＝经过时间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开始时刻＋经过时间＝结束时刻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结束时刻－经过时间＝开始时刻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教科书P7，教科书P8“做一做”。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有关时间的简单计算对于学生来说有一定的难度，本节课学生了解到相同的单位才能相加减，培养学生的数感，建立与数的计算之间的联系，结合学生的生活经验去分析也很重要。求经过时间是用结束时刻减开始时刻，学生只有理解了才能灵活运用，所以课上多让学生说一说很有必要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二、课时教学方案（第4课时）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第4课时　小讲堂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第4课时　小讲堂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时间在哪里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（结合班情，从作业反馈、课前调查、访谈等途径诊断本班学生学习起点，明确本课学习的现实基础。）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教学内容：教科书P8～9“小讲堂”相关内容。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熟练运用查阅资料、整理信息的方法，能自主开展与时间文化相关的探究活动，能够准确说出圭表、日晷、青铜漏壶、铜壶滴漏等古代计时工具的工作原理与特点，清晰对比其与现在的钟表在计时方式、精准度等方面的差异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（2）掌握至少10个与时间有关的成语，理解成语的含义，明晰背后蕴含的时间观念。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（3）感受古代计时工具中蕴含的古人智慧，增强对历史文化、数学文化的兴趣与民族文化认同感。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教学重点：培养学生自主探究、收集整理信息以及清晰表达的能力，通过“小讲堂”分享，构建从数学知识到时间文化的认知体系。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教学难点：帮助学生透彻理解古代计时工具(如日晷因太阳位置变化、季节更替导致的计时误差及古人的应对方式)的复杂原理，准确对比其与现在的钟表的本质区别。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一、谈话导入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通过之前的学习，我们知道了怎么计算时间、规划时间，关于时间，除了计算，你还有哪些问题？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二、自主探究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教科书、图片、课件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7分钟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三、交流展示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听完大家的分享后，有没有其他学生提问、补充？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16分钟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四、拓展延伸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4分钟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五、课堂小结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今天小讲堂里，你有什么收获？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8分钟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一、谈话导入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师：通过之前的学习，我们知道了怎么计算时间、规划时间，关于时间，除了计算，你还有哪些问题？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师：今天咱们开启时间小讲堂，一起挖掘时间的秘密！(板书课题：小讲堂)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预设1：古代的计时工具和现在的计时工具一样吗？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预设2：古代的计时工具有时、分、秒吗？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预设3：与时间有关的成语有哪些？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创设情境激活学生已有经验，自然引出本课学习内容，激发学习兴趣，核心问题："通过之前的学习，我们知道了怎么计算时间、规划时间，关于时间，除了计算，你还有哪些问题？"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二、自主探究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1.问题选择。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师：请你选一个感兴趣的问题，了解、研究一下，给大家讲一讲。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2．探究指导。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引导学生通过教科书中图片、文字资料初步了解，同时提供简单查阅资料的方法，借助班级网络检索示例，让学生分组或独立收集、整理信息，形成讲解思路。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3．任务指导。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引导学生研究古代计时工具的小组去梳理圭表、日晷、青铜漏壶、铜壶滴漏的原理、特点及与现在的钟表的区别。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预设1：古代计时工具怎么精准计时？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预设2：与时间有关的成语有哪些？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设计递进式探究活动，引导学生在动手实践与合作交流中经历知识形成过程，突破本课重难点。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三、交流展示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师：请研究古代计时工具的代表上台分享。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师：请研究与时间有关的成语的代表上台分享。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师：听完大家的分享后，有没有其他学生提问、补充？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研究古代计时工具的代表讲解：“今天我讲博物馆里的古代计时工具，圭表和日晷被称为‘太阳钟’，因为它们靠太阳投影计时……圭表通过测量表影长度定节气、时刻；日晷利用晷针影子在晷面刻度显示时间，但阴天、晚上没法用。还有青铜漏壶、铜壶滴漏，靠水流动量计时，能弥补太阳钟的不足，不过和现在的钟表比，它们不够精确，也没有时、分、秒细分，但都是古人智慧！”(教师适时板书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学生分享完，教师课件讲解四种古代计时工具的工作原理与特点。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研究与时间有关的成语的代表分享：“我找了‘似水流年’‘光阴似箭’等成语，这些成语提醒我们时间像流水、射箭一样快，要珍惜每一刻，‘只争朝夕’‘一刻千金’就是告诉大家抓住时间！像‘白驹过隙’形容时间过得极快，就像白色骏马在细小缝隙前一闪而过；‘时光荏苒’说的是时间不知不觉地渐渐过去；‘稍纵即逝’指稍微一放松就消失了，形容时间或机会等很容易过去，这些成语都在督促我们要珍惜时间！”(教师适时板书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预设1：日晷在不同季节影子变化一样吗？怎么保证计时准确？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预设2：“朝三暮四”算与时间有关的成语吗？和时间有什么关系？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组织学生交流分享学习成果与思考过程，在互动中深化理解、提升数学表达能力，核心问题："听完大家的分享后，有没有其他学生提问、补充？"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四、拓展延伸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布置课后任务：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(1)用学到的古代计时知识，制作简单日晷模型(可画图示意)。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(2)收集更多与时间相关的诗词、故事，下节课分享，持续拓展与时间文化相关的探究。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五、课堂小结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师：今天小讲堂里，你有什么收获？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立足教科书中古代计时工具、与时间有关的成语等素材，打破学科界限，融合数学、历史、语文知识，让学生在探究古代计时智慧中，明晰其与现代计时的差异，丰富时间文化储备，构建从数学时间计算到文化认知的完整知识体系，深化对“时间”概念的理解。以“自主选问题——探究——分享”为主线，给予学生充分自主空间，锻炼信息收集、整理、分析能力；借“小讲堂”分享与互动，提升语言表达的逻辑性、准确性，强化倾听、质疑、思辨能力，培养自主探究与合作交流的核心素养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引导学生回顾梳理本课所学，完善认知结构，提升归纳与反思能力，核心问题："今天小讲堂里，你有什么收获？"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小讲堂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古代计时工具：圭表、日晷、青铜漏壶、铜壶滴漏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与时间有关的成语：似水流年、光阴似箭、只争朝夕……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教科书P8～9“小讲堂”相关内容。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小讲堂将数学知识与历史文化、语文成语融合，拓宽学生视野，学生对时间的认知从数学计算延伸到文化层面，感受到数学文化魅力，课堂参与热情高，尤其是分享古代计时工具时，学生对古人智慧惊叹，文化认同感增强。给予学生选择问题、自主研究的空间，部分学生能主动查阅资料、整理内容，在讲解和互动中，语言表达与逻辑思维得到锻炼，如讲解古代计时工具的学生，能清晰对比不同工具原理和优缺点。让学生体会数学学科的文化延展性，增强学科学习兴趣与文化自信。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