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人教版二年级数学下册</w:t>
      </w:r>
    </w:p>
    <w:p>
      <w:pPr>
        <w:spacing w:after="80" w:line="300" w:lineRule="auto"/>
        <w:jc w:val="center"/>
      </w:pPr>
      <w:r>
        <w:rPr>
          <w:rFonts w:ascii="黑体" w:hAnsi="黑体" w:eastAsia="黑体"/>
          <w:b/>
          <w:sz w:val="26"/>
        </w:rPr>
        <w:t>第2单元 数量间的乘除关系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数量间的乘除关系</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本单元主要由两部分内容组成：一是建立倍的概念；二是解决与倍有关的实际问题。“倍”是小学数学教科书中承前启后的重要概念，是在学生初步认识了乘法与除法的基础上学习的，是学生第一次接触“整数倍”的概念，也是后续学习小数倍、分数(表示比率)、比、百分数的内容的基础。与一年级所学的两数关系——比大小相比，倍虽然也是反映两个数量之间的比较关系，但它反映的是两个数之间的比率关系，因此较之“比大小”更抽象一些。</w:t>
      </w:r>
    </w:p>
    <w:p>
      <w:pPr>
        <w:spacing w:after="80" w:line="300" w:lineRule="auto"/>
        <w:ind w:firstLine="400"/>
      </w:pPr>
      <w:r>
        <w:rPr>
          <w:rFonts w:ascii="宋体" w:hAnsi="宋体" w:eastAsia="宋体"/>
          <w:b w:val="0"/>
          <w:sz w:val="20"/>
        </w:rPr>
        <w:t>教科书在倍的教学中，先利用“几个几”引出倍的含义后，再从除法的角度加深对倍的概念的理解，让学生体会倍的本质。先通过对鸡、鹅的分类计数、圈图比较，把抽象的新知识“倍”与学生已经掌握的“几个几”建立联系，初步认识倍的概念。再通过比较圆片、小棒等活动提供大量的比较两个量的倍数关系的机会，帮助学生建立倍的直观模型。最后，在解决问题的过程中借助象形图分析转化成线段图分析，有效地帮助学生建立倍的概念。</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模型意识：能解决“求一个数是另一个数的几倍”和“求一个数的几倍是多少”，以及“已知一个数的几倍是多少，求这个数”等问题。</w:t>
      </w:r>
    </w:p>
    <w:p>
      <w:pPr>
        <w:spacing w:after="40" w:line="300" w:lineRule="auto"/>
        <w:ind w:firstLine="400"/>
      </w:pPr>
      <w:r>
        <w:rPr>
          <w:rFonts w:ascii="宋体" w:hAnsi="宋体" w:eastAsia="宋体"/>
          <w:b w:val="0"/>
          <w:sz w:val="20"/>
        </w:rPr>
        <w:t>几何直观：利用直观图分析和解决与倍数相关的实际问题，借助图形分析数量关系，帮助学生理解倍数关系，提升直观思维能力。</w:t>
      </w:r>
    </w:p>
    <w:p>
      <w:pPr>
        <w:spacing w:after="40" w:line="300" w:lineRule="auto"/>
        <w:ind w:firstLine="400"/>
      </w:pPr>
      <w:r>
        <w:rPr>
          <w:rFonts w:ascii="宋体" w:hAnsi="宋体" w:eastAsia="宋体"/>
          <w:b w:val="0"/>
          <w:sz w:val="20"/>
        </w:rPr>
        <w:t>应用意识：建立倍的概念后，学生能应用倍的概念解决问题。</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第1课时：通过看一看、摆一摆、圈一圈等活动初步建立“倍”的概念，并结合具体情境利用知识迁移理解“几倍”与“几个几”的联系。</w:t>
      </w:r>
    </w:p>
    <w:p>
      <w:pPr>
        <w:spacing w:after="20" w:line="300" w:lineRule="auto"/>
        <w:ind w:firstLine="400"/>
      </w:pPr>
      <w:r>
        <w:rPr>
          <w:rFonts w:ascii="宋体" w:hAnsi="宋体" w:eastAsia="宋体"/>
          <w:b w:val="0"/>
          <w:sz w:val="20"/>
        </w:rPr>
        <w:t>第2课时：经历将“求一个数是另一个数的几倍”的实际问题转化为“求一个数里含有几个另一个数”的过程，初步学会用转化的方法解决简单的实际问题。</w:t>
      </w:r>
    </w:p>
    <w:p>
      <w:pPr>
        <w:spacing w:after="20" w:line="300" w:lineRule="auto"/>
        <w:ind w:firstLine="400"/>
      </w:pPr>
      <w:r>
        <w:rPr>
          <w:rFonts w:ascii="宋体" w:hAnsi="宋体" w:eastAsia="宋体"/>
          <w:b w:val="0"/>
          <w:sz w:val="20"/>
        </w:rPr>
        <w:t>第3课时：进一步理解“倍”的含义，探索“求一个数的几倍是多少”的计算方法，并能运用知识解决简单的实际问题。</w:t>
      </w:r>
    </w:p>
    <w:p>
      <w:pPr>
        <w:spacing w:after="20" w:line="300" w:lineRule="auto"/>
        <w:ind w:firstLine="400"/>
      </w:pPr>
      <w:r>
        <w:rPr>
          <w:rFonts w:ascii="宋体" w:hAnsi="宋体" w:eastAsia="宋体"/>
          <w:b w:val="0"/>
          <w:sz w:val="20"/>
        </w:rPr>
        <w:t>第4课时：理解“已知一个数的几倍是多少，求这个数”的数量关系，探索解决此类问题的计算方法，能正确解决简单的实际问题。</w:t>
      </w:r>
    </w:p>
    <w:p>
      <w:pPr>
        <w:spacing w:after="20" w:line="300" w:lineRule="auto"/>
        <w:ind w:firstLine="400"/>
      </w:pPr>
      <w:r>
        <w:rPr>
          <w:rFonts w:ascii="宋体" w:hAnsi="宋体" w:eastAsia="宋体"/>
          <w:b w:val="0"/>
          <w:sz w:val="20"/>
        </w:rPr>
        <w:t>第5课时：学生能理解倍数关系在实际问题中的应用，掌握含有倍数关系的两步计算的解决问题，且能正确列式并计算。</w:t>
      </w:r>
    </w:p>
    <w:p>
      <w:pPr>
        <w:spacing w:after="20" w:line="300" w:lineRule="auto"/>
        <w:ind w:firstLine="400"/>
      </w:pPr>
      <w:r>
        <w:rPr>
          <w:rFonts w:ascii="宋体" w:hAnsi="宋体" w:eastAsia="宋体"/>
          <w:b w:val="0"/>
          <w:sz w:val="20"/>
        </w:rPr>
        <w:t>第6课时：学生能根据给定的数学信息，灵活提出和、差、倍数关系等数学问题，并选择正确的方法进行解答。</w:t>
      </w:r>
    </w:p>
    <w:p>
      <w:pPr>
        <w:spacing w:after="20" w:line="300" w:lineRule="auto"/>
        <w:ind w:firstLine="400"/>
      </w:pPr>
      <w:r>
        <w:rPr>
          <w:rFonts w:ascii="宋体" w:hAnsi="宋体" w:eastAsia="宋体"/>
          <w:b w:val="0"/>
          <w:sz w:val="20"/>
        </w:rPr>
        <w:t>第7课时：使学生学会根据已知信息，补充合适条件或要解决的问题，掌握不同数量关系下的解题方法，提升分析、解决问题的能力。</w:t>
      </w:r>
    </w:p>
    <w:p>
      <w:pPr>
        <w:spacing w:after="20" w:line="300" w:lineRule="auto"/>
        <w:ind w:firstLine="400"/>
      </w:pPr>
      <w:r>
        <w:rPr>
          <w:rFonts w:ascii="宋体" w:hAnsi="宋体" w:eastAsia="宋体"/>
          <w:b w:val="0"/>
          <w:sz w:val="20"/>
        </w:rPr>
        <w:t>第8课时：在教师的引导下，让学生经历知识整理的过程，进一步理解本单元的知识及相互联系，能熟练进行相关运算与问题解决。</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视意义理解，多角度、循序渐进建立倍的概念。先让学生在“几个几”的基础上初步认识“一个数的几倍”的含义，再结合除法从比较关系的角度对倍的概念进行再认识。设计连续的情境，不断改变两个比较的量的数量，让学生在变化中进一步认识倍，感受在比较倍数关系时标准量的重要性。</w:t>
      </w:r>
    </w:p>
    <w:p>
      <w:pPr>
        <w:spacing w:after="20" w:line="300" w:lineRule="auto"/>
      </w:pPr>
      <w:r>
        <w:rPr>
          <w:rFonts w:ascii="宋体" w:hAnsi="宋体" w:eastAsia="宋体"/>
          <w:b w:val="0"/>
          <w:sz w:val="20"/>
        </w:rPr>
        <w:t>● 重视多元表征及其之间的转化，建立倍的模型。首先，可增加“连续量”的比较，丰富学生的图形表征，让学生脱离对数据的依赖，深入体会两个量之间的倍数关系。其次，在教学用倍的知识解决问题时，注意让学生充分经历用语言描述问题、画图表征数量关系、列除法算式解决问题的过程，并引导学生说一说其中的联系。</w:t>
      </w:r>
    </w:p>
    <w:p>
      <w:pPr>
        <w:spacing w:after="20" w:line="300" w:lineRule="auto"/>
      </w:pPr>
      <w:r>
        <w:rPr>
          <w:rFonts w:ascii="宋体" w:hAnsi="宋体" w:eastAsia="宋体"/>
          <w:b w:val="0"/>
          <w:sz w:val="20"/>
        </w:rPr>
        <w:t>● 重视方法指导，培养几何直观。首先需要把研究“对象”抽象成为“图形”，再把“对象之间的关系”转化成为“图形之间的关系”，教学中，可以画形象的实物图，也可以画抽象的线段图，并让学生慢慢过渡到画线段图。首先要让学生学会如何用图来描述题意，更重要的是引导学生关注如何表达不同数学对象间的关系。对于画线段图的方法需要加强指导，而且要注意把握好教学的要求。</w:t>
      </w:r>
    </w:p>
    <w:p>
      <w:pPr>
        <w:spacing w:after="20" w:line="300" w:lineRule="auto"/>
      </w:pPr>
      <w:r>
        <w:rPr>
          <w:rFonts w:ascii="宋体" w:hAnsi="宋体" w:eastAsia="宋体"/>
          <w:b w:val="0"/>
          <w:sz w:val="20"/>
        </w:rPr>
        <w:t>【素养体现】</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数量间的乘除关系、倍的认识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通过看一看、摆一摆、圈一圈等活动初步建立“倍”的概念，并结合具体情境利用知识迁移理解“几倍”与“几个几”的联系。</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求一个数是另一个数的几倍</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经历将“求一个数是另一个数的几倍”的实际问题转化为“求一个数里含有几个另一个数”的过程，初步学会用转化的方法解决简单的实际问题。</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求一个数的几倍是多少</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进一步理解“倍”的含义，探索“求一个数的几倍是多少”的计算方法，并能运用知识解决简单的实际问题。</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已知一个数的几倍是多少，求这个数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理解“已知一个数的几倍是多少，求这个数”的数量关系，探索解决此类问题的计算方法，能正确解决简单的实际问题。</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连续两问的实际问题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学生能理解倍数关系在实际问题中的应用，掌握含有倍数关系的两步计算的解决问题，且能正确列式并计算。</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提问题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学生能根据给定的数学信息，灵活提出和、差、倍数关系等数学问题，并选择正确的方法进行解答。</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补条件</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使学生学会根据已知信息，补充合适条件或要解决的问题，掌握不同数量关系下的解题方法，提升分析、解决问题的能力。</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在教师的引导下，让学生经历知识整理的过程，进一步理解本单元的知识及相互联系，能熟练进行相关运算与问题解决。</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数量间的乘除关系、倍的认识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数量间的乘除关系、倍的认识</w:t>
            </w:r>
          </w:p>
        </w:tc>
        <w:tc>
          <w:tcPr>
            <w:tcW w:type="dxa" w:w="6009"/>
          </w:tcPr>
          <w:p>
            <w:pPr>
              <w:spacing w:after="20" w:line="276" w:lineRule="auto"/>
            </w:pPr>
            <w:r/>
            <w:r>
              <w:rPr>
                <w:rFonts w:ascii="宋体" w:hAnsi="宋体" w:eastAsia="宋体"/>
                <w:b w:val="0"/>
                <w:sz w:val="20"/>
              </w:rPr>
              <w:t>第2单元 数量间的乘除关系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教学内容：教科书P25例1，教科书P25“做一做”。</w:t>
      </w:r>
    </w:p>
    <w:p>
      <w:pPr>
        <w:spacing w:after="80" w:line="300" w:lineRule="auto"/>
        <w:ind w:firstLine="400"/>
      </w:pPr>
      <w:r>
        <w:rPr>
          <w:rFonts w:ascii="宋体" w:hAnsi="宋体" w:eastAsia="宋体"/>
          <w:b w:val="0"/>
          <w:sz w:val="20"/>
        </w:rPr>
        <w:t>教学准备：课件、正方形和圆形卡片若干、分别标有1～29的号码牌(教师课前随机分放在学生抽屉里)。</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（1）通过看一看、摆一摆、圈一圈等活动初步建立“倍”的概念，并结合具体情境利用知识迁移理解“几倍”与“几个几”的联系。</w:t>
      </w:r>
    </w:p>
    <w:p>
      <w:pPr>
        <w:spacing w:after="20" w:line="300" w:lineRule="auto"/>
        <w:ind w:firstLine="400"/>
      </w:pPr>
      <w:r>
        <w:rPr>
          <w:rFonts w:ascii="宋体" w:hAnsi="宋体" w:eastAsia="宋体"/>
          <w:b w:val="0"/>
          <w:sz w:val="20"/>
        </w:rPr>
        <w:t>（2）在观察、比较、变化中进一步加深对“倍”的本质的理解。</w:t>
      </w:r>
    </w:p>
    <w:p>
      <w:pPr>
        <w:spacing w:after="20" w:line="300" w:lineRule="auto"/>
        <w:ind w:firstLine="400"/>
      </w:pPr>
      <w:r>
        <w:rPr>
          <w:rFonts w:ascii="宋体" w:hAnsi="宋体" w:eastAsia="宋体"/>
          <w:b w:val="0"/>
          <w:sz w:val="20"/>
        </w:rPr>
        <w:t>（3）培养学生的观察、推理、迁移及语言表达能力，养成良好的学习习惯。</w:t>
      </w:r>
    </w:p>
    <w:p>
      <w:pPr>
        <w:spacing w:after="20" w:line="300" w:lineRule="auto"/>
      </w:pPr>
      <w:r>
        <w:rPr>
          <w:rFonts w:ascii="宋体" w:hAnsi="宋体" w:eastAsia="宋体"/>
          <w:b w:val="0"/>
          <w:sz w:val="20"/>
        </w:rPr>
        <w:t>教学重点：经历“倍”的概念的形成过程，初步建立“倍”的概念。</w:t>
      </w:r>
    </w:p>
    <w:p>
      <w:pPr>
        <w:spacing w:after="20" w:line="300" w:lineRule="auto"/>
      </w:pPr>
      <w:r>
        <w:rPr>
          <w:rFonts w:ascii="宋体" w:hAnsi="宋体" w:eastAsia="宋体"/>
          <w:b w:val="0"/>
          <w:sz w:val="20"/>
        </w:rPr>
        <w:t>教学难点：理解一个数是另一个数的几倍的含义。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一、情境激趣，引入新知识</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请大家仔细观察，你能获得哪些信息？；可以怎样比较鹅和鸡的数量关系？</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二、合作交流，探究新知识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如果把2只鹅看成1份，你能想出什么好的办法得到鸡有这样的几份？；谁能完整地说一说？</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教科书、圆片、课件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今天你们有什么收获？你们是怎么寻找两个量之间的倍数关系的？</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一、情境激趣，引入新知识</w:t>
            </w:r>
          </w:p>
        </w:tc>
        <w:tc>
          <w:tcPr>
            <w:tcW w:type="dxa" w:w="3061"/>
          </w:tcPr>
          <w:p>
            <w:pPr>
              <w:spacing w:after="20" w:line="276" w:lineRule="auto"/>
            </w:pPr>
            <w:r/>
            <w:r>
              <w:rPr>
                <w:rFonts w:ascii="宋体" w:hAnsi="宋体" w:eastAsia="宋体"/>
                <w:b w:val="0"/>
                <w:sz w:val="18"/>
              </w:rPr>
              <w:t>师：这是奶奶家养的一群鸡和鹅。</w:t>
            </w:r>
          </w:p>
          <w:p>
            <w:pPr>
              <w:spacing w:after="20" w:line="276" w:lineRule="auto"/>
            </w:pPr>
            <w:r>
              <w:rPr>
                <w:rFonts w:ascii="宋体" w:hAnsi="宋体" w:eastAsia="宋体"/>
                <w:b w:val="0"/>
                <w:sz w:val="18"/>
              </w:rPr>
              <w:t>课件出示教科书P25例1情境图。</w:t>
            </w:r>
          </w:p>
          <w:p>
            <w:pPr>
              <w:spacing w:after="20" w:line="276" w:lineRule="auto"/>
            </w:pPr>
            <w:r>
              <w:rPr>
                <w:rFonts w:ascii="宋体" w:hAnsi="宋体" w:eastAsia="宋体"/>
                <w:b w:val="0"/>
                <w:sz w:val="18"/>
              </w:rPr>
              <w:t>师：请大家仔细观察，你能获得哪些信息？</w:t>
            </w:r>
          </w:p>
          <w:p>
            <w:pPr>
              <w:spacing w:after="20" w:line="276" w:lineRule="auto"/>
            </w:pPr>
            <w:r>
              <w:rPr>
                <w:rFonts w:ascii="宋体" w:hAnsi="宋体" w:eastAsia="宋体"/>
                <w:b w:val="0"/>
                <w:sz w:val="18"/>
              </w:rPr>
              <w:t>师：可以怎样比较鹅和鸡的数量关系？</w:t>
            </w:r>
          </w:p>
          <w:p>
            <w:pPr>
              <w:spacing w:after="20" w:line="276" w:lineRule="auto"/>
            </w:pPr>
            <w:r>
              <w:rPr>
                <w:rFonts w:ascii="宋体" w:hAnsi="宋体" w:eastAsia="宋体"/>
                <w:b w:val="0"/>
                <w:sz w:val="18"/>
              </w:rPr>
              <w:t>教师根据学生的回答同步出示课件。</w:t>
            </w:r>
          </w:p>
          <w:p>
            <w:pPr>
              <w:spacing w:after="20" w:line="276" w:lineRule="auto"/>
            </w:pPr>
            <w:r>
              <w:rPr>
                <w:rFonts w:ascii="宋体" w:hAnsi="宋体" w:eastAsia="宋体"/>
                <w:b w:val="0"/>
                <w:sz w:val="18"/>
              </w:rPr>
              <w:t>师：除了同学们说的多与少的关系外，鹅和鸡的数量之间还有一种新的关系——倍的关系。今天我们就来研究有关倍的知识。(板书课题：数量间的乘除关系、倍的认识)</w:t>
            </w:r>
          </w:p>
        </w:tc>
        <w:tc>
          <w:tcPr>
            <w:tcW w:type="dxa" w:w="3061"/>
          </w:tcPr>
          <w:p>
            <w:pPr>
              <w:spacing w:after="20" w:line="276" w:lineRule="auto"/>
            </w:pPr>
            <w:r/>
            <w:r>
              <w:rPr>
                <w:rFonts w:ascii="宋体" w:hAnsi="宋体" w:eastAsia="宋体"/>
                <w:b w:val="0"/>
                <w:sz w:val="18"/>
              </w:rPr>
              <w:t>图中有6只鸡，2只鹅。</w:t>
            </w:r>
          </w:p>
          <w:p>
            <w:pPr>
              <w:spacing w:after="20" w:line="276" w:lineRule="auto"/>
            </w:pPr>
            <w:r>
              <w:rPr>
                <w:rFonts w:ascii="宋体" w:hAnsi="宋体" w:eastAsia="宋体"/>
                <w:b w:val="0"/>
                <w:sz w:val="18"/>
              </w:rPr>
              <w:t>鸡比鹅多4只，鹅比鸡少4只。</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创设情境激活学生已有经验，自然引出本课学习内容，激发学习兴趣，核心问题："请大家仔细观察，你能获得哪些信息？"</w:t>
            </w:r>
          </w:p>
        </w:tc>
      </w:tr>
      <w:tr>
        <w:tc>
          <w:tcPr>
            <w:tcW w:type="dxa" w:w="1474"/>
          </w:tcPr>
          <w:p>
            <w:pPr>
              <w:spacing w:after="20" w:line="276" w:lineRule="auto"/>
            </w:pPr>
            <w:r>
              <w:rPr>
                <w:b/>
              </w:rPr>
            </w:r>
            <w:r>
              <w:rPr>
                <w:rFonts w:ascii="宋体" w:hAnsi="宋体" w:eastAsia="宋体"/>
                <w:b/>
                <w:sz w:val="18"/>
              </w:rPr>
              <w:t>二、合作交流，探究新知识</w:t>
            </w:r>
          </w:p>
        </w:tc>
        <w:tc>
          <w:tcPr>
            <w:tcW w:type="dxa" w:w="3061"/>
          </w:tcPr>
          <w:p>
            <w:pPr>
              <w:spacing w:after="20" w:line="276" w:lineRule="auto"/>
            </w:pPr>
            <w:r/>
            <w:r>
              <w:rPr>
                <w:rFonts w:ascii="宋体" w:hAnsi="宋体" w:eastAsia="宋体"/>
                <w:b w:val="0"/>
                <w:sz w:val="18"/>
              </w:rPr>
              <w:t>师：请同学们用正方形卡片摆出鹅的数量，用圆形卡片摆出鸡的数量。</w:t>
            </w:r>
          </w:p>
          <w:p>
            <w:pPr>
              <w:spacing w:after="20" w:line="276" w:lineRule="auto"/>
            </w:pPr>
            <w:r>
              <w:rPr>
                <w:rFonts w:ascii="宋体" w:hAnsi="宋体" w:eastAsia="宋体"/>
                <w:b w:val="0"/>
                <w:sz w:val="18"/>
              </w:rPr>
              <w:t>师：如果把2只鹅看成1份，你能想出什么好的办法得到鸡有这样的几份？</w:t>
            </w:r>
          </w:p>
          <w:p>
            <w:pPr>
              <w:spacing w:after="20" w:line="276" w:lineRule="auto"/>
            </w:pPr>
            <w:r>
              <w:rPr>
                <w:rFonts w:ascii="宋体" w:hAnsi="宋体" w:eastAsia="宋体"/>
                <w:b w:val="0"/>
                <w:sz w:val="18"/>
              </w:rPr>
              <w:t>师：我们通过摆一摆、圈一圈或算式都能得到把2只鹅看成1份，鸡有这样的3份。1份是1个2只，3份也就是有3个2只。</w:t>
            </w:r>
          </w:p>
          <w:p>
            <w:pPr>
              <w:spacing w:after="20" w:line="276" w:lineRule="auto"/>
            </w:pPr>
            <w:r>
              <w:rPr>
                <w:rFonts w:ascii="宋体" w:hAnsi="宋体" w:eastAsia="宋体"/>
                <w:b w:val="0"/>
                <w:sz w:val="18"/>
              </w:rPr>
              <w:t>师：我们一起来数一数，1个2只，2个2只，3个2只。(边数，课件边呈现过程)像这样，鹅有2只，鸡有3个2只，我们就可以说鸡的只数是鹅的3倍。</w:t>
            </w:r>
          </w:p>
          <w:p>
            <w:pPr>
              <w:spacing w:after="20" w:line="276" w:lineRule="auto"/>
            </w:pPr>
            <w:r>
              <w:rPr>
                <w:rFonts w:ascii="宋体" w:hAnsi="宋体" w:eastAsia="宋体"/>
                <w:b w:val="0"/>
                <w:sz w:val="18"/>
              </w:rPr>
              <w:t>师：谁能完整地说一说？</w:t>
            </w:r>
          </w:p>
          <w:p>
            <w:pPr>
              <w:spacing w:after="20" w:line="276" w:lineRule="auto"/>
            </w:pPr>
            <w:r>
              <w:rPr>
                <w:rFonts w:ascii="宋体" w:hAnsi="宋体" w:eastAsia="宋体"/>
                <w:b w:val="0"/>
                <w:sz w:val="18"/>
              </w:rPr>
              <w:t>师小结：鹅有2只，鸡有几个2只，我们就说鸡的只数是鹅的几倍。</w:t>
            </w:r>
          </w:p>
          <w:p>
            <w:pPr>
              <w:spacing w:after="20" w:line="276" w:lineRule="auto"/>
            </w:pPr>
            <w:r>
              <w:rPr>
                <w:rFonts w:ascii="宋体" w:hAnsi="宋体" w:eastAsia="宋体"/>
                <w:b w:val="0"/>
                <w:sz w:val="18"/>
              </w:rPr>
              <w:t>2．在变化中，加深对“倍”的概念的理解。</w:t>
            </w:r>
          </w:p>
          <w:p>
            <w:pPr>
              <w:spacing w:after="20" w:line="276" w:lineRule="auto"/>
            </w:pPr>
            <w:r>
              <w:rPr>
                <w:rFonts w:ascii="宋体" w:hAnsi="宋体" w:eastAsia="宋体"/>
                <w:b w:val="0"/>
                <w:sz w:val="18"/>
              </w:rPr>
              <w:t>师：增加一只鹅，鸡的只数是鹅的多少倍？摆一摆，说一说。</w:t>
            </w:r>
          </w:p>
          <w:p>
            <w:pPr>
              <w:spacing w:after="20" w:line="276" w:lineRule="auto"/>
            </w:pPr>
            <w:r>
              <w:rPr>
                <w:rFonts w:ascii="宋体" w:hAnsi="宋体" w:eastAsia="宋体"/>
                <w:b w:val="0"/>
                <w:sz w:val="18"/>
              </w:rPr>
              <w:t>师：鸡的只数没有变，为什么原来鸡的只数是鹅的3倍，现在是2倍呢？</w:t>
            </w:r>
          </w:p>
          <w:p>
            <w:pPr>
              <w:spacing w:after="20" w:line="276" w:lineRule="auto"/>
            </w:pPr>
            <w:r>
              <w:rPr>
                <w:rFonts w:ascii="宋体" w:hAnsi="宋体" w:eastAsia="宋体"/>
                <w:b w:val="0"/>
                <w:sz w:val="18"/>
              </w:rPr>
              <w:t>3．思维拓展，学生活动，加深对“倍”的理解。</w:t>
            </w:r>
          </w:p>
          <w:p>
            <w:pPr>
              <w:spacing w:after="20" w:line="276" w:lineRule="auto"/>
            </w:pPr>
            <w:r>
              <w:rPr>
                <w:rFonts w:ascii="宋体" w:hAnsi="宋体" w:eastAsia="宋体"/>
                <w:b w:val="0"/>
                <w:sz w:val="18"/>
              </w:rPr>
              <w:t>师：现在我们一起用准备好的号码牌玩报数游戏。规则：老师报数，如果你手中的号码牌是老师所报数的倍数，就请到讲台前面来。</w:t>
            </w:r>
          </w:p>
        </w:tc>
        <w:tc>
          <w:tcPr>
            <w:tcW w:type="dxa" w:w="3061"/>
          </w:tcPr>
          <w:p>
            <w:pPr>
              <w:spacing w:after="20" w:line="276" w:lineRule="auto"/>
            </w:pPr>
            <w:r/>
            <w:r>
              <w:rPr>
                <w:rFonts w:ascii="宋体" w:hAnsi="宋体" w:eastAsia="宋体"/>
                <w:b w:val="0"/>
                <w:sz w:val="18"/>
              </w:rPr>
              <w:t>1.动手操作初步感知“倍”。</w:t>
            </w:r>
          </w:p>
          <w:p>
            <w:pPr>
              <w:spacing w:after="20" w:line="276" w:lineRule="auto"/>
            </w:pPr>
            <w:r>
              <w:rPr>
                <w:rFonts w:ascii="宋体" w:hAnsi="宋体" w:eastAsia="宋体"/>
                <w:b w:val="0"/>
                <w:sz w:val="18"/>
              </w:rPr>
              <w:t>学生自主操作，摆出鹅和鸡的数量。教师引导学生把代表鹅和鸡的卡片摆成两行。</w:t>
            </w:r>
          </w:p>
          <w:p>
            <w:pPr>
              <w:spacing w:after="20" w:line="276" w:lineRule="auto"/>
            </w:pPr>
            <w:r>
              <w:rPr>
                <w:rFonts w:ascii="宋体" w:hAnsi="宋体" w:eastAsia="宋体"/>
                <w:b w:val="0"/>
                <w:sz w:val="18"/>
              </w:rPr>
              <w:t>学生自主操作进行比较。</w:t>
            </w:r>
          </w:p>
          <w:p>
            <w:pPr>
              <w:spacing w:after="20" w:line="276" w:lineRule="auto"/>
            </w:pPr>
            <w:r>
              <w:rPr>
                <w:rFonts w:ascii="宋体" w:hAnsi="宋体" w:eastAsia="宋体"/>
                <w:b w:val="0"/>
                <w:sz w:val="18"/>
              </w:rPr>
              <w:t>预设1：摆一摆。每2只鸡摆成1份，有这样的3份。</w:t>
            </w:r>
          </w:p>
          <w:p>
            <w:pPr>
              <w:spacing w:after="20" w:line="276" w:lineRule="auto"/>
            </w:pPr>
            <w:r>
              <w:rPr>
                <w:rFonts w:ascii="宋体" w:hAnsi="宋体" w:eastAsia="宋体"/>
                <w:b w:val="0"/>
                <w:sz w:val="18"/>
              </w:rPr>
              <w:t>预设2：圈一圈。每份2只，有这样的3份。</w:t>
            </w:r>
          </w:p>
          <w:p>
            <w:pPr>
              <w:spacing w:after="20" w:line="276" w:lineRule="auto"/>
            </w:pPr>
            <w:r>
              <w:rPr>
                <w:rFonts w:ascii="宋体" w:hAnsi="宋体" w:eastAsia="宋体"/>
                <w:b w:val="0"/>
                <w:sz w:val="18"/>
              </w:rPr>
              <w:t>预设3：用算式。鸡6只，每2只为1份，6÷2＝3，所以有这样的3份。</w:t>
            </w:r>
          </w:p>
          <w:p>
            <w:pPr>
              <w:spacing w:after="20" w:line="276" w:lineRule="auto"/>
            </w:pPr>
            <w:r>
              <w:rPr>
                <w:rFonts w:ascii="宋体" w:hAnsi="宋体" w:eastAsia="宋体"/>
                <w:b w:val="0"/>
                <w:sz w:val="18"/>
              </w:rPr>
              <w:t>鹅有2只，鸡有3个2只，鸡的只数就是鹅的3倍。(教师根据学生回答板书)</w:t>
            </w:r>
          </w:p>
          <w:p>
            <w:pPr>
              <w:spacing w:after="20" w:line="276" w:lineRule="auto"/>
            </w:pPr>
            <w:r>
              <w:rPr>
                <w:rFonts w:ascii="宋体" w:hAnsi="宋体" w:eastAsia="宋体"/>
                <w:b w:val="0"/>
                <w:sz w:val="18"/>
              </w:rPr>
              <w:t>当鹅的只数是3只时，鸡有2个3只，所以鸡的只数是鹅的2倍。(教师根据学生回答出示课件并适时板书)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设计递进式探究活动，引导学生在动手实践与合作交流中经历知识形成过程，突破本课重难点，核心问题："如果把2只鹅看成1份，你能想出什么好的办法得到鸡有这样的几份？"</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1.完成教科书P25“做一做”第1题。</w:t>
            </w:r>
          </w:p>
          <w:p>
            <w:pPr>
              <w:spacing w:after="20" w:line="276" w:lineRule="auto"/>
            </w:pPr>
            <w:r>
              <w:rPr>
                <w:rFonts w:ascii="宋体" w:hAnsi="宋体" w:eastAsia="宋体"/>
                <w:b w:val="0"/>
                <w:sz w:val="18"/>
              </w:rPr>
              <w:t>把数量少的圆片数量看作1份，看数量多的圆片里有几个这样的1份。</w:t>
            </w:r>
          </w:p>
          <w:p>
            <w:pPr>
              <w:spacing w:after="20" w:line="276" w:lineRule="auto"/>
            </w:pPr>
            <w:r>
              <w:rPr>
                <w:rFonts w:ascii="宋体" w:hAnsi="宋体" w:eastAsia="宋体"/>
                <w:b w:val="0"/>
                <w:sz w:val="18"/>
              </w:rPr>
              <w:t>2．完成教科书P25“做一做”第2题。</w:t>
            </w:r>
          </w:p>
          <w:p>
            <w:pPr>
              <w:spacing w:after="20" w:line="276" w:lineRule="auto"/>
            </w:pPr>
            <w:r>
              <w:rPr>
                <w:rFonts w:ascii="宋体" w:hAnsi="宋体" w:eastAsia="宋体"/>
                <w:b w:val="0"/>
                <w:sz w:val="18"/>
              </w:rPr>
              <w:t>第二行是第一行的4倍，就摆4个5根。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师：今天你们有什么收获？你们是怎么寻找两个量之间的倍数关系的？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认识事物带有具体性和直观形象性，需要从感受中获得感性积累，从而上升到理性认识。在不同情境中，先从几个几过渡到倍的语言表征，让学生经历从对生活中具体事物量的比较中抽象出倍的过程；然后让学生自主发现鹅的只数与鸡的只数的倍数关系，再通过知识的迁移形成对新知识的巩固与运用，引出“一个数是另一个数的几倍”的含义；最后从实例中抽象出倍的模型，在对比中让学生理解，1倍量即为两个数量之间的倍数关系的标准量。</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数量间的乘除关系、倍的认识</w:t>
      </w:r>
    </w:p>
    <w:p>
      <w:pPr>
        <w:spacing w:after="40" w:line="300" w:lineRule="auto"/>
      </w:pPr>
      <w:r>
        <w:rPr>
          <w:rFonts w:ascii="宋体" w:hAnsi="宋体" w:eastAsia="宋体"/>
          <w:b w:val="0"/>
          <w:sz w:val="20"/>
        </w:rPr>
        <w:t>鹅有2只，鸡有3个2只，鸡的只数就是鹅的3倍。</w:t>
      </w:r>
    </w:p>
    <w:p>
      <w:pPr>
        <w:spacing w:after="40" w:line="300" w:lineRule="auto"/>
      </w:pPr>
      <w:r>
        <w:rPr>
          <w:rFonts w:ascii="宋体" w:hAnsi="宋体" w:eastAsia="宋体"/>
          <w:b w:val="0"/>
          <w:sz w:val="20"/>
        </w:rPr>
        <w:t>鹅有3只，鸡有2个3只，鸡的只数就是鹅的2倍。</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教科书P25例1，教科书P25“做一做”。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基本完成了教学目标，达到了预期的效果，但仍然存在不足和遗憾。在数学教学中，要注重引导学生在表达时，语言要规范，对问题进行准确描述。大部分学生都理解了一个数是另一个数的几倍的含义，但仍有少数学生对新知识的掌握存在问题，所以教师要关注学生整体，注意学生的理解程度。</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求一个数是另一个数的几倍</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求一个数是另一个数的几倍</w:t>
            </w:r>
          </w:p>
        </w:tc>
        <w:tc>
          <w:tcPr>
            <w:tcW w:type="dxa" w:w="6009"/>
          </w:tcPr>
          <w:p>
            <w:pPr>
              <w:spacing w:after="20" w:line="276" w:lineRule="auto"/>
            </w:pPr>
            <w:r/>
            <w:r>
              <w:rPr>
                <w:rFonts w:ascii="宋体" w:hAnsi="宋体" w:eastAsia="宋体"/>
                <w:b w:val="0"/>
                <w:sz w:val="20"/>
              </w:rPr>
              <w:t>第2单元 数量间的乘除关系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教学内容：教科书P26例2，教科书P26“做一做”。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（1）经历将“求一个数是另一个数的几倍”的实际问题转化为“求一个数里含有几个另一个数”的过程，初步学会用转化的方法解决简单的实际问题。</w:t>
      </w:r>
    </w:p>
    <w:p>
      <w:pPr>
        <w:spacing w:after="20" w:line="300" w:lineRule="auto"/>
        <w:ind w:firstLine="400"/>
      </w:pPr>
      <w:r>
        <w:rPr>
          <w:rFonts w:ascii="宋体" w:hAnsi="宋体" w:eastAsia="宋体"/>
          <w:b w:val="0"/>
          <w:sz w:val="20"/>
        </w:rPr>
        <w:t>（2）会用自己的语言表达问题的大致过程和结果，培养学生独立思考和合作交流相结合的学习习惯。</w:t>
      </w:r>
    </w:p>
    <w:p>
      <w:pPr>
        <w:spacing w:after="20" w:line="300" w:lineRule="auto"/>
        <w:ind w:firstLine="400"/>
      </w:pPr>
      <w:r>
        <w:rPr>
          <w:rFonts w:ascii="宋体" w:hAnsi="宋体" w:eastAsia="宋体"/>
          <w:b w:val="0"/>
          <w:sz w:val="20"/>
        </w:rPr>
        <w:t>（3）通过学习体会身边的许多事物之间的数量关系，感受数学的应用价值。</w:t>
      </w:r>
    </w:p>
    <w:p>
      <w:pPr>
        <w:spacing w:after="20" w:line="300" w:lineRule="auto"/>
      </w:pPr>
      <w:r>
        <w:rPr>
          <w:rFonts w:ascii="宋体" w:hAnsi="宋体" w:eastAsia="宋体"/>
          <w:b w:val="0"/>
          <w:sz w:val="20"/>
        </w:rPr>
        <w:t>教学重点：学会用转化的方法解决“求一个数是另一个数的几倍”的实际问题。</w:t>
      </w:r>
    </w:p>
    <w:p>
      <w:pPr>
        <w:spacing w:after="20" w:line="300" w:lineRule="auto"/>
      </w:pPr>
      <w:r>
        <w:rPr>
          <w:rFonts w:ascii="宋体" w:hAnsi="宋体" w:eastAsia="宋体"/>
          <w:b w:val="0"/>
          <w:sz w:val="20"/>
        </w:rPr>
        <w:t>教学难点：用画图的方法来表示数量关系，理解用除法计算的方法。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上面两个问题分别是用什么方法计算的？；什么样的问题用乘法计算呢？什么样的问题用除法计算呢？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从题中你们发现了哪些数学信息？要解决的问题是什么？；你能用画图的方法表示多肉植物的盆数是月季花的几倍吗？</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(1)一支圆珠笔3元，买4支圆珠笔多少元？</w:t>
            </w:r>
          </w:p>
          <w:p>
            <w:pPr>
              <w:spacing w:after="20" w:line="276" w:lineRule="auto"/>
            </w:pPr>
            <w:r>
              <w:rPr>
                <w:rFonts w:ascii="宋体" w:hAnsi="宋体" w:eastAsia="宋体"/>
                <w:b w:val="0"/>
                <w:sz w:val="18"/>
              </w:rPr>
              <w:t>(2)买4支相同的圆珠笔12元，每支圆珠笔多少元？</w:t>
            </w:r>
          </w:p>
          <w:p>
            <w:pPr>
              <w:spacing w:after="20" w:line="276" w:lineRule="auto"/>
            </w:pPr>
            <w:r>
              <w:rPr>
                <w:rFonts w:ascii="宋体" w:hAnsi="宋体" w:eastAsia="宋体"/>
                <w:b w:val="0"/>
                <w:sz w:val="18"/>
              </w:rPr>
              <w:t>师：请同学们独立解决上面的问题。</w:t>
            </w:r>
          </w:p>
          <w:p>
            <w:pPr>
              <w:spacing w:after="20" w:line="276" w:lineRule="auto"/>
            </w:pPr>
            <w:r>
              <w:rPr>
                <w:rFonts w:ascii="宋体" w:hAnsi="宋体" w:eastAsia="宋体"/>
                <w:b w:val="0"/>
                <w:sz w:val="18"/>
              </w:rPr>
              <w:t>师：上面两个问题分别是用什么方法计算的？</w:t>
            </w:r>
          </w:p>
          <w:p>
            <w:pPr>
              <w:spacing w:after="20" w:line="276" w:lineRule="auto"/>
            </w:pPr>
            <w:r>
              <w:rPr>
                <w:rFonts w:ascii="宋体" w:hAnsi="宋体" w:eastAsia="宋体"/>
                <w:b w:val="0"/>
                <w:sz w:val="18"/>
              </w:rPr>
              <w:t>师：什么样的问题用乘法计算呢？什么样的问题用除法计算呢？</w:t>
            </w:r>
          </w:p>
          <w:p>
            <w:pPr>
              <w:spacing w:after="20" w:line="276" w:lineRule="auto"/>
            </w:pPr>
            <w:r>
              <w:rPr>
                <w:rFonts w:ascii="宋体" w:hAnsi="宋体" w:eastAsia="宋体"/>
                <w:b w:val="0"/>
                <w:sz w:val="18"/>
              </w:rPr>
              <w:t>师：今天我们就来学习一种有乘除数量关系的实际问题。(板书课题：求一个数是另一个数的几倍)</w:t>
            </w:r>
          </w:p>
        </w:tc>
        <w:tc>
          <w:tcPr>
            <w:tcW w:type="dxa" w:w="3061"/>
          </w:tcPr>
          <w:p>
            <w:pPr>
              <w:spacing w:after="20" w:line="276" w:lineRule="auto"/>
            </w:pPr>
            <w:r/>
            <w:r>
              <w:rPr>
                <w:rFonts w:ascii="宋体" w:hAnsi="宋体" w:eastAsia="宋体"/>
                <w:b w:val="0"/>
                <w:sz w:val="18"/>
              </w:rPr>
              <w:t>第(1)题用乘法计算，第(2)题用除法计算。</w:t>
            </w:r>
          </w:p>
          <w:p>
            <w:pPr>
              <w:spacing w:after="20" w:line="276" w:lineRule="auto"/>
            </w:pPr>
            <w:r>
              <w:rPr>
                <w:rFonts w:ascii="宋体" w:hAnsi="宋体" w:eastAsia="宋体"/>
                <w:b w:val="0"/>
                <w:sz w:val="18"/>
              </w:rPr>
              <w:t>求几个几的和的问题用乘法计算，求相同数或相同加数的个数的问题用除法计算。</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创设情境激活学生已有经验，自然引出本课学习内容，激发学习兴趣，核心问题："上面两个问题分别是用什么方法计算的？"</w:t>
            </w:r>
          </w:p>
        </w:tc>
      </w:tr>
      <w:tr>
        <w:tc>
          <w:tcPr>
            <w:tcW w:type="dxa" w:w="1474"/>
          </w:tcPr>
          <w:p>
            <w:pPr>
              <w:spacing w:after="20" w:line="276" w:lineRule="auto"/>
            </w:pPr>
            <w:r>
              <w:rPr>
                <w:b/>
              </w:rPr>
            </w:r>
            <w:r>
              <w:rPr>
                <w:rFonts w:ascii="宋体" w:hAnsi="宋体" w:eastAsia="宋体"/>
                <w:b/>
                <w:sz w:val="18"/>
              </w:rPr>
              <w:t>二、解决问题</w:t>
            </w:r>
          </w:p>
        </w:tc>
        <w:tc>
          <w:tcPr>
            <w:tcW w:type="dxa" w:w="3061"/>
          </w:tcPr>
          <w:p>
            <w:pPr>
              <w:spacing w:after="20" w:line="276" w:lineRule="auto"/>
            </w:pPr>
            <w:r/>
            <w:r>
              <w:rPr>
                <w:rFonts w:ascii="宋体" w:hAnsi="宋体" w:eastAsia="宋体"/>
                <w:b w:val="0"/>
                <w:sz w:val="18"/>
              </w:rPr>
              <w:t>课件出示教科书P26例2。</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师：从题中你们发现了哪些数学信息？要解决的问题是什么？</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(1)自主尝试，画一画。</w:t>
            </w:r>
          </w:p>
          <w:p>
            <w:pPr>
              <w:spacing w:after="20" w:line="276" w:lineRule="auto"/>
            </w:pPr>
            <w:r>
              <w:rPr>
                <w:rFonts w:ascii="宋体" w:hAnsi="宋体" w:eastAsia="宋体"/>
                <w:b w:val="0"/>
                <w:sz w:val="18"/>
              </w:rPr>
              <w:t>师：你能用画图的方法表示多肉植物的盆数是月季花的几倍吗？</w:t>
            </w:r>
          </w:p>
          <w:p>
            <w:pPr>
              <w:spacing w:after="20" w:line="276" w:lineRule="auto"/>
            </w:pPr>
            <w:r>
              <w:rPr>
                <w:rFonts w:ascii="宋体" w:hAnsi="宋体" w:eastAsia="宋体"/>
                <w:b w:val="0"/>
                <w:sz w:val="18"/>
              </w:rPr>
              <w:t>师：你认为哪种画法更好？</w:t>
            </w:r>
          </w:p>
          <w:p>
            <w:pPr>
              <w:spacing w:after="20" w:line="276" w:lineRule="auto"/>
            </w:pPr>
            <w:r>
              <w:rPr>
                <w:rFonts w:ascii="宋体" w:hAnsi="宋体" w:eastAsia="宋体"/>
                <w:b w:val="0"/>
                <w:sz w:val="18"/>
              </w:rPr>
              <w:t>结合学生展示的和讨论的选出最优方法课件展示：</w:t>
            </w:r>
          </w:p>
          <w:p>
            <w:pPr>
              <w:spacing w:after="20" w:line="276" w:lineRule="auto"/>
            </w:pPr>
            <w:r>
              <w:rPr>
                <w:rFonts w:ascii="宋体" w:hAnsi="宋体" w:eastAsia="宋体"/>
                <w:b w:val="0"/>
                <w:sz w:val="18"/>
              </w:rPr>
              <w:t>师：通过画一画，你能得到多肉植物的盆数是月季花的几倍吗？你是怎么知道的？</w:t>
            </w:r>
          </w:p>
          <w:p>
            <w:pPr>
              <w:spacing w:after="20" w:line="276" w:lineRule="auto"/>
            </w:pPr>
            <w:r>
              <w:rPr>
                <w:rFonts w:ascii="宋体" w:hAnsi="宋体" w:eastAsia="宋体"/>
                <w:b w:val="0"/>
                <w:sz w:val="18"/>
              </w:rPr>
              <w:t>(2)由画一画抽象出算式。</w:t>
            </w:r>
          </w:p>
          <w:p>
            <w:pPr>
              <w:spacing w:after="20" w:line="276" w:lineRule="auto"/>
            </w:pPr>
            <w:r>
              <w:rPr>
                <w:rFonts w:ascii="宋体" w:hAnsi="宋体" w:eastAsia="宋体"/>
                <w:b w:val="0"/>
                <w:sz w:val="18"/>
              </w:rPr>
              <w:t>师：你能根据我们画的图列出算式吗？为什么这样列算式？</w:t>
            </w:r>
          </w:p>
          <w:p>
            <w:pPr>
              <w:spacing w:after="20" w:line="276" w:lineRule="auto"/>
            </w:pPr>
            <w:r>
              <w:rPr>
                <w:rFonts w:ascii="宋体" w:hAnsi="宋体" w:eastAsia="宋体"/>
                <w:b w:val="0"/>
                <w:sz w:val="18"/>
              </w:rPr>
              <w:t>师小结：以月季花的盆数为标准，看多肉植物的盆数里面包含几份月季花的盆数，包含了3份，所以是3倍。求12盆是4盆的几倍，也就是求12里面有几个4，用除法计算。“倍”表示两个数量之间的倍数关系，结果不带单位。(教师适时板书)</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引导学生表达回顾反思的基本思路，并组织学生进行回顾反思。</w:t>
            </w:r>
          </w:p>
          <w:p>
            <w:pPr>
              <w:spacing w:after="20" w:line="276" w:lineRule="auto"/>
            </w:pPr>
            <w:r>
              <w:rPr>
                <w:rFonts w:ascii="宋体" w:hAnsi="宋体" w:eastAsia="宋体"/>
                <w:b w:val="0"/>
                <w:sz w:val="18"/>
              </w:rPr>
              <w:t>师：同桌之间互相说一说。</w:t>
            </w:r>
          </w:p>
          <w:p>
            <w:pPr>
              <w:spacing w:after="20" w:line="276" w:lineRule="auto"/>
            </w:pPr>
            <w:r>
              <w:rPr>
                <w:rFonts w:ascii="宋体" w:hAnsi="宋体" w:eastAsia="宋体"/>
                <w:b w:val="0"/>
                <w:sz w:val="18"/>
              </w:rPr>
              <w:t>师小结并板书：一个数是另一个数的几倍＝一个数÷另一个数。</w:t>
            </w:r>
          </w:p>
        </w:tc>
        <w:tc>
          <w:tcPr>
            <w:tcW w:type="dxa" w:w="3061"/>
          </w:tcPr>
          <w:p>
            <w:pPr>
              <w:spacing w:after="20" w:line="276" w:lineRule="auto"/>
            </w:pPr>
            <w:r/>
            <w:r>
              <w:rPr>
                <w:rFonts w:ascii="宋体" w:hAnsi="宋体" w:eastAsia="宋体"/>
                <w:b w:val="0"/>
                <w:sz w:val="18"/>
              </w:rPr>
              <w:t>月季花和多肉植物的盆数分别是4盆和12盆，要解决的问题是“多肉植物的盆数是月季花的几倍？”。</w:t>
            </w:r>
          </w:p>
          <w:p>
            <w:pPr>
              <w:spacing w:after="20" w:line="276" w:lineRule="auto"/>
            </w:pPr>
            <w:r>
              <w:rPr>
                <w:rFonts w:ascii="宋体" w:hAnsi="宋体" w:eastAsia="宋体"/>
                <w:b w:val="0"/>
                <w:sz w:val="18"/>
              </w:rPr>
              <w:t>预设1：画12个圆，每4个圈在一起，得到了3个4盆。</w:t>
            </w:r>
          </w:p>
          <w:p>
            <w:pPr>
              <w:spacing w:after="20" w:line="276" w:lineRule="auto"/>
            </w:pPr>
            <w:r>
              <w:rPr>
                <w:rFonts w:ascii="宋体" w:hAnsi="宋体" w:eastAsia="宋体"/>
                <w:b w:val="0"/>
                <w:sz w:val="18"/>
              </w:rPr>
              <w:t>预设2：先画4个圆，表示月季花的盆数；再画12个圆，表示多肉植物的盆数，最后将表示多肉植物的盆数的圆每4个一份分开，得到了3个4盆。</w:t>
            </w:r>
          </w:p>
          <w:p>
            <w:pPr>
              <w:spacing w:after="20" w:line="276" w:lineRule="auto"/>
            </w:pPr>
            <w:r>
              <w:rPr>
                <w:rFonts w:ascii="宋体" w:hAnsi="宋体" w:eastAsia="宋体"/>
                <w:b w:val="0"/>
                <w:sz w:val="18"/>
              </w:rPr>
              <w:t>3倍，因为从画图能清楚地看出：把月季花的盆数看成1份，多肉植物有这样的3份。</w:t>
            </w:r>
          </w:p>
          <w:p>
            <w:pPr>
              <w:spacing w:after="20" w:line="276" w:lineRule="auto"/>
            </w:pPr>
            <w:r>
              <w:rPr>
                <w:rFonts w:ascii="宋体" w:hAnsi="宋体" w:eastAsia="宋体"/>
                <w:b w:val="0"/>
                <w:sz w:val="18"/>
              </w:rPr>
              <w:t>预设1：12个圆，每4个为一份，用除法计算可以求出有几份，就是几倍。12÷4＝3。</w:t>
            </w:r>
          </w:p>
          <w:p>
            <w:pPr>
              <w:spacing w:after="20" w:line="276" w:lineRule="auto"/>
            </w:pPr>
            <w:r>
              <w:rPr>
                <w:rFonts w:ascii="宋体" w:hAnsi="宋体" w:eastAsia="宋体"/>
                <w:b w:val="0"/>
                <w:sz w:val="18"/>
              </w:rPr>
              <w:t>预设2：12里面有3个4，1个4是1倍，3个4就是3倍。</w:t>
            </w:r>
          </w:p>
          <w:p>
            <w:pPr>
              <w:spacing w:after="20" w:line="276" w:lineRule="auto"/>
            </w:pPr>
            <w:r>
              <w:rPr>
                <w:rFonts w:ascii="宋体" w:hAnsi="宋体" w:eastAsia="宋体"/>
                <w:b w:val="0"/>
                <w:sz w:val="18"/>
              </w:rPr>
              <w:t>求甲数是乙数的几倍，就是求甲数里面有几个乙数，用除法计算。</w:t>
            </w:r>
          </w:p>
        </w:tc>
        <w:tc>
          <w:tcPr>
            <w:tcW w:type="dxa" w:w="1814"/>
          </w:tcPr>
          <w:p>
            <w:pPr>
              <w:spacing w:after="20" w:line="276" w:lineRule="auto"/>
            </w:pPr>
            <w:r/>
            <w:r>
              <w:rPr>
                <w:rFonts w:ascii="宋体" w:hAnsi="宋体" w:eastAsia="宋体"/>
                <w:b w:val="0"/>
                <w:sz w:val="18"/>
              </w:rPr>
              <w:t>围绕环节目标组织学习活动，引导学生主动参与、积极思考，核心问题："从题中你们发现了哪些数学信息？要解决的问题是什么？"</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完成教科书P26“做一做”。</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设计时按照解决问题的三个步骤教学，阅读理解环节，培养学生提取信息的能力，分析解答环节，让学生在探索中学会如何用图来描述题意，表达不同数学对象间的关系。再由图出发，引导学生在语言表征、图形表征、算式表征等多种表征之间进行转化，研究其中的关系，加深对倍的认识。回顾反思环节，通过师生交流，总结求一个数是另一个数的几倍的问题的解决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求一个数是另一个数的几倍</w:t>
      </w:r>
    </w:p>
    <w:p>
      <w:pPr>
        <w:spacing w:after="40" w:line="300" w:lineRule="auto"/>
      </w:pPr>
      <w:r>
        <w:rPr>
          <w:rFonts w:ascii="宋体" w:hAnsi="宋体" w:eastAsia="宋体"/>
          <w:b w:val="0"/>
          <w:sz w:val="20"/>
        </w:rPr>
        <w:t>求12盆是4盆的几倍，就是求12里面有几个4。</w:t>
      </w:r>
    </w:p>
    <w:p>
      <w:pPr>
        <w:spacing w:after="40" w:line="300" w:lineRule="auto"/>
      </w:pPr>
      <w:r>
        <w:rPr>
          <w:rFonts w:ascii="宋体" w:hAnsi="宋体" w:eastAsia="宋体"/>
          <w:b w:val="0"/>
          <w:sz w:val="20"/>
        </w:rPr>
        <w:t>12÷4＝3</w:t>
      </w:r>
    </w:p>
    <w:p>
      <w:pPr>
        <w:spacing w:after="40" w:line="300" w:lineRule="auto"/>
      </w:pPr>
      <w:r>
        <w:rPr>
          <w:rFonts w:ascii="宋体" w:hAnsi="宋体" w:eastAsia="宋体"/>
          <w:b w:val="0"/>
          <w:sz w:val="20"/>
        </w:rPr>
        <w:t>“倍”表示两个数量之间的倍数关系，不带单位。</w:t>
      </w:r>
    </w:p>
    <w:p>
      <w:pPr>
        <w:spacing w:after="40" w:line="300" w:lineRule="auto"/>
      </w:pPr>
      <w:r>
        <w:rPr>
          <w:rFonts w:ascii="宋体" w:hAnsi="宋体" w:eastAsia="宋体"/>
          <w:b w:val="0"/>
          <w:sz w:val="20"/>
        </w:rPr>
        <w:t>一个数是另一个数的几倍＝一个数÷另一个数。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教科书P26例2，教科书P26“做一做”。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的教学是建立在学生对“倍”的认识和除法的认识的基础上的，通过本节课的学习将这两个知识点充分地沟通，使学生顺利地解决“求一个数是另一个数的几倍”的实际问题。对学生而言，将一个数是另一个数的几倍转化为一个数里面有几个另一个数的除法含义，有一定的思维跨度。在这个思维跨度中，不仅要为学生提供“直观感知”，还要注重由“直观到抽象思维”的引导。上节课的问题在本节课要尽量去避免，要让学生多去说一说为什么，看学生是否能够建立倍与除法的联系。</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求一个数的几倍是多少</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求一个数的几倍是多少</w:t>
            </w:r>
          </w:p>
        </w:tc>
        <w:tc>
          <w:tcPr>
            <w:tcW w:type="dxa" w:w="6009"/>
          </w:tcPr>
          <w:p>
            <w:pPr>
              <w:spacing w:after="20" w:line="276" w:lineRule="auto"/>
            </w:pPr>
            <w:r/>
            <w:r>
              <w:rPr>
                <w:rFonts w:ascii="宋体" w:hAnsi="宋体" w:eastAsia="宋体"/>
                <w:b w:val="0"/>
                <w:sz w:val="20"/>
              </w:rPr>
              <w:t>第2单元 数量间的乘除关系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教学内容：教科书P29例3，教科书P29“做一做”。</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（1）进一步理解“倍”的含义，探索“求一个数的几倍是多少”的计算方法，并能运用知识解决简单的实际问题。</w:t>
      </w:r>
    </w:p>
    <w:p>
      <w:pPr>
        <w:spacing w:after="20" w:line="300" w:lineRule="auto"/>
        <w:ind w:firstLine="400"/>
      </w:pPr>
      <w:r>
        <w:rPr>
          <w:rFonts w:ascii="宋体" w:hAnsi="宋体" w:eastAsia="宋体"/>
          <w:b w:val="0"/>
          <w:sz w:val="20"/>
        </w:rPr>
        <w:t>（2）从情境图中提取有用信息，提问并解答，提高理解问题、分析问题、解决问题的能力，培养动手操作和语言表达的能力。</w:t>
      </w:r>
    </w:p>
    <w:p>
      <w:pPr>
        <w:spacing w:after="20" w:line="300" w:lineRule="auto"/>
        <w:ind w:firstLine="400"/>
      </w:pPr>
      <w:r>
        <w:rPr>
          <w:rFonts w:ascii="宋体" w:hAnsi="宋体" w:eastAsia="宋体"/>
          <w:b w:val="0"/>
          <w:sz w:val="20"/>
        </w:rPr>
        <w:t>（3）感受数学与生活的密切联系，体验到生活中处处有数学。</w:t>
      </w:r>
    </w:p>
    <w:p>
      <w:pPr>
        <w:spacing w:after="20" w:line="300" w:lineRule="auto"/>
      </w:pPr>
      <w:r>
        <w:rPr>
          <w:rFonts w:ascii="宋体" w:hAnsi="宋体" w:eastAsia="宋体"/>
          <w:b w:val="0"/>
          <w:sz w:val="20"/>
        </w:rPr>
        <w:t>教学重点：进一步理解“倍”的含义，掌握“求一个数的几倍是多少”的计算方法。</w:t>
      </w:r>
    </w:p>
    <w:p>
      <w:pPr>
        <w:spacing w:after="20" w:line="300" w:lineRule="auto"/>
      </w:pPr>
      <w:r>
        <w:rPr>
          <w:rFonts w:ascii="宋体" w:hAnsi="宋体" w:eastAsia="宋体"/>
          <w:b w:val="0"/>
          <w:sz w:val="20"/>
        </w:rPr>
        <w:t>教学难点：利用画示意图，正确分析数量关系，明确解题思路。</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一、复习引入　　1.复习旧知识。</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如果没有小棒怎么办？你们想知道“求一个数的几倍是多少”的方法吗？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二、优化方法，深入理解“倍”</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你们发现了哪些数学信息？要解决的问题是什么？；你能根据题意画○解决这个问题吗？</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三、巩固应用</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这节课你学到了什么？有哪些收获？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一、复习引入　　1.复习旧知识。</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师：如果没有小棒怎么办？你们想知道“求一个数的几倍是多少”的方法吗？(板书课题：求一个数的几倍是多少)</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创设情境激活学生已有经验，自然引出本课学习内容，激发学习兴趣，核心问题："如果没有小棒怎么办？你们想知道“求一个数的几倍是多少”的方法吗？"</w:t>
            </w:r>
          </w:p>
        </w:tc>
      </w:tr>
      <w:tr>
        <w:tc>
          <w:tcPr>
            <w:tcW w:type="dxa" w:w="1474"/>
          </w:tcPr>
          <w:p>
            <w:pPr>
              <w:spacing w:after="20" w:line="276" w:lineRule="auto"/>
            </w:pPr>
            <w:r>
              <w:rPr>
                <w:b/>
              </w:rPr>
            </w:r>
            <w:r>
              <w:rPr>
                <w:rFonts w:ascii="宋体" w:hAnsi="宋体" w:eastAsia="宋体"/>
                <w:b/>
                <w:sz w:val="18"/>
              </w:rPr>
              <w:t>二、优化方法，深入理解“倍”</w:t>
            </w:r>
          </w:p>
        </w:tc>
        <w:tc>
          <w:tcPr>
            <w:tcW w:type="dxa" w:w="3061"/>
          </w:tcPr>
          <w:p>
            <w:pPr>
              <w:spacing w:after="20" w:line="276" w:lineRule="auto"/>
            </w:pPr>
            <w:r/>
            <w:r>
              <w:rPr>
                <w:rFonts w:ascii="宋体" w:hAnsi="宋体" w:eastAsia="宋体"/>
                <w:b w:val="0"/>
                <w:sz w:val="18"/>
              </w:rPr>
              <w:t>课件出示教科书P29例3。</w:t>
            </w:r>
          </w:p>
          <w:p>
            <w:pPr>
              <w:spacing w:after="20" w:line="276" w:lineRule="auto"/>
            </w:pPr>
            <w:r>
              <w:rPr>
                <w:rFonts w:ascii="宋体" w:hAnsi="宋体" w:eastAsia="宋体"/>
                <w:b w:val="0"/>
                <w:sz w:val="18"/>
              </w:rPr>
              <w:t>李爷爷养了8头牛，养的羊的数量是牛的4倍。李爷爷养了多少只羊？</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师：你们发现了哪些数学信息？要解决的问题是什么？</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(1)画○表示数量关系。</w:t>
            </w:r>
          </w:p>
          <w:p>
            <w:pPr>
              <w:spacing w:after="20" w:line="276" w:lineRule="auto"/>
            </w:pPr>
            <w:r>
              <w:rPr>
                <w:rFonts w:ascii="宋体" w:hAnsi="宋体" w:eastAsia="宋体"/>
                <w:b w:val="0"/>
                <w:sz w:val="18"/>
              </w:rPr>
              <w:t>师：你能根据题意画○解决这个问题吗？说一说，画一画。</w:t>
            </w:r>
          </w:p>
          <w:p>
            <w:pPr>
              <w:spacing w:after="20" w:line="276" w:lineRule="auto"/>
            </w:pPr>
            <w:r>
              <w:rPr>
                <w:rFonts w:ascii="宋体" w:hAnsi="宋体" w:eastAsia="宋体"/>
                <w:b w:val="0"/>
                <w:sz w:val="18"/>
              </w:rPr>
              <w:t>教师适时引导：牛有8头，羊的数量是牛的4倍，也就是有4个8头。</w:t>
            </w:r>
          </w:p>
          <w:p>
            <w:pPr>
              <w:spacing w:after="20" w:line="276" w:lineRule="auto"/>
            </w:pPr>
            <w:r>
              <w:rPr>
                <w:rFonts w:ascii="宋体" w:hAnsi="宋体" w:eastAsia="宋体"/>
                <w:b w:val="0"/>
                <w:sz w:val="18"/>
              </w:rPr>
              <w:t>(2)尝试摆小棒表示数量关系。</w:t>
            </w:r>
          </w:p>
          <w:p>
            <w:pPr>
              <w:spacing w:after="20" w:line="276" w:lineRule="auto"/>
            </w:pPr>
            <w:r>
              <w:rPr>
                <w:rFonts w:ascii="宋体" w:hAnsi="宋体" w:eastAsia="宋体"/>
                <w:b w:val="0"/>
                <w:sz w:val="18"/>
              </w:rPr>
              <w:t>师：刚才画○的过程中，你们有什么感受？如果牛有20头，再用同等数量的○表示数量合适吗？(不合适)那要怎么表示才好呢？</w:t>
            </w:r>
          </w:p>
          <w:p>
            <w:pPr>
              <w:spacing w:after="20" w:line="276" w:lineRule="auto"/>
            </w:pPr>
            <w:r>
              <w:rPr>
                <w:rFonts w:ascii="宋体" w:hAnsi="宋体" w:eastAsia="宋体"/>
                <w:b w:val="0"/>
                <w:sz w:val="18"/>
              </w:rPr>
              <w:t>师：我们可以用1根小棒代替8个○，表示牛的数量。(课件出示)</w:t>
            </w:r>
          </w:p>
          <w:p>
            <w:pPr>
              <w:spacing w:after="20" w:line="276" w:lineRule="auto"/>
            </w:pPr>
            <w:r>
              <w:rPr>
                <w:rFonts w:ascii="宋体" w:hAnsi="宋体" w:eastAsia="宋体"/>
                <w:b w:val="0"/>
                <w:sz w:val="18"/>
              </w:rPr>
              <w:t>师：羊的数量是牛的4倍应该怎样表示呢？谁想来试一试？</w:t>
            </w:r>
          </w:p>
          <w:p>
            <w:pPr>
              <w:spacing w:after="20" w:line="276" w:lineRule="auto"/>
            </w:pPr>
            <w:r>
              <w:rPr>
                <w:rFonts w:ascii="宋体" w:hAnsi="宋体" w:eastAsia="宋体"/>
                <w:b w:val="0"/>
                <w:sz w:val="18"/>
              </w:rPr>
              <w:t>教师根据学生回答同步出示课件。</w:t>
            </w:r>
          </w:p>
          <w:p>
            <w:pPr>
              <w:spacing w:after="20" w:line="276" w:lineRule="auto"/>
            </w:pPr>
            <w:r>
              <w:rPr>
                <w:rFonts w:ascii="宋体" w:hAnsi="宋体" w:eastAsia="宋体"/>
                <w:b w:val="0"/>
                <w:sz w:val="18"/>
              </w:rPr>
              <w:t>师：现在能清晰地看出羊的数量是牛的4倍吗？(能)</w:t>
            </w:r>
          </w:p>
          <w:p>
            <w:pPr>
              <w:spacing w:after="20" w:line="276" w:lineRule="auto"/>
            </w:pPr>
            <w:r>
              <w:rPr>
                <w:rFonts w:ascii="宋体" w:hAnsi="宋体" w:eastAsia="宋体"/>
                <w:b w:val="0"/>
                <w:sz w:val="18"/>
              </w:rPr>
              <w:t>(3)理解小棒图，找到解决问题的策略。</w:t>
            </w:r>
          </w:p>
          <w:p>
            <w:pPr>
              <w:spacing w:after="20" w:line="276" w:lineRule="auto"/>
            </w:pPr>
            <w:r>
              <w:rPr>
                <w:rFonts w:ascii="宋体" w:hAnsi="宋体" w:eastAsia="宋体"/>
                <w:b w:val="0"/>
                <w:sz w:val="18"/>
              </w:rPr>
              <w:t>引导学生从图中看出：要想求羊的数量，就是求4个8是多少，用乘法计算，列式为8×4＝32(只)。(板书)</w:t>
            </w:r>
          </w:p>
          <w:p>
            <w:pPr>
              <w:spacing w:after="20" w:line="276" w:lineRule="auto"/>
            </w:pPr>
            <w:r>
              <w:rPr>
                <w:rFonts w:ascii="宋体" w:hAnsi="宋体" w:eastAsia="宋体"/>
                <w:b w:val="0"/>
                <w:sz w:val="18"/>
              </w:rPr>
              <w:t>师：结合小棒图，同桌互相说一说算式的意义。</w:t>
            </w:r>
          </w:p>
          <w:p>
            <w:pPr>
              <w:spacing w:after="20" w:line="276" w:lineRule="auto"/>
            </w:pPr>
            <w:r>
              <w:rPr>
                <w:rFonts w:ascii="宋体" w:hAnsi="宋体" w:eastAsia="宋体"/>
                <w:b w:val="0"/>
                <w:sz w:val="18"/>
              </w:rPr>
              <w:t>教师板书：8的4倍是多少？―→4个8是多少？</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师：你算的一定是正确的吗？你是怎么想的？</w:t>
            </w:r>
          </w:p>
          <w:p>
            <w:pPr>
              <w:spacing w:after="20" w:line="276" w:lineRule="auto"/>
            </w:pPr>
            <w:r>
              <w:rPr>
                <w:rFonts w:ascii="宋体" w:hAnsi="宋体" w:eastAsia="宋体"/>
                <w:b w:val="0"/>
                <w:sz w:val="18"/>
              </w:rPr>
              <w:t>4．小结。</w:t>
            </w:r>
          </w:p>
          <w:p>
            <w:pPr>
              <w:spacing w:after="20" w:line="276" w:lineRule="auto"/>
            </w:pPr>
            <w:r>
              <w:rPr>
                <w:rFonts w:ascii="宋体" w:hAnsi="宋体" w:eastAsia="宋体"/>
                <w:b w:val="0"/>
                <w:sz w:val="18"/>
              </w:rPr>
              <w:t>师：大家一起回忆解决问题的过程，说一说，解决问题有哪些步骤？用什么方法分析？</w:t>
            </w:r>
          </w:p>
          <w:p>
            <w:pPr>
              <w:spacing w:after="20" w:line="276" w:lineRule="auto"/>
            </w:pPr>
            <w:r>
              <w:rPr>
                <w:rFonts w:ascii="宋体" w:hAnsi="宋体" w:eastAsia="宋体"/>
                <w:b w:val="0"/>
                <w:sz w:val="18"/>
              </w:rPr>
              <w:t>师小结并板书：一个数的几倍＝这个数×几倍数。</w:t>
            </w:r>
          </w:p>
        </w:tc>
        <w:tc>
          <w:tcPr>
            <w:tcW w:type="dxa" w:w="3061"/>
          </w:tcPr>
          <w:p>
            <w:pPr>
              <w:spacing w:after="20" w:line="276" w:lineRule="auto"/>
            </w:pPr>
            <w:r/>
            <w:r>
              <w:rPr>
                <w:rFonts w:ascii="宋体" w:hAnsi="宋体" w:eastAsia="宋体"/>
                <w:b w:val="0"/>
                <w:sz w:val="18"/>
              </w:rPr>
              <w:t>有8头牛，羊的数量是牛的4倍。要解决的问题是“李爷爷养了多少只羊？”。</w:t>
            </w:r>
          </w:p>
          <w:p>
            <w:pPr>
              <w:spacing w:after="20" w:line="276" w:lineRule="auto"/>
            </w:pPr>
            <w:r>
              <w:rPr>
                <w:rFonts w:ascii="宋体" w:hAnsi="宋体" w:eastAsia="宋体"/>
                <w:b w:val="0"/>
                <w:sz w:val="18"/>
              </w:rPr>
              <w:t>画8个○表示8头牛，作为1份，然后画4组8个○表示羊的数量。(教师根据学生回答同步出示课件)</w:t>
            </w:r>
          </w:p>
          <w:p>
            <w:pPr>
              <w:spacing w:after="20" w:line="276" w:lineRule="auto"/>
            </w:pPr>
            <w:r>
              <w:rPr>
                <w:rFonts w:ascii="宋体" w:hAnsi="宋体" w:eastAsia="宋体"/>
                <w:b w:val="0"/>
                <w:sz w:val="18"/>
              </w:rPr>
              <w:t>预设1：1根小棒表示1个8，要用4根小棒表示羊的数量。</w:t>
            </w:r>
          </w:p>
          <w:p>
            <w:pPr>
              <w:spacing w:after="20" w:line="276" w:lineRule="auto"/>
            </w:pPr>
            <w:r>
              <w:rPr>
                <w:rFonts w:ascii="宋体" w:hAnsi="宋体" w:eastAsia="宋体"/>
                <w:b w:val="0"/>
                <w:sz w:val="18"/>
              </w:rPr>
              <w:t>预设2：羊的数量是牛的4倍，就是4个8，要用4根小棒摆。</w:t>
            </w:r>
          </w:p>
          <w:p>
            <w:pPr>
              <w:spacing w:after="20" w:line="276" w:lineRule="auto"/>
            </w:pPr>
            <w:r>
              <w:rPr>
                <w:rFonts w:ascii="宋体" w:hAnsi="宋体" w:eastAsia="宋体"/>
                <w:b w:val="0"/>
                <w:sz w:val="18"/>
              </w:rPr>
              <w:t>羊32只，牛8头，32÷8＝4，说明羊的数量是牛的4倍，解答正确。</w:t>
            </w:r>
          </w:p>
          <w:p>
            <w:pPr>
              <w:spacing w:after="20" w:line="276" w:lineRule="auto"/>
            </w:pPr>
            <w:r>
              <w:rPr>
                <w:rFonts w:ascii="宋体" w:hAnsi="宋体" w:eastAsia="宋体"/>
                <w:b w:val="0"/>
                <w:sz w:val="18"/>
              </w:rPr>
              <w:t>全班讨论怎样解决“求一个数的几倍是多少”的问题。</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围绕环节目标组织学习活动，引导学生主动参与、积极思考，核心问题："你们发现了哪些数学信息？要解决的问题是什么？"</w:t>
            </w:r>
          </w:p>
        </w:tc>
      </w:tr>
      <w:tr>
        <w:tc>
          <w:tcPr>
            <w:tcW w:type="dxa" w:w="1474"/>
          </w:tcPr>
          <w:p>
            <w:pPr>
              <w:spacing w:after="20" w:line="276" w:lineRule="auto"/>
            </w:pPr>
            <w:r>
              <w:rPr>
                <w:b/>
              </w:rPr>
            </w:r>
            <w:r>
              <w:rPr>
                <w:rFonts w:ascii="宋体" w:hAnsi="宋体" w:eastAsia="宋体"/>
                <w:b/>
                <w:sz w:val="18"/>
              </w:rPr>
              <w:t>三、巩固应用</w:t>
            </w:r>
          </w:p>
        </w:tc>
        <w:tc>
          <w:tcPr>
            <w:tcW w:type="dxa" w:w="3061"/>
          </w:tcPr>
          <w:p>
            <w:pPr>
              <w:spacing w:after="20" w:line="276" w:lineRule="auto"/>
            </w:pPr>
            <w:r/>
            <w:r>
              <w:rPr>
                <w:rFonts w:ascii="宋体" w:hAnsi="宋体" w:eastAsia="宋体"/>
                <w:b w:val="0"/>
                <w:sz w:val="18"/>
              </w:rPr>
              <w:t>完成教科书P29“做一做”。</w:t>
            </w:r>
          </w:p>
        </w:tc>
        <w:tc>
          <w:tcPr>
            <w:tcW w:type="dxa" w:w="3061"/>
          </w:tcPr>
          <w:p>
            <w:pPr>
              <w:spacing w:after="20" w:line="276" w:lineRule="auto"/>
            </w:pPr>
            <w:r/>
            <w:r>
              <w:rPr>
                <w:rFonts w:ascii="宋体" w:hAnsi="宋体" w:eastAsia="宋体"/>
                <w:b w:val="0"/>
                <w:sz w:val="18"/>
              </w:rPr>
              <w:t>学生独立完成，集体交流订正。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师：这节课你学到了什么？有哪些收获？举例说明。</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首先从题目中提取“牛的数量”和“倍数关系”等关键信息，培养学生阅读理解、分析问题的能力，通过画○、摆小棒等直观方式，帮助多数学生理解“4倍”就是“4个8”，突破概念理解的难点，引导学生将抽象的倍数问题转化成直观图形，符合低年级学生认知特点，提升数学建模与解决问题的能力。在“回顾反思”环节，让学生用除法验证乘法结果，强化对倍数关系的逆向理解，形成“正向求解——逆向验证”的思维闭环，加深对知识的掌握与运用。</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求一个数的几倍是多少</w:t>
      </w:r>
    </w:p>
    <w:p>
      <w:pPr>
        <w:spacing w:after="40" w:line="300" w:lineRule="auto"/>
      </w:pPr>
      <w:r>
        <w:rPr>
          <w:rFonts w:ascii="宋体" w:hAnsi="宋体" w:eastAsia="宋体"/>
          <w:b w:val="0"/>
          <w:sz w:val="20"/>
        </w:rPr>
        <w:t>8×4＝32(只)</w:t>
      </w:r>
    </w:p>
    <w:p>
      <w:pPr>
        <w:spacing w:after="40" w:line="300" w:lineRule="auto"/>
      </w:pPr>
      <w:r>
        <w:rPr>
          <w:rFonts w:ascii="宋体" w:hAnsi="宋体" w:eastAsia="宋体"/>
          <w:b w:val="0"/>
          <w:sz w:val="20"/>
        </w:rPr>
        <w:t>8的4倍是多少？―→4个8是多少？</w:t>
      </w:r>
    </w:p>
    <w:p>
      <w:pPr>
        <w:spacing w:after="40" w:line="300" w:lineRule="auto"/>
      </w:pPr>
      <w:r>
        <w:rPr>
          <w:rFonts w:ascii="宋体" w:hAnsi="宋体" w:eastAsia="宋体"/>
          <w:b w:val="0"/>
          <w:sz w:val="20"/>
        </w:rPr>
        <w:t>一个数的几倍＝这个数×几倍数。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教科书P29例3，教科书P29“做一做”。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倍”是一个抽象的概念，本节课是在学生掌握了一些倍的初步认识的基础上，依据“有几份”和“几个几”扩展而来的，是通过两个事物的比较，让学生明确：谁和谁比，以谁为1份，谁有谁这样的几份，就是几个几，谁就是谁的几倍。本节课学习先通过画○比较，再通过摆小棒，帮助学生理解题意，解决问题。在教学中要以学生为主体，注重引导，给学生更多独立思考的机会。</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已知一个数的几倍是多少，求这个数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已知一个数的几倍是多少，求这个数</w:t>
            </w:r>
          </w:p>
        </w:tc>
        <w:tc>
          <w:tcPr>
            <w:tcW w:type="dxa" w:w="6009"/>
          </w:tcPr>
          <w:p>
            <w:pPr>
              <w:spacing w:after="20" w:line="276" w:lineRule="auto"/>
            </w:pPr>
            <w:r/>
            <w:r>
              <w:rPr>
                <w:rFonts w:ascii="宋体" w:hAnsi="宋体" w:eastAsia="宋体"/>
                <w:b w:val="0"/>
                <w:sz w:val="20"/>
              </w:rPr>
              <w:t>第2单元 数量间的乘除关系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教学内容：教科书P30例4，教科书P30“做一做”。</w:t>
      </w:r>
    </w:p>
    <w:p>
      <w:pPr>
        <w:spacing w:after="80" w:line="300" w:lineRule="auto"/>
        <w:ind w:firstLine="400"/>
      </w:pPr>
      <w:r>
        <w:rPr>
          <w:rFonts w:ascii="宋体" w:hAnsi="宋体" w:eastAsia="宋体"/>
          <w:b w:val="0"/>
          <w:sz w:val="20"/>
        </w:rPr>
        <w:t>教学准备：课件、直尺、铅笔。</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（1）理解“已知一个数的几倍是多少，求这个数”的数量关系，探索解决此类问题的计算方法，能正确解决简单的实际问题。</w:t>
      </w:r>
    </w:p>
    <w:p>
      <w:pPr>
        <w:spacing w:after="20" w:line="300" w:lineRule="auto"/>
        <w:ind w:firstLine="400"/>
      </w:pPr>
      <w:r>
        <w:rPr>
          <w:rFonts w:ascii="宋体" w:hAnsi="宋体" w:eastAsia="宋体"/>
          <w:b w:val="0"/>
          <w:sz w:val="20"/>
        </w:rPr>
        <w:t>（2）通过画线段图分析问题、解决问题，培养学生的逻辑思维能力和画图分析能力，渗透数形结合思想，提升学生解决实际问题的能力。</w:t>
      </w:r>
    </w:p>
    <w:p>
      <w:pPr>
        <w:spacing w:after="20" w:line="300" w:lineRule="auto"/>
        <w:ind w:firstLine="400"/>
      </w:pPr>
      <w:r>
        <w:rPr>
          <w:rFonts w:ascii="宋体" w:hAnsi="宋体" w:eastAsia="宋体"/>
          <w:b w:val="0"/>
          <w:sz w:val="20"/>
        </w:rPr>
        <w:t>（3）让学生感受数学与生活的紧密联系，在解决问题的过程中获得成功体验，增强学习数学的信心和兴趣。</w:t>
      </w:r>
    </w:p>
    <w:p>
      <w:pPr>
        <w:spacing w:after="20" w:line="300" w:lineRule="auto"/>
      </w:pPr>
      <w:r>
        <w:rPr>
          <w:rFonts w:ascii="宋体" w:hAnsi="宋体" w:eastAsia="宋体"/>
          <w:b w:val="0"/>
          <w:sz w:val="20"/>
        </w:rPr>
        <w:t>教学重点：理解“已知一个数的几倍是多少，求这个数”的含义，掌握用除法解决此类问题的方法。</w:t>
      </w:r>
    </w:p>
    <w:p>
      <w:pPr>
        <w:spacing w:after="20" w:line="300" w:lineRule="auto"/>
      </w:pPr>
      <w:r>
        <w:rPr>
          <w:rFonts w:ascii="宋体" w:hAnsi="宋体" w:eastAsia="宋体"/>
          <w:b w:val="0"/>
          <w:sz w:val="20"/>
        </w:rPr>
        <w:t>教学难点：借助画线段图分析数量关系，帮助解决实际问题。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一、复习引入</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如果第二行小棒没有按2根一份地摆，且也不方便用实物摆，怎样求出第一行小棒的数量呢？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课件、教科书、线段图、小棒</w:t>
            </w:r>
          </w:p>
        </w:tc>
        <w:tc>
          <w:tcPr>
            <w:tcW w:type="dxa" w:w="3402"/>
          </w:tcPr>
          <w:p>
            <w:pPr>
              <w:spacing w:after="20" w:line="276" w:lineRule="auto"/>
            </w:pPr>
            <w:r/>
            <w:r>
              <w:rPr>
                <w:rFonts w:ascii="宋体" w:hAnsi="宋体" w:eastAsia="宋体"/>
                <w:b w:val="0"/>
                <w:sz w:val="18"/>
              </w:rPr>
              <w:t>全班读题，从题目当中，你获得了哪些数学信息？要解决的问题是什么？；一只袋鼠一次跳的距离相当于它体长的6倍，这里把谁看作1份？</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【学情预设】12÷6＝2(米)。(板书)</w:t>
            </w:r>
          </w:p>
        </w:tc>
        <w:tc>
          <w:tcPr>
            <w:tcW w:type="dxa" w:w="1814"/>
          </w:tcPr>
          <w:p>
            <w:pPr>
              <w:spacing w:after="20" w:line="276" w:lineRule="auto"/>
            </w:pPr>
            <w:r/>
            <w:r>
              <w:rPr>
                <w:rFonts w:ascii="宋体" w:hAnsi="宋体" w:eastAsia="宋体"/>
                <w:b w:val="0"/>
                <w:sz w:val="18"/>
              </w:rPr>
              <w:t>线段图、课件</w:t>
            </w:r>
          </w:p>
        </w:tc>
        <w:tc>
          <w:tcPr>
            <w:tcW w:type="dxa" w:w="3402"/>
          </w:tcPr>
          <w:p>
            <w:pPr>
              <w:spacing w:after="20" w:line="276" w:lineRule="auto"/>
            </w:pPr>
            <w:r/>
            <w:r>
              <w:rPr>
                <w:rFonts w:ascii="宋体" w:hAnsi="宋体" w:eastAsia="宋体"/>
                <w:b w:val="0"/>
                <w:sz w:val="18"/>
              </w:rPr>
              <w:t>求得袋鼠体长2米，解答是否正确呢？；对于“已知一个数的几倍是多少，求这个数”的这类问题，应该怎样思考？用什么方法计算？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教科书、线段图、课件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一、复习引入</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师：如果第二行小棒没有按2根一份地摆，且也不方便用实物摆，怎样求出第一行小棒的数量呢？这就是我们今天要学习的内容。(板书课题：已知一个数的几倍是多少，求这个数)</w:t>
            </w:r>
          </w:p>
        </w:tc>
        <w:tc>
          <w:tcPr>
            <w:tcW w:type="dxa" w:w="3061"/>
          </w:tcPr>
          <w:p>
            <w:pPr>
              <w:spacing w:after="20" w:line="276" w:lineRule="auto"/>
            </w:pPr>
            <w:r/>
            <w:r>
              <w:rPr>
                <w:rFonts w:ascii="宋体" w:hAnsi="宋体" w:eastAsia="宋体"/>
                <w:b w:val="0"/>
                <w:sz w:val="18"/>
              </w:rPr>
              <w:t>要使第二行的小棒是第一行的4倍，第二行就要有4个1倍量，第二行有4个2根，所以2根是1倍量，所以第一行摆2根小棒。</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创设情境激活学生已有经验，自然引出本课学习内容，激发学习兴趣，核心问题："如果第二行小棒没有按2根一份地摆，且也不方便用实物摆，怎样求出第一行小棒的数量呢？"</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课件出示教科书P30例4。</w:t>
            </w:r>
          </w:p>
          <w:p>
            <w:pPr>
              <w:spacing w:after="20" w:line="276" w:lineRule="auto"/>
            </w:pPr>
            <w:r>
              <w:rPr>
                <w:rFonts w:ascii="宋体" w:hAnsi="宋体" w:eastAsia="宋体"/>
                <w:b w:val="0"/>
                <w:sz w:val="18"/>
              </w:rPr>
              <w:t>一只袋鼠一次跳了12米，正好相当于它体长的6倍。这只袋鼠体长多少米？</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师：全班读题，从题目当中，你获得了哪些数学信息？要解决的问题是什么？</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(1)画线段图表示数量关系。</w:t>
            </w:r>
          </w:p>
          <w:p>
            <w:pPr>
              <w:spacing w:after="20" w:line="276" w:lineRule="auto"/>
            </w:pPr>
            <w:r>
              <w:rPr>
                <w:rFonts w:ascii="宋体" w:hAnsi="宋体" w:eastAsia="宋体"/>
                <w:b w:val="0"/>
                <w:sz w:val="18"/>
              </w:rPr>
              <w:t>师：一只袋鼠一次跳的距离相当于它体长的6倍，这里把谁看作1份？</w:t>
            </w:r>
          </w:p>
          <w:p>
            <w:pPr>
              <w:spacing w:after="20" w:line="276" w:lineRule="auto"/>
            </w:pPr>
            <w:r>
              <w:rPr>
                <w:rFonts w:ascii="宋体" w:hAnsi="宋体" w:eastAsia="宋体"/>
                <w:b w:val="0"/>
                <w:sz w:val="18"/>
              </w:rPr>
              <w:t>师：袋鼠一次跳的距离用几份表示？</w:t>
            </w:r>
          </w:p>
          <w:p>
            <w:pPr>
              <w:spacing w:after="20" w:line="276" w:lineRule="auto"/>
            </w:pPr>
            <w:r>
              <w:rPr>
                <w:rFonts w:ascii="宋体" w:hAnsi="宋体" w:eastAsia="宋体"/>
                <w:b w:val="0"/>
                <w:sz w:val="18"/>
              </w:rPr>
              <w:t>师：上节课我们通过摆小棒表示两个数量之间的倍数关系，也比较麻烦，今天我们用更简单的表示方法——画线段图，用线段图代替小棒，更加方便。怎样画图呢？我们先确定袋鼠的体长，也就是1份画多长。</w:t>
            </w:r>
          </w:p>
          <w:p>
            <w:pPr>
              <w:spacing w:after="20" w:line="276" w:lineRule="auto"/>
            </w:pPr>
            <w:r>
              <w:rPr>
                <w:rFonts w:ascii="宋体" w:hAnsi="宋体" w:eastAsia="宋体"/>
                <w:b w:val="0"/>
                <w:sz w:val="18"/>
              </w:rPr>
              <w:t>师：袋鼠的体长是一个未知数，所以我们画线段图的时候，不能明确具体是多少，这条线段只能用“？”表示。(课件出示)</w:t>
            </w:r>
          </w:p>
          <w:p>
            <w:pPr>
              <w:spacing w:after="20" w:line="276" w:lineRule="auto"/>
            </w:pPr>
            <w:r>
              <w:rPr>
                <w:rFonts w:ascii="宋体" w:hAnsi="宋体" w:eastAsia="宋体"/>
                <w:b w:val="0"/>
                <w:sz w:val="18"/>
              </w:rPr>
              <w:t>师：袋鼠一次跳的距离该怎样画？</w:t>
            </w:r>
          </w:p>
          <w:p>
            <w:pPr>
              <w:spacing w:after="20" w:line="276" w:lineRule="auto"/>
            </w:pPr>
            <w:r>
              <w:rPr>
                <w:rFonts w:ascii="宋体" w:hAnsi="宋体" w:eastAsia="宋体"/>
                <w:b w:val="0"/>
                <w:sz w:val="18"/>
              </w:rPr>
              <w:t>师：画这6份的时候要注意，每一份的长度要相等，首尾相连，不能长短不一。同时在线段图上用文字简明地标出相关信息。(课件出示)</w:t>
            </w:r>
          </w:p>
          <w:p>
            <w:pPr>
              <w:spacing w:after="20" w:line="276" w:lineRule="auto"/>
            </w:pPr>
            <w:r>
              <w:rPr>
                <w:rFonts w:ascii="宋体" w:hAnsi="宋体" w:eastAsia="宋体"/>
                <w:b w:val="0"/>
                <w:sz w:val="18"/>
              </w:rPr>
              <w:t>(2)列式计算。</w:t>
            </w:r>
          </w:p>
          <w:p>
            <w:pPr>
              <w:spacing w:after="20" w:line="276" w:lineRule="auto"/>
            </w:pPr>
            <w:r>
              <w:rPr>
                <w:rFonts w:ascii="宋体" w:hAnsi="宋体" w:eastAsia="宋体"/>
                <w:b w:val="0"/>
                <w:sz w:val="18"/>
              </w:rPr>
              <w:t>师：从题意和线段图我们知道：6份是12米，要求1份，用什么方法计算？为什么？</w:t>
            </w:r>
          </w:p>
          <w:p>
            <w:pPr>
              <w:spacing w:after="20" w:line="276" w:lineRule="auto"/>
            </w:pPr>
            <w:r>
              <w:rPr>
                <w:rFonts w:ascii="宋体" w:hAnsi="宋体" w:eastAsia="宋体"/>
                <w:b w:val="0"/>
                <w:sz w:val="18"/>
              </w:rPr>
              <w:t>师：怎样列式？</w:t>
            </w:r>
          </w:p>
        </w:tc>
        <w:tc>
          <w:tcPr>
            <w:tcW w:type="dxa" w:w="3061"/>
          </w:tcPr>
          <w:p>
            <w:pPr>
              <w:spacing w:after="20" w:line="276" w:lineRule="auto"/>
            </w:pPr>
            <w:r/>
            <w:r>
              <w:rPr>
                <w:rFonts w:ascii="宋体" w:hAnsi="宋体" w:eastAsia="宋体"/>
                <w:b w:val="0"/>
                <w:sz w:val="18"/>
              </w:rPr>
              <w:t>袋鼠一次跳的距离是12米，袋鼠一次跳的距离是它的体长的6倍。要解决的问题是“这只袋鼠体长多少米？”。</w:t>
            </w:r>
          </w:p>
          <w:p>
            <w:pPr>
              <w:spacing w:after="20" w:line="276" w:lineRule="auto"/>
            </w:pPr>
            <w:r>
              <w:rPr>
                <w:rFonts w:ascii="宋体" w:hAnsi="宋体" w:eastAsia="宋体"/>
                <w:b w:val="0"/>
                <w:sz w:val="18"/>
              </w:rPr>
              <w:t>把这只袋鼠的体长看作1份。</w:t>
            </w:r>
          </w:p>
          <w:p>
            <w:pPr>
              <w:spacing w:after="20" w:line="276" w:lineRule="auto"/>
            </w:pPr>
            <w:r>
              <w:rPr>
                <w:rFonts w:ascii="宋体" w:hAnsi="宋体" w:eastAsia="宋体"/>
                <w:b w:val="0"/>
                <w:sz w:val="18"/>
              </w:rPr>
              <w:t>用6份表示。</w:t>
            </w:r>
          </w:p>
          <w:p>
            <w:pPr>
              <w:spacing w:after="20" w:line="276" w:lineRule="auto"/>
            </w:pPr>
            <w:r>
              <w:rPr>
                <w:rFonts w:ascii="宋体" w:hAnsi="宋体" w:eastAsia="宋体"/>
                <w:b w:val="0"/>
                <w:sz w:val="18"/>
              </w:rPr>
              <w:t>画6个体长这么长，也就是画这样的6份。</w:t>
            </w:r>
          </w:p>
          <w:p>
            <w:pPr>
              <w:spacing w:after="20" w:line="276" w:lineRule="auto"/>
            </w:pPr>
            <w:r>
              <w:rPr>
                <w:rFonts w:ascii="宋体" w:hAnsi="宋体" w:eastAsia="宋体"/>
                <w:b w:val="0"/>
                <w:sz w:val="18"/>
              </w:rPr>
              <w:t>可以想成“把12米平均分成6份，每份是多少？”求平均分用除法计算。</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设计递进式探究活动，引导学生在动手实践与合作交流中经历知识形成过程，突破本课重难点，核心问题："全班读题，从题目当中，你获得了哪些数学信息？要解决的问题是什么？"</w:t>
            </w:r>
          </w:p>
        </w:tc>
      </w:tr>
      <w:tr>
        <w:tc>
          <w:tcPr>
            <w:tcW w:type="dxa" w:w="1474"/>
          </w:tcPr>
          <w:p>
            <w:pPr>
              <w:spacing w:after="20" w:line="276" w:lineRule="auto"/>
            </w:pPr>
            <w:r>
              <w:rPr>
                <w:b/>
              </w:rPr>
            </w:r>
            <w:r>
              <w:rPr>
                <w:rFonts w:ascii="宋体" w:hAnsi="宋体" w:eastAsia="宋体"/>
                <w:b/>
                <w:sz w:val="18"/>
              </w:rPr>
              <w:t>【学情预设】12÷6＝2(米)。(板书)</w:t>
            </w:r>
          </w:p>
        </w:tc>
        <w:tc>
          <w:tcPr>
            <w:tcW w:type="dxa" w:w="3061"/>
          </w:tcPr>
          <w:p>
            <w:pPr>
              <w:spacing w:after="20" w:line="276" w:lineRule="auto"/>
            </w:pPr>
            <w:r/>
            <w:r>
              <w:rPr>
                <w:rFonts w:ascii="宋体" w:hAnsi="宋体" w:eastAsia="宋体"/>
                <w:b w:val="0"/>
                <w:sz w:val="18"/>
              </w:rPr>
              <w:t>3．回顾反思。</w:t>
            </w:r>
          </w:p>
          <w:p>
            <w:pPr>
              <w:spacing w:after="20" w:line="276" w:lineRule="auto"/>
            </w:pPr>
            <w:r>
              <w:rPr>
                <w:rFonts w:ascii="宋体" w:hAnsi="宋体" w:eastAsia="宋体"/>
                <w:b w:val="0"/>
                <w:sz w:val="18"/>
              </w:rPr>
              <w:t>师：求得袋鼠体长2米，解答是否正确呢？</w:t>
            </w:r>
          </w:p>
          <w:p>
            <w:pPr>
              <w:spacing w:after="20" w:line="276" w:lineRule="auto"/>
            </w:pPr>
            <w:r>
              <w:rPr>
                <w:rFonts w:ascii="宋体" w:hAnsi="宋体" w:eastAsia="宋体"/>
                <w:b w:val="0"/>
                <w:sz w:val="18"/>
              </w:rPr>
              <w:t>4．小结。</w:t>
            </w:r>
          </w:p>
          <w:p>
            <w:pPr>
              <w:spacing w:after="20" w:line="276" w:lineRule="auto"/>
            </w:pPr>
            <w:r>
              <w:rPr>
                <w:rFonts w:ascii="宋体" w:hAnsi="宋体" w:eastAsia="宋体"/>
                <w:b w:val="0"/>
                <w:sz w:val="18"/>
              </w:rPr>
              <w:t>师：对于“已知一个数的几倍是多少，求这个数”的这类问题，应该怎样思考？用什么方法计算？</w:t>
            </w:r>
          </w:p>
          <w:p>
            <w:pPr>
              <w:spacing w:after="20" w:line="276" w:lineRule="auto"/>
            </w:pPr>
            <w:r>
              <w:rPr>
                <w:rFonts w:ascii="宋体" w:hAnsi="宋体" w:eastAsia="宋体"/>
                <w:b w:val="0"/>
                <w:sz w:val="18"/>
              </w:rPr>
              <w:t>师：可以用“总数÷总份数＝每份数”来解决这类问题。(教师适时板书)</w:t>
            </w:r>
          </w:p>
        </w:tc>
        <w:tc>
          <w:tcPr>
            <w:tcW w:type="dxa" w:w="3061"/>
          </w:tcPr>
          <w:p>
            <w:pPr>
              <w:spacing w:after="20" w:line="276" w:lineRule="auto"/>
            </w:pPr>
            <w:r/>
            <w:r>
              <w:rPr>
                <w:rFonts w:ascii="宋体" w:hAnsi="宋体" w:eastAsia="宋体"/>
                <w:b w:val="0"/>
                <w:sz w:val="18"/>
              </w:rPr>
              <w:t>将体长2米代入到题目中，根据题意：袋鼠一次跳的距离是体长的6倍，2×6＝12(米)，正好是它跳的距离。符合题意，解答正确。</w:t>
            </w:r>
          </w:p>
          <w:p>
            <w:pPr>
              <w:spacing w:after="20" w:line="276" w:lineRule="auto"/>
            </w:pPr>
            <w:r>
              <w:rPr>
                <w:rFonts w:ascii="宋体" w:hAnsi="宋体" w:eastAsia="宋体"/>
                <w:b w:val="0"/>
                <w:sz w:val="18"/>
              </w:rPr>
              <w:t>预设1：先找1倍量，再找几倍量，根据它们之间的倍数关系画线段图分析。</w:t>
            </w:r>
          </w:p>
          <w:p>
            <w:pPr>
              <w:spacing w:after="20" w:line="276" w:lineRule="auto"/>
            </w:pPr>
            <w:r>
              <w:rPr>
                <w:rFonts w:ascii="宋体" w:hAnsi="宋体" w:eastAsia="宋体"/>
                <w:b w:val="0"/>
                <w:sz w:val="18"/>
              </w:rPr>
              <w:t>预设2：用除法计算。</w:t>
            </w:r>
          </w:p>
        </w:tc>
        <w:tc>
          <w:tcPr>
            <w:tcW w:type="dxa" w:w="1814"/>
          </w:tcPr>
          <w:p>
            <w:pPr>
              <w:spacing w:after="20" w:line="276" w:lineRule="auto"/>
            </w:pPr>
            <w:r/>
            <w:r>
              <w:rPr>
                <w:rFonts w:ascii="宋体" w:hAnsi="宋体" w:eastAsia="宋体"/>
                <w:b w:val="0"/>
                <w:sz w:val="18"/>
              </w:rPr>
              <w:t>围绕环节目标组织学习活动，引导学生主动参与、积极思考，核心问题："求得袋鼠体长2米，解答是否正确呢？"</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完成教科书P30“做一做”。</w:t>
            </w:r>
          </w:p>
          <w:p>
            <w:pPr>
              <w:spacing w:after="20" w:line="276" w:lineRule="auto"/>
            </w:pPr>
            <w:r>
              <w:rPr>
                <w:rFonts w:ascii="宋体" w:hAnsi="宋体" w:eastAsia="宋体"/>
                <w:b w:val="0"/>
                <w:sz w:val="18"/>
              </w:rPr>
              <w:t>引导学生找准1倍量以及轮船长和鲸体长之间的倍数关系，先试着画线段图分析，再列式解答。</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直观的小棒图开课作为新知识的铺垫，串联倍数关系的逆向和正向思考。然后通过线段图直观建模，将抽象文字转化为图形关系，突破“已知倍数求原数”的理解难点，帮助学生构建完整的倍数问题知识体系，实现知识的迁移与深化。画线段图帮助学生分析题意，渗透数形结合思想，让学生在“理解——分析——解决——验证”流程中，提升数学思维的严密性与灵活性。</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已知一个数的几倍是多少，求这个数</w:t>
      </w:r>
    </w:p>
    <w:p>
      <w:pPr>
        <w:spacing w:after="40" w:line="300" w:lineRule="auto"/>
      </w:pPr>
      <w:r>
        <w:rPr>
          <w:rFonts w:ascii="宋体" w:hAnsi="宋体" w:eastAsia="宋体"/>
          <w:b w:val="0"/>
          <w:sz w:val="20"/>
        </w:rPr>
        <w:t>12÷6＝2(米)</w:t>
      </w:r>
    </w:p>
    <w:p>
      <w:pPr>
        <w:spacing w:after="40" w:line="300" w:lineRule="auto"/>
      </w:pPr>
      <w:r>
        <w:rPr>
          <w:rFonts w:ascii="宋体" w:hAnsi="宋体" w:eastAsia="宋体"/>
          <w:b w:val="0"/>
          <w:sz w:val="20"/>
        </w:rPr>
        <w:t>总数÷总份数＝每份数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教科书P30例4，教科书P30“做一做”。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小棒图和线段图有效帮助多数学生理解倍数关系与除法运算意义，但部分学生画线段图仍不规范，对数量关系理解停留在模仿。后续需加强线段图专项指导，多提供生活实例，让学生在应用中强化理解，提升教学效果，助力学生数学思维与能力全面发展。</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连续两问的实际问题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连续两问的实际问题</w:t>
            </w:r>
          </w:p>
        </w:tc>
        <w:tc>
          <w:tcPr>
            <w:tcW w:type="dxa" w:w="6009"/>
          </w:tcPr>
          <w:p>
            <w:pPr>
              <w:spacing w:after="20" w:line="276" w:lineRule="auto"/>
            </w:pPr>
            <w:r/>
            <w:r>
              <w:rPr>
                <w:rFonts w:ascii="宋体" w:hAnsi="宋体" w:eastAsia="宋体"/>
                <w:b w:val="0"/>
                <w:sz w:val="20"/>
              </w:rPr>
              <w:t>第2单元 数量间的乘除关系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教学内容：教科书P33例5，教科书P35“做一做”第1题，教科书P36“练一练”第1题。</w:t>
      </w:r>
    </w:p>
    <w:p>
      <w:pPr>
        <w:spacing w:after="80" w:line="300" w:lineRule="auto"/>
        <w:ind w:firstLine="400"/>
      </w:pPr>
      <w:r>
        <w:rPr>
          <w:rFonts w:ascii="宋体" w:hAnsi="宋体" w:eastAsia="宋体"/>
          <w:b w:val="0"/>
          <w:sz w:val="20"/>
        </w:rPr>
        <w:t>教学准备：课件、直尺、铅笔。</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（1）学生能理解倍数关系在实际问题中的应用，掌握含有倍数关系的两步计算的解决问题，且能正确列式并计算。</w:t>
      </w:r>
    </w:p>
    <w:p>
      <w:pPr>
        <w:spacing w:after="20" w:line="300" w:lineRule="auto"/>
        <w:ind w:firstLine="400"/>
      </w:pPr>
      <w:r>
        <w:rPr>
          <w:rFonts w:ascii="宋体" w:hAnsi="宋体" w:eastAsia="宋体"/>
          <w:b w:val="0"/>
          <w:sz w:val="20"/>
        </w:rPr>
        <w:t>（2）通过画图分析数量关系，培养学生的数形结合思想和分析、解决问题的能力，提升逻辑思维。</w:t>
      </w:r>
    </w:p>
    <w:p>
      <w:pPr>
        <w:spacing w:after="20" w:line="300" w:lineRule="auto"/>
        <w:ind w:firstLine="400"/>
      </w:pPr>
      <w:r>
        <w:rPr>
          <w:rFonts w:ascii="宋体" w:hAnsi="宋体" w:eastAsia="宋体"/>
          <w:b w:val="0"/>
          <w:sz w:val="20"/>
        </w:rPr>
        <w:t>（3）让学生感受数学与生活的联系，在解决问题中获得成就感，激发学习数学的兴趣。</w:t>
      </w:r>
    </w:p>
    <w:p>
      <w:pPr>
        <w:spacing w:after="20" w:line="300" w:lineRule="auto"/>
      </w:pPr>
      <w:r>
        <w:rPr>
          <w:rFonts w:ascii="宋体" w:hAnsi="宋体" w:eastAsia="宋体"/>
          <w:b w:val="0"/>
          <w:sz w:val="20"/>
        </w:rPr>
        <w:t>教学重点：理解“求一个数的几倍是多少”的乘法运算是求两数总和的一个先决条件。</w:t>
      </w:r>
    </w:p>
    <w:p>
      <w:pPr>
        <w:spacing w:after="20" w:line="300" w:lineRule="auto"/>
      </w:pPr>
      <w:r>
        <w:rPr>
          <w:rFonts w:ascii="宋体" w:hAnsi="宋体" w:eastAsia="宋体"/>
          <w:b w:val="0"/>
          <w:sz w:val="20"/>
        </w:rPr>
        <w:t>教学难点：借助画图梳理数量关系，能准确分析倍数关系。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前面我们学习了解决“求一个数的几倍是多少”的问题，这类问题用什么方法计算？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通过读题，你获得了哪些数学信息？要解决的问题是什么？；从题目当中的哪句话可以找到1倍量？</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【学情预设】7×3＝21(个)。(板书)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怎样求金鱼灯笼和兔子灯笼一共买了多少个？</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【学情预设】把两种灯笼的数量合起来。(板书)</w:t>
            </w:r>
          </w:p>
        </w:tc>
        <w:tc>
          <w:tcPr>
            <w:tcW w:type="dxa" w:w="1814"/>
          </w:tcPr>
          <w:p>
            <w:pPr>
              <w:spacing w:after="20" w:line="276" w:lineRule="auto"/>
            </w:pPr>
            <w:r/>
            <w:r>
              <w:rPr>
                <w:rFonts w:ascii="宋体" w:hAnsi="宋体" w:eastAsia="宋体"/>
                <w:b w:val="0"/>
                <w:sz w:val="18"/>
              </w:rPr>
              <w:t>线段图、课件</w:t>
            </w:r>
          </w:p>
        </w:tc>
        <w:tc>
          <w:tcPr>
            <w:tcW w:type="dxa" w:w="3402"/>
          </w:tcPr>
          <w:p>
            <w:pPr>
              <w:spacing w:after="20" w:line="276" w:lineRule="auto"/>
            </w:pPr>
            <w:r/>
            <w:r>
              <w:rPr>
                <w:rFonts w:ascii="宋体" w:hAnsi="宋体" w:eastAsia="宋体"/>
                <w:b w:val="0"/>
                <w:sz w:val="18"/>
              </w:rPr>
              <w:t>解决第二问，应该怎样列式计算？；解决这道题要注意什么？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一、谈话引入</w:t>
            </w:r>
          </w:p>
        </w:tc>
        <w:tc>
          <w:tcPr>
            <w:tcW w:type="dxa" w:w="3061"/>
          </w:tcPr>
          <w:p>
            <w:pPr>
              <w:spacing w:after="20" w:line="276" w:lineRule="auto"/>
            </w:pPr>
            <w:r/>
            <w:r>
              <w:rPr>
                <w:rFonts w:ascii="宋体" w:hAnsi="宋体" w:eastAsia="宋体"/>
                <w:b w:val="0"/>
                <w:sz w:val="18"/>
              </w:rPr>
              <w:t>师：前面我们学习了解决“求一个数的几倍是多少”的问题，这类问题用什么方法计算？</w:t>
            </w:r>
          </w:p>
          <w:p>
            <w:pPr>
              <w:spacing w:after="20" w:line="276" w:lineRule="auto"/>
            </w:pPr>
            <w:r>
              <w:rPr>
                <w:rFonts w:ascii="宋体" w:hAnsi="宋体" w:eastAsia="宋体"/>
                <w:b w:val="0"/>
                <w:sz w:val="18"/>
              </w:rPr>
              <w:t>师：今天我们继续学习有关这个内容的问题。(板书课题：连续两问的实际问题)</w:t>
            </w:r>
          </w:p>
        </w:tc>
        <w:tc>
          <w:tcPr>
            <w:tcW w:type="dxa" w:w="3061"/>
          </w:tcPr>
          <w:p>
            <w:pPr>
              <w:spacing w:after="20" w:line="276" w:lineRule="auto"/>
            </w:pPr>
            <w:r/>
            <w:r>
              <w:rPr>
                <w:rFonts w:ascii="宋体" w:hAnsi="宋体" w:eastAsia="宋体"/>
                <w:b w:val="0"/>
                <w:sz w:val="18"/>
              </w:rPr>
              <w:t>用乘法计算，一个数的几倍＝这个数×几倍数。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创设情境激活学生已有经验，自然引出本课学习内容，激发学习兴趣，核心问题："前面我们学习了解决“求一个数的几倍是多少”的问题，这类问题用什么方法计算？"</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师：学校要举办元宵灯会，同学们一起用灯笼布置教室。</w:t>
            </w:r>
          </w:p>
          <w:p>
            <w:pPr>
              <w:spacing w:after="20" w:line="276" w:lineRule="auto"/>
            </w:pPr>
            <w:r>
              <w:rPr>
                <w:rFonts w:ascii="宋体" w:hAnsi="宋体" w:eastAsia="宋体"/>
                <w:b w:val="0"/>
                <w:sz w:val="18"/>
              </w:rPr>
              <w:t>课件出示教科书P33例5，全班读题。</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师：通过读题，你获得了哪些数学信息？要解决的问题是什么？</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(1)分析数量关系，画线段图。</w:t>
            </w:r>
          </w:p>
          <w:p>
            <w:pPr>
              <w:spacing w:after="20" w:line="276" w:lineRule="auto"/>
            </w:pPr>
            <w:r>
              <w:rPr>
                <w:rFonts w:ascii="宋体" w:hAnsi="宋体" w:eastAsia="宋体"/>
                <w:b w:val="0"/>
                <w:sz w:val="18"/>
              </w:rPr>
              <w:t>师：金鱼灯笼和兔子灯笼之间存在着倍数关系，我们也可以用上节课的分析方法，通过画线段图梳理它们之间的数量关系。</w:t>
            </w:r>
          </w:p>
          <w:p>
            <w:pPr>
              <w:spacing w:after="20" w:line="276" w:lineRule="auto"/>
            </w:pPr>
            <w:r>
              <w:rPr>
                <w:rFonts w:ascii="宋体" w:hAnsi="宋体" w:eastAsia="宋体"/>
                <w:b w:val="0"/>
                <w:sz w:val="18"/>
              </w:rPr>
              <w:t>师：从题目当中的哪句话可以找到1倍量？</w:t>
            </w:r>
          </w:p>
          <w:p>
            <w:pPr>
              <w:spacing w:after="20" w:line="276" w:lineRule="auto"/>
            </w:pPr>
            <w:r>
              <w:rPr>
                <w:rFonts w:ascii="宋体" w:hAnsi="宋体" w:eastAsia="宋体"/>
                <w:b w:val="0"/>
                <w:sz w:val="18"/>
              </w:rPr>
              <w:t>师：在画图的时候，就用一条线段表示7个兔子灯笼。(课件出示)</w:t>
            </w:r>
          </w:p>
          <w:p>
            <w:pPr>
              <w:spacing w:after="20" w:line="276" w:lineRule="auto"/>
            </w:pPr>
            <w:r>
              <w:rPr>
                <w:rFonts w:ascii="宋体" w:hAnsi="宋体" w:eastAsia="宋体"/>
                <w:b w:val="0"/>
                <w:sz w:val="18"/>
              </w:rPr>
              <w:t>师：怎样用线段图表示金鱼灯笼的数量呢？小组讨论一下。</w:t>
            </w:r>
          </w:p>
          <w:p>
            <w:pPr>
              <w:spacing w:after="20" w:line="276" w:lineRule="auto"/>
            </w:pPr>
            <w:r>
              <w:rPr>
                <w:rFonts w:ascii="宋体" w:hAnsi="宋体" w:eastAsia="宋体"/>
                <w:b w:val="0"/>
                <w:sz w:val="18"/>
              </w:rPr>
              <w:t>师：请同学们画线段图表示金鱼灯笼的数量，注意要在金鱼灯笼的线段图上标明与兔子灯笼数量之间的倍数关系，要求的数量用“？”表示。</w:t>
            </w:r>
          </w:p>
          <w:p>
            <w:pPr>
              <w:spacing w:after="20" w:line="276" w:lineRule="auto"/>
            </w:pPr>
            <w:r>
              <w:rPr>
                <w:rFonts w:ascii="宋体" w:hAnsi="宋体" w:eastAsia="宋体"/>
                <w:b w:val="0"/>
                <w:sz w:val="18"/>
              </w:rPr>
              <w:t>(2)解决第一问。</w:t>
            </w:r>
          </w:p>
          <w:p>
            <w:pPr>
              <w:spacing w:after="20" w:line="276" w:lineRule="auto"/>
            </w:pPr>
            <w:r>
              <w:rPr>
                <w:rFonts w:ascii="宋体" w:hAnsi="宋体" w:eastAsia="宋体"/>
                <w:b w:val="0"/>
                <w:sz w:val="18"/>
              </w:rPr>
              <w:t>师：说一说怎样求金鱼灯笼的数量？</w:t>
            </w:r>
          </w:p>
          <w:p>
            <w:pPr>
              <w:spacing w:after="20" w:line="276" w:lineRule="auto"/>
            </w:pPr>
            <w:r>
              <w:rPr>
                <w:rFonts w:ascii="宋体" w:hAnsi="宋体" w:eastAsia="宋体"/>
                <w:b w:val="0"/>
                <w:sz w:val="18"/>
              </w:rPr>
              <w:t>师：怎样列式？</w:t>
            </w:r>
          </w:p>
        </w:tc>
        <w:tc>
          <w:tcPr>
            <w:tcW w:type="dxa" w:w="3061"/>
          </w:tcPr>
          <w:p>
            <w:pPr>
              <w:spacing w:after="20" w:line="276" w:lineRule="auto"/>
            </w:pPr>
            <w:r/>
            <w:r>
              <w:rPr>
                <w:rFonts w:ascii="宋体" w:hAnsi="宋体" w:eastAsia="宋体"/>
                <w:b w:val="0"/>
                <w:sz w:val="18"/>
              </w:rPr>
              <w:t>兔子灯笼买了7个，买的金鱼灯笼的数量是兔子灯笼的3倍；要解决的问题是“买了多少个金鱼灯笼？”“金鱼灯笼和兔子灯笼一共买了多少个？”。</w:t>
            </w:r>
          </w:p>
          <w:p>
            <w:pPr>
              <w:spacing w:after="20" w:line="276" w:lineRule="auto"/>
            </w:pPr>
            <w:r>
              <w:rPr>
                <w:rFonts w:ascii="宋体" w:hAnsi="宋体" w:eastAsia="宋体"/>
                <w:b w:val="0"/>
                <w:sz w:val="18"/>
              </w:rPr>
              <w:t>从“买的金鱼灯笼的数量是兔子灯笼的3倍”可以知道，兔子灯笼的数量是1倍量。</w:t>
            </w:r>
          </w:p>
          <w:p>
            <w:pPr>
              <w:spacing w:after="20" w:line="276" w:lineRule="auto"/>
            </w:pPr>
            <w:r>
              <w:rPr>
                <w:rFonts w:ascii="宋体" w:hAnsi="宋体" w:eastAsia="宋体"/>
                <w:b w:val="0"/>
                <w:sz w:val="18"/>
              </w:rPr>
              <w:t>预设1：金鱼灯笼的数量是兔子灯笼的3倍，就有3个7，所以要画三条跟兔子灯笼同样长的线段。</w:t>
            </w:r>
          </w:p>
          <w:p>
            <w:pPr>
              <w:spacing w:after="20" w:line="276" w:lineRule="auto"/>
            </w:pPr>
            <w:r>
              <w:rPr>
                <w:rFonts w:ascii="宋体" w:hAnsi="宋体" w:eastAsia="宋体"/>
                <w:b w:val="0"/>
                <w:sz w:val="18"/>
              </w:rPr>
              <w:t>预设2：连续画出三条与兔子灯笼同样长的线段表示金鱼灯笼的数量。</w:t>
            </w:r>
          </w:p>
          <w:p>
            <w:pPr>
              <w:spacing w:after="20" w:line="276" w:lineRule="auto"/>
            </w:pPr>
            <w:r>
              <w:rPr>
                <w:rFonts w:ascii="宋体" w:hAnsi="宋体" w:eastAsia="宋体"/>
                <w:b w:val="0"/>
                <w:sz w:val="18"/>
              </w:rPr>
              <w:t>学生画完后，教师课件出示表示金鱼灯笼数量的线段图。</w:t>
            </w:r>
          </w:p>
          <w:p>
            <w:pPr>
              <w:spacing w:after="20" w:line="276" w:lineRule="auto"/>
            </w:pPr>
            <w:r>
              <w:rPr>
                <w:rFonts w:ascii="宋体" w:hAnsi="宋体" w:eastAsia="宋体"/>
                <w:b w:val="0"/>
                <w:sz w:val="18"/>
              </w:rPr>
              <w:t>预设1：兔子灯笼7个，金鱼灯笼的数量是兔子灯笼的3倍，就是求7的3倍是多少，用乘法计算。(板书：7的3倍是多少？)</w:t>
            </w:r>
          </w:p>
          <w:p>
            <w:pPr>
              <w:spacing w:after="20" w:line="276" w:lineRule="auto"/>
            </w:pPr>
            <w:r>
              <w:rPr>
                <w:rFonts w:ascii="宋体" w:hAnsi="宋体" w:eastAsia="宋体"/>
                <w:b w:val="0"/>
                <w:sz w:val="18"/>
              </w:rPr>
              <w:t>预设2：求3个7是多少。</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设计递进式探究活动，引导学生在动手实践与合作交流中经历知识形成过程，突破本课重难点，核心问题："通过读题，你获得了哪些数学信息？要解决的问题是什么？"</w:t>
            </w:r>
          </w:p>
        </w:tc>
      </w:tr>
      <w:tr>
        <w:tc>
          <w:tcPr>
            <w:tcW w:type="dxa" w:w="1474"/>
          </w:tcPr>
          <w:p>
            <w:pPr>
              <w:spacing w:after="20" w:line="276" w:lineRule="auto"/>
            </w:pPr>
            <w:r>
              <w:rPr>
                <w:b/>
              </w:rPr>
            </w:r>
            <w:r>
              <w:rPr>
                <w:rFonts w:ascii="宋体" w:hAnsi="宋体" w:eastAsia="宋体"/>
                <w:b/>
                <w:sz w:val="18"/>
              </w:rPr>
              <w:t>【学情预设】7×3＝21(个)。(板书)</w:t>
            </w:r>
          </w:p>
        </w:tc>
        <w:tc>
          <w:tcPr>
            <w:tcW w:type="dxa" w:w="3061"/>
          </w:tcPr>
          <w:p>
            <w:pPr>
              <w:spacing w:after="20" w:line="276" w:lineRule="auto"/>
            </w:pPr>
            <w:r/>
            <w:r>
              <w:rPr>
                <w:rFonts w:ascii="宋体" w:hAnsi="宋体" w:eastAsia="宋体"/>
                <w:b w:val="0"/>
                <w:sz w:val="18"/>
              </w:rPr>
              <w:t>(3)解决第二问。</w:t>
            </w:r>
          </w:p>
          <w:p>
            <w:pPr>
              <w:spacing w:after="20" w:line="276" w:lineRule="auto"/>
            </w:pPr>
            <w:r>
              <w:rPr>
                <w:rFonts w:ascii="宋体" w:hAnsi="宋体" w:eastAsia="宋体"/>
                <w:b w:val="0"/>
                <w:sz w:val="18"/>
              </w:rPr>
              <w:t>师：怎样求金鱼灯笼和兔子灯笼一共买了多少个？</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围绕环节目标组织学习活动，引导学生主动参与、积极思考，核心问题："怎样求金鱼灯笼和兔子灯笼一共买了多少个？"</w:t>
            </w:r>
          </w:p>
        </w:tc>
      </w:tr>
      <w:tr>
        <w:tc>
          <w:tcPr>
            <w:tcW w:type="dxa" w:w="1474"/>
          </w:tcPr>
          <w:p>
            <w:pPr>
              <w:spacing w:after="20" w:line="276" w:lineRule="auto"/>
            </w:pPr>
            <w:r>
              <w:rPr>
                <w:b/>
              </w:rPr>
            </w:r>
            <w:r>
              <w:rPr>
                <w:rFonts w:ascii="宋体" w:hAnsi="宋体" w:eastAsia="宋体"/>
                <w:b/>
                <w:sz w:val="18"/>
              </w:rPr>
              <w:t>【学情预设】把两种灯笼的数量合起来。(板书)</w:t>
            </w:r>
          </w:p>
        </w:tc>
        <w:tc>
          <w:tcPr>
            <w:tcW w:type="dxa" w:w="3061"/>
          </w:tcPr>
          <w:p>
            <w:pPr>
              <w:spacing w:after="20" w:line="276" w:lineRule="auto"/>
            </w:pPr>
            <w:r/>
            <w:r>
              <w:rPr>
                <w:rFonts w:ascii="宋体" w:hAnsi="宋体" w:eastAsia="宋体"/>
                <w:b w:val="0"/>
                <w:sz w:val="18"/>
              </w:rPr>
              <w:t>师：所以要解决第二问，必须先求出第一问中金鱼灯笼的数量。把两种灯笼的数量合起来，在线段图上也要体现出来，可以用大括号括起来，未知的数量用“？”表示。(课件出示)</w:t>
            </w:r>
          </w:p>
          <w:p>
            <w:pPr>
              <w:spacing w:after="20" w:line="276" w:lineRule="auto"/>
            </w:pPr>
            <w:r>
              <w:rPr>
                <w:rFonts w:ascii="宋体" w:hAnsi="宋体" w:eastAsia="宋体"/>
                <w:b w:val="0"/>
                <w:sz w:val="18"/>
              </w:rPr>
              <w:t>师：解决第二问，应该怎样列式计算？</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师：解决这道题要注意什么？</w:t>
            </w:r>
          </w:p>
          <w:p>
            <w:pPr>
              <w:spacing w:after="20" w:line="276" w:lineRule="auto"/>
            </w:pPr>
            <w:r>
              <w:rPr>
                <w:rFonts w:ascii="宋体" w:hAnsi="宋体" w:eastAsia="宋体"/>
                <w:b w:val="0"/>
                <w:sz w:val="18"/>
              </w:rPr>
              <w:t>师：画线段图时，要先确定谁表示1份，谁表示几份；求一共是多少，要在线段图上用大括号括起来。</w:t>
            </w:r>
          </w:p>
        </w:tc>
        <w:tc>
          <w:tcPr>
            <w:tcW w:type="dxa" w:w="3061"/>
          </w:tcPr>
          <w:p>
            <w:pPr>
              <w:spacing w:after="20" w:line="276" w:lineRule="auto"/>
            </w:pPr>
            <w:r/>
            <w:r>
              <w:rPr>
                <w:rFonts w:ascii="宋体" w:hAnsi="宋体" w:eastAsia="宋体"/>
                <w:b w:val="0"/>
                <w:sz w:val="18"/>
              </w:rPr>
              <w:t>求总数用加法计算，21＋7＝28(个)。(教师适时板书)</w:t>
            </w:r>
          </w:p>
          <w:p>
            <w:pPr>
              <w:spacing w:after="20" w:line="276" w:lineRule="auto"/>
            </w:pPr>
            <w:r>
              <w:rPr>
                <w:rFonts w:ascii="宋体" w:hAnsi="宋体" w:eastAsia="宋体"/>
                <w:b w:val="0"/>
                <w:sz w:val="18"/>
              </w:rPr>
              <w:t>预设1：求出的金鱼数量要作为求两种灯笼总数的一个条件。</w:t>
            </w:r>
          </w:p>
          <w:p>
            <w:pPr>
              <w:spacing w:after="20" w:line="276" w:lineRule="auto"/>
            </w:pPr>
            <w:r>
              <w:rPr>
                <w:rFonts w:ascii="宋体" w:hAnsi="宋体" w:eastAsia="宋体"/>
                <w:b w:val="0"/>
                <w:sz w:val="18"/>
              </w:rPr>
              <w:t>预设2：画线段图有助于分析题目中的数量关系。</w:t>
            </w:r>
          </w:p>
          <w:p>
            <w:pPr>
              <w:spacing w:after="20" w:line="276" w:lineRule="auto"/>
            </w:pPr>
            <w:r>
              <w:rPr>
                <w:rFonts w:ascii="宋体" w:hAnsi="宋体" w:eastAsia="宋体"/>
                <w:b w:val="0"/>
                <w:sz w:val="18"/>
              </w:rPr>
              <w:t>预设3：解决问题之前，要先理解清楚数量之间的关系，才能正确解答。</w:t>
            </w:r>
          </w:p>
        </w:tc>
        <w:tc>
          <w:tcPr>
            <w:tcW w:type="dxa" w:w="1814"/>
          </w:tcPr>
          <w:p>
            <w:pPr>
              <w:spacing w:after="20" w:line="276" w:lineRule="auto"/>
            </w:pPr>
            <w:r/>
            <w:r>
              <w:rPr>
                <w:rFonts w:ascii="宋体" w:hAnsi="宋体" w:eastAsia="宋体"/>
                <w:b w:val="0"/>
                <w:sz w:val="18"/>
              </w:rPr>
              <w:t>围绕环节目标组织学习活动，引导学生主动参与、积极思考，核心问题："解决第二问，应该怎样列式计算？"</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1.完成教科书P35“做一做”第1题。</w:t>
            </w:r>
          </w:p>
          <w:p>
            <w:pPr>
              <w:spacing w:after="20" w:line="276" w:lineRule="auto"/>
            </w:pPr>
            <w:r>
              <w:rPr>
                <w:rFonts w:ascii="宋体" w:hAnsi="宋体" w:eastAsia="宋体"/>
                <w:b w:val="0"/>
                <w:sz w:val="18"/>
              </w:rPr>
              <w:t>第一问，求4个7是多少，用乘法计算：第二问，把第一问的结果作为条件，用莲花灯笼的个数减去兔子灯笼的个数。</w:t>
            </w:r>
          </w:p>
          <w:p>
            <w:pPr>
              <w:spacing w:after="20" w:line="276" w:lineRule="auto"/>
            </w:pPr>
            <w:r>
              <w:rPr>
                <w:rFonts w:ascii="宋体" w:hAnsi="宋体" w:eastAsia="宋体"/>
                <w:b w:val="0"/>
                <w:sz w:val="18"/>
              </w:rPr>
              <w:t>2．完成教科书P36“练一练”第1题。</w:t>
            </w:r>
          </w:p>
          <w:p>
            <w:pPr>
              <w:spacing w:after="20" w:line="276" w:lineRule="auto"/>
            </w:pPr>
            <w:r>
              <w:rPr>
                <w:rFonts w:ascii="宋体" w:hAnsi="宋体" w:eastAsia="宋体"/>
                <w:b w:val="0"/>
                <w:sz w:val="18"/>
              </w:rPr>
              <w:t>(1)求鲜肉包的数量要作为求总数的一个条件，所以要先求出鲜肉包的数量，再把两种包子的数量合起来。</w:t>
            </w:r>
          </w:p>
          <w:p>
            <w:pPr>
              <w:spacing w:after="20" w:line="276" w:lineRule="auto"/>
            </w:pPr>
            <w:r>
              <w:rPr>
                <w:rFonts w:ascii="宋体" w:hAnsi="宋体" w:eastAsia="宋体"/>
                <w:b w:val="0"/>
                <w:sz w:val="18"/>
              </w:rPr>
              <w:t>(2)求鲜肉包的数量，就是求7的4倍是多少，用乘法计算；求两种包子一共有多少个，用加法计算。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元宵灯会布置教室”为情境主线，贯穿全课，让数学贴近生活，激发学生探究欲，通过“画线段图”这一直观工具，将抽象的倍数关系转化为具体图形，帮助学生理解倍的含义，突破倍数关系理解的难点，渗透数形结合思想，培养学生几何直观与抽象思维能力。从审题提取信息、画图分析、列式计算、回顾验证，构建完整的解题流程，为后续数学学习奠定思维与能力基础。</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连续两问的实际问题</w:t>
      </w:r>
    </w:p>
    <w:p>
      <w:pPr>
        <w:spacing w:after="40" w:line="300" w:lineRule="auto"/>
      </w:pPr>
      <w:r>
        <w:rPr>
          <w:rFonts w:ascii="宋体" w:hAnsi="宋体" w:eastAsia="宋体"/>
          <w:b w:val="0"/>
          <w:sz w:val="20"/>
        </w:rPr>
        <w:t>7的3倍是多少？　　　7×3＝21(个)</w:t>
      </w:r>
    </w:p>
    <w:p>
      <w:pPr>
        <w:spacing w:after="40" w:line="300" w:lineRule="auto"/>
      </w:pPr>
      <w:r>
        <w:rPr>
          <w:rFonts w:ascii="宋体" w:hAnsi="宋体" w:eastAsia="宋体"/>
          <w:b w:val="0"/>
          <w:sz w:val="20"/>
        </w:rPr>
        <w:t>把两种灯笼的数量合起来。　21＋7＝28(个)</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教科书P33例5，教科书P35“做一做”第1题，教科书P36“练一练”第1题。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元宵灯会情境导入，学生兴趣较高。画图分析环节，多数学生能掌握方法，但部分学生画图不够规范，需加强指导。“巩固练习”中，练习题掌握较好，后续教学要注重分层练习和方法讲解，帮助学生灵活运用知识。</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提问题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提问题</w:t>
            </w:r>
          </w:p>
        </w:tc>
        <w:tc>
          <w:tcPr>
            <w:tcW w:type="dxa" w:w="6009"/>
          </w:tcPr>
          <w:p>
            <w:pPr>
              <w:spacing w:after="20" w:line="276" w:lineRule="auto"/>
            </w:pPr>
            <w:r/>
            <w:r>
              <w:rPr>
                <w:rFonts w:ascii="宋体" w:hAnsi="宋体" w:eastAsia="宋体"/>
                <w:b w:val="0"/>
                <w:sz w:val="20"/>
              </w:rPr>
              <w:t>第2单元 数量间的乘除关系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教学内容：教科书P34例6，教科书P36“练一练”第3题。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（1）学生能根据给定的数学信息，灵活提出和、差、倍数关系等数学问题，并选择正确的方法进行解答。</w:t>
      </w:r>
    </w:p>
    <w:p>
      <w:pPr>
        <w:spacing w:after="20" w:line="300" w:lineRule="auto"/>
        <w:ind w:firstLine="400"/>
      </w:pPr>
      <w:r>
        <w:rPr>
          <w:rFonts w:ascii="宋体" w:hAnsi="宋体" w:eastAsia="宋体"/>
          <w:b w:val="0"/>
          <w:sz w:val="20"/>
        </w:rPr>
        <w:t>（2）通过自主提问、解答，培养学生发现问题、分析问题和解决问题的能力，提升数学思维的灵活性与开放性。</w:t>
      </w:r>
    </w:p>
    <w:p>
      <w:pPr>
        <w:spacing w:after="20" w:line="300" w:lineRule="auto"/>
        <w:ind w:firstLine="400"/>
      </w:pPr>
      <w:r>
        <w:rPr>
          <w:rFonts w:ascii="宋体" w:hAnsi="宋体" w:eastAsia="宋体"/>
          <w:b w:val="0"/>
          <w:sz w:val="20"/>
        </w:rPr>
        <w:t>（3）让学生感受数学在实际生活中的应用，激发主动探索数学问题的兴趣，增强数学学习的自信心。</w:t>
      </w:r>
    </w:p>
    <w:p>
      <w:pPr>
        <w:spacing w:after="20" w:line="300" w:lineRule="auto"/>
      </w:pPr>
      <w:r>
        <w:rPr>
          <w:rFonts w:ascii="宋体" w:hAnsi="宋体" w:eastAsia="宋体"/>
          <w:b w:val="0"/>
          <w:sz w:val="20"/>
        </w:rPr>
        <w:t>教学重点：根据已知条件提出合理的数学问题，掌握和、差、倍数关系问题的解答方法。</w:t>
      </w:r>
    </w:p>
    <w:p>
      <w:pPr>
        <w:spacing w:after="20" w:line="300" w:lineRule="auto"/>
      </w:pPr>
      <w:r>
        <w:rPr>
          <w:rFonts w:ascii="宋体" w:hAnsi="宋体" w:eastAsia="宋体"/>
          <w:b w:val="0"/>
          <w:sz w:val="20"/>
        </w:rPr>
        <w:t>教学难点：灵活拓展思维，提出多样化且有价值的数学问题。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一、复习旧知识，谈话引入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我们学过了哪几种运算？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通过读题，你获得了哪些数学信息？；根据我们学过的知识，你能提出用加、减、乘或除法解答的数学问题吗？</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教科书、线段图、课件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一、复习旧知识，谈话引入</w:t>
            </w:r>
          </w:p>
        </w:tc>
        <w:tc>
          <w:tcPr>
            <w:tcW w:type="dxa" w:w="3061"/>
          </w:tcPr>
          <w:p>
            <w:pPr>
              <w:spacing w:after="20" w:line="276" w:lineRule="auto"/>
            </w:pPr>
            <w:r/>
            <w:r>
              <w:rPr>
                <w:rFonts w:ascii="宋体" w:hAnsi="宋体" w:eastAsia="宋体"/>
                <w:b w:val="0"/>
                <w:sz w:val="18"/>
              </w:rPr>
              <w:t>1.回顾学过的几种不同的运算方法。</w:t>
            </w:r>
          </w:p>
          <w:p>
            <w:pPr>
              <w:spacing w:after="20" w:line="276" w:lineRule="auto"/>
            </w:pPr>
            <w:r>
              <w:rPr>
                <w:rFonts w:ascii="宋体" w:hAnsi="宋体" w:eastAsia="宋体"/>
                <w:b w:val="0"/>
                <w:sz w:val="18"/>
              </w:rPr>
              <w:t>师：我们学过了哪几种运算？</w:t>
            </w:r>
          </w:p>
          <w:p>
            <w:pPr>
              <w:spacing w:after="20" w:line="276" w:lineRule="auto"/>
            </w:pPr>
            <w:r>
              <w:rPr>
                <w:rFonts w:ascii="宋体" w:hAnsi="宋体" w:eastAsia="宋体"/>
                <w:b w:val="0"/>
                <w:sz w:val="18"/>
              </w:rPr>
              <w:t>师：一般情况下，如果提问：</w:t>
            </w:r>
          </w:p>
          <w:p>
            <w:pPr>
              <w:spacing w:after="20" w:line="276" w:lineRule="auto"/>
            </w:pPr>
            <w:r>
              <w:rPr>
                <w:rFonts w:ascii="宋体" w:hAnsi="宋体" w:eastAsia="宋体"/>
                <w:b w:val="0"/>
                <w:sz w:val="18"/>
              </w:rPr>
              <w:t>“求两部分一共是多少”用什么方法计算？</w:t>
            </w:r>
          </w:p>
          <w:p>
            <w:pPr>
              <w:spacing w:after="20" w:line="276" w:lineRule="auto"/>
            </w:pPr>
            <w:r>
              <w:rPr>
                <w:rFonts w:ascii="宋体" w:hAnsi="宋体" w:eastAsia="宋体"/>
                <w:b w:val="0"/>
                <w:sz w:val="18"/>
              </w:rPr>
              <w:t>“求一个数比另一个数多(少)多少”用什么方法计算？</w:t>
            </w:r>
          </w:p>
          <w:p>
            <w:pPr>
              <w:spacing w:after="20" w:line="276" w:lineRule="auto"/>
            </w:pPr>
            <w:r>
              <w:rPr>
                <w:rFonts w:ascii="宋体" w:hAnsi="宋体" w:eastAsia="宋体"/>
                <w:b w:val="0"/>
                <w:sz w:val="18"/>
              </w:rPr>
              <w:t>“求一个数是另一个数的几倍”用什么方法计算？</w:t>
            </w:r>
          </w:p>
          <w:p>
            <w:pPr>
              <w:spacing w:after="20" w:line="276" w:lineRule="auto"/>
            </w:pPr>
            <w:r>
              <w:rPr>
                <w:rFonts w:ascii="宋体" w:hAnsi="宋体" w:eastAsia="宋体"/>
                <w:b w:val="0"/>
                <w:sz w:val="18"/>
              </w:rPr>
              <w:t>“求一个数的几倍是多少”用什么方法计算？</w:t>
            </w:r>
          </w:p>
          <w:p>
            <w:pPr>
              <w:spacing w:after="20" w:line="276" w:lineRule="auto"/>
            </w:pPr>
            <w:r>
              <w:rPr>
                <w:rFonts w:ascii="宋体" w:hAnsi="宋体" w:eastAsia="宋体"/>
                <w:b w:val="0"/>
                <w:sz w:val="18"/>
              </w:rPr>
              <w:t>2．谈话引入。</w:t>
            </w:r>
          </w:p>
          <w:p>
            <w:pPr>
              <w:spacing w:after="20" w:line="276" w:lineRule="auto"/>
            </w:pPr>
            <w:r>
              <w:rPr>
                <w:rFonts w:ascii="宋体" w:hAnsi="宋体" w:eastAsia="宋体"/>
                <w:b w:val="0"/>
                <w:sz w:val="18"/>
              </w:rPr>
              <w:t>师：在准备元宵灯会活动过程中，还安排了一部分同学布置教室，咱们在布置教室的时候还藏着好多要用上面四种运算解决的问题呢！一起去看看吧！(板书课题：提问题)</w:t>
            </w:r>
          </w:p>
        </w:tc>
        <w:tc>
          <w:tcPr>
            <w:tcW w:type="dxa" w:w="3061"/>
          </w:tcPr>
          <w:p>
            <w:pPr>
              <w:spacing w:after="20" w:line="276" w:lineRule="auto"/>
            </w:pPr>
            <w:r/>
            <w:r>
              <w:rPr>
                <w:rFonts w:ascii="宋体" w:hAnsi="宋体" w:eastAsia="宋体"/>
                <w:b w:val="0"/>
                <w:sz w:val="18"/>
              </w:rPr>
              <w:t>加法、减法、乘法和除法。</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创设情境激活学生已有经验，自然引出本课学习内容，激发学习兴趣，核心问题："我们学过了哪几种运算？"</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课件出示教科书P34例6。</w:t>
            </w:r>
          </w:p>
          <w:p>
            <w:pPr>
              <w:spacing w:after="20" w:line="276" w:lineRule="auto"/>
            </w:pPr>
            <w:r>
              <w:rPr>
                <w:rFonts w:ascii="宋体" w:hAnsi="宋体" w:eastAsia="宋体"/>
                <w:b w:val="0"/>
                <w:sz w:val="18"/>
              </w:rPr>
              <w:t>布置教室的同学中，男生有9人，女生有18人。请你提出教学问题并解答。</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师：通过读题，你获得了哪些数学信息？</w:t>
            </w:r>
          </w:p>
          <w:p>
            <w:pPr>
              <w:spacing w:after="20" w:line="276" w:lineRule="auto"/>
            </w:pPr>
            <w:r>
              <w:rPr>
                <w:rFonts w:ascii="宋体" w:hAnsi="宋体" w:eastAsia="宋体"/>
                <w:b w:val="0"/>
                <w:sz w:val="18"/>
              </w:rPr>
              <w:t>师：根据我们学过的知识，你能提出用加、减、乘或除法解答的数学问题吗？</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师：提问前，我们首先要明确的是要求的是这两个数量之间的什么关系，再根据需求提问。小组讨论并提出问题。</w:t>
            </w:r>
          </w:p>
          <w:p>
            <w:pPr>
              <w:spacing w:after="20" w:line="276" w:lineRule="auto"/>
            </w:pPr>
            <w:r>
              <w:rPr>
                <w:rFonts w:ascii="宋体" w:hAnsi="宋体" w:eastAsia="宋体"/>
                <w:b w:val="0"/>
                <w:sz w:val="18"/>
              </w:rPr>
              <w:t>师：请同学们汇报一下，提出的问题是什么？用什么方法计算的？</w:t>
            </w:r>
          </w:p>
          <w:p>
            <w:pPr>
              <w:spacing w:after="20" w:line="276" w:lineRule="auto"/>
            </w:pPr>
            <w:r>
              <w:rPr>
                <w:rFonts w:ascii="宋体" w:hAnsi="宋体" w:eastAsia="宋体"/>
                <w:b w:val="0"/>
                <w:sz w:val="18"/>
              </w:rPr>
              <w:t>师：请你们分别说出算式。</w:t>
            </w:r>
          </w:p>
          <w:p>
            <w:pPr>
              <w:spacing w:after="20" w:line="276" w:lineRule="auto"/>
            </w:pPr>
            <w:r>
              <w:rPr>
                <w:rFonts w:ascii="宋体" w:hAnsi="宋体" w:eastAsia="宋体"/>
                <w:b w:val="0"/>
                <w:sz w:val="18"/>
              </w:rPr>
              <w:t>课件依次呈现学生提出的问题和解答。</w:t>
            </w:r>
          </w:p>
          <w:p>
            <w:pPr>
              <w:spacing w:after="20" w:line="276" w:lineRule="auto"/>
            </w:pPr>
            <w:r>
              <w:rPr>
                <w:rFonts w:ascii="宋体" w:hAnsi="宋体" w:eastAsia="宋体"/>
                <w:b w:val="0"/>
                <w:sz w:val="18"/>
              </w:rPr>
              <w:t>1．布置教室的一共有多少人？</w:t>
            </w:r>
          </w:p>
          <w:p>
            <w:pPr>
              <w:spacing w:after="20" w:line="276" w:lineRule="auto"/>
            </w:pPr>
            <w:r>
              <w:rPr>
                <w:rFonts w:ascii="宋体" w:hAnsi="宋体" w:eastAsia="宋体"/>
                <w:b w:val="0"/>
                <w:sz w:val="18"/>
              </w:rPr>
              <w:t>18＋9＝27(人)</w:t>
            </w:r>
          </w:p>
          <w:p>
            <w:pPr>
              <w:spacing w:after="20" w:line="276" w:lineRule="auto"/>
            </w:pPr>
            <w:r>
              <w:rPr>
                <w:rFonts w:ascii="宋体" w:hAnsi="宋体" w:eastAsia="宋体"/>
                <w:b w:val="0"/>
                <w:sz w:val="18"/>
              </w:rPr>
              <w:t>2．男生比女生少多少人？</w:t>
            </w:r>
          </w:p>
          <w:p>
            <w:pPr>
              <w:spacing w:after="20" w:line="276" w:lineRule="auto"/>
            </w:pPr>
            <w:r>
              <w:rPr>
                <w:rFonts w:ascii="宋体" w:hAnsi="宋体" w:eastAsia="宋体"/>
                <w:b w:val="0"/>
                <w:sz w:val="18"/>
              </w:rPr>
              <w:t>18－9＝9(人)</w:t>
            </w:r>
          </w:p>
          <w:p>
            <w:pPr>
              <w:spacing w:after="20" w:line="276" w:lineRule="auto"/>
            </w:pPr>
            <w:r>
              <w:rPr>
                <w:rFonts w:ascii="宋体" w:hAnsi="宋体" w:eastAsia="宋体"/>
                <w:b w:val="0"/>
                <w:sz w:val="18"/>
              </w:rPr>
              <w:t>3．女生比男生多多少人？</w:t>
            </w:r>
          </w:p>
          <w:p>
            <w:pPr>
              <w:spacing w:after="20" w:line="276" w:lineRule="auto"/>
            </w:pPr>
            <w:r>
              <w:rPr>
                <w:rFonts w:ascii="宋体" w:hAnsi="宋体" w:eastAsia="宋体"/>
                <w:b w:val="0"/>
                <w:sz w:val="18"/>
              </w:rPr>
              <w:t>18－9＝9(人)</w:t>
            </w:r>
          </w:p>
          <w:p>
            <w:pPr>
              <w:spacing w:after="20" w:line="276" w:lineRule="auto"/>
            </w:pPr>
            <w:r>
              <w:rPr>
                <w:rFonts w:ascii="宋体" w:hAnsi="宋体" w:eastAsia="宋体"/>
                <w:b w:val="0"/>
                <w:sz w:val="18"/>
              </w:rPr>
              <w:t>4．女生人数是男生的几倍？</w:t>
            </w:r>
          </w:p>
          <w:p>
            <w:pPr>
              <w:spacing w:after="20" w:line="276" w:lineRule="auto"/>
            </w:pPr>
            <w:r>
              <w:rPr>
                <w:rFonts w:ascii="宋体" w:hAnsi="宋体" w:eastAsia="宋体"/>
                <w:b w:val="0"/>
                <w:sz w:val="18"/>
              </w:rPr>
              <w:t>18÷9＝2</w:t>
            </w:r>
          </w:p>
          <w:p>
            <w:pPr>
              <w:spacing w:after="20" w:line="276" w:lineRule="auto"/>
            </w:pPr>
            <w:r>
              <w:rPr>
                <w:rFonts w:ascii="宋体" w:hAnsi="宋体" w:eastAsia="宋体"/>
                <w:b w:val="0"/>
                <w:sz w:val="18"/>
              </w:rPr>
              <w:t>师：为什么没有小组汇报的是用乘法计算的？</w:t>
            </w:r>
          </w:p>
          <w:p>
            <w:pPr>
              <w:spacing w:after="20" w:line="276" w:lineRule="auto"/>
            </w:pPr>
            <w:r>
              <w:rPr>
                <w:rFonts w:ascii="宋体" w:hAnsi="宋体" w:eastAsia="宋体"/>
                <w:b w:val="0"/>
                <w:sz w:val="18"/>
              </w:rPr>
              <w:t>师：看来，提出什么样的问题，要根据题目的已知信息去分析，不能盲目提问。</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师：通过前面的学习，你知道怎样提出数学问题吗？小组讨论汇报。</w:t>
            </w:r>
          </w:p>
          <w:p>
            <w:pPr>
              <w:spacing w:after="20" w:line="276" w:lineRule="auto"/>
            </w:pPr>
            <w:r>
              <w:rPr>
                <w:rFonts w:ascii="宋体" w:hAnsi="宋体" w:eastAsia="宋体"/>
                <w:b w:val="0"/>
                <w:sz w:val="18"/>
              </w:rPr>
              <w:t>师归纳并用课件出示。</w:t>
            </w:r>
          </w:p>
          <w:p>
            <w:pPr>
              <w:spacing w:after="20" w:line="276" w:lineRule="auto"/>
            </w:pPr>
            <w:r>
              <w:rPr>
                <w:rFonts w:ascii="宋体" w:hAnsi="宋体" w:eastAsia="宋体"/>
                <w:b w:val="0"/>
                <w:sz w:val="18"/>
              </w:rPr>
              <w:t>师：提什么问题会受到已知信息的限制，并不是对我们学过的运算都能进行提问，要根据需求，选择合适的、相关联的数学信息提问。(教师适时板书)</w:t>
            </w:r>
          </w:p>
          <w:p>
            <w:pPr>
              <w:spacing w:after="20" w:line="276" w:lineRule="auto"/>
            </w:pPr>
            <w:r>
              <w:rPr>
                <w:rFonts w:ascii="宋体" w:hAnsi="宋体" w:eastAsia="宋体"/>
                <w:b w:val="0"/>
                <w:sz w:val="18"/>
              </w:rPr>
              <w:t>师：解决问题时要根据数量关系选择合适的运算。(板书)</w:t>
            </w:r>
          </w:p>
          <w:p>
            <w:pPr>
              <w:spacing w:after="20" w:line="276" w:lineRule="auto"/>
            </w:pPr>
            <w:r>
              <w:rPr>
                <w:rFonts w:ascii="宋体" w:hAnsi="宋体" w:eastAsia="宋体"/>
                <w:b w:val="0"/>
                <w:sz w:val="18"/>
              </w:rPr>
              <w:t>师：希望同学们能更多地发现生活中的数学信息，提出并解决更多数学问题。</w:t>
            </w:r>
          </w:p>
        </w:tc>
        <w:tc>
          <w:tcPr>
            <w:tcW w:type="dxa" w:w="3061"/>
          </w:tcPr>
          <w:p>
            <w:pPr>
              <w:spacing w:after="20" w:line="276" w:lineRule="auto"/>
            </w:pPr>
            <w:r/>
            <w:r>
              <w:rPr>
                <w:rFonts w:ascii="宋体" w:hAnsi="宋体" w:eastAsia="宋体"/>
                <w:b w:val="0"/>
                <w:sz w:val="18"/>
              </w:rPr>
              <w:t>全班读题。</w:t>
            </w:r>
          </w:p>
          <w:p>
            <w:pPr>
              <w:spacing w:after="20" w:line="276" w:lineRule="auto"/>
            </w:pPr>
            <w:r>
              <w:rPr>
                <w:rFonts w:ascii="宋体" w:hAnsi="宋体" w:eastAsia="宋体"/>
                <w:b w:val="0"/>
                <w:sz w:val="18"/>
              </w:rPr>
              <w:t>预设1：布置教室的男生有9人，女生有18人。</w:t>
            </w:r>
          </w:p>
          <w:p>
            <w:pPr>
              <w:spacing w:after="20" w:line="276" w:lineRule="auto"/>
            </w:pPr>
            <w:r>
              <w:rPr>
                <w:rFonts w:ascii="宋体" w:hAnsi="宋体" w:eastAsia="宋体"/>
                <w:b w:val="0"/>
                <w:sz w:val="18"/>
              </w:rPr>
              <w:t>预设2：要根据布置教室的男、女生人数提出问题并解答。</w:t>
            </w:r>
          </w:p>
          <w:p>
            <w:pPr>
              <w:spacing w:after="20" w:line="276" w:lineRule="auto"/>
            </w:pPr>
            <w:r>
              <w:rPr>
                <w:rFonts w:ascii="宋体" w:hAnsi="宋体" w:eastAsia="宋体"/>
                <w:b w:val="0"/>
                <w:sz w:val="18"/>
              </w:rPr>
              <w:t>预设1：我想算男、女生的总人数，提问：布置教室的一共有多少人？用加法计算。</w:t>
            </w:r>
          </w:p>
          <w:p>
            <w:pPr>
              <w:spacing w:after="20" w:line="276" w:lineRule="auto"/>
            </w:pPr>
            <w:r>
              <w:rPr>
                <w:rFonts w:ascii="宋体" w:hAnsi="宋体" w:eastAsia="宋体"/>
                <w:b w:val="0"/>
                <w:sz w:val="18"/>
              </w:rPr>
              <w:t>预设2：我想比较男、女生的人数，提问：男生比女生少多少人？用减法计算。</w:t>
            </w:r>
          </w:p>
          <w:p>
            <w:pPr>
              <w:spacing w:after="20" w:line="276" w:lineRule="auto"/>
            </w:pPr>
            <w:r>
              <w:rPr>
                <w:rFonts w:ascii="宋体" w:hAnsi="宋体" w:eastAsia="宋体"/>
                <w:b w:val="0"/>
                <w:sz w:val="18"/>
              </w:rPr>
              <w:t>预设3：我也是想比较男、女生的人数，提问：女生比男生多多少人？用减法计算。</w:t>
            </w:r>
          </w:p>
          <w:p>
            <w:pPr>
              <w:spacing w:after="20" w:line="276" w:lineRule="auto"/>
            </w:pPr>
            <w:r>
              <w:rPr>
                <w:rFonts w:ascii="宋体" w:hAnsi="宋体" w:eastAsia="宋体"/>
                <w:b w:val="0"/>
                <w:sz w:val="18"/>
              </w:rPr>
              <w:t>预设4：我想知道男、女生人数之间的倍数关系，提问：女生人数是男生的几倍？用除法计算。</w:t>
            </w:r>
          </w:p>
          <w:p>
            <w:pPr>
              <w:spacing w:after="20" w:line="276" w:lineRule="auto"/>
            </w:pPr>
            <w:r>
              <w:rPr>
                <w:rFonts w:ascii="宋体" w:hAnsi="宋体" w:eastAsia="宋体"/>
                <w:b w:val="0"/>
                <w:sz w:val="18"/>
              </w:rPr>
              <w:t>预设1：乘法通常求几个几是多少？与题目已知信息中存在的数量关系不符合。</w:t>
            </w:r>
          </w:p>
          <w:p>
            <w:pPr>
              <w:spacing w:after="20" w:line="276" w:lineRule="auto"/>
            </w:pPr>
            <w:r>
              <w:rPr>
                <w:rFonts w:ascii="宋体" w:hAnsi="宋体" w:eastAsia="宋体"/>
                <w:b w:val="0"/>
                <w:sz w:val="18"/>
              </w:rPr>
              <w:t>预设2：乘法还可以是求一个数的几倍是多少？与题目已知信息中存在的数量关系也不符合。</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设计递进式探究活动，引导学生在动手实践与合作交流中经历知识形成过程，突破本课重难点，核心问题："通过读题，你获得了哪些数学信息？"</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完成教科书P36“练一练”第3题。</w:t>
            </w:r>
          </w:p>
          <w:p>
            <w:pPr>
              <w:spacing w:after="20" w:line="276" w:lineRule="auto"/>
            </w:pPr>
            <w:r>
              <w:rPr>
                <w:rFonts w:ascii="宋体" w:hAnsi="宋体" w:eastAsia="宋体"/>
                <w:b w:val="0"/>
                <w:sz w:val="18"/>
              </w:rPr>
              <w:t>提示：(1)从线段图中铅笔的段数可以知道，铅笔的支数是钢笔的3倍。求铅笔的支数，就是求5的3倍是多少，用乘法计算。</w:t>
            </w:r>
          </w:p>
          <w:p>
            <w:pPr>
              <w:spacing w:after="20" w:line="276" w:lineRule="auto"/>
            </w:pPr>
            <w:r>
              <w:rPr>
                <w:rFonts w:ascii="宋体" w:hAnsi="宋体" w:eastAsia="宋体"/>
                <w:b w:val="0"/>
                <w:sz w:val="18"/>
              </w:rPr>
              <w:t>(2)已知两个数量，可以求它们的和或差，用加法或减法计算。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布置教室的生活情境导入，贴合学生日常，激发探究欲。复习加、减、乘、除运算，为根据条件提问题、选解题方法作知识铺垫，实现新旧知识自然衔接，降低学习门槛，让学生初步感知提问角度。安排自主提问和小组交流，鼓励学生主动思考、互相启发，培养发现问题、表达想法的能力，同时拓宽思维广度，让提问更具多样性。</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提问题</w:t>
      </w:r>
    </w:p>
    <w:p>
      <w:pPr>
        <w:spacing w:after="40" w:line="300" w:lineRule="auto"/>
      </w:pPr>
      <w:r>
        <w:rPr>
          <w:rFonts w:ascii="宋体" w:hAnsi="宋体" w:eastAsia="宋体"/>
          <w:b w:val="0"/>
          <w:sz w:val="20"/>
        </w:rPr>
        <w:t>根据需求，选择合适的、相关联的数学信息提问；</w:t>
      </w:r>
    </w:p>
    <w:p>
      <w:pPr>
        <w:spacing w:after="40" w:line="300" w:lineRule="auto"/>
      </w:pPr>
      <w:r>
        <w:rPr>
          <w:rFonts w:ascii="宋体" w:hAnsi="宋体" w:eastAsia="宋体"/>
          <w:b w:val="0"/>
          <w:sz w:val="20"/>
        </w:rPr>
        <w:t>解决问题时，要根据数量关系选择合适的运算。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教科书P34例6，教科书P36“练一练”第3题。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复习旧知识，学生对本节课内容有了较好的前期认知。因与旧知识关联较密切，在提问过程中，同学们完成情况较好，学习热情高涨，提问具有多样性。后续教学中，要多创设开放性情境，鼓励学生大胆创新提问，加强对不同数量关系的深度挖掘，提升学生数学思维的灵活性和解决实际问题的能力。</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补条件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补条件</w:t>
            </w:r>
          </w:p>
        </w:tc>
        <w:tc>
          <w:tcPr>
            <w:tcW w:type="dxa" w:w="6009"/>
          </w:tcPr>
          <w:p>
            <w:pPr>
              <w:spacing w:after="20" w:line="276" w:lineRule="auto"/>
            </w:pPr>
            <w:r/>
            <w:r>
              <w:rPr>
                <w:rFonts w:ascii="宋体" w:hAnsi="宋体" w:eastAsia="宋体"/>
                <w:b w:val="0"/>
                <w:sz w:val="20"/>
              </w:rPr>
              <w:t>第2单元 数量间的乘除关系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教学内容：教科书P34～35例7，教科书P35“做一做”第2题。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（1）使学生学会根据已知信息，补充合适条件或要解决的问题，掌握不同数量关系下的解题方法，提升分析、解决问题的能力。</w:t>
      </w:r>
    </w:p>
    <w:p>
      <w:pPr>
        <w:spacing w:after="20" w:line="300" w:lineRule="auto"/>
        <w:ind w:firstLine="400"/>
      </w:pPr>
      <w:r>
        <w:rPr>
          <w:rFonts w:ascii="宋体" w:hAnsi="宋体" w:eastAsia="宋体"/>
          <w:b w:val="0"/>
          <w:sz w:val="20"/>
        </w:rPr>
        <w:t>（2）让学生经历解决问题的过程，培养逻辑思维和创新思维。</w:t>
      </w:r>
    </w:p>
    <w:p>
      <w:pPr>
        <w:spacing w:after="20" w:line="300" w:lineRule="auto"/>
        <w:ind w:firstLine="400"/>
      </w:pPr>
      <w:r>
        <w:rPr>
          <w:rFonts w:ascii="宋体" w:hAnsi="宋体" w:eastAsia="宋体"/>
          <w:b w:val="0"/>
          <w:sz w:val="20"/>
        </w:rPr>
        <w:t>（3）让学生感受数学与生活的联系，体会数学学习的乐趣，激发学习数学的积极性。</w:t>
      </w:r>
    </w:p>
    <w:p>
      <w:pPr>
        <w:spacing w:after="20" w:line="300" w:lineRule="auto"/>
      </w:pPr>
      <w:r>
        <w:rPr>
          <w:rFonts w:ascii="宋体" w:hAnsi="宋体" w:eastAsia="宋体"/>
          <w:b w:val="0"/>
          <w:sz w:val="20"/>
        </w:rPr>
        <w:t>教学重点：能根据问题和已知信息，合理补充条件并正确解答。</w:t>
      </w:r>
    </w:p>
    <w:p>
      <w:pPr>
        <w:spacing w:after="20" w:line="300" w:lineRule="auto"/>
      </w:pPr>
      <w:r>
        <w:rPr>
          <w:rFonts w:ascii="宋体" w:hAnsi="宋体" w:eastAsia="宋体"/>
          <w:b w:val="0"/>
          <w:sz w:val="20"/>
        </w:rPr>
        <w:t>教学难点：准确把握数量关系，补充出合理且多样的条件。</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一、情境引入</w:t>
            </w:r>
          </w:p>
        </w:tc>
        <w:tc>
          <w:tcPr>
            <w:tcW w:type="dxa" w:w="1814"/>
          </w:tcPr>
          <w:p>
            <w:pPr>
              <w:spacing w:after="20" w:line="276" w:lineRule="auto"/>
            </w:pPr>
            <w:r/>
            <w:r>
              <w:rPr>
                <w:rFonts w:ascii="宋体" w:hAnsi="宋体" w:eastAsia="宋体"/>
                <w:b w:val="0"/>
                <w:sz w:val="18"/>
              </w:rPr>
              <w:t>课件、情境图</w:t>
            </w:r>
          </w:p>
        </w:tc>
        <w:tc>
          <w:tcPr>
            <w:tcW w:type="dxa" w:w="3402"/>
          </w:tcPr>
          <w:p>
            <w:pPr>
              <w:spacing w:after="20" w:line="276" w:lineRule="auto"/>
            </w:pPr>
            <w:r/>
            <w:r>
              <w:rPr>
                <w:rFonts w:ascii="宋体" w:hAnsi="宋体" w:eastAsia="宋体"/>
                <w:b w:val="0"/>
                <w:sz w:val="18"/>
              </w:rPr>
              <w:t>你知道这套衣服共多少钱吗？；怎样才能知道整套衣服的价钱呢？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通过读题，你获得了哪些数学信息？；猜一猜，两种灯笼之间可能存在什么样的关系呢？</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今天这节课你有什么收获？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一、情境引入</w:t>
            </w:r>
          </w:p>
        </w:tc>
        <w:tc>
          <w:tcPr>
            <w:tcW w:type="dxa" w:w="3061"/>
          </w:tcPr>
          <w:p>
            <w:pPr>
              <w:spacing w:after="20" w:line="276" w:lineRule="auto"/>
            </w:pPr>
            <w:r/>
            <w:r>
              <w:rPr>
                <w:rFonts w:ascii="宋体" w:hAnsi="宋体" w:eastAsia="宋体"/>
                <w:b w:val="0"/>
                <w:sz w:val="18"/>
              </w:rPr>
              <w:t>师：你知道这套衣服共多少钱吗？</w:t>
            </w:r>
          </w:p>
          <w:p>
            <w:pPr>
              <w:spacing w:after="20" w:line="276" w:lineRule="auto"/>
            </w:pPr>
            <w:r>
              <w:rPr>
                <w:rFonts w:ascii="宋体" w:hAnsi="宋体" w:eastAsia="宋体"/>
                <w:b w:val="0"/>
                <w:sz w:val="18"/>
              </w:rPr>
              <w:t>课件出示情境图。</w:t>
            </w:r>
          </w:p>
          <w:p>
            <w:pPr>
              <w:spacing w:after="20" w:line="276" w:lineRule="auto"/>
            </w:pPr>
            <w:r>
              <w:rPr>
                <w:rFonts w:ascii="宋体" w:hAnsi="宋体" w:eastAsia="宋体"/>
                <w:b w:val="0"/>
                <w:sz w:val="18"/>
              </w:rPr>
              <w:t>师：怎样才能知道整套衣服的价钱呢？</w:t>
            </w:r>
          </w:p>
          <w:p>
            <w:pPr>
              <w:spacing w:after="20" w:line="276" w:lineRule="auto"/>
            </w:pPr>
            <w:r>
              <w:rPr>
                <w:rFonts w:ascii="宋体" w:hAnsi="宋体" w:eastAsia="宋体"/>
                <w:b w:val="0"/>
                <w:sz w:val="18"/>
              </w:rPr>
              <w:t>师：在解决问题时，如果缺少条件，我们要根据题意补充条件，这就是我们今天要学习的内容。(板书课题：补条件)</w:t>
            </w:r>
          </w:p>
        </w:tc>
        <w:tc>
          <w:tcPr>
            <w:tcW w:type="dxa" w:w="3061"/>
          </w:tcPr>
          <w:p>
            <w:pPr>
              <w:spacing w:after="20" w:line="276" w:lineRule="auto"/>
            </w:pPr>
            <w:r/>
            <w:r>
              <w:rPr>
                <w:rFonts w:ascii="宋体" w:hAnsi="宋体" w:eastAsia="宋体"/>
                <w:b w:val="0"/>
                <w:sz w:val="18"/>
              </w:rPr>
              <w:t>不知道，只知道上衣15元。</w:t>
            </w:r>
          </w:p>
          <w:p>
            <w:pPr>
              <w:spacing w:after="20" w:line="276" w:lineRule="auto"/>
            </w:pPr>
            <w:r>
              <w:rPr>
                <w:rFonts w:ascii="宋体" w:hAnsi="宋体" w:eastAsia="宋体"/>
                <w:b w:val="0"/>
                <w:sz w:val="18"/>
              </w:rPr>
              <w:t>补充裤子的价格才能知道整套衣服的价钱。</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创设情境激活学生已有经验，自然引出本课学习内容，激发学习兴趣，核心问题："你知道这套衣服共多少钱吗？"</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课件出示教科书P34例7。</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师：通过读题，你获得了哪些数学信息？</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师：题中没有与莲花灯笼相关的信息，只知道金鱼灯笼的个数，必须要有这两种灯笼之间的关系，才能求出莲花灯笼的个数。所以我们补充的条件要反映出金鱼灯笼和莲花灯笼之间的关系。</w:t>
            </w:r>
          </w:p>
          <w:p>
            <w:pPr>
              <w:spacing w:after="20" w:line="276" w:lineRule="auto"/>
            </w:pPr>
            <w:r>
              <w:rPr>
                <w:rFonts w:ascii="宋体" w:hAnsi="宋体" w:eastAsia="宋体"/>
                <w:b w:val="0"/>
                <w:sz w:val="18"/>
              </w:rPr>
              <w:t>师：猜一猜，两种灯笼之间可能存在什么样的关系呢？</w:t>
            </w:r>
          </w:p>
          <w:p>
            <w:pPr>
              <w:spacing w:after="20" w:line="276" w:lineRule="auto"/>
            </w:pPr>
            <w:r>
              <w:rPr>
                <w:rFonts w:ascii="宋体" w:hAnsi="宋体" w:eastAsia="宋体"/>
                <w:b w:val="0"/>
                <w:sz w:val="18"/>
              </w:rPr>
              <w:t>师：我们就按照大家分析的这几种关系来补充条件并列式解答。</w:t>
            </w:r>
          </w:p>
          <w:p>
            <w:pPr>
              <w:spacing w:after="20" w:line="276" w:lineRule="auto"/>
            </w:pPr>
            <w:r>
              <w:rPr>
                <w:rFonts w:ascii="宋体" w:hAnsi="宋体" w:eastAsia="宋体"/>
                <w:b w:val="0"/>
                <w:sz w:val="18"/>
              </w:rPr>
              <w:t>师：用两种灯笼相差多少个的关系补充条件。</w:t>
            </w:r>
          </w:p>
          <w:p>
            <w:pPr>
              <w:spacing w:after="20" w:line="276" w:lineRule="auto"/>
            </w:pPr>
            <w:r>
              <w:rPr>
                <w:rFonts w:ascii="宋体" w:hAnsi="宋体" w:eastAsia="宋体"/>
                <w:b w:val="0"/>
                <w:sz w:val="18"/>
              </w:rPr>
              <w:t>还可以：</w:t>
            </w:r>
          </w:p>
          <w:p>
            <w:pPr>
              <w:spacing w:after="20" w:line="276" w:lineRule="auto"/>
            </w:pPr>
            <w:r>
              <w:rPr>
                <w:rFonts w:ascii="宋体" w:hAnsi="宋体" w:eastAsia="宋体"/>
                <w:b w:val="0"/>
                <w:sz w:val="18"/>
              </w:rPr>
              <w:t>师：用两种灯笼之间的倍数关系补充条件。</w:t>
            </w:r>
          </w:p>
          <w:p>
            <w:pPr>
              <w:spacing w:after="20" w:line="276" w:lineRule="auto"/>
            </w:pPr>
            <w:r>
              <w:rPr>
                <w:rFonts w:ascii="宋体" w:hAnsi="宋体" w:eastAsia="宋体"/>
                <w:b w:val="0"/>
                <w:sz w:val="18"/>
              </w:rPr>
              <w:t>师：还有跟这些不一样的吗？</w:t>
            </w:r>
          </w:p>
          <w:p>
            <w:pPr>
              <w:spacing w:after="20" w:line="276" w:lineRule="auto"/>
            </w:pPr>
            <w:r>
              <w:rPr>
                <w:rFonts w:ascii="宋体" w:hAnsi="宋体" w:eastAsia="宋体"/>
                <w:b w:val="0"/>
                <w:sz w:val="18"/>
              </w:rPr>
              <w:t>师：同学们积极开动脑筋，补充了这么多的信息，并列出了解题方法，非常棒！</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师：从补充条件解答这道题的过程和方法，可以发现什么？</w:t>
            </w:r>
          </w:p>
          <w:p>
            <w:pPr>
              <w:spacing w:after="20" w:line="276" w:lineRule="auto"/>
            </w:pPr>
            <w:r>
              <w:rPr>
                <w:rFonts w:ascii="宋体" w:hAnsi="宋体" w:eastAsia="宋体"/>
                <w:b w:val="0"/>
                <w:sz w:val="18"/>
              </w:rPr>
              <w:t>教师归纳并课件出示。</w:t>
            </w:r>
          </w:p>
        </w:tc>
        <w:tc>
          <w:tcPr>
            <w:tcW w:type="dxa" w:w="3061"/>
          </w:tcPr>
          <w:p>
            <w:pPr>
              <w:spacing w:after="20" w:line="276" w:lineRule="auto"/>
            </w:pPr>
            <w:r/>
            <w:r>
              <w:rPr>
                <w:rFonts w:ascii="宋体" w:hAnsi="宋体" w:eastAsia="宋体"/>
                <w:b w:val="0"/>
                <w:sz w:val="18"/>
              </w:rPr>
              <w:t>全班读题。</w:t>
            </w:r>
          </w:p>
          <w:p>
            <w:pPr>
              <w:spacing w:after="20" w:line="276" w:lineRule="auto"/>
            </w:pPr>
            <w:r>
              <w:rPr>
                <w:rFonts w:ascii="宋体" w:hAnsi="宋体" w:eastAsia="宋体"/>
                <w:b w:val="0"/>
                <w:sz w:val="18"/>
              </w:rPr>
              <w:t>预设1：教室里挂的金鱼灯笼有8个。</w:t>
            </w:r>
          </w:p>
          <w:p>
            <w:pPr>
              <w:spacing w:after="20" w:line="276" w:lineRule="auto"/>
            </w:pPr>
            <w:r>
              <w:rPr>
                <w:rFonts w:ascii="宋体" w:hAnsi="宋体" w:eastAsia="宋体"/>
                <w:b w:val="0"/>
                <w:sz w:val="18"/>
              </w:rPr>
              <w:t>预设2：要解决的问题是“挂了多少个莲花灯笼？”。</w:t>
            </w:r>
          </w:p>
          <w:p>
            <w:pPr>
              <w:spacing w:after="20" w:line="276" w:lineRule="auto"/>
            </w:pPr>
            <w:r>
              <w:rPr>
                <w:rFonts w:ascii="宋体" w:hAnsi="宋体" w:eastAsia="宋体"/>
                <w:b w:val="0"/>
                <w:sz w:val="18"/>
              </w:rPr>
              <w:t>预设3：要补充合适的条件才能解答这道题。</w:t>
            </w:r>
          </w:p>
          <w:p>
            <w:pPr>
              <w:spacing w:after="20" w:line="276" w:lineRule="auto"/>
            </w:pPr>
            <w:r>
              <w:rPr>
                <w:rFonts w:ascii="宋体" w:hAnsi="宋体" w:eastAsia="宋体"/>
                <w:b w:val="0"/>
                <w:sz w:val="18"/>
              </w:rPr>
              <w:t>预设1：可能存在相差多少个的关系。</w:t>
            </w:r>
          </w:p>
          <w:p>
            <w:pPr>
              <w:spacing w:after="20" w:line="276" w:lineRule="auto"/>
            </w:pPr>
            <w:r>
              <w:rPr>
                <w:rFonts w:ascii="宋体" w:hAnsi="宋体" w:eastAsia="宋体"/>
                <w:b w:val="0"/>
                <w:sz w:val="18"/>
              </w:rPr>
              <w:t>预设2：可能存在和的关系。</w:t>
            </w:r>
          </w:p>
          <w:p>
            <w:pPr>
              <w:spacing w:after="20" w:line="276" w:lineRule="auto"/>
            </w:pPr>
            <w:r>
              <w:rPr>
                <w:rFonts w:ascii="宋体" w:hAnsi="宋体" w:eastAsia="宋体"/>
                <w:b w:val="0"/>
                <w:sz w:val="18"/>
              </w:rPr>
              <w:t>预设3：可能存在倍数关系。</w:t>
            </w:r>
          </w:p>
          <w:p>
            <w:pPr>
              <w:spacing w:after="20" w:line="276" w:lineRule="auto"/>
            </w:pPr>
            <w:r>
              <w:rPr>
                <w:rFonts w:ascii="宋体" w:hAnsi="宋体" w:eastAsia="宋体"/>
                <w:b w:val="0"/>
                <w:sz w:val="18"/>
              </w:rPr>
              <w:t>学生独立完成后汇报，师根据汇报整理并课件展示。</w:t>
            </w:r>
          </w:p>
          <w:p>
            <w:pPr>
              <w:spacing w:after="20" w:line="276" w:lineRule="auto"/>
            </w:pPr>
            <w:r>
              <w:rPr>
                <w:rFonts w:ascii="宋体" w:hAnsi="宋体" w:eastAsia="宋体"/>
                <w:b w:val="0"/>
                <w:sz w:val="18"/>
              </w:rPr>
              <w:t>预设1：金鱼灯笼和莲花灯笼一共15个。列式为：15－8＝7(个)。(板书)</w:t>
            </w:r>
          </w:p>
          <w:p>
            <w:pPr>
              <w:spacing w:after="20" w:line="276" w:lineRule="auto"/>
            </w:pPr>
            <w:r>
              <w:rPr>
                <w:rFonts w:ascii="宋体" w:hAnsi="宋体" w:eastAsia="宋体"/>
                <w:b w:val="0"/>
                <w:sz w:val="18"/>
              </w:rPr>
              <w:t>预设2：莲花灯笼的个数是金鱼灯笼的2倍。列式为：8×2＝16(个)。(板书)</w:t>
            </w:r>
          </w:p>
          <w:p>
            <w:pPr>
              <w:spacing w:after="20" w:line="276" w:lineRule="auto"/>
            </w:pPr>
            <w:r>
              <w:rPr>
                <w:rFonts w:ascii="宋体" w:hAnsi="宋体" w:eastAsia="宋体"/>
                <w:b w:val="0"/>
                <w:sz w:val="18"/>
              </w:rPr>
              <w:t>预设1：发现要解决的问题相同，但可以补充的条件有多种。</w:t>
            </w:r>
          </w:p>
          <w:p>
            <w:pPr>
              <w:spacing w:after="20" w:line="276" w:lineRule="auto"/>
            </w:pPr>
            <w:r>
              <w:rPr>
                <w:rFonts w:ascii="宋体" w:hAnsi="宋体" w:eastAsia="宋体"/>
                <w:b w:val="0"/>
                <w:sz w:val="18"/>
              </w:rPr>
              <w:t>预设2：补充的条件不同，解答方法不一样。</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设计递进式探究活动，引导学生在动手实践与合作交流中经历知识形成过程，突破本课重难点，核心问题："通过读题，你获得了哪些数学信息？"</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完成教科书P35“做一做”第2题。</w:t>
            </w:r>
          </w:p>
          <w:p>
            <w:pPr>
              <w:spacing w:after="20" w:line="276" w:lineRule="auto"/>
            </w:pPr>
            <w:r>
              <w:rPr>
                <w:rFonts w:ascii="宋体" w:hAnsi="宋体" w:eastAsia="宋体"/>
                <w:b w:val="0"/>
                <w:sz w:val="18"/>
              </w:rPr>
              <w:t>提示：第(1)题，可以提出两种气球的总数、相差多少或倍数关系的问题。第(2)题，可以补充桃和苹果之间的数量关系的条件。</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师：今天这节课你有什么收获？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对数量关系的认知处于从直观到抽象的过渡阶段。借助补充“相差”“倍数”“总和”等不同类型条件，让学生辨析加、减、乘、除运算对应的数量关系，强化对“数量关系决定运算选择”的理解，为后续解决更复杂的实际问题奠定基础。同时也锻炼了学生“条件——关系——解法”的逻辑链条构建能力；鼓励学生补充多样条件，不局限于单一思路，为学生提供创新空间。“回顾反思”中，对比不同条件下的解法差异，培养归纳、概括的逻辑思维，助力学生形成严谨思维习惯。</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补条件</w:t>
      </w:r>
    </w:p>
    <w:p>
      <w:pPr>
        <w:spacing w:after="40" w:line="300" w:lineRule="auto"/>
      </w:pPr>
      <w:r>
        <w:rPr>
          <w:rFonts w:ascii="宋体" w:hAnsi="宋体" w:eastAsia="宋体"/>
          <w:b w:val="0"/>
          <w:sz w:val="20"/>
        </w:rPr>
        <w:t>金鱼灯笼和莲花灯笼一共15个　15－8＝7(个)</w:t>
      </w:r>
    </w:p>
    <w:p>
      <w:pPr>
        <w:spacing w:after="40" w:line="300" w:lineRule="auto"/>
      </w:pPr>
      <w:r>
        <w:rPr>
          <w:rFonts w:ascii="宋体" w:hAnsi="宋体" w:eastAsia="宋体"/>
          <w:b w:val="0"/>
          <w:sz w:val="20"/>
        </w:rPr>
        <w:t>莲花灯笼的个数是金鱼灯笼的2倍　8×2＝16(个)</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教科书P34～35例7，教科书P35“做一做”第2题。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已掌握基本加、减、乘、除运算，本节课补充条件解决问题，是搭建从简单运算应用到复杂问题解决的桥梁。教学中要关注学生补充条件的多样性和合理性，及时鼓励创新思路。同时注意引导学生准确分析数量关系，对于理解较慢的学生，要耐心辅导，确保他们掌握解题方法，提升课堂教学效果。</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整理和复习</w:t>
            </w:r>
          </w:p>
        </w:tc>
        <w:tc>
          <w:tcPr>
            <w:tcW w:type="dxa" w:w="6009"/>
          </w:tcPr>
          <w:p>
            <w:pPr>
              <w:spacing w:after="20" w:line="276" w:lineRule="auto"/>
            </w:pPr>
            <w:r/>
            <w:r>
              <w:rPr>
                <w:rFonts w:ascii="宋体" w:hAnsi="宋体" w:eastAsia="宋体"/>
                <w:b w:val="0"/>
                <w:sz w:val="20"/>
              </w:rPr>
              <w:t>第2单元 数量间的乘除关系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本单元是学生第一次接触有关“倍”的概念，大多数学生对“倍”十分陌生。两个数之间的大小关系，可以用“相差”来描述，也可以用“倍”来表达。学生认识比较抽象的“倍”是具有一定难度的，因为实际生活中学生很少用到“倍”来表示物体数量之间的关系。二年级学生的思维特点是以具体形象思维为主，同时还保留着直观、动作思维的形式，他们的抽象思维能力比较低，对于具体、直观的内容有较大的依赖性。在教学的过程中注意从直观的模型到示意图和线段图再到语言表述，让学生在动手、动脑、动笔、动口中掌握新知识。</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教学内容：教科书P38“整理和复习”，教科书P39“练一练”第1～4题。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（1）在教师的引导下，让学生经历知识整理的过程，进一步理解本单元的知识及相互联系，能熟练进行相关运算与问题解决。</w:t>
      </w:r>
    </w:p>
    <w:p>
      <w:pPr>
        <w:spacing w:after="20" w:line="300" w:lineRule="auto"/>
        <w:ind w:firstLine="400"/>
      </w:pPr>
      <w:r>
        <w:rPr>
          <w:rFonts w:ascii="宋体" w:hAnsi="宋体" w:eastAsia="宋体"/>
          <w:b w:val="0"/>
          <w:sz w:val="20"/>
        </w:rPr>
        <w:t>（2）通过知识梳理、巩固练习等环节，进一步建立倍的概念，培养学生整理归纳知识的能力，提升逻辑思维和运用知识解决问题的能力，强化对数量关系的理解。</w:t>
      </w:r>
    </w:p>
    <w:p>
      <w:pPr>
        <w:spacing w:after="20" w:line="300" w:lineRule="auto"/>
        <w:ind w:firstLine="400"/>
      </w:pPr>
      <w:r>
        <w:rPr>
          <w:rFonts w:ascii="宋体" w:hAnsi="宋体" w:eastAsia="宋体"/>
          <w:b w:val="0"/>
          <w:sz w:val="20"/>
        </w:rPr>
        <w:t>（3）让学生感受数学知识的系统性，体会整理复习的价值，激发学习数学的积极性，增强学好数学的信心。</w:t>
      </w:r>
    </w:p>
    <w:p>
      <w:pPr>
        <w:spacing w:after="20" w:line="300" w:lineRule="auto"/>
      </w:pPr>
      <w:r>
        <w:rPr>
          <w:rFonts w:ascii="宋体" w:hAnsi="宋体" w:eastAsia="宋体"/>
          <w:b w:val="0"/>
          <w:sz w:val="20"/>
        </w:rPr>
        <w:t>教学重点：系统梳理本单元知识，熟练运用倍的知识解决实际问题，清晰理解数量关系。</w:t>
      </w:r>
    </w:p>
    <w:p>
      <w:pPr>
        <w:spacing w:after="20" w:line="300" w:lineRule="auto"/>
      </w:pPr>
      <w:r>
        <w:rPr>
          <w:rFonts w:ascii="宋体" w:hAnsi="宋体" w:eastAsia="宋体"/>
          <w:b w:val="0"/>
          <w:sz w:val="20"/>
        </w:rPr>
        <w:t>教学难点：灵活补充、运用不同数量关系解决复杂问题，准确整理知识并形成知识网络。</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本单元我们学习了“数量间的乘除关系”，这节课我们进一步进行巩固。先说说你在本单元的学习中有哪些收获？</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二、知识梳理</w:t>
            </w:r>
          </w:p>
        </w:tc>
        <w:tc>
          <w:tcPr>
            <w:tcW w:type="dxa" w:w="1814"/>
          </w:tcPr>
          <w:p>
            <w:pPr>
              <w:spacing w:after="20" w:line="276" w:lineRule="auto"/>
            </w:pPr>
            <w:r/>
            <w:r>
              <w:rPr>
                <w:rFonts w:ascii="宋体" w:hAnsi="宋体" w:eastAsia="宋体"/>
                <w:b w:val="0"/>
                <w:sz w:val="18"/>
              </w:rPr>
              <w:t>课件、图片、圆片、线段图</w:t>
            </w:r>
          </w:p>
        </w:tc>
        <w:tc>
          <w:tcPr>
            <w:tcW w:type="dxa" w:w="3402"/>
          </w:tcPr>
          <w:p>
            <w:pPr>
              <w:spacing w:after="20" w:line="276" w:lineRule="auto"/>
            </w:pPr>
            <w:r/>
            <w:r>
              <w:rPr>
                <w:rFonts w:ascii="宋体" w:hAnsi="宋体" w:eastAsia="宋体"/>
                <w:b w:val="0"/>
                <w:sz w:val="18"/>
              </w:rPr>
              <w:t>为什么数量不同，无色圆片的数量都是有色圆片的2倍？；求15是5的几倍，怎样思考？</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教科书、线段图、课件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本单元学完了，你学到了什么？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一、谈话引入</w:t>
            </w:r>
          </w:p>
        </w:tc>
        <w:tc>
          <w:tcPr>
            <w:tcW w:type="dxa" w:w="3061"/>
          </w:tcPr>
          <w:p>
            <w:pPr>
              <w:spacing w:after="20" w:line="276" w:lineRule="auto"/>
            </w:pPr>
            <w:r/>
            <w:r>
              <w:rPr>
                <w:rFonts w:ascii="宋体" w:hAnsi="宋体" w:eastAsia="宋体"/>
                <w:b w:val="0"/>
                <w:sz w:val="18"/>
              </w:rPr>
              <w:t>师：本单元我们学习了“数量间的乘除关系”，这节课我们进一步进行巩固。先说说你在本单元的学习中有哪些收获？(板书课题：整理和复习)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创设情境激活学生已有经验，自然引出本课学习内容，激发学习兴趣，核心问题："本单元我们学习了“数量间的乘除关系”，这节课我们进一步进行巩固。先说说你在本单元的学习中有哪些收获？"</w:t>
            </w:r>
          </w:p>
        </w:tc>
      </w:tr>
      <w:tr>
        <w:tc>
          <w:tcPr>
            <w:tcW w:type="dxa" w:w="1474"/>
          </w:tcPr>
          <w:p>
            <w:pPr>
              <w:spacing w:after="20" w:line="276" w:lineRule="auto"/>
            </w:pPr>
            <w:r>
              <w:rPr>
                <w:b/>
              </w:rPr>
            </w:r>
            <w:r>
              <w:rPr>
                <w:rFonts w:ascii="宋体" w:hAnsi="宋体" w:eastAsia="宋体"/>
                <w:b/>
                <w:sz w:val="18"/>
              </w:rPr>
              <w:t>二、知识梳理</w:t>
            </w:r>
          </w:p>
        </w:tc>
        <w:tc>
          <w:tcPr>
            <w:tcW w:type="dxa" w:w="3061"/>
          </w:tcPr>
          <w:p>
            <w:pPr>
              <w:spacing w:after="20" w:line="276" w:lineRule="auto"/>
            </w:pPr>
            <w:r/>
            <w:r>
              <w:rPr>
                <w:rFonts w:ascii="宋体" w:hAnsi="宋体" w:eastAsia="宋体"/>
                <w:b w:val="0"/>
                <w:sz w:val="18"/>
              </w:rPr>
              <w:t>1.复习“倍”的概念。(板书：倍的概念)</w:t>
            </w:r>
          </w:p>
          <w:p>
            <w:pPr>
              <w:spacing w:after="20" w:line="276" w:lineRule="auto"/>
            </w:pPr>
            <w:r>
              <w:rPr>
                <w:rFonts w:ascii="宋体" w:hAnsi="宋体" w:eastAsia="宋体"/>
                <w:b w:val="0"/>
                <w:sz w:val="18"/>
              </w:rPr>
              <w:t>师：“倍”是两个量比较的结果，有几个1份，就是几倍。</w:t>
            </w:r>
          </w:p>
          <w:p>
            <w:pPr>
              <w:spacing w:after="20" w:line="276" w:lineRule="auto"/>
            </w:pPr>
            <w:r>
              <w:rPr>
                <w:rFonts w:ascii="宋体" w:hAnsi="宋体" w:eastAsia="宋体"/>
                <w:b w:val="0"/>
                <w:sz w:val="18"/>
              </w:rPr>
              <w:t>课件出示图片。</w:t>
            </w:r>
          </w:p>
          <w:p>
            <w:pPr>
              <w:spacing w:after="20" w:line="276" w:lineRule="auto"/>
            </w:pPr>
            <w:r>
              <w:rPr>
                <w:rFonts w:ascii="宋体" w:hAnsi="宋体" w:eastAsia="宋体"/>
                <w:b w:val="0"/>
                <w:sz w:val="18"/>
              </w:rPr>
              <w:t>师：为什么数量不同，无色圆片的数量都是有色圆片的2倍？</w:t>
            </w:r>
          </w:p>
          <w:p>
            <w:pPr>
              <w:spacing w:after="20" w:line="276" w:lineRule="auto"/>
            </w:pPr>
            <w:r>
              <w:rPr>
                <w:rFonts w:ascii="宋体" w:hAnsi="宋体" w:eastAsia="宋体"/>
                <w:b w:val="0"/>
                <w:sz w:val="18"/>
              </w:rPr>
              <w:t>2．解决问题。(板书：解决问题)</w:t>
            </w:r>
          </w:p>
          <w:p>
            <w:pPr>
              <w:spacing w:after="20" w:line="276" w:lineRule="auto"/>
            </w:pPr>
            <w:r>
              <w:rPr>
                <w:rFonts w:ascii="宋体" w:hAnsi="宋体" w:eastAsia="宋体"/>
                <w:b w:val="0"/>
                <w:sz w:val="18"/>
              </w:rPr>
              <w:t>师：求15是5的几倍，怎样思考？(板书：倍数问题)</w:t>
            </w:r>
          </w:p>
          <w:p>
            <w:pPr>
              <w:spacing w:after="20" w:line="276" w:lineRule="auto"/>
            </w:pPr>
            <w:r>
              <w:rPr>
                <w:rFonts w:ascii="宋体" w:hAnsi="宋体" w:eastAsia="宋体"/>
                <w:b w:val="0"/>
                <w:sz w:val="18"/>
              </w:rPr>
              <w:t>师：还可以用线段图表示数量之间的倍数关系。</w:t>
            </w:r>
          </w:p>
          <w:p>
            <w:pPr>
              <w:spacing w:after="20" w:line="276" w:lineRule="auto"/>
            </w:pPr>
            <w:r>
              <w:rPr>
                <w:rFonts w:ascii="宋体" w:hAnsi="宋体" w:eastAsia="宋体"/>
                <w:b w:val="0"/>
                <w:sz w:val="18"/>
              </w:rPr>
              <w:t>课件出示线段图。</w:t>
            </w:r>
          </w:p>
          <w:p>
            <w:pPr>
              <w:spacing w:after="20" w:line="276" w:lineRule="auto"/>
            </w:pPr>
            <w:r>
              <w:rPr>
                <w:rFonts w:ascii="宋体" w:hAnsi="宋体" w:eastAsia="宋体"/>
                <w:b w:val="0"/>
                <w:sz w:val="18"/>
              </w:rPr>
              <w:t>师：下面我们就运用倍的知识解决问题。</w:t>
            </w:r>
          </w:p>
          <w:p>
            <w:pPr>
              <w:spacing w:after="20" w:line="276" w:lineRule="auto"/>
            </w:pPr>
            <w:r>
              <w:rPr>
                <w:rFonts w:ascii="宋体" w:hAnsi="宋体" w:eastAsia="宋体"/>
                <w:b w:val="0"/>
                <w:sz w:val="18"/>
              </w:rPr>
              <w:t>课件出示图片。</w:t>
            </w:r>
          </w:p>
          <w:p>
            <w:pPr>
              <w:spacing w:after="20" w:line="276" w:lineRule="auto"/>
            </w:pPr>
            <w:r>
              <w:rPr>
                <w:rFonts w:ascii="宋体" w:hAnsi="宋体" w:eastAsia="宋体"/>
                <w:b w:val="0"/>
                <w:sz w:val="18"/>
              </w:rPr>
              <w:t>师：松鼠的只数是小兔的几倍？实际是求什么？</w:t>
            </w:r>
          </w:p>
          <w:p>
            <w:pPr>
              <w:spacing w:after="20" w:line="276" w:lineRule="auto"/>
            </w:pPr>
            <w:r>
              <w:rPr>
                <w:rFonts w:ascii="宋体" w:hAnsi="宋体" w:eastAsia="宋体"/>
                <w:b w:val="0"/>
                <w:sz w:val="18"/>
              </w:rPr>
              <w:t>师：请你根据图片信息再提出一个问题并解答。(板书：提出问题)</w:t>
            </w:r>
          </w:p>
          <w:p>
            <w:pPr>
              <w:spacing w:after="20" w:line="276" w:lineRule="auto"/>
            </w:pPr>
            <w:r>
              <w:rPr>
                <w:rFonts w:ascii="宋体" w:hAnsi="宋体" w:eastAsia="宋体"/>
                <w:b w:val="0"/>
                <w:sz w:val="18"/>
              </w:rPr>
              <w:t>师：要求有多少只小狗？请你补充一个合适的条件并解答。(板书：补充条件)</w:t>
            </w:r>
          </w:p>
          <w:p>
            <w:pPr>
              <w:spacing w:after="20" w:line="276" w:lineRule="auto"/>
            </w:pPr>
            <w:r>
              <w:rPr>
                <w:rFonts w:ascii="宋体" w:hAnsi="宋体" w:eastAsia="宋体"/>
                <w:b w:val="0"/>
                <w:sz w:val="18"/>
              </w:rPr>
              <w:t>3．小结</w:t>
            </w:r>
          </w:p>
          <w:p>
            <w:pPr>
              <w:spacing w:after="20" w:line="276" w:lineRule="auto"/>
            </w:pPr>
            <w:r>
              <w:rPr>
                <w:rFonts w:ascii="宋体" w:hAnsi="宋体" w:eastAsia="宋体"/>
                <w:b w:val="0"/>
                <w:sz w:val="18"/>
              </w:rPr>
              <w:t>师：在解决有关倍数的问题时，可以通过画线段图帮助分析数量关系；提出问题或补充条件时，要考虑好数量关系。</w:t>
            </w:r>
          </w:p>
          <w:p>
            <w:pPr>
              <w:spacing w:after="20" w:line="276" w:lineRule="auto"/>
            </w:pPr>
            <w:r>
              <w:rPr>
                <w:rFonts w:ascii="宋体" w:hAnsi="宋体" w:eastAsia="宋体"/>
                <w:b w:val="0"/>
                <w:sz w:val="18"/>
              </w:rPr>
              <w:t>师：你知道两个数量之间有什么关系吗？</w:t>
            </w:r>
          </w:p>
          <w:p>
            <w:pPr>
              <w:spacing w:after="20" w:line="276" w:lineRule="auto"/>
            </w:pPr>
            <w:r>
              <w:rPr>
                <w:rFonts w:ascii="宋体" w:hAnsi="宋体" w:eastAsia="宋体"/>
                <w:b w:val="0"/>
                <w:sz w:val="18"/>
              </w:rPr>
              <w:t>指名学生回答后，课件出示。</w:t>
            </w:r>
          </w:p>
        </w:tc>
        <w:tc>
          <w:tcPr>
            <w:tcW w:type="dxa" w:w="3061"/>
          </w:tcPr>
          <w:p>
            <w:pPr>
              <w:spacing w:after="20" w:line="276" w:lineRule="auto"/>
            </w:pPr>
            <w:r/>
            <w:r>
              <w:rPr>
                <w:rFonts w:ascii="宋体" w:hAnsi="宋体" w:eastAsia="宋体"/>
                <w:b w:val="0"/>
                <w:sz w:val="18"/>
              </w:rPr>
              <w:t>每组中无色圆片的数量都是有色圆片的2倍。</w:t>
            </w:r>
          </w:p>
          <w:p>
            <w:pPr>
              <w:spacing w:after="20" w:line="276" w:lineRule="auto"/>
            </w:pPr>
            <w:r>
              <w:rPr>
                <w:rFonts w:ascii="宋体" w:hAnsi="宋体" w:eastAsia="宋体"/>
                <w:b w:val="0"/>
                <w:sz w:val="18"/>
              </w:rPr>
              <w:t>无色圆片的数量中都有2组有色圆片的数量。</w:t>
            </w:r>
          </w:p>
          <w:p>
            <w:pPr>
              <w:spacing w:after="20" w:line="276" w:lineRule="auto"/>
            </w:pPr>
            <w:r>
              <w:rPr>
                <w:rFonts w:ascii="宋体" w:hAnsi="宋体" w:eastAsia="宋体"/>
                <w:b w:val="0"/>
                <w:sz w:val="18"/>
              </w:rPr>
              <w:t>想：15里面有几个5，用除法计算。</w:t>
            </w:r>
          </w:p>
          <w:p>
            <w:pPr>
              <w:spacing w:after="20" w:line="276" w:lineRule="auto"/>
            </w:pPr>
            <w:r>
              <w:rPr>
                <w:rFonts w:ascii="宋体" w:hAnsi="宋体" w:eastAsia="宋体"/>
                <w:b w:val="0"/>
                <w:sz w:val="18"/>
              </w:rPr>
              <w:t>求24里面有几个6。</w:t>
            </w:r>
          </w:p>
          <w:p>
            <w:pPr>
              <w:spacing w:after="20" w:line="276" w:lineRule="auto"/>
            </w:pPr>
            <w:r>
              <w:rPr>
                <w:rFonts w:ascii="宋体" w:hAnsi="宋体" w:eastAsia="宋体"/>
                <w:b w:val="0"/>
                <w:sz w:val="18"/>
              </w:rPr>
              <w:t>预设1：小兔和青蛙一共有多少只？列式：6＋8＝14(只)。</w:t>
            </w:r>
          </w:p>
          <w:p>
            <w:pPr>
              <w:spacing w:after="20" w:line="276" w:lineRule="auto"/>
            </w:pPr>
            <w:r>
              <w:rPr>
                <w:rFonts w:ascii="宋体" w:hAnsi="宋体" w:eastAsia="宋体"/>
                <w:b w:val="0"/>
                <w:sz w:val="18"/>
              </w:rPr>
              <w:t>预设2：松鼠的只数是青蛙的几倍？列式：24÷8＝3。</w:t>
            </w:r>
          </w:p>
          <w:p>
            <w:pPr>
              <w:spacing w:after="20" w:line="276" w:lineRule="auto"/>
            </w:pPr>
            <w:r>
              <w:rPr>
                <w:rFonts w:ascii="宋体" w:hAnsi="宋体" w:eastAsia="宋体"/>
                <w:b w:val="0"/>
                <w:sz w:val="18"/>
              </w:rPr>
              <w:t>预设1：松鼠的只数是小狗的4倍，列式：24÷4＝6(只)。</w:t>
            </w:r>
          </w:p>
          <w:p>
            <w:pPr>
              <w:spacing w:after="20" w:line="276" w:lineRule="auto"/>
            </w:pPr>
            <w:r>
              <w:rPr>
                <w:rFonts w:ascii="宋体" w:hAnsi="宋体" w:eastAsia="宋体"/>
                <w:b w:val="0"/>
                <w:sz w:val="18"/>
              </w:rPr>
              <w:t>预设2：小狗的只数是青蛙的2倍，列式：8×2＝16(只)。</w:t>
            </w:r>
          </w:p>
          <w:p>
            <w:pPr>
              <w:spacing w:after="20" w:line="276" w:lineRule="auto"/>
            </w:pPr>
            <w:r>
              <w:rPr>
                <w:rFonts w:ascii="宋体" w:hAnsi="宋体" w:eastAsia="宋体"/>
                <w:b w:val="0"/>
                <w:sz w:val="18"/>
              </w:rPr>
              <w:t>预设3：小兔和小狗一共有10只，列式：10－6＝4(只)。</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引导学生回顾梳理本课所学，完善认知结构，提升归纳与反思能力，核心问题："为什么数量不同，无色圆片的数量都是有色圆片的2倍？"</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1.完成教科书P39“练一练”第1题。</w:t>
            </w:r>
          </w:p>
          <w:p>
            <w:pPr>
              <w:spacing w:after="20" w:line="276" w:lineRule="auto"/>
            </w:pPr>
            <w:r>
              <w:rPr>
                <w:rFonts w:ascii="宋体" w:hAnsi="宋体" w:eastAsia="宋体"/>
                <w:b w:val="0"/>
                <w:sz w:val="18"/>
              </w:rPr>
              <w:t>画线段图帮助分析，去年飞来的8只天鹅是一倍数，求今年飞来过冬的天鹅有多少只，就是求4个8是多少，用乘法计算。</w:t>
            </w:r>
          </w:p>
          <w:p>
            <w:pPr>
              <w:spacing w:after="20" w:line="276" w:lineRule="auto"/>
            </w:pPr>
            <w:r>
              <w:rPr>
                <w:rFonts w:ascii="宋体" w:hAnsi="宋体" w:eastAsia="宋体"/>
                <w:b w:val="0"/>
                <w:sz w:val="18"/>
              </w:rPr>
              <w:t>2．完成教科书P39“练一练”第2题。</w:t>
            </w:r>
          </w:p>
          <w:p>
            <w:pPr>
              <w:spacing w:after="20" w:line="276" w:lineRule="auto"/>
            </w:pPr>
            <w:r>
              <w:rPr>
                <w:rFonts w:ascii="宋体" w:hAnsi="宋体" w:eastAsia="宋体"/>
                <w:b w:val="0"/>
                <w:sz w:val="18"/>
              </w:rPr>
              <w:t>求18是6的几倍，就是求18里面有几个6，用除法计算。</w:t>
            </w:r>
          </w:p>
          <w:p>
            <w:pPr>
              <w:spacing w:after="20" w:line="276" w:lineRule="auto"/>
            </w:pPr>
            <w:r>
              <w:rPr>
                <w:rFonts w:ascii="宋体" w:hAnsi="宋体" w:eastAsia="宋体"/>
                <w:b w:val="0"/>
                <w:sz w:val="18"/>
              </w:rPr>
              <w:t>3．完成教科书P39“练一练”第3题。</w:t>
            </w:r>
          </w:p>
          <w:p>
            <w:pPr>
              <w:spacing w:after="20" w:line="276" w:lineRule="auto"/>
            </w:pPr>
            <w:r>
              <w:rPr>
                <w:rFonts w:ascii="宋体" w:hAnsi="宋体" w:eastAsia="宋体"/>
                <w:b w:val="0"/>
                <w:sz w:val="18"/>
              </w:rPr>
              <w:t>(1)求9的3倍是多少，就是求3个9是多少，用乘法计算。求出的女生人数要作为求舞蹈兴趣小组一共有多少人的一个条件。</w:t>
            </w:r>
          </w:p>
          <w:p>
            <w:pPr>
              <w:spacing w:after="20" w:line="276" w:lineRule="auto"/>
            </w:pPr>
            <w:r>
              <w:rPr>
                <w:rFonts w:ascii="宋体" w:hAnsi="宋体" w:eastAsia="宋体"/>
                <w:b w:val="0"/>
                <w:sz w:val="18"/>
              </w:rPr>
              <w:t>(2)求女生人数，就是求比9多18的数是多少？用加法计算。求出的女生人数要作为求舞蹈兴趣小组一共有多少人的一个条件。</w:t>
            </w:r>
          </w:p>
          <w:p>
            <w:pPr>
              <w:spacing w:after="20" w:line="276" w:lineRule="auto"/>
            </w:pPr>
            <w:r>
              <w:rPr>
                <w:rFonts w:ascii="宋体" w:hAnsi="宋体" w:eastAsia="宋体"/>
                <w:b w:val="0"/>
                <w:sz w:val="18"/>
              </w:rPr>
              <w:t>4．完成教科书P39“练一练”第4题。</w:t>
            </w:r>
          </w:p>
          <w:p>
            <w:pPr>
              <w:spacing w:after="20" w:line="276" w:lineRule="auto"/>
            </w:pPr>
            <w:r>
              <w:rPr>
                <w:rFonts w:ascii="宋体" w:hAnsi="宋体" w:eastAsia="宋体"/>
                <w:b w:val="0"/>
                <w:sz w:val="18"/>
              </w:rPr>
              <w:t>(1)知道黄花有8朵，红花和黄花有倍数关系就可以求红花有多少朵。</w:t>
            </w:r>
          </w:p>
          <w:p>
            <w:pPr>
              <w:spacing w:after="20" w:line="276" w:lineRule="auto"/>
            </w:pPr>
            <w:r>
              <w:rPr>
                <w:rFonts w:ascii="宋体" w:hAnsi="宋体" w:eastAsia="宋体"/>
                <w:b w:val="0"/>
                <w:sz w:val="18"/>
              </w:rPr>
              <w:t>(2)求白花有多少朵，补充的条件要反映黄花与白花之间的数量关系。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师：本单元学完了，你学到了什么？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谈话引入本单元知识的情境，通过“倍的概念、线段图、解决问题”等知识的串联，构建本单元知识框架。由一幅图片关联倍的关系(乘除)和相差关系(加减)，结合图片内容提问和补充条件解决问题，完善知识体系，明晰不同数量关系下的解题逻辑，提升知识整合与迁移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w:t>
      </w:r>
    </w:p>
    <w:p>
      <w:pPr>
        <w:spacing w:after="40" w:line="300" w:lineRule="auto"/>
      </w:pPr>
      <w:r>
        <w:rPr>
          <w:rFonts w:ascii="宋体" w:hAnsi="宋体" w:eastAsia="宋体"/>
          <w:b w:val="0"/>
          <w:sz w:val="20"/>
        </w:rPr>
        <w:t>数量间的乘除关系</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教科书P38“整理和复习”，教科书P39“练一练”第1～4题。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要关注学生知识梳理的完整性和解题时对数量关系的把握。对于梳理知识困难的学生，需加强引导；练习时，注重让学生表达解题思路，暴露思维过程，及时纠正偏差，提升学生整理复习和运用知识的能力，确保复习效果扎实有效。</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