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第1单元 观察简单组合体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观察简单组合体</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根据学生已有的经验及心理发展规律，教科书按从易到难螺旋上升的编排原则对观察简单组合体进行编排。本单元的内容有三道例题，内容编排也是由易到难。例1先让学生用4个小正方体摆一摆，摆出不同的组合体，体会相同数量的小正方体可以摆成不同的组合体；再从不同方向观察同一组合体，回顾前面所学知识。例2同样在摆组合体的基础上观察不同的组合体，体会从同一方向观察不同的组合体，看到的图形可能相同，也可能不相同。例3教学根据从一个方向、三个方向看到的图形还原组合体，了解从一个方向、三个方向看到的图形与组合体之间的联系，感悟根据从一个方向看到的图形无法确定组合体，根据从三个方向看到的图形能确定组合体，渗透根据从三个方向看到的图形用小正方体摆出相应组合体的方法。</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前面学习了从不同方向观察实物和单个立体图形以及组合体，在日常生活中经常观察各种立体图形，在拼搭小正方体的过程中也积累了一定的动手操作的经验，所以本单元的直观观察对于学生来说并不难，但是根据用规定个数的小正方体摆组合体，学生可能无法考虑到多种摆法。从一个或多个方向观察到的图形还原出相应的组合体，需要学生借助空间想象力进行操作，初步经历逆向思考的过程，推理出组合体原来的形状，对于学生来说有一定的难度，也是教学的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第1课时：用给定数量的小正方体摆出相应的组合体，体会摆法的多样化。</w:t>
      </w:r>
    </w:p>
    <w:p>
      <w:pPr>
        <w:spacing w:after="20" w:line="300" w:lineRule="auto"/>
        <w:ind w:firstLine="400"/>
      </w:pPr>
      <w:r>
        <w:rPr>
          <w:rFonts w:ascii="宋体" w:hAnsi="宋体" w:eastAsia="宋体"/>
          <w:b w:val="0"/>
          <w:sz w:val="20"/>
        </w:rPr>
        <w:t>第2课时：用给定数量的小正方体摆出相应的组合体，体会摆法的多样化。</w:t>
      </w:r>
    </w:p>
    <w:p>
      <w:pPr>
        <w:spacing w:after="20" w:line="300" w:lineRule="auto"/>
        <w:ind w:firstLine="400"/>
      </w:pPr>
      <w:r>
        <w:rPr>
          <w:rFonts w:ascii="宋体" w:hAnsi="宋体" w:eastAsia="宋体"/>
          <w:b w:val="0"/>
          <w:sz w:val="20"/>
        </w:rPr>
        <w:t>第3课时：根据给出的从一个方向看到的图形，用给定数量的小正方体摆出组合体，体会摆法的多样化。</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重学生的动手操作和自主探索。由摆到观察尊重了学生的认知规律，让学生经历从具体到抽象再到具体的过程。教学时，需要让学生通过动手操作，借助直观表象进行推理，在拼摆小正方体的活动中不断验证、加以完善，探索出搭配的方法。经历观察、想象、猜测、分析和推理等过程，让学生的空间想象力和思维能力得到锻炼。</w:t>
      </w:r>
    </w:p>
    <w:p>
      <w:pPr>
        <w:spacing w:after="20" w:line="300" w:lineRule="auto"/>
      </w:pPr>
      <w:r>
        <w:rPr>
          <w:rFonts w:ascii="宋体" w:hAnsi="宋体" w:eastAsia="宋体"/>
          <w:b w:val="0"/>
          <w:sz w:val="20"/>
        </w:rPr>
        <w:t>● 注意让学生真正地、充分地进行交流和表达。学生在具体的数学活动中，需要动脑、动手、动口，多种感官协调活动。其中表达是学生感悟的具体体现，同学之间的相互交流有利于他们从多角度去感悟，强化感知和思维，丰富活动经验。在交流的过程中，有些空间位置的描述学生难以表达，在教学时，最好用“排、列、层”等术语引导学生表述，帮助学生表达清楚自己头脑中的组合体。</w:t>
      </w:r>
    </w:p>
    <w:p>
      <w:pPr>
        <w:spacing w:after="20" w:line="300" w:lineRule="auto"/>
      </w:pPr>
      <w:r>
        <w:rPr>
          <w:rFonts w:ascii="宋体" w:hAnsi="宋体" w:eastAsia="宋体"/>
          <w:b w:val="0"/>
          <w:sz w:val="20"/>
        </w:rPr>
        <w:t>几何直观：感知小正方体及小正方体的个数与组合体之间的关系，能用给定数量的小正方体摆出不同的组合体。</w:t>
      </w:r>
    </w:p>
    <w:p>
      <w:pPr>
        <w:spacing w:after="20" w:line="300" w:lineRule="auto"/>
      </w:pPr>
      <w:r>
        <w:rPr>
          <w:rFonts w:ascii="宋体" w:hAnsi="宋体" w:eastAsia="宋体"/>
          <w:b w:val="0"/>
          <w:sz w:val="20"/>
        </w:rPr>
        <w:t>空间观念：能根据从不同方向看到的图形，想象出组合体的某部分。根据从三个方向看到的图形想象出组合体。想象并表达出看到的图形与小正方体的摆法之间的关系。</w:t>
      </w:r>
    </w:p>
    <w:p>
      <w:pPr>
        <w:spacing w:after="20" w:line="300" w:lineRule="auto"/>
      </w:pPr>
      <w:r>
        <w:rPr>
          <w:rFonts w:ascii="宋体" w:hAnsi="宋体" w:eastAsia="宋体"/>
          <w:b w:val="0"/>
          <w:sz w:val="20"/>
        </w:rPr>
        <w:t>推理意识：综合运用看到的图形推理出小正方体的个数和摆法。根据从不同方向看到的图形依次推理出组合体每排、每列、每层的小正方体数量及摆法。</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观察简单组合体(1)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用给定数量的小正方体摆出相应的组合体，体会摆法的多样化。</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观察简单组合体(2)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用给定数量的小正方体摆出相应的组合体，体会摆法的多样化。</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观察简单组合体(3)</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根据给出的从一个方向看到的图形，用给定数量的小正方体摆出组合体，体会摆法的多样化。</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观察简单组合体(1)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观察简单组合体(1)</w:t>
            </w:r>
          </w:p>
        </w:tc>
        <w:tc>
          <w:tcPr>
            <w:tcW w:type="dxa" w:w="6009"/>
          </w:tcPr>
          <w:p>
            <w:pPr>
              <w:spacing w:after="20" w:line="276" w:lineRule="auto"/>
            </w:pPr>
            <w:r/>
            <w:r>
              <w:rPr>
                <w:rFonts w:ascii="宋体" w:hAnsi="宋体" w:eastAsia="宋体"/>
                <w:b w:val="0"/>
                <w:sz w:val="20"/>
              </w:rPr>
              <w:t>第1单元 观察简单组合体</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学习了从不同方向观察实物和单个立体图形以及组合体，在日常生活中经常观察各种立体图形，在拼搭小正方体的过程中也积累了一定的动手操作的经验，所以本单元的直观观察对于学生来说并不难，但是根据用规定个数的小正方体摆组合体，学生可能无法考虑到多种摆法。从一个或多个方向观察到的图形还原出相应的组合体，需要学生借助空间想象力进行操作，初步经历逆向思考的过程，推理出组合体原来的形状，对于学生来说有一定的难度，也是教学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教学内容：教科书P1例1，完成教科书P4“练习一”第1、2题。</w:t>
      </w:r>
    </w:p>
    <w:p>
      <w:pPr>
        <w:spacing w:after="80" w:line="300" w:lineRule="auto"/>
        <w:ind w:firstLine="400"/>
      </w:pPr>
      <w:r>
        <w:rPr>
          <w:rFonts w:ascii="宋体" w:hAnsi="宋体" w:eastAsia="宋体"/>
          <w:b w:val="0"/>
          <w:sz w:val="20"/>
        </w:rPr>
        <w:t>教学准备：课件、小正方体教具、小正方体学具(学生自备)。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（1）用给定数量的小正方体摆出相应的组合体，体会摆法的多样化。</w:t>
      </w:r>
    </w:p>
    <w:p>
      <w:pPr>
        <w:spacing w:after="20" w:line="300" w:lineRule="auto"/>
        <w:ind w:firstLine="400"/>
      </w:pPr>
      <w:r>
        <w:rPr>
          <w:rFonts w:ascii="宋体" w:hAnsi="宋体" w:eastAsia="宋体"/>
          <w:b w:val="0"/>
          <w:sz w:val="20"/>
        </w:rPr>
        <w:t>（2）从三个方向看摆好的组合体，体会同一组合体从不同方向看到的图形可能不同。</w:t>
      </w:r>
    </w:p>
    <w:p>
      <w:pPr>
        <w:spacing w:after="20" w:line="300" w:lineRule="auto"/>
        <w:ind w:firstLine="400"/>
      </w:pPr>
      <w:r>
        <w:rPr>
          <w:rFonts w:ascii="宋体" w:hAnsi="宋体" w:eastAsia="宋体"/>
          <w:b w:val="0"/>
          <w:sz w:val="20"/>
        </w:rPr>
        <w:t>（3）经历观察、操作、想象、猜测、分析和推理等过程，积累活动经验，提高学生的空间想象力和推理能力，进一步发展空间观念。</w:t>
      </w:r>
    </w:p>
    <w:p>
      <w:pPr>
        <w:spacing w:after="20" w:line="300" w:lineRule="auto"/>
      </w:pPr>
      <w:r>
        <w:rPr>
          <w:rFonts w:ascii="宋体" w:hAnsi="宋体" w:eastAsia="宋体"/>
          <w:b w:val="0"/>
          <w:sz w:val="20"/>
        </w:rPr>
        <w:t>教学重点：体会同一组合体从不同方向看到的图形可能相同，也可能不同。</w:t>
      </w:r>
    </w:p>
    <w:p>
      <w:pPr>
        <w:spacing w:after="20" w:line="300" w:lineRule="auto"/>
      </w:pPr>
      <w:r>
        <w:rPr>
          <w:rFonts w:ascii="宋体" w:hAnsi="宋体" w:eastAsia="宋体"/>
          <w:b w:val="0"/>
          <w:sz w:val="20"/>
        </w:rPr>
        <w:t>教学难点：同一组合体从不同方向看到的图形可能相同，也可能不同。</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一、谈话导入，揭示课题</w:t>
            </w:r>
          </w:p>
        </w:tc>
        <w:tc>
          <w:tcPr>
            <w:tcW w:type="dxa" w:w="1814"/>
          </w:tcPr>
          <w:p>
            <w:pPr>
              <w:spacing w:after="20" w:line="276" w:lineRule="auto"/>
            </w:pPr>
            <w:r/>
            <w:r>
              <w:rPr>
                <w:rFonts w:ascii="宋体" w:hAnsi="宋体" w:eastAsia="宋体"/>
                <w:b w:val="0"/>
                <w:sz w:val="18"/>
              </w:rPr>
              <w:t>小正方体、课件、学具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二、操作体验，体会摆法的多样化</w:t>
            </w:r>
          </w:p>
        </w:tc>
        <w:tc>
          <w:tcPr>
            <w:tcW w:type="dxa" w:w="1814"/>
          </w:tcPr>
          <w:p>
            <w:pPr>
              <w:spacing w:after="20" w:line="276" w:lineRule="auto"/>
            </w:pPr>
            <w:r/>
            <w:r>
              <w:rPr>
                <w:rFonts w:ascii="宋体" w:hAnsi="宋体" w:eastAsia="宋体"/>
                <w:b w:val="0"/>
                <w:sz w:val="18"/>
              </w:rPr>
              <w:t>课件、教科书、小正方体、学具</w:t>
            </w:r>
          </w:p>
        </w:tc>
        <w:tc>
          <w:tcPr>
            <w:tcW w:type="dxa" w:w="3402"/>
          </w:tcPr>
          <w:p>
            <w:pPr>
              <w:spacing w:after="20" w:line="276" w:lineRule="auto"/>
            </w:pPr>
            <w:r/>
            <w:r>
              <w:rPr>
                <w:rFonts w:ascii="宋体" w:hAnsi="宋体" w:eastAsia="宋体"/>
                <w:b w:val="0"/>
                <w:sz w:val="18"/>
              </w:rPr>
              <w:t>应该怎样摆放？有几种摆法？</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三、从不同方向观察同一组合体</w:t>
            </w:r>
          </w:p>
        </w:tc>
        <w:tc>
          <w:tcPr>
            <w:tcW w:type="dxa" w:w="1814"/>
          </w:tcPr>
          <w:p>
            <w:pPr>
              <w:spacing w:after="20" w:line="276" w:lineRule="auto"/>
            </w:pPr>
            <w:r/>
            <w:r>
              <w:rPr>
                <w:rFonts w:ascii="宋体" w:hAnsi="宋体" w:eastAsia="宋体"/>
                <w:b w:val="0"/>
                <w:sz w:val="18"/>
              </w:rPr>
              <w:t>小正方体、课件、教科书、学具</w:t>
            </w:r>
          </w:p>
        </w:tc>
        <w:tc>
          <w:tcPr>
            <w:tcW w:type="dxa" w:w="3402"/>
          </w:tcPr>
          <w:p>
            <w:pPr>
              <w:spacing w:after="20" w:line="276" w:lineRule="auto"/>
            </w:pPr>
            <w:r/>
            <w:r>
              <w:rPr>
                <w:rFonts w:ascii="宋体" w:hAnsi="宋体" w:eastAsia="宋体"/>
                <w:b w:val="0"/>
                <w:sz w:val="18"/>
              </w:rPr>
              <w:t>你们从不同方向观察同一组合体时，有什么发现？；这是小红、小亮两名同学摆出来的组合体。大家想象一下，这2个组合体分别从前面、上面、左面观察，看到的是什么图形？</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四、全班交流反馈，形成认识</w:t>
            </w:r>
          </w:p>
        </w:tc>
        <w:tc>
          <w:tcPr>
            <w:tcW w:type="dxa" w:w="1814"/>
          </w:tcPr>
          <w:p>
            <w:pPr>
              <w:spacing w:after="20" w:line="276" w:lineRule="auto"/>
            </w:pPr>
            <w:r/>
            <w:r>
              <w:rPr>
                <w:rFonts w:ascii="宋体" w:hAnsi="宋体" w:eastAsia="宋体"/>
                <w:b w:val="0"/>
                <w:sz w:val="18"/>
              </w:rPr>
              <w:t>课件、小正方体、学具</w:t>
            </w:r>
          </w:p>
        </w:tc>
        <w:tc>
          <w:tcPr>
            <w:tcW w:type="dxa" w:w="3402"/>
          </w:tcPr>
          <w:p>
            <w:pPr>
              <w:spacing w:after="20" w:line="276" w:lineRule="auto"/>
            </w:pPr>
            <w:r/>
            <w:r>
              <w:rPr>
                <w:rFonts w:ascii="宋体" w:hAnsi="宋体" w:eastAsia="宋体"/>
                <w:b w:val="0"/>
                <w:sz w:val="18"/>
              </w:rPr>
              <w:t>同学们摆出了不同的组合体，也从不同方向观察了这些组合体，你们发现了什么？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五、实践应用，深化体验</w:t>
            </w:r>
          </w:p>
        </w:tc>
        <w:tc>
          <w:tcPr>
            <w:tcW w:type="dxa" w:w="1814"/>
          </w:tcPr>
          <w:p>
            <w:pPr>
              <w:spacing w:after="20" w:line="276" w:lineRule="auto"/>
            </w:pPr>
            <w:r/>
            <w:r>
              <w:rPr>
                <w:rFonts w:ascii="宋体" w:hAnsi="宋体" w:eastAsia="宋体"/>
                <w:b w:val="0"/>
                <w:sz w:val="18"/>
              </w:rPr>
              <w:t>教科书、课件、小正方体、学具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六、课堂小结</w:t>
            </w:r>
          </w:p>
        </w:tc>
        <w:tc>
          <w:tcPr>
            <w:tcW w:type="dxa" w:w="1814"/>
          </w:tcPr>
          <w:p>
            <w:pPr>
              <w:spacing w:after="20" w:line="276" w:lineRule="auto"/>
            </w:pPr>
            <w:r/>
            <w:r>
              <w:rPr>
                <w:rFonts w:ascii="宋体" w:hAnsi="宋体" w:eastAsia="宋体"/>
                <w:b w:val="0"/>
                <w:sz w:val="18"/>
              </w:rPr>
              <w:t>课件、小正方体、学具</w:t>
            </w:r>
          </w:p>
        </w:tc>
        <w:tc>
          <w:tcPr>
            <w:tcW w:type="dxa" w:w="3402"/>
          </w:tcPr>
          <w:p>
            <w:pPr>
              <w:spacing w:after="20" w:line="276" w:lineRule="auto"/>
            </w:pPr>
            <w:r/>
            <w:r>
              <w:rPr>
                <w:rFonts w:ascii="宋体" w:hAnsi="宋体" w:eastAsia="宋体"/>
                <w:b w:val="0"/>
                <w:sz w:val="18"/>
              </w:rPr>
              <w:t>本节课你学习到了什么？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一、谈话导入，揭示课题</w:t>
            </w:r>
          </w:p>
        </w:tc>
        <w:tc>
          <w:tcPr>
            <w:tcW w:type="dxa" w:w="3061"/>
          </w:tcPr>
          <w:p>
            <w:pPr>
              <w:spacing w:after="20" w:line="276" w:lineRule="auto"/>
            </w:pPr>
            <w:r/>
            <w:r>
              <w:rPr>
                <w:rFonts w:ascii="宋体" w:hAnsi="宋体" w:eastAsia="宋体"/>
                <w:b w:val="0"/>
                <w:sz w:val="18"/>
              </w:rPr>
              <w:t>师：同学们，我们知道用同样个数的小正方体可以摆成不同的组合体。本节课我们就要一起来摆一摆，看一看。[板书课题：观察简单组合体(1)]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二、操作体验，体会摆法的多样化</w:t>
            </w:r>
          </w:p>
        </w:tc>
        <w:tc>
          <w:tcPr>
            <w:tcW w:type="dxa" w:w="3061"/>
          </w:tcPr>
          <w:p>
            <w:pPr>
              <w:spacing w:after="20" w:line="276" w:lineRule="auto"/>
            </w:pPr>
            <w:r/>
            <w:r>
              <w:rPr>
                <w:rFonts w:ascii="宋体" w:hAnsi="宋体" w:eastAsia="宋体"/>
                <w:b w:val="0"/>
                <w:sz w:val="18"/>
              </w:rPr>
              <w:t>1.课件出示教科书P1例1。</w:t>
            </w:r>
          </w:p>
          <w:p>
            <w:pPr>
              <w:spacing w:after="20" w:line="276" w:lineRule="auto"/>
            </w:pPr>
            <w:r>
              <w:rPr>
                <w:rFonts w:ascii="宋体" w:hAnsi="宋体" w:eastAsia="宋体"/>
                <w:b w:val="0"/>
                <w:sz w:val="18"/>
              </w:rPr>
              <w:t>2．引导学生明确摆法。</w:t>
            </w:r>
          </w:p>
          <w:p>
            <w:pPr>
              <w:spacing w:after="20" w:line="276" w:lineRule="auto"/>
            </w:pPr>
            <w:r>
              <w:rPr>
                <w:rFonts w:ascii="宋体" w:hAnsi="宋体" w:eastAsia="宋体"/>
                <w:b w:val="0"/>
                <w:sz w:val="18"/>
              </w:rPr>
              <w:t>师：应该怎样摆放？有几种摆法？</w:t>
            </w:r>
          </w:p>
          <w:p>
            <w:pPr>
              <w:spacing w:after="20" w:line="276" w:lineRule="auto"/>
            </w:pPr>
            <w:r>
              <w:rPr>
                <w:rFonts w:ascii="宋体" w:hAnsi="宋体" w:eastAsia="宋体"/>
                <w:b w:val="0"/>
                <w:sz w:val="18"/>
              </w:rPr>
              <w:t>师(边说边演示)：摆放的时候，小正方体中间不能分开，组合体中的每一个小正方体至少要有一个面与其他小正方体重合。</w:t>
            </w:r>
          </w:p>
          <w:p>
            <w:pPr>
              <w:spacing w:after="20" w:line="276" w:lineRule="auto"/>
            </w:pPr>
            <w:r>
              <w:rPr>
                <w:rFonts w:ascii="宋体" w:hAnsi="宋体" w:eastAsia="宋体"/>
                <w:b w:val="0"/>
                <w:sz w:val="18"/>
              </w:rPr>
              <w:t>师：小组内统计一下，看看你们小组能有多少种不同的摆法。</w:t>
            </w:r>
          </w:p>
        </w:tc>
        <w:tc>
          <w:tcPr>
            <w:tcW w:type="dxa" w:w="3061"/>
          </w:tcPr>
          <w:p>
            <w:pPr>
              <w:spacing w:after="20" w:line="276" w:lineRule="auto"/>
            </w:pPr>
            <w:r/>
            <w:r>
              <w:rPr>
                <w:rFonts w:ascii="宋体" w:hAnsi="宋体" w:eastAsia="宋体"/>
                <w:b w:val="0"/>
                <w:sz w:val="18"/>
              </w:rPr>
              <w:t>学生熟练地摆放小正方体。但部分学生摆放的小正方体无法组成一个组合体。</w:t>
            </w:r>
          </w:p>
          <w:p>
            <w:pPr>
              <w:spacing w:after="20" w:line="276" w:lineRule="auto"/>
            </w:pPr>
            <w:r>
              <w:rPr>
                <w:rFonts w:ascii="宋体" w:hAnsi="宋体" w:eastAsia="宋体"/>
                <w:b w:val="0"/>
                <w:sz w:val="18"/>
              </w:rPr>
              <w:t>3．学生合作，动手拼摆，交流方法。</w:t>
            </w:r>
          </w:p>
          <w:p>
            <w:pPr>
              <w:spacing w:after="20" w:line="276" w:lineRule="auto"/>
            </w:pPr>
            <w:r>
              <w:rPr>
                <w:rFonts w:ascii="宋体" w:hAnsi="宋体" w:eastAsia="宋体"/>
                <w:b w:val="0"/>
                <w:sz w:val="18"/>
              </w:rPr>
              <w:t>学生活动，教师巡视指导。</w:t>
            </w:r>
          </w:p>
          <w:p>
            <w:pPr>
              <w:spacing w:after="20" w:line="276" w:lineRule="auto"/>
            </w:pPr>
            <w:r>
              <w:rPr>
                <w:rFonts w:ascii="宋体" w:hAnsi="宋体" w:eastAsia="宋体"/>
                <w:b w:val="0"/>
                <w:sz w:val="18"/>
              </w:rPr>
              <w:t>4．全班交流反馈，课件呈现各种摆法。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设计递进式探究活动，引导学生在动手实践与合作交流中经历知识形成过程，突破本课重难点，核心问题："应该怎样摆放？有几种摆法？"</w:t>
            </w:r>
          </w:p>
        </w:tc>
      </w:tr>
      <w:tr>
        <w:tc>
          <w:tcPr>
            <w:tcW w:type="dxa" w:w="1474"/>
          </w:tcPr>
          <w:p>
            <w:pPr>
              <w:spacing w:after="20" w:line="276" w:lineRule="auto"/>
            </w:pPr>
            <w:r>
              <w:rPr>
                <w:b/>
              </w:rPr>
            </w:r>
            <w:r>
              <w:rPr>
                <w:rFonts w:ascii="宋体" w:hAnsi="宋体" w:eastAsia="宋体"/>
                <w:b/>
                <w:sz w:val="18"/>
              </w:rPr>
              <w:t>三、从不同方向观察同一组合体</w:t>
            </w:r>
          </w:p>
        </w:tc>
        <w:tc>
          <w:tcPr>
            <w:tcW w:type="dxa" w:w="3061"/>
          </w:tcPr>
          <w:p>
            <w:pPr>
              <w:spacing w:after="20" w:line="276" w:lineRule="auto"/>
            </w:pPr>
            <w:r/>
            <w:r>
              <w:rPr>
                <w:rFonts w:ascii="宋体" w:hAnsi="宋体" w:eastAsia="宋体"/>
                <w:b w:val="0"/>
                <w:sz w:val="18"/>
              </w:rPr>
              <w:t>1.以小组为单位，从不同方向观察摆好的组合体。</w:t>
            </w:r>
          </w:p>
          <w:p>
            <w:pPr>
              <w:spacing w:after="20" w:line="276" w:lineRule="auto"/>
            </w:pPr>
            <w:r>
              <w:rPr>
                <w:rFonts w:ascii="宋体" w:hAnsi="宋体" w:eastAsia="宋体"/>
                <w:b w:val="0"/>
                <w:sz w:val="18"/>
              </w:rPr>
              <w:t>师：同学们都用4个小正方体摆出了不同的组合体，请大家从自己组摆出来的组合体中选择2个，看看这2个组合体分别从前面、上面、左面看到的是什么图形？</w:t>
            </w:r>
          </w:p>
          <w:p>
            <w:pPr>
              <w:spacing w:after="20" w:line="276" w:lineRule="auto"/>
            </w:pPr>
            <w:r>
              <w:rPr>
                <w:rFonts w:ascii="宋体" w:hAnsi="宋体" w:eastAsia="宋体"/>
                <w:b w:val="0"/>
                <w:sz w:val="18"/>
              </w:rPr>
              <w:t>2．各组交流观察到的情况。</w:t>
            </w:r>
          </w:p>
          <w:p>
            <w:pPr>
              <w:spacing w:after="20" w:line="276" w:lineRule="auto"/>
            </w:pPr>
            <w:r>
              <w:rPr>
                <w:rFonts w:ascii="宋体" w:hAnsi="宋体" w:eastAsia="宋体"/>
                <w:b w:val="0"/>
                <w:sz w:val="18"/>
              </w:rPr>
              <w:t>师：你们从不同方向观察同一组合体时，有什么发现？</w:t>
            </w:r>
          </w:p>
          <w:p>
            <w:pPr>
              <w:spacing w:after="20" w:line="276" w:lineRule="auto"/>
            </w:pPr>
            <w:r>
              <w:rPr>
                <w:rFonts w:ascii="宋体" w:hAnsi="宋体" w:eastAsia="宋体"/>
                <w:b w:val="0"/>
                <w:sz w:val="18"/>
              </w:rPr>
              <w:t>4．课件出示教科书P1例1的组合体。</w:t>
            </w:r>
          </w:p>
          <w:p>
            <w:pPr>
              <w:spacing w:after="20" w:line="276" w:lineRule="auto"/>
            </w:pPr>
            <w:r>
              <w:rPr>
                <w:rFonts w:ascii="宋体" w:hAnsi="宋体" w:eastAsia="宋体"/>
                <w:b w:val="0"/>
                <w:sz w:val="18"/>
              </w:rPr>
              <w:t>师：这是小红、小亮两名同学摆出来的组合体。大家想象一下，这2个组合体分别从前面、上面、左面观察，看到的是什么图形？</w:t>
            </w:r>
          </w:p>
          <w:p>
            <w:pPr>
              <w:spacing w:after="20" w:line="276" w:lineRule="auto"/>
            </w:pPr>
            <w:r>
              <w:rPr>
                <w:rFonts w:ascii="宋体" w:hAnsi="宋体" w:eastAsia="宋体"/>
                <w:b w:val="0"/>
                <w:sz w:val="18"/>
              </w:rPr>
              <w:t>课件出示教科书P1下面的“连一连”，全班同学集中汇报交流，课件呈现正确连线。</w:t>
            </w:r>
          </w:p>
        </w:tc>
        <w:tc>
          <w:tcPr>
            <w:tcW w:type="dxa" w:w="3061"/>
          </w:tcPr>
          <w:p>
            <w:pPr>
              <w:spacing w:after="20" w:line="276" w:lineRule="auto"/>
            </w:pPr>
            <w:r/>
            <w:r>
              <w:rPr>
                <w:rFonts w:ascii="宋体" w:hAnsi="宋体" w:eastAsia="宋体"/>
                <w:b w:val="0"/>
                <w:sz w:val="18"/>
              </w:rPr>
              <w:t>3．全班集中交流。</w:t>
            </w:r>
          </w:p>
          <w:p>
            <w:pPr>
              <w:spacing w:after="20" w:line="276" w:lineRule="auto"/>
            </w:pPr>
            <w:r>
              <w:rPr>
                <w:rFonts w:ascii="宋体" w:hAnsi="宋体" w:eastAsia="宋体"/>
                <w:b w:val="0"/>
                <w:sz w:val="18"/>
              </w:rPr>
              <w:t>同一组合体在不同方向看到的图形一般是不同的。</w:t>
            </w:r>
          </w:p>
          <w:p>
            <w:pPr>
              <w:spacing w:after="20" w:line="276" w:lineRule="auto"/>
            </w:pPr>
            <w:r>
              <w:rPr>
                <w:rFonts w:ascii="宋体" w:hAnsi="宋体" w:eastAsia="宋体"/>
                <w:b w:val="0"/>
                <w:sz w:val="18"/>
              </w:rPr>
              <w:t>学生独立思考后，完成教科书P1下面的“连一连”。</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围绕环节目标组织学习活动，引导学生主动参与、积极思考，核心问题："你们从不同方向观察同一组合体时，有什么发现？"</w:t>
            </w:r>
          </w:p>
        </w:tc>
      </w:tr>
      <w:tr>
        <w:tc>
          <w:tcPr>
            <w:tcW w:type="dxa" w:w="1474"/>
          </w:tcPr>
          <w:p>
            <w:pPr>
              <w:spacing w:after="20" w:line="276" w:lineRule="auto"/>
            </w:pPr>
            <w:r>
              <w:rPr>
                <w:b/>
              </w:rPr>
            </w:r>
            <w:r>
              <w:rPr>
                <w:rFonts w:ascii="宋体" w:hAnsi="宋体" w:eastAsia="宋体"/>
                <w:b/>
                <w:sz w:val="18"/>
              </w:rPr>
              <w:t>四、全班交流反馈，形成认识</w:t>
            </w:r>
          </w:p>
        </w:tc>
        <w:tc>
          <w:tcPr>
            <w:tcW w:type="dxa" w:w="3061"/>
          </w:tcPr>
          <w:p>
            <w:pPr>
              <w:spacing w:after="20" w:line="276" w:lineRule="auto"/>
            </w:pPr>
            <w:r/>
            <w:r>
              <w:rPr>
                <w:rFonts w:ascii="宋体" w:hAnsi="宋体" w:eastAsia="宋体"/>
                <w:b w:val="0"/>
                <w:sz w:val="18"/>
              </w:rPr>
              <w:t>师：同学们摆出了不同的组合体，也从不同方向观察了这些组合体，你们发现了什么？</w:t>
            </w:r>
          </w:p>
          <w:p>
            <w:pPr>
              <w:spacing w:after="20" w:line="276" w:lineRule="auto"/>
            </w:pPr>
            <w:r>
              <w:rPr>
                <w:rFonts w:ascii="宋体" w:hAnsi="宋体" w:eastAsia="宋体"/>
                <w:b w:val="0"/>
                <w:sz w:val="18"/>
              </w:rPr>
              <w:t>指名学生汇报，集体评议。</w:t>
            </w:r>
          </w:p>
          <w:p>
            <w:pPr>
              <w:spacing w:after="20" w:line="276" w:lineRule="auto"/>
            </w:pPr>
            <w:r>
              <w:rPr>
                <w:rFonts w:ascii="宋体" w:hAnsi="宋体" w:eastAsia="宋体"/>
                <w:b w:val="0"/>
                <w:sz w:val="18"/>
              </w:rPr>
              <w:t>师生归纳：同一组合体，从不同方向观察，看到的图形可能相同，也可能不同。(板书)</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通过有层次的练习及时反馈学情，巩固新知，培养学生灵活运用知识解决问题的能力，核心问题："同学们摆出了不同的组合体，也从不同方向观察了这些组合体，你们发现了什么？"</w:t>
            </w:r>
          </w:p>
        </w:tc>
      </w:tr>
      <w:tr>
        <w:tc>
          <w:tcPr>
            <w:tcW w:type="dxa" w:w="1474"/>
          </w:tcPr>
          <w:p>
            <w:pPr>
              <w:spacing w:after="20" w:line="276" w:lineRule="auto"/>
            </w:pPr>
            <w:r>
              <w:rPr>
                <w:b/>
              </w:rPr>
            </w:r>
            <w:r>
              <w:rPr>
                <w:rFonts w:ascii="宋体" w:hAnsi="宋体" w:eastAsia="宋体"/>
                <w:b/>
                <w:sz w:val="18"/>
              </w:rPr>
              <w:t>五、实践应用，深化体验</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学生独立完成教科书P4“练习一”第1、2题，全班集中交流评价。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六、课堂小结</w:t>
            </w:r>
          </w:p>
        </w:tc>
        <w:tc>
          <w:tcPr>
            <w:tcW w:type="dxa" w:w="3061"/>
          </w:tcPr>
          <w:p>
            <w:pPr>
              <w:spacing w:after="20" w:line="276" w:lineRule="auto"/>
            </w:pPr>
            <w:r/>
            <w:r>
              <w:rPr>
                <w:rFonts w:ascii="宋体" w:hAnsi="宋体" w:eastAsia="宋体"/>
                <w:b w:val="0"/>
                <w:sz w:val="18"/>
              </w:rPr>
              <w:t>师：本节课你学习到了什么？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调动已有的活动经验，先让学生通过动手摆放，积累感性认识。再想象从不同方向看到的图形，由依赖几何直观逐步过渡到空间想象。在活动中，培养学生观察发现、联系比较、分析推理、归纳提升的能力，获得基本的活动经验。</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观察简单组合体(1)</w:t>
      </w:r>
    </w:p>
    <w:p>
      <w:pPr>
        <w:spacing w:after="40" w:line="300" w:lineRule="auto"/>
      </w:pPr>
      <w:r>
        <w:rPr>
          <w:rFonts w:ascii="宋体" w:hAnsi="宋体" w:eastAsia="宋体"/>
          <w:b w:val="0"/>
          <w:sz w:val="20"/>
        </w:rPr>
        <w:t>同一组合体，从不同方向观察，看到的图形可能相同，也可能不同。</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教科书P1例1，完成教科书P4“练习一”第1、2题。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空间观念的形成，必须有看、想、做的活动过程。在课堂中明显感受到，学生借助学具摆放时，能比较清晰、准确地拼摆出符合要求的组合体，并通过观察组合体，能够判断从不同方向观察所看到的图形。但在具体的练习时，脱离了实物摆放，对部分学生来说还是有一定难度，学生空间想象力的培养还需要进一步加强。</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观察简单组合体(2)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观察简单组合体(2)</w:t>
            </w:r>
          </w:p>
        </w:tc>
        <w:tc>
          <w:tcPr>
            <w:tcW w:type="dxa" w:w="6009"/>
          </w:tcPr>
          <w:p>
            <w:pPr>
              <w:spacing w:after="20" w:line="276" w:lineRule="auto"/>
            </w:pPr>
            <w:r/>
            <w:r>
              <w:rPr>
                <w:rFonts w:ascii="宋体" w:hAnsi="宋体" w:eastAsia="宋体"/>
                <w:b w:val="0"/>
                <w:sz w:val="20"/>
              </w:rPr>
              <w:t>第1单元 观察简单组合体</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学习了从不同方向观察实物和单个立体图形以及组合体，在日常生活中经常观察各种立体图形，在拼搭小正方体的过程中也积累了一定的动手操作的经验，所以本单元的直观观察对于学生来说并不难，但是根据用规定个数的小正方体摆组合体，学生可能无法考虑到多种摆法。从一个或多个方向观察到的图形还原出相应的组合体，需要学生借助空间想象力进行操作，初步经历逆向思考的过程，推理出组合体原来的形状，对于学生来说有一定的难度，也是教学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教学内容：教科书P2例2，完成教科书P2“做一做”。</w:t>
      </w:r>
    </w:p>
    <w:p>
      <w:pPr>
        <w:spacing w:after="80" w:line="300" w:lineRule="auto"/>
        <w:ind w:firstLine="400"/>
      </w:pPr>
      <w:r>
        <w:rPr>
          <w:rFonts w:ascii="宋体" w:hAnsi="宋体" w:eastAsia="宋体"/>
          <w:b w:val="0"/>
          <w:sz w:val="20"/>
        </w:rPr>
        <w:t>教学准备：课件、小正方体教具、小正方体学具(学生自备)。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（1）用给定数量的小正方体摆出相应的组合体，体会摆法的多样化。</w:t>
      </w:r>
    </w:p>
    <w:p>
      <w:pPr>
        <w:spacing w:after="20" w:line="300" w:lineRule="auto"/>
        <w:ind w:firstLine="400"/>
      </w:pPr>
      <w:r>
        <w:rPr>
          <w:rFonts w:ascii="宋体" w:hAnsi="宋体" w:eastAsia="宋体"/>
          <w:b w:val="0"/>
          <w:sz w:val="20"/>
        </w:rPr>
        <w:t>（2）体会从同一方向观察不同组合体，看到的图形可能相同，也可能不相同。</w:t>
      </w:r>
    </w:p>
    <w:p>
      <w:pPr>
        <w:spacing w:after="20" w:line="300" w:lineRule="auto"/>
        <w:ind w:firstLine="400"/>
      </w:pPr>
      <w:r>
        <w:rPr>
          <w:rFonts w:ascii="宋体" w:hAnsi="宋体" w:eastAsia="宋体"/>
          <w:b w:val="0"/>
          <w:sz w:val="20"/>
        </w:rPr>
        <w:t>（3）经历观察、操作、想象、猜测、分析和推理等过程，积累活动经验，发展空间观念。</w:t>
      </w:r>
    </w:p>
    <w:p>
      <w:pPr>
        <w:spacing w:after="20" w:line="300" w:lineRule="auto"/>
      </w:pPr>
      <w:r>
        <w:rPr>
          <w:rFonts w:ascii="宋体" w:hAnsi="宋体" w:eastAsia="宋体"/>
          <w:b w:val="0"/>
          <w:sz w:val="20"/>
        </w:rPr>
        <w:t>教学重点：根据组合体想象出从不同方向看到的图形。体会到不同组合体从同一方向观察，看到的图形可能相同，也可能不同。</w:t>
      </w:r>
    </w:p>
    <w:p>
      <w:pPr>
        <w:spacing w:after="20" w:line="300" w:lineRule="auto"/>
      </w:pPr>
      <w:r>
        <w:rPr>
          <w:rFonts w:ascii="宋体" w:hAnsi="宋体" w:eastAsia="宋体"/>
          <w:b w:val="0"/>
          <w:sz w:val="20"/>
        </w:rPr>
        <w:t>教学难点：体会到不同组合体从同一方向观察，看到的图形可能相同，也可能不同，逆推出从不同方向看到相同图形的组合体不一定相同。</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一、新旧衔接，揭示课题</w:t>
            </w:r>
          </w:p>
        </w:tc>
        <w:tc>
          <w:tcPr>
            <w:tcW w:type="dxa" w:w="1814"/>
          </w:tcPr>
          <w:p>
            <w:pPr>
              <w:spacing w:after="20" w:line="276" w:lineRule="auto"/>
            </w:pPr>
            <w:r/>
            <w:r>
              <w:rPr>
                <w:rFonts w:ascii="宋体" w:hAnsi="宋体" w:eastAsia="宋体"/>
                <w:b w:val="0"/>
                <w:sz w:val="18"/>
              </w:rPr>
              <w:t>小正方体、课件、学具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二、从同一方向观察不同的组合体</w:t>
            </w:r>
          </w:p>
        </w:tc>
        <w:tc>
          <w:tcPr>
            <w:tcW w:type="dxa" w:w="1814"/>
          </w:tcPr>
          <w:p>
            <w:pPr>
              <w:spacing w:after="20" w:line="276" w:lineRule="auto"/>
            </w:pPr>
            <w:r/>
            <w:r>
              <w:rPr>
                <w:rFonts w:ascii="宋体" w:hAnsi="宋体" w:eastAsia="宋体"/>
                <w:b w:val="0"/>
                <w:sz w:val="18"/>
              </w:rPr>
              <w:t>课件、教科书、小正方体、学具</w:t>
            </w:r>
          </w:p>
        </w:tc>
        <w:tc>
          <w:tcPr>
            <w:tcW w:type="dxa" w:w="3402"/>
          </w:tcPr>
          <w:p>
            <w:pPr>
              <w:spacing w:after="20" w:line="276" w:lineRule="auto"/>
            </w:pPr>
            <w:r/>
            <w:r>
              <w:rPr>
                <w:rFonts w:ascii="宋体" w:hAnsi="宋体" w:eastAsia="宋体"/>
                <w:b w:val="0"/>
                <w:sz w:val="18"/>
              </w:rPr>
              <w:t>同学们，组成这3个组合体的小正方体的个数相同吗？这3个组合体的形状相同吗？；这3个组合体的形状不同，那我们从同一方向看这3个组合体，看到的图形相同吗？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三、实践应用</w:t>
            </w:r>
          </w:p>
        </w:tc>
        <w:tc>
          <w:tcPr>
            <w:tcW w:type="dxa" w:w="1814"/>
          </w:tcPr>
          <w:p>
            <w:pPr>
              <w:spacing w:after="20" w:line="276" w:lineRule="auto"/>
            </w:pPr>
            <w:r/>
            <w:r>
              <w:rPr>
                <w:rFonts w:ascii="宋体" w:hAnsi="宋体" w:eastAsia="宋体"/>
                <w:b w:val="0"/>
                <w:sz w:val="18"/>
              </w:rPr>
              <w:t>教科书、课件、小正方体、学具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课件、小正方体、学具</w:t>
            </w:r>
          </w:p>
        </w:tc>
        <w:tc>
          <w:tcPr>
            <w:tcW w:type="dxa" w:w="3402"/>
          </w:tcPr>
          <w:p>
            <w:pPr>
              <w:spacing w:after="20" w:line="276" w:lineRule="auto"/>
            </w:pPr>
            <w:r/>
            <w:r>
              <w:rPr>
                <w:rFonts w:ascii="宋体" w:hAnsi="宋体" w:eastAsia="宋体"/>
                <w:b w:val="0"/>
                <w:sz w:val="18"/>
              </w:rPr>
              <w:t>这节课你有哪些收获？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一、新旧衔接，揭示课题</w:t>
            </w:r>
          </w:p>
        </w:tc>
        <w:tc>
          <w:tcPr>
            <w:tcW w:type="dxa" w:w="3061"/>
          </w:tcPr>
          <w:p>
            <w:pPr>
              <w:spacing w:after="20" w:line="276" w:lineRule="auto"/>
            </w:pPr>
            <w:r/>
            <w:r>
              <w:rPr>
                <w:rFonts w:ascii="宋体" w:hAnsi="宋体" w:eastAsia="宋体"/>
                <w:b w:val="0"/>
                <w:sz w:val="18"/>
              </w:rPr>
              <w:t>师：上节课我们用4个小正方体摆出了组合体，这节课同学们继续拿出4个小正方体，摆出与上节课不同的组合体。</w:t>
            </w:r>
          </w:p>
          <w:p>
            <w:pPr>
              <w:spacing w:after="20" w:line="276" w:lineRule="auto"/>
            </w:pPr>
            <w:r>
              <w:rPr>
                <w:rFonts w:ascii="宋体" w:hAnsi="宋体" w:eastAsia="宋体"/>
                <w:b w:val="0"/>
                <w:sz w:val="18"/>
              </w:rPr>
              <w:t>2．观察组合体。</w:t>
            </w:r>
          </w:p>
          <w:p>
            <w:pPr>
              <w:spacing w:after="20" w:line="276" w:lineRule="auto"/>
            </w:pPr>
            <w:r>
              <w:rPr>
                <w:rFonts w:ascii="宋体" w:hAnsi="宋体" w:eastAsia="宋体"/>
                <w:b w:val="0"/>
                <w:sz w:val="18"/>
              </w:rPr>
              <w:t>教师任选一名同学摆的组合体，让学生观察，分别说出看到的图形。</w:t>
            </w:r>
          </w:p>
          <w:p>
            <w:pPr>
              <w:spacing w:after="20" w:line="276" w:lineRule="auto"/>
            </w:pPr>
            <w:r>
              <w:rPr>
                <w:rFonts w:ascii="宋体" w:hAnsi="宋体" w:eastAsia="宋体"/>
                <w:b w:val="0"/>
                <w:sz w:val="18"/>
              </w:rPr>
              <w:t>师：我们学习了从不同方向观察同一组合体。本节课我们将从同一方向观察不同的组合体。[板书课题：观察简单组合体(2)]</w:t>
            </w:r>
          </w:p>
        </w:tc>
        <w:tc>
          <w:tcPr>
            <w:tcW w:type="dxa" w:w="3061"/>
          </w:tcPr>
          <w:p>
            <w:pPr>
              <w:spacing w:after="20" w:line="276" w:lineRule="auto"/>
            </w:pPr>
            <w:r/>
            <w:r>
              <w:rPr>
                <w:rFonts w:ascii="宋体" w:hAnsi="宋体" w:eastAsia="宋体"/>
                <w:b w:val="0"/>
                <w:sz w:val="18"/>
              </w:rPr>
              <w:t>1.学生动手摆组合体。</w:t>
            </w:r>
          </w:p>
          <w:p>
            <w:pPr>
              <w:spacing w:after="20" w:line="276" w:lineRule="auto"/>
            </w:pPr>
            <w:r>
              <w:rPr>
                <w:rFonts w:ascii="宋体" w:hAnsi="宋体" w:eastAsia="宋体"/>
                <w:b w:val="0"/>
                <w:sz w:val="18"/>
              </w:rPr>
              <w:t>学生独立摆放组合体，教师巡视指导。</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二、从同一方向观察不同的组合体</w:t>
            </w:r>
          </w:p>
        </w:tc>
        <w:tc>
          <w:tcPr>
            <w:tcW w:type="dxa" w:w="3061"/>
          </w:tcPr>
          <w:p>
            <w:pPr>
              <w:spacing w:after="20" w:line="276" w:lineRule="auto"/>
            </w:pPr>
            <w:r/>
            <w:r>
              <w:rPr>
                <w:rFonts w:ascii="宋体" w:hAnsi="宋体" w:eastAsia="宋体"/>
                <w:b w:val="0"/>
                <w:sz w:val="18"/>
              </w:rPr>
              <w:t>1.课件出示教科书P2例2中的组合体。</w:t>
            </w:r>
          </w:p>
          <w:p>
            <w:pPr>
              <w:spacing w:after="20" w:line="276" w:lineRule="auto"/>
            </w:pPr>
            <w:r>
              <w:rPr>
                <w:rFonts w:ascii="宋体" w:hAnsi="宋体" w:eastAsia="宋体"/>
                <w:b w:val="0"/>
                <w:sz w:val="18"/>
              </w:rPr>
              <w:t>2．观察交流。</w:t>
            </w:r>
          </w:p>
          <w:p>
            <w:pPr>
              <w:spacing w:after="20" w:line="276" w:lineRule="auto"/>
            </w:pPr>
            <w:r>
              <w:rPr>
                <w:rFonts w:ascii="宋体" w:hAnsi="宋体" w:eastAsia="宋体"/>
                <w:b w:val="0"/>
                <w:sz w:val="18"/>
              </w:rPr>
              <w:t>(1)师：同学们，组成这3个组合体的小正方体的个数相同吗？这3个组合体的形状相同吗？</w:t>
            </w:r>
          </w:p>
          <w:p>
            <w:pPr>
              <w:spacing w:after="20" w:line="276" w:lineRule="auto"/>
            </w:pPr>
            <w:r>
              <w:rPr>
                <w:rFonts w:ascii="宋体" w:hAnsi="宋体" w:eastAsia="宋体"/>
                <w:b w:val="0"/>
                <w:sz w:val="18"/>
              </w:rPr>
              <w:t>师：这3个组合体的形状不同，那我们从同一方向看这3个组合体，看到的图形相同吗？</w:t>
            </w:r>
          </w:p>
          <w:p>
            <w:pPr>
              <w:spacing w:after="20" w:line="276" w:lineRule="auto"/>
            </w:pPr>
            <w:r>
              <w:rPr>
                <w:rFonts w:ascii="宋体" w:hAnsi="宋体" w:eastAsia="宋体"/>
                <w:b w:val="0"/>
                <w:sz w:val="18"/>
              </w:rPr>
              <w:t>引导学生分别从上面、左面、前面观察这3个组合体。</w:t>
            </w:r>
          </w:p>
          <w:p>
            <w:pPr>
              <w:spacing w:after="20" w:line="276" w:lineRule="auto"/>
            </w:pPr>
            <w:r>
              <w:rPr>
                <w:rFonts w:ascii="宋体" w:hAnsi="宋体" w:eastAsia="宋体"/>
                <w:b w:val="0"/>
                <w:sz w:val="18"/>
              </w:rPr>
              <w:t>(2)交流发现。</w:t>
            </w:r>
          </w:p>
          <w:p>
            <w:pPr>
              <w:spacing w:after="20" w:line="276" w:lineRule="auto"/>
            </w:pPr>
            <w:r>
              <w:rPr>
                <w:rFonts w:ascii="宋体" w:hAnsi="宋体" w:eastAsia="宋体"/>
                <w:b w:val="0"/>
                <w:sz w:val="18"/>
              </w:rPr>
              <w:t>师：你们分别观察到了什么图形？</w:t>
            </w:r>
          </w:p>
          <w:p>
            <w:pPr>
              <w:spacing w:after="20" w:line="276" w:lineRule="auto"/>
            </w:pPr>
            <w:r>
              <w:rPr>
                <w:rFonts w:ascii="宋体" w:hAnsi="宋体" w:eastAsia="宋体"/>
                <w:b w:val="0"/>
                <w:sz w:val="18"/>
              </w:rPr>
              <w:t>(3)内化发现。</w:t>
            </w:r>
          </w:p>
          <w:p>
            <w:pPr>
              <w:spacing w:after="20" w:line="276" w:lineRule="auto"/>
            </w:pPr>
            <w:r>
              <w:rPr>
                <w:rFonts w:ascii="宋体" w:hAnsi="宋体" w:eastAsia="宋体"/>
                <w:b w:val="0"/>
                <w:sz w:val="18"/>
              </w:rPr>
              <w:t>课件再出示一组不同的组合体，从前面和左面看的图形相同，但是从上面看的图形不同。让学生从三个方向分别观察，交流发现的内容。</w:t>
            </w:r>
          </w:p>
          <w:p>
            <w:pPr>
              <w:spacing w:after="20" w:line="276" w:lineRule="auto"/>
            </w:pPr>
            <w:r>
              <w:rPr>
                <w:rFonts w:ascii="宋体" w:hAnsi="宋体" w:eastAsia="宋体"/>
                <w:b w:val="0"/>
                <w:sz w:val="18"/>
              </w:rPr>
              <w:t>3．归纳规律，理解规律。</w:t>
            </w:r>
          </w:p>
          <w:p>
            <w:pPr>
              <w:spacing w:after="20" w:line="276" w:lineRule="auto"/>
            </w:pPr>
            <w:r>
              <w:rPr>
                <w:rFonts w:ascii="宋体" w:hAnsi="宋体" w:eastAsia="宋体"/>
                <w:b w:val="0"/>
                <w:sz w:val="18"/>
              </w:rPr>
              <w:t>(1)总结前面的发现。</w:t>
            </w:r>
          </w:p>
          <w:p>
            <w:pPr>
              <w:spacing w:after="20" w:line="276" w:lineRule="auto"/>
            </w:pPr>
            <w:r>
              <w:rPr>
                <w:rFonts w:ascii="宋体" w:hAnsi="宋体" w:eastAsia="宋体"/>
                <w:b w:val="0"/>
                <w:sz w:val="18"/>
              </w:rPr>
              <w:t>师：我们从同一方向观察不同的组合体，有什么发现呢？同桌之间互相交流一下。</w:t>
            </w:r>
          </w:p>
          <w:p>
            <w:pPr>
              <w:spacing w:after="20" w:line="276" w:lineRule="auto"/>
            </w:pPr>
            <w:r>
              <w:rPr>
                <w:rFonts w:ascii="宋体" w:hAnsi="宋体" w:eastAsia="宋体"/>
                <w:b w:val="0"/>
                <w:sz w:val="18"/>
              </w:rPr>
              <w:t>师生交流后归纳：从同一方向观察不同组合体，看到的图形可能相同，也可能不相同。(板书)</w:t>
            </w:r>
          </w:p>
          <w:p>
            <w:pPr>
              <w:spacing w:after="20" w:line="276" w:lineRule="auto"/>
            </w:pPr>
            <w:r>
              <w:rPr>
                <w:rFonts w:ascii="宋体" w:hAnsi="宋体" w:eastAsia="宋体"/>
                <w:b w:val="0"/>
                <w:sz w:val="18"/>
              </w:rPr>
              <w:t>(2)运用规律，逆向思考。</w:t>
            </w:r>
          </w:p>
          <w:p>
            <w:pPr>
              <w:spacing w:after="20" w:line="276" w:lineRule="auto"/>
            </w:pPr>
            <w:r>
              <w:rPr>
                <w:rFonts w:ascii="宋体" w:hAnsi="宋体" w:eastAsia="宋体"/>
                <w:b w:val="0"/>
                <w:sz w:val="18"/>
              </w:rPr>
              <w:t>教师针对其中的一组图形，提出问题：我刚才从上面看到了，能确定我看的是哪个组合体吗？</w:t>
            </w:r>
          </w:p>
          <w:p>
            <w:pPr>
              <w:spacing w:after="20" w:line="276" w:lineRule="auto"/>
            </w:pPr>
            <w:r>
              <w:rPr>
                <w:rFonts w:ascii="宋体" w:hAnsi="宋体" w:eastAsia="宋体"/>
                <w:b w:val="0"/>
                <w:sz w:val="18"/>
              </w:rPr>
              <w:t>师生归纳：根据从一个方向看到的图形，不能确定组合体的形状。(板书)</w:t>
            </w:r>
          </w:p>
        </w:tc>
        <w:tc>
          <w:tcPr>
            <w:tcW w:type="dxa" w:w="3061"/>
          </w:tcPr>
          <w:p>
            <w:pPr>
              <w:spacing w:after="20" w:line="276" w:lineRule="auto"/>
            </w:pPr>
            <w:r/>
            <w:r>
              <w:rPr>
                <w:rFonts w:ascii="宋体" w:hAnsi="宋体" w:eastAsia="宋体"/>
                <w:b w:val="0"/>
                <w:sz w:val="18"/>
              </w:rPr>
              <w:t>小正方体的个数相同，但组合体的形状不同。</w:t>
            </w:r>
          </w:p>
          <w:p>
            <w:pPr>
              <w:spacing w:after="20" w:line="276" w:lineRule="auto"/>
            </w:pPr>
            <w:r>
              <w:rPr>
                <w:rFonts w:ascii="宋体" w:hAnsi="宋体" w:eastAsia="宋体"/>
                <w:b w:val="0"/>
                <w:sz w:val="18"/>
              </w:rPr>
              <w:t>学生交流观察到的图形。</w:t>
            </w:r>
          </w:p>
          <w:p>
            <w:pPr>
              <w:spacing w:after="20" w:line="276" w:lineRule="auto"/>
            </w:pPr>
            <w:r>
              <w:rPr>
                <w:rFonts w:ascii="宋体" w:hAnsi="宋体" w:eastAsia="宋体"/>
                <w:b w:val="0"/>
                <w:sz w:val="18"/>
              </w:rPr>
              <w:t>学生可以发现这3个组合体从上面看到的图形相同，都是，从左面看到的图形也相同，都是，但是从前面看到的图形不相同，分别是、和。</w:t>
            </w:r>
          </w:p>
          <w:p>
            <w:pPr>
              <w:spacing w:after="20" w:line="276" w:lineRule="auto"/>
            </w:pPr>
            <w:r>
              <w:rPr>
                <w:rFonts w:ascii="宋体" w:hAnsi="宋体" w:eastAsia="宋体"/>
                <w:b w:val="0"/>
                <w:sz w:val="18"/>
              </w:rPr>
              <w:t>学生相互交流。</w:t>
            </w:r>
          </w:p>
          <w:p>
            <w:pPr>
              <w:spacing w:after="20" w:line="276" w:lineRule="auto"/>
            </w:pPr>
            <w:r>
              <w:rPr>
                <w:rFonts w:ascii="宋体" w:hAnsi="宋体" w:eastAsia="宋体"/>
                <w:b w:val="0"/>
                <w:sz w:val="18"/>
              </w:rPr>
              <w:t>不能，因为3个组合体从上面看到的都是这个图形，不能确定看的是哪一个组合体。</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围绕环节目标组织学习活动，引导学生主动参与、积极思考，核心问题："同学们，组成这3个组合体的小正方体的个数相同吗？这3个组合体的形状相同吗？"</w:t>
            </w:r>
          </w:p>
        </w:tc>
      </w:tr>
      <w:tr>
        <w:tc>
          <w:tcPr>
            <w:tcW w:type="dxa" w:w="1474"/>
          </w:tcPr>
          <w:p>
            <w:pPr>
              <w:spacing w:after="20" w:line="276" w:lineRule="auto"/>
            </w:pPr>
            <w:r>
              <w:rPr>
                <w:b/>
              </w:rPr>
            </w:r>
            <w:r>
              <w:rPr>
                <w:rFonts w:ascii="宋体" w:hAnsi="宋体" w:eastAsia="宋体"/>
                <w:b/>
                <w:sz w:val="18"/>
              </w:rPr>
              <w:t>三、实践应用</w:t>
            </w:r>
          </w:p>
        </w:tc>
        <w:tc>
          <w:tcPr>
            <w:tcW w:type="dxa" w:w="3061"/>
          </w:tcPr>
          <w:p>
            <w:pPr>
              <w:spacing w:after="20" w:line="276" w:lineRule="auto"/>
            </w:pPr>
            <w:r/>
            <w:r>
              <w:rPr>
                <w:rFonts w:ascii="宋体" w:hAnsi="宋体" w:eastAsia="宋体"/>
                <w:b w:val="0"/>
                <w:sz w:val="18"/>
              </w:rPr>
              <w:t>完成教科书P2“做一做”。</w:t>
            </w:r>
          </w:p>
        </w:tc>
        <w:tc>
          <w:tcPr>
            <w:tcW w:type="dxa" w:w="3061"/>
          </w:tcPr>
          <w:p>
            <w:pPr>
              <w:spacing w:after="20" w:line="276" w:lineRule="auto"/>
            </w:pPr>
            <w:r/>
            <w:r>
              <w:rPr>
                <w:rFonts w:ascii="宋体" w:hAnsi="宋体" w:eastAsia="宋体"/>
                <w:b w:val="0"/>
                <w:sz w:val="18"/>
              </w:rPr>
              <w:t>学生独立完成后，教师再结合课件进行交流评价。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让学生在充分操作的基础上先借助图形分析，再进行想象推断，由依赖操作逐步过渡到推理分析、空间想象。在活动中，培养学生观察发现、联系比较、分析推理、归纳提升的能力，获得基本的活动经验。</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观察简单组合体(2)</w:t>
      </w:r>
    </w:p>
    <w:p>
      <w:pPr>
        <w:spacing w:after="40" w:line="300" w:lineRule="auto"/>
      </w:pPr>
      <w:r>
        <w:rPr>
          <w:rFonts w:ascii="宋体" w:hAnsi="宋体" w:eastAsia="宋体"/>
          <w:b w:val="0"/>
          <w:sz w:val="20"/>
        </w:rPr>
        <w:t>从同一方向观察不同组合体，看到的图形可能相同，也可能不相同。</w:t>
      </w:r>
    </w:p>
    <w:p>
      <w:pPr>
        <w:spacing w:after="40" w:line="300" w:lineRule="auto"/>
      </w:pPr>
      <w:r>
        <w:rPr>
          <w:rFonts w:ascii="宋体" w:hAnsi="宋体" w:eastAsia="宋体"/>
          <w:b w:val="0"/>
          <w:sz w:val="20"/>
        </w:rPr>
        <w:t>根据从一个方向看到的图形，不能确定组合体的形状。</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教科书P2例2，完成教科书P2“做一做”。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从不同方向观察不同组合体，虽能感受到图形的形状变化，但是难以用自己的语言清晰表达看到的图形特征。教学时，要充分利用好课件，让学生借助图形选择，描述看到的图形，同时引导学生用“3个正方形横着摆成一排”“2个正方形竖着摆成一列”等规范语言表述。</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观察简单组合体(3)</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观察简单组合体(3)</w:t>
            </w:r>
          </w:p>
        </w:tc>
        <w:tc>
          <w:tcPr>
            <w:tcW w:type="dxa" w:w="6009"/>
          </w:tcPr>
          <w:p>
            <w:pPr>
              <w:spacing w:after="20" w:line="276" w:lineRule="auto"/>
            </w:pPr>
            <w:r/>
            <w:r>
              <w:rPr>
                <w:rFonts w:ascii="宋体" w:hAnsi="宋体" w:eastAsia="宋体"/>
                <w:b w:val="0"/>
                <w:sz w:val="20"/>
              </w:rPr>
              <w:t>第1单元 观察简单组合体</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学习了从不同方向观察实物和单个立体图形以及组合体，在日常生活中经常观察各种立体图形，在拼搭小正方体的过程中也积累了一定的动手操作的经验，所以本单元的直观观察对于学生来说并不难，但是根据用规定个数的小正方体摆组合体，学生可能无法考虑到多种摆法。从一个或多个方向观察到的图形还原出相应的组合体，需要学生借助空间想象力进行操作，初步经历逆向思考的过程，推理出组合体原来的形状，对于学生来说有一定的难度，也是教学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教学内容：教科书P3例3，完成教科书P3“做一做”。</w:t>
      </w:r>
    </w:p>
    <w:p>
      <w:pPr>
        <w:spacing w:after="80" w:line="300" w:lineRule="auto"/>
        <w:ind w:firstLine="400"/>
      </w:pPr>
      <w:r>
        <w:rPr>
          <w:rFonts w:ascii="宋体" w:hAnsi="宋体" w:eastAsia="宋体"/>
          <w:b w:val="0"/>
          <w:sz w:val="20"/>
        </w:rPr>
        <w:t>教学准备：课件、小正方体教具、小正方体学具(学生自备)。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（1）根据给出的从一个方向看到的图形，用给定数量的小正方体摆出组合体，体会摆法的多样化。</w:t>
      </w:r>
    </w:p>
    <w:p>
      <w:pPr>
        <w:spacing w:after="20" w:line="300" w:lineRule="auto"/>
        <w:ind w:firstLine="400"/>
      </w:pPr>
      <w:r>
        <w:rPr>
          <w:rFonts w:ascii="宋体" w:hAnsi="宋体" w:eastAsia="宋体"/>
          <w:b w:val="0"/>
          <w:sz w:val="20"/>
        </w:rPr>
        <w:t>（2）根据给出的从三个方向看到的图形，用小正方体摆出相应的组合体，体会摆法的确定性。</w:t>
      </w:r>
    </w:p>
    <w:p>
      <w:pPr>
        <w:spacing w:after="20" w:line="300" w:lineRule="auto"/>
        <w:ind w:firstLine="400"/>
      </w:pPr>
      <w:r>
        <w:rPr>
          <w:rFonts w:ascii="宋体" w:hAnsi="宋体" w:eastAsia="宋体"/>
          <w:b w:val="0"/>
          <w:sz w:val="20"/>
        </w:rPr>
        <w:t>（3）经历观察、操作、想象、猜测、分析和推理等过程，积累活动经验。</w:t>
      </w:r>
    </w:p>
    <w:p>
      <w:pPr>
        <w:spacing w:after="20" w:line="300" w:lineRule="auto"/>
      </w:pPr>
      <w:r>
        <w:rPr>
          <w:rFonts w:ascii="宋体" w:hAnsi="宋体" w:eastAsia="宋体"/>
          <w:b w:val="0"/>
          <w:sz w:val="20"/>
        </w:rPr>
        <w:t>教学重点：根据看到的图形按要求摆出相应的组合体。</w:t>
      </w:r>
    </w:p>
    <w:p>
      <w:pPr>
        <w:spacing w:after="20" w:line="300" w:lineRule="auto"/>
      </w:pPr>
      <w:r>
        <w:rPr>
          <w:rFonts w:ascii="宋体" w:hAnsi="宋体" w:eastAsia="宋体"/>
          <w:b w:val="0"/>
          <w:sz w:val="20"/>
        </w:rPr>
        <w:t>教学难点：根据给出的从三个方向看到的图形，借助空间想象还原组合体。</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沟通联系，引入课题</w:t>
            </w:r>
          </w:p>
        </w:tc>
        <w:tc>
          <w:tcPr>
            <w:tcW w:type="dxa" w:w="1814"/>
          </w:tcPr>
          <w:p>
            <w:pPr>
              <w:spacing w:after="20" w:line="276" w:lineRule="auto"/>
            </w:pPr>
            <w:r/>
            <w:r>
              <w:rPr>
                <w:rFonts w:ascii="宋体" w:hAnsi="宋体" w:eastAsia="宋体"/>
                <w:b w:val="0"/>
                <w:sz w:val="18"/>
              </w:rPr>
              <w:t>课件、教科书、小正方体、学具</w:t>
            </w:r>
          </w:p>
        </w:tc>
        <w:tc>
          <w:tcPr>
            <w:tcW w:type="dxa" w:w="3402"/>
          </w:tcPr>
          <w:p>
            <w:pPr>
              <w:spacing w:after="20" w:line="276" w:lineRule="auto"/>
            </w:pPr>
            <w:r/>
            <w:r>
              <w:rPr>
                <w:rFonts w:ascii="宋体" w:hAnsi="宋体" w:eastAsia="宋体"/>
                <w:b w:val="0"/>
                <w:sz w:val="18"/>
              </w:rPr>
              <w:t>上节课我们从同一方向观察了不同的组合体，有什么发现？；根据从一个方向看到的图形，能不能确定组合体的形状？</w:t>
            </w:r>
          </w:p>
        </w:tc>
        <w:tc>
          <w:tcPr>
            <w:tcW w:type="dxa" w:w="1361"/>
          </w:tcPr>
          <w:p>
            <w:pPr>
              <w:spacing w:after="20" w:line="276" w:lineRule="auto"/>
            </w:pPr>
            <w:r/>
            <w:r>
              <w:rPr>
                <w:rFonts w:ascii="宋体" w:hAnsi="宋体" w:eastAsia="宋体"/>
                <w:b w:val="0"/>
                <w:sz w:val="18"/>
              </w:rPr>
              <w:t>33分钟</w:t>
            </w:r>
          </w:p>
        </w:tc>
      </w:tr>
      <w:tr>
        <w:tc>
          <w:tcPr>
            <w:tcW w:type="dxa" w:w="2835"/>
          </w:tcPr>
          <w:p>
            <w:pPr>
              <w:spacing w:after="20" w:line="276" w:lineRule="auto"/>
            </w:pPr>
            <w:r/>
            <w:r>
              <w:rPr>
                <w:rFonts w:ascii="宋体" w:hAnsi="宋体" w:eastAsia="宋体"/>
                <w:b w:val="0"/>
                <w:sz w:val="18"/>
              </w:rPr>
              <w:t>实践应用</w:t>
            </w:r>
          </w:p>
        </w:tc>
        <w:tc>
          <w:tcPr>
            <w:tcW w:type="dxa" w:w="1814"/>
          </w:tcPr>
          <w:p>
            <w:pPr>
              <w:spacing w:after="20" w:line="276" w:lineRule="auto"/>
            </w:pPr>
            <w:r/>
            <w:r>
              <w:rPr>
                <w:rFonts w:ascii="宋体" w:hAnsi="宋体" w:eastAsia="宋体"/>
                <w:b w:val="0"/>
                <w:sz w:val="18"/>
              </w:rPr>
              <w:t>教科书、课件、小正方体、学具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课件、小正方体、学具</w:t>
            </w:r>
          </w:p>
        </w:tc>
        <w:tc>
          <w:tcPr>
            <w:tcW w:type="dxa" w:w="3402"/>
          </w:tcPr>
          <w:p>
            <w:pPr>
              <w:spacing w:after="20" w:line="276" w:lineRule="auto"/>
            </w:pPr>
            <w:r/>
            <w:r>
              <w:rPr>
                <w:rFonts w:ascii="宋体" w:hAnsi="宋体" w:eastAsia="宋体"/>
                <w:b w:val="0"/>
                <w:sz w:val="18"/>
              </w:rPr>
              <w:t>本节课你有哪些收获？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沟通联系，引入课题</w:t>
            </w:r>
          </w:p>
        </w:tc>
        <w:tc>
          <w:tcPr>
            <w:tcW w:type="dxa" w:w="3061"/>
          </w:tcPr>
          <w:p>
            <w:pPr>
              <w:spacing w:after="20" w:line="276" w:lineRule="auto"/>
            </w:pPr>
            <w:r/>
            <w:r>
              <w:rPr>
                <w:rFonts w:ascii="宋体" w:hAnsi="宋体" w:eastAsia="宋体"/>
                <w:b w:val="0"/>
                <w:sz w:val="18"/>
              </w:rPr>
              <w:t>师：上节课我们从同一方向观察了不同的组合体，有什么发现？</w:t>
            </w:r>
          </w:p>
          <w:p>
            <w:pPr>
              <w:spacing w:after="20" w:line="276" w:lineRule="auto"/>
            </w:pPr>
            <w:r>
              <w:rPr>
                <w:rFonts w:ascii="宋体" w:hAnsi="宋体" w:eastAsia="宋体"/>
                <w:b w:val="0"/>
                <w:sz w:val="18"/>
              </w:rPr>
              <w:t>师：根据从一个方向看到的图形，能不能确定组合体的形状？</w:t>
            </w:r>
          </w:p>
          <w:p>
            <w:pPr>
              <w:spacing w:after="20" w:line="276" w:lineRule="auto"/>
            </w:pPr>
            <w:r>
              <w:rPr>
                <w:rFonts w:ascii="宋体" w:hAnsi="宋体" w:eastAsia="宋体"/>
                <w:b w:val="0"/>
                <w:sz w:val="18"/>
              </w:rPr>
              <w:t>师：本节课我们就根据从不同方向看到的图形来推断组合体。[板书课题：观察简单组合体(3)]</w:t>
            </w:r>
          </w:p>
          <w:p>
            <w:pPr>
              <w:spacing w:after="20" w:line="276" w:lineRule="auto"/>
            </w:pPr>
            <w:r>
              <w:rPr>
                <w:rFonts w:ascii="宋体" w:hAnsi="宋体" w:eastAsia="宋体"/>
                <w:b w:val="0"/>
                <w:sz w:val="18"/>
              </w:rPr>
              <w:t>根据从一个方向看到的图形摆放组合体，体会摆法的多样化</w:t>
            </w:r>
          </w:p>
          <w:p>
            <w:pPr>
              <w:spacing w:after="20" w:line="276" w:lineRule="auto"/>
            </w:pPr>
            <w:r>
              <w:rPr>
                <w:rFonts w:ascii="宋体" w:hAnsi="宋体" w:eastAsia="宋体"/>
                <w:b w:val="0"/>
                <w:sz w:val="18"/>
              </w:rPr>
              <w:t>1.课件出示教科书P3例3第(1)题。</w:t>
            </w:r>
          </w:p>
          <w:p>
            <w:pPr>
              <w:spacing w:after="20" w:line="276" w:lineRule="auto"/>
            </w:pPr>
            <w:r>
              <w:rPr>
                <w:rFonts w:ascii="宋体" w:hAnsi="宋体" w:eastAsia="宋体"/>
                <w:b w:val="0"/>
                <w:sz w:val="18"/>
              </w:rPr>
              <w:t>2．引导明确摆法。</w:t>
            </w:r>
          </w:p>
          <w:p>
            <w:pPr>
              <w:spacing w:after="20" w:line="276" w:lineRule="auto"/>
            </w:pPr>
            <w:r>
              <w:rPr>
                <w:rFonts w:ascii="宋体" w:hAnsi="宋体" w:eastAsia="宋体"/>
                <w:b w:val="0"/>
                <w:sz w:val="18"/>
              </w:rPr>
              <w:t>师：题中告诉了我们哪些数学信息？</w:t>
            </w:r>
          </w:p>
          <w:p>
            <w:pPr>
              <w:spacing w:after="20" w:line="276" w:lineRule="auto"/>
            </w:pPr>
            <w:r>
              <w:rPr>
                <w:rFonts w:ascii="宋体" w:hAnsi="宋体" w:eastAsia="宋体"/>
                <w:b w:val="0"/>
                <w:sz w:val="18"/>
              </w:rPr>
              <w:t>师：应该怎样摆？有几种摆法？大家想象一下。</w:t>
            </w:r>
          </w:p>
          <w:p>
            <w:pPr>
              <w:spacing w:after="20" w:line="276" w:lineRule="auto"/>
            </w:pPr>
            <w:r>
              <w:rPr>
                <w:rFonts w:ascii="宋体" w:hAnsi="宋体" w:eastAsia="宋体"/>
                <w:b w:val="0"/>
                <w:sz w:val="18"/>
              </w:rPr>
              <w:t>(1)课件展示呈现各种摆法。</w:t>
            </w:r>
          </w:p>
          <w:p>
            <w:pPr>
              <w:spacing w:after="20" w:line="276" w:lineRule="auto"/>
            </w:pPr>
            <w:r>
              <w:rPr>
                <w:rFonts w:ascii="宋体" w:hAnsi="宋体" w:eastAsia="宋体"/>
                <w:b w:val="0"/>
                <w:sz w:val="18"/>
              </w:rPr>
              <w:t>(2)揭示方法。</w:t>
            </w:r>
          </w:p>
          <w:p>
            <w:pPr>
              <w:spacing w:after="20" w:line="276" w:lineRule="auto"/>
            </w:pPr>
            <w:r>
              <w:rPr>
                <w:rFonts w:ascii="宋体" w:hAnsi="宋体" w:eastAsia="宋体"/>
                <w:b w:val="0"/>
                <w:sz w:val="18"/>
              </w:rPr>
              <w:t>师总结并板书：根据从一个方向看到的图形摆组合体，摆法是多样的。</w:t>
            </w:r>
          </w:p>
          <w:p>
            <w:pPr>
              <w:spacing w:after="20" w:line="276" w:lineRule="auto"/>
            </w:pPr>
            <w:r>
              <w:rPr>
                <w:rFonts w:ascii="宋体" w:hAnsi="宋体" w:eastAsia="宋体"/>
                <w:b w:val="0"/>
                <w:sz w:val="18"/>
              </w:rPr>
              <w:t>根据从三个方向看到的图形摆放组合体，体会摆法的确定性</w:t>
            </w:r>
          </w:p>
          <w:p>
            <w:pPr>
              <w:spacing w:after="20" w:line="276" w:lineRule="auto"/>
            </w:pPr>
            <w:r>
              <w:rPr>
                <w:rFonts w:ascii="宋体" w:hAnsi="宋体" w:eastAsia="宋体"/>
                <w:b w:val="0"/>
                <w:sz w:val="18"/>
              </w:rPr>
              <w:t>1.课件出示教科书P3例3第(2)题，明确探究要求。</w:t>
            </w:r>
          </w:p>
          <w:p>
            <w:pPr>
              <w:spacing w:after="20" w:line="276" w:lineRule="auto"/>
            </w:pPr>
            <w:r>
              <w:rPr>
                <w:rFonts w:ascii="宋体" w:hAnsi="宋体" w:eastAsia="宋体"/>
                <w:b w:val="0"/>
                <w:sz w:val="18"/>
              </w:rPr>
              <w:t>师：下面分别给出了从前面、上面、左面看到的图形，你能用小正方体摆出原来的组合体吗？</w:t>
            </w:r>
          </w:p>
          <w:p>
            <w:pPr>
              <w:spacing w:after="20" w:line="276" w:lineRule="auto"/>
            </w:pPr>
            <w:r>
              <w:rPr>
                <w:rFonts w:ascii="宋体" w:hAnsi="宋体" w:eastAsia="宋体"/>
                <w:b w:val="0"/>
                <w:sz w:val="18"/>
              </w:rPr>
              <w:t>师：可以怎样摆呢？同学们可以先独立思考一下，和同桌交流后再动手。摆好后可以自己看一看，验证摆出的组合体是否正确。</w:t>
            </w:r>
          </w:p>
          <w:p>
            <w:pPr>
              <w:spacing w:after="20" w:line="276" w:lineRule="auto"/>
            </w:pPr>
            <w:r>
              <w:rPr>
                <w:rFonts w:ascii="宋体" w:hAnsi="宋体" w:eastAsia="宋体"/>
                <w:b w:val="0"/>
                <w:sz w:val="18"/>
              </w:rPr>
              <w:t>师：谁来介绍你的摆法？</w:t>
            </w:r>
          </w:p>
          <w:p>
            <w:pPr>
              <w:spacing w:after="20" w:line="276" w:lineRule="auto"/>
            </w:pPr>
            <w:r>
              <w:rPr>
                <w:rFonts w:ascii="宋体" w:hAnsi="宋体" w:eastAsia="宋体"/>
                <w:b w:val="0"/>
                <w:sz w:val="18"/>
              </w:rPr>
              <w:t>指定几名学生上台展示。</w:t>
            </w:r>
          </w:p>
          <w:p>
            <w:pPr>
              <w:spacing w:after="20" w:line="276" w:lineRule="auto"/>
            </w:pPr>
            <w:r>
              <w:rPr>
                <w:rFonts w:ascii="宋体" w:hAnsi="宋体" w:eastAsia="宋体"/>
                <w:b w:val="0"/>
                <w:sz w:val="18"/>
              </w:rPr>
              <w:t>师：同学们根据自己不同的思路摆出了这个组合体，仔细分析，你们有什么发现吗？</w:t>
            </w:r>
          </w:p>
          <w:p>
            <w:pPr>
              <w:spacing w:after="20" w:line="276" w:lineRule="auto"/>
            </w:pPr>
            <w:r>
              <w:rPr>
                <w:rFonts w:ascii="宋体" w:hAnsi="宋体" w:eastAsia="宋体"/>
                <w:b w:val="0"/>
                <w:sz w:val="18"/>
              </w:rPr>
              <w:t>教师对于学生的不同发现给予肯定和引导。</w:t>
            </w:r>
          </w:p>
          <w:p>
            <w:pPr>
              <w:spacing w:after="20" w:line="276" w:lineRule="auto"/>
            </w:pPr>
            <w:r>
              <w:rPr>
                <w:rFonts w:ascii="宋体" w:hAnsi="宋体" w:eastAsia="宋体"/>
                <w:b w:val="0"/>
                <w:sz w:val="18"/>
              </w:rPr>
              <w:t>师小结：还原组合体时，我们可以按一定的顺序进行拼摆，在这个过程中不断进行调整，最后通过验证加以确认。通常，根据从三个方向看到的图形可以确定原来组合体的形状。(适时板书)</w:t>
            </w:r>
          </w:p>
        </w:tc>
        <w:tc>
          <w:tcPr>
            <w:tcW w:type="dxa" w:w="3061"/>
          </w:tcPr>
          <w:p>
            <w:pPr>
              <w:spacing w:after="20" w:line="276" w:lineRule="auto"/>
            </w:pPr>
            <w:r/>
            <w:r>
              <w:rPr>
                <w:rFonts w:ascii="宋体" w:hAnsi="宋体" w:eastAsia="宋体"/>
                <w:b w:val="0"/>
                <w:sz w:val="18"/>
              </w:rPr>
              <w:t>不同的组合体从同一方向观察，看到的图形可能相同，也可能不同。</w:t>
            </w:r>
          </w:p>
          <w:p>
            <w:pPr>
              <w:spacing w:after="20" w:line="276" w:lineRule="auto"/>
            </w:pPr>
            <w:r>
              <w:rPr>
                <w:rFonts w:ascii="宋体" w:hAnsi="宋体" w:eastAsia="宋体"/>
                <w:b w:val="0"/>
                <w:sz w:val="18"/>
              </w:rPr>
              <w:t>不能。</w:t>
            </w:r>
          </w:p>
          <w:p>
            <w:pPr>
              <w:spacing w:after="20" w:line="276" w:lineRule="auto"/>
            </w:pPr>
            <w:r>
              <w:rPr>
                <w:rFonts w:ascii="宋体" w:hAnsi="宋体" w:eastAsia="宋体"/>
                <w:b w:val="0"/>
                <w:sz w:val="18"/>
              </w:rPr>
              <w:t>告诉了我们从某一方向看到的图形。</w:t>
            </w:r>
          </w:p>
          <w:p>
            <w:pPr>
              <w:spacing w:after="20" w:line="276" w:lineRule="auto"/>
            </w:pPr>
            <w:r>
              <w:rPr>
                <w:rFonts w:ascii="宋体" w:hAnsi="宋体" w:eastAsia="宋体"/>
                <w:b w:val="0"/>
                <w:sz w:val="18"/>
              </w:rPr>
              <w:t>学生自主回答。</w:t>
            </w:r>
          </w:p>
          <w:p>
            <w:pPr>
              <w:spacing w:after="20" w:line="276" w:lineRule="auto"/>
            </w:pPr>
            <w:r>
              <w:rPr>
                <w:rFonts w:ascii="宋体" w:hAnsi="宋体" w:eastAsia="宋体"/>
                <w:b w:val="0"/>
                <w:sz w:val="18"/>
              </w:rPr>
              <w:t>3．学生动手拼摆，验证交流方法。</w:t>
            </w:r>
          </w:p>
          <w:p>
            <w:pPr>
              <w:spacing w:after="20" w:line="276" w:lineRule="auto"/>
            </w:pPr>
            <w:r>
              <w:rPr>
                <w:rFonts w:ascii="宋体" w:hAnsi="宋体" w:eastAsia="宋体"/>
                <w:b w:val="0"/>
                <w:sz w:val="18"/>
              </w:rPr>
              <w:t>4．全班交流反馈，形成认识。</w:t>
            </w:r>
          </w:p>
          <w:p>
            <w:pPr>
              <w:spacing w:after="20" w:line="276" w:lineRule="auto"/>
            </w:pPr>
            <w:r>
              <w:rPr>
                <w:rFonts w:ascii="宋体" w:hAnsi="宋体" w:eastAsia="宋体"/>
                <w:b w:val="0"/>
                <w:sz w:val="18"/>
              </w:rPr>
              <w:t>学生讨论后，师引导学生发现：这些图形的摆法都是有联系的，从前面看到3个小正方形，都是先按看到的图形摆好3个小正方体，再在3个小正方体的前面或后面增加小正方体，摆放的组合体都符合要求。</w:t>
            </w:r>
          </w:p>
          <w:p>
            <w:pPr>
              <w:spacing w:after="20" w:line="276" w:lineRule="auto"/>
            </w:pPr>
            <w:r>
              <w:rPr>
                <w:rFonts w:ascii="宋体" w:hAnsi="宋体" w:eastAsia="宋体"/>
                <w:b w:val="0"/>
                <w:sz w:val="18"/>
              </w:rPr>
              <w:t>2．小组合作，动手操作。</w:t>
            </w:r>
          </w:p>
          <w:p>
            <w:pPr>
              <w:spacing w:after="20" w:line="276" w:lineRule="auto"/>
            </w:pPr>
            <w:r>
              <w:rPr>
                <w:rFonts w:ascii="宋体" w:hAnsi="宋体" w:eastAsia="宋体"/>
                <w:b w:val="0"/>
                <w:sz w:val="18"/>
              </w:rPr>
              <w:t>3．全班交流反馈，形成认识。</w:t>
            </w:r>
          </w:p>
          <w:p>
            <w:pPr>
              <w:spacing w:after="20" w:line="276" w:lineRule="auto"/>
            </w:pPr>
            <w:r>
              <w:rPr>
                <w:rFonts w:ascii="宋体" w:hAnsi="宋体" w:eastAsia="宋体"/>
                <w:b w:val="0"/>
                <w:sz w:val="18"/>
              </w:rPr>
              <w:t>预设1：虽然摆的过程不同，但是摆出的组合体都是一样的。</w:t>
            </w:r>
          </w:p>
          <w:p>
            <w:pPr>
              <w:spacing w:after="20" w:line="276" w:lineRule="auto"/>
            </w:pPr>
            <w:r>
              <w:rPr>
                <w:rFonts w:ascii="宋体" w:hAnsi="宋体" w:eastAsia="宋体"/>
                <w:b w:val="0"/>
                <w:sz w:val="18"/>
              </w:rPr>
              <w:t>预设2：根据从三个方向观察到的图形摆组合体，可以确定组合体的形状。</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创设情境激活学生已有经验，自然引出本课学习内容，激发学习兴趣，核心问题："上节课我们从同一方向观察了不同的组合体，有什么发现？"</w:t>
            </w:r>
          </w:p>
        </w:tc>
      </w:tr>
      <w:tr>
        <w:tc>
          <w:tcPr>
            <w:tcW w:type="dxa" w:w="1474"/>
          </w:tcPr>
          <w:p>
            <w:pPr>
              <w:spacing w:after="20" w:line="276" w:lineRule="auto"/>
            </w:pPr>
            <w:r>
              <w:rPr>
                <w:b/>
              </w:rPr>
            </w:r>
            <w:r>
              <w:rPr>
                <w:rFonts w:ascii="宋体" w:hAnsi="宋体" w:eastAsia="宋体"/>
                <w:b/>
                <w:sz w:val="18"/>
              </w:rPr>
              <w:t>实践应用</w:t>
            </w:r>
          </w:p>
        </w:tc>
        <w:tc>
          <w:tcPr>
            <w:tcW w:type="dxa" w:w="3061"/>
          </w:tcPr>
          <w:p>
            <w:pPr>
              <w:spacing w:after="20" w:line="276" w:lineRule="auto"/>
            </w:pPr>
            <w:r/>
            <w:r>
              <w:rPr>
                <w:rFonts w:ascii="宋体" w:hAnsi="宋体" w:eastAsia="宋体"/>
                <w:b w:val="0"/>
                <w:sz w:val="18"/>
              </w:rPr>
              <w:t>完成教科书P3“做一做”。</w:t>
            </w:r>
          </w:p>
          <w:p>
            <w:pPr>
              <w:spacing w:after="20" w:line="276" w:lineRule="auto"/>
            </w:pPr>
            <w:r>
              <w:rPr>
                <w:rFonts w:ascii="宋体" w:hAnsi="宋体" w:eastAsia="宋体"/>
                <w:b w:val="0"/>
                <w:sz w:val="18"/>
              </w:rPr>
              <w:t>(1)课件出示教科书P3“做一做”。</w:t>
            </w:r>
          </w:p>
          <w:p>
            <w:pPr>
              <w:spacing w:after="20" w:line="276" w:lineRule="auto"/>
            </w:pPr>
            <w:r>
              <w:rPr>
                <w:rFonts w:ascii="宋体" w:hAnsi="宋体" w:eastAsia="宋体"/>
                <w:b w:val="0"/>
                <w:sz w:val="18"/>
              </w:rPr>
              <w:t>(2)学生完成后，集中交流评价。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师：本节课你有哪些收获？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放手让学生在独立思考、小组交流和动手操作的过程中完成从平面图形到立体图形还原的逆向思考。</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观察简单组合体(3)</w:t>
      </w:r>
    </w:p>
    <w:p>
      <w:pPr>
        <w:spacing w:after="40" w:line="300" w:lineRule="auto"/>
      </w:pPr>
      <w:r>
        <w:rPr>
          <w:rFonts w:ascii="宋体" w:hAnsi="宋体" w:eastAsia="宋体"/>
          <w:b w:val="0"/>
          <w:sz w:val="20"/>
        </w:rPr>
        <w:t>根据从一个方向看到的图形摆组合体，摆法是多样的。</w:t>
      </w:r>
    </w:p>
    <w:p>
      <w:pPr>
        <w:spacing w:after="40" w:line="300" w:lineRule="auto"/>
      </w:pPr>
      <w:r>
        <w:rPr>
          <w:rFonts w:ascii="宋体" w:hAnsi="宋体" w:eastAsia="宋体"/>
          <w:b w:val="0"/>
          <w:sz w:val="20"/>
        </w:rPr>
        <w:t>根据从三个方向看到的图形可以确定原来组合体的形状。</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教科书P3例3，完成教科书P3“做一做”。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时，要引导学生认识到从前面看到的图形可以确定组合体的列数和层数，从上面看到的图形可以确定列数和排数，从左面看到的图形可以确定排数和层数，从三个方向看到的图形综合起来就能确定组合体的形状。</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