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人教版五年级数学上册</w:t>
      </w:r>
    </w:p>
    <w:p>
      <w:pPr>
        <w:spacing w:after="80" w:line="300" w:lineRule="auto"/>
        <w:jc w:val="center"/>
      </w:pPr>
      <w:r>
        <w:rPr>
          <w:rFonts w:ascii="黑体" w:hAnsi="黑体" w:eastAsia="黑体"/>
          <w:b/>
          <w:sz w:val="26"/>
        </w:rPr>
        <w:t>第2单元 小数乘法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第2单元 小数乘法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8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学习的内容主要包括：小数乘法，小数乘法的积的规律，整数乘法运算律推广到小数，运用小数乘法解决简单的实际问题。通过这些内容的学习，让学生理解和掌握小数乘法的算理和计算方法，能正确地进行小数乘法的计算，会根据小数乘法的积的规律判断计算结果；理解整数乘法运算律对于小数乘法也同样适用，并会运用这些运算律进行小数乘法的简便运算等。</w:t>
      </w:r>
    </w:p>
    <w:p>
      <w:pPr>
        <w:spacing w:after="80" w:line="300" w:lineRule="auto"/>
        <w:ind w:firstLine="400"/>
      </w:pPr>
      <w:r>
        <w:rPr>
          <w:rFonts w:ascii="宋体" w:hAnsi="宋体" w:eastAsia="宋体"/>
          <w:b w:val="0"/>
          <w:sz w:val="20"/>
        </w:rPr>
        <w:t>本单元的编排注意加强与整数乘法的联系，以便引导学生将整数乘法的经验迁移到小数乘法中，让学生经历自主探索小数乘法计算方法、理解算理和解释算法的过程，体会转化的数学思想，初步培养学生学习的迁移能力和推理能力。此外，为了培养和提高学生解决实际问题的能力，教科书设计了估算和分段计费两个例题，让学生在实际情境中学会收集信息，选择合适的方法来解决问题。</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已经学习了整数的四则运算，在四年级下册的学习中已经进一步认识了小数，掌握了小数的意义和性质，会进行小数加、减法的运算，具备了学习本单元新知识的基础。教师要重视学生的已有经验，通过利用学生熟悉和常见的十进制计量单位(“元、角、分”等)，让学生了解小数乘法和整数乘法的联系，引导学生用转化的方法，将整数乘法的计算方法和经验迁移到小数乘法中，为学生学习小数乘法和小数乘加、乘减混合运算打下坚实的基础，并让学生发现规律，掌握算理。</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第1课时：理解并掌握小数乘整数的计算方法及算理，能正确计算小数乘整数，并能解决相关的实际问题。</w:t>
      </w:r>
    </w:p>
    <w:p>
      <w:pPr>
        <w:spacing w:after="20" w:line="300" w:lineRule="auto"/>
        <w:ind w:firstLine="400"/>
      </w:pPr>
      <w:r>
        <w:rPr>
          <w:rFonts w:ascii="宋体" w:hAnsi="宋体" w:eastAsia="宋体"/>
          <w:b w:val="0"/>
          <w:sz w:val="20"/>
        </w:rPr>
        <w:t>第2课时：理解并掌握小数乘小数的计算方法及算理，能正确计算小数乘小数，并能解决相关的实际问题。</w:t>
      </w:r>
    </w:p>
    <w:p>
      <w:pPr>
        <w:spacing w:after="20" w:line="300" w:lineRule="auto"/>
        <w:ind w:firstLine="400"/>
      </w:pPr>
      <w:r>
        <w:rPr>
          <w:rFonts w:ascii="宋体" w:hAnsi="宋体" w:eastAsia="宋体"/>
          <w:b w:val="0"/>
          <w:sz w:val="20"/>
        </w:rPr>
        <w:t>第3课时：进一步理解和掌握小数乘小数的计算方法及算理，能正确计算稍复杂的小数乘小数，知道积的小数位数不够时应在前面先用0补足位数，再点小数点。</w:t>
      </w:r>
    </w:p>
    <w:p>
      <w:pPr>
        <w:spacing w:after="20" w:line="300" w:lineRule="auto"/>
        <w:ind w:firstLine="400"/>
      </w:pPr>
      <w:r>
        <w:rPr>
          <w:rFonts w:ascii="宋体" w:hAnsi="宋体" w:eastAsia="宋体"/>
          <w:b w:val="0"/>
          <w:sz w:val="20"/>
        </w:rPr>
        <w:t>第4课时：经历问题解决的过程，理解“小数倍”的含义，体会小数倍的数量关系，能运用小数乘法解决与小数倍数有关的实际问题。</w:t>
      </w:r>
    </w:p>
    <w:p>
      <w:pPr>
        <w:spacing w:after="20" w:line="300" w:lineRule="auto"/>
        <w:ind w:firstLine="400"/>
      </w:pPr>
      <w:r>
        <w:rPr>
          <w:rFonts w:ascii="宋体" w:hAnsi="宋体" w:eastAsia="宋体"/>
          <w:b w:val="0"/>
          <w:sz w:val="20"/>
        </w:rPr>
        <w:t>第5课时：理解小数四则混合运算的顺序与整数相同，整数乘法运算律可以推广到小数，能应用运算律进行简便计算。</w:t>
      </w:r>
    </w:p>
    <w:p>
      <w:pPr>
        <w:spacing w:after="20" w:line="300" w:lineRule="auto"/>
        <w:ind w:firstLine="400"/>
      </w:pPr>
      <w:r>
        <w:rPr>
          <w:rFonts w:ascii="宋体" w:hAnsi="宋体" w:eastAsia="宋体"/>
          <w:b w:val="0"/>
          <w:sz w:val="20"/>
        </w:rPr>
        <w:t>第6课时：在具体问题情境中，引发应用估算的实际需求，进一步体会估算的价值，选择合适的方法解决问题。</w:t>
      </w:r>
    </w:p>
    <w:p>
      <w:pPr>
        <w:spacing w:after="20" w:line="300" w:lineRule="auto"/>
        <w:ind w:firstLine="400"/>
      </w:pPr>
      <w:r>
        <w:rPr>
          <w:rFonts w:ascii="宋体" w:hAnsi="宋体" w:eastAsia="宋体"/>
          <w:b w:val="0"/>
          <w:sz w:val="20"/>
        </w:rPr>
        <w:t>第7课时：经历分段计费问题的解决过程，自主探究分段计费问题的数量关系，能运用多种方法正确解答这类实际问题，进一步提升解决问题的能力。</w:t>
      </w:r>
    </w:p>
    <w:p>
      <w:pPr>
        <w:spacing w:after="20" w:line="300" w:lineRule="auto"/>
        <w:ind w:firstLine="400"/>
      </w:pPr>
      <w:r>
        <w:rPr>
          <w:rFonts w:ascii="宋体" w:hAnsi="宋体" w:eastAsia="宋体"/>
          <w:b w:val="0"/>
          <w:sz w:val="20"/>
        </w:rPr>
        <w:t>第8课时：引导学生整理本单元的知识和方法，形成“知识结构图”，构建知识间的联系。</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重点引导学生用转化的方法学习小数乘法。由于小数乘法与整数乘法之间有着十分密切的联系，因此教学时应紧紧抓住这种联系，帮助学生将未知转化为已知，同时掌握用转化的思想方法去探究新知识的学习方法。</w:t>
      </w:r>
    </w:p>
    <w:p>
      <w:pPr>
        <w:spacing w:after="20" w:line="300" w:lineRule="auto"/>
      </w:pPr>
      <w:r>
        <w:rPr>
          <w:rFonts w:ascii="宋体" w:hAnsi="宋体" w:eastAsia="宋体"/>
          <w:b w:val="0"/>
          <w:sz w:val="20"/>
        </w:rPr>
        <w:t>● 指导学生对小数乘法的算理作出合理的解释，提高学生的推理能力。本单元学习过程中，学生感到困难的不是难以掌握小数乘法计算方法，而是无法正确理解和表述算理。因此，教学时应给学生提供充分思考、交流的机会，帮助学生对计算过程进行解释。重点引导学生从积与乘数的关系出发，强调转化的思想和方法。</w:t>
      </w:r>
    </w:p>
    <w:p>
      <w:pPr>
        <w:spacing w:after="20" w:line="300" w:lineRule="auto"/>
      </w:pPr>
      <w:r>
        <w:rPr>
          <w:rFonts w:ascii="宋体" w:hAnsi="宋体" w:eastAsia="宋体"/>
          <w:b w:val="0"/>
          <w:sz w:val="20"/>
        </w:rPr>
        <w:t>● 组织学生讨论、归纳小数乘法的计算方法。在组织学生自主总结小数乘法计算方法时，要特别突出两点：一是转化的方法，将小数乘法转化为整数乘法来计算；二是小数点的处理，也就是利用积和乘数的大小关系来确定小数点的位置。</w:t>
      </w:r>
    </w:p>
    <w:p>
      <w:pPr>
        <w:spacing w:after="20" w:line="300" w:lineRule="auto"/>
      </w:pPr>
      <w:r>
        <w:rPr>
          <w:rFonts w:ascii="宋体" w:hAnsi="宋体" w:eastAsia="宋体"/>
          <w:b w:val="0"/>
          <w:sz w:val="20"/>
        </w:rPr>
        <w:t>● 在解决实际问题的教学中，注重培养学生阅读理解的能力。在解决实际问题时，要找出解决问题的方法，引导学生读懂题意，发现有用的信息，并加以整理，进而提高阅读理解题意能力。也可以引导学生利用表格、摘录条件或画线段图的方式来解决问题。</w:t>
      </w:r>
    </w:p>
    <w:p>
      <w:pPr>
        <w:spacing w:after="20" w:line="300" w:lineRule="auto"/>
      </w:pPr>
      <w:r>
        <w:rPr>
          <w:rFonts w:ascii="宋体" w:hAnsi="宋体" w:eastAsia="宋体"/>
          <w:b w:val="0"/>
          <w:sz w:val="20"/>
        </w:rPr>
        <w:t>运算能力：理解小数乘法的算理，能依据小数乘法的计算方法进行小数乘法的计算。</w:t>
      </w:r>
    </w:p>
    <w:p>
      <w:pPr>
        <w:spacing w:after="20" w:line="300" w:lineRule="auto"/>
      </w:pPr>
      <w:r>
        <w:rPr>
          <w:rFonts w:ascii="宋体" w:hAnsi="宋体" w:eastAsia="宋体"/>
          <w:b w:val="0"/>
          <w:sz w:val="20"/>
        </w:rPr>
        <w:t>推理意识：能借助单位换算、整数与小数之间的关系、整数乘数与积的变化规律探究出小数乘法的计算方法。</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小数乘整数</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理解并掌握小数乘整数的计算方法及算理，能正确计算小数乘整数，并能解决相关的实际问题。</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小数乘小数（1）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理解并掌握小数乘小数的计算方法及算理，能正确计算小数乘小数，并能解决相关的实际问题。</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小数乘小数(2)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进一步理解和掌握小数乘小数的计算方法及算理，能正确计算稍复杂的小数乘小数，知道积的小数位数不够时应在前面先用0补足位数，再点小数点。</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小数乘法的积的规律</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经历问题解决的过程，理解“小数倍”的含义，体会小数倍的数量关系，能运用小数乘法解决与小数倍数有关的实际问题。</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整数乘法运算律推广到小数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理解小数四则混合运算的顺序与整数相同，整数乘法运算律可以推广到小数，能应用运算律进行简便计算。</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在具体问题情境中，引发应用估算的实际需求，进一步体会估算的价值，选择合适的方法解决问题。</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解决问题(2)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经历分段计费问题的解决过程，自主探究分段计费问题的数量关系，能运用多种方法正确解答这类实际问题，进一步提升解决问题的能力。</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整理和复习(练习四)</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引导学生整理本单元的知识和方法，形成“知识结构图”，构建知识间的联系。</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小数乘整数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小数乘整数</w:t>
            </w:r>
          </w:p>
        </w:tc>
        <w:tc>
          <w:tcPr>
            <w:tcW w:type="dxa" w:w="6009"/>
          </w:tcPr>
          <w:p>
            <w:pPr>
              <w:spacing w:after="20" w:line="276" w:lineRule="auto"/>
            </w:pPr>
            <w:r/>
            <w:r>
              <w:rPr>
                <w:rFonts w:ascii="宋体" w:hAnsi="宋体" w:eastAsia="宋体"/>
                <w:b w:val="0"/>
                <w:sz w:val="20"/>
              </w:rPr>
              <w:t>第2单元 小数乘法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整数的四则运算，在四年级下册的学习中已经进一步认识了小数，掌握了小数的意义和性质，会进行小数加、减法的运算，具备了学习本单元新知识的基础。教师要重视学生的已有经验，通过利用学生熟悉和常见的十进制计量单位(“元、角、分”等)，让学生了解小数乘法和整数乘法的联系，引导学生用转化的方法，将整数乘法的计算方法和经验迁移到小数乘法中，为学生学习小数乘法和小数乘加、乘减混合运算打下坚实的基础，并让学生发现规律，掌握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教学内容：教科书P7～8相关内容，完成教科书P8“做一做”。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（1）理解并掌握小数乘整数的计算方法及算理，能正确计算小数乘整数，并能解决相关的实际问题。</w:t>
      </w:r>
    </w:p>
    <w:p>
      <w:pPr>
        <w:spacing w:after="20" w:line="300" w:lineRule="auto"/>
        <w:ind w:firstLine="400"/>
      </w:pPr>
      <w:r>
        <w:rPr>
          <w:rFonts w:ascii="宋体" w:hAnsi="宋体" w:eastAsia="宋体"/>
          <w:b w:val="0"/>
          <w:sz w:val="20"/>
        </w:rPr>
        <w:t>（2）经历将小数乘整数转化为整数乘整数的过程，认识到转化的方法是学习新知识的工具。</w:t>
      </w:r>
    </w:p>
    <w:p>
      <w:pPr>
        <w:spacing w:after="20" w:line="300" w:lineRule="auto"/>
        <w:ind w:firstLine="400"/>
      </w:pPr>
      <w:r>
        <w:rPr>
          <w:rFonts w:ascii="宋体" w:hAnsi="宋体" w:eastAsia="宋体"/>
          <w:b w:val="0"/>
          <w:sz w:val="20"/>
        </w:rPr>
        <w:t>（3）感受小数乘法在生活中的广泛应用，体会解题策略的多样性。</w:t>
      </w:r>
    </w:p>
    <w:p>
      <w:pPr>
        <w:spacing w:after="20" w:line="300" w:lineRule="auto"/>
      </w:pPr>
      <w:r>
        <w:rPr>
          <w:rFonts w:ascii="宋体" w:hAnsi="宋体" w:eastAsia="宋体"/>
          <w:b w:val="0"/>
          <w:sz w:val="20"/>
        </w:rPr>
        <w:t>教学重点：理解小数乘整数的算理，掌握小数乘整数的计算方法。</w:t>
      </w:r>
    </w:p>
    <w:p>
      <w:pPr>
        <w:spacing w:after="20" w:line="300" w:lineRule="auto"/>
      </w:pPr>
      <w:r>
        <w:rPr>
          <w:rFonts w:ascii="宋体" w:hAnsi="宋体" w:eastAsia="宋体"/>
          <w:b w:val="0"/>
          <w:sz w:val="20"/>
        </w:rPr>
        <w:t>教学难点：理解小数乘整数的算理。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一、创设情境，导入新课</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从图中大家了解到了哪些数学信息？；根据你们了解到的信息，可以提出什么数学问题？</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探究新知识，解决问题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关于9.5×3，你们有哪些计算方法呢？；观察黑板上几种主要的解法，大家看懂了吗？谁能分析一下每种解法的思路？</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三、巩固练习，提升技能完成教科书P8“做一做”第1题。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这节课学习了什么内容？你有什么收获？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一、创设情境，导入新课</w:t>
            </w:r>
          </w:p>
        </w:tc>
        <w:tc>
          <w:tcPr>
            <w:tcW w:type="dxa" w:w="3061"/>
          </w:tcPr>
          <w:p>
            <w:pPr>
              <w:spacing w:after="20" w:line="276" w:lineRule="auto"/>
            </w:pPr>
            <w:r/>
            <w:r>
              <w:rPr>
                <w:rFonts w:ascii="宋体" w:hAnsi="宋体" w:eastAsia="宋体"/>
                <w:b w:val="0"/>
                <w:sz w:val="18"/>
              </w:rPr>
              <w:t>师：又到了放风筝的季节！我们一起去买几个风筝吧。</w:t>
            </w:r>
          </w:p>
          <w:p>
            <w:pPr>
              <w:spacing w:after="20" w:line="276" w:lineRule="auto"/>
            </w:pPr>
            <w:r>
              <w:rPr>
                <w:rFonts w:ascii="宋体" w:hAnsi="宋体" w:eastAsia="宋体"/>
                <w:b w:val="0"/>
                <w:sz w:val="18"/>
              </w:rPr>
              <w:t>课件出示教科书P7例1情境图。</w:t>
            </w:r>
          </w:p>
          <w:p>
            <w:pPr>
              <w:spacing w:after="20" w:line="276" w:lineRule="auto"/>
            </w:pPr>
            <w:r>
              <w:rPr>
                <w:rFonts w:ascii="宋体" w:hAnsi="宋体" w:eastAsia="宋体"/>
                <w:b w:val="0"/>
                <w:sz w:val="18"/>
              </w:rPr>
              <w:t>师：从图中大家了解到了哪些数学信息？</w:t>
            </w:r>
          </w:p>
          <w:p>
            <w:pPr>
              <w:spacing w:after="20" w:line="276" w:lineRule="auto"/>
            </w:pPr>
            <w:r>
              <w:rPr>
                <w:rFonts w:ascii="宋体" w:hAnsi="宋体" w:eastAsia="宋体"/>
                <w:b w:val="0"/>
                <w:sz w:val="18"/>
              </w:rPr>
              <w:t>师：根据你们了解到的信息，可以提出什么数学问题？</w:t>
            </w:r>
          </w:p>
          <w:p>
            <w:pPr>
              <w:spacing w:after="20" w:line="276" w:lineRule="auto"/>
            </w:pPr>
            <w:r>
              <w:rPr>
                <w:rFonts w:ascii="宋体" w:hAnsi="宋体" w:eastAsia="宋体"/>
                <w:b w:val="0"/>
                <w:sz w:val="18"/>
              </w:rPr>
              <w:t>教师充分肯定学生提出的问题，并指导学生选择其中的一个问题来尝试解答，如：买3个蝴蝶风筝需要多少钱？怎样列式？</w:t>
            </w:r>
          </w:p>
          <w:p>
            <w:pPr>
              <w:spacing w:after="20" w:line="276" w:lineRule="auto"/>
            </w:pPr>
            <w:r>
              <w:rPr>
                <w:rFonts w:ascii="宋体" w:hAnsi="宋体" w:eastAsia="宋体"/>
                <w:b w:val="0"/>
                <w:sz w:val="18"/>
              </w:rPr>
              <w:t>师：观察这一个算式，它与我们以前学过的乘法算式有什么不同？</w:t>
            </w:r>
          </w:p>
          <w:p>
            <w:pPr>
              <w:spacing w:after="20" w:line="276" w:lineRule="auto"/>
            </w:pPr>
            <w:r>
              <w:rPr>
                <w:rFonts w:ascii="宋体" w:hAnsi="宋体" w:eastAsia="宋体"/>
                <w:b w:val="0"/>
                <w:sz w:val="18"/>
              </w:rPr>
              <w:t>师：小数乘整数应该怎样计算呢？这节课我们就一起来研究这个问题。(板书课题：小数乘整数)</w:t>
            </w:r>
          </w:p>
        </w:tc>
        <w:tc>
          <w:tcPr>
            <w:tcW w:type="dxa" w:w="3061"/>
          </w:tcPr>
          <w:p>
            <w:pPr>
              <w:spacing w:after="20" w:line="276" w:lineRule="auto"/>
            </w:pPr>
            <w:r/>
            <w:r>
              <w:rPr>
                <w:rFonts w:ascii="宋体" w:hAnsi="宋体" w:eastAsia="宋体"/>
                <w:b w:val="0"/>
                <w:sz w:val="18"/>
              </w:rPr>
              <w:t>可以知道不同样式风筝的价格。</w:t>
            </w:r>
          </w:p>
          <w:p>
            <w:pPr>
              <w:spacing w:after="20" w:line="276" w:lineRule="auto"/>
            </w:pPr>
            <w:r>
              <w:rPr>
                <w:rFonts w:ascii="宋体" w:hAnsi="宋体" w:eastAsia="宋体"/>
                <w:b w:val="0"/>
                <w:sz w:val="18"/>
              </w:rPr>
              <w:t>学生根据了解的信息，用单价、数量和总价的关系设计实际问题，如：买4个燕子风筝需要多少钱？买2个金鱼风筝需要多少钱？买3个蝴蝶风筝需要多少钱？</w:t>
            </w:r>
          </w:p>
          <w:p>
            <w:pPr>
              <w:spacing w:after="20" w:line="276" w:lineRule="auto"/>
            </w:pPr>
            <w:r>
              <w:rPr>
                <w:rFonts w:ascii="宋体" w:hAnsi="宋体" w:eastAsia="宋体"/>
                <w:b w:val="0"/>
                <w:sz w:val="18"/>
              </w:rPr>
              <w:t>学生口头列出算式，教师板书：9.5×3。</w:t>
            </w:r>
          </w:p>
          <w:p>
            <w:pPr>
              <w:spacing w:after="20" w:line="276" w:lineRule="auto"/>
            </w:pPr>
            <w:r>
              <w:rPr>
                <w:rFonts w:ascii="宋体" w:hAnsi="宋体" w:eastAsia="宋体"/>
                <w:b w:val="0"/>
                <w:sz w:val="18"/>
              </w:rPr>
              <w:t>学生发现这个算式中的一个乘数是小数，而以前学的都是整数乘法。</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创设情境激活学生已有经验，自然引出本课学习内容，激发学习兴趣，核心问题："从图中大家了解到了哪些数学信息？"</w:t>
            </w:r>
          </w:p>
        </w:tc>
      </w:tr>
      <w:tr>
        <w:tc>
          <w:tcPr>
            <w:tcW w:type="dxa" w:w="1474"/>
          </w:tcPr>
          <w:p>
            <w:pPr>
              <w:spacing w:after="20" w:line="276" w:lineRule="auto"/>
            </w:pPr>
            <w:r>
              <w:rPr>
                <w:b/>
              </w:rPr>
            </w:r>
            <w:r>
              <w:rPr>
                <w:rFonts w:ascii="宋体" w:hAnsi="宋体" w:eastAsia="宋体"/>
                <w:b/>
                <w:sz w:val="18"/>
              </w:rPr>
              <w:t>探究新知识，解决问题</w:t>
            </w:r>
          </w:p>
        </w:tc>
        <w:tc>
          <w:tcPr>
            <w:tcW w:type="dxa" w:w="3061"/>
          </w:tcPr>
          <w:p>
            <w:pPr>
              <w:spacing w:after="20" w:line="276" w:lineRule="auto"/>
            </w:pPr>
            <w:r/>
            <w:r>
              <w:rPr>
                <w:rFonts w:ascii="宋体" w:hAnsi="宋体" w:eastAsia="宋体"/>
                <w:b w:val="0"/>
                <w:sz w:val="18"/>
              </w:rPr>
              <w:t>1.探究算法。</w:t>
            </w:r>
          </w:p>
          <w:p>
            <w:pPr>
              <w:spacing w:after="20" w:line="276" w:lineRule="auto"/>
            </w:pPr>
            <w:r>
              <w:rPr>
                <w:rFonts w:ascii="宋体" w:hAnsi="宋体" w:eastAsia="宋体"/>
                <w:b w:val="0"/>
                <w:sz w:val="18"/>
              </w:rPr>
              <w:t>师：关于9.5×3，你们有哪些计算方法呢？</w:t>
            </w:r>
          </w:p>
          <w:p>
            <w:pPr>
              <w:spacing w:after="20" w:line="276" w:lineRule="auto"/>
            </w:pPr>
            <w:r>
              <w:rPr>
                <w:rFonts w:ascii="宋体" w:hAnsi="宋体" w:eastAsia="宋体"/>
                <w:b w:val="0"/>
                <w:sz w:val="18"/>
              </w:rPr>
              <w:t>(1)放手让学生利用已有的知识经验来解答。</w:t>
            </w:r>
          </w:p>
          <w:p>
            <w:pPr>
              <w:spacing w:after="20" w:line="276" w:lineRule="auto"/>
            </w:pPr>
            <w:r>
              <w:rPr>
                <w:rFonts w:ascii="宋体" w:hAnsi="宋体" w:eastAsia="宋体"/>
                <w:b w:val="0"/>
                <w:sz w:val="18"/>
              </w:rPr>
              <w:t>(2)学生尝试后汇报不同的算法。</w:t>
            </w:r>
          </w:p>
          <w:p>
            <w:pPr>
              <w:spacing w:after="20" w:line="276" w:lineRule="auto"/>
            </w:pPr>
            <w:r>
              <w:rPr>
                <w:rFonts w:ascii="宋体" w:hAnsi="宋体" w:eastAsia="宋体"/>
                <w:b w:val="0"/>
                <w:sz w:val="18"/>
              </w:rPr>
              <w:t>师生交流，教师根据学生的回答板书。</w:t>
            </w:r>
          </w:p>
          <w:p>
            <w:pPr>
              <w:spacing w:after="20" w:line="276" w:lineRule="auto"/>
            </w:pPr>
            <w:r>
              <w:rPr>
                <w:rFonts w:ascii="宋体" w:hAnsi="宋体" w:eastAsia="宋体"/>
                <w:b w:val="0"/>
                <w:sz w:val="18"/>
              </w:rPr>
              <w:t>方法一：9.5元＝9元5角　  9元×3＝27元</w:t>
            </w:r>
          </w:p>
          <w:p>
            <w:pPr>
              <w:spacing w:after="20" w:line="276" w:lineRule="auto"/>
            </w:pPr>
            <w:r>
              <w:rPr>
                <w:rFonts w:ascii="宋体" w:hAnsi="宋体" w:eastAsia="宋体"/>
                <w:b w:val="0"/>
                <w:sz w:val="18"/>
              </w:rPr>
              <w:t>5角×3＝15角　  27元＋15角＝28.5元</w:t>
            </w:r>
          </w:p>
          <w:p>
            <w:pPr>
              <w:spacing w:after="20" w:line="276" w:lineRule="auto"/>
            </w:pPr>
            <w:r>
              <w:rPr>
                <w:rFonts w:ascii="宋体" w:hAnsi="宋体" w:eastAsia="宋体"/>
                <w:b w:val="0"/>
                <w:sz w:val="18"/>
              </w:rPr>
              <w:t>方法二：</w:t>
            </w:r>
          </w:p>
          <w:p>
            <w:pPr>
              <w:spacing w:after="20" w:line="276" w:lineRule="auto"/>
            </w:pPr>
            <w:r>
              <w:rPr>
                <w:rFonts w:ascii="宋体" w:hAnsi="宋体" w:eastAsia="宋体"/>
                <w:b w:val="0"/>
                <w:sz w:val="18"/>
              </w:rPr>
              <w:t>方法三：通过单位转化</w:t>
            </w:r>
          </w:p>
          <w:p>
            <w:pPr>
              <w:spacing w:after="20" w:line="276" w:lineRule="auto"/>
            </w:pPr>
            <w:r>
              <w:rPr>
                <w:rFonts w:ascii="宋体" w:hAnsi="宋体" w:eastAsia="宋体"/>
                <w:b w:val="0"/>
                <w:sz w:val="18"/>
              </w:rPr>
              <w:t>方法四：根据乘数和积的变化规律进行转化</w:t>
            </w:r>
          </w:p>
          <w:p>
            <w:pPr>
              <w:spacing w:after="20" w:line="276" w:lineRule="auto"/>
            </w:pPr>
            <w:r>
              <w:rPr>
                <w:rFonts w:ascii="宋体" w:hAnsi="宋体" w:eastAsia="宋体"/>
                <w:b w:val="0"/>
                <w:sz w:val="18"/>
              </w:rPr>
              <w:t>（3）引导学生分析不同的解题思路。</w:t>
            </w:r>
          </w:p>
          <w:p>
            <w:pPr>
              <w:spacing w:after="20" w:line="276" w:lineRule="auto"/>
            </w:pPr>
            <w:r>
              <w:rPr>
                <w:rFonts w:ascii="宋体" w:hAnsi="宋体" w:eastAsia="宋体"/>
                <w:b w:val="0"/>
                <w:sz w:val="18"/>
              </w:rPr>
              <w:t>师：观察黑板上几种主要的解法，大家看懂了吗？谁能分析一下每种解法的思路？</w:t>
            </w:r>
          </w:p>
          <w:p>
            <w:pPr>
              <w:spacing w:after="20" w:line="276" w:lineRule="auto"/>
            </w:pPr>
            <w:r>
              <w:rPr>
                <w:rFonts w:ascii="宋体" w:hAnsi="宋体" w:eastAsia="宋体"/>
                <w:b w:val="0"/>
                <w:sz w:val="18"/>
              </w:rPr>
              <w:t>师：这些方法中，你们更喜欢哪一种方法？为什么？</w:t>
            </w:r>
          </w:p>
          <w:p>
            <w:pPr>
              <w:spacing w:after="20" w:line="276" w:lineRule="auto"/>
            </w:pPr>
            <w:r>
              <w:rPr>
                <w:rFonts w:ascii="宋体" w:hAnsi="宋体" w:eastAsia="宋体"/>
                <w:b w:val="0"/>
                <w:sz w:val="18"/>
              </w:rPr>
              <w:t>引导学生发现：方法三通过单位换算，将以“元”为单位的小数看作以“角”为单位的整数，也就是将小数乘法转化成了整数乘法，将新知识与我们所学过的知识紧密联系起来了。</w:t>
            </w:r>
          </w:p>
          <w:p>
            <w:pPr>
              <w:spacing w:after="20" w:line="276" w:lineRule="auto"/>
            </w:pPr>
            <w:r>
              <w:rPr>
                <w:rFonts w:ascii="宋体" w:hAnsi="宋体" w:eastAsia="宋体"/>
                <w:b w:val="0"/>
                <w:sz w:val="18"/>
              </w:rPr>
              <w:t>2.教学教科书P8例2。</w:t>
            </w:r>
          </w:p>
          <w:p>
            <w:pPr>
              <w:spacing w:after="20" w:line="276" w:lineRule="auto"/>
            </w:pPr>
            <w:r>
              <w:rPr>
                <w:rFonts w:ascii="宋体" w:hAnsi="宋体" w:eastAsia="宋体"/>
                <w:b w:val="0"/>
                <w:sz w:val="18"/>
              </w:rPr>
              <w:t>课件出示教科书P8例2。</w:t>
            </w:r>
          </w:p>
          <w:p>
            <w:pPr>
              <w:spacing w:after="20" w:line="276" w:lineRule="auto"/>
            </w:pPr>
            <w:r>
              <w:rPr>
                <w:rFonts w:ascii="宋体" w:hAnsi="宋体" w:eastAsia="宋体"/>
                <w:b w:val="0"/>
                <w:sz w:val="18"/>
              </w:rPr>
              <w:t>师：0.72不是钱数，又该怎样计算？能不能把它转化成整数来计算？</w:t>
            </w:r>
          </w:p>
          <w:p>
            <w:pPr>
              <w:spacing w:after="20" w:line="276" w:lineRule="auto"/>
            </w:pPr>
            <w:r>
              <w:rPr>
                <w:rFonts w:ascii="宋体" w:hAnsi="宋体" w:eastAsia="宋体"/>
                <w:b w:val="0"/>
                <w:sz w:val="18"/>
              </w:rPr>
              <w:t>师：请同学们自学教科书P8例2的内容，看看能否解决这一问题。</w:t>
            </w:r>
          </w:p>
          <w:p>
            <w:pPr>
              <w:spacing w:after="20" w:line="276" w:lineRule="auto"/>
            </w:pPr>
            <w:r>
              <w:rPr>
                <w:rFonts w:ascii="宋体" w:hAnsi="宋体" w:eastAsia="宋体"/>
                <w:b w:val="0"/>
                <w:sz w:val="18"/>
              </w:rPr>
              <w:t>第一步：将0.72×60转化为72×60，乘数0.72转化为72，扩大到原来的100倍，可用“×100”表示；另一个乘数60不变，按照整数乘法算出积是4320。根据积的变化规律，这里的积4320扩大到原来的100倍。</w:t>
            </w:r>
          </w:p>
          <w:p>
            <w:pPr>
              <w:spacing w:after="20" w:line="276" w:lineRule="auto"/>
            </w:pPr>
            <w:r>
              <w:rPr>
                <w:rFonts w:ascii="宋体" w:hAnsi="宋体" w:eastAsia="宋体"/>
                <w:b w:val="0"/>
                <w:sz w:val="18"/>
              </w:rPr>
              <w:t>第二步：确定积的小数点，将4320除以100，商是43.20。根据小数的性质，小数末尾的0可以去掉。</w:t>
            </w:r>
          </w:p>
          <w:p>
            <w:pPr>
              <w:spacing w:after="20" w:line="276" w:lineRule="auto"/>
            </w:pPr>
            <w:r>
              <w:rPr>
                <w:rFonts w:ascii="宋体" w:hAnsi="宋体" w:eastAsia="宋体"/>
                <w:b w:val="0"/>
                <w:sz w:val="18"/>
              </w:rPr>
              <w:t>0.72是72个0.01,0.72×60就是72×60个0.01，也就是4320个0.01，即43.2。</w:t>
            </w:r>
          </w:p>
          <w:p>
            <w:pPr>
              <w:spacing w:after="20" w:line="276" w:lineRule="auto"/>
            </w:pPr>
            <w:r>
              <w:rPr>
                <w:rFonts w:ascii="宋体" w:hAnsi="宋体" w:eastAsia="宋体"/>
                <w:b w:val="0"/>
                <w:sz w:val="18"/>
              </w:rPr>
              <w:t>教师根据学生的讲解适时板书。</w:t>
            </w:r>
          </w:p>
          <w:p>
            <w:pPr>
              <w:spacing w:after="20" w:line="276" w:lineRule="auto"/>
            </w:pPr>
            <w:r>
              <w:rPr>
                <w:rFonts w:ascii="宋体" w:hAnsi="宋体" w:eastAsia="宋体"/>
                <w:b w:val="0"/>
                <w:sz w:val="18"/>
              </w:rPr>
              <w:t>3.梳理、总结小数乘整数的竖式计算要点。</w:t>
            </w:r>
          </w:p>
          <w:p>
            <w:pPr>
              <w:spacing w:after="20" w:line="276" w:lineRule="auto"/>
            </w:pPr>
            <w:r>
              <w:rPr>
                <w:rFonts w:ascii="宋体" w:hAnsi="宋体" w:eastAsia="宋体"/>
                <w:b w:val="0"/>
                <w:sz w:val="18"/>
              </w:rPr>
              <w:t>完成教科书P8“做一做”第2题。</w:t>
            </w:r>
          </w:p>
          <w:p>
            <w:pPr>
              <w:spacing w:after="20" w:line="276" w:lineRule="auto"/>
            </w:pPr>
            <w:r>
              <w:rPr>
                <w:rFonts w:ascii="宋体" w:hAnsi="宋体" w:eastAsia="宋体"/>
                <w:b w:val="0"/>
                <w:sz w:val="18"/>
              </w:rPr>
              <w:t>指名学生板演，全班订正。</w:t>
            </w:r>
          </w:p>
          <w:p>
            <w:pPr>
              <w:spacing w:after="20" w:line="276" w:lineRule="auto"/>
            </w:pPr>
            <w:r>
              <w:rPr>
                <w:rFonts w:ascii="宋体" w:hAnsi="宋体" w:eastAsia="宋体"/>
                <w:b w:val="0"/>
                <w:sz w:val="18"/>
              </w:rPr>
              <w:t>师：对比每组中的两道题，大家能说说小数乘整数与整数乘整数有什么相同点和不同点吗？</w:t>
            </w:r>
          </w:p>
          <w:p>
            <w:pPr>
              <w:spacing w:after="20" w:line="276" w:lineRule="auto"/>
            </w:pPr>
            <w:r>
              <w:rPr>
                <w:rFonts w:ascii="宋体" w:hAnsi="宋体" w:eastAsia="宋体"/>
                <w:b w:val="0"/>
                <w:sz w:val="18"/>
              </w:rPr>
              <w:t>师：说一说，通过这几道题的练习，你认为用竖式计算小数乘整数时要注意什么问题呢？</w:t>
            </w:r>
          </w:p>
          <w:p>
            <w:pPr>
              <w:spacing w:after="20" w:line="276" w:lineRule="auto"/>
            </w:pPr>
            <w:r>
              <w:rPr>
                <w:rFonts w:ascii="宋体" w:hAnsi="宋体" w:eastAsia="宋体"/>
                <w:b w:val="0"/>
                <w:sz w:val="18"/>
              </w:rPr>
              <w:t>教师根据学生的回答适时板书。</w:t>
            </w:r>
          </w:p>
        </w:tc>
        <w:tc>
          <w:tcPr>
            <w:tcW w:type="dxa" w:w="3061"/>
          </w:tcPr>
          <w:p>
            <w:pPr>
              <w:spacing w:after="20" w:line="276" w:lineRule="auto"/>
            </w:pPr>
            <w:r/>
            <w:r>
              <w:rPr>
                <w:rFonts w:ascii="宋体" w:hAnsi="宋体" w:eastAsia="宋体"/>
                <w:b w:val="0"/>
                <w:sz w:val="18"/>
              </w:rPr>
              <w:t>方法一：分别算出9元×3、5角×3的结果，再将两部分的结果合起来；方法二：根据加法与乘法的关系，9.5×3表示3个9.5相加的和，利用加法竖式来计算；方法三：把9.5元看作95角，再计算95角×3，然后将结果285角转化成28.5元；方法四：根据乘数和积的变化规律，将小数转化成整数计算，得出结果后再还原到小数。</w:t>
            </w:r>
          </w:p>
          <w:p>
            <w:pPr>
              <w:spacing w:after="20" w:line="276" w:lineRule="auto"/>
            </w:pPr>
            <w:r>
              <w:rPr>
                <w:rFonts w:ascii="宋体" w:hAnsi="宋体" w:eastAsia="宋体"/>
                <w:b w:val="0"/>
                <w:sz w:val="18"/>
              </w:rPr>
              <w:t>部分学生无法回答这一问题。</w:t>
            </w:r>
          </w:p>
          <w:p>
            <w:pPr>
              <w:spacing w:after="20" w:line="276" w:lineRule="auto"/>
            </w:pPr>
            <w:r>
              <w:rPr>
                <w:rFonts w:ascii="宋体" w:hAnsi="宋体" w:eastAsia="宋体"/>
                <w:b w:val="0"/>
                <w:sz w:val="18"/>
              </w:rPr>
              <w:t>学生先独立思考，再小组交流并汇报。</w:t>
            </w:r>
          </w:p>
          <w:p>
            <w:pPr>
              <w:spacing w:after="20" w:line="276" w:lineRule="auto"/>
            </w:pPr>
            <w:r>
              <w:rPr>
                <w:rFonts w:ascii="宋体" w:hAnsi="宋体" w:eastAsia="宋体"/>
                <w:b w:val="0"/>
                <w:sz w:val="18"/>
              </w:rPr>
              <w:t>预设1：学生结合竖式的写法讲解算理，教师予以帮助和补充。</w:t>
            </w:r>
          </w:p>
          <w:p>
            <w:pPr>
              <w:spacing w:after="20" w:line="276" w:lineRule="auto"/>
            </w:pPr>
            <w:r>
              <w:rPr>
                <w:rFonts w:ascii="宋体" w:hAnsi="宋体" w:eastAsia="宋体"/>
                <w:b w:val="0"/>
                <w:sz w:val="18"/>
              </w:rPr>
              <w:t>预设2：也可以利用数的组成转化后计算。</w:t>
            </w:r>
          </w:p>
          <w:p>
            <w:pPr>
              <w:spacing w:after="20" w:line="276" w:lineRule="auto"/>
            </w:pPr>
            <w:r>
              <w:rPr>
                <w:rFonts w:ascii="宋体" w:hAnsi="宋体" w:eastAsia="宋体"/>
                <w:b w:val="0"/>
                <w:sz w:val="18"/>
              </w:rPr>
              <w:t>计算方式相同，但需要根据乘数和积的变化规律得出正确的结果。</w:t>
            </w:r>
          </w:p>
          <w:p>
            <w:pPr>
              <w:spacing w:after="20" w:line="276" w:lineRule="auto"/>
            </w:pPr>
            <w:r>
              <w:rPr>
                <w:rFonts w:ascii="宋体" w:hAnsi="宋体" w:eastAsia="宋体"/>
                <w:b w:val="0"/>
                <w:sz w:val="18"/>
              </w:rPr>
              <w:t>在教师的帮助下，学生尝试归纳用竖式计算小数乘整数时的要点：①把小数乘整数转化为整数乘整数，按整数乘法的竖式计算方法进行计算；②乘数中有几位小数，积也应有几位小数，积的小数部分末尾的0可以去掉。</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设计递进式探究活动，引导学生在动手实践与合作交流中经历知识形成过程，突破本课重难点，核心问题："关于9.5×3，你们有哪些计算方法呢？"</w:t>
            </w:r>
          </w:p>
        </w:tc>
      </w:tr>
      <w:tr>
        <w:tc>
          <w:tcPr>
            <w:tcW w:type="dxa" w:w="1474"/>
          </w:tcPr>
          <w:p>
            <w:pPr>
              <w:spacing w:after="20" w:line="276" w:lineRule="auto"/>
            </w:pPr>
            <w:r>
              <w:rPr>
                <w:b/>
              </w:rPr>
            </w:r>
            <w:r>
              <w:rPr>
                <w:rFonts w:ascii="宋体" w:hAnsi="宋体" w:eastAsia="宋体"/>
                <w:b/>
                <w:sz w:val="18"/>
              </w:rPr>
              <w:t>三、巩固练习，提升技能完成教科书P8“做一做”第1题。</w:t>
            </w:r>
          </w:p>
        </w:tc>
        <w:tc>
          <w:tcPr>
            <w:tcW w:type="dxa" w:w="3061"/>
          </w:tcPr>
          <w:p>
            <w:pPr>
              <w:spacing w:after="20" w:line="276" w:lineRule="auto"/>
            </w:pPr>
            <w:r/>
            <w:r>
              <w:rPr>
                <w:rFonts w:ascii="宋体" w:hAnsi="宋体" w:eastAsia="宋体"/>
                <w:b w:val="0"/>
                <w:sz w:val="18"/>
              </w:rPr>
              <w:t>引导学生根据教科书P7例1的情境完成该题。</w:t>
            </w:r>
          </w:p>
          <w:p>
            <w:pPr>
              <w:spacing w:after="20" w:line="276" w:lineRule="auto"/>
            </w:pPr>
            <w:r>
              <w:rPr>
                <w:rFonts w:ascii="宋体" w:hAnsi="宋体" w:eastAsia="宋体"/>
                <w:b w:val="0"/>
                <w:sz w:val="18"/>
              </w:rPr>
              <w:t>教师指名学生板演，并让学生用竖式解决。</w:t>
            </w:r>
          </w:p>
        </w:tc>
        <w:tc>
          <w:tcPr>
            <w:tcW w:type="dxa" w:w="3061"/>
          </w:tcPr>
          <w:p>
            <w:pPr>
              <w:spacing w:after="20" w:line="276" w:lineRule="auto"/>
            </w:pPr>
            <w:r/>
            <w:r>
              <w:rPr>
                <w:rFonts w:ascii="宋体" w:hAnsi="宋体" w:eastAsia="宋体"/>
                <w:b w:val="0"/>
                <w:sz w:val="18"/>
              </w:rPr>
              <w:t>全班集体订正。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师：这节课学习了什么内容？你有什么收获？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通过学生熟悉的情境引入新课，激发学生的学习兴趣，体会小数乘法在生活中的应用。基于学生已有的知识经验，鼓励学生用自己理解的方法自主探究计算方法，在理解算理的基础上掌握算法，积累活动经验。</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小数乘整数</w:t>
      </w:r>
    </w:p>
    <w:p>
      <w:pPr>
        <w:spacing w:after="40" w:line="300" w:lineRule="auto"/>
      </w:pPr>
      <w:r>
        <w:rPr>
          <w:rFonts w:ascii="宋体" w:hAnsi="宋体" w:eastAsia="宋体"/>
          <w:b w:val="0"/>
          <w:sz w:val="20"/>
        </w:rPr>
        <w:t>0.72是72个0.01，0.72×60就是72×60个0.01，也就是4320个0.01，即43.2。</w:t>
      </w:r>
    </w:p>
    <w:p>
      <w:pPr>
        <w:spacing w:after="40" w:line="300" w:lineRule="auto"/>
      </w:pPr>
      <w:r>
        <w:rPr>
          <w:rFonts w:ascii="宋体" w:hAnsi="宋体" w:eastAsia="宋体"/>
          <w:b w:val="0"/>
          <w:sz w:val="20"/>
        </w:rPr>
        <w:t>计算方法：</w:t>
      </w:r>
    </w:p>
    <w:p>
      <w:pPr>
        <w:spacing w:after="40" w:line="300" w:lineRule="auto"/>
      </w:pPr>
      <w:r>
        <w:rPr>
          <w:rFonts w:ascii="宋体" w:hAnsi="宋体" w:eastAsia="宋体"/>
          <w:b w:val="0"/>
          <w:sz w:val="20"/>
        </w:rPr>
        <w:t>①把小数乘整数转化为整数乘整数，按整数乘法的竖式计算方法进行计算；</w:t>
      </w:r>
    </w:p>
    <w:p>
      <w:pPr>
        <w:spacing w:after="40" w:line="300" w:lineRule="auto"/>
      </w:pPr>
      <w:r>
        <w:rPr>
          <w:rFonts w:ascii="宋体" w:hAnsi="宋体" w:eastAsia="宋体"/>
          <w:b w:val="0"/>
          <w:sz w:val="20"/>
        </w:rPr>
        <w:t>②乘数中有几位小数，积也应有几位小数，积的小数部分末尾的0可以去掉。</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教科书P7～8相关内容，完成教科书P8“做一做”。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小数乘法的基础课，在教学中注重了以下三点：一是依托情境展开教学，帮助学生顺利了解小数乘法与整数乘法的联系，有利于学生将新知识纳入已有的知识体系；二是关注小数乘法的算法和算理的知识的形成过程；三是加强知识的应用练习，进一步突破“当整数末尾有0时，怎样计算并正确确定积的小数点位置”的这一难点。</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小数乘小数（1）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小数乘小数（1）</w:t>
            </w:r>
          </w:p>
        </w:tc>
        <w:tc>
          <w:tcPr>
            <w:tcW w:type="dxa" w:w="6009"/>
          </w:tcPr>
          <w:p>
            <w:pPr>
              <w:spacing w:after="20" w:line="276" w:lineRule="auto"/>
            </w:pPr>
            <w:r/>
            <w:r>
              <w:rPr>
                <w:rFonts w:ascii="宋体" w:hAnsi="宋体" w:eastAsia="宋体"/>
                <w:b w:val="0"/>
                <w:sz w:val="20"/>
              </w:rPr>
              <w:t>第2单元 小数乘法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整数的四则运算，在四年级下册的学习中已经进一步认识了小数，掌握了小数的意义和性质，会进行小数加、减法的运算，具备了学习本单元新知识的基础。教师要重视学生的已有经验，通过利用学生熟悉和常见的十进制计量单位(“元、角、分”等)，让学生了解小数乘法和整数乘法的联系，引导学生用转化的方法，将整数乘法的计算方法和经验迁移到小数乘法中，为学生学习小数乘法和小数乘加、乘减混合运算打下坚实的基础，并让学生发现规律，掌握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教学内容：教科书P9例3及“试一试”，完成教科书P10上面“做一做”及P11“练习二”第5题。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（1）理解并掌握小数乘小数的计算方法及算理，能正确计算小数乘小数，并能解决相关的实际问题。</w:t>
      </w:r>
    </w:p>
    <w:p>
      <w:pPr>
        <w:spacing w:after="20" w:line="300" w:lineRule="auto"/>
        <w:ind w:firstLine="400"/>
      </w:pPr>
      <w:r>
        <w:rPr>
          <w:rFonts w:ascii="宋体" w:hAnsi="宋体" w:eastAsia="宋体"/>
          <w:b w:val="0"/>
          <w:sz w:val="20"/>
        </w:rPr>
        <w:t>（2）经历探究与归纳小数乘小数的计算方法的过程，进一步认识转化的思想方法。</w:t>
      </w:r>
    </w:p>
    <w:p>
      <w:pPr>
        <w:spacing w:after="20" w:line="300" w:lineRule="auto"/>
        <w:ind w:firstLine="400"/>
      </w:pPr>
      <w:r>
        <w:rPr>
          <w:rFonts w:ascii="宋体" w:hAnsi="宋体" w:eastAsia="宋体"/>
          <w:b w:val="0"/>
          <w:sz w:val="20"/>
        </w:rPr>
        <w:t>（3）感受数学知识之间的紧密联系，增强数学的应用意识。</w:t>
      </w:r>
    </w:p>
    <w:p>
      <w:pPr>
        <w:spacing w:after="20" w:line="300" w:lineRule="auto"/>
      </w:pPr>
      <w:r>
        <w:rPr>
          <w:rFonts w:ascii="宋体" w:hAnsi="宋体" w:eastAsia="宋体"/>
          <w:b w:val="0"/>
          <w:sz w:val="20"/>
        </w:rPr>
        <w:t>教学重点：掌握小数乘法的计算法则。</w:t>
      </w:r>
    </w:p>
    <w:p>
      <w:pPr>
        <w:spacing w:after="20" w:line="300" w:lineRule="auto"/>
      </w:pPr>
      <w:r>
        <w:rPr>
          <w:rFonts w:ascii="宋体" w:hAnsi="宋体" w:eastAsia="宋体"/>
          <w:b w:val="0"/>
          <w:sz w:val="20"/>
        </w:rPr>
        <w:t>教学难点：理解小数乘小数的算理。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复习铺垫，导入新课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二、创设情境，探究新知识1.收集信息，发现问题。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从题中大家能收集到哪些数学信息？要求这块试验田的面积，该怎么计算？；这个算式与前面学习的小数乘整数有什么不同？</w:t>
            </w:r>
          </w:p>
        </w:tc>
        <w:tc>
          <w:tcPr>
            <w:tcW w:type="dxa" w:w="1361"/>
          </w:tcPr>
          <w:p>
            <w:pPr>
              <w:spacing w:after="20" w:line="276" w:lineRule="auto"/>
            </w:pPr>
            <w:r/>
            <w:r>
              <w:rPr>
                <w:rFonts w:ascii="宋体" w:hAnsi="宋体" w:eastAsia="宋体"/>
                <w:b w:val="0"/>
                <w:sz w:val="18"/>
              </w:rPr>
              <w:t>33分钟</w:t>
            </w:r>
          </w:p>
        </w:tc>
      </w:tr>
      <w:tr>
        <w:tc>
          <w:tcPr>
            <w:tcW w:type="dxa" w:w="2835"/>
          </w:tcPr>
          <w:p>
            <w:pPr>
              <w:spacing w:after="20" w:line="276" w:lineRule="auto"/>
            </w:pPr>
            <w:r/>
            <w:r>
              <w:rPr>
                <w:rFonts w:ascii="宋体" w:hAnsi="宋体" w:eastAsia="宋体"/>
                <w:b w:val="0"/>
                <w:sz w:val="18"/>
              </w:rPr>
              <w:t>四、课堂小结，回顾反思</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这节课学习了什么内容？你有哪些收获？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复习铺垫，导入新课</w:t>
            </w:r>
          </w:p>
        </w:tc>
        <w:tc>
          <w:tcPr>
            <w:tcW w:type="dxa" w:w="3061"/>
          </w:tcPr>
          <w:p>
            <w:pPr>
              <w:spacing w:after="20" w:line="276" w:lineRule="auto"/>
            </w:pPr>
            <w:r/>
            <w:r>
              <w:rPr>
                <w:rFonts w:ascii="宋体" w:hAnsi="宋体" w:eastAsia="宋体"/>
                <w:b w:val="0"/>
                <w:sz w:val="18"/>
              </w:rPr>
              <w:t>课件出示习题。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二、创设情境，探究新知识1.收集信息，发现问题。</w:t>
            </w:r>
          </w:p>
        </w:tc>
        <w:tc>
          <w:tcPr>
            <w:tcW w:type="dxa" w:w="3061"/>
          </w:tcPr>
          <w:p>
            <w:pPr>
              <w:spacing w:after="20" w:line="276" w:lineRule="auto"/>
            </w:pPr>
            <w:r/>
            <w:r>
              <w:rPr>
                <w:rFonts w:ascii="宋体" w:hAnsi="宋体" w:eastAsia="宋体"/>
                <w:b w:val="0"/>
                <w:sz w:val="18"/>
              </w:rPr>
              <w:t>课件出示教科书P9例3。</w:t>
            </w:r>
          </w:p>
          <w:p>
            <w:pPr>
              <w:spacing w:after="20" w:line="276" w:lineRule="auto"/>
            </w:pPr>
            <w:r>
              <w:rPr>
                <w:rFonts w:ascii="宋体" w:hAnsi="宋体" w:eastAsia="宋体"/>
                <w:b w:val="0"/>
                <w:sz w:val="18"/>
              </w:rPr>
              <w:t>师：从题中大家能收集到哪些数学信息？要求这块试验田的面积，该怎么计算？</w:t>
            </w:r>
          </w:p>
          <w:p>
            <w:pPr>
              <w:spacing w:after="20" w:line="276" w:lineRule="auto"/>
            </w:pPr>
            <w:r>
              <w:rPr>
                <w:rFonts w:ascii="宋体" w:hAnsi="宋体" w:eastAsia="宋体"/>
                <w:b w:val="0"/>
                <w:sz w:val="18"/>
              </w:rPr>
              <w:t>师：这个算式与前面学习的小数乘整数有什么不同？</w:t>
            </w:r>
          </w:p>
          <w:p>
            <w:pPr>
              <w:spacing w:after="20" w:line="276" w:lineRule="auto"/>
            </w:pPr>
            <w:r>
              <w:rPr>
                <w:rFonts w:ascii="宋体" w:hAnsi="宋体" w:eastAsia="宋体"/>
                <w:b w:val="0"/>
                <w:sz w:val="18"/>
              </w:rPr>
              <w:t>师：这就是我们今天所要学的内容。\[板书课题：小数乘小数（1）\]2.尝试计算，引导推理。</w:t>
            </w:r>
          </w:p>
          <w:p>
            <w:pPr>
              <w:spacing w:after="20" w:line="276" w:lineRule="auto"/>
            </w:pPr>
            <w:r>
              <w:rPr>
                <w:rFonts w:ascii="宋体" w:hAnsi="宋体" w:eastAsia="宋体"/>
                <w:b w:val="0"/>
                <w:sz w:val="18"/>
              </w:rPr>
              <w:t>师：根据计算小数乘整数的经验，想一想，用竖式计算小数乘小数可以怎样计算？</w:t>
            </w:r>
          </w:p>
          <w:p>
            <w:pPr>
              <w:spacing w:after="20" w:line="276" w:lineRule="auto"/>
            </w:pPr>
            <w:r>
              <w:rPr>
                <w:rFonts w:ascii="宋体" w:hAnsi="宋体" w:eastAsia="宋体"/>
                <w:b w:val="0"/>
                <w:sz w:val="18"/>
              </w:rPr>
              <w:t>师：积是33.6还是3.36？为什么？</w:t>
            </w:r>
          </w:p>
          <w:p>
            <w:pPr>
              <w:spacing w:after="20" w:line="276" w:lineRule="auto"/>
            </w:pPr>
            <w:r>
              <w:rPr>
                <w:rFonts w:ascii="宋体" w:hAnsi="宋体" w:eastAsia="宋体"/>
                <w:b w:val="0"/>
                <w:sz w:val="18"/>
              </w:rPr>
              <w:t>教师根据学生的回答板书分析图：</w:t>
            </w:r>
          </w:p>
          <w:p>
            <w:pPr>
              <w:spacing w:after="20" w:line="276" w:lineRule="auto"/>
            </w:pPr>
            <w:r>
              <w:rPr>
                <w:rFonts w:ascii="宋体" w:hAnsi="宋体" w:eastAsia="宋体"/>
                <w:b w:val="0"/>
                <w:sz w:val="18"/>
              </w:rPr>
              <w:t>4.2×0.8=3.36</w:t>
            </w:r>
          </w:p>
          <w:p>
            <w:pPr>
              <w:spacing w:after="20" w:line="276" w:lineRule="auto"/>
            </w:pPr>
            <w:r>
              <w:rPr>
                <w:rFonts w:ascii="宋体" w:hAnsi="宋体" w:eastAsia="宋体"/>
                <w:b w:val="0"/>
                <w:sz w:val="18"/>
              </w:rPr>
              <w:t>观察分析图，引导学生完整叙述整个推理过程。</w:t>
            </w:r>
          </w:p>
          <w:p>
            <w:pPr>
              <w:spacing w:after="20" w:line="276" w:lineRule="auto"/>
            </w:pPr>
            <w:r>
              <w:rPr>
                <w:rFonts w:ascii="宋体" w:hAnsi="宋体" w:eastAsia="宋体"/>
                <w:b w:val="0"/>
                <w:sz w:val="18"/>
              </w:rPr>
              <w:t>师生共同小结：两个乘数都乘10后，得到的数就等于原来的积乘100，要求原来的积，就要反过来把现在的积除以100，从积的右边起数出两位，点上小数点。</w:t>
            </w:r>
          </w:p>
          <w:p>
            <w:pPr>
              <w:spacing w:after="20" w:line="276" w:lineRule="auto"/>
            </w:pPr>
            <w:r>
              <w:rPr>
                <w:rFonts w:ascii="宋体" w:hAnsi="宋体" w:eastAsia="宋体"/>
                <w:b w:val="0"/>
                <w:sz w:val="18"/>
              </w:rPr>
              <w:t>3.巩固计算，归纳法则。</w:t>
            </w:r>
          </w:p>
          <w:p>
            <w:pPr>
              <w:spacing w:after="20" w:line="276" w:lineRule="auto"/>
            </w:pPr>
            <w:r>
              <w:rPr>
                <w:rFonts w:ascii="宋体" w:hAnsi="宋体" w:eastAsia="宋体"/>
                <w:b w:val="0"/>
                <w:sz w:val="18"/>
              </w:rPr>
              <w:t>（1）完成教科书P9“试一试”。</w:t>
            </w:r>
          </w:p>
          <w:p>
            <w:pPr>
              <w:spacing w:after="20" w:line="276" w:lineRule="auto"/>
            </w:pPr>
            <w:r>
              <w:rPr>
                <w:rFonts w:ascii="宋体" w:hAnsi="宋体" w:eastAsia="宋体"/>
                <w:b w:val="0"/>
                <w:sz w:val="18"/>
              </w:rPr>
              <w:t>指名学生板演，全班练习。</w:t>
            </w:r>
          </w:p>
          <w:p>
            <w:pPr>
              <w:spacing w:after="20" w:line="276" w:lineRule="auto"/>
            </w:pPr>
            <w:r>
              <w:rPr>
                <w:rFonts w:ascii="宋体" w:hAnsi="宋体" w:eastAsia="宋体"/>
                <w:b w:val="0"/>
                <w:sz w:val="18"/>
              </w:rPr>
              <w:t>师：比较一下乘数和积的小数位数，你能发现什么？</w:t>
            </w:r>
          </w:p>
          <w:p>
            <w:pPr>
              <w:spacing w:after="20" w:line="276" w:lineRule="auto"/>
            </w:pPr>
            <w:r>
              <w:rPr>
                <w:rFonts w:ascii="宋体" w:hAnsi="宋体" w:eastAsia="宋体"/>
                <w:b w:val="0"/>
                <w:sz w:val="18"/>
              </w:rPr>
              <w:t>（2）归纳算法。</w:t>
            </w:r>
          </w:p>
          <w:p>
            <w:pPr>
              <w:spacing w:after="20" w:line="276" w:lineRule="auto"/>
            </w:pPr>
            <w:r>
              <w:rPr>
                <w:rFonts w:ascii="宋体" w:hAnsi="宋体" w:eastAsia="宋体"/>
                <w:b w:val="0"/>
                <w:sz w:val="18"/>
              </w:rPr>
              <w:t>师：谁能总结出小数乘法的计算方法？我们应该先做什么，再做什么？如何确定小数点的位置？</w:t>
            </w:r>
          </w:p>
          <w:p>
            <w:pPr>
              <w:spacing w:after="20" w:line="276" w:lineRule="auto"/>
            </w:pPr>
            <w:r>
              <w:rPr>
                <w:rFonts w:ascii="宋体" w:hAnsi="宋体" w:eastAsia="宋体"/>
                <w:b w:val="0"/>
                <w:sz w:val="18"/>
              </w:rPr>
              <w:t>师生交流，归纳算法：①先按照整数乘法算出积，再点小数点；②点小数点时，看乘数中一共有几位小数，就从积的右边起数出几位，点上小数点。（板书）三、练习提升，综合应用</w:t>
            </w:r>
          </w:p>
          <w:p>
            <w:pPr>
              <w:spacing w:after="20" w:line="276" w:lineRule="auto"/>
            </w:pPr>
            <w:r>
              <w:rPr>
                <w:rFonts w:ascii="宋体" w:hAnsi="宋体" w:eastAsia="宋体"/>
                <w:b w:val="0"/>
                <w:sz w:val="18"/>
              </w:rPr>
              <w:t>1.完成教科书P10上面“做一做”。</w:t>
            </w:r>
          </w:p>
          <w:p>
            <w:pPr>
              <w:spacing w:after="20" w:line="276" w:lineRule="auto"/>
            </w:pPr>
            <w:r>
              <w:rPr>
                <w:rFonts w:ascii="宋体" w:hAnsi="宋体" w:eastAsia="宋体"/>
                <w:b w:val="0"/>
                <w:sz w:val="18"/>
              </w:rPr>
              <w:t>让学生说一说判断的依据是什么，并把错误的小数点位置改正过来。</w:t>
            </w:r>
          </w:p>
        </w:tc>
        <w:tc>
          <w:tcPr>
            <w:tcW w:type="dxa" w:w="3061"/>
          </w:tcPr>
          <w:p>
            <w:pPr>
              <w:spacing w:after="20" w:line="276" w:lineRule="auto"/>
            </w:pPr>
            <w:r/>
            <w:r>
              <w:rPr>
                <w:rFonts w:ascii="宋体" w:hAnsi="宋体" w:eastAsia="宋体"/>
                <w:b w:val="0"/>
                <w:sz w:val="18"/>
              </w:rPr>
              <w:t>学生根据信息列出算式4.2×0.8。</w:t>
            </w:r>
          </w:p>
          <w:p>
            <w:pPr>
              <w:spacing w:after="20" w:line="276" w:lineRule="auto"/>
            </w:pPr>
            <w:r>
              <w:rPr>
                <w:rFonts w:ascii="宋体" w:hAnsi="宋体" w:eastAsia="宋体"/>
                <w:b w:val="0"/>
                <w:sz w:val="18"/>
              </w:rPr>
              <w:t>学生发现两个乘数都是小数。</w:t>
            </w:r>
          </w:p>
          <w:p>
            <w:pPr>
              <w:spacing w:after="20" w:line="276" w:lineRule="auto"/>
            </w:pPr>
            <w:r>
              <w:rPr>
                <w:rFonts w:ascii="宋体" w:hAnsi="宋体" w:eastAsia="宋体"/>
                <w:b w:val="0"/>
                <w:sz w:val="18"/>
              </w:rPr>
              <w:t>学生尝试列竖式计算，交流不同的算法。</w:t>
            </w:r>
          </w:p>
          <w:p>
            <w:pPr>
              <w:spacing w:after="20" w:line="276" w:lineRule="auto"/>
            </w:pPr>
            <w:r>
              <w:rPr>
                <w:rFonts w:ascii="宋体" w:hAnsi="宋体" w:eastAsia="宋体"/>
                <w:b w:val="0"/>
                <w:sz w:val="18"/>
              </w:rPr>
              <w:t>积是3.36，因为这两个小数都是一位小数，根据乘数和积的变化规律，积应是两位小数。</w:t>
            </w:r>
          </w:p>
          <w:p>
            <w:pPr>
              <w:spacing w:after="20" w:line="276" w:lineRule="auto"/>
            </w:pPr>
            <w:r>
              <w:rPr>
                <w:rFonts w:ascii="宋体" w:hAnsi="宋体" w:eastAsia="宋体"/>
                <w:b w:val="0"/>
                <w:sz w:val="18"/>
              </w:rPr>
              <w:t>小组交流汇报。</w:t>
            </w:r>
          </w:p>
          <w:p>
            <w:pPr>
              <w:spacing w:after="20" w:line="276" w:lineRule="auto"/>
            </w:pPr>
            <w:r>
              <w:rPr>
                <w:rFonts w:ascii="宋体" w:hAnsi="宋体" w:eastAsia="宋体"/>
                <w:b w:val="0"/>
                <w:sz w:val="18"/>
              </w:rPr>
              <w:t>学生独立完成后全班展示交流，进行评价纠错。2.完成教科书P11“练习二”第5题。</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创设情境激活学生已有经验，自然引出本课学习内容，激发学习兴趣，核心问题："从题中大家能收集到哪些数学信息？要求这块试验田的面积，该怎么计算？"</w:t>
            </w:r>
          </w:p>
        </w:tc>
      </w:tr>
      <w:tr>
        <w:tc>
          <w:tcPr>
            <w:tcW w:type="dxa" w:w="1474"/>
          </w:tcPr>
          <w:p>
            <w:pPr>
              <w:spacing w:after="20" w:line="276" w:lineRule="auto"/>
            </w:pPr>
            <w:r>
              <w:rPr>
                <w:b/>
              </w:rPr>
            </w:r>
            <w:r>
              <w:rPr>
                <w:rFonts w:ascii="宋体" w:hAnsi="宋体" w:eastAsia="宋体"/>
                <w:b/>
                <w:sz w:val="18"/>
              </w:rPr>
              <w:t>四、课堂小结，回顾反思</w:t>
            </w:r>
          </w:p>
        </w:tc>
        <w:tc>
          <w:tcPr>
            <w:tcW w:type="dxa" w:w="3061"/>
          </w:tcPr>
          <w:p>
            <w:pPr>
              <w:spacing w:after="20" w:line="276" w:lineRule="auto"/>
            </w:pPr>
            <w:r/>
            <w:r>
              <w:rPr>
                <w:rFonts w:ascii="宋体" w:hAnsi="宋体" w:eastAsia="宋体"/>
                <w:b w:val="0"/>
                <w:sz w:val="18"/>
              </w:rPr>
              <w:t>师：这节课学习了什么内容？你有哪些收获？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以解决实际问题的方式引入，提供学习小数乘小数的生活素材，引发学生的认知冲突，促成学生利用已有计算经验将小数乘法转化为整数乘法来计算，经历小数乘小数的算法形成过程，掌握基本算法。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小数乘小数（1）</w:t>
      </w:r>
    </w:p>
    <w:p>
      <w:pPr>
        <w:spacing w:after="40" w:line="300" w:lineRule="auto"/>
      </w:pPr>
      <w:r>
        <w:rPr>
          <w:rFonts w:ascii="宋体" w:hAnsi="宋体" w:eastAsia="宋体"/>
          <w:b w:val="0"/>
          <w:sz w:val="20"/>
        </w:rPr>
        <w:t>4.2×0.8=3.36</w:t>
      </w:r>
    </w:p>
    <w:p>
      <w:pPr>
        <w:spacing w:after="40" w:line="300" w:lineRule="auto"/>
      </w:pPr>
      <w:r>
        <w:rPr>
          <w:rFonts w:ascii="宋体" w:hAnsi="宋体" w:eastAsia="宋体"/>
          <w:b w:val="0"/>
          <w:sz w:val="20"/>
        </w:rPr>
        <w:t>小数乘小数的计算方法：</w:t>
      </w:r>
    </w:p>
    <w:p>
      <w:pPr>
        <w:spacing w:after="40" w:line="300" w:lineRule="auto"/>
      </w:pPr>
      <w:r>
        <w:rPr>
          <w:rFonts w:ascii="宋体" w:hAnsi="宋体" w:eastAsia="宋体"/>
          <w:b w:val="0"/>
          <w:sz w:val="20"/>
        </w:rPr>
        <w:t>①先按照整数乘法算出积，再点小数点；</w:t>
      </w:r>
    </w:p>
    <w:p>
      <w:pPr>
        <w:spacing w:after="40" w:line="300" w:lineRule="auto"/>
      </w:pPr>
      <w:r>
        <w:rPr>
          <w:rFonts w:ascii="宋体" w:hAnsi="宋体" w:eastAsia="宋体"/>
          <w:b w:val="0"/>
          <w:sz w:val="20"/>
        </w:rPr>
        <w:t>②点小数点时，看乘数中一共有几位小数，就从积的右边起数出几位，点上小数点。</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教科书P9例3及“试一试”，完成教科书P10上面“做一做”及P11“练习二”第5题。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总结小数乘法计算的一般方法时，引导学生有序归纳：先做什么（按整数乘法算出积），再做什么（给积点上小数点），如何确定小数点的位置（根据乘数和积的小数位数相同）。这样，不但可以帮助学生总结小数乘法的计算方法，还可以培养学生有序思考的数学思维和简明表达的能力，防止学生死记硬背。</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小数乘小数(2)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小数乘小数(2)</w:t>
            </w:r>
          </w:p>
        </w:tc>
        <w:tc>
          <w:tcPr>
            <w:tcW w:type="dxa" w:w="6009"/>
          </w:tcPr>
          <w:p>
            <w:pPr>
              <w:spacing w:after="20" w:line="276" w:lineRule="auto"/>
            </w:pPr>
            <w:r/>
            <w:r>
              <w:rPr>
                <w:rFonts w:ascii="宋体" w:hAnsi="宋体" w:eastAsia="宋体"/>
                <w:b w:val="0"/>
                <w:sz w:val="20"/>
              </w:rPr>
              <w:t>第2单元 小数乘法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整数的四则运算，在四年级下册的学习中已经进一步认识了小数，掌握了小数的意义和性质，会进行小数加、减法的运算，具备了学习本单元新知识的基础。教师要重视学生的已有经验，通过利用学生熟悉和常见的十进制计量单位(“元、角、分”等)，让学生了解小数乘法和整数乘法的联系，引导学生用转化的方法，将整数乘法的计算方法和经验迁移到小数乘法中，为学生学习小数乘法和小数乘加、乘减混合运算打下坚实的基础，并让学生发现规律，掌握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教学内容：教科书P10例4，完成教科书P10下面“做一做”。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（1）进一步理解和掌握小数乘小数的计算方法及算理，能正确计算稍复杂的小数乘小数，知道积的小数位数不够时应在前面先用0补足位数，再点小数点。</w:t>
      </w:r>
    </w:p>
    <w:p>
      <w:pPr>
        <w:spacing w:after="20" w:line="300" w:lineRule="auto"/>
        <w:ind w:firstLine="400"/>
      </w:pPr>
      <w:r>
        <w:rPr>
          <w:rFonts w:ascii="宋体" w:hAnsi="宋体" w:eastAsia="宋体"/>
          <w:b w:val="0"/>
          <w:sz w:val="20"/>
        </w:rPr>
        <w:t>（2）结合计算，根据“四舍五入”法保留相应的得数位数，培养数感。</w:t>
      </w:r>
    </w:p>
    <w:p>
      <w:pPr>
        <w:spacing w:after="20" w:line="300" w:lineRule="auto"/>
        <w:ind w:firstLine="400"/>
      </w:pPr>
      <w:r>
        <w:rPr>
          <w:rFonts w:ascii="宋体" w:hAnsi="宋体" w:eastAsia="宋体"/>
          <w:b w:val="0"/>
          <w:sz w:val="20"/>
        </w:rPr>
        <w:t>（3）感受数学与生活的紧密联系，会用小数乘法解决生活中的实际问题。</w:t>
      </w:r>
    </w:p>
    <w:p>
      <w:pPr>
        <w:spacing w:after="20" w:line="300" w:lineRule="auto"/>
      </w:pPr>
      <w:r>
        <w:rPr>
          <w:rFonts w:ascii="宋体" w:hAnsi="宋体" w:eastAsia="宋体"/>
          <w:b w:val="0"/>
          <w:sz w:val="20"/>
        </w:rPr>
        <w:t>教学重点：稍复杂的小数乘法计算。</w:t>
      </w:r>
    </w:p>
    <w:p>
      <w:pPr>
        <w:spacing w:after="20" w:line="300" w:lineRule="auto"/>
      </w:pPr>
      <w:r>
        <w:rPr>
          <w:rFonts w:ascii="宋体" w:hAnsi="宋体" w:eastAsia="宋体"/>
          <w:b w:val="0"/>
          <w:sz w:val="20"/>
        </w:rPr>
        <w:t>教学难点：积的小数位数不够的小数乘法。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复习铺垫</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计算时大家发现了什么？</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师生共同完成运算过程。(板书)</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这节课学习了什么内容？你有什么收获？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复习铺垫</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指名学生板演，全班练习。</w:t>
            </w:r>
          </w:p>
          <w:p>
            <w:pPr>
              <w:spacing w:after="20" w:line="276" w:lineRule="auto"/>
            </w:pPr>
            <w:r>
              <w:rPr>
                <w:rFonts w:ascii="宋体" w:hAnsi="宋体" w:eastAsia="宋体"/>
                <w:b w:val="0"/>
                <w:sz w:val="18"/>
              </w:rPr>
              <w:t>引导学生回顾小数乘整数以及小数乘小数的计算方法。</w:t>
            </w:r>
          </w:p>
          <w:p>
            <w:pPr>
              <w:spacing w:after="20" w:line="276" w:lineRule="auto"/>
            </w:pPr>
            <w:r>
              <w:rPr>
                <w:rFonts w:ascii="宋体" w:hAnsi="宋体" w:eastAsia="宋体"/>
                <w:b w:val="0"/>
                <w:sz w:val="18"/>
              </w:rPr>
              <w:t>师：这节课我们继续学习小数乘小数。[板书课题：小数乘小数(2)]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探究新知识</w:t>
            </w:r>
          </w:p>
        </w:tc>
        <w:tc>
          <w:tcPr>
            <w:tcW w:type="dxa" w:w="3061"/>
          </w:tcPr>
          <w:p>
            <w:pPr>
              <w:spacing w:after="20" w:line="276" w:lineRule="auto"/>
            </w:pPr>
            <w:r/>
            <w:r>
              <w:rPr>
                <w:rFonts w:ascii="宋体" w:hAnsi="宋体" w:eastAsia="宋体"/>
                <w:b w:val="0"/>
                <w:sz w:val="18"/>
              </w:rPr>
              <w:t>课件出示教科书P10例4。</w:t>
            </w:r>
          </w:p>
          <w:p>
            <w:pPr>
              <w:spacing w:after="20" w:line="276" w:lineRule="auto"/>
            </w:pPr>
            <w:r>
              <w:rPr>
                <w:rFonts w:ascii="宋体" w:hAnsi="宋体" w:eastAsia="宋体"/>
                <w:b w:val="0"/>
                <w:sz w:val="18"/>
              </w:rPr>
              <w:t>引导学生尝试计算，并小组交流。</w:t>
            </w:r>
          </w:p>
          <w:p>
            <w:pPr>
              <w:spacing w:after="20" w:line="276" w:lineRule="auto"/>
            </w:pPr>
            <w:r>
              <w:rPr>
                <w:rFonts w:ascii="宋体" w:hAnsi="宋体" w:eastAsia="宋体"/>
                <w:b w:val="0"/>
                <w:sz w:val="18"/>
              </w:rPr>
              <w:t>师：计算时大家发现了什么？</w:t>
            </w:r>
          </w:p>
        </w:tc>
        <w:tc>
          <w:tcPr>
            <w:tcW w:type="dxa" w:w="3061"/>
          </w:tcPr>
          <w:p>
            <w:pPr>
              <w:spacing w:after="20" w:line="276" w:lineRule="auto"/>
            </w:pPr>
            <w:r/>
            <w:r>
              <w:rPr>
                <w:rFonts w:ascii="宋体" w:hAnsi="宋体" w:eastAsia="宋体"/>
                <w:b w:val="0"/>
                <w:sz w:val="18"/>
              </w:rPr>
              <w:t>学生先按一般方法计算，发现并引出问题：两个乘数都是两位小数，积应该是四位小数，乘得的积的小数位数不够该怎么办？</w:t>
            </w:r>
          </w:p>
          <w:p>
            <w:pPr>
              <w:spacing w:after="20" w:line="276" w:lineRule="auto"/>
            </w:pPr>
            <w:r>
              <w:rPr>
                <w:rFonts w:ascii="宋体" w:hAnsi="宋体" w:eastAsia="宋体"/>
                <w:b w:val="0"/>
                <w:sz w:val="18"/>
              </w:rPr>
              <w:t>全班讨论，得出结论：利用小数点移动引起小数大小变化的规律，乘得的积的小数位数不够时，先在前面用0补足位数，再点小数点。(板书)</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设计递进式探究活动，引导学生在动手实践与合作交流中经历知识形成过程，突破本课重难点，核心问题："计算时大家发现了什么？"</w:t>
            </w:r>
          </w:p>
        </w:tc>
      </w:tr>
      <w:tr>
        <w:tc>
          <w:tcPr>
            <w:tcW w:type="dxa" w:w="1474"/>
          </w:tcPr>
          <w:p>
            <w:pPr>
              <w:spacing w:after="20" w:line="276" w:lineRule="auto"/>
            </w:pPr>
            <w:r>
              <w:rPr>
                <w:b/>
              </w:rPr>
            </w:r>
            <w:r>
              <w:rPr>
                <w:rFonts w:ascii="宋体" w:hAnsi="宋体" w:eastAsia="宋体"/>
                <w:b/>
                <w:sz w:val="18"/>
              </w:rPr>
              <w:t>师生共同完成运算过程。(板书)</w:t>
            </w:r>
          </w:p>
        </w:tc>
        <w:tc>
          <w:tcPr>
            <w:tcW w:type="dxa" w:w="3061"/>
          </w:tcPr>
          <w:p>
            <w:pPr>
              <w:spacing w:after="20" w:line="276" w:lineRule="auto"/>
            </w:pPr>
            <w:r/>
            <w:r>
              <w:rPr>
                <w:rFonts w:ascii="宋体" w:hAnsi="宋体" w:eastAsia="宋体"/>
                <w:b w:val="0"/>
                <w:sz w:val="18"/>
              </w:rPr>
              <w:t>0.56×0.04＝0.0224</w:t>
            </w:r>
          </w:p>
          <w:p>
            <w:pPr>
              <w:spacing w:after="20" w:line="276" w:lineRule="auto"/>
            </w:pPr>
            <w:r>
              <w:rPr>
                <w:rFonts w:ascii="宋体" w:hAnsi="宋体" w:eastAsia="宋体"/>
                <w:b w:val="0"/>
                <w:sz w:val="18"/>
              </w:rPr>
              <w:t>教师提醒学生注意：第一，要数清楚两个乘数中小数的总位数，弄清楚应补上几个0；第二，确定积的小数点位置时，应先点上小数点，再把小数末尾的0去掉。(板书)</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1.完成教科书P10下面“做一做”第1题。</w:t>
            </w:r>
          </w:p>
          <w:p>
            <w:pPr>
              <w:spacing w:after="20" w:line="276" w:lineRule="auto"/>
            </w:pPr>
            <w:r>
              <w:rPr>
                <w:rFonts w:ascii="宋体" w:hAnsi="宋体" w:eastAsia="宋体"/>
                <w:b w:val="0"/>
                <w:sz w:val="18"/>
              </w:rPr>
              <w:t>2．完成教科书P10下面“做一做”第2题。</w:t>
            </w:r>
          </w:p>
        </w:tc>
        <w:tc>
          <w:tcPr>
            <w:tcW w:type="dxa" w:w="3061"/>
          </w:tcPr>
          <w:p>
            <w:pPr>
              <w:spacing w:after="20" w:line="276" w:lineRule="auto"/>
            </w:pPr>
            <w:r/>
            <w:r>
              <w:rPr>
                <w:rFonts w:ascii="宋体" w:hAnsi="宋体" w:eastAsia="宋体"/>
                <w:b w:val="0"/>
                <w:sz w:val="18"/>
              </w:rPr>
              <w:t>学生独立计算后展示交流，重点介绍怎么确定小数点的位置。</w:t>
            </w:r>
          </w:p>
          <w:p>
            <w:pPr>
              <w:spacing w:after="20" w:line="276" w:lineRule="auto"/>
            </w:pPr>
            <w:r>
              <w:rPr>
                <w:rFonts w:ascii="宋体" w:hAnsi="宋体" w:eastAsia="宋体"/>
                <w:b w:val="0"/>
                <w:sz w:val="18"/>
              </w:rPr>
              <w:t>学生独立解答后，引导学生明确保留小数位数的方法，取积的近似值。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师：这节课学习了什么内容？你有什么收获？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本节课在教学设计时关注小数乘法计算的难点，沟通知识之间的联系，放手让学生自主发现问题，并利用小数点移动引起小数大小的变化规律，理解积的小数位数不够时，应在前面用0补足位数，再点小数点。</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小数乘小数(2)</w:t>
      </w:r>
    </w:p>
    <w:p>
      <w:pPr>
        <w:spacing w:after="40" w:line="300" w:lineRule="auto"/>
      </w:pPr>
      <w:r>
        <w:rPr>
          <w:rFonts w:ascii="宋体" w:hAnsi="宋体" w:eastAsia="宋体"/>
          <w:b w:val="0"/>
          <w:sz w:val="20"/>
        </w:rPr>
        <w:t>0.56×0.04＝0.0224</w:t>
      </w:r>
    </w:p>
    <w:p>
      <w:pPr>
        <w:spacing w:after="40" w:line="300" w:lineRule="auto"/>
      </w:pPr>
      <w:r>
        <w:rPr>
          <w:rFonts w:ascii="宋体" w:hAnsi="宋体" w:eastAsia="宋体"/>
          <w:b w:val="0"/>
          <w:sz w:val="20"/>
        </w:rPr>
        <w:t>利用小数点移动引起小数大小变化的规律，乘得的积的小数位数不够时，先在前面用0补足位数，再点小数点。</w:t>
      </w:r>
    </w:p>
    <w:p>
      <w:pPr>
        <w:spacing w:after="40" w:line="300" w:lineRule="auto"/>
      </w:pPr>
      <w:r>
        <w:rPr>
          <w:rFonts w:ascii="宋体" w:hAnsi="宋体" w:eastAsia="宋体"/>
          <w:b w:val="0"/>
          <w:sz w:val="20"/>
        </w:rPr>
        <w:t>注意：第一，要数清楚两个乘数中小数的总位数，弄清楚应补上几个0；第二，确定积的小数点位置时，应先点上小数点，再把小数末尾的0去掉。</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教科书P10例4，完成教科书P10下面“做一做”。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教学稍复杂的小数乘法。通过复习旧知识导入新课，让学生自主尝试、观察，发现问题，并通过全班讨论得出“积的小数位数不够”的解决办法，从而提升学生的自主学习能力，发展学生的运算能力。</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小数乘法的积的规律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小数乘法的积的规律</w:t>
            </w:r>
          </w:p>
        </w:tc>
        <w:tc>
          <w:tcPr>
            <w:tcW w:type="dxa" w:w="6009"/>
          </w:tcPr>
          <w:p>
            <w:pPr>
              <w:spacing w:after="20" w:line="276" w:lineRule="auto"/>
            </w:pPr>
            <w:r/>
            <w:r>
              <w:rPr>
                <w:rFonts w:ascii="宋体" w:hAnsi="宋体" w:eastAsia="宋体"/>
                <w:b w:val="0"/>
                <w:sz w:val="20"/>
              </w:rPr>
              <w:t>第2单元 小数乘法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整数的四则运算，在四年级下册的学习中已经进一步认识了小数，掌握了小数的意义和性质，会进行小数加、减法的运算，具备了学习本单元新知识的基础。教师要重视学生的已有经验，通过利用学生熟悉和常见的十进制计量单位(“元、角、分”等)，让学生了解小数乘法和整数乘法的联系，引导学生用转化的方法，将整数乘法的计算方法和经验迁移到小数乘法中，为学生学习小数乘法和小数乘加、乘减混合运算打下坚实的基础，并让学生发现规律，掌握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教学内容：教科书P14例5，完成教科书P15“做一做”。</w:t>
      </w:r>
    </w:p>
    <w:p>
      <w:pPr>
        <w:spacing w:after="80" w:line="300" w:lineRule="auto"/>
        <w:ind w:firstLine="400"/>
      </w:pPr>
      <w:r>
        <w:rPr>
          <w:rFonts w:ascii="宋体" w:hAnsi="宋体" w:eastAsia="宋体"/>
          <w:b w:val="0"/>
          <w:sz w:val="20"/>
        </w:rPr>
        <w:t>教学准备：课件、计算器、练习纸等。</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（1）经历问题解决的过程，理解“小数倍”的含义，体会小数倍的数量关系，能运用小数乘法解决与小数倍数有关的实际问题。</w:t>
      </w:r>
    </w:p>
    <w:p>
      <w:pPr>
        <w:spacing w:after="20" w:line="300" w:lineRule="auto"/>
        <w:ind w:firstLine="400"/>
      </w:pPr>
      <w:r>
        <w:rPr>
          <w:rFonts w:ascii="宋体" w:hAnsi="宋体" w:eastAsia="宋体"/>
          <w:b w:val="0"/>
          <w:sz w:val="20"/>
        </w:rPr>
        <w:t>（2）结合具体的计算，发现小数乘法算式中积与乘数之间的大小关系规律，能运用规律判断小数乘法积的大小。</w:t>
      </w:r>
    </w:p>
    <w:p>
      <w:pPr>
        <w:spacing w:after="20" w:line="300" w:lineRule="auto"/>
        <w:ind w:firstLine="400"/>
      </w:pPr>
      <w:r>
        <w:rPr>
          <w:rFonts w:ascii="宋体" w:hAnsi="宋体" w:eastAsia="宋体"/>
          <w:b w:val="0"/>
          <w:sz w:val="20"/>
        </w:rPr>
        <w:t>（3）能根据小数乘法算式中积与乘数之间的大小关系规律进行判断，发展推理意识。</w:t>
      </w:r>
    </w:p>
    <w:p>
      <w:pPr>
        <w:spacing w:after="20" w:line="300" w:lineRule="auto"/>
      </w:pPr>
      <w:r>
        <w:rPr>
          <w:rFonts w:ascii="宋体" w:hAnsi="宋体" w:eastAsia="宋体"/>
          <w:b w:val="0"/>
          <w:sz w:val="20"/>
        </w:rPr>
        <w:t>教学重点：发现小数乘法算式中积与乘数之间的大小关系规律，能运用规律判断小数乘法积的大小。</w:t>
      </w:r>
    </w:p>
    <w:p>
      <w:pPr>
        <w:spacing w:after="20" w:line="300" w:lineRule="auto"/>
      </w:pPr>
      <w:r>
        <w:rPr>
          <w:rFonts w:ascii="宋体" w:hAnsi="宋体" w:eastAsia="宋体"/>
          <w:b w:val="0"/>
          <w:sz w:val="20"/>
        </w:rPr>
        <w:t>教学难点：熟练掌握小数乘法算式中积与乘数之间的大小关系规律，能灵活运用。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创设情境，激趣导入</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大家知道了哪些数学信息？；五(2)班和五(3)班的花生产量分别是多少呢？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探究新知识，解决问题</w:t>
            </w:r>
          </w:p>
        </w:tc>
        <w:tc>
          <w:tcPr>
            <w:tcW w:type="dxa" w:w="1814"/>
          </w:tcPr>
          <w:p>
            <w:pPr>
              <w:spacing w:after="20" w:line="276" w:lineRule="auto"/>
            </w:pPr>
            <w:r/>
            <w:r>
              <w:rPr>
                <w:rFonts w:ascii="宋体" w:hAnsi="宋体" w:eastAsia="宋体"/>
                <w:b w:val="0"/>
                <w:sz w:val="18"/>
              </w:rPr>
              <w:t>线段图、课件</w:t>
            </w:r>
          </w:p>
        </w:tc>
        <w:tc>
          <w:tcPr>
            <w:tcW w:type="dxa" w:w="3402"/>
          </w:tcPr>
          <w:p>
            <w:pPr>
              <w:spacing w:after="20" w:line="276" w:lineRule="auto"/>
            </w:pPr>
            <w:r/>
            <w:r>
              <w:rPr>
                <w:rFonts w:ascii="宋体" w:hAnsi="宋体" w:eastAsia="宋体"/>
                <w:b w:val="0"/>
                <w:sz w:val="18"/>
              </w:rPr>
              <w:t>想象一下，如果用线段图表示这些数量关系，该怎么画线段图呢？；求一个数的几倍是多少，该怎么计算？(用乘法计算)那求一个数的小数倍是多少呢？</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实践应用，深化理解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通过本节课的学习，你有哪些新的收获？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创设情境，激趣导入</w:t>
            </w:r>
          </w:p>
        </w:tc>
        <w:tc>
          <w:tcPr>
            <w:tcW w:type="dxa" w:w="3061"/>
          </w:tcPr>
          <w:p>
            <w:pPr>
              <w:spacing w:after="20" w:line="276" w:lineRule="auto"/>
            </w:pPr>
            <w:r/>
            <w:r>
              <w:rPr>
                <w:rFonts w:ascii="宋体" w:hAnsi="宋体" w:eastAsia="宋体"/>
                <w:b w:val="0"/>
                <w:sz w:val="18"/>
              </w:rPr>
              <w:t>课件出示教科书P14例5情境图。</w:t>
            </w:r>
          </w:p>
          <w:p>
            <w:pPr>
              <w:spacing w:after="20" w:line="276" w:lineRule="auto"/>
            </w:pPr>
            <w:r>
              <w:rPr>
                <w:rFonts w:ascii="宋体" w:hAnsi="宋体" w:eastAsia="宋体"/>
                <w:b w:val="0"/>
                <w:sz w:val="18"/>
              </w:rPr>
              <w:t>师：大家知道了哪些数学信息？</w:t>
            </w:r>
          </w:p>
          <w:p>
            <w:pPr>
              <w:spacing w:after="20" w:line="276" w:lineRule="auto"/>
            </w:pPr>
            <w:r>
              <w:rPr>
                <w:rFonts w:ascii="宋体" w:hAnsi="宋体" w:eastAsia="宋体"/>
                <w:b w:val="0"/>
                <w:sz w:val="18"/>
              </w:rPr>
              <w:t>师：五(2)班和五(3)班的花生产量分别是多少呢？我们一起来算一算。(板书课题：小数乘法的积的规律)</w:t>
            </w:r>
          </w:p>
        </w:tc>
        <w:tc>
          <w:tcPr>
            <w:tcW w:type="dxa" w:w="3061"/>
          </w:tcPr>
          <w:p>
            <w:pPr>
              <w:spacing w:after="20" w:line="276" w:lineRule="auto"/>
            </w:pPr>
            <w:r/>
            <w:r>
              <w:rPr>
                <w:rFonts w:ascii="宋体" w:hAnsi="宋体" w:eastAsia="宋体"/>
                <w:b w:val="0"/>
                <w:sz w:val="18"/>
              </w:rPr>
              <w:t>知道五(1)班的花生产量和五(2)班、五(3)班的花生产量与五(1)班花生产量的关系。</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创设情境激活学生已有经验，自然引出本课学习内容，激发学习兴趣，核心问题："大家知道了哪些数学信息？"</w:t>
            </w:r>
          </w:p>
        </w:tc>
      </w:tr>
      <w:tr>
        <w:tc>
          <w:tcPr>
            <w:tcW w:type="dxa" w:w="1474"/>
          </w:tcPr>
          <w:p>
            <w:pPr>
              <w:spacing w:after="20" w:line="276" w:lineRule="auto"/>
            </w:pPr>
            <w:r>
              <w:rPr>
                <w:b/>
              </w:rPr>
            </w:r>
            <w:r>
              <w:rPr>
                <w:rFonts w:ascii="宋体" w:hAnsi="宋体" w:eastAsia="宋体"/>
                <w:b/>
                <w:sz w:val="18"/>
              </w:rPr>
              <w:t>探究新知识，解决问题</w:t>
            </w:r>
          </w:p>
        </w:tc>
        <w:tc>
          <w:tcPr>
            <w:tcW w:type="dxa" w:w="3061"/>
          </w:tcPr>
          <w:p>
            <w:pPr>
              <w:spacing w:after="20" w:line="276" w:lineRule="auto"/>
            </w:pPr>
            <w:r/>
            <w:r>
              <w:rPr>
                <w:rFonts w:ascii="宋体" w:hAnsi="宋体" w:eastAsia="宋体"/>
                <w:b w:val="0"/>
                <w:sz w:val="18"/>
              </w:rPr>
              <w:t>1.分析数量关系，理解小数倍。</w:t>
            </w:r>
          </w:p>
          <w:p>
            <w:pPr>
              <w:spacing w:after="20" w:line="276" w:lineRule="auto"/>
            </w:pPr>
            <w:r>
              <w:rPr>
                <w:rFonts w:ascii="宋体" w:hAnsi="宋体" w:eastAsia="宋体"/>
                <w:b w:val="0"/>
                <w:sz w:val="18"/>
              </w:rPr>
              <w:t>师：题中给出了两个倍数关系，倍数可以是整数，也可以是小数，有时用小数倍表示两个数量间的关系比较直观。题目中0.8倍和1.2倍是什么意思？</w:t>
            </w:r>
          </w:p>
          <w:p>
            <w:pPr>
              <w:spacing w:after="20" w:line="276" w:lineRule="auto"/>
            </w:pPr>
            <w:r>
              <w:rPr>
                <w:rFonts w:ascii="宋体" w:hAnsi="宋体" w:eastAsia="宋体"/>
                <w:b w:val="0"/>
                <w:sz w:val="18"/>
              </w:rPr>
              <w:t>师：想象一下，如果用线段图表示这些数量关系，该怎么画线段图呢？</w:t>
            </w:r>
          </w:p>
          <w:p>
            <w:pPr>
              <w:spacing w:after="20" w:line="276" w:lineRule="auto"/>
            </w:pPr>
            <w:r>
              <w:rPr>
                <w:rFonts w:ascii="宋体" w:hAnsi="宋体" w:eastAsia="宋体"/>
                <w:b w:val="0"/>
                <w:sz w:val="18"/>
              </w:rPr>
              <w:t>教师引导学生根据已学过的“倍的认识”和“小数的意义”，尝试画线段图。</w:t>
            </w:r>
          </w:p>
          <w:p>
            <w:pPr>
              <w:spacing w:after="20" w:line="276" w:lineRule="auto"/>
            </w:pPr>
            <w:r>
              <w:rPr>
                <w:rFonts w:ascii="宋体" w:hAnsi="宋体" w:eastAsia="宋体"/>
                <w:b w:val="0"/>
                <w:sz w:val="18"/>
              </w:rPr>
              <w:t>师：求一个数的几倍是多少，该怎么计算？(用乘法计算)那求一个数的小数倍是多少呢？</w:t>
            </w:r>
          </w:p>
          <w:p>
            <w:pPr>
              <w:spacing w:after="20" w:line="276" w:lineRule="auto"/>
            </w:pPr>
            <w:r>
              <w:rPr>
                <w:rFonts w:ascii="宋体" w:hAnsi="宋体" w:eastAsia="宋体"/>
                <w:b w:val="0"/>
                <w:sz w:val="18"/>
              </w:rPr>
              <w:t>师小结：求一个数的小数倍是多少，用乘法计算。(板书)</w:t>
            </w:r>
          </w:p>
          <w:p>
            <w:pPr>
              <w:spacing w:after="20" w:line="276" w:lineRule="auto"/>
            </w:pPr>
            <w:r>
              <w:rPr>
                <w:rFonts w:ascii="宋体" w:hAnsi="宋体" w:eastAsia="宋体"/>
                <w:b w:val="0"/>
                <w:sz w:val="18"/>
              </w:rPr>
              <w:t>师：要求五(2)班、五(3)班的花生产量，该如何列式呢？</w:t>
            </w:r>
          </w:p>
          <w:p>
            <w:pPr>
              <w:spacing w:after="20" w:line="276" w:lineRule="auto"/>
            </w:pPr>
            <w:r>
              <w:rPr>
                <w:rFonts w:ascii="宋体" w:hAnsi="宋体" w:eastAsia="宋体"/>
                <w:b w:val="0"/>
                <w:sz w:val="18"/>
              </w:rPr>
              <w:t>2．列竖式计算。</w:t>
            </w:r>
          </w:p>
          <w:p>
            <w:pPr>
              <w:spacing w:after="20" w:line="276" w:lineRule="auto"/>
            </w:pPr>
            <w:r>
              <w:rPr>
                <w:rFonts w:ascii="宋体" w:hAnsi="宋体" w:eastAsia="宋体"/>
                <w:b w:val="0"/>
                <w:sz w:val="18"/>
              </w:rPr>
              <w:t>师：请同学们快速地算出这两个算式的结果。</w:t>
            </w:r>
          </w:p>
          <w:p>
            <w:pPr>
              <w:spacing w:after="20" w:line="276" w:lineRule="auto"/>
            </w:pPr>
            <w:r>
              <w:rPr>
                <w:rFonts w:ascii="宋体" w:hAnsi="宋体" w:eastAsia="宋体"/>
                <w:b w:val="0"/>
                <w:sz w:val="18"/>
              </w:rPr>
              <w:t>指名学生板演，列竖式计算，全班练习并订正。</w:t>
            </w:r>
          </w:p>
          <w:p>
            <w:pPr>
              <w:spacing w:after="20" w:line="276" w:lineRule="auto"/>
            </w:pPr>
            <w:r>
              <w:rPr>
                <w:rFonts w:ascii="宋体" w:hAnsi="宋体" w:eastAsia="宋体"/>
                <w:b w:val="0"/>
                <w:sz w:val="18"/>
              </w:rPr>
              <w:t>师：我们求出了五(2)班和五(3)班的花生产量，它们与五(1)班比较，有怎样的大小关系？</w:t>
            </w:r>
          </w:p>
          <w:p>
            <w:pPr>
              <w:spacing w:after="20" w:line="276" w:lineRule="auto"/>
            </w:pPr>
            <w:r>
              <w:rPr>
                <w:rFonts w:ascii="宋体" w:hAnsi="宋体" w:eastAsia="宋体"/>
                <w:b w:val="0"/>
                <w:sz w:val="18"/>
              </w:rPr>
              <w:t>师：这个是从数量上进行比较，我们再来观察这两个算式，大家分别比较积和第一个乘数的大小，能发现什么？</w:t>
            </w:r>
          </w:p>
          <w:p>
            <w:pPr>
              <w:spacing w:after="20" w:line="276" w:lineRule="auto"/>
            </w:pPr>
            <w:r>
              <w:rPr>
                <w:rFonts w:ascii="宋体" w:hAnsi="宋体" w:eastAsia="宋体"/>
                <w:b w:val="0"/>
                <w:sz w:val="18"/>
              </w:rPr>
              <w:t>师：同学们再结合前面的线段图，仔细观察，为什么3.9乘0.8的积比3.9小，3.9乘1.2的积比3.9大呢？</w:t>
            </w:r>
          </w:p>
          <w:p>
            <w:pPr>
              <w:spacing w:after="20" w:line="276" w:lineRule="auto"/>
            </w:pPr>
            <w:r>
              <w:rPr>
                <w:rFonts w:ascii="宋体" w:hAnsi="宋体" w:eastAsia="宋体"/>
                <w:b w:val="0"/>
                <w:sz w:val="18"/>
              </w:rPr>
              <w:t>引导学生结合直观图理解，一个数乘小于1的数，这个数就是比1份少，乘大于1的数，这个数就是比1份还多。</w:t>
            </w:r>
          </w:p>
          <w:p>
            <w:pPr>
              <w:spacing w:after="20" w:line="276" w:lineRule="auto"/>
            </w:pPr>
            <w:r>
              <w:rPr>
                <w:rFonts w:ascii="宋体" w:hAnsi="宋体" w:eastAsia="宋体"/>
                <w:b w:val="0"/>
                <w:sz w:val="18"/>
              </w:rPr>
              <w:t>师：这个规律怎样总结更为严密？</w:t>
            </w:r>
          </w:p>
          <w:p>
            <w:pPr>
              <w:spacing w:after="20" w:line="276" w:lineRule="auto"/>
            </w:pPr>
            <w:r>
              <w:rPr>
                <w:rFonts w:ascii="宋体" w:hAnsi="宋体" w:eastAsia="宋体"/>
                <w:b w:val="0"/>
                <w:sz w:val="18"/>
              </w:rPr>
              <w:t>引导学生补充条件：这里的第一个乘数不包括0。</w:t>
            </w:r>
          </w:p>
          <w:p>
            <w:pPr>
              <w:spacing w:after="20" w:line="276" w:lineRule="auto"/>
            </w:pPr>
            <w:r>
              <w:rPr>
                <w:rFonts w:ascii="宋体" w:hAnsi="宋体" w:eastAsia="宋体"/>
                <w:b w:val="0"/>
                <w:sz w:val="18"/>
              </w:rPr>
              <w:t>师生交流并板书小数乘法的积的规律：一个数(0除外)乘大于1的数，积比原来的数大。一个数(0除外)乘小于1的数，积比原来的数小。</w:t>
            </w:r>
          </w:p>
          <w:p>
            <w:pPr>
              <w:spacing w:after="20" w:line="276" w:lineRule="auto"/>
            </w:pPr>
            <w:r>
              <w:rPr>
                <w:rFonts w:ascii="宋体" w:hAnsi="宋体" w:eastAsia="宋体"/>
                <w:b w:val="0"/>
                <w:sz w:val="18"/>
              </w:rPr>
              <w:t>师：应用这个规律，可以初步判断积的计算是否正确。</w:t>
            </w:r>
          </w:p>
        </w:tc>
        <w:tc>
          <w:tcPr>
            <w:tcW w:type="dxa" w:w="3061"/>
          </w:tcPr>
          <w:p>
            <w:pPr>
              <w:spacing w:after="20" w:line="276" w:lineRule="auto"/>
            </w:pPr>
            <w:r/>
            <w:r>
              <w:rPr>
                <w:rFonts w:ascii="宋体" w:hAnsi="宋体" w:eastAsia="宋体"/>
                <w:b w:val="0"/>
                <w:sz w:val="18"/>
              </w:rPr>
              <w:t>“0.8倍”和“1.2倍”的意思是将五(1)班的花生产量看作1份，五(2)班的花生产量与它比较，还不够1份。五(3)班的花生产量与它比较，比1份还要多。</w:t>
            </w:r>
          </w:p>
          <w:p>
            <w:pPr>
              <w:spacing w:after="20" w:line="276" w:lineRule="auto"/>
            </w:pPr>
            <w:r>
              <w:rPr>
                <w:rFonts w:ascii="宋体" w:hAnsi="宋体" w:eastAsia="宋体"/>
                <w:b w:val="0"/>
                <w:sz w:val="18"/>
              </w:rPr>
              <w:t>全班交流，教师课件出示线段图。</w:t>
            </w:r>
          </w:p>
          <w:p>
            <w:pPr>
              <w:spacing w:after="20" w:line="276" w:lineRule="auto"/>
            </w:pPr>
            <w:r>
              <w:rPr>
                <w:rFonts w:ascii="宋体" w:hAnsi="宋体" w:eastAsia="宋体"/>
                <w:b w:val="0"/>
                <w:sz w:val="18"/>
              </w:rPr>
              <w:t>学生列出算式：3.9×0.8，3.9×1.2。</w:t>
            </w:r>
          </w:p>
          <w:p>
            <w:pPr>
              <w:spacing w:after="20" w:line="276" w:lineRule="auto"/>
            </w:pPr>
            <w:r>
              <w:rPr>
                <w:rFonts w:ascii="宋体" w:hAnsi="宋体" w:eastAsia="宋体"/>
                <w:b w:val="0"/>
                <w:sz w:val="18"/>
              </w:rPr>
              <w:t>交流分析，发现小数乘法的积的规律</w:t>
            </w:r>
          </w:p>
          <w:p>
            <w:pPr>
              <w:spacing w:after="20" w:line="276" w:lineRule="auto"/>
            </w:pPr>
            <w:r>
              <w:rPr>
                <w:rFonts w:ascii="宋体" w:hAnsi="宋体" w:eastAsia="宋体"/>
                <w:b w:val="0"/>
                <w:sz w:val="18"/>
              </w:rPr>
              <w:t>五(2)班的花生产量比五(1)班的花生产量少，五(3)班的花生产量比五(1)班的花生产量多。</w:t>
            </w:r>
          </w:p>
          <w:p>
            <w:pPr>
              <w:spacing w:after="20" w:line="276" w:lineRule="auto"/>
            </w:pPr>
            <w:r>
              <w:rPr>
                <w:rFonts w:ascii="宋体" w:hAnsi="宋体" w:eastAsia="宋体"/>
                <w:b w:val="0"/>
                <w:sz w:val="18"/>
              </w:rPr>
              <w:t>小组交流后汇报。</w:t>
            </w:r>
          </w:p>
          <w:p>
            <w:pPr>
              <w:spacing w:after="20" w:line="276" w:lineRule="auto"/>
            </w:pPr>
            <w:r>
              <w:rPr>
                <w:rFonts w:ascii="宋体" w:hAnsi="宋体" w:eastAsia="宋体"/>
                <w:b w:val="0"/>
                <w:sz w:val="18"/>
              </w:rPr>
              <w:t>学生可以发现：在小数乘法中，第二个乘数比1大时，积比第一个乘数大；第二个乘数比1小时，积比第一个乘数小。</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设计递进式探究活动，引导学生在动手实践与合作交流中经历知识形成过程，突破本课重难点，核心问题："想象一下，如果用线段图表示这些数量关系，该怎么画线段图呢？"</w:t>
            </w:r>
          </w:p>
        </w:tc>
      </w:tr>
      <w:tr>
        <w:tc>
          <w:tcPr>
            <w:tcW w:type="dxa" w:w="1474"/>
          </w:tcPr>
          <w:p>
            <w:pPr>
              <w:spacing w:after="20" w:line="276" w:lineRule="auto"/>
            </w:pPr>
            <w:r>
              <w:rPr>
                <w:b/>
              </w:rPr>
            </w:r>
            <w:r>
              <w:rPr>
                <w:rFonts w:ascii="宋体" w:hAnsi="宋体" w:eastAsia="宋体"/>
                <w:b/>
                <w:sz w:val="18"/>
              </w:rPr>
              <w:t>实践应用，深化理解</w:t>
            </w:r>
          </w:p>
        </w:tc>
        <w:tc>
          <w:tcPr>
            <w:tcW w:type="dxa" w:w="3061"/>
          </w:tcPr>
          <w:p>
            <w:pPr>
              <w:spacing w:after="20" w:line="276" w:lineRule="auto"/>
            </w:pPr>
            <w:r/>
            <w:r>
              <w:rPr>
                <w:rFonts w:ascii="宋体" w:hAnsi="宋体" w:eastAsia="宋体"/>
                <w:b w:val="0"/>
                <w:sz w:val="18"/>
              </w:rPr>
              <w:t>完成教科书P15“做一做”第1、2题。</w:t>
            </w:r>
          </w:p>
        </w:tc>
        <w:tc>
          <w:tcPr>
            <w:tcW w:type="dxa" w:w="3061"/>
          </w:tcPr>
          <w:p>
            <w:pPr>
              <w:spacing w:after="20" w:line="276" w:lineRule="auto"/>
            </w:pPr>
            <w:r/>
            <w:r>
              <w:rPr>
                <w:rFonts w:ascii="宋体" w:hAnsi="宋体" w:eastAsia="宋体"/>
                <w:b w:val="0"/>
                <w:sz w:val="18"/>
              </w:rPr>
              <w:t>学生在教科书上完成后，再交流，说说解题思路。</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师：通过本节课的学习，你有哪些新的收获？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结合具体的情境，沟通整数倍与小数倍之间的联系，引导学生理解小数倍的数量关系。在计算过程中，借助线段图和竖式计算，让学生自主发现小数乘法的积的规律，学生在理解和掌握知识的同时发展分析能力和推理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小数乘法的积的规律</w:t>
      </w:r>
    </w:p>
    <w:p>
      <w:pPr>
        <w:spacing w:after="40" w:line="300" w:lineRule="auto"/>
      </w:pPr>
      <w:r>
        <w:rPr>
          <w:rFonts w:ascii="宋体" w:hAnsi="宋体" w:eastAsia="宋体"/>
          <w:b w:val="0"/>
          <w:sz w:val="20"/>
        </w:rPr>
        <w:t>求一个数的小数倍是多少，用乘法计算。</w:t>
      </w:r>
    </w:p>
    <w:p>
      <w:pPr>
        <w:spacing w:after="40" w:line="300" w:lineRule="auto"/>
      </w:pPr>
      <w:r>
        <w:rPr>
          <w:rFonts w:ascii="宋体" w:hAnsi="宋体" w:eastAsia="宋体"/>
          <w:b w:val="0"/>
          <w:sz w:val="20"/>
        </w:rPr>
        <w:t>一个数(0除外)乘大于1的数，积比原来的数大。</w:t>
      </w:r>
    </w:p>
    <w:p>
      <w:pPr>
        <w:spacing w:after="40" w:line="300" w:lineRule="auto"/>
      </w:pPr>
      <w:r>
        <w:rPr>
          <w:rFonts w:ascii="宋体" w:hAnsi="宋体" w:eastAsia="宋体"/>
          <w:b w:val="0"/>
          <w:sz w:val="20"/>
        </w:rPr>
        <w:t>一个数(0除外)乘小于1的数，积比原来的数小。</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教科书P14例5，完成教科书P15“做一做”。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关注小数乘法计算的难点，沟通知识间的联系，放手让学生自主发现积与乘数的大小关系规律，巩固了小数乘法计算，渗透了函数思想，培养了学生的数感，为后面学习验算奠定了基础。</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整数乘法运算律推广到小数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整数乘法运算律推广到小数</w:t>
            </w:r>
          </w:p>
        </w:tc>
        <w:tc>
          <w:tcPr>
            <w:tcW w:type="dxa" w:w="6009"/>
          </w:tcPr>
          <w:p>
            <w:pPr>
              <w:spacing w:after="20" w:line="276" w:lineRule="auto"/>
            </w:pPr>
            <w:r/>
            <w:r>
              <w:rPr>
                <w:rFonts w:ascii="宋体" w:hAnsi="宋体" w:eastAsia="宋体"/>
                <w:b w:val="0"/>
                <w:sz w:val="20"/>
              </w:rPr>
              <w:t>第2单元 小数乘法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整数的四则运算，在四年级下册的学习中已经进一步认识了小数，掌握了小数的意义和性质，会进行小数加、减法的运算，具备了学习本单元新知识的基础。教师要重视学生的已有经验，通过利用学生熟悉和常见的十进制计量单位(“元、角、分”等)，让学生了解小数乘法和整数乘法的联系，引导学生用转化的方法，将整数乘法的计算方法和经验迁移到小数乘法中，为学生学习小数乘法和小数乘加、乘减混合运算打下坚实的基础，并让学生发现规律，掌握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教学内容：教科书P15相关内容，完成教科书P16“做一做”。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（1）理解小数四则混合运算的顺序与整数相同，整数乘法运算律可以推广到小数，能应用运算律进行简便计算。</w:t>
      </w:r>
    </w:p>
    <w:p>
      <w:pPr>
        <w:spacing w:after="20" w:line="300" w:lineRule="auto"/>
        <w:ind w:firstLine="400"/>
      </w:pPr>
      <w:r>
        <w:rPr>
          <w:rFonts w:ascii="宋体" w:hAnsi="宋体" w:eastAsia="宋体"/>
          <w:b w:val="0"/>
          <w:sz w:val="20"/>
        </w:rPr>
        <w:t>（2）经历小数乘法的运算律的推广与应用过程，体验迁移类推的学习方法。</w:t>
      </w:r>
    </w:p>
    <w:p>
      <w:pPr>
        <w:spacing w:after="20" w:line="300" w:lineRule="auto"/>
        <w:ind w:firstLine="400"/>
      </w:pPr>
      <w:r>
        <w:rPr>
          <w:rFonts w:ascii="宋体" w:hAnsi="宋体" w:eastAsia="宋体"/>
          <w:b w:val="0"/>
          <w:sz w:val="20"/>
        </w:rPr>
        <w:t>（3）在学习活动中，感受数学知识之间的密切联系，体验数学知识的应用价值。</w:t>
      </w:r>
    </w:p>
    <w:p>
      <w:pPr>
        <w:spacing w:after="20" w:line="300" w:lineRule="auto"/>
      </w:pPr>
      <w:r>
        <w:rPr>
          <w:rFonts w:ascii="宋体" w:hAnsi="宋体" w:eastAsia="宋体"/>
          <w:b w:val="0"/>
          <w:sz w:val="20"/>
        </w:rPr>
        <w:t>教学重点：整数乘法运算律推广到小数。</w:t>
      </w:r>
    </w:p>
    <w:p>
      <w:pPr>
        <w:spacing w:after="20" w:line="300" w:lineRule="auto"/>
      </w:pPr>
      <w:r>
        <w:rPr>
          <w:rFonts w:ascii="宋体" w:hAnsi="宋体" w:eastAsia="宋体"/>
          <w:b w:val="0"/>
          <w:sz w:val="20"/>
        </w:rPr>
        <w:t>教学难点：运用乘法运算律进行简便计算。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复习铺垫，导入新课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在整数乘法中我们已经学过哪些运算律？</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探究新知识，加强应用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刚才我们复习的这些运算律都是运用于整数乘法，那么这些运算律对于小数乘法是不是也适用呢？；请观察每组算式的左、右两边，大家发现了什么？</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巩固练习，提升技能</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这节课我们学习了什么内容？你有什么收获？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复习铺垫，导入新课</w:t>
            </w:r>
          </w:p>
        </w:tc>
        <w:tc>
          <w:tcPr>
            <w:tcW w:type="dxa" w:w="3061"/>
          </w:tcPr>
          <w:p>
            <w:pPr>
              <w:spacing w:after="20" w:line="276" w:lineRule="auto"/>
            </w:pPr>
            <w:r/>
            <w:r>
              <w:rPr>
                <w:rFonts w:ascii="宋体" w:hAnsi="宋体" w:eastAsia="宋体"/>
                <w:b w:val="0"/>
                <w:sz w:val="18"/>
              </w:rPr>
              <w:t>1.回顾学过的运算律。</w:t>
            </w:r>
          </w:p>
          <w:p>
            <w:pPr>
              <w:spacing w:after="20" w:line="276" w:lineRule="auto"/>
            </w:pPr>
            <w:r>
              <w:rPr>
                <w:rFonts w:ascii="宋体" w:hAnsi="宋体" w:eastAsia="宋体"/>
                <w:b w:val="0"/>
                <w:sz w:val="18"/>
              </w:rPr>
              <w:t>师：在整数乘法中我们已经学过哪些运算律？请用字母表示出来。</w:t>
            </w:r>
          </w:p>
          <w:p>
            <w:pPr>
              <w:spacing w:after="20" w:line="276" w:lineRule="auto"/>
            </w:pPr>
            <w:r>
              <w:rPr>
                <w:rFonts w:ascii="宋体" w:hAnsi="宋体" w:eastAsia="宋体"/>
                <w:b w:val="0"/>
                <w:sz w:val="18"/>
              </w:rPr>
              <w:t>引导学生回顾学过的乘法运算律。</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(1)学生独立计算。</w:t>
            </w:r>
          </w:p>
          <w:p>
            <w:pPr>
              <w:spacing w:after="20" w:line="276" w:lineRule="auto"/>
            </w:pPr>
            <w:r>
              <w:rPr>
                <w:rFonts w:ascii="宋体" w:hAnsi="宋体" w:eastAsia="宋体"/>
                <w:b w:val="0"/>
                <w:sz w:val="18"/>
              </w:rPr>
              <w:t>(2)交流反馈。</w:t>
            </w:r>
          </w:p>
          <w:p>
            <w:pPr>
              <w:spacing w:after="20" w:line="276" w:lineRule="auto"/>
            </w:pPr>
            <w:r>
              <w:rPr>
                <w:rFonts w:ascii="宋体" w:hAnsi="宋体" w:eastAsia="宋体"/>
                <w:b w:val="0"/>
                <w:sz w:val="18"/>
              </w:rPr>
              <w:t>师：说一说每道题分别应用什么运算律能使计算简便。</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创设情境激活学生已有经验，自然引出本课学习内容，激发学习兴趣，核心问题："在整数乘法中我们已经学过哪些运算律？"</w:t>
            </w:r>
          </w:p>
        </w:tc>
      </w:tr>
      <w:tr>
        <w:tc>
          <w:tcPr>
            <w:tcW w:type="dxa" w:w="1474"/>
          </w:tcPr>
          <w:p>
            <w:pPr>
              <w:spacing w:after="20" w:line="276" w:lineRule="auto"/>
            </w:pPr>
            <w:r>
              <w:rPr>
                <w:b/>
              </w:rPr>
            </w:r>
            <w:r>
              <w:rPr>
                <w:rFonts w:ascii="宋体" w:hAnsi="宋体" w:eastAsia="宋体"/>
                <w:b/>
                <w:sz w:val="18"/>
              </w:rPr>
              <w:t>探究新知识，加强应用</w:t>
            </w:r>
          </w:p>
        </w:tc>
        <w:tc>
          <w:tcPr>
            <w:tcW w:type="dxa" w:w="3061"/>
          </w:tcPr>
          <w:p>
            <w:pPr>
              <w:spacing w:after="20" w:line="276" w:lineRule="auto"/>
            </w:pPr>
            <w:r/>
            <w:r>
              <w:rPr>
                <w:rFonts w:ascii="宋体" w:hAnsi="宋体" w:eastAsia="宋体"/>
                <w:b w:val="0"/>
                <w:sz w:val="18"/>
              </w:rPr>
              <w:t>1.教学整数乘法运算律推广到小数。</w:t>
            </w:r>
          </w:p>
          <w:p>
            <w:pPr>
              <w:spacing w:after="20" w:line="276" w:lineRule="auto"/>
            </w:pPr>
            <w:r>
              <w:rPr>
                <w:rFonts w:ascii="宋体" w:hAnsi="宋体" w:eastAsia="宋体"/>
                <w:b w:val="0"/>
                <w:sz w:val="18"/>
              </w:rPr>
              <w:t>师：刚才我们复习的这些运算律都是运用于整数乘法，那么这些运算律对于小数乘法是不是也适用呢？(板书课题：整数乘法运算律推广到小数)</w:t>
            </w:r>
          </w:p>
          <w:p>
            <w:pPr>
              <w:spacing w:after="20" w:line="276" w:lineRule="auto"/>
            </w:pPr>
            <w:r>
              <w:rPr>
                <w:rFonts w:ascii="宋体" w:hAnsi="宋体" w:eastAsia="宋体"/>
                <w:b w:val="0"/>
                <w:sz w:val="18"/>
              </w:rPr>
              <w:t>课件出示教科书P15三组算式。</w:t>
            </w:r>
          </w:p>
          <w:p>
            <w:pPr>
              <w:spacing w:after="20" w:line="276" w:lineRule="auto"/>
            </w:pPr>
            <w:r>
              <w:rPr>
                <w:rFonts w:ascii="宋体" w:hAnsi="宋体" w:eastAsia="宋体"/>
                <w:b w:val="0"/>
                <w:sz w:val="18"/>
              </w:rPr>
              <w:t>师：小数四则混合运算的顺序跟整数混合运算的顺序相同。你们来计算一下这三组算式。</w:t>
            </w:r>
          </w:p>
          <w:p>
            <w:pPr>
              <w:spacing w:after="20" w:line="276" w:lineRule="auto"/>
            </w:pPr>
            <w:r>
              <w:rPr>
                <w:rFonts w:ascii="宋体" w:hAnsi="宋体" w:eastAsia="宋体"/>
                <w:b w:val="0"/>
                <w:sz w:val="18"/>
              </w:rPr>
              <w:t>安排男生计算每组左边的算式，女生计算每组右边的算式。</w:t>
            </w:r>
          </w:p>
          <w:p>
            <w:pPr>
              <w:spacing w:after="20" w:line="276" w:lineRule="auto"/>
            </w:pPr>
            <w:r>
              <w:rPr>
                <w:rFonts w:ascii="宋体" w:hAnsi="宋体" w:eastAsia="宋体"/>
                <w:b w:val="0"/>
                <w:sz w:val="18"/>
              </w:rPr>
              <w:t>指定两名学生板演，小组交流再汇报，集体订正。</w:t>
            </w:r>
          </w:p>
          <w:p>
            <w:pPr>
              <w:spacing w:after="20" w:line="276" w:lineRule="auto"/>
            </w:pPr>
            <w:r>
              <w:rPr>
                <w:rFonts w:ascii="宋体" w:hAnsi="宋体" w:eastAsia="宋体"/>
                <w:b w:val="0"/>
                <w:sz w:val="18"/>
              </w:rPr>
              <w:t>师：请观察每组算式的左、右两边，大家发现了什么？</w:t>
            </w:r>
          </w:p>
          <w:p>
            <w:pPr>
              <w:spacing w:after="20" w:line="276" w:lineRule="auto"/>
            </w:pPr>
            <w:r>
              <w:rPr>
                <w:rFonts w:ascii="宋体" w:hAnsi="宋体" w:eastAsia="宋体"/>
                <w:b w:val="0"/>
                <w:sz w:val="18"/>
              </w:rPr>
              <w:t>教师根据学生的回答在圆圈中填上等号。</w:t>
            </w:r>
          </w:p>
          <w:p>
            <w:pPr>
              <w:spacing w:after="20" w:line="276" w:lineRule="auto"/>
            </w:pPr>
            <w:r>
              <w:rPr>
                <w:rFonts w:ascii="宋体" w:hAnsi="宋体" w:eastAsia="宋体"/>
                <w:b w:val="0"/>
                <w:sz w:val="18"/>
              </w:rPr>
              <w:t>师：仔细观察这三组算式，每组算式各反映了什么运算律？</w:t>
            </w:r>
          </w:p>
          <w:p>
            <w:pPr>
              <w:spacing w:after="20" w:line="276" w:lineRule="auto"/>
            </w:pPr>
            <w:r>
              <w:rPr>
                <w:rFonts w:ascii="宋体" w:hAnsi="宋体" w:eastAsia="宋体"/>
                <w:b w:val="0"/>
                <w:sz w:val="18"/>
              </w:rPr>
              <w:t>师小结并板书：整数乘法的运算律对于小数乘法同样适用。</w:t>
            </w:r>
          </w:p>
          <w:p>
            <w:pPr>
              <w:spacing w:after="20" w:line="276" w:lineRule="auto"/>
            </w:pPr>
            <w:r>
              <w:rPr>
                <w:rFonts w:ascii="宋体" w:hAnsi="宋体" w:eastAsia="宋体"/>
                <w:b w:val="0"/>
                <w:sz w:val="18"/>
              </w:rPr>
              <w:t>师：大家能再举一些例子加以验证吗？</w:t>
            </w:r>
          </w:p>
          <w:p>
            <w:pPr>
              <w:spacing w:after="20" w:line="276" w:lineRule="auto"/>
            </w:pPr>
            <w:r>
              <w:rPr>
                <w:rFonts w:ascii="宋体" w:hAnsi="宋体" w:eastAsia="宋体"/>
                <w:b w:val="0"/>
                <w:sz w:val="18"/>
              </w:rPr>
              <w:t>2．教学简便计算。</w:t>
            </w:r>
          </w:p>
          <w:p>
            <w:pPr>
              <w:spacing w:after="20" w:line="276" w:lineRule="auto"/>
            </w:pPr>
            <w:r>
              <w:rPr>
                <w:rFonts w:ascii="宋体" w:hAnsi="宋体" w:eastAsia="宋体"/>
                <w:b w:val="0"/>
                <w:sz w:val="18"/>
              </w:rPr>
              <w:t>课件出示教科书P15例6两个算式。</w:t>
            </w:r>
          </w:p>
          <w:p>
            <w:pPr>
              <w:spacing w:after="20" w:line="276" w:lineRule="auto"/>
            </w:pPr>
            <w:r>
              <w:rPr>
                <w:rFonts w:ascii="宋体" w:hAnsi="宋体" w:eastAsia="宋体"/>
                <w:b w:val="0"/>
                <w:sz w:val="18"/>
              </w:rPr>
              <w:t>师：这两个算式怎样计算比较简便？</w:t>
            </w:r>
          </w:p>
          <w:p>
            <w:pPr>
              <w:spacing w:after="20" w:line="276" w:lineRule="auto"/>
            </w:pPr>
            <w:r>
              <w:rPr>
                <w:rFonts w:ascii="宋体" w:hAnsi="宋体" w:eastAsia="宋体"/>
                <w:b w:val="0"/>
                <w:sz w:val="18"/>
              </w:rPr>
              <w:t>师：分别应用了哪个运算律？</w:t>
            </w:r>
          </w:p>
          <w:p>
            <w:pPr>
              <w:spacing w:after="20" w:line="276" w:lineRule="auto"/>
            </w:pPr>
            <w:r>
              <w:rPr>
                <w:rFonts w:ascii="宋体" w:hAnsi="宋体" w:eastAsia="宋体"/>
                <w:b w:val="0"/>
                <w:sz w:val="18"/>
              </w:rPr>
              <w:t>引导学生尝试将应用整数乘法运算律进行简便计算的经验进行迁移和类推到小数乘法中。</w:t>
            </w:r>
          </w:p>
        </w:tc>
        <w:tc>
          <w:tcPr>
            <w:tcW w:type="dxa" w:w="3061"/>
          </w:tcPr>
          <w:p>
            <w:pPr>
              <w:spacing w:after="20" w:line="276" w:lineRule="auto"/>
            </w:pPr>
            <w:r/>
            <w:r>
              <w:rPr>
                <w:rFonts w:ascii="宋体" w:hAnsi="宋体" w:eastAsia="宋体"/>
                <w:b w:val="0"/>
                <w:sz w:val="18"/>
              </w:rPr>
              <w:t>学生会说出第一组算式反映了乘法交换律，第二组算式反映了乘法结合律，第三组算式反映了分配律。</w:t>
            </w:r>
          </w:p>
          <w:p>
            <w:pPr>
              <w:spacing w:after="20" w:line="276" w:lineRule="auto"/>
            </w:pPr>
            <w:r>
              <w:rPr>
                <w:rFonts w:ascii="宋体" w:hAnsi="宋体" w:eastAsia="宋体"/>
                <w:b w:val="0"/>
                <w:sz w:val="18"/>
              </w:rPr>
              <w:t>学生任意举出应用乘法运算律的小数乘法的等式，教师予以评价。</w:t>
            </w:r>
          </w:p>
          <w:p>
            <w:pPr>
              <w:spacing w:after="20" w:line="276" w:lineRule="auto"/>
            </w:pPr>
            <w:r>
              <w:rPr>
                <w:rFonts w:ascii="宋体" w:hAnsi="宋体" w:eastAsia="宋体"/>
                <w:b w:val="0"/>
                <w:sz w:val="18"/>
              </w:rPr>
              <w:t>学生自主计算、交流，课件展示相应计算过程，教师适时板书。</w:t>
            </w:r>
          </w:p>
          <w:p>
            <w:pPr>
              <w:spacing w:after="20" w:line="276" w:lineRule="auto"/>
            </w:pPr>
            <w:r>
              <w:rPr>
                <w:rFonts w:ascii="宋体" w:hAnsi="宋体" w:eastAsia="宋体"/>
                <w:b w:val="0"/>
                <w:sz w:val="18"/>
              </w:rPr>
              <w:t>左边算式应用了乘法交换律和结合律，右边算式应用了分配律。</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设计递进式探究活动，引导学生在动手实践与合作交流中经历知识形成过程，突破本课重难点，核心问题："刚才我们复习的这些运算律都是运用于整数乘法，那么这些运算律对于小数乘法是不是也适用呢？"</w:t>
            </w:r>
          </w:p>
        </w:tc>
      </w:tr>
      <w:tr>
        <w:tc>
          <w:tcPr>
            <w:tcW w:type="dxa" w:w="1474"/>
          </w:tcPr>
          <w:p>
            <w:pPr>
              <w:spacing w:after="20" w:line="276" w:lineRule="auto"/>
            </w:pPr>
            <w:r>
              <w:rPr>
                <w:b/>
              </w:rPr>
            </w:r>
            <w:r>
              <w:rPr>
                <w:rFonts w:ascii="宋体" w:hAnsi="宋体" w:eastAsia="宋体"/>
                <w:b/>
                <w:sz w:val="18"/>
              </w:rPr>
              <w:t>巩固练习，提升技能</w:t>
            </w:r>
          </w:p>
        </w:tc>
        <w:tc>
          <w:tcPr>
            <w:tcW w:type="dxa" w:w="3061"/>
          </w:tcPr>
          <w:p>
            <w:pPr>
              <w:spacing w:after="20" w:line="276" w:lineRule="auto"/>
            </w:pPr>
            <w:r/>
            <w:r>
              <w:rPr>
                <w:rFonts w:ascii="宋体" w:hAnsi="宋体" w:eastAsia="宋体"/>
                <w:b w:val="0"/>
                <w:sz w:val="18"/>
              </w:rPr>
              <w:t>完成教科书P16“做一做”第1、2题。</w:t>
            </w:r>
          </w:p>
          <w:p>
            <w:pPr>
              <w:spacing w:after="20" w:line="276" w:lineRule="auto"/>
            </w:pPr>
            <w:r>
              <w:rPr>
                <w:rFonts w:ascii="宋体" w:hAnsi="宋体" w:eastAsia="宋体"/>
                <w:b w:val="0"/>
                <w:sz w:val="18"/>
              </w:rPr>
              <w:t>(1)先独立完成，再指名学生板演。</w:t>
            </w:r>
          </w:p>
          <w:p>
            <w:pPr>
              <w:spacing w:after="20" w:line="276" w:lineRule="auto"/>
            </w:pPr>
            <w:r>
              <w:rPr>
                <w:rFonts w:ascii="宋体" w:hAnsi="宋体" w:eastAsia="宋体"/>
                <w:b w:val="0"/>
                <w:sz w:val="18"/>
              </w:rPr>
              <w:t>(2)交流计算方法。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师：这节课我们学习了什么内容？你有什么收获？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借助具体的算式，引导学生观察、计算，找出每组中两个算式的关系，用归纳的方法类推出“整数乘法的运算律对于小数乘法同样适用”，完成运算律的推广，体会数学知识的内在联系，培养学生的推理意识。</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整数乘法运算律推广到小数</w:t>
      </w:r>
    </w:p>
    <w:p>
      <w:pPr>
        <w:spacing w:after="40" w:line="300" w:lineRule="auto"/>
      </w:pPr>
      <w:r>
        <w:rPr>
          <w:rFonts w:ascii="宋体" w:hAnsi="宋体" w:eastAsia="宋体"/>
          <w:b w:val="0"/>
          <w:sz w:val="20"/>
        </w:rPr>
        <w:t>整数乘法的运算律对于小数乘法同样适用。</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教科书P15相关内容，完成教科书P16“做一做”。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将整数乘法的运算律推广到小数乘法对于学生来说，并不是很难。但是在实际应用中，由于小数点的特殊性，小数乘法的简便计算要比整数乘法灵活得多，还需要加强不同题型的练习，以培养学生在小数乘法计算中熟练运用运算律。</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解决问题(1)</w:t>
            </w:r>
          </w:p>
        </w:tc>
        <w:tc>
          <w:tcPr>
            <w:tcW w:type="dxa" w:w="6009"/>
          </w:tcPr>
          <w:p>
            <w:pPr>
              <w:spacing w:after="20" w:line="276" w:lineRule="auto"/>
            </w:pPr>
            <w:r/>
            <w:r>
              <w:rPr>
                <w:rFonts w:ascii="宋体" w:hAnsi="宋体" w:eastAsia="宋体"/>
                <w:b w:val="0"/>
                <w:sz w:val="20"/>
              </w:rPr>
              <w:t>第2单元 小数乘法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整数的四则运算，在四年级下册的学习中已经进一步认识了小数，掌握了小数的意义和性质，会进行小数加、减法的运算，具备了学习本单元新知识的基础。教师要重视学生的已有经验，通过利用学生熟悉和常见的十进制计量单位(“元、角、分”等)，让学生了解小数乘法和整数乘法的联系，引导学生用转化的方法，将整数乘法的计算方法和经验迁移到小数乘法中，为学生学习小数乘法和小数乘加、乘减混合运算打下坚实的基础，并让学生发现规律，掌握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教学内容：教科书P18例7，完成教科书P20“做一做”第1题。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（1）在具体问题情境中，引发应用估算的实际需求，进一步体会估算的价值，选择合适的方法解决问题。</w:t>
      </w:r>
    </w:p>
    <w:p>
      <w:pPr>
        <w:spacing w:after="20" w:line="300" w:lineRule="auto"/>
        <w:ind w:firstLine="400"/>
      </w:pPr>
      <w:r>
        <w:rPr>
          <w:rFonts w:ascii="宋体" w:hAnsi="宋体" w:eastAsia="宋体"/>
          <w:b w:val="0"/>
          <w:sz w:val="20"/>
        </w:rPr>
        <w:t>（2）通过回顾反思环节，感受具体问题要具体分析，能灵活选择解决问题的方法，体验解决问题的乐趣。</w:t>
      </w:r>
    </w:p>
    <w:p>
      <w:pPr>
        <w:spacing w:after="20" w:line="300" w:lineRule="auto"/>
        <w:ind w:firstLine="400"/>
      </w:pPr>
      <w:r>
        <w:rPr>
          <w:rFonts w:ascii="宋体" w:hAnsi="宋体" w:eastAsia="宋体"/>
          <w:b w:val="0"/>
          <w:sz w:val="20"/>
        </w:rPr>
        <w:t>（3）进一步感受数学与生活的密切联系，增强学好数学的信心。</w:t>
      </w:r>
    </w:p>
    <w:p>
      <w:pPr>
        <w:spacing w:after="20" w:line="300" w:lineRule="auto"/>
      </w:pPr>
      <w:r>
        <w:rPr>
          <w:rFonts w:ascii="宋体" w:hAnsi="宋体" w:eastAsia="宋体"/>
          <w:b w:val="0"/>
          <w:sz w:val="20"/>
        </w:rPr>
        <w:t>教学重点：交流解决问题的不同方法，体会估算在解决实际问题中的价值。</w:t>
      </w:r>
    </w:p>
    <w:p>
      <w:pPr>
        <w:spacing w:after="20" w:line="300" w:lineRule="auto"/>
      </w:pPr>
      <w:r>
        <w:rPr>
          <w:rFonts w:ascii="宋体" w:hAnsi="宋体" w:eastAsia="宋体"/>
          <w:b w:val="0"/>
          <w:sz w:val="20"/>
        </w:rPr>
        <w:t>教学难点：培养学生应用估算解决实际问题的意识。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你们觉得100元够吗？；每本书的具体价格都不知道，你们是怎么判断的？</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探究新知识，经历过程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你们知道了哪些信息？；同学们收集到了这么多的信息，怎样整理这些信息才能一目了然呢？</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运用拓展，完善认知</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通过本节课的学习，同学们对解决实际问题有什么新的收获？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创设情境，导入新课</w:t>
            </w:r>
          </w:p>
        </w:tc>
        <w:tc>
          <w:tcPr>
            <w:tcW w:type="dxa" w:w="3061"/>
          </w:tcPr>
          <w:p>
            <w:pPr>
              <w:spacing w:after="20" w:line="276" w:lineRule="auto"/>
            </w:pPr>
            <w:r/>
            <w:r>
              <w:rPr>
                <w:rFonts w:ascii="宋体" w:hAnsi="宋体" w:eastAsia="宋体"/>
                <w:b w:val="0"/>
                <w:sz w:val="18"/>
              </w:rPr>
              <w:t>师：小东想买三本故事书，妈妈给了他100元。小东拿到钱后犹豫不决，因为他忘记了三本书的具体价格，只记得其中两本的价格都是三十几元，另一本的价格是十几元，他不知道这些钱到底够不够。</w:t>
            </w:r>
          </w:p>
          <w:p>
            <w:pPr>
              <w:spacing w:after="20" w:line="276" w:lineRule="auto"/>
            </w:pPr>
            <w:r>
              <w:rPr>
                <w:rFonts w:ascii="宋体" w:hAnsi="宋体" w:eastAsia="宋体"/>
                <w:b w:val="0"/>
                <w:sz w:val="18"/>
              </w:rPr>
              <w:t>师：你们觉得100元够吗？</w:t>
            </w:r>
          </w:p>
          <w:p>
            <w:pPr>
              <w:spacing w:after="20" w:line="276" w:lineRule="auto"/>
            </w:pPr>
            <w:r>
              <w:rPr>
                <w:rFonts w:ascii="宋体" w:hAnsi="宋体" w:eastAsia="宋体"/>
                <w:b w:val="0"/>
                <w:sz w:val="18"/>
              </w:rPr>
              <w:t>师：每本书的具体价格都不知道，你们是怎么判断的？</w:t>
            </w:r>
          </w:p>
          <w:p>
            <w:pPr>
              <w:spacing w:after="20" w:line="276" w:lineRule="auto"/>
            </w:pPr>
            <w:r>
              <w:rPr>
                <w:rFonts w:ascii="宋体" w:hAnsi="宋体" w:eastAsia="宋体"/>
                <w:b w:val="0"/>
                <w:sz w:val="18"/>
              </w:rPr>
              <w:t>引导学生通过分析数据应用估算来推断结果，体会估算也是解决问题的一种有效方法。[板书课题：解决问题(1)]</w:t>
            </w:r>
          </w:p>
        </w:tc>
        <w:tc>
          <w:tcPr>
            <w:tcW w:type="dxa" w:w="3061"/>
          </w:tcPr>
          <w:p>
            <w:pPr>
              <w:spacing w:after="20" w:line="276" w:lineRule="auto"/>
            </w:pPr>
            <w:r/>
            <w:r>
              <w:rPr>
                <w:rFonts w:ascii="宋体" w:hAnsi="宋体" w:eastAsia="宋体"/>
                <w:b w:val="0"/>
                <w:sz w:val="18"/>
              </w:rPr>
              <w:t>有的学生说够，有的学生说不够。</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创设情境激活学生已有经验，自然引出本课学习内容，激发学习兴趣，核心问题："你们觉得100元够吗？"</w:t>
            </w:r>
          </w:p>
        </w:tc>
      </w:tr>
      <w:tr>
        <w:tc>
          <w:tcPr>
            <w:tcW w:type="dxa" w:w="1474"/>
          </w:tcPr>
          <w:p>
            <w:pPr>
              <w:spacing w:after="20" w:line="276" w:lineRule="auto"/>
            </w:pPr>
            <w:r>
              <w:rPr>
                <w:b/>
              </w:rPr>
            </w:r>
            <w:r>
              <w:rPr>
                <w:rFonts w:ascii="宋体" w:hAnsi="宋体" w:eastAsia="宋体"/>
                <w:b/>
                <w:sz w:val="18"/>
              </w:rPr>
              <w:t>探究新知识，经历过程</w:t>
            </w:r>
          </w:p>
        </w:tc>
        <w:tc>
          <w:tcPr>
            <w:tcW w:type="dxa" w:w="3061"/>
          </w:tcPr>
          <w:p>
            <w:pPr>
              <w:spacing w:after="20" w:line="276" w:lineRule="auto"/>
            </w:pPr>
            <w:r/>
            <w:r>
              <w:rPr>
                <w:rFonts w:ascii="宋体" w:hAnsi="宋体" w:eastAsia="宋体"/>
                <w:b w:val="0"/>
                <w:sz w:val="18"/>
              </w:rPr>
              <w:t>1.阅读理解。</w:t>
            </w:r>
          </w:p>
          <w:p>
            <w:pPr>
              <w:spacing w:after="20" w:line="276" w:lineRule="auto"/>
            </w:pPr>
            <w:r>
              <w:rPr>
                <w:rFonts w:ascii="宋体" w:hAnsi="宋体" w:eastAsia="宋体"/>
                <w:b w:val="0"/>
                <w:sz w:val="18"/>
              </w:rPr>
              <w:t>课件出示教科书P18例7。</w:t>
            </w:r>
          </w:p>
          <w:p>
            <w:pPr>
              <w:spacing w:after="20" w:line="276" w:lineRule="auto"/>
            </w:pPr>
            <w:r>
              <w:rPr>
                <w:rFonts w:ascii="宋体" w:hAnsi="宋体" w:eastAsia="宋体"/>
                <w:b w:val="0"/>
                <w:sz w:val="18"/>
              </w:rPr>
              <w:t>师：你们知道了哪些信息？</w:t>
            </w:r>
          </w:p>
          <w:p>
            <w:pPr>
              <w:spacing w:after="20" w:line="276" w:lineRule="auto"/>
            </w:pPr>
            <w:r>
              <w:rPr>
                <w:rFonts w:ascii="宋体" w:hAnsi="宋体" w:eastAsia="宋体"/>
                <w:b w:val="0"/>
                <w:sz w:val="18"/>
              </w:rPr>
              <w:t>师：同学们收集到了这么多的信息，怎样整理这些信息才能一目了然呢？</w:t>
            </w:r>
          </w:p>
          <w:p>
            <w:pPr>
              <w:spacing w:after="20" w:line="276" w:lineRule="auto"/>
            </w:pPr>
            <w:r>
              <w:rPr>
                <w:rFonts w:ascii="宋体" w:hAnsi="宋体" w:eastAsia="宋体"/>
                <w:b w:val="0"/>
                <w:sz w:val="18"/>
              </w:rPr>
              <w:t>引导学生分类整理，教师课件出示运用表格呈现信息。</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师：我们怎样才能知道剩下的钱够不够买一盒10元的鸡蛋呢？</w:t>
            </w:r>
          </w:p>
          <w:p>
            <w:pPr>
              <w:spacing w:after="20" w:line="276" w:lineRule="auto"/>
            </w:pPr>
            <w:r>
              <w:rPr>
                <w:rFonts w:ascii="宋体" w:hAnsi="宋体" w:eastAsia="宋体"/>
                <w:b w:val="0"/>
                <w:sz w:val="18"/>
              </w:rPr>
              <w:t>都往大估，大米和肉的总价都不超过89元，所以剩下的钱比10元多。</w:t>
            </w:r>
          </w:p>
          <w:p>
            <w:pPr>
              <w:spacing w:after="20" w:line="276" w:lineRule="auto"/>
            </w:pPr>
            <w:r>
              <w:rPr>
                <w:rFonts w:ascii="宋体" w:hAnsi="宋体" w:eastAsia="宋体"/>
                <w:b w:val="0"/>
                <w:sz w:val="18"/>
              </w:rPr>
              <w:t>教师引导学生对不同的方法进行评价，在肯定第一种方法的同时重点引导学生分析估算的方法。</w:t>
            </w:r>
          </w:p>
          <w:p>
            <w:pPr>
              <w:spacing w:after="20" w:line="276" w:lineRule="auto"/>
            </w:pPr>
            <w:r>
              <w:rPr>
                <w:rFonts w:ascii="宋体" w:hAnsi="宋体" w:eastAsia="宋体"/>
                <w:b w:val="0"/>
                <w:sz w:val="18"/>
              </w:rPr>
              <w:t>师：那剩下的钱还够买一盒20元的鸡蛋吗？还能用估算的方法解决这个问题吗？</w:t>
            </w:r>
          </w:p>
          <w:p>
            <w:pPr>
              <w:spacing w:after="20" w:line="276" w:lineRule="auto"/>
            </w:pPr>
            <w:r>
              <w:rPr>
                <w:rFonts w:ascii="宋体" w:hAnsi="宋体" w:eastAsia="宋体"/>
                <w:b w:val="0"/>
                <w:sz w:val="18"/>
              </w:rPr>
              <w:t>引导学生用估算解决：</w:t>
            </w:r>
          </w:p>
          <w:p>
            <w:pPr>
              <w:spacing w:after="20" w:line="276" w:lineRule="auto"/>
            </w:pPr>
            <w:r>
              <w:rPr>
                <w:rFonts w:ascii="宋体" w:hAnsi="宋体" w:eastAsia="宋体"/>
                <w:b w:val="0"/>
                <w:sz w:val="18"/>
              </w:rPr>
              <w:t>都往小估，大米和肉的总价都不低于80元，所以剩下的钱不够20元。</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师：表格可以帮助我们整理信息。在解决“够不够”等问题时，有时我们只需要知道结果的大致范围，这时就可以通过估算解决问题。</w:t>
            </w:r>
          </w:p>
          <w:p>
            <w:pPr>
              <w:spacing w:after="20" w:line="276" w:lineRule="auto"/>
            </w:pPr>
            <w:r>
              <w:rPr>
                <w:rFonts w:ascii="宋体" w:hAnsi="宋体" w:eastAsia="宋体"/>
                <w:b w:val="0"/>
                <w:sz w:val="18"/>
              </w:rPr>
              <w:t>师：对比一下，同样都是用估算解决问题，解决第一问和第二问所用的估算方法有什么不同？</w:t>
            </w:r>
          </w:p>
          <w:p>
            <w:pPr>
              <w:spacing w:after="20" w:line="276" w:lineRule="auto"/>
            </w:pPr>
            <w:r>
              <w:rPr>
                <w:rFonts w:ascii="宋体" w:hAnsi="宋体" w:eastAsia="宋体"/>
                <w:b w:val="0"/>
                <w:sz w:val="18"/>
              </w:rPr>
              <w:t>师小结：“估大”“估小”要具体情况具体分析，选择合适的估算方法解决问题。(板书)</w:t>
            </w:r>
          </w:p>
        </w:tc>
        <w:tc>
          <w:tcPr>
            <w:tcW w:type="dxa" w:w="3061"/>
          </w:tcPr>
          <w:p>
            <w:pPr>
              <w:spacing w:after="20" w:line="276" w:lineRule="auto"/>
            </w:pPr>
            <w:r/>
            <w:r>
              <w:rPr>
                <w:rFonts w:ascii="宋体" w:hAnsi="宋体" w:eastAsia="宋体"/>
                <w:b w:val="0"/>
                <w:sz w:val="18"/>
              </w:rPr>
              <w:t>学生交流收集到的信息。</w:t>
            </w:r>
          </w:p>
          <w:p>
            <w:pPr>
              <w:spacing w:after="20" w:line="276" w:lineRule="auto"/>
            </w:pPr>
            <w:r>
              <w:rPr>
                <w:rFonts w:ascii="宋体" w:hAnsi="宋体" w:eastAsia="宋体"/>
                <w:b w:val="0"/>
                <w:sz w:val="18"/>
              </w:rPr>
              <w:t>预设1：笔算，直接算出具体的价格。</w:t>
            </w:r>
          </w:p>
          <w:p>
            <w:pPr>
              <w:spacing w:after="20" w:line="276" w:lineRule="auto"/>
            </w:pPr>
            <w:r>
              <w:rPr>
                <w:rFonts w:ascii="宋体" w:hAnsi="宋体" w:eastAsia="宋体"/>
                <w:b w:val="0"/>
                <w:sz w:val="18"/>
              </w:rPr>
              <w:t>预设2：用计算器计算。</w:t>
            </w:r>
          </w:p>
          <w:p>
            <w:pPr>
              <w:spacing w:after="20" w:line="276" w:lineRule="auto"/>
            </w:pPr>
            <w:r>
              <w:rPr>
                <w:rFonts w:ascii="宋体" w:hAnsi="宋体" w:eastAsia="宋体"/>
                <w:b w:val="0"/>
                <w:sz w:val="18"/>
              </w:rPr>
              <w:t>预设3：估算。</w:t>
            </w:r>
          </w:p>
          <w:p>
            <w:pPr>
              <w:spacing w:after="20" w:line="276" w:lineRule="auto"/>
            </w:pPr>
            <w:r>
              <w:rPr>
                <w:rFonts w:ascii="宋体" w:hAnsi="宋体" w:eastAsia="宋体"/>
                <w:b w:val="0"/>
                <w:sz w:val="18"/>
              </w:rPr>
              <w:t>学生交流后，教师指出估算的方法很实用，可以利用估算解决问题。</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设计递进式探究活动，引导学生在动手实践与合作交流中经历知识形成过程，突破本课重难点，核心问题："你们知道了哪些信息？"</w:t>
            </w:r>
          </w:p>
        </w:tc>
      </w:tr>
      <w:tr>
        <w:tc>
          <w:tcPr>
            <w:tcW w:type="dxa" w:w="1474"/>
          </w:tcPr>
          <w:p>
            <w:pPr>
              <w:spacing w:after="20" w:line="276" w:lineRule="auto"/>
            </w:pPr>
            <w:r>
              <w:rPr>
                <w:b/>
              </w:rPr>
            </w:r>
            <w:r>
              <w:rPr>
                <w:rFonts w:ascii="宋体" w:hAnsi="宋体" w:eastAsia="宋体"/>
                <w:b/>
                <w:sz w:val="18"/>
              </w:rPr>
              <w:t>运用拓展，完善认知</w:t>
            </w:r>
          </w:p>
        </w:tc>
        <w:tc>
          <w:tcPr>
            <w:tcW w:type="dxa" w:w="3061"/>
          </w:tcPr>
          <w:p>
            <w:pPr>
              <w:spacing w:after="20" w:line="276" w:lineRule="auto"/>
            </w:pPr>
            <w:r/>
            <w:r>
              <w:rPr>
                <w:rFonts w:ascii="宋体" w:hAnsi="宋体" w:eastAsia="宋体"/>
                <w:b w:val="0"/>
                <w:sz w:val="18"/>
              </w:rPr>
              <w:t>完成教科书P20“做一做”第1题。</w:t>
            </w:r>
          </w:p>
        </w:tc>
        <w:tc>
          <w:tcPr>
            <w:tcW w:type="dxa" w:w="3061"/>
          </w:tcPr>
          <w:p>
            <w:pPr>
              <w:spacing w:after="20" w:line="276" w:lineRule="auto"/>
            </w:pPr>
            <w:r/>
            <w:r>
              <w:rPr>
                <w:rFonts w:ascii="宋体" w:hAnsi="宋体" w:eastAsia="宋体"/>
                <w:b w:val="0"/>
                <w:sz w:val="18"/>
              </w:rPr>
              <w:t>学生自主解答后再集中交流评价。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师：通过本节课的学习，同学们对解决实际问题有什么新的收获？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组织学生经历“阅读理解——分析解答——回顾反思”完整的解决问题的过程，并在交流互动中，比较估算方法的异同，感受估算的价值，能根据具体情况灵活选择估算策略。</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解决问题(1)</w:t>
      </w:r>
    </w:p>
    <w:p>
      <w:pPr>
        <w:spacing w:after="40" w:line="300" w:lineRule="auto"/>
      </w:pPr>
      <w:r>
        <w:rPr>
          <w:rFonts w:ascii="宋体" w:hAnsi="宋体" w:eastAsia="宋体"/>
          <w:b w:val="0"/>
          <w:sz w:val="20"/>
        </w:rPr>
        <w:t>“估大”“估小”要具体情况具体分析，选择合适的估算方法解决问题。</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教科书P18例7，完成教科书P20“做一做”第1题。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设计了用估算解决问题的不同情境，让学生选择合适的解答策略，培养学生的审题能力和数感，增强学生的估算意识，提高学生的计算能力。但对于什么时候“估大”，什么时候“估小”还需要更多的练习，让学生结合具体的问题体验。</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解决问题(2)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解决问题(2)</w:t>
            </w:r>
          </w:p>
        </w:tc>
        <w:tc>
          <w:tcPr>
            <w:tcW w:type="dxa" w:w="6009"/>
          </w:tcPr>
          <w:p>
            <w:pPr>
              <w:spacing w:after="20" w:line="276" w:lineRule="auto"/>
            </w:pPr>
            <w:r/>
            <w:r>
              <w:rPr>
                <w:rFonts w:ascii="宋体" w:hAnsi="宋体" w:eastAsia="宋体"/>
                <w:b w:val="0"/>
                <w:sz w:val="20"/>
              </w:rPr>
              <w:t>第2单元 小数乘法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整数的四则运算，在四年级下册的学习中已经进一步认识了小数，掌握了小数的意义和性质，会进行小数加、减法的运算，具备了学习本单元新知识的基础。教师要重视学生的已有经验，通过利用学生熟悉和常见的十进制计量单位(“元、角、分”等)，让学生了解小数乘法和整数乘法的联系，引导学生用转化的方法，将整数乘法的计算方法和经验迁移到小数乘法中，为学生学习小数乘法和小数乘加、乘减混合运算打下坚实的基础，并让学生发现规律，掌握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教学内容：教科书P19～20例8，完成教科书P20“做一做”第2题。</w:t>
      </w:r>
    </w:p>
    <w:p>
      <w:pPr>
        <w:spacing w:after="80" w:line="300" w:lineRule="auto"/>
        <w:ind w:firstLine="400"/>
      </w:pPr>
      <w:r>
        <w:rPr>
          <w:rFonts w:ascii="宋体" w:hAnsi="宋体" w:eastAsia="宋体"/>
          <w:b w:val="0"/>
          <w:sz w:val="20"/>
        </w:rPr>
        <w:t>教学准备：课件、课前布置学生收集出租车计价信息。</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（1）经历分段计费问题的解决过程，自主探究分段计费问题的数量关系，能运用多种方法正确解答这类实际问题，进一步提升解决问题的能力。</w:t>
      </w:r>
    </w:p>
    <w:p>
      <w:pPr>
        <w:spacing w:after="20" w:line="300" w:lineRule="auto"/>
        <w:ind w:firstLine="400"/>
      </w:pPr>
      <w:r>
        <w:rPr>
          <w:rFonts w:ascii="宋体" w:hAnsi="宋体" w:eastAsia="宋体"/>
          <w:b w:val="0"/>
          <w:sz w:val="20"/>
        </w:rPr>
        <w:t>（2）在解决问题的过程中，学会用摘录条件的方法收集和整理信息，能从不同的角度分析和解决问题。</w:t>
      </w:r>
    </w:p>
    <w:p>
      <w:pPr>
        <w:spacing w:after="20" w:line="300" w:lineRule="auto"/>
        <w:ind w:firstLine="400"/>
      </w:pPr>
      <w:r>
        <w:rPr>
          <w:rFonts w:ascii="宋体" w:hAnsi="宋体" w:eastAsia="宋体"/>
          <w:b w:val="0"/>
          <w:sz w:val="20"/>
        </w:rPr>
        <w:t>（3）通过回顾反思环节，积累解决问题的活动经验，初步体会函数思想。</w:t>
      </w:r>
    </w:p>
    <w:p>
      <w:pPr>
        <w:spacing w:after="20" w:line="300" w:lineRule="auto"/>
      </w:pPr>
      <w:r>
        <w:rPr>
          <w:rFonts w:ascii="宋体" w:hAnsi="宋体" w:eastAsia="宋体"/>
          <w:b w:val="0"/>
          <w:sz w:val="20"/>
        </w:rPr>
        <w:t>教学重点：运用多种方法分析解答分段计费的实际问题。</w:t>
      </w:r>
    </w:p>
    <w:p>
      <w:pPr>
        <w:spacing w:after="20" w:line="300" w:lineRule="auto"/>
      </w:pPr>
      <w:r>
        <w:rPr>
          <w:rFonts w:ascii="宋体" w:hAnsi="宋体" w:eastAsia="宋体"/>
          <w:b w:val="0"/>
          <w:sz w:val="20"/>
        </w:rPr>
        <w:t>教学难点：探究分段计费问题的数量关系，积累解决问题的经验。</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激趣引入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同学们都乘坐过出租车，大家对出租车的计价标准有哪些了解呢？；从同学们的交流中可以看出，不同地区出租车的计价标准是不同的，那么该如何计算实际付费呢？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探究新知识</w:t>
            </w:r>
          </w:p>
        </w:tc>
        <w:tc>
          <w:tcPr>
            <w:tcW w:type="dxa" w:w="1814"/>
          </w:tcPr>
          <w:p>
            <w:pPr>
              <w:spacing w:after="20" w:line="276" w:lineRule="auto"/>
            </w:pPr>
            <w:r/>
            <w:r>
              <w:rPr>
                <w:rFonts w:ascii="宋体" w:hAnsi="宋体" w:eastAsia="宋体"/>
                <w:b w:val="0"/>
                <w:sz w:val="18"/>
              </w:rPr>
              <w:t>课件、教科书P19～20</w:t>
            </w:r>
          </w:p>
        </w:tc>
        <w:tc>
          <w:tcPr>
            <w:tcW w:type="dxa" w:w="3402"/>
          </w:tcPr>
          <w:p>
            <w:pPr>
              <w:spacing w:after="20" w:line="276" w:lineRule="auto"/>
            </w:pPr>
            <w:r/>
            <w:r>
              <w:rPr>
                <w:rFonts w:ascii="宋体" w:hAnsi="宋体" w:eastAsia="宋体"/>
                <w:b w:val="0"/>
                <w:sz w:val="18"/>
              </w:rPr>
              <w:t>你们读取到了哪些数学信息？；“不足1 km，按1 km计算”是什么意思？</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车费＝3 km以内的费用＋超过3 km的费用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如果改变行驶的里程数，大家还能正确计算出车费吗？；观察表格，前面的解答正确吗？</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练习拓展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本节课你有哪些收获呢？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激趣引入</w:t>
            </w:r>
          </w:p>
        </w:tc>
        <w:tc>
          <w:tcPr>
            <w:tcW w:type="dxa" w:w="3061"/>
          </w:tcPr>
          <w:p>
            <w:pPr>
              <w:spacing w:after="20" w:line="276" w:lineRule="auto"/>
            </w:pPr>
            <w:r/>
            <w:r>
              <w:rPr>
                <w:rFonts w:ascii="宋体" w:hAnsi="宋体" w:eastAsia="宋体"/>
                <w:b w:val="0"/>
                <w:sz w:val="18"/>
              </w:rPr>
              <w:t>师：同学们都乘坐过出租车，大家对出租车的计价标准有哪些了解呢？</w:t>
            </w:r>
          </w:p>
          <w:p>
            <w:pPr>
              <w:spacing w:after="20" w:line="276" w:lineRule="auto"/>
            </w:pPr>
            <w:r>
              <w:rPr>
                <w:rFonts w:ascii="宋体" w:hAnsi="宋体" w:eastAsia="宋体"/>
                <w:b w:val="0"/>
                <w:sz w:val="18"/>
              </w:rPr>
              <w:t>师：从同学们的交流中可以看出，不同地区出租车的计价标准是不同的，那么该如何计算实际付费呢？[板书课题：解决问题(2)]</w:t>
            </w:r>
          </w:p>
        </w:tc>
        <w:tc>
          <w:tcPr>
            <w:tcW w:type="dxa" w:w="3061"/>
          </w:tcPr>
          <w:p>
            <w:pPr>
              <w:spacing w:after="20" w:line="276" w:lineRule="auto"/>
            </w:pPr>
            <w:r/>
            <w:r>
              <w:rPr>
                <w:rFonts w:ascii="宋体" w:hAnsi="宋体" w:eastAsia="宋体"/>
                <w:b w:val="0"/>
                <w:sz w:val="18"/>
              </w:rPr>
              <w:t>学生自由交流各自课前调查的情况。</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创设情境激活学生已有经验，自然引出本课学习内容，激发学习兴趣，核心问题："同学们都乘坐过出租车，大家对出租车的计价标准有哪些了解呢？"</w:t>
            </w:r>
          </w:p>
        </w:tc>
      </w:tr>
      <w:tr>
        <w:tc>
          <w:tcPr>
            <w:tcW w:type="dxa" w:w="1474"/>
          </w:tcPr>
          <w:p>
            <w:pPr>
              <w:spacing w:after="20" w:line="276" w:lineRule="auto"/>
            </w:pPr>
            <w:r>
              <w:rPr>
                <w:b/>
              </w:rPr>
            </w:r>
            <w:r>
              <w:rPr>
                <w:rFonts w:ascii="宋体" w:hAnsi="宋体" w:eastAsia="宋体"/>
                <w:b/>
                <w:sz w:val="18"/>
              </w:rPr>
              <w:t>探究新知识</w:t>
            </w:r>
          </w:p>
        </w:tc>
        <w:tc>
          <w:tcPr>
            <w:tcW w:type="dxa" w:w="3061"/>
          </w:tcPr>
          <w:p>
            <w:pPr>
              <w:spacing w:after="20" w:line="276" w:lineRule="auto"/>
            </w:pPr>
            <w:r/>
            <w:r>
              <w:rPr>
                <w:rFonts w:ascii="宋体" w:hAnsi="宋体" w:eastAsia="宋体"/>
                <w:b w:val="0"/>
                <w:sz w:val="18"/>
              </w:rPr>
              <w:t>课件出示教科书P19～20例8。</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师：你们读取到了哪些数学信息？</w:t>
            </w:r>
          </w:p>
          <w:p>
            <w:pPr>
              <w:spacing w:after="20" w:line="276" w:lineRule="auto"/>
            </w:pPr>
            <w:r>
              <w:rPr>
                <w:rFonts w:ascii="宋体" w:hAnsi="宋体" w:eastAsia="宋体"/>
                <w:b w:val="0"/>
                <w:sz w:val="18"/>
              </w:rPr>
              <w:t>师生共同摘录条件。</w:t>
            </w:r>
          </w:p>
          <w:p>
            <w:pPr>
              <w:spacing w:after="20" w:line="276" w:lineRule="auto"/>
            </w:pPr>
            <w:r>
              <w:rPr>
                <w:rFonts w:ascii="宋体" w:hAnsi="宋体" w:eastAsia="宋体"/>
                <w:b w:val="0"/>
                <w:sz w:val="18"/>
              </w:rPr>
              <w:t>教师出示课件。</w:t>
            </w:r>
          </w:p>
          <w:p>
            <w:pPr>
              <w:spacing w:after="20" w:line="276" w:lineRule="auto"/>
            </w:pPr>
            <w:r>
              <w:rPr>
                <w:rFonts w:ascii="宋体" w:hAnsi="宋体" w:eastAsia="宋体"/>
                <w:b w:val="0"/>
                <w:sz w:val="18"/>
              </w:rPr>
              <w:t>师：“不足1 km，按1 km计算”是什么意思？</w:t>
            </w:r>
          </w:p>
          <w:p>
            <w:pPr>
              <w:spacing w:after="20" w:line="276" w:lineRule="auto"/>
            </w:pPr>
            <w:r>
              <w:rPr>
                <w:rFonts w:ascii="宋体" w:hAnsi="宋体" w:eastAsia="宋体"/>
                <w:b w:val="0"/>
                <w:sz w:val="18"/>
              </w:rPr>
              <w:t>师小结：这里的计价标准是分段计费，超过3 km的部分，不足1 km，按1 km计算，也就是按“进一”法取整数。</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师：理解了计价标准，就请大家计算一下李叔叔的车费到底是多少。</w:t>
            </w:r>
          </w:p>
          <w:p>
            <w:pPr>
              <w:spacing w:after="20" w:line="276" w:lineRule="auto"/>
            </w:pPr>
            <w:r>
              <w:rPr>
                <w:rFonts w:ascii="宋体" w:hAnsi="宋体" w:eastAsia="宋体"/>
                <w:b w:val="0"/>
                <w:sz w:val="18"/>
              </w:rPr>
              <w:t>6．3 km要按7 km计算。</w:t>
            </w:r>
          </w:p>
          <w:p>
            <w:pPr>
              <w:spacing w:after="20" w:line="276" w:lineRule="auto"/>
            </w:pPr>
            <w:r>
              <w:rPr>
                <w:rFonts w:ascii="宋体" w:hAnsi="宋体" w:eastAsia="宋体"/>
                <w:b w:val="0"/>
                <w:sz w:val="18"/>
              </w:rPr>
              <w:t>6．3 km</w:t>
            </w:r>
          </w:p>
          <w:p>
            <w:pPr>
              <w:spacing w:after="20" w:line="276" w:lineRule="auto"/>
            </w:pPr>
            <w:r>
              <w:rPr>
                <w:rFonts w:ascii="宋体" w:hAnsi="宋体" w:eastAsia="宋体"/>
                <w:b w:val="0"/>
                <w:sz w:val="18"/>
              </w:rPr>
              <w:t>画线段分析：</w:t>
            </w:r>
          </w:p>
        </w:tc>
        <w:tc>
          <w:tcPr>
            <w:tcW w:type="dxa" w:w="3061"/>
          </w:tcPr>
          <w:p>
            <w:pPr>
              <w:spacing w:after="20" w:line="276" w:lineRule="auto"/>
            </w:pPr>
            <w:r/>
            <w:r>
              <w:rPr>
                <w:rFonts w:ascii="宋体" w:hAnsi="宋体" w:eastAsia="宋体"/>
                <w:b w:val="0"/>
                <w:sz w:val="18"/>
              </w:rPr>
              <w:t>学生读题，教师揭示“分段计费”。</w:t>
            </w:r>
          </w:p>
          <w:p>
            <w:pPr>
              <w:spacing w:after="20" w:line="276" w:lineRule="auto"/>
            </w:pPr>
            <w:r>
              <w:rPr>
                <w:rFonts w:ascii="宋体" w:hAnsi="宋体" w:eastAsia="宋体"/>
                <w:b w:val="0"/>
                <w:sz w:val="18"/>
              </w:rPr>
              <w:t>行驶的里程超过3 km了，要分段计费。</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设计递进式探究活动，引导学生在动手实践与合作交流中经历知识形成过程，突破本课重难点，核心问题："你们读取到了哪些数学信息？"</w:t>
            </w:r>
          </w:p>
        </w:tc>
      </w:tr>
      <w:tr>
        <w:tc>
          <w:tcPr>
            <w:tcW w:type="dxa" w:w="1474"/>
          </w:tcPr>
          <w:p>
            <w:pPr>
              <w:spacing w:after="20" w:line="276" w:lineRule="auto"/>
            </w:pPr>
            <w:r>
              <w:rPr>
                <w:b/>
              </w:rPr>
            </w:r>
            <w:r>
              <w:rPr>
                <w:rFonts w:ascii="宋体" w:hAnsi="宋体" w:eastAsia="宋体"/>
                <w:b/>
                <w:sz w:val="18"/>
              </w:rPr>
              <w:t>车费＝3 km以内的费用＋超过3 km的费用</w:t>
            </w:r>
          </w:p>
        </w:tc>
        <w:tc>
          <w:tcPr>
            <w:tcW w:type="dxa" w:w="3061"/>
          </w:tcPr>
          <w:p>
            <w:pPr>
              <w:spacing w:after="20" w:line="276" w:lineRule="auto"/>
            </w:pPr>
            <w:r/>
            <w:r>
              <w:rPr>
                <w:rFonts w:ascii="宋体" w:hAnsi="宋体" w:eastAsia="宋体"/>
                <w:b w:val="0"/>
                <w:sz w:val="18"/>
              </w:rPr>
              <w:t>列式：8＋1.5×4＝14(元)</w:t>
            </w:r>
          </w:p>
          <w:p>
            <w:pPr>
              <w:spacing w:after="20" w:line="276" w:lineRule="auto"/>
            </w:pPr>
            <w:r>
              <w:rPr>
                <w:rFonts w:ascii="宋体" w:hAnsi="宋体" w:eastAsia="宋体"/>
                <w:b w:val="0"/>
                <w:sz w:val="18"/>
              </w:rPr>
              <w:t>师生交流并板书解法。</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师：如果改变行驶的里程数，大家还能正确计算出车费吗？请学生观察教科书P20上面的表格，并小组交流对话框中的问题。</w:t>
            </w:r>
          </w:p>
          <w:p>
            <w:pPr>
              <w:spacing w:after="20" w:line="276" w:lineRule="auto"/>
            </w:pPr>
            <w:r>
              <w:rPr>
                <w:rFonts w:ascii="宋体" w:hAnsi="宋体" w:eastAsia="宋体"/>
                <w:b w:val="0"/>
                <w:sz w:val="18"/>
              </w:rPr>
              <w:t>师：观察表格，前面的解答正确吗？</w:t>
            </w:r>
          </w:p>
          <w:p>
            <w:pPr>
              <w:spacing w:after="20" w:line="276" w:lineRule="auto"/>
            </w:pPr>
            <w:r>
              <w:rPr>
                <w:rFonts w:ascii="宋体" w:hAnsi="宋体" w:eastAsia="宋体"/>
                <w:b w:val="0"/>
                <w:sz w:val="18"/>
              </w:rPr>
              <w:t>师：大家发现了什么规律呢？</w:t>
            </w:r>
          </w:p>
          <w:p>
            <w:pPr>
              <w:spacing w:after="20" w:line="276" w:lineRule="auto"/>
            </w:pPr>
            <w:r>
              <w:rPr>
                <w:rFonts w:ascii="宋体" w:hAnsi="宋体" w:eastAsia="宋体"/>
                <w:b w:val="0"/>
                <w:sz w:val="18"/>
              </w:rPr>
              <w:t>师：通过刚才的计算，我们发现出租车行驶里程和出租车车费在不断变化，里程越长，费用越多，即一个量变化，另一个量跟着变化，但是计算的方法却是固定不变的，这是我们以后要学习的函数关系。</w:t>
            </w:r>
          </w:p>
        </w:tc>
        <w:tc>
          <w:tcPr>
            <w:tcW w:type="dxa" w:w="3061"/>
          </w:tcPr>
          <w:p>
            <w:pPr>
              <w:spacing w:after="20" w:line="276" w:lineRule="auto"/>
            </w:pPr>
            <w:r/>
            <w:r>
              <w:rPr>
                <w:rFonts w:ascii="宋体" w:hAnsi="宋体" w:eastAsia="宋体"/>
                <w:b w:val="0"/>
                <w:sz w:val="18"/>
              </w:rPr>
              <w:t>通过表格得到7 km需要付车费14元，解答正确。</w:t>
            </w:r>
          </w:p>
          <w:p>
            <w:pPr>
              <w:spacing w:after="20" w:line="276" w:lineRule="auto"/>
            </w:pPr>
            <w:r>
              <w:rPr>
                <w:rFonts w:ascii="宋体" w:hAnsi="宋体" w:eastAsia="宋体"/>
                <w:b w:val="0"/>
                <w:sz w:val="18"/>
              </w:rPr>
              <w:t>学生会说出前3 km的车费都是8元；后面每增加1 km，车费就增加1.5元。</w:t>
            </w:r>
          </w:p>
        </w:tc>
        <w:tc>
          <w:tcPr>
            <w:tcW w:type="dxa" w:w="1814"/>
          </w:tcPr>
          <w:p>
            <w:pPr>
              <w:spacing w:after="20" w:line="276" w:lineRule="auto"/>
            </w:pPr>
            <w:r/>
            <w:r>
              <w:rPr>
                <w:rFonts w:ascii="宋体" w:hAnsi="宋体" w:eastAsia="宋体"/>
                <w:b w:val="0"/>
                <w:sz w:val="18"/>
              </w:rPr>
              <w:t>围绕环节目标组织学习活动，引导学生主动参与、积极思考，核心问题："如果改变行驶的里程数，大家还能正确计算出车费吗？"</w:t>
            </w:r>
          </w:p>
        </w:tc>
      </w:tr>
      <w:tr>
        <w:tc>
          <w:tcPr>
            <w:tcW w:type="dxa" w:w="1474"/>
          </w:tcPr>
          <w:p>
            <w:pPr>
              <w:spacing w:after="20" w:line="276" w:lineRule="auto"/>
            </w:pPr>
            <w:r>
              <w:rPr>
                <w:b/>
              </w:rPr>
            </w:r>
            <w:r>
              <w:rPr>
                <w:rFonts w:ascii="宋体" w:hAnsi="宋体" w:eastAsia="宋体"/>
                <w:b/>
                <w:sz w:val="18"/>
              </w:rPr>
              <w:t>练习拓展</w:t>
            </w:r>
          </w:p>
        </w:tc>
        <w:tc>
          <w:tcPr>
            <w:tcW w:type="dxa" w:w="3061"/>
          </w:tcPr>
          <w:p>
            <w:pPr>
              <w:spacing w:after="20" w:line="276" w:lineRule="auto"/>
            </w:pPr>
            <w:r/>
            <w:r>
              <w:rPr>
                <w:rFonts w:ascii="宋体" w:hAnsi="宋体" w:eastAsia="宋体"/>
                <w:b w:val="0"/>
                <w:sz w:val="18"/>
              </w:rPr>
              <w:t>完成教科书P20“做一做”第2题。</w:t>
            </w:r>
          </w:p>
          <w:p>
            <w:pPr>
              <w:spacing w:after="20" w:line="276" w:lineRule="auto"/>
            </w:pPr>
            <w:r>
              <w:rPr>
                <w:rFonts w:ascii="宋体" w:hAnsi="宋体" w:eastAsia="宋体"/>
                <w:b w:val="0"/>
                <w:sz w:val="18"/>
              </w:rPr>
              <w:t>(1)学生说明题意后独立完成。</w:t>
            </w:r>
          </w:p>
          <w:p>
            <w:pPr>
              <w:spacing w:after="20" w:line="276" w:lineRule="auto"/>
            </w:pPr>
            <w:r>
              <w:rPr>
                <w:rFonts w:ascii="宋体" w:hAnsi="宋体" w:eastAsia="宋体"/>
                <w:b w:val="0"/>
                <w:sz w:val="18"/>
              </w:rPr>
              <w:t>(2)指名学生板演，全班展示交流。</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师：本节课你有哪些收获呢？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本节课的学习不仅要引导学生理解每个条件所表示的意思，更重要的是引导学生初步体会车费随着路程的变化而变化，初步体验函数思想。</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解决问题(2)</w:t>
      </w:r>
    </w:p>
    <w:p>
      <w:pPr>
        <w:spacing w:after="40" w:line="300" w:lineRule="auto"/>
      </w:pPr>
      <w:r>
        <w:rPr>
          <w:rFonts w:ascii="宋体" w:hAnsi="宋体" w:eastAsia="宋体"/>
          <w:b w:val="0"/>
          <w:sz w:val="20"/>
        </w:rPr>
        <w:t>行驶的里程超过3 km了，要分段计费。</w:t>
      </w:r>
    </w:p>
    <w:p>
      <w:pPr>
        <w:spacing w:after="40" w:line="300" w:lineRule="auto"/>
      </w:pPr>
      <w:r>
        <w:rPr>
          <w:rFonts w:ascii="宋体" w:hAnsi="宋体" w:eastAsia="宋体"/>
          <w:b w:val="0"/>
          <w:sz w:val="20"/>
        </w:rPr>
        <w:t>6．3 km要按7 km计算。</w:t>
      </w:r>
    </w:p>
    <w:p>
      <w:pPr>
        <w:spacing w:after="40" w:line="300" w:lineRule="auto"/>
      </w:pPr>
      <w:r>
        <w:rPr>
          <w:rFonts w:ascii="宋体" w:hAnsi="宋体" w:eastAsia="宋体"/>
          <w:b w:val="0"/>
          <w:sz w:val="20"/>
        </w:rPr>
        <w:t>6．3 km</w:t>
      </w:r>
    </w:p>
    <w:p>
      <w:pPr>
        <w:spacing w:after="40" w:line="300" w:lineRule="auto"/>
      </w:pPr>
      <w:r>
        <w:rPr>
          <w:rFonts w:ascii="宋体" w:hAnsi="宋体" w:eastAsia="宋体"/>
          <w:b w:val="0"/>
          <w:sz w:val="20"/>
        </w:rPr>
        <w:t>画线段图分析：</w:t>
      </w:r>
    </w:p>
    <w:p>
      <w:pPr>
        <w:spacing w:after="40" w:line="300" w:lineRule="auto"/>
      </w:pPr>
      <w:r>
        <w:rPr>
          <w:rFonts w:ascii="宋体" w:hAnsi="宋体" w:eastAsia="宋体"/>
          <w:b w:val="0"/>
          <w:sz w:val="20"/>
        </w:rPr>
        <w:t>车费＝3 km以内的费用＋超过3 km的费用</w:t>
      </w:r>
    </w:p>
    <w:p>
      <w:pPr>
        <w:spacing w:after="40" w:line="300" w:lineRule="auto"/>
      </w:pPr>
      <w:r>
        <w:rPr>
          <w:rFonts w:ascii="宋体" w:hAnsi="宋体" w:eastAsia="宋体"/>
          <w:b w:val="0"/>
          <w:sz w:val="20"/>
        </w:rPr>
        <w:t>列式：8＋1.5×4＝14(元)</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教科书P19～20例8，完成教科书P20“做一做”第2题。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【原教学设计反思（供参考）】教学时先让学生理解“不足1 km，按1 km计算”，让学生举例时，如果开始学生一直举0.1 km等不超过1 km的例子，说明学生可能只关注这句话的表面含义了，教师要及时引导学生举出如3.2 km的例子进行解释(0.2 km不足1 km，按1 km计算，再加3 km就是4 km)。教学时要加强预设，以学定教才能取得更好的教学效果。</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整理和复习(练习四)</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整理和复习(练习四)</w:t>
            </w:r>
          </w:p>
        </w:tc>
        <w:tc>
          <w:tcPr>
            <w:tcW w:type="dxa" w:w="6009"/>
          </w:tcPr>
          <w:p>
            <w:pPr>
              <w:spacing w:after="20" w:line="276" w:lineRule="auto"/>
            </w:pPr>
            <w:r/>
            <w:r>
              <w:rPr>
                <w:rFonts w:ascii="宋体" w:hAnsi="宋体" w:eastAsia="宋体"/>
                <w:b w:val="0"/>
                <w:sz w:val="20"/>
              </w:rPr>
              <w:t>第2单元 小数乘法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习了整数的四则运算，在四年级下册的学习中已经进一步认识了小数，掌握了小数的意义和性质，会进行小数加、减法的运算，具备了学习本单元新知识的基础。教师要重视学生的已有经验，通过利用学生熟悉和常见的十进制计量单位(“元、角、分”等)，让学生了解小数乘法和整数乘法的联系，引导学生用转化的方法，将整数乘法的计算方法和经验迁移到小数乘法中，为学生学习小数乘法和小数乘加、乘减混合运算打下坚实的基础，并让学生发现规律，掌握算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教学内容：教科书P21“整理和复习”，完成教科书P22～23“练习四”。</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（1）引导学生整理本单元的知识和方法，形成“知识结构图”，构建知识间的联系。</w:t>
      </w:r>
    </w:p>
    <w:p>
      <w:pPr>
        <w:spacing w:after="20" w:line="300" w:lineRule="auto"/>
        <w:ind w:firstLine="400"/>
      </w:pPr>
      <w:r>
        <w:rPr>
          <w:rFonts w:ascii="宋体" w:hAnsi="宋体" w:eastAsia="宋体"/>
          <w:b w:val="0"/>
          <w:sz w:val="20"/>
        </w:rPr>
        <w:t>（2）进一步理解和掌握小数乘法的意义和计算方法，能够正确、简便、灵活地计算小数乘法及其混合运算。</w:t>
      </w:r>
    </w:p>
    <w:p>
      <w:pPr>
        <w:spacing w:after="20" w:line="300" w:lineRule="auto"/>
        <w:ind w:firstLine="400"/>
      </w:pPr>
      <w:r>
        <w:rPr>
          <w:rFonts w:ascii="宋体" w:hAnsi="宋体" w:eastAsia="宋体"/>
          <w:b w:val="0"/>
          <w:sz w:val="20"/>
        </w:rPr>
        <w:t>（3）能运用小数乘法解决简单的实际问题，培养学生良好的审题、解题习惯。</w:t>
      </w:r>
    </w:p>
    <w:p>
      <w:pPr>
        <w:spacing w:after="20" w:line="300" w:lineRule="auto"/>
      </w:pPr>
      <w:r>
        <w:rPr>
          <w:rFonts w:ascii="宋体" w:hAnsi="宋体" w:eastAsia="宋体"/>
          <w:b w:val="0"/>
          <w:sz w:val="20"/>
        </w:rPr>
        <w:t>教学重点：帮助学生巩固简便计算的方法，提高学生解决问题的能力。</w:t>
      </w:r>
    </w:p>
    <w:p>
      <w:pPr>
        <w:spacing w:after="20" w:line="300" w:lineRule="auto"/>
      </w:pPr>
      <w:r>
        <w:rPr>
          <w:rFonts w:ascii="宋体" w:hAnsi="宋体" w:eastAsia="宋体"/>
          <w:b w:val="0"/>
          <w:sz w:val="20"/>
        </w:rPr>
        <w:t>教学难点：利用所学知识解决实际问题。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回顾与整理，构建知识体系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二、指导练习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同学们，仔细阅读这几道题，你们发现了什么？</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拓展练习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乘数十分位上的数字不知道，怎么知道计算可能的结果？</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这节课我们练习了哪些内容？你有什么收获？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回顾与整理，构建知识体系</w:t>
            </w:r>
          </w:p>
        </w:tc>
        <w:tc>
          <w:tcPr>
            <w:tcW w:type="dxa" w:w="3061"/>
          </w:tcPr>
          <w:p>
            <w:pPr>
              <w:spacing w:after="20" w:line="276" w:lineRule="auto"/>
            </w:pPr>
            <w:r/>
            <w:r>
              <w:rPr>
                <w:rFonts w:ascii="宋体" w:hAnsi="宋体" w:eastAsia="宋体"/>
                <w:b w:val="0"/>
                <w:sz w:val="18"/>
              </w:rPr>
              <w:t>1.教师组织学生用自己的方式自主整理出本单元的“知识结构图”。</w:t>
            </w:r>
          </w:p>
          <w:p>
            <w:pPr>
              <w:spacing w:after="20" w:line="276" w:lineRule="auto"/>
            </w:pPr>
            <w:r>
              <w:rPr>
                <w:rFonts w:ascii="宋体" w:hAnsi="宋体" w:eastAsia="宋体"/>
                <w:b w:val="0"/>
                <w:sz w:val="18"/>
              </w:rPr>
              <w:t>师：这个单元我们学习了小数乘法，试着用“知识结构图”呈现本单元的学习内容。[板书课题：整理和复习(练习四)]</w:t>
            </w:r>
          </w:p>
          <w:p>
            <w:pPr>
              <w:spacing w:after="20" w:line="276" w:lineRule="auto"/>
            </w:pPr>
            <w:r>
              <w:rPr>
                <w:rFonts w:ascii="宋体" w:hAnsi="宋体" w:eastAsia="宋体"/>
                <w:b w:val="0"/>
                <w:sz w:val="18"/>
              </w:rPr>
              <w:t>3．结合交流，教师板书本单元的“知识结构图”。</w:t>
            </w:r>
          </w:p>
        </w:tc>
        <w:tc>
          <w:tcPr>
            <w:tcW w:type="dxa" w:w="3061"/>
          </w:tcPr>
          <w:p>
            <w:pPr>
              <w:spacing w:after="20" w:line="276" w:lineRule="auto"/>
            </w:pPr>
            <w:r/>
            <w:r>
              <w:rPr>
                <w:rFonts w:ascii="宋体" w:hAnsi="宋体" w:eastAsia="宋体"/>
                <w:b w:val="0"/>
                <w:sz w:val="18"/>
              </w:rPr>
              <w:t>2．全班展示交流。</w:t>
            </w:r>
          </w:p>
          <w:p>
            <w:pPr>
              <w:spacing w:after="20" w:line="276" w:lineRule="auto"/>
            </w:pPr>
            <w:r>
              <w:rPr>
                <w:rFonts w:ascii="宋体" w:hAnsi="宋体" w:eastAsia="宋体"/>
                <w:b w:val="0"/>
                <w:sz w:val="18"/>
              </w:rPr>
              <w:t>4．学生根据同学们的交流完善自己画的“知识结构图”。</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二、指导练习</w:t>
            </w:r>
          </w:p>
        </w:tc>
        <w:tc>
          <w:tcPr>
            <w:tcW w:type="dxa" w:w="3061"/>
          </w:tcPr>
          <w:p>
            <w:pPr>
              <w:spacing w:after="20" w:line="276" w:lineRule="auto"/>
            </w:pPr>
            <w:r/>
            <w:r>
              <w:rPr>
                <w:rFonts w:ascii="宋体" w:hAnsi="宋体" w:eastAsia="宋体"/>
                <w:b w:val="0"/>
                <w:sz w:val="18"/>
              </w:rPr>
              <w:t>1.完成教科书P22“练习四”第1题。</w:t>
            </w:r>
          </w:p>
          <w:p>
            <w:pPr>
              <w:spacing w:after="20" w:line="276" w:lineRule="auto"/>
            </w:pPr>
            <w:r>
              <w:rPr>
                <w:rFonts w:ascii="宋体" w:hAnsi="宋体" w:eastAsia="宋体"/>
                <w:b w:val="0"/>
                <w:sz w:val="18"/>
              </w:rPr>
              <w:t>2．完成教科书P22“练习四”第2、5题。</w:t>
            </w:r>
          </w:p>
          <w:p>
            <w:pPr>
              <w:spacing w:after="20" w:line="276" w:lineRule="auto"/>
            </w:pPr>
            <w:r>
              <w:rPr>
                <w:rFonts w:ascii="宋体" w:hAnsi="宋体" w:eastAsia="宋体"/>
                <w:b w:val="0"/>
                <w:sz w:val="18"/>
              </w:rPr>
              <w:t>师：同学们，仔细阅读这几道题，你们发现了什么？</w:t>
            </w:r>
          </w:p>
        </w:tc>
        <w:tc>
          <w:tcPr>
            <w:tcW w:type="dxa" w:w="3061"/>
          </w:tcPr>
          <w:p>
            <w:pPr>
              <w:spacing w:after="20" w:line="276" w:lineRule="auto"/>
            </w:pPr>
            <w:r/>
            <w:r>
              <w:rPr>
                <w:rFonts w:ascii="宋体" w:hAnsi="宋体" w:eastAsia="宋体"/>
                <w:b w:val="0"/>
                <w:sz w:val="18"/>
              </w:rPr>
              <w:t>学生独立完成，指名学生板演，集体订正。</w:t>
            </w:r>
          </w:p>
          <w:p>
            <w:pPr>
              <w:spacing w:after="20" w:line="276" w:lineRule="auto"/>
            </w:pPr>
            <w:r>
              <w:rPr>
                <w:rFonts w:ascii="宋体" w:hAnsi="宋体" w:eastAsia="宋体"/>
                <w:b w:val="0"/>
                <w:sz w:val="18"/>
              </w:rPr>
              <w:t>学生独立解答，指名学生板演，集中交流，厘清解题思路。</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通过有层次的练习及时反馈学情，巩固新知，培养学生灵活运用知识解决问题的能力，核心问题："同学们，仔细阅读这几道题，你们发现了什么？"</w:t>
            </w:r>
          </w:p>
        </w:tc>
      </w:tr>
      <w:tr>
        <w:tc>
          <w:tcPr>
            <w:tcW w:type="dxa" w:w="1474"/>
          </w:tcPr>
          <w:p>
            <w:pPr>
              <w:spacing w:after="20" w:line="276" w:lineRule="auto"/>
            </w:pPr>
            <w:r>
              <w:rPr>
                <w:b/>
              </w:rPr>
            </w:r>
            <w:r>
              <w:rPr>
                <w:rFonts w:ascii="宋体" w:hAnsi="宋体" w:eastAsia="宋体"/>
                <w:b/>
                <w:sz w:val="18"/>
              </w:rPr>
              <w:t>拓展练习</w:t>
            </w:r>
          </w:p>
        </w:tc>
        <w:tc>
          <w:tcPr>
            <w:tcW w:type="dxa" w:w="3061"/>
          </w:tcPr>
          <w:p>
            <w:pPr>
              <w:spacing w:after="20" w:line="276" w:lineRule="auto"/>
            </w:pPr>
            <w:r/>
            <w:r>
              <w:rPr>
                <w:rFonts w:ascii="宋体" w:hAnsi="宋体" w:eastAsia="宋体"/>
                <w:b w:val="0"/>
                <w:sz w:val="18"/>
              </w:rPr>
              <w:t>1.完成教科书P22“练习四”第3题。</w:t>
            </w:r>
          </w:p>
          <w:p>
            <w:pPr>
              <w:spacing w:after="20" w:line="276" w:lineRule="auto"/>
            </w:pPr>
            <w:r>
              <w:rPr>
                <w:rFonts w:ascii="宋体" w:hAnsi="宋体" w:eastAsia="宋体"/>
                <w:b w:val="0"/>
                <w:sz w:val="18"/>
              </w:rPr>
              <w:t>(1)学生说明题意后独立完成。</w:t>
            </w:r>
          </w:p>
          <w:p>
            <w:pPr>
              <w:spacing w:after="20" w:line="276" w:lineRule="auto"/>
            </w:pPr>
            <w:r>
              <w:rPr>
                <w:rFonts w:ascii="宋体" w:hAnsi="宋体" w:eastAsia="宋体"/>
                <w:b w:val="0"/>
                <w:sz w:val="18"/>
              </w:rPr>
              <w:t>(2)指名学生板演，全班展示交流。</w:t>
            </w:r>
          </w:p>
          <w:p>
            <w:pPr>
              <w:spacing w:after="20" w:line="276" w:lineRule="auto"/>
            </w:pPr>
            <w:r>
              <w:rPr>
                <w:rFonts w:ascii="宋体" w:hAnsi="宋体" w:eastAsia="宋体"/>
                <w:b w:val="0"/>
                <w:sz w:val="18"/>
              </w:rPr>
              <w:t>2．完成教科书P22“练习四”第4题。</w:t>
            </w:r>
          </w:p>
          <w:p>
            <w:pPr>
              <w:spacing w:after="20" w:line="276" w:lineRule="auto"/>
            </w:pPr>
            <w:r>
              <w:rPr>
                <w:rFonts w:ascii="宋体" w:hAnsi="宋体" w:eastAsia="宋体"/>
                <w:b w:val="0"/>
                <w:sz w:val="18"/>
              </w:rPr>
              <w:t>3．完成教科书P23“练习四”第7题。</w:t>
            </w:r>
          </w:p>
          <w:p>
            <w:pPr>
              <w:spacing w:after="20" w:line="276" w:lineRule="auto"/>
            </w:pPr>
            <w:r>
              <w:rPr>
                <w:rFonts w:ascii="宋体" w:hAnsi="宋体" w:eastAsia="宋体"/>
                <w:b w:val="0"/>
                <w:sz w:val="18"/>
              </w:rPr>
              <w:t>4．完成教科书P23“练习四”第8题。</w:t>
            </w:r>
          </w:p>
          <w:p>
            <w:pPr>
              <w:spacing w:after="20" w:line="276" w:lineRule="auto"/>
            </w:pPr>
            <w:r>
              <w:rPr>
                <w:rFonts w:ascii="宋体" w:hAnsi="宋体" w:eastAsia="宋体"/>
                <w:b w:val="0"/>
                <w:sz w:val="18"/>
              </w:rPr>
              <w:t>(1)课件呈现问题。</w:t>
            </w:r>
          </w:p>
          <w:p>
            <w:pPr>
              <w:spacing w:after="20" w:line="276" w:lineRule="auto"/>
            </w:pPr>
            <w:r>
              <w:rPr>
                <w:rFonts w:ascii="宋体" w:hAnsi="宋体" w:eastAsia="宋体"/>
                <w:b w:val="0"/>
                <w:sz w:val="18"/>
              </w:rPr>
              <w:t>(2)探究这个问题的解答方法。</w:t>
            </w:r>
          </w:p>
          <w:p>
            <w:pPr>
              <w:spacing w:after="20" w:line="276" w:lineRule="auto"/>
            </w:pPr>
            <w:r>
              <w:rPr>
                <w:rFonts w:ascii="宋体" w:hAnsi="宋体" w:eastAsia="宋体"/>
                <w:b w:val="0"/>
                <w:sz w:val="18"/>
              </w:rPr>
              <w:t>师：乘数十分位上的数字不知道，怎么知道计算可能的结果？</w:t>
            </w:r>
          </w:p>
          <w:p>
            <w:pPr>
              <w:spacing w:after="20" w:line="276" w:lineRule="auto"/>
            </w:pPr>
            <w:r>
              <w:rPr>
                <w:rFonts w:ascii="宋体" w:hAnsi="宋体" w:eastAsia="宋体"/>
                <w:b w:val="0"/>
                <w:sz w:val="18"/>
              </w:rPr>
              <w:t>引导学生分析，掌握这类题的解答方法：(1)用积的末尾数字排除选项；(2)用估算的方法排除选项；(3)根据方框中数字的范围确定积的范围。</w:t>
            </w:r>
          </w:p>
          <w:p>
            <w:pPr>
              <w:spacing w:after="20" w:line="276" w:lineRule="auto"/>
            </w:pPr>
            <w:r>
              <w:rPr>
                <w:rFonts w:ascii="宋体" w:hAnsi="宋体" w:eastAsia="宋体"/>
                <w:b w:val="0"/>
                <w:sz w:val="18"/>
              </w:rPr>
              <w:t>5．完成教科书P23“练习四”第9题。</w:t>
            </w:r>
          </w:p>
          <w:p>
            <w:pPr>
              <w:spacing w:after="20" w:line="276" w:lineRule="auto"/>
            </w:pPr>
            <w:r>
              <w:rPr>
                <w:rFonts w:ascii="宋体" w:hAnsi="宋体" w:eastAsia="宋体"/>
                <w:b w:val="0"/>
                <w:sz w:val="18"/>
              </w:rPr>
              <w:t>(1)学生用自己的方式整理信息，引导用表格整理。</w:t>
            </w:r>
          </w:p>
          <w:p>
            <w:pPr>
              <w:spacing w:after="20" w:line="276" w:lineRule="auto"/>
            </w:pPr>
            <w:r>
              <w:rPr>
                <w:rFonts w:ascii="宋体" w:hAnsi="宋体" w:eastAsia="宋体"/>
                <w:b w:val="0"/>
                <w:sz w:val="18"/>
              </w:rPr>
              <w:t>(2)学生根据问题选择合适的信息解答，明确分段计费的范围与解题方法。</w:t>
            </w:r>
          </w:p>
        </w:tc>
        <w:tc>
          <w:tcPr>
            <w:tcW w:type="dxa" w:w="3061"/>
          </w:tcPr>
          <w:p>
            <w:pPr>
              <w:spacing w:after="20" w:line="276" w:lineRule="auto"/>
            </w:pPr>
            <w:r/>
            <w:r>
              <w:rPr>
                <w:rFonts w:ascii="宋体" w:hAnsi="宋体" w:eastAsia="宋体"/>
                <w:b w:val="0"/>
                <w:sz w:val="18"/>
              </w:rPr>
              <w:t>学生自主完成，全班交流订正。</w:t>
            </w:r>
          </w:p>
          <w:p>
            <w:pPr>
              <w:spacing w:after="20" w:line="276" w:lineRule="auto"/>
            </w:pPr>
            <w:r>
              <w:rPr>
                <w:rFonts w:ascii="宋体" w:hAnsi="宋体" w:eastAsia="宋体"/>
                <w:b w:val="0"/>
                <w:sz w:val="18"/>
              </w:rPr>
              <w:t>学生尝试解答，集体交流订正。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通过有层次的练习及时反馈学情，巩固新知，培养学生灵活运用知识解决问题的能力，核心问题："乘数十分位上的数字不知道，怎么知道计算可能的结果？"</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师：这节课我们练习了哪些内容？你有什么收获？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通过“知识结构图”，沟通知识间的联系，形成知识体系；通过分层练习，检查判断学生本单元的学习目标落实的情况，进行纠偏、纠错，进一步深化理解。</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教科书P21“整理和复习”，完成教科书P22～23“练习四”。</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注重了“两化”。一是让练习层次化，学生经历了一次又一次的挑战，不同层次的学生都有获得成功的机会和体验。二是让练习生活化，分析数量关系，运用计算解决实际问题。另外，课末留出一定时间，让学生回顾全单元的知识点并进行总结，尝试整理形成成长小档案，有助于学生形成良好的认知结构，为后续学习打下坚实的基础。</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