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人教版五年级数学上册</w:t>
      </w:r>
    </w:p>
    <w:p>
      <w:pPr>
        <w:spacing w:after="80" w:line="300" w:lineRule="auto"/>
        <w:jc w:val="center"/>
      </w:pPr>
      <w:r>
        <w:rPr>
          <w:rFonts w:ascii="黑体" w:hAnsi="黑体" w:eastAsia="黑体"/>
          <w:b/>
          <w:sz w:val="26"/>
        </w:rPr>
        <w:t>第3单元 小数除法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第3单元 小数除法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7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的主要内容有：除数是整数的小数除法，循环小数，一个数除以小数和解决问题。通过这些内容的学习，让学生掌握小数除法的计算方法，结合“除不尽”初步认识循环小数，能根据实际情况合理运用“进一”法和“去尾”法解决一些实际问题。其中重点是掌握小数除法的计算方法，难点是如何正确灵活地计算小数除法。</w:t>
      </w:r>
    </w:p>
    <w:p>
      <w:pPr>
        <w:spacing w:after="80" w:line="300" w:lineRule="auto"/>
        <w:ind w:firstLine="400"/>
      </w:pPr>
      <w:r>
        <w:rPr>
          <w:rFonts w:ascii="宋体" w:hAnsi="宋体" w:eastAsia="宋体"/>
          <w:b w:val="0"/>
          <w:sz w:val="20"/>
        </w:rPr>
        <w:t>教科书结合具体情境，充分利用学生的生活经验和已有知识，引导学生自主探索小数除法的计算方法，同时也十分关注算法探究经验的积累，让学生逐步体会“将没有学过的知识转化为已经学过的知识”的思想，重视计算方法的概括，给出计算法则的结语，并且呈现解决问题的一般过程，循“认知序”定“教学序”，展现教学的基本脉络与思路，实现认知过程与教学过程的有机统一。</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前面的学习中，已经掌握了整数除法的计算方法和商的变化规律，为学习小数除法的计算方法奠定了知识基础。由于除数是小数的除法要通过商不变的规律转化成除数是整数的小数除法来计算，所以小数除以整数是学习小数除法计算的基础，一定要让学生弄清算理以便切实掌握。教学用小数除法解决简单的实际问题时，如果学生在分析数量关系时有困难，教师应给予必要的提示，鼓励学生多向思维，体会解决问题策略的多样化。</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数感：结合具体的除法计算，认识循环小数，建立循环小数的概念。</w:t>
      </w:r>
    </w:p>
    <w:p>
      <w:pPr>
        <w:spacing w:after="40" w:line="300" w:lineRule="auto"/>
        <w:ind w:firstLine="400"/>
      </w:pPr>
      <w:r>
        <w:rPr>
          <w:rFonts w:ascii="宋体" w:hAnsi="宋体" w:eastAsia="宋体"/>
          <w:b w:val="0"/>
          <w:sz w:val="20"/>
        </w:rPr>
        <w:t>运算能力：掌握小数除法的算理，会进行小数除法的计算。</w:t>
      </w:r>
    </w:p>
    <w:p>
      <w:pPr>
        <w:spacing w:after="40" w:line="300" w:lineRule="auto"/>
        <w:ind w:firstLine="400"/>
      </w:pPr>
      <w:r>
        <w:rPr>
          <w:rFonts w:ascii="宋体" w:hAnsi="宋体" w:eastAsia="宋体"/>
          <w:b w:val="0"/>
          <w:sz w:val="20"/>
        </w:rPr>
        <w:t>应用意识：会根据小数除法的意义及数量关系解决与小数除法相关的实际问题，并能根据问题的需要选择“四舍五入”法、“进一”法或“去尾”法取近似值解决问题。</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第1课时：掌握小数除以整数的计算方法，联系小数的意义帮助学生理解算理，会运用小数除以整数解决实际问题。</w:t>
      </w:r>
    </w:p>
    <w:p>
      <w:pPr>
        <w:spacing w:after="20" w:line="300" w:lineRule="auto"/>
        <w:ind w:firstLine="400"/>
      </w:pPr>
      <w:r>
        <w:rPr>
          <w:rFonts w:ascii="宋体" w:hAnsi="宋体" w:eastAsia="宋体"/>
          <w:b w:val="0"/>
          <w:sz w:val="20"/>
        </w:rPr>
        <w:t>第2课时：经历计算的分析、推理过程，理解除数是整数的小数除法的算理。</w:t>
      </w:r>
    </w:p>
    <w:p>
      <w:pPr>
        <w:spacing w:after="20" w:line="300" w:lineRule="auto"/>
        <w:ind w:firstLine="400"/>
      </w:pPr>
      <w:r>
        <w:rPr>
          <w:rFonts w:ascii="宋体" w:hAnsi="宋体" w:eastAsia="宋体"/>
          <w:b w:val="0"/>
          <w:sz w:val="20"/>
        </w:rPr>
        <w:t>第3课时：结合小数除法的计算，理解循环小数、有限小数、无限小数和循环节的意义，能用简便记法表示循环小数。</w:t>
      </w:r>
    </w:p>
    <w:p>
      <w:pPr>
        <w:spacing w:after="20" w:line="300" w:lineRule="auto"/>
        <w:ind w:firstLine="400"/>
      </w:pPr>
      <w:r>
        <w:rPr>
          <w:rFonts w:ascii="宋体" w:hAnsi="宋体" w:eastAsia="宋体"/>
          <w:b w:val="0"/>
          <w:sz w:val="20"/>
        </w:rPr>
        <w:t>第4课时：理解除数是小数的除法的算理，掌握除数是小数的除法的计算方法，能正确计算除数是小数的除法。</w:t>
      </w:r>
    </w:p>
    <w:p>
      <w:pPr>
        <w:spacing w:after="20" w:line="300" w:lineRule="auto"/>
        <w:ind w:firstLine="400"/>
      </w:pPr>
      <w:r>
        <w:rPr>
          <w:rFonts w:ascii="宋体" w:hAnsi="宋体" w:eastAsia="宋体"/>
          <w:b w:val="0"/>
          <w:sz w:val="20"/>
        </w:rPr>
        <w:t>第5课时：理解被除数的小数位数比除数的小数位数少时的计算算理，掌握计算方法。</w:t>
      </w:r>
    </w:p>
    <w:p>
      <w:pPr>
        <w:spacing w:after="20" w:line="300" w:lineRule="auto"/>
        <w:ind w:firstLine="400"/>
      </w:pPr>
      <w:r>
        <w:rPr>
          <w:rFonts w:ascii="宋体" w:hAnsi="宋体" w:eastAsia="宋体"/>
          <w:b w:val="0"/>
          <w:sz w:val="20"/>
        </w:rPr>
        <w:t>第6课时：在具体情境中探索结合实际情况用“进一”法和“去尾”法取商的近似值。</w:t>
      </w:r>
    </w:p>
    <w:p>
      <w:pPr>
        <w:spacing w:after="20" w:line="300" w:lineRule="auto"/>
        <w:ind w:firstLine="400"/>
      </w:pPr>
      <w:r>
        <w:rPr>
          <w:rFonts w:ascii="宋体" w:hAnsi="宋体" w:eastAsia="宋体"/>
          <w:b w:val="0"/>
          <w:sz w:val="20"/>
        </w:rPr>
        <w:t>第7课时：整理本单元的知识点，巩固对所学内容的理解和记忆，提高计算能力，进一步体会转化法在问题解决过程中的应用。</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抓住新旧知识之间的联系，为小数除法的学习架设认知桥梁。本单元内容与旧知识联系十分紧密，小数除法的试商方法、除的步骤和整数除法基本相同，不同的只是小数点的处理问题，因此要引导学生运用整数除法的有关知识探究算理，理解算法。</w:t>
      </w:r>
    </w:p>
    <w:p>
      <w:pPr>
        <w:spacing w:after="20" w:line="300" w:lineRule="auto"/>
      </w:pPr>
      <w:r>
        <w:rPr>
          <w:rFonts w:ascii="宋体" w:hAnsi="宋体" w:eastAsia="宋体"/>
          <w:b w:val="0"/>
          <w:sz w:val="20"/>
        </w:rPr>
        <w:t>● 联系数的含义进行算理指导，帮助学生掌握小数除法的计算方法。小数除法的重点是突出小数点的处理问题，在确定商的小数点的位置时要引导学生联系数的含义理解。</w:t>
      </w:r>
    </w:p>
    <w:p>
      <w:pPr>
        <w:spacing w:after="20" w:line="300" w:lineRule="auto"/>
      </w:pPr>
      <w:r>
        <w:rPr>
          <w:rFonts w:ascii="宋体" w:hAnsi="宋体" w:eastAsia="宋体"/>
          <w:b w:val="0"/>
          <w:sz w:val="20"/>
        </w:rPr>
        <w:t>● 以计算教学为媒介，提高解决实际问题的能力。学生会运用“四舍五入”法取小数的近似值，但“四舍五入”法可能无法解决问题，需要用到“进一”法或“去尾”法，结合具体的实际问题，引导学生体会并掌握解决求商的近似值的多种方法。</w:t>
      </w:r>
    </w:p>
    <w:p>
      <w:pPr>
        <w:spacing w:after="20" w:line="300" w:lineRule="auto"/>
      </w:pPr>
      <w:r>
        <w:rPr>
          <w:rFonts w:ascii="宋体" w:hAnsi="宋体" w:eastAsia="宋体"/>
          <w:b w:val="0"/>
          <w:sz w:val="20"/>
        </w:rPr>
        <w:t>推理意识：根据整数除法的试商方法和计算步骤推理出小数除法的计算方法，结合数的意义推理出商的小数点的确定方法。</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除数是整数的小数除法(1)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掌握小数除以整数的计算方法，联系小数的意义帮助学生理解算理，会运用小数除以整数解决实际问题。</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除数是整数的小数除法（2）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经历计算的分析、推理过程，理解除数是整数的小数除法的算理。</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循环小数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结合小数除法的计算，理解循环小数、有限小数、无限小数和循环节的意义，能用简便记法表示循环小数。</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一个数除以小数（1）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理解除数是小数的除法的算理，掌握除数是小数的除法的计算方法，能正确计算除数是小数的除法。</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一个数除以小数（2）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理解被除数的小数位数比除数的小数位数少时的计算算理，掌握计算方法。</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在具体情境中探索结合实际情况用“进一”法和“去尾”法取商的近似值。</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整理和复习（练习七）</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整理本单元的知识点，巩固对所学内容的理解和记忆，提高计算能力，进一步体会转化法在问题解决过程中的应用。</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除数是整数的小数除法(1)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除数是整数的小数除法(1)</w:t>
            </w:r>
          </w:p>
        </w:tc>
        <w:tc>
          <w:tcPr>
            <w:tcW w:type="dxa" w:w="6009"/>
          </w:tcPr>
          <w:p>
            <w:pPr>
              <w:spacing w:after="20" w:line="276" w:lineRule="auto"/>
            </w:pPr>
            <w:r/>
            <w:r>
              <w:rPr>
                <w:rFonts w:ascii="宋体" w:hAnsi="宋体" w:eastAsia="宋体"/>
                <w:b w:val="0"/>
                <w:sz w:val="20"/>
              </w:rPr>
              <w:t>第3单元 小数除法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的学习中，已经掌握了整数除法的计算方法和商的变化规律，为学习小数除法的计算方法奠定了知识基础。由于除数是小数的除法要通过商不变的规律转化成除数是整数的小数除法来计算，所以小数除以整数是学习小数除法计算的基础，一定要让学生弄清算理以便切实掌握。教学用小数除法解决简单的实际问题时，如果学生在分析数量关系时有困难，教师应给予必要的提示，鼓励学生多向思维，体会解决问题策略的多样化。</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教学内容：教科书P24例1，完成教科书P25上面“做一做”。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（1）掌握小数除以整数的计算方法，联系小数的意义帮助学生理解算理，会运用小数除以整数解决实际问题。</w:t>
      </w:r>
    </w:p>
    <w:p>
      <w:pPr>
        <w:spacing w:after="20" w:line="300" w:lineRule="auto"/>
        <w:ind w:firstLine="400"/>
      </w:pPr>
      <w:r>
        <w:rPr>
          <w:rFonts w:ascii="宋体" w:hAnsi="宋体" w:eastAsia="宋体"/>
          <w:b w:val="0"/>
          <w:sz w:val="20"/>
        </w:rPr>
        <w:t>（2）经历小数除以整数的计算过程，体验迁移与推理的学习方法。</w:t>
      </w:r>
    </w:p>
    <w:p>
      <w:pPr>
        <w:spacing w:after="20" w:line="300" w:lineRule="auto"/>
      </w:pPr>
      <w:r>
        <w:rPr>
          <w:rFonts w:ascii="宋体" w:hAnsi="宋体" w:eastAsia="宋体"/>
          <w:b w:val="0"/>
          <w:sz w:val="20"/>
        </w:rPr>
        <w:t>教学重点：理解并掌握小数除以整数的计算方法。</w:t>
      </w:r>
    </w:p>
    <w:p>
      <w:pPr>
        <w:spacing w:after="20" w:line="300" w:lineRule="auto"/>
      </w:pPr>
      <w:r>
        <w:rPr>
          <w:rFonts w:ascii="宋体" w:hAnsi="宋体" w:eastAsia="宋体"/>
          <w:b w:val="0"/>
          <w:sz w:val="20"/>
        </w:rPr>
        <w:t>教学难点：理解算理。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探究整数相除有余数的计算方法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大家从题中获得了哪些信息？应该怎样列式？</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【学情预设】22÷4＝5(元)……2(元)</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那算式末尾的余数2也要平均分，应该怎么办？；想一想，除到被除数的最后一位时为什么还可以添上0继续除？添0继续除以后，为什么要在商的两个5之间点上小数点？</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探究小数除以整数的计算方法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刚才我们计算过22÷4，它与22.4÷4比较，这两个算式有什么相同和不同的地方？；这个“24”表示什么呢？</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巩固提升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计算前，分析一下每组上下两个算式有什么相同点和不同点？</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同学们，今天的数学课你们学习了什么知识？有哪些收获呢？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探究整数相除有余数的计算方法</w:t>
            </w:r>
          </w:p>
        </w:tc>
        <w:tc>
          <w:tcPr>
            <w:tcW w:type="dxa" w:w="3061"/>
          </w:tcPr>
          <w:p>
            <w:pPr>
              <w:spacing w:after="20" w:line="276" w:lineRule="auto"/>
            </w:pPr>
            <w:r/>
            <w:r>
              <w:rPr>
                <w:rFonts w:ascii="宋体" w:hAnsi="宋体" w:eastAsia="宋体"/>
                <w:b w:val="0"/>
                <w:sz w:val="18"/>
              </w:rPr>
              <w:t>课件出示教科书P24例1第(1)题。</w:t>
            </w:r>
          </w:p>
          <w:p>
            <w:pPr>
              <w:spacing w:after="20" w:line="276" w:lineRule="auto"/>
            </w:pPr>
            <w:r>
              <w:rPr>
                <w:rFonts w:ascii="宋体" w:hAnsi="宋体" w:eastAsia="宋体"/>
                <w:b w:val="0"/>
                <w:sz w:val="18"/>
              </w:rPr>
              <w:t>1．读题分析题意，列出算式。</w:t>
            </w:r>
          </w:p>
          <w:p>
            <w:pPr>
              <w:spacing w:after="20" w:line="276" w:lineRule="auto"/>
            </w:pPr>
            <w:r>
              <w:rPr>
                <w:rFonts w:ascii="宋体" w:hAnsi="宋体" w:eastAsia="宋体"/>
                <w:b w:val="0"/>
                <w:sz w:val="18"/>
              </w:rPr>
              <w:t>师：大家从题中获得了哪些信息？应该怎样列式？</w:t>
            </w:r>
          </w:p>
          <w:p>
            <w:pPr>
              <w:spacing w:after="20" w:line="276" w:lineRule="auto"/>
            </w:pPr>
            <w:r>
              <w:rPr>
                <w:rFonts w:ascii="宋体" w:hAnsi="宋体" w:eastAsia="宋体"/>
                <w:b w:val="0"/>
                <w:sz w:val="18"/>
              </w:rPr>
              <w:t>引导学生提取信息，并根据学生回答板书：22÷4。</w:t>
            </w:r>
          </w:p>
          <w:p>
            <w:pPr>
              <w:spacing w:after="20" w:line="276" w:lineRule="auto"/>
            </w:pPr>
            <w:r>
              <w:rPr>
                <w:rFonts w:ascii="宋体" w:hAnsi="宋体" w:eastAsia="宋体"/>
                <w:b w:val="0"/>
                <w:sz w:val="18"/>
              </w:rPr>
              <w:t>2．尝试计算，探究整数相除有余数的计算方法。</w:t>
            </w:r>
          </w:p>
          <w:p>
            <w:pPr>
              <w:spacing w:after="20" w:line="276" w:lineRule="auto"/>
            </w:pPr>
            <w:r>
              <w:rPr>
                <w:rFonts w:ascii="宋体" w:hAnsi="宋体" w:eastAsia="宋体"/>
                <w:b w:val="0"/>
                <w:sz w:val="18"/>
              </w:rPr>
              <w:t>师：列竖式计算22÷4。</w:t>
            </w:r>
          </w:p>
        </w:tc>
        <w:tc>
          <w:tcPr>
            <w:tcW w:type="dxa" w:w="3061"/>
          </w:tcPr>
          <w:p>
            <w:pPr>
              <w:spacing w:after="20" w:line="276" w:lineRule="auto"/>
            </w:pPr>
            <w:r/>
            <w:r>
              <w:rPr>
                <w:rFonts w:ascii="宋体" w:hAnsi="宋体" w:eastAsia="宋体"/>
                <w:b w:val="0"/>
                <w:sz w:val="18"/>
              </w:rPr>
              <w:t>学生尝试用竖式计算，指名学生板演，全班交流。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设计递进式探究活动，引导学生在动手实践与合作交流中经历知识形成过程，突破本课重难点，核心问题："大家从题中获得了哪些信息？应该怎样列式？"</w:t>
            </w:r>
          </w:p>
        </w:tc>
      </w:tr>
      <w:tr>
        <w:tc>
          <w:tcPr>
            <w:tcW w:type="dxa" w:w="1474"/>
          </w:tcPr>
          <w:p>
            <w:pPr>
              <w:spacing w:after="20" w:line="276" w:lineRule="auto"/>
            </w:pPr>
            <w:r>
              <w:rPr>
                <w:b/>
              </w:rPr>
            </w:r>
            <w:r>
              <w:rPr>
                <w:rFonts w:ascii="宋体" w:hAnsi="宋体" w:eastAsia="宋体"/>
                <w:b/>
                <w:sz w:val="18"/>
              </w:rPr>
              <w:t>【学情预设】22÷4＝5(元)……2(元)</w:t>
            </w:r>
          </w:p>
        </w:tc>
        <w:tc>
          <w:tcPr>
            <w:tcW w:type="dxa" w:w="3061"/>
          </w:tcPr>
          <w:p>
            <w:pPr>
              <w:spacing w:after="20" w:line="276" w:lineRule="auto"/>
            </w:pPr>
            <w:r/>
            <w:r>
              <w:rPr>
                <w:rFonts w:ascii="宋体" w:hAnsi="宋体" w:eastAsia="宋体"/>
                <w:b w:val="0"/>
                <w:sz w:val="18"/>
              </w:rPr>
              <w:t>师：那算式末尾的余数2也要平均分，应该怎么办？这就是我们今天要学习的内容。[板书课题：除数是整数的小数除法(1)]</w:t>
            </w:r>
          </w:p>
          <w:p>
            <w:pPr>
              <w:spacing w:after="20" w:line="276" w:lineRule="auto"/>
            </w:pPr>
            <w:r>
              <w:rPr>
                <w:rFonts w:ascii="宋体" w:hAnsi="宋体" w:eastAsia="宋体"/>
                <w:b w:val="0"/>
                <w:sz w:val="18"/>
              </w:rPr>
              <w:t>教师根据学生回答，适时板书。</w:t>
            </w:r>
          </w:p>
          <w:p>
            <w:pPr>
              <w:spacing w:after="20" w:line="276" w:lineRule="auto"/>
            </w:pPr>
            <w:r>
              <w:rPr>
                <w:rFonts w:ascii="宋体" w:hAnsi="宋体" w:eastAsia="宋体"/>
                <w:b w:val="0"/>
                <w:sz w:val="18"/>
              </w:rPr>
              <w:t>师：想一想，除到被除数的最后一位时为什么还可以添上0继续除？添0继续除以后，为什么要在商的两个5之间点上小数点？</w:t>
            </w:r>
          </w:p>
          <w:p>
            <w:pPr>
              <w:spacing w:after="20" w:line="276" w:lineRule="auto"/>
            </w:pPr>
            <w:r>
              <w:rPr>
                <w:rFonts w:ascii="宋体" w:hAnsi="宋体" w:eastAsia="宋体"/>
                <w:b w:val="0"/>
                <w:sz w:val="18"/>
              </w:rPr>
              <w:t>引导学生明白：余数2添0后表示20角，所以商的前一个“5”表示5元，后一个“5”表示5角，55角就是5.5元；余数2添0后表示20个十分之一，除以4后的5表示5个十分之一，所以商的两个5之间要点上小数点。</w:t>
            </w:r>
          </w:p>
          <w:p>
            <w:pPr>
              <w:spacing w:after="20" w:line="276" w:lineRule="auto"/>
            </w:pPr>
            <w:r>
              <w:rPr>
                <w:rFonts w:ascii="宋体" w:hAnsi="宋体" w:eastAsia="宋体"/>
                <w:b w:val="0"/>
                <w:sz w:val="18"/>
              </w:rPr>
              <w:t>3．师生小结。</w:t>
            </w:r>
          </w:p>
          <w:p>
            <w:pPr>
              <w:spacing w:after="20" w:line="276" w:lineRule="auto"/>
            </w:pPr>
            <w:r>
              <w:rPr>
                <w:rFonts w:ascii="宋体" w:hAnsi="宋体" w:eastAsia="宋体"/>
                <w:b w:val="0"/>
                <w:sz w:val="18"/>
              </w:rPr>
              <w:t>在整数竖式除法中，如果有余数，可以将余数添0继续除，得到小数商，对齐被除数的个位后点上小数点。</w:t>
            </w:r>
          </w:p>
        </w:tc>
        <w:tc>
          <w:tcPr>
            <w:tcW w:type="dxa" w:w="3061"/>
          </w:tcPr>
          <w:p>
            <w:pPr>
              <w:spacing w:after="20" w:line="276" w:lineRule="auto"/>
            </w:pPr>
            <w:r/>
            <w:r>
              <w:rPr>
                <w:rFonts w:ascii="宋体" w:hAnsi="宋体" w:eastAsia="宋体"/>
                <w:b w:val="0"/>
                <w:sz w:val="18"/>
              </w:rPr>
              <w:t>预设1：将2元变成20角。</w:t>
            </w:r>
          </w:p>
          <w:p>
            <w:pPr>
              <w:spacing w:after="20" w:line="276" w:lineRule="auto"/>
            </w:pPr>
            <w:r>
              <w:rPr>
                <w:rFonts w:ascii="宋体" w:hAnsi="宋体" w:eastAsia="宋体"/>
                <w:b w:val="0"/>
                <w:sz w:val="18"/>
              </w:rPr>
              <w:t>预设2：可以在被除数的末尾添上0，22元就变成了220角。</w:t>
            </w:r>
          </w:p>
          <w:p>
            <w:pPr>
              <w:spacing w:after="20" w:line="276" w:lineRule="auto"/>
            </w:pPr>
            <w:r>
              <w:rPr>
                <w:rFonts w:ascii="宋体" w:hAnsi="宋体" w:eastAsia="宋体"/>
                <w:b w:val="0"/>
                <w:sz w:val="18"/>
              </w:rPr>
              <w:t>预设3：根据小数的基本性质，将22变成22.0，小数的大小不变。</w:t>
            </w:r>
          </w:p>
        </w:tc>
        <w:tc>
          <w:tcPr>
            <w:tcW w:type="dxa" w:w="1814"/>
          </w:tcPr>
          <w:p>
            <w:pPr>
              <w:spacing w:after="20" w:line="276" w:lineRule="auto"/>
            </w:pPr>
            <w:r/>
            <w:r>
              <w:rPr>
                <w:rFonts w:ascii="宋体" w:hAnsi="宋体" w:eastAsia="宋体"/>
                <w:b w:val="0"/>
                <w:sz w:val="18"/>
              </w:rPr>
              <w:t>围绕环节目标组织学习活动，引导学生主动参与、积极思考，核心问题："那算式末尾的余数2也要平均分，应该怎么办？"</w:t>
            </w:r>
          </w:p>
        </w:tc>
      </w:tr>
      <w:tr>
        <w:tc>
          <w:tcPr>
            <w:tcW w:type="dxa" w:w="1474"/>
          </w:tcPr>
          <w:p>
            <w:pPr>
              <w:spacing w:after="20" w:line="276" w:lineRule="auto"/>
            </w:pPr>
            <w:r>
              <w:rPr>
                <w:b/>
              </w:rPr>
            </w:r>
            <w:r>
              <w:rPr>
                <w:rFonts w:ascii="宋体" w:hAnsi="宋体" w:eastAsia="宋体"/>
                <w:b/>
                <w:sz w:val="18"/>
              </w:rPr>
              <w:t>探究小数除以整数的计算方法</w:t>
            </w:r>
          </w:p>
        </w:tc>
        <w:tc>
          <w:tcPr>
            <w:tcW w:type="dxa" w:w="3061"/>
          </w:tcPr>
          <w:p>
            <w:pPr>
              <w:spacing w:after="20" w:line="276" w:lineRule="auto"/>
            </w:pPr>
            <w:r/>
            <w:r>
              <w:rPr>
                <w:rFonts w:ascii="宋体" w:hAnsi="宋体" w:eastAsia="宋体"/>
                <w:b w:val="0"/>
                <w:sz w:val="18"/>
              </w:rPr>
              <w:t>1.课件出示教科书P24例1第(2)题。</w:t>
            </w:r>
          </w:p>
          <w:p>
            <w:pPr>
              <w:spacing w:after="20" w:line="276" w:lineRule="auto"/>
            </w:pPr>
            <w:r>
              <w:rPr>
                <w:rFonts w:ascii="宋体" w:hAnsi="宋体" w:eastAsia="宋体"/>
                <w:b w:val="0"/>
                <w:sz w:val="18"/>
              </w:rPr>
              <w:t>教师引导学生根据数量关系列出算式：22.4÷4。</w:t>
            </w:r>
          </w:p>
          <w:p>
            <w:pPr>
              <w:spacing w:after="20" w:line="276" w:lineRule="auto"/>
            </w:pPr>
            <w:r>
              <w:rPr>
                <w:rFonts w:ascii="宋体" w:hAnsi="宋体" w:eastAsia="宋体"/>
                <w:b w:val="0"/>
                <w:sz w:val="18"/>
              </w:rPr>
              <w:t>师：刚才我们计算过22÷4，它与22.4÷4比较，这两个算式有什么相同和不同的地方？</w:t>
            </w:r>
          </w:p>
          <w:p>
            <w:pPr>
              <w:spacing w:after="20" w:line="276" w:lineRule="auto"/>
            </w:pPr>
            <w:r>
              <w:rPr>
                <w:rFonts w:ascii="宋体" w:hAnsi="宋体" w:eastAsia="宋体"/>
                <w:b w:val="0"/>
                <w:sz w:val="18"/>
              </w:rPr>
              <w:t>2．探究算法。</w:t>
            </w:r>
          </w:p>
          <w:p>
            <w:pPr>
              <w:spacing w:after="20" w:line="276" w:lineRule="auto"/>
            </w:pPr>
            <w:r>
              <w:rPr>
                <w:rFonts w:ascii="宋体" w:hAnsi="宋体" w:eastAsia="宋体"/>
                <w:b w:val="0"/>
                <w:sz w:val="18"/>
              </w:rPr>
              <w:t>(1)学生尝试独立计算，教师巡视。</w:t>
            </w:r>
          </w:p>
          <w:p>
            <w:pPr>
              <w:spacing w:after="20" w:line="276" w:lineRule="auto"/>
            </w:pPr>
            <w:r>
              <w:rPr>
                <w:rFonts w:ascii="宋体" w:hAnsi="宋体" w:eastAsia="宋体"/>
                <w:b w:val="0"/>
                <w:sz w:val="18"/>
              </w:rPr>
              <w:t>(2)汇报交流展示计算方法。</w:t>
            </w:r>
          </w:p>
          <w:p>
            <w:pPr>
              <w:spacing w:after="20" w:line="276" w:lineRule="auto"/>
            </w:pPr>
            <w:r>
              <w:rPr>
                <w:rFonts w:ascii="宋体" w:hAnsi="宋体" w:eastAsia="宋体"/>
                <w:b w:val="0"/>
                <w:sz w:val="18"/>
              </w:rPr>
              <w:t>教师根据学生的回答板书。</w:t>
            </w:r>
          </w:p>
          <w:p>
            <w:pPr>
              <w:spacing w:after="20" w:line="276" w:lineRule="auto"/>
            </w:pPr>
            <w:r>
              <w:rPr>
                <w:rFonts w:ascii="宋体" w:hAnsi="宋体" w:eastAsia="宋体"/>
                <w:b w:val="0"/>
                <w:sz w:val="18"/>
              </w:rPr>
              <w:t>师：通过商不变的规律，或者通过单位换算把这道题变成了整数除法，想法很好，但是过程却比较麻烦，而且如果没有单位转换的话就不能这样做。</w:t>
            </w:r>
          </w:p>
          <w:p>
            <w:pPr>
              <w:spacing w:after="20" w:line="276" w:lineRule="auto"/>
            </w:pPr>
            <w:r>
              <w:rPr>
                <w:rFonts w:ascii="宋体" w:hAnsi="宋体" w:eastAsia="宋体"/>
                <w:b w:val="0"/>
                <w:sz w:val="18"/>
              </w:rPr>
              <w:t>(3)分步探讨，理解竖式算理。</w:t>
            </w:r>
          </w:p>
          <w:p>
            <w:pPr>
              <w:spacing w:after="20" w:line="276" w:lineRule="auto"/>
            </w:pPr>
            <w:r>
              <w:rPr>
                <w:rFonts w:ascii="宋体" w:hAnsi="宋体" w:eastAsia="宋体"/>
                <w:b w:val="0"/>
                <w:sz w:val="18"/>
              </w:rPr>
              <w:t>师：根据同学们前面例1列竖式的计算方法，我们也可以列竖式计算22.4÷4。</w:t>
            </w:r>
          </w:p>
          <w:p>
            <w:pPr>
              <w:spacing w:after="20" w:line="276" w:lineRule="auto"/>
            </w:pPr>
            <w:r>
              <w:rPr>
                <w:rFonts w:ascii="宋体" w:hAnsi="宋体" w:eastAsia="宋体"/>
                <w:b w:val="0"/>
                <w:sz w:val="18"/>
              </w:rPr>
              <w:t>师：这个“24”表示什么呢？</w:t>
            </w:r>
          </w:p>
          <w:p>
            <w:pPr>
              <w:spacing w:after="20" w:line="276" w:lineRule="auto"/>
            </w:pPr>
            <w:r>
              <w:rPr>
                <w:rFonts w:ascii="宋体" w:hAnsi="宋体" w:eastAsia="宋体"/>
                <w:b w:val="0"/>
                <w:sz w:val="18"/>
              </w:rPr>
              <w:t>师：用24个十分之一除以4，每份是多少？怎样在商的上面表示6个十分之一？</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(4)观察对比，归纳计算方法。</w:t>
            </w:r>
          </w:p>
          <w:p>
            <w:pPr>
              <w:spacing w:after="20" w:line="276" w:lineRule="auto"/>
            </w:pPr>
            <w:r>
              <w:rPr>
                <w:rFonts w:ascii="宋体" w:hAnsi="宋体" w:eastAsia="宋体"/>
                <w:b w:val="0"/>
                <w:sz w:val="18"/>
              </w:rPr>
              <w:t>引导学生比较“22.4÷4”和“22÷4”的竖式计算。发现哪些地方相同？哪些地方不同？</w:t>
            </w:r>
          </w:p>
          <w:p>
            <w:pPr>
              <w:spacing w:after="20" w:line="276" w:lineRule="auto"/>
            </w:pPr>
            <w:r>
              <w:rPr>
                <w:rFonts w:ascii="宋体" w:hAnsi="宋体" w:eastAsia="宋体"/>
                <w:b w:val="0"/>
                <w:sz w:val="18"/>
              </w:rPr>
              <w:t>师生交流后，归纳出：①按照整数除法的方法去除；②商的小数点要和被除数的小数点对齐(整数可以看成小数部分为0的小数)。</w:t>
            </w:r>
          </w:p>
        </w:tc>
        <w:tc>
          <w:tcPr>
            <w:tcW w:type="dxa" w:w="3061"/>
          </w:tcPr>
          <w:p>
            <w:pPr>
              <w:spacing w:after="20" w:line="276" w:lineRule="auto"/>
            </w:pPr>
            <w:r/>
            <w:r>
              <w:rPr>
                <w:rFonts w:ascii="宋体" w:hAnsi="宋体" w:eastAsia="宋体"/>
                <w:b w:val="0"/>
                <w:sz w:val="18"/>
              </w:rPr>
              <w:t>两个算式都是除法，但一个被除数是小数，一个被除数是整数。</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设计递进式探究活动，引导学生在动手实践与合作交流中经历知识形成过程，突破本课重难点，核心问题："刚才我们计算过22÷4，它与22.4÷4比较，这两个算式有什么相同和不同的地方？"</w:t>
            </w:r>
          </w:p>
        </w:tc>
      </w:tr>
      <w:tr>
        <w:tc>
          <w:tcPr>
            <w:tcW w:type="dxa" w:w="1474"/>
          </w:tcPr>
          <w:p>
            <w:pPr>
              <w:spacing w:after="20" w:line="276" w:lineRule="auto"/>
            </w:pPr>
            <w:r>
              <w:rPr>
                <w:b/>
              </w:rPr>
            </w:r>
            <w:r>
              <w:rPr>
                <w:rFonts w:ascii="宋体" w:hAnsi="宋体" w:eastAsia="宋体"/>
                <w:b/>
                <w:sz w:val="18"/>
              </w:rPr>
              <w:t>巩固提升</w:t>
            </w:r>
          </w:p>
        </w:tc>
        <w:tc>
          <w:tcPr>
            <w:tcW w:type="dxa" w:w="3061"/>
          </w:tcPr>
          <w:p>
            <w:pPr>
              <w:spacing w:after="20" w:line="276" w:lineRule="auto"/>
            </w:pPr>
            <w:r/>
            <w:r>
              <w:rPr>
                <w:rFonts w:ascii="宋体" w:hAnsi="宋体" w:eastAsia="宋体"/>
                <w:b w:val="0"/>
                <w:sz w:val="18"/>
              </w:rPr>
              <w:t>1.完成教科书P25上面“做一做”第1题。</w:t>
            </w:r>
          </w:p>
          <w:p>
            <w:pPr>
              <w:spacing w:after="20" w:line="276" w:lineRule="auto"/>
            </w:pPr>
            <w:r>
              <w:rPr>
                <w:rFonts w:ascii="宋体" w:hAnsi="宋体" w:eastAsia="宋体"/>
                <w:b w:val="0"/>
                <w:sz w:val="18"/>
              </w:rPr>
              <w:t>师：计算前，分析一下每组上下两个算式有什么相同点和不同点？</w:t>
            </w:r>
          </w:p>
          <w:p>
            <w:pPr>
              <w:spacing w:after="20" w:line="276" w:lineRule="auto"/>
            </w:pPr>
            <w:r>
              <w:rPr>
                <w:rFonts w:ascii="宋体" w:hAnsi="宋体" w:eastAsia="宋体"/>
                <w:b w:val="0"/>
                <w:sz w:val="18"/>
              </w:rPr>
              <w:t>2．完成教科书P25上面“做一做”第2题。</w:t>
            </w:r>
          </w:p>
        </w:tc>
        <w:tc>
          <w:tcPr>
            <w:tcW w:type="dxa" w:w="3061"/>
          </w:tcPr>
          <w:p>
            <w:pPr>
              <w:spacing w:after="20" w:line="276" w:lineRule="auto"/>
            </w:pPr>
            <w:r/>
            <w:r>
              <w:rPr>
                <w:rFonts w:ascii="宋体" w:hAnsi="宋体" w:eastAsia="宋体"/>
                <w:b w:val="0"/>
                <w:sz w:val="18"/>
              </w:rPr>
              <w:t>学生独立完成后，全班交流。</w:t>
            </w:r>
          </w:p>
          <w:p>
            <w:pPr>
              <w:spacing w:after="20" w:line="276" w:lineRule="auto"/>
            </w:pPr>
            <w:r>
              <w:rPr>
                <w:rFonts w:ascii="宋体" w:hAnsi="宋体" w:eastAsia="宋体"/>
                <w:b w:val="0"/>
                <w:sz w:val="18"/>
              </w:rPr>
              <w:t>学生独立完成后小组交流。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通过有层次的练习及时反馈学情，巩固新知，培养学生灵活运用知识解决问题的能力，核心问题："计算前，分析一下每组上下两个算式有什么相同点和不同点？"</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师：同学们，今天的数学课你们学习了什么知识？有哪些收获呢？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通过具体情境，引导学生结合已有知识经验进行探究，沟通整数除法与小数除法的联系。学生在不断尝试的过程中，感悟小数除法的价值，理解商的小数点要和被除数的小数点对齐的算理。</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除数是整数的小数除法(1)</w:t>
      </w:r>
    </w:p>
    <w:p>
      <w:pPr>
        <w:spacing w:after="40" w:line="300" w:lineRule="auto"/>
      </w:pPr>
      <w:r>
        <w:rPr>
          <w:rFonts w:ascii="宋体" w:hAnsi="宋体" w:eastAsia="宋体"/>
          <w:b w:val="0"/>
          <w:sz w:val="20"/>
        </w:rPr>
        <w:t>22÷4＝5.5(元)</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教科书P24例1，完成教科书P25上面“做一做”。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例1第（1）题的教学用时比较长，在此环节中先放手让学生自主探索计算方法，再引导学生用已有的知识和经验去解释计算过程，并结合数的含义来理解整数如何转化成小数，商的小数点要和被除数的小数点对齐的道理。</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除数是整数的小数除法（2）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除数是整数的小数除法（2）</w:t>
            </w:r>
          </w:p>
        </w:tc>
        <w:tc>
          <w:tcPr>
            <w:tcW w:type="dxa" w:w="6009"/>
          </w:tcPr>
          <w:p>
            <w:pPr>
              <w:spacing w:after="20" w:line="276" w:lineRule="auto"/>
            </w:pPr>
            <w:r/>
            <w:r>
              <w:rPr>
                <w:rFonts w:ascii="宋体" w:hAnsi="宋体" w:eastAsia="宋体"/>
                <w:b w:val="0"/>
                <w:sz w:val="20"/>
              </w:rPr>
              <w:t>第3单元 小数除法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的学习中，已经掌握了整数除法的计算方法和商的变化规律，为学习小数除法的计算方法奠定了知识基础。由于除数是小数的除法要通过商不变的规律转化成除数是整数的小数除法来计算，所以小数除以整数是学习小数除法计算的基础，一定要让学生弄清算理以便切实掌握。教学用小数除法解决简单的实际问题时，如果学生在分析数量关系时有困难，教师应给予必要的提示，鼓励学生多向思维，体会解决问题策略的多样化。</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教学内容：教科书P25例2，完成教科书P25～26“做一做”。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（1）经历计算的分析、推理过程，理解除数是整数的小数除法的算理。</w:t>
      </w:r>
    </w:p>
    <w:p>
      <w:pPr>
        <w:spacing w:after="20" w:line="300" w:lineRule="auto"/>
        <w:ind w:firstLine="400"/>
      </w:pPr>
      <w:r>
        <w:rPr>
          <w:rFonts w:ascii="宋体" w:hAnsi="宋体" w:eastAsia="宋体"/>
          <w:b w:val="0"/>
          <w:sz w:val="20"/>
        </w:rPr>
        <w:t>（2）进一步掌握除数是整数的小数除法的计算方法，能正确、熟练地进行除数是整数的小数除法的计算。</w:t>
      </w:r>
    </w:p>
    <w:p>
      <w:pPr>
        <w:spacing w:after="20" w:line="300" w:lineRule="auto"/>
        <w:ind w:firstLine="400"/>
      </w:pPr>
      <w:r>
        <w:rPr>
          <w:rFonts w:ascii="宋体" w:hAnsi="宋体" w:eastAsia="宋体"/>
          <w:b w:val="0"/>
          <w:sz w:val="20"/>
        </w:rPr>
        <w:t>（3）通过将整数除法的验算知识迁移到除数是整数的小数除法的验算，养成及时检验的好习惯。</w:t>
      </w:r>
    </w:p>
    <w:p>
      <w:pPr>
        <w:spacing w:after="20" w:line="300" w:lineRule="auto"/>
      </w:pPr>
      <w:r>
        <w:rPr>
          <w:rFonts w:ascii="宋体" w:hAnsi="宋体" w:eastAsia="宋体"/>
          <w:b w:val="0"/>
          <w:sz w:val="20"/>
        </w:rPr>
        <w:t>教学重点：“整数部分不够商1”的小数除法。</w:t>
      </w:r>
    </w:p>
    <w:p>
      <w:pPr>
        <w:spacing w:after="20" w:line="300" w:lineRule="auto"/>
      </w:pPr>
      <w:r>
        <w:rPr>
          <w:rFonts w:ascii="宋体" w:hAnsi="宋体" w:eastAsia="宋体"/>
          <w:b w:val="0"/>
          <w:sz w:val="20"/>
        </w:rPr>
        <w:t>教学难点：理解“整数部分不够商1”的小数除法的算理。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二、探究新知识</w:t>
            </w:r>
          </w:p>
        </w:tc>
        <w:tc>
          <w:tcPr>
            <w:tcW w:type="dxa" w:w="1814"/>
          </w:tcPr>
          <w:p>
            <w:pPr>
              <w:spacing w:after="20" w:line="276" w:lineRule="auto"/>
            </w:pPr>
            <w:r/>
            <w:r>
              <w:rPr>
                <w:rFonts w:ascii="宋体" w:hAnsi="宋体" w:eastAsia="宋体"/>
                <w:b w:val="0"/>
                <w:sz w:val="18"/>
              </w:rPr>
              <w:t>课件、教科书、草稿本</w:t>
            </w:r>
          </w:p>
        </w:tc>
        <w:tc>
          <w:tcPr>
            <w:tcW w:type="dxa" w:w="3402"/>
          </w:tcPr>
          <w:p>
            <w:pPr>
              <w:spacing w:after="20" w:line="276" w:lineRule="auto"/>
            </w:pPr>
            <w:r/>
            <w:r>
              <w:rPr>
                <w:rFonts w:ascii="宋体" w:hAnsi="宋体" w:eastAsia="宋体"/>
                <w:b w:val="0"/>
                <w:sz w:val="18"/>
              </w:rPr>
              <w:t>大家在计算过程中遇到了什么问题？是怎样解决的？；为什么要商0？</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三、巩固提升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这节课我们学习了“除数是整数的小数除法”，在计算时要注意什么？</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（2）集体订正后揭示课题。</w:t>
            </w:r>
          </w:p>
          <w:p>
            <w:pPr>
              <w:spacing w:after="20" w:line="276" w:lineRule="auto"/>
            </w:pPr>
            <w:r>
              <w:rPr>
                <w:rFonts w:ascii="宋体" w:hAnsi="宋体" w:eastAsia="宋体"/>
                <w:b w:val="0"/>
                <w:sz w:val="18"/>
              </w:rPr>
              <w:t>师：这节课我们继续学习除数是整数的小数除法。[板书课题：除数是整数的小数除法（2）]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二、探究新知识</w:t>
            </w:r>
          </w:p>
        </w:tc>
        <w:tc>
          <w:tcPr>
            <w:tcW w:type="dxa" w:w="3061"/>
          </w:tcPr>
          <w:p>
            <w:pPr>
              <w:spacing w:after="20" w:line="276" w:lineRule="auto"/>
            </w:pPr>
            <w:r/>
            <w:r>
              <w:rPr>
                <w:rFonts w:ascii="宋体" w:hAnsi="宋体" w:eastAsia="宋体"/>
                <w:b w:val="0"/>
                <w:sz w:val="18"/>
              </w:rPr>
              <w:t>1.探究整数部分不够商1的小数除法。</w:t>
            </w:r>
          </w:p>
          <w:p>
            <w:pPr>
              <w:spacing w:after="20" w:line="276" w:lineRule="auto"/>
            </w:pPr>
            <w:r>
              <w:rPr>
                <w:rFonts w:ascii="宋体" w:hAnsi="宋体" w:eastAsia="宋体"/>
                <w:b w:val="0"/>
                <w:sz w:val="18"/>
              </w:rPr>
              <w:t>课件出示教科书P25例2。</w:t>
            </w:r>
          </w:p>
          <w:p>
            <w:pPr>
              <w:spacing w:after="20" w:line="276" w:lineRule="auto"/>
            </w:pPr>
            <w:r>
              <w:rPr>
                <w:rFonts w:ascii="宋体" w:hAnsi="宋体" w:eastAsia="宋体"/>
                <w:b w:val="0"/>
                <w:sz w:val="18"/>
              </w:rPr>
              <w:t>师：大家在计算过程中遇到了什么问题？是怎样解决的？</w:t>
            </w:r>
          </w:p>
          <w:p>
            <w:pPr>
              <w:spacing w:after="20" w:line="276" w:lineRule="auto"/>
            </w:pPr>
            <w:r>
              <w:rPr>
                <w:rFonts w:ascii="宋体" w:hAnsi="宋体" w:eastAsia="宋体"/>
                <w:b w:val="0"/>
                <w:sz w:val="18"/>
              </w:rPr>
              <w:t>师：为什么要商0？</w:t>
            </w:r>
          </w:p>
          <w:p>
            <w:pPr>
              <w:spacing w:after="20" w:line="276" w:lineRule="auto"/>
            </w:pPr>
            <w:r>
              <w:rPr>
                <w:rFonts w:ascii="宋体" w:hAnsi="宋体" w:eastAsia="宋体"/>
                <w:b w:val="0"/>
                <w:sz w:val="18"/>
              </w:rPr>
              <w:t>师小结：被除数的整数部分比除数小，不够商1，就应该在被除数的个位上面，也就是商的个位上写0占位。</w:t>
            </w:r>
          </w:p>
          <w:p>
            <w:pPr>
              <w:spacing w:after="20" w:line="276" w:lineRule="auto"/>
            </w:pPr>
            <w:r>
              <w:rPr>
                <w:rFonts w:ascii="宋体" w:hAnsi="宋体" w:eastAsia="宋体"/>
                <w:b w:val="0"/>
                <w:sz w:val="18"/>
              </w:rPr>
              <w:t>师：现在把被除数的整数部分和十分位上的数合起来，可以看作多少？再除以7够不够除？商应该写在哪里？</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2.探究小数除法的验算方法。</w:t>
            </w:r>
          </w:p>
          <w:p>
            <w:pPr>
              <w:spacing w:after="20" w:line="276" w:lineRule="auto"/>
            </w:pPr>
            <w:r>
              <w:rPr>
                <w:rFonts w:ascii="宋体" w:hAnsi="宋体" w:eastAsia="宋体"/>
                <w:b w:val="0"/>
                <w:sz w:val="18"/>
              </w:rPr>
              <w:t>师：要检验计算结果是否正确，应该怎么办？</w:t>
            </w:r>
          </w:p>
          <w:p>
            <w:pPr>
              <w:spacing w:after="20" w:line="276" w:lineRule="auto"/>
            </w:pPr>
            <w:r>
              <w:rPr>
                <w:rFonts w:ascii="宋体" w:hAnsi="宋体" w:eastAsia="宋体"/>
                <w:b w:val="0"/>
                <w:sz w:val="18"/>
              </w:rPr>
              <w:t>教师引导学生总结并板书：计算小数除法时，可以用商和除数相乘的方法进行验算。</w:t>
            </w:r>
          </w:p>
          <w:p>
            <w:pPr>
              <w:spacing w:after="20" w:line="276" w:lineRule="auto"/>
            </w:pPr>
            <w:r>
              <w:rPr>
                <w:rFonts w:ascii="宋体" w:hAnsi="宋体" w:eastAsia="宋体"/>
                <w:b w:val="0"/>
                <w:sz w:val="18"/>
              </w:rPr>
              <w:t>教师鼓励学生自主完成教科书P25“做一做”第1题第一排的题。</w:t>
            </w:r>
          </w:p>
          <w:p>
            <w:pPr>
              <w:spacing w:after="20" w:line="276" w:lineRule="auto"/>
            </w:pPr>
            <w:r>
              <w:rPr>
                <w:rFonts w:ascii="宋体" w:hAnsi="宋体" w:eastAsia="宋体"/>
                <w:b w:val="0"/>
                <w:sz w:val="18"/>
              </w:rPr>
              <w:t>师：大家仔细观察，这四个算式是怎么解答的？有什么共同点？</w:t>
            </w:r>
          </w:p>
          <w:p>
            <w:pPr>
              <w:spacing w:after="20" w:line="276" w:lineRule="auto"/>
            </w:pPr>
            <w:r>
              <w:rPr>
                <w:rFonts w:ascii="宋体" w:hAnsi="宋体" w:eastAsia="宋体"/>
                <w:b w:val="0"/>
                <w:sz w:val="18"/>
              </w:rPr>
              <w:t>3.归纳计算方法。</w:t>
            </w:r>
          </w:p>
          <w:p>
            <w:pPr>
              <w:spacing w:after="20" w:line="276" w:lineRule="auto"/>
            </w:pPr>
            <w:r>
              <w:rPr>
                <w:rFonts w:ascii="宋体" w:hAnsi="宋体" w:eastAsia="宋体"/>
                <w:b w:val="0"/>
                <w:sz w:val="18"/>
              </w:rPr>
              <w:t>师：到目前为止，我们学习的都是除数是整数的小数除法，那它的计算方法是什么？在列竖式计算时要注意哪些问题呢？</w:t>
            </w:r>
          </w:p>
        </w:tc>
        <w:tc>
          <w:tcPr>
            <w:tcW w:type="dxa" w:w="3061"/>
          </w:tcPr>
          <w:p>
            <w:pPr>
              <w:spacing w:after="20" w:line="276" w:lineRule="auto"/>
            </w:pPr>
            <w:r/>
            <w:r>
              <w:rPr>
                <w:rFonts w:ascii="宋体" w:hAnsi="宋体" w:eastAsia="宋体"/>
                <w:b w:val="0"/>
                <w:sz w:val="18"/>
              </w:rPr>
              <w:t>学生自主计算。</w:t>
            </w:r>
          </w:p>
          <w:p>
            <w:pPr>
              <w:spacing w:after="20" w:line="276" w:lineRule="auto"/>
            </w:pPr>
            <w:r>
              <w:rPr>
                <w:rFonts w:ascii="宋体" w:hAnsi="宋体" w:eastAsia="宋体"/>
                <w:b w:val="0"/>
                <w:sz w:val="18"/>
              </w:rPr>
              <w:t>被除数的整数部分比除数小，不够商1，就在个位商0。</w:t>
            </w:r>
          </w:p>
          <w:p>
            <w:pPr>
              <w:spacing w:after="20" w:line="276" w:lineRule="auto"/>
            </w:pPr>
            <w:r>
              <w:rPr>
                <w:rFonts w:ascii="宋体" w:hAnsi="宋体" w:eastAsia="宋体"/>
                <w:b w:val="0"/>
                <w:sz w:val="18"/>
              </w:rPr>
              <w:t>0表示整数部分不够1，要用0来代表整数部分的占位。</w:t>
            </w:r>
          </w:p>
          <w:p>
            <w:pPr>
              <w:spacing w:after="20" w:line="276" w:lineRule="auto"/>
            </w:pPr>
            <w:r>
              <w:rPr>
                <w:rFonts w:ascii="宋体" w:hAnsi="宋体" w:eastAsia="宋体"/>
                <w:b w:val="0"/>
                <w:sz w:val="18"/>
              </w:rPr>
              <w:t>把被除数的整数部分和十分位上的数合起来就是56个十分之一，除以7等于8个十分之一，在商的十分位上写8。</w:t>
            </w:r>
          </w:p>
          <w:p>
            <w:pPr>
              <w:spacing w:after="20" w:line="276" w:lineRule="auto"/>
            </w:pPr>
            <w:r>
              <w:rPr>
                <w:rFonts w:ascii="宋体" w:hAnsi="宋体" w:eastAsia="宋体"/>
                <w:b w:val="0"/>
                <w:sz w:val="18"/>
              </w:rPr>
              <w:t>应该通过验算来进行检验。</w:t>
            </w:r>
          </w:p>
          <w:p>
            <w:pPr>
              <w:spacing w:after="20" w:line="276" w:lineRule="auto"/>
            </w:pPr>
            <w:r>
              <w:rPr>
                <w:rFonts w:ascii="宋体" w:hAnsi="宋体" w:eastAsia="宋体"/>
                <w:b w:val="0"/>
                <w:sz w:val="18"/>
              </w:rPr>
              <w:t>学生在草稿本上列竖式计算，教师指名学生板演，集体订正。</w:t>
            </w:r>
          </w:p>
          <w:p>
            <w:pPr>
              <w:spacing w:after="20" w:line="276" w:lineRule="auto"/>
            </w:pPr>
            <w:r>
              <w:rPr>
                <w:rFonts w:ascii="宋体" w:hAnsi="宋体" w:eastAsia="宋体"/>
                <w:b w:val="0"/>
                <w:sz w:val="18"/>
              </w:rPr>
              <w:t>在计算时遇到整数部分不够除时在个位商0，点上小数点继续往下除。只要被除数比除数小，个位上就不够商1，这样的除法得到的商都比1小。</w:t>
            </w:r>
          </w:p>
          <w:p>
            <w:pPr>
              <w:spacing w:after="20" w:line="276" w:lineRule="auto"/>
            </w:pPr>
            <w:r>
              <w:rPr>
                <w:rFonts w:ascii="宋体" w:hAnsi="宋体" w:eastAsia="宋体"/>
                <w:b w:val="0"/>
                <w:sz w:val="18"/>
              </w:rPr>
              <w:t>在计算时要按照整数除法的计算方法去除；商的小数点一定要和被除数的小数点对齐；如果除到被除数的末尾仍有余数，就在余数后面添0继续除；整数部分不够除就在个位商0，点上小数点继续往下除。</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设计递进式探究活动，引导学生在动手实践与合作交流中经历知识形成过程，突破本课重难点，核心问题："大家在计算过程中遇到了什么问题？是怎样解决的？"</w:t>
            </w:r>
          </w:p>
        </w:tc>
      </w:tr>
      <w:tr>
        <w:tc>
          <w:tcPr>
            <w:tcW w:type="dxa" w:w="1474"/>
          </w:tcPr>
          <w:p>
            <w:pPr>
              <w:spacing w:after="20" w:line="276" w:lineRule="auto"/>
            </w:pPr>
            <w:r>
              <w:rPr>
                <w:b/>
              </w:rPr>
            </w:r>
            <w:r>
              <w:rPr>
                <w:rFonts w:ascii="宋体" w:hAnsi="宋体" w:eastAsia="宋体"/>
                <w:b/>
                <w:sz w:val="18"/>
              </w:rPr>
              <w:t>三、巩固提升</w:t>
            </w:r>
          </w:p>
        </w:tc>
        <w:tc>
          <w:tcPr>
            <w:tcW w:type="dxa" w:w="3061"/>
          </w:tcPr>
          <w:p>
            <w:pPr>
              <w:spacing w:after="20" w:line="276" w:lineRule="auto"/>
            </w:pPr>
            <w:r/>
            <w:r>
              <w:rPr>
                <w:rFonts w:ascii="宋体" w:hAnsi="宋体" w:eastAsia="宋体"/>
                <w:b w:val="0"/>
                <w:sz w:val="18"/>
              </w:rPr>
              <w:t>1.完成教科书P25“做一做”第1题第二排的题。</w:t>
            </w:r>
          </w:p>
          <w:p>
            <w:pPr>
              <w:spacing w:after="20" w:line="276" w:lineRule="auto"/>
            </w:pPr>
            <w:r>
              <w:rPr>
                <w:rFonts w:ascii="宋体" w:hAnsi="宋体" w:eastAsia="宋体"/>
                <w:b w:val="0"/>
                <w:sz w:val="18"/>
              </w:rPr>
              <w:t>（1）学生在自主列竖式计算，指名学生板演。</w:t>
            </w:r>
          </w:p>
          <w:p>
            <w:pPr>
              <w:spacing w:after="20" w:line="276" w:lineRule="auto"/>
            </w:pPr>
            <w:r>
              <w:rPr>
                <w:rFonts w:ascii="宋体" w:hAnsi="宋体" w:eastAsia="宋体"/>
                <w:b w:val="0"/>
                <w:sz w:val="18"/>
              </w:rPr>
              <w:t>（2）集体订正。</w:t>
            </w:r>
          </w:p>
          <w:p>
            <w:pPr>
              <w:spacing w:after="20" w:line="276" w:lineRule="auto"/>
            </w:pPr>
            <w:r>
              <w:rPr>
                <w:rFonts w:ascii="宋体" w:hAnsi="宋体" w:eastAsia="宋体"/>
                <w:b w:val="0"/>
                <w:sz w:val="18"/>
              </w:rPr>
              <w:t>2.完成教科书P26“做一做”第2题。</w:t>
            </w:r>
          </w:p>
          <w:p>
            <w:pPr>
              <w:spacing w:after="20" w:line="276" w:lineRule="auto"/>
            </w:pPr>
            <w:r>
              <w:rPr>
                <w:rFonts w:ascii="宋体" w:hAnsi="宋体" w:eastAsia="宋体"/>
                <w:b w:val="0"/>
                <w:sz w:val="18"/>
              </w:rPr>
              <w:t>（1）引导学生理解题意，列出算式。</w:t>
            </w:r>
          </w:p>
          <w:p>
            <w:pPr>
              <w:spacing w:after="20" w:line="276" w:lineRule="auto"/>
            </w:pPr>
            <w:r>
              <w:rPr>
                <w:rFonts w:ascii="宋体" w:hAnsi="宋体" w:eastAsia="宋体"/>
                <w:b w:val="0"/>
                <w:sz w:val="18"/>
              </w:rPr>
              <w:t>（2）学生自主计算，指名学生板演。</w:t>
            </w:r>
          </w:p>
          <w:p>
            <w:pPr>
              <w:spacing w:after="20" w:line="276" w:lineRule="auto"/>
            </w:pPr>
            <w:r>
              <w:rPr>
                <w:rFonts w:ascii="宋体" w:hAnsi="宋体" w:eastAsia="宋体"/>
                <w:b w:val="0"/>
                <w:sz w:val="18"/>
              </w:rPr>
              <w:t>（3）集体订正。</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师：这节课我们学习了“除数是整数的小数除法”，在计算时要注意什么？四人一组互相说一说。</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放手让学生结合自己的经验探究计算并验算，在尝试计算的过程中发现它们的特殊之处，在解释每步计算的含义中找到解决问题的方法，在相互交流中强化对算理和算法的深入理解。</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除数是整数的小数除法（2）</w:t>
      </w:r>
    </w:p>
    <w:p>
      <w:pPr>
        <w:spacing w:after="40" w:line="300" w:lineRule="auto"/>
      </w:pPr>
      <w:r>
        <w:rPr>
          <w:rFonts w:ascii="宋体" w:hAnsi="宋体" w:eastAsia="宋体"/>
          <w:b w:val="0"/>
          <w:sz w:val="20"/>
        </w:rPr>
        <w:t>计算小数除法时，可以用商和除数相乘的方法进行验算。</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教科书P25例2，完成教科书P25～26“做一做”。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教学过程中，充分让学生交流，探讨并分析为什么整数部分要写0，突破本节课的学习难点。最后让学生经历将计算方法和注意事项加以概括并通过语言表述出来的过程，发展学生的归纳能力。</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循环小数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循环小数</w:t>
            </w:r>
          </w:p>
        </w:tc>
        <w:tc>
          <w:tcPr>
            <w:tcW w:type="dxa" w:w="6009"/>
          </w:tcPr>
          <w:p>
            <w:pPr>
              <w:spacing w:after="20" w:line="276" w:lineRule="auto"/>
            </w:pPr>
            <w:r/>
            <w:r>
              <w:rPr>
                <w:rFonts w:ascii="宋体" w:hAnsi="宋体" w:eastAsia="宋体"/>
                <w:b w:val="0"/>
                <w:sz w:val="20"/>
              </w:rPr>
              <w:t>第3单元 小数除法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的学习中，已经掌握了整数除法的计算方法和商的变化规律，为学习小数除法的计算方法奠定了知识基础。由于除数是小数的除法要通过商不变的规律转化成除数是整数的小数除法来计算，所以小数除以整数是学习小数除法计算的基础，一定要让学生弄清算理以便切实掌握。教学用小数除法解决简单的实际问题时，如果学生在分析数量关系时有困难，教师应给予必要的提示，鼓励学生多向思维，体会解决问题策略的多样化。</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教学内容：教科书P26～27相关内容，完成教科书P27“做一做”。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（1）结合小数除法的计算，理解循环小数、有限小数、无限小数和循环节的意义，能用简便记法表示循环小数。</w:t>
      </w:r>
    </w:p>
    <w:p>
      <w:pPr>
        <w:spacing w:after="20" w:line="300" w:lineRule="auto"/>
        <w:ind w:firstLine="400"/>
      </w:pPr>
      <w:r>
        <w:rPr>
          <w:rFonts w:ascii="宋体" w:hAnsi="宋体" w:eastAsia="宋体"/>
          <w:b w:val="0"/>
          <w:sz w:val="20"/>
        </w:rPr>
        <w:t>（2）经历循环小数的探究过程，培养观察、比较、分析与概括的能力。</w:t>
      </w:r>
    </w:p>
    <w:p>
      <w:pPr>
        <w:spacing w:after="20" w:line="300" w:lineRule="auto"/>
      </w:pPr>
      <w:r>
        <w:rPr>
          <w:rFonts w:ascii="宋体" w:hAnsi="宋体" w:eastAsia="宋体"/>
          <w:b w:val="0"/>
          <w:sz w:val="20"/>
        </w:rPr>
        <w:t>教学重点：理解循环小数的意义，会用简便记法表示循环小数。</w:t>
      </w:r>
    </w:p>
    <w:p>
      <w:pPr>
        <w:spacing w:after="20" w:line="300" w:lineRule="auto"/>
      </w:pPr>
      <w:r>
        <w:rPr>
          <w:rFonts w:ascii="宋体" w:hAnsi="宋体" w:eastAsia="宋体"/>
          <w:b w:val="0"/>
          <w:sz w:val="20"/>
        </w:rPr>
        <w:t>教学难点：理解循环小数的意义，掌握循环小数的简便记法。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创设情境，提出问题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我们已经会计算小数除以整数了，下面这个题你们会做吗？；从图中你们知道了哪些信息？要解决这个问题应该怎样列式计算？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自主探究，构建新知识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我们刚才发现在400÷75的竖式计算的过程中，商的小数部分总是重复出现“3”，这是为什么呢？；如果继续除下去，商会是多少？它的第4位商是多少？第5位商呢？</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巩固提升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创设情境，提出问题</w:t>
            </w:r>
          </w:p>
        </w:tc>
        <w:tc>
          <w:tcPr>
            <w:tcW w:type="dxa" w:w="3061"/>
          </w:tcPr>
          <w:p>
            <w:pPr>
              <w:spacing w:after="20" w:line="276" w:lineRule="auto"/>
            </w:pPr>
            <w:r/>
            <w:r>
              <w:rPr>
                <w:rFonts w:ascii="宋体" w:hAnsi="宋体" w:eastAsia="宋体"/>
                <w:b w:val="0"/>
                <w:sz w:val="18"/>
              </w:rPr>
              <w:t>1.直接探究例题。</w:t>
            </w:r>
          </w:p>
          <w:p>
            <w:pPr>
              <w:spacing w:after="20" w:line="276" w:lineRule="auto"/>
            </w:pPr>
            <w:r>
              <w:rPr>
                <w:rFonts w:ascii="宋体" w:hAnsi="宋体" w:eastAsia="宋体"/>
                <w:b w:val="0"/>
                <w:sz w:val="18"/>
              </w:rPr>
              <w:t>师：我们已经会计算小数除以整数了，下面这个题你们会做吗？</w:t>
            </w:r>
          </w:p>
          <w:p>
            <w:pPr>
              <w:spacing w:after="20" w:line="276" w:lineRule="auto"/>
            </w:pPr>
            <w:r>
              <w:rPr>
                <w:rFonts w:ascii="宋体" w:hAnsi="宋体" w:eastAsia="宋体"/>
                <w:b w:val="0"/>
                <w:sz w:val="18"/>
              </w:rPr>
              <w:t>课件出示教科书P26例3。</w:t>
            </w:r>
          </w:p>
          <w:p>
            <w:pPr>
              <w:spacing w:after="20" w:line="276" w:lineRule="auto"/>
            </w:pPr>
            <w:r>
              <w:rPr>
                <w:rFonts w:ascii="宋体" w:hAnsi="宋体" w:eastAsia="宋体"/>
                <w:b w:val="0"/>
                <w:sz w:val="18"/>
              </w:rPr>
              <w:t>师：从图中你们知道了哪些信息？要解决这个问题应该怎样列式计算？</w:t>
            </w:r>
          </w:p>
          <w:p>
            <w:pPr>
              <w:spacing w:after="20" w:line="276" w:lineRule="auto"/>
            </w:pPr>
            <w:r>
              <w:rPr>
                <w:rFonts w:ascii="宋体" w:hAnsi="宋体" w:eastAsia="宋体"/>
                <w:b w:val="0"/>
                <w:sz w:val="18"/>
              </w:rPr>
              <w:t>教师引导学生提取信息，并根据学生的回答板书：400÷75。</w:t>
            </w:r>
          </w:p>
          <w:p>
            <w:pPr>
              <w:spacing w:after="20" w:line="276" w:lineRule="auto"/>
            </w:pPr>
            <w:r>
              <w:rPr>
                <w:rFonts w:ascii="宋体" w:hAnsi="宋体" w:eastAsia="宋体"/>
                <w:b w:val="0"/>
                <w:sz w:val="18"/>
              </w:rPr>
              <w:t>2.自主计算，观察商的特点。</w:t>
            </w:r>
          </w:p>
          <w:p>
            <w:pPr>
              <w:spacing w:after="20" w:line="276" w:lineRule="auto"/>
            </w:pPr>
            <w:r>
              <w:rPr>
                <w:rFonts w:ascii="宋体" w:hAnsi="宋体" w:eastAsia="宋体"/>
                <w:b w:val="0"/>
                <w:sz w:val="18"/>
              </w:rPr>
              <w:t>师：在计算过程中你们有什么发现？小组互相交流，并和同桌分享你的发现。</w:t>
            </w:r>
          </w:p>
          <w:p>
            <w:pPr>
              <w:spacing w:after="20" w:line="276" w:lineRule="auto"/>
            </w:pPr>
            <w:r>
              <w:rPr>
                <w:rFonts w:ascii="宋体" w:hAnsi="宋体" w:eastAsia="宋体"/>
                <w:b w:val="0"/>
                <w:sz w:val="18"/>
              </w:rPr>
              <w:t>师：怎样表示这种“永远也除不完”的商呢？这样的商有什么特点呢？这就是我们这节课要研究的问题。（板书课题：循环小数）</w:t>
            </w:r>
          </w:p>
        </w:tc>
        <w:tc>
          <w:tcPr>
            <w:tcW w:type="dxa" w:w="3061"/>
          </w:tcPr>
          <w:p>
            <w:pPr>
              <w:spacing w:after="20" w:line="276" w:lineRule="auto"/>
            </w:pPr>
            <w:r/>
            <w:r>
              <w:rPr>
                <w:rFonts w:ascii="宋体" w:hAnsi="宋体" w:eastAsia="宋体"/>
                <w:b w:val="0"/>
                <w:sz w:val="18"/>
              </w:rPr>
              <w:t>预设1：余数总是重复出现“25”。</w:t>
            </w:r>
          </w:p>
          <w:p>
            <w:pPr>
              <w:spacing w:after="20" w:line="276" w:lineRule="auto"/>
            </w:pPr>
            <w:r>
              <w:rPr>
                <w:rFonts w:ascii="宋体" w:hAnsi="宋体" w:eastAsia="宋体"/>
                <w:b w:val="0"/>
                <w:sz w:val="18"/>
              </w:rPr>
              <w:t>预设2：商的小数部分总是重复出现“3”。</w:t>
            </w:r>
          </w:p>
          <w:p>
            <w:pPr>
              <w:spacing w:after="20" w:line="276" w:lineRule="auto"/>
            </w:pPr>
            <w:r>
              <w:rPr>
                <w:rFonts w:ascii="宋体" w:hAnsi="宋体" w:eastAsia="宋体"/>
                <w:b w:val="0"/>
                <w:sz w:val="18"/>
              </w:rPr>
              <w:t>预设3：继续除下去，永远也除不完。</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创设情境激活学生已有经验，自然引出本课学习内容，激发学习兴趣，核心问题："我们已经会计算小数除以整数了，下面这个题你们会做吗？"</w:t>
            </w:r>
          </w:p>
        </w:tc>
      </w:tr>
      <w:tr>
        <w:tc>
          <w:tcPr>
            <w:tcW w:type="dxa" w:w="1474"/>
          </w:tcPr>
          <w:p>
            <w:pPr>
              <w:spacing w:after="20" w:line="276" w:lineRule="auto"/>
            </w:pPr>
            <w:r>
              <w:rPr>
                <w:b/>
              </w:rPr>
            </w:r>
            <w:r>
              <w:rPr>
                <w:rFonts w:ascii="宋体" w:hAnsi="宋体" w:eastAsia="宋体"/>
                <w:b/>
                <w:sz w:val="18"/>
              </w:rPr>
              <w:t>自主探究，构建新知识</w:t>
            </w:r>
          </w:p>
        </w:tc>
        <w:tc>
          <w:tcPr>
            <w:tcW w:type="dxa" w:w="3061"/>
          </w:tcPr>
          <w:p>
            <w:pPr>
              <w:spacing w:after="20" w:line="276" w:lineRule="auto"/>
            </w:pPr>
            <w:r/>
            <w:r>
              <w:rPr>
                <w:rFonts w:ascii="宋体" w:hAnsi="宋体" w:eastAsia="宋体"/>
                <w:b w:val="0"/>
                <w:sz w:val="18"/>
              </w:rPr>
              <w:t>1.初步认识循环小数。</w:t>
            </w:r>
          </w:p>
          <w:p>
            <w:pPr>
              <w:spacing w:after="20" w:line="276" w:lineRule="auto"/>
            </w:pPr>
            <w:r>
              <w:rPr>
                <w:rFonts w:ascii="宋体" w:hAnsi="宋体" w:eastAsia="宋体"/>
                <w:b w:val="0"/>
                <w:sz w:val="18"/>
              </w:rPr>
              <w:t>师：我们刚才发现在400÷75的竖式计算的过程中，商的小数部分总是重复出现“3”，这是为什么呢？它和每次出现的余数25有什么关系呢？</w:t>
            </w:r>
          </w:p>
          <w:p>
            <w:pPr>
              <w:spacing w:after="20" w:line="276" w:lineRule="auto"/>
            </w:pPr>
            <w:r>
              <w:rPr>
                <w:rFonts w:ascii="宋体" w:hAnsi="宋体" w:eastAsia="宋体"/>
                <w:b w:val="0"/>
                <w:sz w:val="18"/>
              </w:rPr>
              <w:t>师：如果继续除下去，商会是多少？它的第4位商是多少？第5位商呢？</w:t>
            </w:r>
          </w:p>
          <w:p>
            <w:pPr>
              <w:spacing w:after="20" w:line="276" w:lineRule="auto"/>
            </w:pPr>
            <w:r>
              <w:rPr>
                <w:rFonts w:ascii="宋体" w:hAnsi="宋体" w:eastAsia="宋体"/>
                <w:b w:val="0"/>
                <w:sz w:val="18"/>
              </w:rPr>
              <w:t>师：同学们可以接着往下除试试看。</w:t>
            </w:r>
          </w:p>
          <w:p>
            <w:pPr>
              <w:spacing w:after="20" w:line="276" w:lineRule="auto"/>
            </w:pPr>
            <w:r>
              <w:rPr>
                <w:rFonts w:ascii="宋体" w:hAnsi="宋体" w:eastAsia="宋体"/>
                <w:b w:val="0"/>
                <w:sz w:val="18"/>
              </w:rPr>
              <w:t>师：确实是就算继续除下去，永远也除不完。那我们该怎样表示400÷75的商呢？</w:t>
            </w:r>
          </w:p>
          <w:p>
            <w:pPr>
              <w:spacing w:after="20" w:line="276" w:lineRule="auto"/>
            </w:pPr>
            <w:r>
              <w:rPr>
                <w:rFonts w:ascii="宋体" w:hAnsi="宋体" w:eastAsia="宋体"/>
                <w:b w:val="0"/>
                <w:sz w:val="18"/>
              </w:rPr>
              <w:t>师演示：400÷75＝5.333…</w:t>
            </w:r>
          </w:p>
          <w:p>
            <w:pPr>
              <w:spacing w:after="20" w:line="276" w:lineRule="auto"/>
            </w:pPr>
            <w:r>
              <w:rPr>
                <w:rFonts w:ascii="宋体" w:hAnsi="宋体" w:eastAsia="宋体"/>
                <w:b w:val="0"/>
                <w:sz w:val="18"/>
              </w:rPr>
              <w:t>2.进一步认识循环小数。</w:t>
            </w:r>
          </w:p>
          <w:p>
            <w:pPr>
              <w:spacing w:after="20" w:line="276" w:lineRule="auto"/>
            </w:pPr>
            <w:r>
              <w:rPr>
                <w:rFonts w:ascii="宋体" w:hAnsi="宋体" w:eastAsia="宋体"/>
                <w:b w:val="0"/>
                <w:sz w:val="18"/>
              </w:rPr>
              <w:t>课件出示教科书P26“试一试”。</w:t>
            </w:r>
          </w:p>
          <w:p>
            <w:pPr>
              <w:spacing w:after="20" w:line="276" w:lineRule="auto"/>
            </w:pPr>
            <w:r>
              <w:rPr>
                <w:rFonts w:ascii="宋体" w:hAnsi="宋体" w:eastAsia="宋体"/>
                <w:b w:val="0"/>
                <w:sz w:val="18"/>
              </w:rPr>
              <w:t>师：大家觉得像这样的算式除到哪一位就可以不用除了？</w:t>
            </w:r>
          </w:p>
          <w:p>
            <w:pPr>
              <w:spacing w:after="20" w:line="276" w:lineRule="auto"/>
            </w:pPr>
            <w:r>
              <w:rPr>
                <w:rFonts w:ascii="宋体" w:hAnsi="宋体" w:eastAsia="宋体"/>
                <w:b w:val="0"/>
                <w:sz w:val="18"/>
              </w:rPr>
              <w:t>师：像5.333…、1.555…、7.14545…这样的小数都是循环小数，你们能写出几个循环小数吗？</w:t>
            </w:r>
          </w:p>
          <w:p>
            <w:pPr>
              <w:spacing w:after="20" w:line="276" w:lineRule="auto"/>
            </w:pPr>
            <w:r>
              <w:rPr>
                <w:rFonts w:ascii="宋体" w:hAnsi="宋体" w:eastAsia="宋体"/>
                <w:b w:val="0"/>
                <w:sz w:val="18"/>
              </w:rPr>
              <w:t>师：观察这些循环小数，想一想，到底什么样的小数叫作循环小数？</w:t>
            </w:r>
          </w:p>
          <w:p>
            <w:pPr>
              <w:spacing w:after="20" w:line="276" w:lineRule="auto"/>
            </w:pPr>
            <w:r>
              <w:rPr>
                <w:rFonts w:ascii="宋体" w:hAnsi="宋体" w:eastAsia="宋体"/>
                <w:b w:val="0"/>
                <w:sz w:val="18"/>
              </w:rPr>
              <w:t>结合学生的发言，课件呈现教科书P27上面的归纳。</w:t>
            </w:r>
          </w:p>
          <w:p>
            <w:pPr>
              <w:spacing w:after="20" w:line="276" w:lineRule="auto"/>
            </w:pPr>
            <w:r>
              <w:rPr>
                <w:rFonts w:ascii="宋体" w:hAnsi="宋体" w:eastAsia="宋体"/>
                <w:b w:val="0"/>
                <w:sz w:val="18"/>
              </w:rPr>
              <w:t>3.认识循环节。</w:t>
            </w:r>
          </w:p>
          <w:p>
            <w:pPr>
              <w:spacing w:after="20" w:line="276" w:lineRule="auto"/>
            </w:pPr>
            <w:r>
              <w:rPr>
                <w:rFonts w:ascii="宋体" w:hAnsi="宋体" w:eastAsia="宋体"/>
                <w:b w:val="0"/>
                <w:sz w:val="18"/>
              </w:rPr>
              <w:t>师：谁来回答一下这两个问题呢？</w:t>
            </w:r>
          </w:p>
          <w:p>
            <w:pPr>
              <w:spacing w:after="20" w:line="276" w:lineRule="auto"/>
            </w:pPr>
            <w:r>
              <w:rPr>
                <w:rFonts w:ascii="宋体" w:hAnsi="宋体" w:eastAsia="宋体"/>
                <w:b w:val="0"/>
                <w:sz w:val="18"/>
              </w:rPr>
              <w:t>结合学生的汇报，教师总结核心内容，强调循环小数的简便写法。</w:t>
            </w:r>
          </w:p>
          <w:p>
            <w:pPr>
              <w:spacing w:after="20" w:line="276" w:lineRule="auto"/>
            </w:pPr>
            <w:r>
              <w:rPr>
                <w:rFonts w:ascii="宋体" w:hAnsi="宋体" w:eastAsia="宋体"/>
                <w:b w:val="0"/>
                <w:sz w:val="18"/>
              </w:rPr>
              <w:t>4.认识有限小数和无限小数。</w:t>
            </w:r>
          </w:p>
          <w:p>
            <w:pPr>
              <w:spacing w:after="20" w:line="276" w:lineRule="auto"/>
            </w:pPr>
            <w:r>
              <w:rPr>
                <w:rFonts w:ascii="宋体" w:hAnsi="宋体" w:eastAsia="宋体"/>
                <w:b w:val="0"/>
                <w:sz w:val="18"/>
              </w:rPr>
              <w:t>师：循环小数跟我们以前学习的小数有什么不同？它的小数位数是多少？</w:t>
            </w:r>
          </w:p>
          <w:p>
            <w:pPr>
              <w:spacing w:after="20" w:line="276" w:lineRule="auto"/>
            </w:pPr>
            <w:r>
              <w:rPr>
                <w:rFonts w:ascii="宋体" w:hAnsi="宋体" w:eastAsia="宋体"/>
                <w:b w:val="0"/>
                <w:sz w:val="18"/>
              </w:rPr>
              <w:t>师小结并板书：小数部分的位数有限的小数叫作有限小数；小数部分的位数无限的小数叫作无限小数，无限小数又分为循环小数和无限不循环小数。</w:t>
            </w:r>
          </w:p>
        </w:tc>
        <w:tc>
          <w:tcPr>
            <w:tcW w:type="dxa" w:w="3061"/>
          </w:tcPr>
          <w:p>
            <w:pPr>
              <w:spacing w:after="20" w:line="276" w:lineRule="auto"/>
            </w:pPr>
            <w:r/>
            <w:r>
              <w:rPr>
                <w:rFonts w:ascii="宋体" w:hAnsi="宋体" w:eastAsia="宋体"/>
                <w:b w:val="0"/>
                <w:sz w:val="18"/>
              </w:rPr>
              <w:t>因为每次出现的余数都是25，所以商的小数部分总是重复出现“3”。</w:t>
            </w:r>
          </w:p>
          <w:p>
            <w:pPr>
              <w:spacing w:after="20" w:line="276" w:lineRule="auto"/>
            </w:pPr>
            <w:r>
              <w:rPr>
                <w:rFonts w:ascii="宋体" w:hAnsi="宋体" w:eastAsia="宋体"/>
                <w:b w:val="0"/>
                <w:sz w:val="18"/>
              </w:rPr>
              <w:t>如果继续除下去，无论除到哪一位，只要余数重复出现“25”，它的商也重复出现“3”。</w:t>
            </w:r>
          </w:p>
          <w:p>
            <w:pPr>
              <w:spacing w:after="20" w:line="276" w:lineRule="auto"/>
            </w:pPr>
            <w:r>
              <w:rPr>
                <w:rFonts w:ascii="宋体" w:hAnsi="宋体" w:eastAsia="宋体"/>
                <w:b w:val="0"/>
                <w:sz w:val="18"/>
              </w:rPr>
              <w:t>学生验证，教师板书竖式。</w:t>
            </w:r>
          </w:p>
          <w:p>
            <w:pPr>
              <w:spacing w:after="20" w:line="276" w:lineRule="auto"/>
            </w:pPr>
            <w:r>
              <w:rPr>
                <w:rFonts w:ascii="宋体" w:hAnsi="宋体" w:eastAsia="宋体"/>
                <w:b w:val="0"/>
                <w:sz w:val="18"/>
              </w:rPr>
              <w:t>学生独立计算，再全班交流。</w:t>
            </w:r>
          </w:p>
          <w:p>
            <w:pPr>
              <w:spacing w:after="20" w:line="276" w:lineRule="auto"/>
            </w:pPr>
            <w:r>
              <w:rPr>
                <w:rFonts w:ascii="宋体" w:hAnsi="宋体" w:eastAsia="宋体"/>
                <w:b w:val="0"/>
                <w:sz w:val="18"/>
              </w:rPr>
              <w:t>只要余数重复出现了，就可以不除了。因为余数重复出现，商也会跟着重复出现。</w:t>
            </w:r>
          </w:p>
          <w:p>
            <w:pPr>
              <w:spacing w:after="20" w:line="276" w:lineRule="auto"/>
            </w:pPr>
            <w:r>
              <w:rPr>
                <w:rFonts w:ascii="宋体" w:hAnsi="宋体" w:eastAsia="宋体"/>
                <w:b w:val="0"/>
                <w:sz w:val="18"/>
              </w:rPr>
              <w:t>学生试写，汇报自己写的数。</w:t>
            </w:r>
          </w:p>
          <w:p>
            <w:pPr>
              <w:spacing w:after="20" w:line="276" w:lineRule="auto"/>
            </w:pPr>
            <w:r>
              <w:rPr>
                <w:rFonts w:ascii="宋体" w:hAnsi="宋体" w:eastAsia="宋体"/>
                <w:b w:val="0"/>
                <w:sz w:val="18"/>
              </w:rPr>
              <w:t>学生自学教科书P27上面的归纳，并思考两个问题：①什么是循环节？②怎样用简便记法表示循环小数？</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设计递进式探究活动，引导学生在动手实践与合作交流中经历知识形成过程，突破本课重难点，核心问题："我们刚才发现在400÷75的竖式计算的过程中，商的小数部分总是重复出现“3”，这是为什么呢？"</w:t>
            </w:r>
          </w:p>
        </w:tc>
      </w:tr>
      <w:tr>
        <w:tc>
          <w:tcPr>
            <w:tcW w:type="dxa" w:w="1474"/>
          </w:tcPr>
          <w:p>
            <w:pPr>
              <w:spacing w:after="20" w:line="276" w:lineRule="auto"/>
            </w:pPr>
            <w:r>
              <w:rPr>
                <w:b/>
              </w:rPr>
            </w:r>
            <w:r>
              <w:rPr>
                <w:rFonts w:ascii="宋体" w:hAnsi="宋体" w:eastAsia="宋体"/>
                <w:b/>
                <w:sz w:val="18"/>
              </w:rPr>
              <w:t>巩固提升</w:t>
            </w:r>
          </w:p>
        </w:tc>
        <w:tc>
          <w:tcPr>
            <w:tcW w:type="dxa" w:w="3061"/>
          </w:tcPr>
          <w:p>
            <w:pPr>
              <w:spacing w:after="20" w:line="276" w:lineRule="auto"/>
            </w:pPr>
            <w:r/>
            <w:r>
              <w:rPr>
                <w:rFonts w:ascii="宋体" w:hAnsi="宋体" w:eastAsia="宋体"/>
                <w:b w:val="0"/>
                <w:sz w:val="18"/>
              </w:rPr>
              <w:t>1.完成教科书P27“做一做”第1题。</w:t>
            </w:r>
          </w:p>
          <w:p>
            <w:pPr>
              <w:spacing w:after="20" w:line="276" w:lineRule="auto"/>
            </w:pPr>
            <w:r>
              <w:rPr>
                <w:rFonts w:ascii="宋体" w:hAnsi="宋体" w:eastAsia="宋体"/>
                <w:b w:val="0"/>
                <w:sz w:val="18"/>
              </w:rPr>
              <w:t>（1）学生独立完成，教师巡视。</w:t>
            </w:r>
          </w:p>
          <w:p>
            <w:pPr>
              <w:spacing w:after="20" w:line="276" w:lineRule="auto"/>
            </w:pPr>
            <w:r>
              <w:rPr>
                <w:rFonts w:ascii="宋体" w:hAnsi="宋体" w:eastAsia="宋体"/>
                <w:b w:val="0"/>
                <w:sz w:val="18"/>
              </w:rPr>
              <w:t>（2）师生交流如何确定循环小数的循环节。</w:t>
            </w:r>
          </w:p>
          <w:p>
            <w:pPr>
              <w:spacing w:after="20" w:line="276" w:lineRule="auto"/>
            </w:pPr>
            <w:r>
              <w:rPr>
                <w:rFonts w:ascii="宋体" w:hAnsi="宋体" w:eastAsia="宋体"/>
                <w:b w:val="0"/>
                <w:sz w:val="18"/>
              </w:rPr>
              <w:t>2.完成教科书P27“做一做”第2题。</w:t>
            </w:r>
          </w:p>
          <w:p>
            <w:pPr>
              <w:spacing w:after="20" w:line="276" w:lineRule="auto"/>
            </w:pPr>
            <w:r>
              <w:rPr>
                <w:rFonts w:ascii="宋体" w:hAnsi="宋体" w:eastAsia="宋体"/>
                <w:b w:val="0"/>
                <w:sz w:val="18"/>
              </w:rPr>
              <w:t>3.完成教科书P27“做一做”第3题。</w:t>
            </w:r>
          </w:p>
          <w:p>
            <w:pPr>
              <w:spacing w:after="20" w:line="276" w:lineRule="auto"/>
            </w:pPr>
            <w:r>
              <w:rPr>
                <w:rFonts w:ascii="宋体" w:hAnsi="宋体" w:eastAsia="宋体"/>
                <w:b w:val="0"/>
                <w:sz w:val="18"/>
              </w:rPr>
              <w:t>组织学生交流发现的规律。</w:t>
            </w:r>
          </w:p>
        </w:tc>
        <w:tc>
          <w:tcPr>
            <w:tcW w:type="dxa" w:w="3061"/>
          </w:tcPr>
          <w:p>
            <w:pPr>
              <w:spacing w:after="20" w:line="276" w:lineRule="auto"/>
            </w:pPr>
            <w:r/>
            <w:r>
              <w:rPr>
                <w:rFonts w:ascii="宋体" w:hAnsi="宋体" w:eastAsia="宋体"/>
                <w:b w:val="0"/>
                <w:sz w:val="18"/>
              </w:rPr>
              <w:t>学生独立计算后集体订正。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在教学中，先让学生尝试着自己进行计算，体会“循环”和“无限”，再充分交流理解做到哪一步就可以了以及为什么，最后让学生在对“依次不断重复出现”有了更具体的感性认识的基础上掌握概念。</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教科书P26～27相关内容，完成教科书P27“做一做”。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概念较多，初次接触到计算结果是“无限”的数，在认识“循环节”时也有一定难度。教学时结合具体的生活情境及“知识结构图”，让学生明确循环小数、有限小数、无限小数之间的关系，突破教学难点。</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一个数除以小数（1）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一个数除以小数（1）</w:t>
            </w:r>
          </w:p>
        </w:tc>
        <w:tc>
          <w:tcPr>
            <w:tcW w:type="dxa" w:w="6009"/>
          </w:tcPr>
          <w:p>
            <w:pPr>
              <w:spacing w:after="20" w:line="276" w:lineRule="auto"/>
            </w:pPr>
            <w:r/>
            <w:r>
              <w:rPr>
                <w:rFonts w:ascii="宋体" w:hAnsi="宋体" w:eastAsia="宋体"/>
                <w:b w:val="0"/>
                <w:sz w:val="20"/>
              </w:rPr>
              <w:t>第3单元 小数除法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的学习中，已经掌握了整数除法的计算方法和商的变化规律，为学习小数除法的计算方法奠定了知识基础。由于除数是小数的除法要通过商不变的规律转化成除数是整数的小数除法来计算，所以小数除以整数是学习小数除法计算的基础，一定要让学生弄清算理以便切实掌握。教学用小数除法解决简单的实际问题时，如果学生在分析数量关系时有困难，教师应给予必要的提示，鼓励学生多向思维，体会解决问题策略的多样化。</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教学内容：教科书P31例4，完成教科书P31“做一做”及P33“练习六”第2题。</w:t>
      </w:r>
    </w:p>
    <w:p>
      <w:pPr>
        <w:spacing w:after="80" w:line="300" w:lineRule="auto"/>
        <w:ind w:firstLine="400"/>
      </w:pPr>
      <w:r>
        <w:rPr>
          <w:rFonts w:ascii="宋体" w:hAnsi="宋体" w:eastAsia="宋体"/>
          <w:b w:val="0"/>
          <w:sz w:val="20"/>
        </w:rPr>
        <w:t>教学准备：课件、中国结。</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（1）理解除数是小数的除法的算理，掌握除数是小数的除法的计算方法，能正确计算除数是小数的除法。</w:t>
      </w:r>
    </w:p>
    <w:p>
      <w:pPr>
        <w:spacing w:after="20" w:line="300" w:lineRule="auto"/>
        <w:ind w:firstLine="400"/>
      </w:pPr>
      <w:r>
        <w:rPr>
          <w:rFonts w:ascii="宋体" w:hAnsi="宋体" w:eastAsia="宋体"/>
          <w:b w:val="0"/>
          <w:sz w:val="20"/>
        </w:rPr>
        <w:t>（2）经历将一个数除以小数转化为一个数除以整数的过程，体会转化的数学思想。</w:t>
      </w:r>
    </w:p>
    <w:p>
      <w:pPr>
        <w:spacing w:after="20" w:line="300" w:lineRule="auto"/>
        <w:ind w:firstLine="400"/>
      </w:pPr>
      <w:r>
        <w:rPr>
          <w:rFonts w:ascii="宋体" w:hAnsi="宋体" w:eastAsia="宋体"/>
          <w:b w:val="0"/>
          <w:sz w:val="20"/>
        </w:rPr>
        <w:t>（3）进一步体会数学知识之间的内在联系，增强学生探索数学知识和规律的能力，感受数学知识和方法的应用价值。</w:t>
      </w:r>
    </w:p>
    <w:p>
      <w:pPr>
        <w:spacing w:after="20" w:line="300" w:lineRule="auto"/>
      </w:pPr>
      <w:r>
        <w:rPr>
          <w:rFonts w:ascii="宋体" w:hAnsi="宋体" w:eastAsia="宋体"/>
          <w:b w:val="0"/>
          <w:sz w:val="20"/>
        </w:rPr>
        <w:t>教学重点：理解除数是小数的除法的算理，掌握除数是小数的除法的计算方法。</w:t>
      </w:r>
    </w:p>
    <w:p>
      <w:pPr>
        <w:spacing w:after="20" w:line="300" w:lineRule="auto"/>
      </w:pPr>
      <w:r>
        <w:rPr>
          <w:rFonts w:ascii="宋体" w:hAnsi="宋体" w:eastAsia="宋体"/>
          <w:b w:val="0"/>
          <w:sz w:val="20"/>
        </w:rPr>
        <w:t>教学难点：理解除数是小数的除法的算理。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创设情境，导入新课</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从题中你能提取哪些信息？大家能根据提取的信息列出算式吗？；这个除法算式和前面学的除法算式相比，有什么不同？</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探究新知识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怎样计算7.65÷0.85呢？</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【学情预设】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这几个竖式，大家觉得哪个是正确的？；为什么0.09不对呢？</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巩固提升</w:t>
            </w:r>
          </w:p>
        </w:tc>
        <w:tc>
          <w:tcPr>
            <w:tcW w:type="dxa" w:w="1814"/>
          </w:tcPr>
          <w:p>
            <w:pPr>
              <w:spacing w:after="20" w:line="276" w:lineRule="auto"/>
            </w:pPr>
            <w:r/>
            <w:r>
              <w:rPr>
                <w:rFonts w:ascii="宋体" w:hAnsi="宋体" w:eastAsia="宋体"/>
                <w:b w:val="0"/>
                <w:sz w:val="18"/>
              </w:rPr>
              <w:t>教科书、草稿本、课件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通过这节课的学习，你有什么新的收获？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创设情境，导入新课</w:t>
            </w:r>
          </w:p>
        </w:tc>
        <w:tc>
          <w:tcPr>
            <w:tcW w:type="dxa" w:w="3061"/>
          </w:tcPr>
          <w:p>
            <w:pPr>
              <w:spacing w:after="20" w:line="276" w:lineRule="auto"/>
            </w:pPr>
            <w:r/>
            <w:r>
              <w:rPr>
                <w:rFonts w:ascii="宋体" w:hAnsi="宋体" w:eastAsia="宋体"/>
                <w:b w:val="0"/>
                <w:sz w:val="18"/>
              </w:rPr>
              <w:t>1.介绍中国结。</w:t>
            </w:r>
          </w:p>
          <w:p>
            <w:pPr>
              <w:spacing w:after="20" w:line="276" w:lineRule="auto"/>
            </w:pPr>
            <w:r>
              <w:rPr>
                <w:rFonts w:ascii="宋体" w:hAnsi="宋体" w:eastAsia="宋体"/>
                <w:b w:val="0"/>
                <w:sz w:val="18"/>
              </w:rPr>
              <w:t>教师出示中国结，介绍中国结。</w:t>
            </w:r>
          </w:p>
          <w:p>
            <w:pPr>
              <w:spacing w:after="20" w:line="276" w:lineRule="auto"/>
            </w:pPr>
            <w:r>
              <w:rPr>
                <w:rFonts w:ascii="宋体" w:hAnsi="宋体" w:eastAsia="宋体"/>
                <w:b w:val="0"/>
                <w:sz w:val="18"/>
              </w:rPr>
              <w:t>2.课件出示教科书P31例4。</w:t>
            </w:r>
          </w:p>
          <w:p>
            <w:pPr>
              <w:spacing w:after="20" w:line="276" w:lineRule="auto"/>
            </w:pPr>
            <w:r>
              <w:rPr>
                <w:rFonts w:ascii="宋体" w:hAnsi="宋体" w:eastAsia="宋体"/>
                <w:b w:val="0"/>
                <w:sz w:val="18"/>
              </w:rPr>
              <w:t>师：从题中你能提取哪些信息？大家能根据提取的信息列出算式吗？</w:t>
            </w:r>
          </w:p>
          <w:p>
            <w:pPr>
              <w:spacing w:after="20" w:line="276" w:lineRule="auto"/>
            </w:pPr>
            <w:r>
              <w:rPr>
                <w:rFonts w:ascii="宋体" w:hAnsi="宋体" w:eastAsia="宋体"/>
                <w:b w:val="0"/>
                <w:sz w:val="18"/>
              </w:rPr>
              <w:t>教师引导学生提取信息，根据学生的回答板书：7.65÷0.85。</w:t>
            </w:r>
          </w:p>
          <w:p>
            <w:pPr>
              <w:spacing w:after="20" w:line="276" w:lineRule="auto"/>
            </w:pPr>
            <w:r>
              <w:rPr>
                <w:rFonts w:ascii="宋体" w:hAnsi="宋体" w:eastAsia="宋体"/>
                <w:b w:val="0"/>
                <w:sz w:val="18"/>
              </w:rPr>
              <w:t>师：这个除法算式和前面学的除法算式相比，有什么不同？</w:t>
            </w:r>
          </w:p>
          <w:p>
            <w:pPr>
              <w:spacing w:after="20" w:line="276" w:lineRule="auto"/>
            </w:pPr>
            <w:r>
              <w:rPr>
                <w:rFonts w:ascii="宋体" w:hAnsi="宋体" w:eastAsia="宋体"/>
                <w:b w:val="0"/>
                <w:sz w:val="18"/>
              </w:rPr>
              <w:t>师：这就是我们今天要学习的内容。[板书课题：一个数除以小数（1）]</w:t>
            </w:r>
          </w:p>
        </w:tc>
        <w:tc>
          <w:tcPr>
            <w:tcW w:type="dxa" w:w="3061"/>
          </w:tcPr>
          <w:p>
            <w:pPr>
              <w:spacing w:after="20" w:line="276" w:lineRule="auto"/>
            </w:pPr>
            <w:r/>
            <w:r>
              <w:rPr>
                <w:rFonts w:ascii="宋体" w:hAnsi="宋体" w:eastAsia="宋体"/>
                <w:b w:val="0"/>
                <w:sz w:val="18"/>
              </w:rPr>
              <w:t>这道除法算式中的除数是小数。</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创设情境激活学生已有经验，自然引出本课学习内容，激发学习兴趣，核心问题："从题中你能提取哪些信息？大家能根据提取的信息列出算式吗？"</w:t>
            </w:r>
          </w:p>
        </w:tc>
      </w:tr>
      <w:tr>
        <w:tc>
          <w:tcPr>
            <w:tcW w:type="dxa" w:w="1474"/>
          </w:tcPr>
          <w:p>
            <w:pPr>
              <w:spacing w:after="20" w:line="276" w:lineRule="auto"/>
            </w:pPr>
            <w:r>
              <w:rPr>
                <w:b/>
              </w:rPr>
            </w:r>
            <w:r>
              <w:rPr>
                <w:rFonts w:ascii="宋体" w:hAnsi="宋体" w:eastAsia="宋体"/>
                <w:b/>
                <w:sz w:val="18"/>
              </w:rPr>
              <w:t>探究新知识</w:t>
            </w:r>
          </w:p>
        </w:tc>
        <w:tc>
          <w:tcPr>
            <w:tcW w:type="dxa" w:w="3061"/>
          </w:tcPr>
          <w:p>
            <w:pPr>
              <w:spacing w:after="20" w:line="276" w:lineRule="auto"/>
            </w:pPr>
            <w:r/>
            <w:r>
              <w:rPr>
                <w:rFonts w:ascii="宋体" w:hAnsi="宋体" w:eastAsia="宋体"/>
                <w:b w:val="0"/>
                <w:sz w:val="18"/>
              </w:rPr>
              <w:t>1.自主探索。</w:t>
            </w:r>
          </w:p>
          <w:p>
            <w:pPr>
              <w:spacing w:after="20" w:line="276" w:lineRule="auto"/>
            </w:pPr>
            <w:r>
              <w:rPr>
                <w:rFonts w:ascii="宋体" w:hAnsi="宋体" w:eastAsia="宋体"/>
                <w:b w:val="0"/>
                <w:sz w:val="18"/>
              </w:rPr>
              <w:t>师：怎样计算7.65÷0.85呢？</w:t>
            </w:r>
          </w:p>
          <w:p>
            <w:pPr>
              <w:spacing w:after="20" w:line="276" w:lineRule="auto"/>
            </w:pPr>
            <w:r>
              <w:rPr>
                <w:rFonts w:ascii="宋体" w:hAnsi="宋体" w:eastAsia="宋体"/>
                <w:b w:val="0"/>
                <w:sz w:val="18"/>
              </w:rPr>
              <w:t>2.展示竖式。</w:t>
            </w:r>
          </w:p>
          <w:p>
            <w:pPr>
              <w:spacing w:after="20" w:line="276" w:lineRule="auto"/>
            </w:pPr>
            <w:r>
              <w:rPr>
                <w:rFonts w:ascii="宋体" w:hAnsi="宋体" w:eastAsia="宋体"/>
                <w:b w:val="0"/>
                <w:sz w:val="18"/>
              </w:rPr>
              <w:t>（1）交流学生不同的计算方法。</w:t>
            </w:r>
          </w:p>
          <w:p>
            <w:pPr>
              <w:spacing w:after="20" w:line="276" w:lineRule="auto"/>
            </w:pPr>
            <w:r>
              <w:rPr>
                <w:rFonts w:ascii="宋体" w:hAnsi="宋体" w:eastAsia="宋体"/>
                <w:b w:val="0"/>
                <w:sz w:val="18"/>
              </w:rPr>
              <w:t>（2）重点分析竖式计算。</w:t>
            </w:r>
          </w:p>
          <w:p>
            <w:pPr>
              <w:spacing w:after="20" w:line="276" w:lineRule="auto"/>
            </w:pPr>
            <w:r>
              <w:rPr>
                <w:rFonts w:ascii="宋体" w:hAnsi="宋体" w:eastAsia="宋体"/>
                <w:b w:val="0"/>
                <w:sz w:val="18"/>
              </w:rPr>
              <w:t>教师指名列竖式计算的学生上台展示。</w:t>
            </w:r>
          </w:p>
        </w:tc>
        <w:tc>
          <w:tcPr>
            <w:tcW w:type="dxa" w:w="3061"/>
          </w:tcPr>
          <w:p>
            <w:pPr>
              <w:spacing w:after="20" w:line="276" w:lineRule="auto"/>
            </w:pPr>
            <w:r/>
            <w:r>
              <w:rPr>
                <w:rFonts w:ascii="宋体" w:hAnsi="宋体" w:eastAsia="宋体"/>
                <w:b w:val="0"/>
                <w:sz w:val="18"/>
              </w:rPr>
              <w:t>学生自主计算，教师个别指导。</w:t>
            </w:r>
          </w:p>
          <w:p>
            <w:pPr>
              <w:spacing w:after="20" w:line="276" w:lineRule="auto"/>
            </w:pPr>
            <w:r>
              <w:rPr>
                <w:rFonts w:ascii="宋体" w:hAnsi="宋体" w:eastAsia="宋体"/>
                <w:b w:val="0"/>
                <w:sz w:val="18"/>
              </w:rPr>
              <w:t>预设1：7.65 m＝765 cm，0.85 m＝85 cm，765÷85＝9。</w:t>
            </w:r>
          </w:p>
          <w:p>
            <w:pPr>
              <w:spacing w:after="20" w:line="276" w:lineRule="auto"/>
            </w:pPr>
            <w:r>
              <w:rPr>
                <w:rFonts w:ascii="宋体" w:hAnsi="宋体" w:eastAsia="宋体"/>
                <w:b w:val="0"/>
                <w:sz w:val="18"/>
              </w:rPr>
              <w:t>预设2：把7.65扩大到原来的100倍，0.85也扩大到原来的100倍，用765除以85，得9。</w:t>
            </w:r>
          </w:p>
          <w:p>
            <w:pPr>
              <w:spacing w:after="20" w:line="276" w:lineRule="auto"/>
            </w:pPr>
            <w:r>
              <w:rPr>
                <w:rFonts w:ascii="宋体" w:hAnsi="宋体" w:eastAsia="宋体"/>
                <w:b w:val="0"/>
                <w:sz w:val="18"/>
              </w:rPr>
              <w:t>预设3：用竖式计算。</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设计递进式探究活动，引导学生在动手实践与合作交流中经历知识形成过程，突破本课重难点，核心问题："怎样计算7.65÷0.85呢？"</w:t>
            </w:r>
          </w:p>
        </w:tc>
      </w:tr>
      <w:tr>
        <w:tc>
          <w:tcPr>
            <w:tcW w:type="dxa" w:w="1474"/>
          </w:tcPr>
          <w:p>
            <w:pPr>
              <w:spacing w:after="20" w:line="276" w:lineRule="auto"/>
            </w:pPr>
            <w:r>
              <w:rPr>
                <w:b/>
              </w:rPr>
            </w:r>
            <w:r>
              <w:rPr>
                <w:rFonts w:ascii="宋体" w:hAnsi="宋体" w:eastAsia="宋体"/>
                <w:b/>
                <w:sz w:val="18"/>
              </w:rPr>
              <w:t>【学情预设】</w:t>
            </w:r>
          </w:p>
        </w:tc>
        <w:tc>
          <w:tcPr>
            <w:tcW w:type="dxa" w:w="3061"/>
          </w:tcPr>
          <w:p>
            <w:pPr>
              <w:spacing w:after="20" w:line="276" w:lineRule="auto"/>
            </w:pPr>
            <w:r/>
            <w:r>
              <w:rPr>
                <w:rFonts w:ascii="宋体" w:hAnsi="宋体" w:eastAsia="宋体"/>
                <w:b w:val="0"/>
                <w:sz w:val="18"/>
              </w:rPr>
              <w:t>师：这几个竖式，大家觉得哪个是正确的？</w:t>
            </w:r>
          </w:p>
          <w:p>
            <w:pPr>
              <w:spacing w:after="20" w:line="276" w:lineRule="auto"/>
            </w:pPr>
            <w:r>
              <w:rPr>
                <w:rFonts w:ascii="宋体" w:hAnsi="宋体" w:eastAsia="宋体"/>
                <w:b w:val="0"/>
                <w:sz w:val="18"/>
              </w:rPr>
              <w:t>师：为什么0.09不对呢？</w:t>
            </w:r>
          </w:p>
          <w:p>
            <w:pPr>
              <w:spacing w:after="20" w:line="276" w:lineRule="auto"/>
            </w:pPr>
            <w:r>
              <w:rPr>
                <w:rFonts w:ascii="宋体" w:hAnsi="宋体" w:eastAsia="宋体"/>
                <w:b w:val="0"/>
                <w:sz w:val="18"/>
              </w:rPr>
              <w:t>3.指名学生板书。</w:t>
            </w:r>
          </w:p>
          <w:p>
            <w:pPr>
              <w:spacing w:after="20" w:line="276" w:lineRule="auto"/>
            </w:pPr>
            <w:r>
              <w:rPr>
                <w:rFonts w:ascii="宋体" w:hAnsi="宋体" w:eastAsia="宋体"/>
                <w:b w:val="0"/>
                <w:sz w:val="18"/>
              </w:rPr>
              <w:t>教师指名学生板书，并让其讲解自己的想法。</w:t>
            </w:r>
          </w:p>
          <w:p>
            <w:pPr>
              <w:spacing w:after="20" w:line="276" w:lineRule="auto"/>
            </w:pPr>
            <w:r>
              <w:rPr>
                <w:rFonts w:ascii="宋体" w:hAnsi="宋体" w:eastAsia="宋体"/>
                <w:b w:val="0"/>
                <w:sz w:val="18"/>
              </w:rPr>
              <w:t>师：将除数和被除数的小数点和0画去后，原数发生了什么变化？</w:t>
            </w:r>
          </w:p>
          <w:p>
            <w:pPr>
              <w:spacing w:after="20" w:line="276" w:lineRule="auto"/>
            </w:pPr>
            <w:r>
              <w:rPr>
                <w:rFonts w:ascii="宋体" w:hAnsi="宋体" w:eastAsia="宋体"/>
                <w:b w:val="0"/>
                <w:sz w:val="18"/>
              </w:rPr>
              <w:t>师：为什么要把除数和被除数都扩大到原来的100倍？</w:t>
            </w:r>
          </w:p>
          <w:p>
            <w:pPr>
              <w:spacing w:after="20" w:line="276" w:lineRule="auto"/>
            </w:pPr>
            <w:r>
              <w:rPr>
                <w:rFonts w:ascii="宋体" w:hAnsi="宋体" w:eastAsia="宋体"/>
                <w:b w:val="0"/>
                <w:sz w:val="18"/>
              </w:rPr>
              <w:t>师：这样做的根据是什么？</w:t>
            </w:r>
          </w:p>
          <w:p>
            <w:pPr>
              <w:spacing w:after="20" w:line="276" w:lineRule="auto"/>
            </w:pPr>
            <w:r>
              <w:rPr>
                <w:rFonts w:ascii="宋体" w:hAnsi="宋体" w:eastAsia="宋体"/>
                <w:b w:val="0"/>
                <w:sz w:val="18"/>
              </w:rPr>
              <w:t>师：所得的商9是谁的商？</w:t>
            </w:r>
          </w:p>
          <w:p>
            <w:pPr>
              <w:spacing w:after="20" w:line="276" w:lineRule="auto"/>
            </w:pPr>
            <w:r>
              <w:rPr>
                <w:rFonts w:ascii="宋体" w:hAnsi="宋体" w:eastAsia="宋体"/>
                <w:b w:val="0"/>
                <w:sz w:val="18"/>
              </w:rPr>
              <w:t>4.纠错反思。</w:t>
            </w:r>
          </w:p>
          <w:p>
            <w:pPr>
              <w:spacing w:after="20" w:line="276" w:lineRule="auto"/>
            </w:pPr>
            <w:r>
              <w:rPr>
                <w:rFonts w:ascii="宋体" w:hAnsi="宋体" w:eastAsia="宋体"/>
                <w:b w:val="0"/>
                <w:sz w:val="18"/>
              </w:rPr>
              <w:t>针对学生的错误计算进行分析更正。</w:t>
            </w:r>
          </w:p>
          <w:p>
            <w:pPr>
              <w:spacing w:after="20" w:line="276" w:lineRule="auto"/>
            </w:pPr>
            <w:r>
              <w:rPr>
                <w:rFonts w:ascii="宋体" w:hAnsi="宋体" w:eastAsia="宋体"/>
                <w:b w:val="0"/>
                <w:sz w:val="18"/>
              </w:rPr>
              <w:t>5.归纳总结算法。</w:t>
            </w:r>
          </w:p>
          <w:p>
            <w:pPr>
              <w:spacing w:after="20" w:line="276" w:lineRule="auto"/>
            </w:pPr>
            <w:r>
              <w:rPr>
                <w:rFonts w:ascii="宋体" w:hAnsi="宋体" w:eastAsia="宋体"/>
                <w:b w:val="0"/>
                <w:sz w:val="18"/>
              </w:rPr>
              <w:t>师：通过刚才的学习，谁能说说除数是小数的除法与除数是整数的小数除法在计算时最大的不同是什么？</w:t>
            </w:r>
          </w:p>
          <w:p>
            <w:pPr>
              <w:spacing w:after="20" w:line="276" w:lineRule="auto"/>
            </w:pPr>
            <w:r>
              <w:rPr>
                <w:rFonts w:ascii="宋体" w:hAnsi="宋体" w:eastAsia="宋体"/>
                <w:b w:val="0"/>
                <w:sz w:val="18"/>
              </w:rPr>
              <w:t>师小结：除数是小数的除法一般先将除法算式转化成除数是整数的除法算式，在转化过程中依据的是“商不变的规律”。</w:t>
            </w:r>
          </w:p>
        </w:tc>
        <w:tc>
          <w:tcPr>
            <w:tcW w:type="dxa" w:w="3061"/>
          </w:tcPr>
          <w:p>
            <w:pPr>
              <w:spacing w:after="20" w:line="276" w:lineRule="auto"/>
            </w:pPr>
            <w:r/>
            <w:r>
              <w:rPr>
                <w:rFonts w:ascii="宋体" w:hAnsi="宋体" w:eastAsia="宋体"/>
                <w:b w:val="0"/>
                <w:sz w:val="18"/>
              </w:rPr>
              <w:t>学生小组内交流，指名学生回答。</w:t>
            </w:r>
          </w:p>
          <w:p>
            <w:pPr>
              <w:spacing w:after="20" w:line="276" w:lineRule="auto"/>
            </w:pPr>
            <w:r>
              <w:rPr>
                <w:rFonts w:ascii="宋体" w:hAnsi="宋体" w:eastAsia="宋体"/>
                <w:b w:val="0"/>
                <w:sz w:val="18"/>
              </w:rPr>
              <w:t>有的学生可能用乘法来验算，有的学生可能知道错了但说不出理由。</w:t>
            </w:r>
          </w:p>
          <w:p>
            <w:pPr>
              <w:spacing w:after="20" w:line="276" w:lineRule="auto"/>
            </w:pPr>
            <w:r>
              <w:rPr>
                <w:rFonts w:ascii="宋体" w:hAnsi="宋体" w:eastAsia="宋体"/>
                <w:b w:val="0"/>
                <w:sz w:val="18"/>
              </w:rPr>
              <w:t>相比原数都扩大到原来的100倍。</w:t>
            </w:r>
          </w:p>
          <w:p>
            <w:pPr>
              <w:spacing w:after="20" w:line="276" w:lineRule="auto"/>
            </w:pPr>
            <w:r>
              <w:rPr>
                <w:rFonts w:ascii="宋体" w:hAnsi="宋体" w:eastAsia="宋体"/>
                <w:b w:val="0"/>
                <w:sz w:val="18"/>
              </w:rPr>
              <w:t>除数扩大到原来的100倍后，除数变成了整数，为了使商不变，被除数也要扩大到原来的100倍。</w:t>
            </w:r>
          </w:p>
          <w:p>
            <w:pPr>
              <w:spacing w:after="20" w:line="276" w:lineRule="auto"/>
            </w:pPr>
            <w:r>
              <w:rPr>
                <w:rFonts w:ascii="宋体" w:hAnsi="宋体" w:eastAsia="宋体"/>
                <w:b w:val="0"/>
                <w:sz w:val="18"/>
              </w:rPr>
              <w:t>商不变的规律。</w:t>
            </w:r>
          </w:p>
          <w:p>
            <w:pPr>
              <w:spacing w:after="20" w:line="276" w:lineRule="auto"/>
            </w:pPr>
            <w:r>
              <w:rPr>
                <w:rFonts w:ascii="宋体" w:hAnsi="宋体" w:eastAsia="宋体"/>
                <w:b w:val="0"/>
                <w:sz w:val="18"/>
              </w:rPr>
              <w:t>既是765÷85的商，也是7.65÷0.85的商。</w:t>
            </w:r>
          </w:p>
        </w:tc>
        <w:tc>
          <w:tcPr>
            <w:tcW w:type="dxa" w:w="1814"/>
          </w:tcPr>
          <w:p>
            <w:pPr>
              <w:spacing w:after="20" w:line="276" w:lineRule="auto"/>
            </w:pPr>
            <w:r/>
            <w:r>
              <w:rPr>
                <w:rFonts w:ascii="宋体" w:hAnsi="宋体" w:eastAsia="宋体"/>
                <w:b w:val="0"/>
                <w:sz w:val="18"/>
              </w:rPr>
              <w:t>围绕环节目标组织学习活动，引导学生主动参与、积极思考，核心问题："这几个竖式，大家觉得哪个是正确的？"</w:t>
            </w:r>
          </w:p>
        </w:tc>
      </w:tr>
      <w:tr>
        <w:tc>
          <w:tcPr>
            <w:tcW w:type="dxa" w:w="1474"/>
          </w:tcPr>
          <w:p>
            <w:pPr>
              <w:spacing w:after="20" w:line="276" w:lineRule="auto"/>
            </w:pPr>
            <w:r>
              <w:rPr>
                <w:b/>
              </w:rPr>
            </w:r>
            <w:r>
              <w:rPr>
                <w:rFonts w:ascii="宋体" w:hAnsi="宋体" w:eastAsia="宋体"/>
                <w:b/>
                <w:sz w:val="18"/>
              </w:rPr>
              <w:t>巩固提升</w:t>
            </w:r>
          </w:p>
        </w:tc>
        <w:tc>
          <w:tcPr>
            <w:tcW w:type="dxa" w:w="3061"/>
          </w:tcPr>
          <w:p>
            <w:pPr>
              <w:spacing w:after="20" w:line="276" w:lineRule="auto"/>
            </w:pPr>
            <w:r/>
            <w:r>
              <w:rPr>
                <w:rFonts w:ascii="宋体" w:hAnsi="宋体" w:eastAsia="宋体"/>
                <w:b w:val="0"/>
                <w:sz w:val="18"/>
              </w:rPr>
              <w:t>1.完成教科书P31“做一做”。</w:t>
            </w:r>
          </w:p>
          <w:p>
            <w:pPr>
              <w:spacing w:after="20" w:line="276" w:lineRule="auto"/>
            </w:pPr>
            <w:r>
              <w:rPr>
                <w:rFonts w:ascii="宋体" w:hAnsi="宋体" w:eastAsia="宋体"/>
                <w:b w:val="0"/>
                <w:sz w:val="18"/>
              </w:rPr>
              <w:t>（1）同桌互相说一说根据题目要求该怎样计算。</w:t>
            </w:r>
          </w:p>
          <w:p>
            <w:pPr>
              <w:spacing w:after="20" w:line="276" w:lineRule="auto"/>
            </w:pPr>
            <w:r>
              <w:rPr>
                <w:rFonts w:ascii="宋体" w:hAnsi="宋体" w:eastAsia="宋体"/>
                <w:b w:val="0"/>
                <w:sz w:val="18"/>
              </w:rPr>
              <w:t>（2）指名学生板演，其余学生在草稿本上列竖式计算。</w:t>
            </w:r>
          </w:p>
          <w:p>
            <w:pPr>
              <w:spacing w:after="20" w:line="276" w:lineRule="auto"/>
            </w:pPr>
            <w:r>
              <w:rPr>
                <w:rFonts w:ascii="宋体" w:hAnsi="宋体" w:eastAsia="宋体"/>
                <w:b w:val="0"/>
                <w:sz w:val="18"/>
              </w:rPr>
              <w:t>（3）集体订正。</w:t>
            </w:r>
          </w:p>
          <w:p>
            <w:pPr>
              <w:spacing w:after="20" w:line="276" w:lineRule="auto"/>
            </w:pPr>
            <w:r>
              <w:rPr>
                <w:rFonts w:ascii="宋体" w:hAnsi="宋体" w:eastAsia="宋体"/>
                <w:b w:val="0"/>
                <w:sz w:val="18"/>
              </w:rPr>
              <w:t>2.完成教科书P33“练习六”第2题。</w:t>
            </w:r>
          </w:p>
        </w:tc>
        <w:tc>
          <w:tcPr>
            <w:tcW w:type="dxa" w:w="3061"/>
          </w:tcPr>
          <w:p>
            <w:pPr>
              <w:spacing w:after="20" w:line="276" w:lineRule="auto"/>
            </w:pPr>
            <w:r/>
            <w:r>
              <w:rPr>
                <w:rFonts w:ascii="宋体" w:hAnsi="宋体" w:eastAsia="宋体"/>
                <w:b w:val="0"/>
                <w:sz w:val="18"/>
              </w:rPr>
              <w:t>学生独立在教科书上完成后，指名学生口答，其余学生订正。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师：通过这节课的学习，你有什么新的收获？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学生已有丰富的计算探究经验，会将新知识转化为旧知识并得到一般规律，教学时，借助具体的情境，充分发挥学生的主体地位，让他们在做中学，理解算理，掌握算法。</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教科书P31例4，完成教科书P31“做一做”及P33“练习六”第2题。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在列竖式计算时要移动小数点位置，要求学生先把小数点画掉，再移动小数点，强调新点上的小数点要点清楚，做到先画、再移、后点，这种练习小数点移动的过程形象具体，学生印象也比较深刻。</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一个数除以小数（2）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一个数除以小数（2）</w:t>
            </w:r>
          </w:p>
        </w:tc>
        <w:tc>
          <w:tcPr>
            <w:tcW w:type="dxa" w:w="6009"/>
          </w:tcPr>
          <w:p>
            <w:pPr>
              <w:spacing w:after="20" w:line="276" w:lineRule="auto"/>
            </w:pPr>
            <w:r/>
            <w:r>
              <w:rPr>
                <w:rFonts w:ascii="宋体" w:hAnsi="宋体" w:eastAsia="宋体"/>
                <w:b w:val="0"/>
                <w:sz w:val="20"/>
              </w:rPr>
              <w:t>第3单元 小数除法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的学习中，已经掌握了整数除法的计算方法和商的变化规律，为学习小数除法的计算方法奠定了知识基础。由于除数是小数的除法要通过商不变的规律转化成除数是整数的小数除法来计算，所以小数除以整数是学习小数除法计算的基础，一定要让学生弄清算理以便切实掌握。教学用小数除法解决简单的实际问题时，如果学生在分析数量关系时有困难，教师应给予必要的提示，鼓励学生多向思维，体会解决问题策略的多样化。</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教学内容：教科书P32例5，完成教科书P32“做一做”。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（1）理解被除数的小数位数比除数的小数位数少时的计算算理，掌握计算方法。</w:t>
      </w:r>
    </w:p>
    <w:p>
      <w:pPr>
        <w:spacing w:after="20" w:line="300" w:lineRule="auto"/>
        <w:ind w:firstLine="400"/>
      </w:pPr>
      <w:r>
        <w:rPr>
          <w:rFonts w:ascii="宋体" w:hAnsi="宋体" w:eastAsia="宋体"/>
          <w:b w:val="0"/>
          <w:sz w:val="20"/>
        </w:rPr>
        <w:t>（2）在探索计算方法的过程中进一步体会转化思想，培养计算能力。</w:t>
      </w:r>
    </w:p>
    <w:p>
      <w:pPr>
        <w:spacing w:after="20" w:line="300" w:lineRule="auto"/>
        <w:ind w:firstLine="400"/>
      </w:pPr>
      <w:r>
        <w:rPr>
          <w:rFonts w:ascii="宋体" w:hAnsi="宋体" w:eastAsia="宋体"/>
          <w:b w:val="0"/>
          <w:sz w:val="20"/>
        </w:rPr>
        <w:t>（3）在学习活动中，体会知识之间的相互联系和数学知识的应用价值，感受发现知识的快乐，激发学习兴趣。</w:t>
      </w:r>
    </w:p>
    <w:p>
      <w:pPr>
        <w:spacing w:after="20" w:line="300" w:lineRule="auto"/>
      </w:pPr>
      <w:r>
        <w:rPr>
          <w:rFonts w:ascii="宋体" w:hAnsi="宋体" w:eastAsia="宋体"/>
          <w:b w:val="0"/>
          <w:sz w:val="20"/>
        </w:rPr>
        <w:t>教学重点：理解除数是小数的除法的算理，掌握除数是小数的除法的计算法则。</w:t>
      </w:r>
    </w:p>
    <w:p>
      <w:pPr>
        <w:spacing w:after="20" w:line="300" w:lineRule="auto"/>
      </w:pPr>
      <w:r>
        <w:rPr>
          <w:rFonts w:ascii="宋体" w:hAnsi="宋体" w:eastAsia="宋体"/>
          <w:b w:val="0"/>
          <w:sz w:val="20"/>
        </w:rPr>
        <w:t>教学难点：理解被除数位数不够时，要用0补足。</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一、揭示课题，探究新知识</w:t>
            </w:r>
          </w:p>
        </w:tc>
        <w:tc>
          <w:tcPr>
            <w:tcW w:type="dxa" w:w="1814"/>
          </w:tcPr>
          <w:p>
            <w:pPr>
              <w:spacing w:after="20" w:line="276" w:lineRule="auto"/>
            </w:pPr>
            <w:r/>
            <w:r>
              <w:rPr>
                <w:rFonts w:ascii="宋体" w:hAnsi="宋体" w:eastAsia="宋体"/>
                <w:b w:val="0"/>
                <w:sz w:val="18"/>
              </w:rPr>
              <w:t>课件、教科书、草稿本</w:t>
            </w:r>
          </w:p>
        </w:tc>
        <w:tc>
          <w:tcPr>
            <w:tcW w:type="dxa" w:w="3402"/>
          </w:tcPr>
          <w:p>
            <w:pPr>
              <w:spacing w:after="20" w:line="276" w:lineRule="auto"/>
            </w:pPr>
            <w:r/>
            <w:r>
              <w:rPr>
                <w:rFonts w:ascii="宋体" w:hAnsi="宋体" w:eastAsia="宋体"/>
                <w:b w:val="0"/>
                <w:sz w:val="18"/>
              </w:rPr>
              <w:t>联系之前学习过的计算方法，想一想这道题该怎么算，有什么问题？；为什么可以用0补足？</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巩固提升</w:t>
            </w:r>
          </w:p>
        </w:tc>
        <w:tc>
          <w:tcPr>
            <w:tcW w:type="dxa" w:w="1814"/>
          </w:tcPr>
          <w:p>
            <w:pPr>
              <w:spacing w:after="20" w:line="276" w:lineRule="auto"/>
            </w:pPr>
            <w:r/>
            <w:r>
              <w:rPr>
                <w:rFonts w:ascii="宋体" w:hAnsi="宋体" w:eastAsia="宋体"/>
                <w:b w:val="0"/>
                <w:sz w:val="18"/>
              </w:rPr>
              <w:t>教科书、草稿本、课件</w:t>
            </w:r>
          </w:p>
        </w:tc>
        <w:tc>
          <w:tcPr>
            <w:tcW w:type="dxa" w:w="3402"/>
          </w:tcPr>
          <w:p>
            <w:pPr>
              <w:spacing w:after="20" w:line="276" w:lineRule="auto"/>
            </w:pPr>
            <w:r/>
            <w:r>
              <w:rPr>
                <w:rFonts w:ascii="宋体" w:hAnsi="宋体" w:eastAsia="宋体"/>
                <w:b w:val="0"/>
                <w:sz w:val="18"/>
              </w:rPr>
              <w:t>大家观察三组算式，有什么发现？</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在这节课上，给你留下印象最深的是什么？你还有什么需要帮助解决的问题吗？</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一、揭示课题，探究新知识</w:t>
            </w:r>
          </w:p>
        </w:tc>
        <w:tc>
          <w:tcPr>
            <w:tcW w:type="dxa" w:w="3061"/>
          </w:tcPr>
          <w:p>
            <w:pPr>
              <w:spacing w:after="20" w:line="276" w:lineRule="auto"/>
            </w:pPr>
            <w:r/>
            <w:r>
              <w:rPr>
                <w:rFonts w:ascii="宋体" w:hAnsi="宋体" w:eastAsia="宋体"/>
                <w:b w:val="0"/>
                <w:sz w:val="18"/>
              </w:rPr>
              <w:t>师：上节课我们学习了一个数除以小数，今天继续学习这个内容。[板书课题：一个数除以小数（2）]</w:t>
            </w:r>
          </w:p>
          <w:p>
            <w:pPr>
              <w:spacing w:after="20" w:line="276" w:lineRule="auto"/>
            </w:pPr>
            <w:r>
              <w:rPr>
                <w:rFonts w:ascii="宋体" w:hAnsi="宋体" w:eastAsia="宋体"/>
                <w:b w:val="0"/>
                <w:sz w:val="18"/>
              </w:rPr>
              <w:t>1.自主探索。</w:t>
            </w:r>
          </w:p>
          <w:p>
            <w:pPr>
              <w:spacing w:after="20" w:line="276" w:lineRule="auto"/>
            </w:pPr>
            <w:r>
              <w:rPr>
                <w:rFonts w:ascii="宋体" w:hAnsi="宋体" w:eastAsia="宋体"/>
                <w:b w:val="0"/>
                <w:sz w:val="18"/>
              </w:rPr>
              <w:t>课件出示教科书P32例5。</w:t>
            </w:r>
          </w:p>
          <w:p>
            <w:pPr>
              <w:spacing w:after="20" w:line="276" w:lineRule="auto"/>
            </w:pPr>
            <w:r>
              <w:rPr>
                <w:rFonts w:ascii="宋体" w:hAnsi="宋体" w:eastAsia="宋体"/>
                <w:b w:val="0"/>
                <w:sz w:val="18"/>
              </w:rPr>
              <w:t>师：联系之前学习过的计算方法，想一想这道题该怎么算，有什么问题？</w:t>
            </w:r>
          </w:p>
          <w:p>
            <w:pPr>
              <w:spacing w:after="20" w:line="276" w:lineRule="auto"/>
            </w:pPr>
            <w:r>
              <w:rPr>
                <w:rFonts w:ascii="宋体" w:hAnsi="宋体" w:eastAsia="宋体"/>
                <w:b w:val="0"/>
                <w:sz w:val="18"/>
              </w:rPr>
              <w:t>组织学生讨论解决的方法。</w:t>
            </w:r>
          </w:p>
          <w:p>
            <w:pPr>
              <w:spacing w:after="20" w:line="276" w:lineRule="auto"/>
            </w:pPr>
            <w:r>
              <w:rPr>
                <w:rFonts w:ascii="宋体" w:hAnsi="宋体" w:eastAsia="宋体"/>
                <w:b w:val="0"/>
                <w:sz w:val="18"/>
              </w:rPr>
              <w:t>师：为什么可以用0补足？</w:t>
            </w:r>
          </w:p>
          <w:p>
            <w:pPr>
              <w:spacing w:after="20" w:line="276" w:lineRule="auto"/>
            </w:pPr>
            <w:r>
              <w:rPr>
                <w:rFonts w:ascii="宋体" w:hAnsi="宋体" w:eastAsia="宋体"/>
                <w:b w:val="0"/>
                <w:sz w:val="18"/>
              </w:rPr>
              <w:t>2.对比分析。</w:t>
            </w:r>
          </w:p>
          <w:p>
            <w:pPr>
              <w:spacing w:after="20" w:line="276" w:lineRule="auto"/>
            </w:pPr>
            <w:r>
              <w:rPr>
                <w:rFonts w:ascii="宋体" w:hAnsi="宋体" w:eastAsia="宋体"/>
                <w:b w:val="0"/>
                <w:sz w:val="18"/>
              </w:rPr>
              <w:t>课件出示教科书P31例4和教科书P32例5的除法竖式的计算方法。</w:t>
            </w:r>
          </w:p>
          <w:p>
            <w:pPr>
              <w:spacing w:after="20" w:line="276" w:lineRule="auto"/>
            </w:pPr>
            <w:r>
              <w:rPr>
                <w:rFonts w:ascii="宋体" w:hAnsi="宋体" w:eastAsia="宋体"/>
                <w:b w:val="0"/>
                <w:sz w:val="18"/>
              </w:rPr>
              <w:t>师：我们来看上节课和这节课学习的两个例题，你们能发现它们之间有什么相同点和不同点吗？</w:t>
            </w:r>
          </w:p>
          <w:p>
            <w:pPr>
              <w:spacing w:after="20" w:line="276" w:lineRule="auto"/>
            </w:pPr>
            <w:r>
              <w:rPr>
                <w:rFonts w:ascii="宋体" w:hAnsi="宋体" w:eastAsia="宋体"/>
                <w:b w:val="0"/>
                <w:sz w:val="18"/>
              </w:rPr>
              <w:t>（1）同桌间互相交流。</w:t>
            </w:r>
          </w:p>
          <w:p>
            <w:pPr>
              <w:spacing w:after="20" w:line="276" w:lineRule="auto"/>
            </w:pPr>
            <w:r>
              <w:rPr>
                <w:rFonts w:ascii="宋体" w:hAnsi="宋体" w:eastAsia="宋体"/>
                <w:b w:val="0"/>
                <w:sz w:val="18"/>
              </w:rPr>
              <w:t>（2）指名汇报。</w:t>
            </w:r>
          </w:p>
          <w:p>
            <w:pPr>
              <w:spacing w:after="20" w:line="276" w:lineRule="auto"/>
            </w:pPr>
            <w:r>
              <w:rPr>
                <w:rFonts w:ascii="宋体" w:hAnsi="宋体" w:eastAsia="宋体"/>
                <w:b w:val="0"/>
                <w:sz w:val="18"/>
              </w:rPr>
              <w:t>3.归纳算法。</w:t>
            </w:r>
          </w:p>
          <w:p>
            <w:pPr>
              <w:spacing w:after="20" w:line="276" w:lineRule="auto"/>
            </w:pPr>
            <w:r>
              <w:rPr>
                <w:rFonts w:ascii="宋体" w:hAnsi="宋体" w:eastAsia="宋体"/>
                <w:b w:val="0"/>
                <w:sz w:val="18"/>
              </w:rPr>
              <w:t>师：通过这两个例题的计算，你们认为除数是小数的除法的计算方法是怎样的呢？</w:t>
            </w:r>
          </w:p>
          <w:p>
            <w:pPr>
              <w:spacing w:after="20" w:line="276" w:lineRule="auto"/>
            </w:pPr>
            <w:r>
              <w:rPr>
                <w:rFonts w:ascii="宋体" w:hAnsi="宋体" w:eastAsia="宋体"/>
                <w:b w:val="0"/>
                <w:sz w:val="18"/>
              </w:rPr>
              <w:t>（1）四人一组互相交流。</w:t>
            </w:r>
          </w:p>
          <w:p>
            <w:pPr>
              <w:spacing w:after="20" w:line="276" w:lineRule="auto"/>
            </w:pPr>
            <w:r>
              <w:rPr>
                <w:rFonts w:ascii="宋体" w:hAnsi="宋体" w:eastAsia="宋体"/>
                <w:b w:val="0"/>
                <w:sz w:val="18"/>
              </w:rPr>
              <w:t>（2）指名汇报。</w:t>
            </w:r>
          </w:p>
          <w:p>
            <w:pPr>
              <w:spacing w:after="20" w:line="276" w:lineRule="auto"/>
            </w:pPr>
            <w:r>
              <w:rPr>
                <w:rFonts w:ascii="宋体" w:hAnsi="宋体" w:eastAsia="宋体"/>
                <w:b w:val="0"/>
                <w:sz w:val="18"/>
              </w:rPr>
              <w:t>师：怎样把除数转化成整数？被除数的小数点怎么移动？</w:t>
            </w:r>
          </w:p>
          <w:p>
            <w:pPr>
              <w:spacing w:after="20" w:line="276" w:lineRule="auto"/>
            </w:pPr>
            <w:r>
              <w:rPr>
                <w:rFonts w:ascii="宋体" w:hAnsi="宋体" w:eastAsia="宋体"/>
                <w:b w:val="0"/>
                <w:sz w:val="18"/>
              </w:rPr>
              <w:t>教师与学生一起总结除数是小数的除法的计算方法。（课件出示教科书P32中间除数是小数的除法的计算方法）</w:t>
            </w:r>
          </w:p>
        </w:tc>
        <w:tc>
          <w:tcPr>
            <w:tcW w:type="dxa" w:w="3061"/>
          </w:tcPr>
          <w:p>
            <w:pPr>
              <w:spacing w:after="20" w:line="276" w:lineRule="auto"/>
            </w:pPr>
            <w:r/>
            <w:r>
              <w:rPr>
                <w:rFonts w:ascii="宋体" w:hAnsi="宋体" w:eastAsia="宋体"/>
                <w:b w:val="0"/>
                <w:sz w:val="18"/>
              </w:rPr>
              <w:t>除数0.28扩大到原来的100倍，变成28，小数点向右移动两位，根据“商不变的规律”，被除数12.6也要扩大到原来的100倍，小数点也要向右移动两位，但是被除数的位数不够，就用0来补足，变成1260。</w:t>
            </w:r>
          </w:p>
          <w:p>
            <w:pPr>
              <w:spacing w:after="20" w:line="276" w:lineRule="auto"/>
            </w:pPr>
            <w:r>
              <w:rPr>
                <w:rFonts w:ascii="宋体" w:hAnsi="宋体" w:eastAsia="宋体"/>
                <w:b w:val="0"/>
                <w:sz w:val="18"/>
              </w:rPr>
              <w:t>根据小数点移动的规律，12.6的小数点要向右移动两位，但是它只有一位小数，位数不够，因此要在它的末尾用0补足。</w:t>
            </w:r>
          </w:p>
          <w:p>
            <w:pPr>
              <w:spacing w:after="20" w:line="276" w:lineRule="auto"/>
            </w:pPr>
            <w:r>
              <w:rPr>
                <w:rFonts w:ascii="宋体" w:hAnsi="宋体" w:eastAsia="宋体"/>
                <w:b w:val="0"/>
                <w:sz w:val="18"/>
              </w:rPr>
              <w:t>学生在草稿本上把竖式补充完整。（教师适时板书）</w:t>
            </w:r>
          </w:p>
          <w:p>
            <w:pPr>
              <w:spacing w:after="20" w:line="276" w:lineRule="auto"/>
            </w:pPr>
            <w:r>
              <w:rPr>
                <w:rFonts w:ascii="宋体" w:hAnsi="宋体" w:eastAsia="宋体"/>
                <w:b w:val="0"/>
                <w:sz w:val="18"/>
              </w:rPr>
              <w:t>相同点是它们都是一个数除以小数，在计算时都是把除数转化成整数，再根据“商不变的规律”把被除数扩大到相同的倍数；不同点是第二个算式在转化时遇到被除数位数不够，必须用0补足再除的情况。</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设计递进式探究活动，引导学生在动手实践与合作交流中经历知识形成过程，突破本课重难点，核心问题："联系之前学习过的计算方法，想一想这道题该怎么算，有什么问题？"</w:t>
            </w:r>
          </w:p>
        </w:tc>
      </w:tr>
      <w:tr>
        <w:tc>
          <w:tcPr>
            <w:tcW w:type="dxa" w:w="1474"/>
          </w:tcPr>
          <w:p>
            <w:pPr>
              <w:spacing w:after="20" w:line="276" w:lineRule="auto"/>
            </w:pPr>
            <w:r>
              <w:rPr>
                <w:b/>
              </w:rPr>
            </w:r>
            <w:r>
              <w:rPr>
                <w:rFonts w:ascii="宋体" w:hAnsi="宋体" w:eastAsia="宋体"/>
                <w:b/>
                <w:sz w:val="18"/>
              </w:rPr>
              <w:t>巩固提升</w:t>
            </w:r>
          </w:p>
        </w:tc>
        <w:tc>
          <w:tcPr>
            <w:tcW w:type="dxa" w:w="3061"/>
          </w:tcPr>
          <w:p>
            <w:pPr>
              <w:spacing w:after="20" w:line="276" w:lineRule="auto"/>
            </w:pPr>
            <w:r/>
            <w:r>
              <w:rPr>
                <w:rFonts w:ascii="宋体" w:hAnsi="宋体" w:eastAsia="宋体"/>
                <w:b w:val="0"/>
                <w:sz w:val="18"/>
              </w:rPr>
              <w:t>1.完成教科书P32“做一做”第1题。</w:t>
            </w:r>
          </w:p>
          <w:p>
            <w:pPr>
              <w:spacing w:after="20" w:line="276" w:lineRule="auto"/>
            </w:pPr>
            <w:r>
              <w:rPr>
                <w:rFonts w:ascii="宋体" w:hAnsi="宋体" w:eastAsia="宋体"/>
                <w:b w:val="0"/>
                <w:sz w:val="18"/>
              </w:rPr>
              <w:t>（1）学生独立在草稿本上计算。</w:t>
            </w:r>
          </w:p>
          <w:p>
            <w:pPr>
              <w:spacing w:after="20" w:line="276" w:lineRule="auto"/>
            </w:pPr>
            <w:r>
              <w:rPr>
                <w:rFonts w:ascii="宋体" w:hAnsi="宋体" w:eastAsia="宋体"/>
                <w:b w:val="0"/>
                <w:sz w:val="18"/>
              </w:rPr>
              <w:t>（2）指名学生板演。</w:t>
            </w:r>
          </w:p>
          <w:p>
            <w:pPr>
              <w:spacing w:after="20" w:line="276" w:lineRule="auto"/>
            </w:pPr>
            <w:r>
              <w:rPr>
                <w:rFonts w:ascii="宋体" w:hAnsi="宋体" w:eastAsia="宋体"/>
                <w:b w:val="0"/>
                <w:sz w:val="18"/>
              </w:rPr>
              <w:t>（3）集体订正。</w:t>
            </w:r>
          </w:p>
          <w:p>
            <w:pPr>
              <w:spacing w:after="20" w:line="276" w:lineRule="auto"/>
            </w:pPr>
            <w:r>
              <w:rPr>
                <w:rFonts w:ascii="宋体" w:hAnsi="宋体" w:eastAsia="宋体"/>
                <w:b w:val="0"/>
                <w:sz w:val="18"/>
              </w:rPr>
              <w:t>2.完成教科书P32“做一做”第2题。</w:t>
            </w:r>
          </w:p>
          <w:p>
            <w:pPr>
              <w:spacing w:after="20" w:line="276" w:lineRule="auto"/>
            </w:pPr>
            <w:r>
              <w:rPr>
                <w:rFonts w:ascii="宋体" w:hAnsi="宋体" w:eastAsia="宋体"/>
                <w:b w:val="0"/>
                <w:sz w:val="18"/>
              </w:rPr>
              <w:t>（1）学生独立完成计算后，集体评议。</w:t>
            </w:r>
          </w:p>
          <w:p>
            <w:pPr>
              <w:spacing w:after="20" w:line="276" w:lineRule="auto"/>
            </w:pPr>
            <w:r>
              <w:rPr>
                <w:rFonts w:ascii="宋体" w:hAnsi="宋体" w:eastAsia="宋体"/>
                <w:b w:val="0"/>
                <w:sz w:val="18"/>
              </w:rPr>
              <w:t>师：大家观察三组算式，有什么发现？</w:t>
            </w:r>
          </w:p>
          <w:p>
            <w:pPr>
              <w:spacing w:after="20" w:line="276" w:lineRule="auto"/>
            </w:pPr>
            <w:r>
              <w:rPr>
                <w:rFonts w:ascii="宋体" w:hAnsi="宋体" w:eastAsia="宋体"/>
                <w:b w:val="0"/>
                <w:sz w:val="18"/>
              </w:rPr>
              <w:t>师生归纳：除数大于1时，商小于被除数；除数等于1时，商等于被除数；除数小于1时，商大于被除数。</w:t>
            </w:r>
          </w:p>
        </w:tc>
        <w:tc>
          <w:tcPr>
            <w:tcW w:type="dxa" w:w="3061"/>
          </w:tcPr>
          <w:p>
            <w:pPr>
              <w:spacing w:after="20" w:line="276" w:lineRule="auto"/>
            </w:pPr>
            <w:r/>
            <w:r>
              <w:rPr>
                <w:rFonts w:ascii="宋体" w:hAnsi="宋体" w:eastAsia="宋体"/>
                <w:b w:val="0"/>
                <w:sz w:val="18"/>
              </w:rPr>
              <w:t>预设1：每列的被除数均相同。</w:t>
            </w:r>
          </w:p>
          <w:p>
            <w:pPr>
              <w:spacing w:after="20" w:line="276" w:lineRule="auto"/>
            </w:pPr>
            <w:r>
              <w:rPr>
                <w:rFonts w:ascii="宋体" w:hAnsi="宋体" w:eastAsia="宋体"/>
                <w:b w:val="0"/>
                <w:sz w:val="18"/>
              </w:rPr>
              <w:t>预设2：每列的除数分别大于1、等于1、小于1。</w:t>
            </w:r>
          </w:p>
          <w:p>
            <w:pPr>
              <w:spacing w:after="20" w:line="276" w:lineRule="auto"/>
            </w:pPr>
            <w:r>
              <w:rPr>
                <w:rFonts w:ascii="宋体" w:hAnsi="宋体" w:eastAsia="宋体"/>
                <w:b w:val="0"/>
                <w:sz w:val="18"/>
              </w:rPr>
              <w:t>预设3：除数大于1时，商小于被除数；除数等于1时，商等于被除数；除数小于1时，商大于被除数。</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通过有层次的练习及时反馈学情，巩固新知，培养学生灵活运用知识解决问题的能力，核心问题："大家观察三组算式，有什么发现？"</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师：在这节课上，给你留下印象最深的是什么？你还有什么需要帮助解决的问题吗？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学生已有“一个数除以小数”的基础，本节课放手让学生自主交流、探究，得出被除数的位数不够，必须用“0”补足，从而理解算理和算法。再结合上节课的学习内容，自主总结出除数是小数的除法的计算方法。</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教科书P32例5，完成教科书P32“做一做”。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引导学生感受算理与算法的过程中，放手让学生自主尝试。让学生主动、积极地参与到新知识的形成过程中，再引导学生通过比较异同发现联系，促进迁移，实现转化，使学生在理解算理的基础上，概括出除数是小数的除法的计算方法。</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解决问题</w:t>
            </w:r>
          </w:p>
        </w:tc>
        <w:tc>
          <w:tcPr>
            <w:tcW w:type="dxa" w:w="6009"/>
          </w:tcPr>
          <w:p>
            <w:pPr>
              <w:spacing w:after="20" w:line="276" w:lineRule="auto"/>
            </w:pPr>
            <w:r/>
            <w:r>
              <w:rPr>
                <w:rFonts w:ascii="宋体" w:hAnsi="宋体" w:eastAsia="宋体"/>
                <w:b w:val="0"/>
                <w:sz w:val="20"/>
              </w:rPr>
              <w:t>第3单元 小数除法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的学习中，已经掌握了整数除法的计算方法和商的变化规律，为学习小数除法的计算方法奠定了知识基础。由于除数是小数的除法要通过商不变的规律转化成除数是整数的小数除法来计算，所以小数除以整数是学习小数除法计算的基础，一定要让学生弄清算理以便切实掌握。教学用小数除法解决简单的实际问题时，如果学生在分析数量关系时有困难，教师应给予必要的提示，鼓励学生多向思维，体会解决问题策略的多样化。</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教学内容：教科书P35例6，完成教科书P35“做一做”及P37“练习七”第3题。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（1）在具体情境中探索结合实际情况用“进一”法和“去尾”法取商的近似值。</w:t>
      </w:r>
    </w:p>
    <w:p>
      <w:pPr>
        <w:spacing w:after="20" w:line="300" w:lineRule="auto"/>
        <w:ind w:firstLine="400"/>
      </w:pPr>
      <w:r>
        <w:rPr>
          <w:rFonts w:ascii="宋体" w:hAnsi="宋体" w:eastAsia="宋体"/>
          <w:b w:val="0"/>
          <w:sz w:val="20"/>
        </w:rPr>
        <w:t>（2）培养学生灵活解决问题的能力，体会取商的近似值的应用价值。</w:t>
      </w:r>
    </w:p>
    <w:p>
      <w:pPr>
        <w:spacing w:after="20" w:line="300" w:lineRule="auto"/>
        <w:ind w:firstLine="400"/>
      </w:pPr>
      <w:r>
        <w:rPr>
          <w:rFonts w:ascii="宋体" w:hAnsi="宋体" w:eastAsia="宋体"/>
          <w:b w:val="0"/>
          <w:sz w:val="20"/>
        </w:rPr>
        <w:t>（3）在解决问题中感受数学解题策略的巧妙运用，体会学习数学的乐趣。</w:t>
      </w:r>
    </w:p>
    <w:p>
      <w:pPr>
        <w:spacing w:after="20" w:line="300" w:lineRule="auto"/>
      </w:pPr>
      <w:r>
        <w:rPr>
          <w:rFonts w:ascii="宋体" w:hAnsi="宋体" w:eastAsia="宋体"/>
          <w:b w:val="0"/>
          <w:sz w:val="20"/>
        </w:rPr>
        <w:t>教学重点：根据实际情况用“进一”法和“去尾”法取商的近似值。</w:t>
      </w:r>
    </w:p>
    <w:p>
      <w:pPr>
        <w:spacing w:after="20" w:line="300" w:lineRule="auto"/>
      </w:pPr>
      <w:r>
        <w:rPr>
          <w:rFonts w:ascii="宋体" w:hAnsi="宋体" w:eastAsia="宋体"/>
          <w:b w:val="0"/>
          <w:sz w:val="20"/>
        </w:rPr>
        <w:t>教学难点：根据具体情况灵活选择取商的近似值的方法。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一、直接揭示课题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二、合作探究，解决问题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你知道了哪些信息？；这个问题怎么解答呢？</w:t>
            </w:r>
          </w:p>
        </w:tc>
        <w:tc>
          <w:tcPr>
            <w:tcW w:type="dxa" w:w="1361"/>
          </w:tcPr>
          <w:p>
            <w:pPr>
              <w:spacing w:after="20" w:line="276" w:lineRule="auto"/>
            </w:pPr>
            <w:r/>
            <w:r>
              <w:rPr>
                <w:rFonts w:ascii="宋体" w:hAnsi="宋体" w:eastAsia="宋体"/>
                <w:b w:val="0"/>
                <w:sz w:val="18"/>
              </w:rPr>
              <w:t>35分钟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通过今天的学习，大家对取商的近似值又有哪些新的认识？</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一、直接揭示课题</w:t>
            </w:r>
          </w:p>
        </w:tc>
        <w:tc>
          <w:tcPr>
            <w:tcW w:type="dxa" w:w="3061"/>
          </w:tcPr>
          <w:p>
            <w:pPr>
              <w:spacing w:after="20" w:line="276" w:lineRule="auto"/>
            </w:pPr>
            <w:r/>
            <w:r>
              <w:rPr>
                <w:rFonts w:ascii="宋体" w:hAnsi="宋体" w:eastAsia="宋体"/>
                <w:b w:val="0"/>
                <w:sz w:val="18"/>
              </w:rPr>
              <w:t>师：前面我们学过“解决问题”，这节课我们就来用小数除法解决问题。（板书课题：解决问题）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二、合作探究，解决问题</w:t>
            </w:r>
          </w:p>
        </w:tc>
        <w:tc>
          <w:tcPr>
            <w:tcW w:type="dxa" w:w="3061"/>
          </w:tcPr>
          <w:p>
            <w:pPr>
              <w:spacing w:after="20" w:line="276" w:lineRule="auto"/>
            </w:pPr>
            <w:r/>
            <w:r>
              <w:rPr>
                <w:rFonts w:ascii="宋体" w:hAnsi="宋体" w:eastAsia="宋体"/>
                <w:b w:val="0"/>
                <w:sz w:val="18"/>
              </w:rPr>
              <w:t>1.探究用“进一”法解决问题。</w:t>
            </w:r>
          </w:p>
          <w:p>
            <w:pPr>
              <w:spacing w:after="20" w:line="276" w:lineRule="auto"/>
            </w:pPr>
            <w:r>
              <w:rPr>
                <w:rFonts w:ascii="宋体" w:hAnsi="宋体" w:eastAsia="宋体"/>
                <w:b w:val="0"/>
                <w:sz w:val="18"/>
              </w:rPr>
              <w:t>课件出示教科书P35例6。</w:t>
            </w:r>
          </w:p>
          <w:p>
            <w:pPr>
              <w:spacing w:after="20" w:line="276" w:lineRule="auto"/>
            </w:pPr>
            <w:r>
              <w:rPr>
                <w:rFonts w:ascii="宋体" w:hAnsi="宋体" w:eastAsia="宋体"/>
                <w:b w:val="0"/>
                <w:sz w:val="18"/>
              </w:rPr>
              <w:t>（1）学生读题，理解题意。</w:t>
            </w:r>
          </w:p>
          <w:p>
            <w:pPr>
              <w:spacing w:after="20" w:line="276" w:lineRule="auto"/>
            </w:pPr>
            <w:r>
              <w:rPr>
                <w:rFonts w:ascii="宋体" w:hAnsi="宋体" w:eastAsia="宋体"/>
                <w:b w:val="0"/>
                <w:sz w:val="18"/>
              </w:rPr>
              <w:t>师：你知道了哪些信息？</w:t>
            </w:r>
          </w:p>
          <w:p>
            <w:pPr>
              <w:spacing w:after="20" w:line="276" w:lineRule="auto"/>
            </w:pPr>
            <w:r>
              <w:rPr>
                <w:rFonts w:ascii="宋体" w:hAnsi="宋体" w:eastAsia="宋体"/>
                <w:b w:val="0"/>
                <w:sz w:val="18"/>
              </w:rPr>
              <w:t>引导学生厘清信息：妈妈用32元买了一袋2.7 kg的红小豆，把这些红小豆分装在密封瓶里并解决两个问题：①每千克红小豆大约多少钱？②每瓶可装0.8 kg，可以装满几瓶？需要准备几个瓶子才能装完？</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①每千克红小豆大约多少钱？</w:t>
            </w:r>
          </w:p>
          <w:p>
            <w:pPr>
              <w:spacing w:after="20" w:line="276" w:lineRule="auto"/>
            </w:pPr>
            <w:r>
              <w:rPr>
                <w:rFonts w:ascii="宋体" w:hAnsi="宋体" w:eastAsia="宋体"/>
                <w:b w:val="0"/>
                <w:sz w:val="18"/>
              </w:rPr>
              <w:t>师：这个问题怎么解答呢？</w:t>
            </w:r>
          </w:p>
          <w:p>
            <w:pPr>
              <w:spacing w:after="20" w:line="276" w:lineRule="auto"/>
            </w:pPr>
            <w:r>
              <w:rPr>
                <w:rFonts w:ascii="宋体" w:hAnsi="宋体" w:eastAsia="宋体"/>
                <w:b w:val="0"/>
                <w:sz w:val="18"/>
              </w:rPr>
              <w:t>师：得到的商是一个循环小数，但是人民币最小的单位是分，所以要以“元”为单位，我们一般保留两位小数，那么具体的结果是多少？</w:t>
            </w:r>
          </w:p>
          <w:p>
            <w:pPr>
              <w:spacing w:after="20" w:line="276" w:lineRule="auto"/>
            </w:pPr>
            <w:r>
              <w:rPr>
                <w:rFonts w:ascii="宋体" w:hAnsi="宋体" w:eastAsia="宋体"/>
                <w:b w:val="0"/>
                <w:sz w:val="18"/>
              </w:rPr>
              <w:t>引导学生用“四舍五入”法取商的近似值，并强调近似值要用“≈”表示。（适时板书）</w:t>
            </w:r>
          </w:p>
          <w:p>
            <w:pPr>
              <w:spacing w:after="20" w:line="276" w:lineRule="auto"/>
            </w:pPr>
            <w:r>
              <w:rPr>
                <w:rFonts w:ascii="宋体" w:hAnsi="宋体" w:eastAsia="宋体"/>
                <w:b w:val="0"/>
                <w:sz w:val="18"/>
              </w:rPr>
              <w:t>②每瓶可装0.8 kg，可以装满几瓶？需要准备几个瓶子才能装完？</w:t>
            </w:r>
          </w:p>
          <w:p>
            <w:pPr>
              <w:spacing w:after="20" w:line="276" w:lineRule="auto"/>
            </w:pPr>
            <w:r>
              <w:rPr>
                <w:rFonts w:ascii="宋体" w:hAnsi="宋体" w:eastAsia="宋体"/>
                <w:b w:val="0"/>
                <w:sz w:val="18"/>
              </w:rPr>
              <w:t>师：能装满几瓶？实际需要准备几个瓶子呢？你们是怎么做的？</w:t>
            </w:r>
          </w:p>
          <w:p>
            <w:pPr>
              <w:spacing w:after="20" w:line="276" w:lineRule="auto"/>
            </w:pPr>
            <w:r>
              <w:rPr>
                <w:rFonts w:ascii="宋体" w:hAnsi="宋体" w:eastAsia="宋体"/>
                <w:b w:val="0"/>
                <w:sz w:val="18"/>
              </w:rPr>
              <w:t>师生交流，引导学生理解可以装满3瓶，因为3个瓶子只能装2.4 kg红小豆，剩下的0.3 kg虽然很少，但也还需要1个瓶子，所以要4个瓶子才能装完。</w:t>
            </w:r>
          </w:p>
          <w:p>
            <w:pPr>
              <w:spacing w:after="20" w:line="276" w:lineRule="auto"/>
            </w:pPr>
            <w:r>
              <w:rPr>
                <w:rFonts w:ascii="宋体" w:hAnsi="宋体" w:eastAsia="宋体"/>
                <w:b w:val="0"/>
                <w:sz w:val="18"/>
              </w:rPr>
              <w:t>教师板书正确算法。</w:t>
            </w:r>
          </w:p>
          <w:p>
            <w:pPr>
              <w:spacing w:after="20" w:line="276" w:lineRule="auto"/>
            </w:pPr>
            <w:r>
              <w:rPr>
                <w:rFonts w:ascii="宋体" w:hAnsi="宋体" w:eastAsia="宋体"/>
                <w:b w:val="0"/>
                <w:sz w:val="18"/>
              </w:rPr>
              <w:t>（3）学生谈收获。</w:t>
            </w:r>
          </w:p>
          <w:p>
            <w:pPr>
              <w:spacing w:after="20" w:line="276" w:lineRule="auto"/>
            </w:pPr>
            <w:r>
              <w:rPr>
                <w:rFonts w:ascii="宋体" w:hAnsi="宋体" w:eastAsia="宋体"/>
                <w:b w:val="0"/>
                <w:sz w:val="18"/>
              </w:rPr>
              <w:t>师：做完这道题后你有什么收获？</w:t>
            </w:r>
          </w:p>
          <w:p>
            <w:pPr>
              <w:spacing w:after="20" w:line="276" w:lineRule="auto"/>
            </w:pPr>
            <w:r>
              <w:rPr>
                <w:rFonts w:ascii="宋体" w:hAnsi="宋体" w:eastAsia="宋体"/>
                <w:b w:val="0"/>
                <w:sz w:val="18"/>
              </w:rPr>
              <w:t>师：看来在解决实际问题时，有时不适合用“四舍五入”法取商的近似值。像这种“分红小豆”问题，如果最后计算的结果是3.05个，需要准备几个瓶子呢？3.49个、3.01个、3.92个呢？你能得出什么结论？</w:t>
            </w:r>
          </w:p>
          <w:p>
            <w:pPr>
              <w:spacing w:after="20" w:line="276" w:lineRule="auto"/>
            </w:pPr>
            <w:r>
              <w:rPr>
                <w:rFonts w:ascii="宋体" w:hAnsi="宋体" w:eastAsia="宋体"/>
                <w:b w:val="0"/>
                <w:sz w:val="18"/>
              </w:rPr>
              <w:t>师：像这种“分红小豆”问题，不管最后商的小数部分满不满5，都要向前一位进1。这种不管小数部分是多少，都要向前一位进1取整数的方法叫作“进一”法。（适时板书）</w:t>
            </w:r>
          </w:p>
          <w:p>
            <w:pPr>
              <w:spacing w:after="20" w:line="276" w:lineRule="auto"/>
            </w:pPr>
            <w:r>
              <w:rPr>
                <w:rFonts w:ascii="宋体" w:hAnsi="宋体" w:eastAsia="宋体"/>
                <w:b w:val="0"/>
                <w:sz w:val="18"/>
              </w:rPr>
              <w:t>师：想一想，生活中哪些地方还会用到这种“进一”法取商的近似值？</w:t>
            </w:r>
          </w:p>
          <w:p>
            <w:pPr>
              <w:spacing w:after="20" w:line="276" w:lineRule="auto"/>
            </w:pPr>
            <w:r>
              <w:rPr>
                <w:rFonts w:ascii="宋体" w:hAnsi="宋体" w:eastAsia="宋体"/>
                <w:b w:val="0"/>
                <w:sz w:val="18"/>
              </w:rPr>
              <w:t>2.探究用“去尾”法解决问题。</w:t>
            </w:r>
          </w:p>
          <w:p>
            <w:pPr>
              <w:spacing w:after="20" w:line="276" w:lineRule="auto"/>
            </w:pPr>
            <w:r>
              <w:rPr>
                <w:rFonts w:ascii="宋体" w:hAnsi="宋体" w:eastAsia="宋体"/>
                <w:b w:val="0"/>
                <w:sz w:val="18"/>
              </w:rPr>
              <w:t>课件出示教科书P35“做一做”。</w:t>
            </w:r>
          </w:p>
          <w:p>
            <w:pPr>
              <w:spacing w:after="20" w:line="276" w:lineRule="auto"/>
            </w:pPr>
            <w:r>
              <w:rPr>
                <w:rFonts w:ascii="宋体" w:hAnsi="宋体" w:eastAsia="宋体"/>
                <w:b w:val="0"/>
                <w:sz w:val="18"/>
              </w:rPr>
              <w:t>（1）学生读题，理解题意。</w:t>
            </w:r>
          </w:p>
          <w:p>
            <w:pPr>
              <w:spacing w:after="20" w:line="276" w:lineRule="auto"/>
            </w:pPr>
            <w:r>
              <w:rPr>
                <w:rFonts w:ascii="宋体" w:hAnsi="宋体" w:eastAsia="宋体"/>
                <w:b w:val="0"/>
                <w:sz w:val="18"/>
              </w:rPr>
              <w:t>（2）独立解答，小组交流。</w:t>
            </w:r>
          </w:p>
          <w:p>
            <w:pPr>
              <w:spacing w:after="20" w:line="276" w:lineRule="auto"/>
            </w:pPr>
            <w:r>
              <w:rPr>
                <w:rFonts w:ascii="宋体" w:hAnsi="宋体" w:eastAsia="宋体"/>
                <w:b w:val="0"/>
                <w:sz w:val="18"/>
              </w:rPr>
              <w:t>（3）汇报展示。</w:t>
            </w:r>
          </w:p>
          <w:p>
            <w:pPr>
              <w:spacing w:after="20" w:line="276" w:lineRule="auto"/>
            </w:pPr>
            <w:r>
              <w:rPr>
                <w:rFonts w:ascii="宋体" w:hAnsi="宋体" w:eastAsia="宋体"/>
                <w:b w:val="0"/>
                <w:sz w:val="18"/>
              </w:rPr>
              <w:t>师：到底可以包装多少个礼盒呢？为什么？</w:t>
            </w:r>
          </w:p>
          <w:p>
            <w:pPr>
              <w:spacing w:after="20" w:line="276" w:lineRule="auto"/>
            </w:pPr>
            <w:r>
              <w:rPr>
                <w:rFonts w:ascii="宋体" w:hAnsi="宋体" w:eastAsia="宋体"/>
                <w:b w:val="0"/>
                <w:sz w:val="18"/>
              </w:rPr>
              <w:t>教师板书正确算法。</w:t>
            </w:r>
          </w:p>
          <w:p>
            <w:pPr>
              <w:spacing w:after="20" w:line="276" w:lineRule="auto"/>
            </w:pPr>
            <w:r>
              <w:rPr>
                <w:rFonts w:ascii="宋体" w:hAnsi="宋体" w:eastAsia="宋体"/>
                <w:b w:val="0"/>
                <w:sz w:val="18"/>
              </w:rPr>
              <w:t>师：这种不管小数部分是多少，都要把尾数舍去取整数的方法叫作“去尾”法。（适时板书）</w:t>
            </w:r>
          </w:p>
          <w:p>
            <w:pPr>
              <w:spacing w:after="20" w:line="276" w:lineRule="auto"/>
            </w:pPr>
            <w:r>
              <w:rPr>
                <w:rFonts w:ascii="宋体" w:hAnsi="宋体" w:eastAsia="宋体"/>
                <w:b w:val="0"/>
                <w:sz w:val="18"/>
              </w:rPr>
              <w:t>师：生活中哪些地方还会用到这种“去尾”法取商的近似值？</w:t>
            </w:r>
          </w:p>
          <w:p>
            <w:pPr>
              <w:spacing w:after="20" w:line="276" w:lineRule="auto"/>
            </w:pPr>
            <w:r>
              <w:rPr>
                <w:rFonts w:ascii="宋体" w:hAnsi="宋体" w:eastAsia="宋体"/>
                <w:b w:val="0"/>
                <w:sz w:val="18"/>
              </w:rPr>
              <w:t>3.分析比较。</w:t>
            </w:r>
          </w:p>
          <w:p>
            <w:pPr>
              <w:spacing w:after="20" w:line="276" w:lineRule="auto"/>
            </w:pPr>
            <w:r>
              <w:rPr>
                <w:rFonts w:ascii="宋体" w:hAnsi="宋体" w:eastAsia="宋体"/>
                <w:b w:val="0"/>
                <w:sz w:val="18"/>
              </w:rPr>
              <w:t>师：比较一下这两道题，在解决这两题时有什么相同和不同的地方？</w:t>
            </w:r>
          </w:p>
          <w:p>
            <w:pPr>
              <w:spacing w:after="20" w:line="276" w:lineRule="auto"/>
            </w:pPr>
            <w:r>
              <w:rPr>
                <w:rFonts w:ascii="宋体" w:hAnsi="宋体" w:eastAsia="宋体"/>
                <w:b w:val="0"/>
                <w:sz w:val="18"/>
              </w:rPr>
              <w:t>师小结：在实际生活中，要根据实际情况选择用“四舍五入”法“进一”法或“去尾”法取商的近似值。</w:t>
            </w:r>
          </w:p>
        </w:tc>
        <w:tc>
          <w:tcPr>
            <w:tcW w:type="dxa" w:w="3061"/>
          </w:tcPr>
          <w:p>
            <w:pPr>
              <w:spacing w:after="20" w:line="276" w:lineRule="auto"/>
            </w:pPr>
            <w:r/>
            <w:r>
              <w:rPr>
                <w:rFonts w:ascii="宋体" w:hAnsi="宋体" w:eastAsia="宋体"/>
                <w:b w:val="0"/>
                <w:sz w:val="18"/>
              </w:rPr>
              <w:t>学生自主列式计算解答：32÷2.7＝11.5。</w:t>
            </w:r>
          </w:p>
          <w:p>
            <w:pPr>
              <w:spacing w:after="20" w:line="276" w:lineRule="auto"/>
            </w:pPr>
            <w:r>
              <w:rPr>
                <w:rFonts w:ascii="宋体" w:hAnsi="宋体" w:eastAsia="宋体"/>
                <w:b w:val="0"/>
                <w:sz w:val="18"/>
              </w:rPr>
              <w:t>预设1：2.7÷0.8＝3.375（瓶），可以装满3瓶。</w:t>
            </w:r>
          </w:p>
          <w:p>
            <w:pPr>
              <w:spacing w:after="20" w:line="276" w:lineRule="auto"/>
            </w:pPr>
            <w:r>
              <w:rPr>
                <w:rFonts w:ascii="宋体" w:hAnsi="宋体" w:eastAsia="宋体"/>
                <w:b w:val="0"/>
                <w:sz w:val="18"/>
              </w:rPr>
              <w:t>预设2：2.7÷0.8＝3.375（瓶），3＋1＝4（个），需要准备4个瓶子。</w:t>
            </w:r>
          </w:p>
          <w:p>
            <w:pPr>
              <w:spacing w:after="20" w:line="276" w:lineRule="auto"/>
            </w:pPr>
            <w:r>
              <w:rPr>
                <w:rFonts w:ascii="宋体" w:hAnsi="宋体" w:eastAsia="宋体"/>
                <w:b w:val="0"/>
                <w:sz w:val="18"/>
              </w:rPr>
              <w:t>预设1：有些题目不能用“四舍五入”法来解决。</w:t>
            </w:r>
          </w:p>
          <w:p>
            <w:pPr>
              <w:spacing w:after="20" w:line="276" w:lineRule="auto"/>
            </w:pPr>
            <w:r>
              <w:rPr>
                <w:rFonts w:ascii="宋体" w:hAnsi="宋体" w:eastAsia="宋体"/>
                <w:b w:val="0"/>
                <w:sz w:val="18"/>
              </w:rPr>
              <w:t>预设2：要根据实际情况来决定，比如说这道题，用3个瓶子装不完，要4个才行。</w:t>
            </w:r>
          </w:p>
          <w:p>
            <w:pPr>
              <w:spacing w:after="20" w:line="276" w:lineRule="auto"/>
            </w:pPr>
            <w:r>
              <w:rPr>
                <w:rFonts w:ascii="宋体" w:hAnsi="宋体" w:eastAsia="宋体"/>
                <w:b w:val="0"/>
                <w:sz w:val="18"/>
              </w:rPr>
              <w:t>不管是三点几个，最后都需要准备4个瓶子才能装下所有的红小豆。</w:t>
            </w:r>
          </w:p>
          <w:p>
            <w:pPr>
              <w:spacing w:after="20" w:line="276" w:lineRule="auto"/>
            </w:pPr>
            <w:r>
              <w:rPr>
                <w:rFonts w:ascii="宋体" w:hAnsi="宋体" w:eastAsia="宋体"/>
                <w:b w:val="0"/>
                <w:sz w:val="18"/>
              </w:rPr>
              <w:t>生活中遇到租船、租车等问题的时候就要用“进一”法取商的近似值。</w:t>
            </w:r>
          </w:p>
          <w:p>
            <w:pPr>
              <w:spacing w:after="20" w:line="276" w:lineRule="auto"/>
            </w:pPr>
            <w:r>
              <w:rPr>
                <w:rFonts w:ascii="宋体" w:hAnsi="宋体" w:eastAsia="宋体"/>
                <w:b w:val="0"/>
                <w:sz w:val="18"/>
              </w:rPr>
              <w:t>25÷1.5＝16.666…（个），包装的礼盒个数不可能为小数，所以包装16.666…个礼盒肯定是错的；如果可以，包装17个礼盒，17×1.5＝25.5（m），25.5 m比25 m多0.5 m，说明丝带不够，因此17个礼盒也不对；虽然小数部分十分位上的数满了5，仍然要舍去小数部分，只取整数16个。</w:t>
            </w:r>
          </w:p>
          <w:p>
            <w:pPr>
              <w:spacing w:after="20" w:line="276" w:lineRule="auto"/>
            </w:pPr>
            <w:r>
              <w:rPr>
                <w:rFonts w:ascii="宋体" w:hAnsi="宋体" w:eastAsia="宋体"/>
                <w:b w:val="0"/>
                <w:sz w:val="18"/>
              </w:rPr>
              <w:t>生活中遇到做衣服、做水桶、做蛋糕、分东西、买东西等问题的时候，就会用“去尾”法取商的近似值。</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设计递进式探究活动，引导学生在动手实践与合作交流中经历知识形成过程，突破本课重难点，核心问题："你知道了哪些信息？"</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师：通过今天的学习，大家对取商的近似值又有哪些新的认识？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结合具体的问题情境，让学生在探究、合作、交流、讨论的过程中，通过实例来理解在解决现实生活中的具体问题时，要根据实际情况来选择“进一”法、“去尾”法或“四舍五入”法来取商的近似值。</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教科书P35例6，完成教科书P35“做一做”及P37“练习七”第3题。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时，需要对取商的近似值的各种情况进行梳理与比较，引导学生理解：在解决实际问题时，有时不适宜用“四舍五入”法取商的近似值时，可以采用“去尾”法或“进一”法取商的近似值，使学生对商的近似值的实际意义以及如何取商的近似值有更为全面的理解。</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整理和复习（练习七）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整理和复习（练习七）</w:t>
            </w:r>
          </w:p>
        </w:tc>
        <w:tc>
          <w:tcPr>
            <w:tcW w:type="dxa" w:w="6009"/>
          </w:tcPr>
          <w:p>
            <w:pPr>
              <w:spacing w:after="20" w:line="276" w:lineRule="auto"/>
            </w:pPr>
            <w:r/>
            <w:r>
              <w:rPr>
                <w:rFonts w:ascii="宋体" w:hAnsi="宋体" w:eastAsia="宋体"/>
                <w:b w:val="0"/>
                <w:sz w:val="20"/>
              </w:rPr>
              <w:t>第3单元 小数除法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的学习中，已经掌握了整数除法的计算方法和商的变化规律，为学习小数除法的计算方法奠定了知识基础。由于除数是小数的除法要通过商不变的规律转化成除数是整数的小数除法来计算，所以小数除以整数是学习小数除法计算的基础，一定要让学生弄清算理以便切实掌握。教学用小数除法解决简单的实际问题时，如果学生在分析数量关系时有困难，教师应给予必要的提示，鼓励学生多向思维，体会解决问题策略的多样化。</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教学内容：教科书P36“整理和复习”，完成教科书P37～38“练习七”。</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（1）整理本单元的知识点，巩固对所学内容的理解和记忆，提高计算能力，进一步体会转化法在问题解决过程中的应用。</w:t>
      </w:r>
    </w:p>
    <w:p>
      <w:pPr>
        <w:spacing w:after="20" w:line="300" w:lineRule="auto"/>
        <w:ind w:firstLine="400"/>
      </w:pPr>
      <w:r>
        <w:rPr>
          <w:rFonts w:ascii="宋体" w:hAnsi="宋体" w:eastAsia="宋体"/>
          <w:b w:val="0"/>
          <w:sz w:val="20"/>
        </w:rPr>
        <w:t>（2）在分类、比较、辨析中，进一步厘清本单元各知识点之间的联系与区别，提高学生综合运用知识解决实际问题的能力。</w:t>
      </w:r>
    </w:p>
    <w:p>
      <w:pPr>
        <w:spacing w:after="20" w:line="300" w:lineRule="auto"/>
      </w:pPr>
      <w:r>
        <w:rPr>
          <w:rFonts w:ascii="宋体" w:hAnsi="宋体" w:eastAsia="宋体"/>
          <w:b w:val="0"/>
          <w:sz w:val="20"/>
        </w:rPr>
        <w:t>教学重点：正确熟练地进行小数除法计算及理解循环小数的意义。</w:t>
      </w:r>
    </w:p>
    <w:p>
      <w:pPr>
        <w:spacing w:after="20" w:line="300" w:lineRule="auto"/>
      </w:pPr>
      <w:r>
        <w:rPr>
          <w:rFonts w:ascii="宋体" w:hAnsi="宋体" w:eastAsia="宋体"/>
          <w:b w:val="0"/>
          <w:sz w:val="20"/>
        </w:rPr>
        <w:t>教学难点：能根据实际情况确定商的近似值，能利用小数除法解决简单的实际问题。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复习铺垫，激趣引入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本单元我们主要学习了什么知识？</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整理知识，构建网络</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有序复习，巩固提升</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回忆一下，取商的近似值用什么方法？保留两位小数要计算到第几位？保留三位、四位呢？；关于循环小数你知道哪些知识？</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专项训练，巩固知识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先独立计算，然后思考小数乘、除法和整数乘、除法有什么联系？；仔细分析算式中各数，为什么上面除法算式的商与下面乘法算式的积相同呢？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拓展练习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你们会如何解决这一问题？；“商的小数点向右移了一位”代表什么？</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自主练习</w:t>
            </w:r>
          </w:p>
        </w:tc>
        <w:tc>
          <w:tcPr>
            <w:tcW w:type="dxa" w:w="1814"/>
          </w:tcPr>
          <w:p>
            <w:pPr>
              <w:spacing w:after="20" w:line="276" w:lineRule="auto"/>
            </w:pPr>
            <w:r/>
            <w:r>
              <w:rPr>
                <w:rFonts w:ascii="宋体" w:hAnsi="宋体" w:eastAsia="宋体"/>
                <w:b w:val="0"/>
                <w:sz w:val="18"/>
              </w:rPr>
              <w:t>教科书P37～38、课件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通过本节课的学习，你学习到了哪些知识？</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复习铺垫，激趣引入</w:t>
            </w:r>
          </w:p>
        </w:tc>
        <w:tc>
          <w:tcPr>
            <w:tcW w:type="dxa" w:w="3061"/>
          </w:tcPr>
          <w:p>
            <w:pPr>
              <w:spacing w:after="20" w:line="276" w:lineRule="auto"/>
            </w:pPr>
            <w:r/>
            <w:r>
              <w:rPr>
                <w:rFonts w:ascii="宋体" w:hAnsi="宋体" w:eastAsia="宋体"/>
                <w:b w:val="0"/>
                <w:sz w:val="18"/>
              </w:rPr>
              <w:t>师：本单元我们主要学习了什么知识？</w:t>
            </w:r>
          </w:p>
          <w:p>
            <w:pPr>
              <w:spacing w:after="20" w:line="276" w:lineRule="auto"/>
            </w:pPr>
            <w:r>
              <w:rPr>
                <w:rFonts w:ascii="宋体" w:hAnsi="宋体" w:eastAsia="宋体"/>
                <w:b w:val="0"/>
                <w:sz w:val="18"/>
              </w:rPr>
              <w:t>师：今天这节课我们就对本单元的知识进行一个系统的整理和复习。</w:t>
            </w:r>
          </w:p>
        </w:tc>
        <w:tc>
          <w:tcPr>
            <w:tcW w:type="dxa" w:w="3061"/>
          </w:tcPr>
          <w:p>
            <w:pPr>
              <w:spacing w:after="20" w:line="276" w:lineRule="auto"/>
            </w:pPr>
            <w:r/>
            <w:r>
              <w:rPr>
                <w:rFonts w:ascii="宋体" w:hAnsi="宋体" w:eastAsia="宋体"/>
                <w:b w:val="0"/>
                <w:sz w:val="18"/>
              </w:rPr>
              <w:t>小数除法。</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创设情境激活学生已有经验，自然引出本课学习内容，激发学习兴趣，核心问题："本单元我们主要学习了什么知识？"</w:t>
            </w:r>
          </w:p>
        </w:tc>
      </w:tr>
      <w:tr>
        <w:tc>
          <w:tcPr>
            <w:tcW w:type="dxa" w:w="1474"/>
          </w:tcPr>
          <w:p>
            <w:pPr>
              <w:spacing w:after="20" w:line="276" w:lineRule="auto"/>
            </w:pPr>
            <w:r>
              <w:rPr>
                <w:b/>
              </w:rPr>
            </w:r>
            <w:r>
              <w:rPr>
                <w:rFonts w:ascii="宋体" w:hAnsi="宋体" w:eastAsia="宋体"/>
                <w:b/>
                <w:sz w:val="18"/>
              </w:rPr>
              <w:t>整理知识，构建网络</w:t>
            </w:r>
          </w:p>
        </w:tc>
        <w:tc>
          <w:tcPr>
            <w:tcW w:type="dxa" w:w="3061"/>
          </w:tcPr>
          <w:p>
            <w:pPr>
              <w:spacing w:after="20" w:line="276" w:lineRule="auto"/>
            </w:pPr>
            <w:r/>
            <w:r>
              <w:rPr>
                <w:rFonts w:ascii="宋体" w:hAnsi="宋体" w:eastAsia="宋体"/>
                <w:b w:val="0"/>
                <w:sz w:val="18"/>
              </w:rPr>
              <w:t>1.回顾内容，构建结构图。</w:t>
            </w:r>
          </w:p>
          <w:p>
            <w:pPr>
              <w:spacing w:after="20" w:line="276" w:lineRule="auto"/>
            </w:pPr>
            <w:r>
              <w:rPr>
                <w:rFonts w:ascii="宋体" w:hAnsi="宋体" w:eastAsia="宋体"/>
                <w:b w:val="0"/>
                <w:sz w:val="18"/>
              </w:rPr>
              <w:t>鼓励学生根据自己在本单元学习的内容，自主构建知识结构图。</w:t>
            </w:r>
          </w:p>
          <w:p>
            <w:pPr>
              <w:spacing w:after="20" w:line="276" w:lineRule="auto"/>
            </w:pPr>
            <w:r>
              <w:rPr>
                <w:rFonts w:ascii="宋体" w:hAnsi="宋体" w:eastAsia="宋体"/>
                <w:b w:val="0"/>
                <w:sz w:val="18"/>
              </w:rPr>
              <w:t>各小组学生相互交流自己构建的“知识结构图”，发现自己构建的“知识结构图”的优点和不足之处，并加以改进。</w:t>
            </w:r>
          </w:p>
          <w:p>
            <w:pPr>
              <w:spacing w:after="20" w:line="276" w:lineRule="auto"/>
            </w:pPr>
            <w:r>
              <w:rPr>
                <w:rFonts w:ascii="宋体" w:hAnsi="宋体" w:eastAsia="宋体"/>
                <w:b w:val="0"/>
                <w:sz w:val="18"/>
              </w:rPr>
              <w:t>3.指名学生汇报。</w:t>
            </w:r>
          </w:p>
          <w:p>
            <w:pPr>
              <w:spacing w:after="20" w:line="276" w:lineRule="auto"/>
            </w:pPr>
            <w:r>
              <w:rPr>
                <w:rFonts w:ascii="宋体" w:hAnsi="宋体" w:eastAsia="宋体"/>
                <w:b w:val="0"/>
                <w:sz w:val="18"/>
              </w:rPr>
              <w:t>根据学生汇报内容，展示完成较完善的成果，并出示课件。</w:t>
            </w:r>
          </w:p>
        </w:tc>
        <w:tc>
          <w:tcPr>
            <w:tcW w:type="dxa" w:w="3061"/>
          </w:tcPr>
          <w:p>
            <w:pPr>
              <w:spacing w:after="20" w:line="276" w:lineRule="auto"/>
            </w:pPr>
            <w:r/>
            <w:r>
              <w:rPr>
                <w:rFonts w:ascii="宋体" w:hAnsi="宋体" w:eastAsia="宋体"/>
                <w:b w:val="0"/>
                <w:sz w:val="18"/>
              </w:rPr>
              <w:t>2.小组内互相交流。</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r>
        <w:tc>
          <w:tcPr>
            <w:tcW w:type="dxa" w:w="1474"/>
          </w:tcPr>
          <w:p>
            <w:pPr>
              <w:spacing w:after="20" w:line="276" w:lineRule="auto"/>
            </w:pPr>
            <w:r>
              <w:rPr>
                <w:b/>
              </w:rPr>
            </w:r>
            <w:r>
              <w:rPr>
                <w:rFonts w:ascii="宋体" w:hAnsi="宋体" w:eastAsia="宋体"/>
                <w:b/>
                <w:sz w:val="18"/>
              </w:rPr>
              <w:t>有序复习，巩固提升</w:t>
            </w:r>
          </w:p>
        </w:tc>
        <w:tc>
          <w:tcPr>
            <w:tcW w:type="dxa" w:w="3061"/>
          </w:tcPr>
          <w:p>
            <w:pPr>
              <w:spacing w:after="20" w:line="276" w:lineRule="auto"/>
            </w:pPr>
            <w:r/>
            <w:r>
              <w:rPr>
                <w:rFonts w:ascii="宋体" w:hAnsi="宋体" w:eastAsia="宋体"/>
                <w:b w:val="0"/>
                <w:sz w:val="18"/>
              </w:rPr>
              <w:t>1.复习小数除法的一般计算方法。</w:t>
            </w:r>
          </w:p>
          <w:p>
            <w:pPr>
              <w:spacing w:after="20" w:line="276" w:lineRule="auto"/>
            </w:pPr>
            <w:r>
              <w:rPr>
                <w:rFonts w:ascii="宋体" w:hAnsi="宋体" w:eastAsia="宋体"/>
                <w:b w:val="0"/>
                <w:sz w:val="18"/>
              </w:rPr>
              <w:t>（1）学生独立计算：7.56÷6.3。</w:t>
            </w:r>
          </w:p>
          <w:p>
            <w:pPr>
              <w:spacing w:after="20" w:line="276" w:lineRule="auto"/>
            </w:pPr>
            <w:r>
              <w:rPr>
                <w:rFonts w:ascii="宋体" w:hAnsi="宋体" w:eastAsia="宋体"/>
                <w:b w:val="0"/>
                <w:sz w:val="18"/>
              </w:rPr>
              <w:t>（2）全班展示交流，师生小结小数除法的一般计算方法。</w:t>
            </w:r>
          </w:p>
          <w:p>
            <w:pPr>
              <w:spacing w:after="20" w:line="276" w:lineRule="auto"/>
            </w:pPr>
            <w:r>
              <w:rPr>
                <w:rFonts w:ascii="宋体" w:hAnsi="宋体" w:eastAsia="宋体"/>
                <w:b w:val="0"/>
                <w:sz w:val="18"/>
              </w:rPr>
              <w:t>①除数是整数的小数除法的计算方法：</w:t>
            </w:r>
          </w:p>
          <w:p>
            <w:pPr>
              <w:spacing w:after="20" w:line="276" w:lineRule="auto"/>
            </w:pPr>
            <w:r>
              <w:rPr>
                <w:rFonts w:ascii="宋体" w:hAnsi="宋体" w:eastAsia="宋体"/>
                <w:b w:val="0"/>
                <w:sz w:val="18"/>
              </w:rPr>
              <w:t>a.按照整数除法的法则去除。</w:t>
            </w:r>
          </w:p>
          <w:p>
            <w:pPr>
              <w:spacing w:after="20" w:line="276" w:lineRule="auto"/>
            </w:pPr>
            <w:r>
              <w:rPr>
                <w:rFonts w:ascii="宋体" w:hAnsi="宋体" w:eastAsia="宋体"/>
                <w:b w:val="0"/>
                <w:sz w:val="18"/>
              </w:rPr>
              <w:t>b.商的小数点要和被除数的小数点对齐。</w:t>
            </w:r>
          </w:p>
          <w:p>
            <w:pPr>
              <w:spacing w:after="20" w:line="276" w:lineRule="auto"/>
            </w:pPr>
            <w:r>
              <w:rPr>
                <w:rFonts w:ascii="宋体" w:hAnsi="宋体" w:eastAsia="宋体"/>
                <w:b w:val="0"/>
                <w:sz w:val="18"/>
              </w:rPr>
              <w:t>c.整数部分不够除，商0占位，点上小数点。</w:t>
            </w:r>
          </w:p>
          <w:p>
            <w:pPr>
              <w:spacing w:after="20" w:line="276" w:lineRule="auto"/>
            </w:pPr>
            <w:r>
              <w:rPr>
                <w:rFonts w:ascii="宋体" w:hAnsi="宋体" w:eastAsia="宋体"/>
                <w:b w:val="0"/>
                <w:sz w:val="18"/>
              </w:rPr>
              <w:t>d.除到被除数的末尾仍有余数，就在余数后面添0继续除。</w:t>
            </w:r>
          </w:p>
          <w:p>
            <w:pPr>
              <w:spacing w:after="20" w:line="276" w:lineRule="auto"/>
            </w:pPr>
            <w:r>
              <w:rPr>
                <w:rFonts w:ascii="宋体" w:hAnsi="宋体" w:eastAsia="宋体"/>
                <w:b w:val="0"/>
                <w:sz w:val="18"/>
              </w:rPr>
              <w:t>②一个数除以小数的除法的计算方法：</w:t>
            </w:r>
          </w:p>
          <w:p>
            <w:pPr>
              <w:spacing w:after="20" w:line="276" w:lineRule="auto"/>
            </w:pPr>
            <w:r>
              <w:rPr>
                <w:rFonts w:ascii="宋体" w:hAnsi="宋体" w:eastAsia="宋体"/>
                <w:b w:val="0"/>
                <w:sz w:val="18"/>
              </w:rPr>
              <w:t>a.先移动除数的小数点，使它变成整数。</w:t>
            </w:r>
          </w:p>
          <w:p>
            <w:pPr>
              <w:spacing w:after="20" w:line="276" w:lineRule="auto"/>
            </w:pPr>
            <w:r>
              <w:rPr>
                <w:rFonts w:ascii="宋体" w:hAnsi="宋体" w:eastAsia="宋体"/>
                <w:b w:val="0"/>
                <w:sz w:val="18"/>
              </w:rPr>
              <w:t>b.除数的小数点向右移动几位，被除数的小数点也向右移动几位，被除数位数不够，在被除数的末尾用0补足。</w:t>
            </w:r>
          </w:p>
          <w:p>
            <w:pPr>
              <w:spacing w:after="20" w:line="276" w:lineRule="auto"/>
            </w:pPr>
            <w:r>
              <w:rPr>
                <w:rFonts w:ascii="宋体" w:hAnsi="宋体" w:eastAsia="宋体"/>
                <w:b w:val="0"/>
                <w:sz w:val="18"/>
              </w:rPr>
              <w:t>c.按除数是整数的小数除法进行计算。</w:t>
            </w:r>
          </w:p>
          <w:p>
            <w:pPr>
              <w:spacing w:after="20" w:line="276" w:lineRule="auto"/>
            </w:pPr>
            <w:r>
              <w:rPr>
                <w:rFonts w:ascii="宋体" w:hAnsi="宋体" w:eastAsia="宋体"/>
                <w:b w:val="0"/>
                <w:sz w:val="18"/>
              </w:rPr>
              <w:t>2.复习商的近似值。</w:t>
            </w:r>
          </w:p>
          <w:p>
            <w:pPr>
              <w:spacing w:after="20" w:line="276" w:lineRule="auto"/>
            </w:pPr>
            <w:r>
              <w:rPr>
                <w:rFonts w:ascii="宋体" w:hAnsi="宋体" w:eastAsia="宋体"/>
                <w:b w:val="0"/>
                <w:sz w:val="18"/>
              </w:rPr>
              <w:t>师：回忆一下，取商的近似值用什么方法？保留两位小数要计算到第几位？保留三位、四位呢？</w:t>
            </w:r>
          </w:p>
          <w:p>
            <w:pPr>
              <w:spacing w:after="20" w:line="276" w:lineRule="auto"/>
            </w:pPr>
            <w:r>
              <w:rPr>
                <w:rFonts w:ascii="宋体" w:hAnsi="宋体" w:eastAsia="宋体"/>
                <w:b w:val="0"/>
                <w:sz w:val="18"/>
              </w:rPr>
              <w:t>教师出示课件教科书P37“练习七”第2题。</w:t>
            </w:r>
          </w:p>
          <w:p>
            <w:pPr>
              <w:spacing w:after="20" w:line="276" w:lineRule="auto"/>
            </w:pPr>
            <w:r>
              <w:rPr>
                <w:rFonts w:ascii="宋体" w:hAnsi="宋体" w:eastAsia="宋体"/>
                <w:b w:val="0"/>
                <w:sz w:val="18"/>
              </w:rPr>
              <w:t>将全班学生分成3组，每组计算2道题，并指名学生板演。</w:t>
            </w:r>
          </w:p>
          <w:p>
            <w:pPr>
              <w:spacing w:after="20" w:line="276" w:lineRule="auto"/>
            </w:pPr>
            <w:r>
              <w:rPr>
                <w:rFonts w:ascii="宋体" w:hAnsi="宋体" w:eastAsia="宋体"/>
                <w:b w:val="0"/>
                <w:sz w:val="18"/>
              </w:rPr>
              <w:t>3.复习循环小数及结合实际取商的近似值。</w:t>
            </w:r>
          </w:p>
          <w:p>
            <w:pPr>
              <w:spacing w:after="20" w:line="276" w:lineRule="auto"/>
            </w:pPr>
            <w:r>
              <w:rPr>
                <w:rFonts w:ascii="宋体" w:hAnsi="宋体" w:eastAsia="宋体"/>
                <w:b w:val="0"/>
                <w:sz w:val="18"/>
              </w:rPr>
              <w:t>（1）基本概念回顾。</w:t>
            </w:r>
          </w:p>
          <w:p>
            <w:pPr>
              <w:spacing w:after="20" w:line="276" w:lineRule="auto"/>
            </w:pPr>
            <w:r>
              <w:rPr>
                <w:rFonts w:ascii="宋体" w:hAnsi="宋体" w:eastAsia="宋体"/>
                <w:b w:val="0"/>
                <w:sz w:val="18"/>
              </w:rPr>
              <w:t>师：关于循环小数你知道哪些知识？</w:t>
            </w:r>
          </w:p>
          <w:p>
            <w:pPr>
              <w:spacing w:after="20" w:line="276" w:lineRule="auto"/>
            </w:pPr>
            <w:r>
              <w:rPr>
                <w:rFonts w:ascii="宋体" w:hAnsi="宋体" w:eastAsia="宋体"/>
                <w:b w:val="0"/>
                <w:sz w:val="18"/>
              </w:rPr>
              <w:t>教师根据学生的回答进行总结和补充。</w:t>
            </w:r>
          </w:p>
          <w:p>
            <w:pPr>
              <w:spacing w:after="20" w:line="276" w:lineRule="auto"/>
            </w:pPr>
            <w:r>
              <w:rPr>
                <w:rFonts w:ascii="宋体" w:hAnsi="宋体" w:eastAsia="宋体"/>
                <w:b w:val="0"/>
                <w:sz w:val="18"/>
              </w:rPr>
              <w:t>（2）课件出示教科书P37“练习七”第3题。</w:t>
            </w:r>
          </w:p>
          <w:p>
            <w:pPr>
              <w:spacing w:after="20" w:line="276" w:lineRule="auto"/>
            </w:pPr>
            <w:r>
              <w:rPr>
                <w:rFonts w:ascii="宋体" w:hAnsi="宋体" w:eastAsia="宋体"/>
                <w:b w:val="0"/>
                <w:sz w:val="18"/>
              </w:rPr>
              <w:t>引导学生回顾有限小数和无限小数。</w:t>
            </w:r>
          </w:p>
          <w:p>
            <w:pPr>
              <w:spacing w:after="20" w:line="276" w:lineRule="auto"/>
            </w:pPr>
            <w:r>
              <w:rPr>
                <w:rFonts w:ascii="宋体" w:hAnsi="宋体" w:eastAsia="宋体"/>
                <w:b w:val="0"/>
                <w:sz w:val="18"/>
              </w:rPr>
              <w:t>师：为什么是买5本？你用的是什么方法取商的近似值？</w:t>
            </w:r>
          </w:p>
          <w:p>
            <w:pPr>
              <w:spacing w:after="20" w:line="276" w:lineRule="auto"/>
            </w:pPr>
            <w:r>
              <w:rPr>
                <w:rFonts w:ascii="宋体" w:hAnsi="宋体" w:eastAsia="宋体"/>
                <w:b w:val="0"/>
                <w:sz w:val="18"/>
              </w:rPr>
              <w:t>引导学生回顾要根据实际情况选择合适的方法取商的近似值。</w:t>
            </w:r>
          </w:p>
        </w:tc>
        <w:tc>
          <w:tcPr>
            <w:tcW w:type="dxa" w:w="3061"/>
          </w:tcPr>
          <w:p>
            <w:pPr>
              <w:spacing w:after="20" w:line="276" w:lineRule="auto"/>
            </w:pPr>
            <w:r/>
            <w:r>
              <w:rPr>
                <w:rFonts w:ascii="宋体" w:hAnsi="宋体" w:eastAsia="宋体"/>
                <w:b w:val="0"/>
                <w:sz w:val="18"/>
              </w:rPr>
              <w:t>取商的近似值用“四舍五入”法，保留两位小数要计算到第三位，保留三、四位小数，要计算到下一位。</w:t>
            </w:r>
          </w:p>
          <w:p>
            <w:pPr>
              <w:spacing w:after="20" w:line="276" w:lineRule="auto"/>
            </w:pPr>
            <w:r>
              <w:rPr>
                <w:rFonts w:ascii="宋体" w:hAnsi="宋体" w:eastAsia="宋体"/>
                <w:b w:val="0"/>
                <w:sz w:val="18"/>
              </w:rPr>
              <w:t>全班学生交流计算过程和用“四舍五入”法取商的近似值的方法。</w:t>
            </w:r>
          </w:p>
          <w:p>
            <w:pPr>
              <w:spacing w:after="20" w:line="276" w:lineRule="auto"/>
            </w:pPr>
            <w:r>
              <w:rPr>
                <w:rFonts w:ascii="宋体" w:hAnsi="宋体" w:eastAsia="宋体"/>
                <w:b w:val="0"/>
                <w:sz w:val="18"/>
              </w:rPr>
              <w:t>一个数的小数部分，从某一位起，一个数字或者几个数字依次不断重复出现，这样的小数是循环小数。</w:t>
            </w:r>
          </w:p>
          <w:p>
            <w:pPr>
              <w:spacing w:after="20" w:line="276" w:lineRule="auto"/>
            </w:pPr>
            <w:r>
              <w:rPr>
                <w:rFonts w:ascii="宋体" w:hAnsi="宋体" w:eastAsia="宋体"/>
                <w:b w:val="0"/>
                <w:sz w:val="18"/>
              </w:rPr>
              <w:t>学生自主解答。</w:t>
            </w:r>
          </w:p>
          <w:p>
            <w:pPr>
              <w:spacing w:after="20" w:line="276" w:lineRule="auto"/>
            </w:pPr>
            <w:r>
              <w:rPr>
                <w:rFonts w:ascii="宋体" w:hAnsi="宋体" w:eastAsia="宋体"/>
                <w:b w:val="0"/>
                <w:sz w:val="18"/>
              </w:rPr>
              <w:t>因为100÷18.5的商大于5，小于6。用的是“去尾”法。</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通过有层次的练习及时反馈学情，巩固新知，培养学生灵活运用知识解决问题的能力，核心问题："回忆一下，取商的近似值用什么方法？保留两位小数要计算到第几位？保留三位、四位呢？"</w:t>
            </w:r>
          </w:p>
        </w:tc>
      </w:tr>
      <w:tr>
        <w:tc>
          <w:tcPr>
            <w:tcW w:type="dxa" w:w="1474"/>
          </w:tcPr>
          <w:p>
            <w:pPr>
              <w:spacing w:after="20" w:line="276" w:lineRule="auto"/>
            </w:pPr>
            <w:r>
              <w:rPr>
                <w:b/>
              </w:rPr>
            </w:r>
            <w:r>
              <w:rPr>
                <w:rFonts w:ascii="宋体" w:hAnsi="宋体" w:eastAsia="宋体"/>
                <w:b/>
                <w:sz w:val="18"/>
              </w:rPr>
              <w:t>专项训练，巩固知识</w:t>
            </w:r>
          </w:p>
        </w:tc>
        <w:tc>
          <w:tcPr>
            <w:tcW w:type="dxa" w:w="3061"/>
          </w:tcPr>
          <w:p>
            <w:pPr>
              <w:spacing w:after="20" w:line="276" w:lineRule="auto"/>
            </w:pPr>
            <w:r/>
            <w:r>
              <w:rPr>
                <w:rFonts w:ascii="宋体" w:hAnsi="宋体" w:eastAsia="宋体"/>
                <w:b w:val="0"/>
                <w:sz w:val="18"/>
              </w:rPr>
              <w:t>1.完成教科书P37“练习七”第1题。</w:t>
            </w:r>
          </w:p>
          <w:p>
            <w:pPr>
              <w:spacing w:after="20" w:line="276" w:lineRule="auto"/>
            </w:pPr>
            <w:r>
              <w:rPr>
                <w:rFonts w:ascii="宋体" w:hAnsi="宋体" w:eastAsia="宋体"/>
                <w:b w:val="0"/>
                <w:sz w:val="18"/>
              </w:rPr>
              <w:t>师：先独立计算，然后思考小数乘、除法和整数乘、除法有什么联系？</w:t>
            </w:r>
          </w:p>
          <w:p>
            <w:pPr>
              <w:spacing w:after="20" w:line="276" w:lineRule="auto"/>
            </w:pPr>
            <w:r>
              <w:rPr>
                <w:rFonts w:ascii="宋体" w:hAnsi="宋体" w:eastAsia="宋体"/>
                <w:b w:val="0"/>
                <w:sz w:val="18"/>
              </w:rPr>
              <w:t>2.完成教科书P38“练习七”第7题。</w:t>
            </w:r>
          </w:p>
          <w:p>
            <w:pPr>
              <w:spacing w:after="20" w:line="276" w:lineRule="auto"/>
            </w:pPr>
            <w:r>
              <w:rPr>
                <w:rFonts w:ascii="宋体" w:hAnsi="宋体" w:eastAsia="宋体"/>
                <w:b w:val="0"/>
                <w:sz w:val="18"/>
              </w:rPr>
              <w:t>（1）课件出示当天外汇牌价。</w:t>
            </w:r>
          </w:p>
          <w:p>
            <w:pPr>
              <w:spacing w:after="20" w:line="276" w:lineRule="auto"/>
            </w:pPr>
            <w:r>
              <w:rPr>
                <w:rFonts w:ascii="宋体" w:hAnsi="宋体" w:eastAsia="宋体"/>
                <w:b w:val="0"/>
                <w:sz w:val="18"/>
              </w:rPr>
              <w:t>（2）学生独立完成，集体订正。</w:t>
            </w:r>
          </w:p>
          <w:p>
            <w:pPr>
              <w:spacing w:after="20" w:line="276" w:lineRule="auto"/>
            </w:pPr>
            <w:r>
              <w:rPr>
                <w:rFonts w:ascii="宋体" w:hAnsi="宋体" w:eastAsia="宋体"/>
                <w:b w:val="0"/>
                <w:sz w:val="18"/>
              </w:rPr>
              <w:t>3.完成教科书P38“练习七”第6题。</w:t>
            </w:r>
          </w:p>
          <w:p>
            <w:pPr>
              <w:spacing w:after="20" w:line="276" w:lineRule="auto"/>
            </w:pPr>
            <w:r>
              <w:rPr>
                <w:rFonts w:ascii="宋体" w:hAnsi="宋体" w:eastAsia="宋体"/>
                <w:b w:val="0"/>
                <w:sz w:val="18"/>
              </w:rPr>
              <w:t>师：仔细分析算式中各数，为什么上面除法算式的商与下面乘法算式的积相同呢？</w:t>
            </w:r>
          </w:p>
          <w:p>
            <w:pPr>
              <w:spacing w:after="20" w:line="276" w:lineRule="auto"/>
            </w:pPr>
            <w:r>
              <w:rPr>
                <w:rFonts w:ascii="宋体" w:hAnsi="宋体" w:eastAsia="宋体"/>
                <w:b w:val="0"/>
                <w:sz w:val="18"/>
              </w:rPr>
              <w:t>引导学生发现：上面算式中的除数与下面算式中第2个乘数的积都是1。</w:t>
            </w:r>
          </w:p>
        </w:tc>
        <w:tc>
          <w:tcPr>
            <w:tcW w:type="dxa" w:w="3061"/>
          </w:tcPr>
          <w:p>
            <w:pPr>
              <w:spacing w:after="20" w:line="276" w:lineRule="auto"/>
            </w:pPr>
            <w:r/>
            <w:r>
              <w:rPr>
                <w:rFonts w:ascii="宋体" w:hAnsi="宋体" w:eastAsia="宋体"/>
                <w:b w:val="0"/>
                <w:sz w:val="18"/>
              </w:rPr>
              <w:t>同桌之间相互交流。</w:t>
            </w:r>
          </w:p>
          <w:p>
            <w:pPr>
              <w:spacing w:after="20" w:line="276" w:lineRule="auto"/>
            </w:pPr>
            <w:r>
              <w:rPr>
                <w:rFonts w:ascii="宋体" w:hAnsi="宋体" w:eastAsia="宋体"/>
                <w:b w:val="0"/>
                <w:sz w:val="18"/>
              </w:rPr>
              <w:t>学生独立完成，全班汇报，集体订正。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通过有层次的练习及时反馈学情，巩固新知，培养学生灵活运用知识解决问题的能力，核心问题："先独立计算，然后思考小数乘、除法和整数乘、除法有什么联系？"</w:t>
            </w:r>
          </w:p>
        </w:tc>
      </w:tr>
      <w:tr>
        <w:tc>
          <w:tcPr>
            <w:tcW w:type="dxa" w:w="1474"/>
          </w:tcPr>
          <w:p>
            <w:pPr>
              <w:spacing w:after="20" w:line="276" w:lineRule="auto"/>
            </w:pPr>
            <w:r>
              <w:rPr>
                <w:b/>
              </w:rPr>
            </w:r>
            <w:r>
              <w:rPr>
                <w:rFonts w:ascii="宋体" w:hAnsi="宋体" w:eastAsia="宋体"/>
                <w:b/>
                <w:sz w:val="18"/>
              </w:rPr>
              <w:t>拓展练习</w:t>
            </w:r>
          </w:p>
        </w:tc>
        <w:tc>
          <w:tcPr>
            <w:tcW w:type="dxa" w:w="3061"/>
          </w:tcPr>
          <w:p>
            <w:pPr>
              <w:spacing w:after="20" w:line="276" w:lineRule="auto"/>
            </w:pPr>
            <w:r/>
            <w:r>
              <w:rPr>
                <w:rFonts w:ascii="宋体" w:hAnsi="宋体" w:eastAsia="宋体"/>
                <w:b w:val="0"/>
                <w:sz w:val="18"/>
              </w:rPr>
              <w:t>课件出示教科书P38“练习七”第9题。</w:t>
            </w:r>
          </w:p>
          <w:p>
            <w:pPr>
              <w:spacing w:after="20" w:line="276" w:lineRule="auto"/>
            </w:pPr>
            <w:r>
              <w:rPr>
                <w:rFonts w:ascii="宋体" w:hAnsi="宋体" w:eastAsia="宋体"/>
                <w:b w:val="0"/>
                <w:sz w:val="18"/>
              </w:rPr>
              <w:t>师：你们会如何解决这一问题？</w:t>
            </w:r>
          </w:p>
          <w:p>
            <w:pPr>
              <w:spacing w:after="20" w:line="276" w:lineRule="auto"/>
            </w:pPr>
            <w:r>
              <w:rPr>
                <w:rFonts w:ascii="宋体" w:hAnsi="宋体" w:eastAsia="宋体"/>
                <w:b w:val="0"/>
                <w:sz w:val="18"/>
              </w:rPr>
              <w:t>师：“商的小数点向右移了一位”代表什么？</w:t>
            </w:r>
          </w:p>
          <w:p>
            <w:pPr>
              <w:spacing w:after="20" w:line="276" w:lineRule="auto"/>
            </w:pPr>
            <w:r>
              <w:rPr>
                <w:rFonts w:ascii="宋体" w:hAnsi="宋体" w:eastAsia="宋体"/>
                <w:b w:val="0"/>
                <w:sz w:val="18"/>
              </w:rPr>
              <w:t>师：被除数不变，商扩大到原来的10倍，那么除数应该怎么变化？</w:t>
            </w:r>
          </w:p>
          <w:p>
            <w:pPr>
              <w:spacing w:after="20" w:line="276" w:lineRule="auto"/>
            </w:pPr>
            <w:r>
              <w:rPr>
                <w:rFonts w:ascii="宋体" w:hAnsi="宋体" w:eastAsia="宋体"/>
                <w:b w:val="0"/>
                <w:sz w:val="18"/>
              </w:rPr>
              <w:t>师：现在你们能想出新的方法解决这一问题吗？</w:t>
            </w:r>
          </w:p>
          <w:p>
            <w:pPr>
              <w:spacing w:after="20" w:line="276" w:lineRule="auto"/>
            </w:pPr>
            <w:r>
              <w:rPr>
                <w:rFonts w:ascii="宋体" w:hAnsi="宋体" w:eastAsia="宋体"/>
                <w:b w:val="0"/>
                <w:sz w:val="18"/>
              </w:rPr>
              <w:t>教师鼓励学生积极尝试并加以表扬。</w:t>
            </w:r>
          </w:p>
          <w:p>
            <w:pPr>
              <w:spacing w:after="20" w:line="276" w:lineRule="auto"/>
            </w:pPr>
            <w:r>
              <w:rPr>
                <w:rFonts w:ascii="宋体" w:hAnsi="宋体" w:eastAsia="宋体"/>
                <w:b w:val="0"/>
                <w:sz w:val="18"/>
              </w:rPr>
              <w:t>师生集体订正，并总结。</w:t>
            </w:r>
          </w:p>
        </w:tc>
        <w:tc>
          <w:tcPr>
            <w:tcW w:type="dxa" w:w="3061"/>
          </w:tcPr>
          <w:p>
            <w:pPr>
              <w:spacing w:after="20" w:line="276" w:lineRule="auto"/>
            </w:pPr>
            <w:r/>
            <w:r>
              <w:rPr>
                <w:rFonts w:ascii="宋体" w:hAnsi="宋体" w:eastAsia="宋体"/>
                <w:b w:val="0"/>
                <w:sz w:val="18"/>
              </w:rPr>
              <w:t>部分学生难以解决这一问题，也有学生提出可以先将商还原成正确的商再计算。</w:t>
            </w:r>
          </w:p>
          <w:p>
            <w:pPr>
              <w:spacing w:after="20" w:line="276" w:lineRule="auto"/>
            </w:pPr>
            <w:r>
              <w:rPr>
                <w:rFonts w:ascii="宋体" w:hAnsi="宋体" w:eastAsia="宋体"/>
                <w:b w:val="0"/>
                <w:sz w:val="18"/>
              </w:rPr>
              <w:t>代表商扩大到原来的10倍。</w:t>
            </w:r>
          </w:p>
          <w:p>
            <w:pPr>
              <w:spacing w:after="20" w:line="276" w:lineRule="auto"/>
            </w:pPr>
            <w:r>
              <w:rPr>
                <w:rFonts w:ascii="宋体" w:hAnsi="宋体" w:eastAsia="宋体"/>
                <w:b w:val="0"/>
                <w:sz w:val="18"/>
              </w:rPr>
              <w:t>除数缩小到原来的。</w:t>
            </w:r>
          </w:p>
          <w:p>
            <w:pPr>
              <w:spacing w:after="20" w:line="276" w:lineRule="auto"/>
            </w:pPr>
            <w:r>
              <w:rPr>
                <w:rFonts w:ascii="宋体" w:hAnsi="宋体" w:eastAsia="宋体"/>
                <w:b w:val="0"/>
                <w:sz w:val="18"/>
              </w:rPr>
              <w:t>学生提出可以直接用被除数除以错误的商，得到错误的除数，再将错误的除数缩小到原来的，即可求出正确的除数。</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通过有层次的练习及时反馈学情，巩固新知，培养学生灵活运用知识解决问题的能力，核心问题："你们会如何解决这一问题？"</w:t>
            </w:r>
          </w:p>
        </w:tc>
      </w:tr>
      <w:tr>
        <w:tc>
          <w:tcPr>
            <w:tcW w:type="dxa" w:w="1474"/>
          </w:tcPr>
          <w:p>
            <w:pPr>
              <w:spacing w:after="20" w:line="276" w:lineRule="auto"/>
            </w:pPr>
            <w:r>
              <w:rPr>
                <w:b/>
              </w:rPr>
            </w:r>
            <w:r>
              <w:rPr>
                <w:rFonts w:ascii="宋体" w:hAnsi="宋体" w:eastAsia="宋体"/>
                <w:b/>
                <w:sz w:val="18"/>
              </w:rPr>
              <w:t>自主练习</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学生自主完成教科书P37～38“练习七”第4、5、8题。</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师：通过本节课的学习，你学习到了哪些知识？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本单元在“整理和复习”时，先指导学生完成对单元知识的整理，结合自身情况突出重点、难点和易错点。在练习中，注重沟通小数乘、除法之间的联系，深化小数乘、除法的算理理解。</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教科书P36“整理和复习”，完成教科书P37～38“练习七”。</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复习循环小数时，在定义的判断上，很多学生对定义细节没有完全理解，缺漏明显，需要及时去弥补。同时今后在进行概念性的教学时，需要更注重学生对概念的理解，而不仅仅是只学会运用。</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