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第5单元 用字母表示数和数量关系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用字母表示数和数量关系</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是在学生具备了一定的算术知识（如整数、小数的四则运算及其应用），已初步接触了一点代数知识（如用字母表示运算律，用“○”“△”或“□”表示数）的基础上，教学用字母表示数和数量关系。主要包括用含有字母的式子表示数量关系、利用等式的基本性质求未知数和用含有字母的式子解决问题，探秘百数表是让学生运用含有字母的式子解释发现的规律，感受用含有字母的式子表示数或数量关系的一般性和优越性。</w:t>
      </w:r>
    </w:p>
    <w:p>
      <w:pPr>
        <w:spacing w:after="80" w:line="300" w:lineRule="auto"/>
        <w:ind w:firstLine="400"/>
      </w:pPr>
      <w:r>
        <w:rPr>
          <w:rFonts w:ascii="宋体" w:hAnsi="宋体" w:eastAsia="宋体"/>
          <w:b w:val="0"/>
          <w:sz w:val="20"/>
        </w:rPr>
        <w:t>教科书在内容编排上充分尊重学生的认知规律，先学习用字母表示一个特定的数，逐步过渡到学习用字母表示一般数、运算律、计算公式、数量关系和等式性质。这样由易到难，逐层深入，便于学生有效掌握所学知识。</w:t>
      </w:r>
    </w:p>
    <w:p>
      <w:pPr>
        <w:spacing w:after="80" w:line="300" w:lineRule="auto"/>
        <w:ind w:firstLine="400"/>
      </w:pPr>
      <w:r>
        <w:rPr>
          <w:rFonts w:ascii="宋体" w:hAnsi="宋体" w:eastAsia="宋体"/>
          <w:b w:val="0"/>
          <w:sz w:val="20"/>
        </w:rPr>
        <w:t>用字母表示数和数量关系，是由具体的数和运算符号组成的式子过渡到含有字母的式子，使学生建立初步的符号感，是学生学习数学的一个转折点，也是认识上的一次飞跃。</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几何直观：能借助图表发现规律，分析规律，并用含有字母的式子表示图形的排列规律。</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第1课时：初步认识用字母表示数的作用，在具体情境中理解用字母表示数的意义，能够根据具体情境用含有字母的式子表示加减数量关系和一个量；初步理解字母的取值范围是由实际情况决定的。</w:t>
      </w:r>
    </w:p>
    <w:p>
      <w:pPr>
        <w:spacing w:after="20" w:line="300" w:lineRule="auto"/>
        <w:ind w:firstLine="400"/>
      </w:pPr>
      <w:r>
        <w:rPr>
          <w:rFonts w:ascii="宋体" w:hAnsi="宋体" w:eastAsia="宋体"/>
          <w:b w:val="0"/>
          <w:sz w:val="20"/>
        </w:rPr>
        <w:t>第2课时：在具体情境中理解用字母表示数的意义，能够根据具体情境用含有字母的式子表示乘除数量关系和一个量，理解字母的取值范围是由实际情况决定的。</w:t>
      </w:r>
    </w:p>
    <w:p>
      <w:pPr>
        <w:spacing w:after="20" w:line="300" w:lineRule="auto"/>
        <w:ind w:firstLine="400"/>
      </w:pPr>
      <w:r>
        <w:rPr>
          <w:rFonts w:ascii="宋体" w:hAnsi="宋体" w:eastAsia="宋体"/>
          <w:b w:val="0"/>
          <w:sz w:val="20"/>
        </w:rPr>
        <w:t>第3课时：学会用字母表示运算律、计算公式、数量关系和等式的基本性质，体会用字母表示的优势；理解一个数的平方的含义。</w:t>
      </w:r>
    </w:p>
    <w:p>
      <w:pPr>
        <w:spacing w:after="20" w:line="300" w:lineRule="auto"/>
        <w:ind w:firstLine="400"/>
      </w:pPr>
      <w:r>
        <w:rPr>
          <w:rFonts w:ascii="宋体" w:hAnsi="宋体" w:eastAsia="宋体"/>
          <w:b w:val="0"/>
          <w:sz w:val="20"/>
        </w:rPr>
        <w:t>第4课时：结合具体情境用含有字母的式子来表示数量关系，从中归纳出一般性公式并化简，学会根据字母所取的值求含有字母的式子的值。</w:t>
      </w:r>
    </w:p>
    <w:p>
      <w:pPr>
        <w:spacing w:after="20" w:line="300" w:lineRule="auto"/>
        <w:ind w:firstLine="400"/>
      </w:pPr>
      <w:r>
        <w:rPr>
          <w:rFonts w:ascii="宋体" w:hAnsi="宋体" w:eastAsia="宋体"/>
          <w:b w:val="0"/>
          <w:sz w:val="20"/>
        </w:rPr>
        <w:t>第5课时：结合生活实际，经历用含有字母的式子表示生活中稍复杂的数量关系的过程。</w:t>
      </w:r>
    </w:p>
    <w:p>
      <w:pPr>
        <w:spacing w:after="20" w:line="300" w:lineRule="auto"/>
        <w:ind w:firstLine="400"/>
      </w:pPr>
      <w:r>
        <w:rPr>
          <w:rFonts w:ascii="宋体" w:hAnsi="宋体" w:eastAsia="宋体"/>
          <w:b w:val="0"/>
          <w:sz w:val="20"/>
        </w:rPr>
        <w:t>第6课时：通过观察分析，发现百数表中的规律，并能用字母表示规律、解释规律。</w:t>
      </w:r>
    </w:p>
    <w:p>
      <w:pPr>
        <w:spacing w:after="20" w:line="300" w:lineRule="auto"/>
        <w:ind w:firstLine="400"/>
      </w:pPr>
      <w:r>
        <w:rPr>
          <w:rFonts w:ascii="宋体" w:hAnsi="宋体" w:eastAsia="宋体"/>
          <w:b w:val="0"/>
          <w:sz w:val="20"/>
        </w:rPr>
        <w:t>第7课时：整理复习本单元的学习内容，形成知识结构。</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有意识地渗透数学的思想方法。在本单元的教学中，从一开始就应有意识地利用教学内容的特点，渗透数学代数思想，启发学生在分析数量关系的过程中理解用字母表示数量关系的一般性，体会字母、符号的使用是数学表达和进行数学思考的重要形式。</w:t>
      </w:r>
    </w:p>
    <w:p>
      <w:pPr>
        <w:spacing w:after="20" w:line="300" w:lineRule="auto"/>
      </w:pPr>
      <w:r>
        <w:rPr>
          <w:rFonts w:ascii="宋体" w:hAnsi="宋体" w:eastAsia="宋体"/>
          <w:b w:val="0"/>
          <w:sz w:val="20"/>
        </w:rPr>
        <w:t>● 注意掌握教学目标的适用性。从代数角度考察本单元的教学内容，不难发现内容本身有很大的拓展空间。因此，教师在确定各课时的教学目标时，应参照教科书和本单元的教学目标，同时还应从本班学生的实际情况出发，把教学目标定在学生的最近发展区内。</w:t>
      </w:r>
    </w:p>
    <w:p>
      <w:pPr>
        <w:spacing w:after="20" w:line="300" w:lineRule="auto"/>
      </w:pPr>
      <w:r>
        <w:rPr>
          <w:rFonts w:ascii="宋体" w:hAnsi="宋体" w:eastAsia="宋体"/>
          <w:b w:val="0"/>
          <w:sz w:val="20"/>
        </w:rPr>
        <w:t>符号意识：能够感悟用字母表示数和数量关系的数学功能。知道字母表达的现实意义；能够初步运用字母正确的表示数、数量关系和一般规律；知道用符号表达的运算规律和推理结论具有一般性。初步体会符号的使用是数学表达和数学思考的重要形式。</w:t>
      </w:r>
    </w:p>
    <w:p>
      <w:pPr>
        <w:spacing w:after="20" w:line="300" w:lineRule="auto"/>
      </w:pPr>
      <w:r>
        <w:rPr>
          <w:rFonts w:ascii="宋体" w:hAnsi="宋体" w:eastAsia="宋体"/>
          <w:b w:val="0"/>
          <w:sz w:val="20"/>
        </w:rPr>
        <w:t>运算能力：能将数的运算推广到字母的运算，解决简单的字母运算问题；能将字母所表示的数代入求值。</w:t>
      </w:r>
    </w:p>
    <w:p>
      <w:pPr>
        <w:spacing w:after="20" w:line="300" w:lineRule="auto"/>
      </w:pPr>
      <w:r>
        <w:rPr>
          <w:rFonts w:ascii="宋体" w:hAnsi="宋体" w:eastAsia="宋体"/>
          <w:b w:val="0"/>
          <w:sz w:val="20"/>
        </w:rPr>
        <w:t>推理意识：能借助含有字母的式子解释一些发现的规律。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用字母表示数和数量关系（1）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初步认识用字母表示数的作用，在具体情境中理解用字母表示数的意义，能够根据具体情境用含有字母的式子表示加减数量关系和一个量；初步理解字母的取值范围是由实际情况决定的。</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用字母表示数和数量关系（2）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在具体情境中理解用字母表示数的意义，能够根据具体情境用含有字母的式子表示乘除数量关系和一个量，理解字母的取值范围是由实际情况决定的。</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用字母表示数和数量关系（3）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学会用字母表示运算律、计算公式、数量关系和等式的基本性质，体会用字母表示的优势；理解一个数的平方的含义。</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结合具体情境用含有字母的式子来表示数量关系，从中归纳出一般性公式并化简，学会根据字母所取的值求含有字母的式子的值。</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结合生活实际，经历用含有字母的式子表示生活中稍复杂的数量关系的过程。</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探秘百数表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通过观察分析，发现百数表中的规律，并能用字母表示规律、解释规律。</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整理和复习（练习十三）</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整理复习本单元的学习内容，形成知识结构。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用字母表示数和数量关系（1）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用字母表示数和数量关系（1）</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教学内容：教科书P55～56例1及“试一试”，完成教科书P56“做一做”。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（1）初步认识用字母表示数的作用，在具体情境中理解用字母表示数的意义，能够根据具体情境用含有字母的式子表示加减数量关系和一个量；初步理解字母的取值范围是由实际情况决定的。</w:t>
      </w:r>
    </w:p>
    <w:p>
      <w:pPr>
        <w:spacing w:after="20" w:line="300" w:lineRule="auto"/>
        <w:ind w:firstLine="400"/>
      </w:pPr>
      <w:r>
        <w:rPr>
          <w:rFonts w:ascii="宋体" w:hAnsi="宋体" w:eastAsia="宋体"/>
          <w:b w:val="0"/>
          <w:sz w:val="20"/>
        </w:rPr>
        <w:t>（2）初步学会根据字母的取值，求含有字母的式子的值。</w:t>
      </w:r>
    </w:p>
    <w:p>
      <w:pPr>
        <w:spacing w:after="20" w:line="300" w:lineRule="auto"/>
        <w:ind w:firstLine="400"/>
      </w:pPr>
      <w:r>
        <w:rPr>
          <w:rFonts w:ascii="宋体" w:hAnsi="宋体" w:eastAsia="宋体"/>
          <w:b w:val="0"/>
          <w:sz w:val="20"/>
        </w:rPr>
        <w:t>（3）经历把实际问题用含有字母的式子进行表达的抽象过程，发展符号意识。</w:t>
      </w:r>
    </w:p>
    <w:p>
      <w:pPr>
        <w:spacing w:after="20" w:line="300" w:lineRule="auto"/>
      </w:pPr>
      <w:r>
        <w:rPr>
          <w:rFonts w:ascii="宋体" w:hAnsi="宋体" w:eastAsia="宋体"/>
          <w:b w:val="0"/>
          <w:sz w:val="20"/>
        </w:rPr>
        <w:t>教学重点：根据加减数量关系，用含有字母的式子表示数或数量关系。</w:t>
      </w:r>
    </w:p>
    <w:p>
      <w:pPr>
        <w:spacing w:after="20" w:line="300" w:lineRule="auto"/>
      </w:pPr>
      <w:r>
        <w:rPr>
          <w:rFonts w:ascii="宋体" w:hAnsi="宋体" w:eastAsia="宋体"/>
          <w:b w:val="0"/>
          <w:sz w:val="20"/>
        </w:rPr>
        <w:t>教学难点：用含有字母的式子表示数或数量关系。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古诗激趣，导入新课</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古诗是中华传统文化的瑰宝，读起来朗朗上口，韵味十足。同学们，你们知道吗？；“数枝梅”到底有几枝梅花呢？用数学的方法怎样表示呢？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情境感悟，探究新知识</w:t>
            </w:r>
          </w:p>
        </w:tc>
        <w:tc>
          <w:tcPr>
            <w:tcW w:type="dxa" w:w="1814"/>
          </w:tcPr>
          <w:p>
            <w:pPr>
              <w:spacing w:after="20" w:line="276" w:lineRule="auto"/>
            </w:pPr>
            <w:r/>
            <w:r>
              <w:rPr>
                <w:rFonts w:ascii="宋体" w:hAnsi="宋体" w:eastAsia="宋体"/>
                <w:b w:val="0"/>
                <w:sz w:val="18"/>
              </w:rPr>
              <w:t>课件、教科书、草稿本</w:t>
            </w:r>
          </w:p>
        </w:tc>
        <w:tc>
          <w:tcPr>
            <w:tcW w:type="dxa" w:w="3402"/>
          </w:tcPr>
          <w:p>
            <w:pPr>
              <w:spacing w:after="20" w:line="276" w:lineRule="auto"/>
            </w:pPr>
            <w:r/>
            <w:r>
              <w:rPr>
                <w:rFonts w:ascii="宋体" w:hAnsi="宋体" w:eastAsia="宋体"/>
                <w:b w:val="0"/>
                <w:sz w:val="18"/>
              </w:rPr>
              <w:t>根据表格中的信息，你知道爸爸和小红的年龄有怎样的关系？；你还能接着用这样的式子表示下去吗？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代入求值，渗透取值范围</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一定要用a表示小红的年龄吗？在这里a＋25还可以表示什么？；如果知道a是多少，是不是就可以求出爸爸的年龄呢？</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实践应用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同学们，本节课的学习你有哪些收获？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古诗激趣，导入新课</w:t>
            </w:r>
          </w:p>
        </w:tc>
        <w:tc>
          <w:tcPr>
            <w:tcW w:type="dxa" w:w="3061"/>
          </w:tcPr>
          <w:p>
            <w:pPr>
              <w:spacing w:after="20" w:line="276" w:lineRule="auto"/>
            </w:pPr>
            <w:r/>
            <w:r>
              <w:rPr>
                <w:rFonts w:ascii="宋体" w:hAnsi="宋体" w:eastAsia="宋体"/>
                <w:b w:val="0"/>
                <w:sz w:val="18"/>
              </w:rPr>
              <w:t>师：古诗是中华传统文化的瑰宝，读起来朗朗上口，韵味十足。同学们，你们知道吗？古诗里也藏着数学知识呢！请看这首古诗。</w:t>
            </w:r>
          </w:p>
          <w:p>
            <w:pPr>
              <w:spacing w:after="20" w:line="276" w:lineRule="auto"/>
            </w:pPr>
            <w:r>
              <w:rPr>
                <w:rFonts w:ascii="宋体" w:hAnsi="宋体" w:eastAsia="宋体"/>
                <w:b w:val="0"/>
                <w:sz w:val="18"/>
              </w:rPr>
              <w:t>课件出示梅花图片以及王安石的《梅花》。</w:t>
            </w:r>
          </w:p>
          <w:p>
            <w:pPr>
              <w:spacing w:after="20" w:line="276" w:lineRule="auto"/>
            </w:pPr>
            <w:r>
              <w:rPr>
                <w:rFonts w:ascii="宋体" w:hAnsi="宋体" w:eastAsia="宋体"/>
                <w:b w:val="0"/>
                <w:sz w:val="18"/>
              </w:rPr>
              <w:t>师：“数枝梅”到底有几枝梅花呢？用数学的方法怎样表示呢？谁来说一说。</w:t>
            </w:r>
          </w:p>
          <w:p>
            <w:pPr>
              <w:spacing w:after="20" w:line="276" w:lineRule="auto"/>
            </w:pPr>
            <w:r>
              <w:rPr>
                <w:rFonts w:ascii="宋体" w:hAnsi="宋体" w:eastAsia="宋体"/>
                <w:b w:val="0"/>
                <w:sz w:val="18"/>
              </w:rPr>
              <w:t>引导学生用字母表示梅花的枝数。</w:t>
            </w:r>
          </w:p>
          <w:p>
            <w:pPr>
              <w:spacing w:after="20" w:line="276" w:lineRule="auto"/>
            </w:pPr>
            <w:r>
              <w:rPr>
                <w:rFonts w:ascii="宋体" w:hAnsi="宋体" w:eastAsia="宋体"/>
                <w:b w:val="0"/>
                <w:sz w:val="18"/>
              </w:rPr>
              <w:t>师：对于不知道的数，你们能想到用字母来表示，真好！这节课，我们就来学习用字母表示数和数量关系。[板书课题：用字母表示数和数量关系（1）]</w:t>
            </w:r>
          </w:p>
        </w:tc>
        <w:tc>
          <w:tcPr>
            <w:tcW w:type="dxa" w:w="3061"/>
          </w:tcPr>
          <w:p>
            <w:pPr>
              <w:spacing w:after="20" w:line="276" w:lineRule="auto"/>
            </w:pPr>
            <w:r/>
            <w:r>
              <w:rPr>
                <w:rFonts w:ascii="宋体" w:hAnsi="宋体" w:eastAsia="宋体"/>
                <w:b w:val="0"/>
                <w:sz w:val="18"/>
              </w:rPr>
              <w:t>a枝、m枝、x枝。</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创设情境激活学生已有经验，自然引出本课学习内容，激发学习兴趣，核心问题："古诗是中华传统文化的瑰宝，读起来朗朗上口，韵味十足。同学们，你们知道吗？"</w:t>
            </w:r>
          </w:p>
        </w:tc>
      </w:tr>
      <w:tr>
        <w:tc>
          <w:tcPr>
            <w:tcW w:type="dxa" w:w="1474"/>
          </w:tcPr>
          <w:p>
            <w:pPr>
              <w:spacing w:after="20" w:line="276" w:lineRule="auto"/>
            </w:pPr>
            <w:r>
              <w:rPr>
                <w:b/>
              </w:rPr>
            </w:r>
            <w:r>
              <w:rPr>
                <w:rFonts w:ascii="宋体" w:hAnsi="宋体" w:eastAsia="宋体"/>
                <w:b/>
                <w:sz w:val="18"/>
              </w:rPr>
              <w:t>情境感悟，探究新知识</w:t>
            </w:r>
          </w:p>
        </w:tc>
        <w:tc>
          <w:tcPr>
            <w:tcW w:type="dxa" w:w="3061"/>
          </w:tcPr>
          <w:p>
            <w:pPr>
              <w:spacing w:after="20" w:line="276" w:lineRule="auto"/>
            </w:pPr>
            <w:r/>
            <w:r>
              <w:rPr>
                <w:rFonts w:ascii="宋体" w:hAnsi="宋体" w:eastAsia="宋体"/>
                <w:b w:val="0"/>
                <w:sz w:val="18"/>
              </w:rPr>
              <w:t>1.分析数量关系。</w:t>
            </w:r>
          </w:p>
          <w:p>
            <w:pPr>
              <w:spacing w:after="20" w:line="276" w:lineRule="auto"/>
            </w:pPr>
            <w:r>
              <w:rPr>
                <w:rFonts w:ascii="宋体" w:hAnsi="宋体" w:eastAsia="宋体"/>
                <w:b w:val="0"/>
                <w:sz w:val="18"/>
              </w:rPr>
              <w:t>课件出示教科书P55例1表格。</w:t>
            </w:r>
          </w:p>
          <w:p>
            <w:pPr>
              <w:spacing w:after="20" w:line="276" w:lineRule="auto"/>
            </w:pPr>
            <w:r>
              <w:rPr>
                <w:rFonts w:ascii="宋体" w:hAnsi="宋体" w:eastAsia="宋体"/>
                <w:b w:val="0"/>
                <w:sz w:val="18"/>
              </w:rPr>
              <w:t>师：根据表格中的信息，你知道爸爸和小红的年龄有怎样的关系？</w:t>
            </w:r>
          </w:p>
          <w:p>
            <w:pPr>
              <w:spacing w:after="20" w:line="276" w:lineRule="auto"/>
            </w:pPr>
            <w:r>
              <w:rPr>
                <w:rFonts w:ascii="宋体" w:hAnsi="宋体" w:eastAsia="宋体"/>
                <w:b w:val="0"/>
                <w:sz w:val="18"/>
              </w:rPr>
              <w:t>师：你还能接着用这样的式子表示下去吗？请在草稿本上继续写出3行。</w:t>
            </w:r>
          </w:p>
          <w:p>
            <w:pPr>
              <w:spacing w:after="20" w:line="276" w:lineRule="auto"/>
            </w:pPr>
            <w:r>
              <w:rPr>
                <w:rFonts w:ascii="宋体" w:hAnsi="宋体" w:eastAsia="宋体"/>
                <w:b w:val="0"/>
                <w:sz w:val="18"/>
              </w:rPr>
              <w:t>师：你是怎么写出来的？</w:t>
            </w:r>
          </w:p>
          <w:p>
            <w:pPr>
              <w:spacing w:after="20" w:line="276" w:lineRule="auto"/>
            </w:pPr>
            <w:r>
              <w:rPr>
                <w:rFonts w:ascii="宋体" w:hAnsi="宋体" w:eastAsia="宋体"/>
                <w:b w:val="0"/>
                <w:sz w:val="18"/>
              </w:rPr>
              <w:t>师生交流后小结：知道了小红的年龄，就能算出爸爸的年龄。</w:t>
            </w:r>
          </w:p>
          <w:p>
            <w:pPr>
              <w:spacing w:after="20" w:line="276" w:lineRule="auto"/>
            </w:pPr>
            <w:r>
              <w:rPr>
                <w:rFonts w:ascii="宋体" w:hAnsi="宋体" w:eastAsia="宋体"/>
                <w:b w:val="0"/>
                <w:sz w:val="18"/>
              </w:rPr>
              <w:t>2.用字母或含有字母的式子表示一个量。</w:t>
            </w:r>
          </w:p>
          <w:p>
            <w:pPr>
              <w:spacing w:after="20" w:line="276" w:lineRule="auto"/>
            </w:pPr>
            <w:r>
              <w:rPr>
                <w:rFonts w:ascii="宋体" w:hAnsi="宋体" w:eastAsia="宋体"/>
                <w:b w:val="0"/>
                <w:sz w:val="18"/>
              </w:rPr>
              <w:t>师：如果不知道小红的年龄，你们能用小红的年龄表示爸爸的年龄吗？</w:t>
            </w:r>
          </w:p>
          <w:p>
            <w:pPr>
              <w:spacing w:after="20" w:line="276" w:lineRule="auto"/>
            </w:pPr>
            <w:r>
              <w:rPr>
                <w:rFonts w:ascii="宋体" w:hAnsi="宋体" w:eastAsia="宋体"/>
                <w:b w:val="0"/>
                <w:sz w:val="18"/>
              </w:rPr>
              <w:t>师：你们喜欢哪种表示方法？为什么？</w:t>
            </w:r>
          </w:p>
          <w:p>
            <w:pPr>
              <w:spacing w:after="20" w:line="276" w:lineRule="auto"/>
            </w:pPr>
            <w:r>
              <w:rPr>
                <w:rFonts w:ascii="宋体" w:hAnsi="宋体" w:eastAsia="宋体"/>
                <w:b w:val="0"/>
                <w:sz w:val="18"/>
              </w:rPr>
              <w:t>师小结：在数学中，我们经常用字母表示数，这样既简洁，又具有概括性。</w:t>
            </w:r>
          </w:p>
          <w:p>
            <w:pPr>
              <w:spacing w:after="20" w:line="276" w:lineRule="auto"/>
            </w:pPr>
            <w:r>
              <w:rPr>
                <w:rFonts w:ascii="宋体" w:hAnsi="宋体" w:eastAsia="宋体"/>
                <w:b w:val="0"/>
                <w:sz w:val="18"/>
              </w:rPr>
              <w:t>3.用含有字母的式子表示数量关系。</w:t>
            </w:r>
          </w:p>
          <w:p>
            <w:pPr>
              <w:spacing w:after="20" w:line="276" w:lineRule="auto"/>
            </w:pPr>
            <w:r>
              <w:rPr>
                <w:rFonts w:ascii="宋体" w:hAnsi="宋体" w:eastAsia="宋体"/>
                <w:b w:val="0"/>
                <w:sz w:val="18"/>
              </w:rPr>
              <w:t>师：如果分别用a和b表示小红和爸爸的年龄，爸爸和小红年龄之间的关系可以怎样表示呢？</w:t>
            </w:r>
          </w:p>
          <w:p>
            <w:pPr>
              <w:spacing w:after="20" w:line="276" w:lineRule="auto"/>
            </w:pPr>
            <w:r>
              <w:rPr>
                <w:rFonts w:ascii="宋体" w:hAnsi="宋体" w:eastAsia="宋体"/>
                <w:b w:val="0"/>
                <w:sz w:val="18"/>
              </w:rPr>
              <w:t>师生交流得出：b＝a＋25。（适时板书）</w:t>
            </w:r>
          </w:p>
        </w:tc>
        <w:tc>
          <w:tcPr>
            <w:tcW w:type="dxa" w:w="3061"/>
          </w:tcPr>
          <w:p>
            <w:pPr>
              <w:spacing w:after="20" w:line="276" w:lineRule="auto"/>
            </w:pPr>
            <w:r/>
            <w:r>
              <w:rPr>
                <w:rFonts w:ascii="宋体" w:hAnsi="宋体" w:eastAsia="宋体"/>
                <w:b w:val="0"/>
                <w:sz w:val="18"/>
              </w:rPr>
              <w:t>爸爸比小红大25岁。</w:t>
            </w:r>
          </w:p>
          <w:p>
            <w:pPr>
              <w:spacing w:after="20" w:line="276" w:lineRule="auto"/>
            </w:pPr>
            <w:r>
              <w:rPr>
                <w:rFonts w:ascii="宋体" w:hAnsi="宋体" w:eastAsia="宋体"/>
                <w:b w:val="0"/>
                <w:sz w:val="18"/>
              </w:rPr>
              <w:t>学生独立完成后小组内交流。</w:t>
            </w:r>
          </w:p>
          <w:p>
            <w:pPr>
              <w:spacing w:after="20" w:line="276" w:lineRule="auto"/>
            </w:pPr>
            <w:r>
              <w:rPr>
                <w:rFonts w:ascii="宋体" w:hAnsi="宋体" w:eastAsia="宋体"/>
                <w:b w:val="0"/>
                <w:sz w:val="18"/>
              </w:rPr>
              <w:t>学生用文字、图形、符号、字母等方式表示小红的年龄，再加上25表示爸爸的年龄。（教师适时板书）</w:t>
            </w:r>
          </w:p>
          <w:p>
            <w:pPr>
              <w:spacing w:after="20" w:line="276" w:lineRule="auto"/>
            </w:pPr>
            <w:r>
              <w:rPr>
                <w:rFonts w:ascii="宋体" w:hAnsi="宋体" w:eastAsia="宋体"/>
                <w:b w:val="0"/>
                <w:sz w:val="18"/>
              </w:rPr>
              <w:t>学生自由讨论。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创设情境激活学生已有经验，自然引出本课学习内容，激发学习兴趣，核心问题："根据表格中的信息，你知道爸爸和小红的年龄有怎样的关系？"</w:t>
            </w:r>
          </w:p>
        </w:tc>
      </w:tr>
      <w:tr>
        <w:tc>
          <w:tcPr>
            <w:tcW w:type="dxa" w:w="1474"/>
          </w:tcPr>
          <w:p>
            <w:pPr>
              <w:spacing w:after="20" w:line="276" w:lineRule="auto"/>
            </w:pPr>
            <w:r>
              <w:rPr>
                <w:b/>
              </w:rPr>
            </w:r>
            <w:r>
              <w:rPr>
                <w:rFonts w:ascii="宋体" w:hAnsi="宋体" w:eastAsia="宋体"/>
                <w:b/>
                <w:sz w:val="18"/>
              </w:rPr>
              <w:t>代入求值，渗透取值范围</w:t>
            </w:r>
          </w:p>
        </w:tc>
        <w:tc>
          <w:tcPr>
            <w:tcW w:type="dxa" w:w="3061"/>
          </w:tcPr>
          <w:p>
            <w:pPr>
              <w:spacing w:after="20" w:line="276" w:lineRule="auto"/>
            </w:pPr>
            <w:r/>
            <w:r>
              <w:rPr>
                <w:rFonts w:ascii="宋体" w:hAnsi="宋体" w:eastAsia="宋体"/>
                <w:b w:val="0"/>
                <w:sz w:val="18"/>
              </w:rPr>
              <w:t>1.理解字母表示的含义。</w:t>
            </w:r>
          </w:p>
          <w:p>
            <w:pPr>
              <w:spacing w:after="20" w:line="276" w:lineRule="auto"/>
            </w:pPr>
            <w:r>
              <w:rPr>
                <w:rFonts w:ascii="宋体" w:hAnsi="宋体" w:eastAsia="宋体"/>
                <w:b w:val="0"/>
                <w:sz w:val="18"/>
              </w:rPr>
              <w:t>师：一定要用a表示小红的年龄吗？在这里a＋25还可以表示什么？</w:t>
            </w:r>
          </w:p>
          <w:p>
            <w:pPr>
              <w:spacing w:after="20" w:line="276" w:lineRule="auto"/>
            </w:pPr>
            <w:r>
              <w:rPr>
                <w:rFonts w:ascii="宋体" w:hAnsi="宋体" w:eastAsia="宋体"/>
                <w:b w:val="0"/>
                <w:sz w:val="18"/>
              </w:rPr>
              <w:t>师小结并板书：含有字母的式子不仅可以表示一个数，还可以表示数量之间的加减关系。</w:t>
            </w:r>
          </w:p>
          <w:p>
            <w:pPr>
              <w:spacing w:after="20" w:line="276" w:lineRule="auto"/>
            </w:pPr>
            <w:r>
              <w:rPr>
                <w:rFonts w:ascii="宋体" w:hAnsi="宋体" w:eastAsia="宋体"/>
                <w:b w:val="0"/>
                <w:sz w:val="18"/>
              </w:rPr>
              <w:t>2.求代数式的值。</w:t>
            </w:r>
          </w:p>
          <w:p>
            <w:pPr>
              <w:spacing w:after="20" w:line="276" w:lineRule="auto"/>
            </w:pPr>
            <w:r>
              <w:rPr>
                <w:rFonts w:ascii="宋体" w:hAnsi="宋体" w:eastAsia="宋体"/>
                <w:b w:val="0"/>
                <w:sz w:val="18"/>
              </w:rPr>
              <w:t>师：如果知道a是多少，是不是就可以求出爸爸的年龄呢？</w:t>
            </w:r>
          </w:p>
          <w:p>
            <w:pPr>
              <w:spacing w:after="20" w:line="276" w:lineRule="auto"/>
            </w:pPr>
            <w:r>
              <w:rPr>
                <w:rFonts w:ascii="宋体" w:hAnsi="宋体" w:eastAsia="宋体"/>
                <w:b w:val="0"/>
                <w:sz w:val="18"/>
              </w:rPr>
              <w:t>教师要求学生自主算出小红11岁时爸爸的年龄，爸爸57岁时小红的年龄。</w:t>
            </w:r>
          </w:p>
          <w:p>
            <w:pPr>
              <w:spacing w:after="20" w:line="276" w:lineRule="auto"/>
            </w:pPr>
            <w:r>
              <w:rPr>
                <w:rFonts w:ascii="宋体" w:hAnsi="宋体" w:eastAsia="宋体"/>
                <w:b w:val="0"/>
                <w:sz w:val="18"/>
              </w:rPr>
              <w:t>师：也就是把a、b的取值分别代入b＝a＋25中进行计算。</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师：当a变大时，a＋25有什么变化？</w:t>
            </w:r>
          </w:p>
          <w:p>
            <w:pPr>
              <w:spacing w:after="20" w:line="276" w:lineRule="auto"/>
            </w:pPr>
            <w:r>
              <w:rPr>
                <w:rFonts w:ascii="宋体" w:hAnsi="宋体" w:eastAsia="宋体"/>
                <w:b w:val="0"/>
                <w:sz w:val="18"/>
              </w:rPr>
              <w:t>师：b变化时，a也会变化吗？有什么是不变的？</w:t>
            </w:r>
          </w:p>
          <w:p>
            <w:pPr>
              <w:spacing w:after="20" w:line="276" w:lineRule="auto"/>
            </w:pPr>
            <w:r>
              <w:rPr>
                <w:rFonts w:ascii="宋体" w:hAnsi="宋体" w:eastAsia="宋体"/>
                <w:b w:val="0"/>
                <w:sz w:val="18"/>
              </w:rPr>
              <w:t>3.探究字母的取值范围。</w:t>
            </w:r>
          </w:p>
          <w:p>
            <w:pPr>
              <w:spacing w:after="20" w:line="276" w:lineRule="auto"/>
            </w:pPr>
            <w:r>
              <w:rPr>
                <w:rFonts w:ascii="宋体" w:hAnsi="宋体" w:eastAsia="宋体"/>
                <w:b w:val="0"/>
                <w:sz w:val="18"/>
              </w:rPr>
              <w:t>师：“a＋25”这个式子中，a还可以是几呢？a能是200吗？</w:t>
            </w:r>
          </w:p>
          <w:p>
            <w:pPr>
              <w:spacing w:after="20" w:line="276" w:lineRule="auto"/>
            </w:pPr>
            <w:r>
              <w:rPr>
                <w:rFonts w:ascii="宋体" w:hAnsi="宋体" w:eastAsia="宋体"/>
                <w:b w:val="0"/>
                <w:sz w:val="18"/>
              </w:rPr>
              <w:t>师小结：在用字母或含有字母的式子表示生活中的数或数量关系时，字母所代表的数要符合实际情况。（适时板书）</w:t>
            </w:r>
          </w:p>
        </w:tc>
        <w:tc>
          <w:tcPr>
            <w:tcW w:type="dxa" w:w="3061"/>
          </w:tcPr>
          <w:p>
            <w:pPr>
              <w:spacing w:after="20" w:line="276" w:lineRule="auto"/>
            </w:pPr>
            <w:r/>
            <w:r>
              <w:rPr>
                <w:rFonts w:ascii="宋体" w:hAnsi="宋体" w:eastAsia="宋体"/>
                <w:b w:val="0"/>
                <w:sz w:val="18"/>
              </w:rPr>
              <w:t>预设1：也可以用别的字母。</w:t>
            </w:r>
          </w:p>
          <w:p>
            <w:pPr>
              <w:spacing w:after="20" w:line="276" w:lineRule="auto"/>
            </w:pPr>
            <w:r>
              <w:rPr>
                <w:rFonts w:ascii="宋体" w:hAnsi="宋体" w:eastAsia="宋体"/>
                <w:b w:val="0"/>
                <w:sz w:val="18"/>
              </w:rPr>
              <w:t>预设2：还可以表示出爸爸比小红大25岁。</w:t>
            </w:r>
          </w:p>
          <w:p>
            <w:pPr>
              <w:spacing w:after="20" w:line="276" w:lineRule="auto"/>
            </w:pPr>
            <w:r>
              <w:rPr>
                <w:rFonts w:ascii="宋体" w:hAnsi="宋体" w:eastAsia="宋体"/>
                <w:b w:val="0"/>
                <w:sz w:val="18"/>
              </w:rPr>
              <w:t>当a变大时，a＋25也随着变大，也就是爸爸的年龄随着小红年龄的变化而变化。</w:t>
            </w:r>
          </w:p>
          <w:p>
            <w:pPr>
              <w:spacing w:after="20" w:line="276" w:lineRule="auto"/>
            </w:pPr>
            <w:r>
              <w:rPr>
                <w:rFonts w:ascii="宋体" w:hAnsi="宋体" w:eastAsia="宋体"/>
                <w:b w:val="0"/>
                <w:sz w:val="18"/>
              </w:rPr>
              <w:t>b变化时，a也跟着变化，但它们的差始终不变。</w:t>
            </w:r>
          </w:p>
          <w:p>
            <w:pPr>
              <w:spacing w:after="20" w:line="276" w:lineRule="auto"/>
            </w:pPr>
            <w:r>
              <w:rPr>
                <w:rFonts w:ascii="宋体" w:hAnsi="宋体" w:eastAsia="宋体"/>
                <w:b w:val="0"/>
                <w:sz w:val="18"/>
              </w:rPr>
              <w:t>这里的字母能表示从1开始的任意自然数，但不能表示太大的数，也不能表示200，因为人不可能活到200岁。</w:t>
            </w:r>
          </w:p>
        </w:tc>
        <w:tc>
          <w:tcPr>
            <w:tcW w:type="dxa" w:w="1814"/>
          </w:tcPr>
          <w:p>
            <w:pPr>
              <w:spacing w:after="20" w:line="276" w:lineRule="auto"/>
            </w:pPr>
            <w:r/>
            <w:r>
              <w:rPr>
                <w:rFonts w:ascii="宋体" w:hAnsi="宋体" w:eastAsia="宋体"/>
                <w:b w:val="0"/>
                <w:sz w:val="18"/>
              </w:rPr>
              <w:t>围绕环节目标组织学习活动，引导学生主动参与、积极思考，核心问题："一定要用a表示小红的年龄吗？在这里a＋25还可以表示什么？"</w:t>
            </w:r>
          </w:p>
        </w:tc>
      </w:tr>
      <w:tr>
        <w:tc>
          <w:tcPr>
            <w:tcW w:type="dxa" w:w="1474"/>
          </w:tcPr>
          <w:p>
            <w:pPr>
              <w:spacing w:after="20" w:line="276" w:lineRule="auto"/>
            </w:pPr>
            <w:r>
              <w:rPr>
                <w:b/>
              </w:rPr>
            </w:r>
            <w:r>
              <w:rPr>
                <w:rFonts w:ascii="宋体" w:hAnsi="宋体" w:eastAsia="宋体"/>
                <w:b/>
                <w:sz w:val="18"/>
              </w:rPr>
              <w:t>实践应用</w:t>
            </w:r>
          </w:p>
        </w:tc>
        <w:tc>
          <w:tcPr>
            <w:tcW w:type="dxa" w:w="3061"/>
          </w:tcPr>
          <w:p>
            <w:pPr>
              <w:spacing w:after="20" w:line="276" w:lineRule="auto"/>
            </w:pPr>
            <w:r/>
            <w:r>
              <w:rPr>
                <w:rFonts w:ascii="宋体" w:hAnsi="宋体" w:eastAsia="宋体"/>
                <w:b w:val="0"/>
                <w:sz w:val="18"/>
              </w:rPr>
              <w:t>完成教科书P56“做一做”。</w:t>
            </w:r>
          </w:p>
          <w:p>
            <w:pPr>
              <w:spacing w:after="20" w:line="276" w:lineRule="auto"/>
            </w:pPr>
            <w:r>
              <w:rPr>
                <w:rFonts w:ascii="宋体" w:hAnsi="宋体" w:eastAsia="宋体"/>
                <w:b w:val="0"/>
                <w:sz w:val="18"/>
              </w:rPr>
              <w:t>（1）交流展示第1题。</w:t>
            </w:r>
          </w:p>
          <w:p>
            <w:pPr>
              <w:spacing w:after="20" w:line="276" w:lineRule="auto"/>
            </w:pPr>
            <w:r>
              <w:rPr>
                <w:rFonts w:ascii="宋体" w:hAnsi="宋体" w:eastAsia="宋体"/>
                <w:b w:val="0"/>
                <w:sz w:val="18"/>
              </w:rPr>
              <w:t>师通过问题引领，引导学生用含有字母的式子表示数量关系。</w:t>
            </w:r>
          </w:p>
          <w:p>
            <w:pPr>
              <w:spacing w:after="20" w:line="276" w:lineRule="auto"/>
            </w:pPr>
            <w:r>
              <w:rPr>
                <w:rFonts w:ascii="宋体" w:hAnsi="宋体" w:eastAsia="宋体"/>
                <w:b w:val="0"/>
                <w:sz w:val="18"/>
              </w:rPr>
              <w:t>（2）展示交流第2题。</w:t>
            </w:r>
          </w:p>
          <w:p>
            <w:pPr>
              <w:spacing w:after="20" w:line="276" w:lineRule="auto"/>
            </w:pPr>
            <w:r>
              <w:rPr>
                <w:rFonts w:ascii="宋体" w:hAnsi="宋体" w:eastAsia="宋体"/>
                <w:b w:val="0"/>
                <w:sz w:val="18"/>
              </w:rPr>
              <w:t>边展示学生的解答，边课件呈现分析过程。</w:t>
            </w:r>
          </w:p>
        </w:tc>
        <w:tc>
          <w:tcPr>
            <w:tcW w:type="dxa" w:w="3061"/>
          </w:tcPr>
          <w:p>
            <w:pPr>
              <w:spacing w:after="20" w:line="276" w:lineRule="auto"/>
            </w:pPr>
            <w:r/>
            <w:r>
              <w:rPr>
                <w:rFonts w:ascii="宋体" w:hAnsi="宋体" w:eastAsia="宋体"/>
                <w:b w:val="0"/>
                <w:sz w:val="18"/>
              </w:rPr>
              <w:t>学生交流后，课件呈现正确答案。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师：同学们，本节课的学习你有哪些收获？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发挥年龄问题这个具体实例对于抽象概括的支撑作用，引导学生经历“具体事物——个性化地用符号表示——学会用字母表示——代入求值”这一逐步符号化、形式化的过程，促使学生自我改进原有认知结构，主动探索用字母表示数或数量关系的方式，感受符号化思想和用字母表示数或数量关系的优越性，自然促成由算术思维到代数思维的过渡。</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用字母表示数和数量关系（1）</w:t>
      </w:r>
    </w:p>
    <w:p>
      <w:pPr>
        <w:spacing w:after="40" w:line="300" w:lineRule="auto"/>
      </w:pPr>
      <w:r>
        <w:rPr>
          <w:rFonts w:ascii="宋体" w:hAnsi="宋体" w:eastAsia="宋体"/>
          <w:b w:val="0"/>
          <w:sz w:val="20"/>
        </w:rPr>
        <w:t>爸爸的年龄＝小红的年龄＋25</w:t>
      </w:r>
    </w:p>
    <w:p>
      <w:pPr>
        <w:spacing w:after="40" w:line="300" w:lineRule="auto"/>
      </w:pPr>
      <w:r>
        <w:rPr>
          <w:rFonts w:ascii="宋体" w:hAnsi="宋体" w:eastAsia="宋体"/>
          <w:b w:val="0"/>
          <w:sz w:val="20"/>
        </w:rPr>
        <w:t>b   ＝     a    ＋25</w:t>
      </w:r>
    </w:p>
    <w:p>
      <w:pPr>
        <w:spacing w:after="40" w:line="300" w:lineRule="auto"/>
      </w:pPr>
      <w:r>
        <w:rPr>
          <w:rFonts w:ascii="宋体" w:hAnsi="宋体" w:eastAsia="宋体"/>
          <w:b w:val="0"/>
          <w:sz w:val="20"/>
        </w:rPr>
        <w:t>（1）当a＝11时，b＝a＋25＝36。</w:t>
      </w:r>
    </w:p>
    <w:p>
      <w:pPr>
        <w:spacing w:after="40" w:line="300" w:lineRule="auto"/>
      </w:pPr>
      <w:r>
        <w:rPr>
          <w:rFonts w:ascii="宋体" w:hAnsi="宋体" w:eastAsia="宋体"/>
          <w:b w:val="0"/>
          <w:sz w:val="20"/>
        </w:rPr>
        <w:t>（2）当b＝57时，a＝b－25＝32。</w:t>
      </w:r>
    </w:p>
    <w:p>
      <w:pPr>
        <w:spacing w:after="40" w:line="300" w:lineRule="auto"/>
      </w:pPr>
      <w:r>
        <w:rPr>
          <w:rFonts w:ascii="宋体" w:hAnsi="宋体" w:eastAsia="宋体"/>
          <w:b w:val="0"/>
          <w:sz w:val="20"/>
        </w:rPr>
        <w:t>含有字母的式子不仅可以表示一个数，还可以表示数量之间的加减关系。</w:t>
      </w:r>
    </w:p>
    <w:p>
      <w:pPr>
        <w:spacing w:after="40" w:line="300" w:lineRule="auto"/>
      </w:pPr>
      <w:r>
        <w:rPr>
          <w:rFonts w:ascii="宋体" w:hAnsi="宋体" w:eastAsia="宋体"/>
          <w:b w:val="0"/>
          <w:sz w:val="20"/>
        </w:rPr>
        <w:t>在用字母或含有字母的式子表示生活中的数或数量关系时，字母所代表的数要符合实际情况。</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教科书P55～56例1及“试一试”，完成教科书P56“做一做”。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根据教学情境，采用由个别到一般的归纳思路，先列出具体的数表示的式子，再用含有字母的式子表示一般情况，最后启发学生思考式子中字母的取值范围，教学思路与学生的认知顺序一致，教学比较顺畅。</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用字母表示数和数量关系（2）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用字母表示数和数量关系（2）</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教学内容：教科书P57例2及“试一试”，完成教科书P58“做一做”。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（1）在具体情境中理解用字母表示数的意义，能够根据具体情境用含有字母的式子表示乘除数量关系和一个量，理解字母的取值范围是由实际情况决定的。</w:t>
      </w:r>
    </w:p>
    <w:p>
      <w:pPr>
        <w:spacing w:after="20" w:line="300" w:lineRule="auto"/>
        <w:ind w:firstLine="400"/>
      </w:pPr>
      <w:r>
        <w:rPr>
          <w:rFonts w:ascii="宋体" w:hAnsi="宋体" w:eastAsia="宋体"/>
          <w:b w:val="0"/>
          <w:sz w:val="20"/>
        </w:rPr>
        <w:t>（2）会简写数与字母相乘的代数式。</w:t>
      </w:r>
    </w:p>
    <w:p>
      <w:pPr>
        <w:spacing w:after="20" w:line="300" w:lineRule="auto"/>
        <w:ind w:firstLine="400"/>
      </w:pPr>
      <w:r>
        <w:rPr>
          <w:rFonts w:ascii="宋体" w:hAnsi="宋体" w:eastAsia="宋体"/>
          <w:b w:val="0"/>
          <w:sz w:val="20"/>
        </w:rPr>
        <w:t>（3）体会符号的简洁性，发展符号意识。</w:t>
      </w:r>
    </w:p>
    <w:p>
      <w:pPr>
        <w:spacing w:after="20" w:line="300" w:lineRule="auto"/>
      </w:pPr>
      <w:r>
        <w:rPr>
          <w:rFonts w:ascii="宋体" w:hAnsi="宋体" w:eastAsia="宋体"/>
          <w:b w:val="0"/>
          <w:sz w:val="20"/>
        </w:rPr>
        <w:t>教学重点：用含有字母的式子表示乘除数量关系。</w:t>
      </w:r>
    </w:p>
    <w:p>
      <w:pPr>
        <w:spacing w:after="20" w:line="300" w:lineRule="auto"/>
      </w:pPr>
      <w:r>
        <w:rPr>
          <w:rFonts w:ascii="宋体" w:hAnsi="宋体" w:eastAsia="宋体"/>
          <w:b w:val="0"/>
          <w:sz w:val="20"/>
        </w:rPr>
        <w:t>教学难点：用含有字母的乘除式子表示一个量。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创设情境，探究新知识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同学们想不想知道月球上到底有什么秘密呢？；说一说你们知道了哪些数学信息及数量关系？</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拓展延伸，深化理解</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用6m可以表示人在月球上能举起的物体质量。同学们想一想，说一说，生活中，还有哪些能用6m表示？</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巩固练习，拓展深化</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同学们还记得长方形的面积计算公式是什么吗？；这道题给出长方形纸条的宽是3 cm，要求长度不同的情况下面积是多少？怎样用含有字母的式子表示长方形纸条的面积呢？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今天学习了什么内容？你有什么收获？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揭示课题</w:t>
            </w:r>
          </w:p>
        </w:tc>
        <w:tc>
          <w:tcPr>
            <w:tcW w:type="dxa" w:w="3061"/>
          </w:tcPr>
          <w:p>
            <w:pPr>
              <w:spacing w:after="20" w:line="276" w:lineRule="auto"/>
            </w:pPr>
            <w:r/>
            <w:r>
              <w:rPr>
                <w:rFonts w:ascii="宋体" w:hAnsi="宋体" w:eastAsia="宋体"/>
                <w:b w:val="0"/>
                <w:sz w:val="18"/>
              </w:rPr>
              <w:t>师：上节课我们学习了用字母表示数和数量关系，今天我们继续探究这个问题。[板书课题：用字母表示数和数量关系（2）]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创设情境，探究新知识</w:t>
            </w:r>
          </w:p>
        </w:tc>
        <w:tc>
          <w:tcPr>
            <w:tcW w:type="dxa" w:w="3061"/>
          </w:tcPr>
          <w:p>
            <w:pPr>
              <w:spacing w:after="20" w:line="276" w:lineRule="auto"/>
            </w:pPr>
            <w:r/>
            <w:r>
              <w:rPr>
                <w:rFonts w:ascii="宋体" w:hAnsi="宋体" w:eastAsia="宋体"/>
                <w:b w:val="0"/>
                <w:sz w:val="18"/>
              </w:rPr>
              <w:t>1.引入情境，分析数量关系。</w:t>
            </w:r>
          </w:p>
          <w:p>
            <w:pPr>
              <w:spacing w:after="20" w:line="276" w:lineRule="auto"/>
            </w:pPr>
            <w:r>
              <w:rPr>
                <w:rFonts w:ascii="宋体" w:hAnsi="宋体" w:eastAsia="宋体"/>
                <w:b w:val="0"/>
                <w:sz w:val="18"/>
              </w:rPr>
              <w:t>师：同学们想不想知道月球上到底有什么秘密呢？让我们一起来探索。</w:t>
            </w:r>
          </w:p>
          <w:p>
            <w:pPr>
              <w:spacing w:after="20" w:line="276" w:lineRule="auto"/>
            </w:pPr>
            <w:r>
              <w:rPr>
                <w:rFonts w:ascii="宋体" w:hAnsi="宋体" w:eastAsia="宋体"/>
                <w:b w:val="0"/>
                <w:sz w:val="18"/>
              </w:rPr>
              <w:t>课件出示教科书P57例2表格。</w:t>
            </w:r>
          </w:p>
          <w:p>
            <w:pPr>
              <w:spacing w:after="20" w:line="276" w:lineRule="auto"/>
            </w:pPr>
            <w:r>
              <w:rPr>
                <w:rFonts w:ascii="宋体" w:hAnsi="宋体" w:eastAsia="宋体"/>
                <w:b w:val="0"/>
                <w:sz w:val="18"/>
              </w:rPr>
              <w:t>师：说一说你们知道了哪些数学信息及数量关系？</w:t>
            </w:r>
          </w:p>
          <w:p>
            <w:pPr>
              <w:spacing w:after="20" w:line="276" w:lineRule="auto"/>
            </w:pPr>
            <w:r>
              <w:rPr>
                <w:rFonts w:ascii="宋体" w:hAnsi="宋体" w:eastAsia="宋体"/>
                <w:b w:val="0"/>
                <w:sz w:val="18"/>
              </w:rPr>
              <w:t>师：你怎么知道的呢？怎样用式子表示人在月球上能举起的物体质量和在地球上能举起的物体质量之间的关系？</w:t>
            </w:r>
          </w:p>
          <w:p>
            <w:pPr>
              <w:spacing w:after="20" w:line="276" w:lineRule="auto"/>
            </w:pPr>
            <w:r>
              <w:rPr>
                <w:rFonts w:ascii="宋体" w:hAnsi="宋体" w:eastAsia="宋体"/>
                <w:b w:val="0"/>
                <w:sz w:val="18"/>
              </w:rPr>
              <w:t>师生讨论，用等式表示数量关系：在月球上能举起的物体质量＝在地球上能举起的物体质量×6。</w:t>
            </w:r>
          </w:p>
          <w:p>
            <w:pPr>
              <w:spacing w:after="20" w:line="276" w:lineRule="auto"/>
            </w:pPr>
            <w:r>
              <w:rPr>
                <w:rFonts w:ascii="宋体" w:hAnsi="宋体" w:eastAsia="宋体"/>
                <w:b w:val="0"/>
                <w:sz w:val="18"/>
              </w:rPr>
              <w:t>师：你们知道为什么人在月球上能举起的物体质量是地球上的6倍吗？</w:t>
            </w:r>
          </w:p>
          <w:p>
            <w:pPr>
              <w:spacing w:after="20" w:line="276" w:lineRule="auto"/>
            </w:pPr>
            <w:r>
              <w:rPr>
                <w:rFonts w:ascii="宋体" w:hAnsi="宋体" w:eastAsia="宋体"/>
                <w:b w:val="0"/>
                <w:sz w:val="18"/>
              </w:rPr>
              <w:t>（师适当拓展：月球的质量小，其引力是地球的。）</w:t>
            </w:r>
          </w:p>
          <w:p>
            <w:pPr>
              <w:spacing w:after="20" w:line="276" w:lineRule="auto"/>
            </w:pPr>
            <w:r>
              <w:rPr>
                <w:rFonts w:ascii="宋体" w:hAnsi="宋体" w:eastAsia="宋体"/>
                <w:b w:val="0"/>
                <w:sz w:val="18"/>
              </w:rPr>
              <w:t>2.探究用字母表示数。</w:t>
            </w:r>
          </w:p>
          <w:p>
            <w:pPr>
              <w:spacing w:after="20" w:line="276" w:lineRule="auto"/>
            </w:pPr>
            <w:r>
              <w:rPr>
                <w:rFonts w:ascii="宋体" w:hAnsi="宋体" w:eastAsia="宋体"/>
                <w:b w:val="0"/>
                <w:sz w:val="18"/>
              </w:rPr>
              <w:t>师：如果用m表示人在地球上能举起的物体质量，那么你能用含有m的式子表示出人在月球上能举起的物体质量吗？</w:t>
            </w:r>
          </w:p>
          <w:p>
            <w:pPr>
              <w:spacing w:after="20" w:line="276" w:lineRule="auto"/>
            </w:pPr>
            <w:r>
              <w:rPr>
                <w:rFonts w:ascii="宋体" w:hAnsi="宋体" w:eastAsia="宋体"/>
                <w:b w:val="0"/>
                <w:sz w:val="18"/>
              </w:rPr>
              <w:t>师：“m×6”或“6×m”都是数与字母相乘，可以省略乘号。一般把数字写在字母前面，写成6m。如果1与字母相乘时，1通常省略不写。</w:t>
            </w:r>
          </w:p>
          <w:p>
            <w:pPr>
              <w:spacing w:after="20" w:line="276" w:lineRule="auto"/>
            </w:pPr>
            <w:r>
              <w:rPr>
                <w:rFonts w:ascii="宋体" w:hAnsi="宋体" w:eastAsia="宋体"/>
                <w:b w:val="0"/>
                <w:sz w:val="18"/>
              </w:rPr>
              <w:t>师：那“6m”中的m可以表示哪些数？</w:t>
            </w:r>
          </w:p>
          <w:p>
            <w:pPr>
              <w:spacing w:after="20" w:line="276" w:lineRule="auto"/>
            </w:pPr>
            <w:r>
              <w:rPr>
                <w:rFonts w:ascii="宋体" w:hAnsi="宋体" w:eastAsia="宋体"/>
                <w:b w:val="0"/>
                <w:sz w:val="18"/>
              </w:rPr>
              <w:t>3.探究用字母表示数量关系。</w:t>
            </w:r>
          </w:p>
          <w:p>
            <w:pPr>
              <w:spacing w:after="20" w:line="276" w:lineRule="auto"/>
            </w:pPr>
            <w:r>
              <w:rPr>
                <w:rFonts w:ascii="宋体" w:hAnsi="宋体" w:eastAsia="宋体"/>
                <w:b w:val="0"/>
                <w:sz w:val="18"/>
              </w:rPr>
              <w:t>师：这里的“6m”还可以表示什么？</w:t>
            </w:r>
          </w:p>
          <w:p>
            <w:pPr>
              <w:spacing w:after="20" w:line="276" w:lineRule="auto"/>
            </w:pPr>
            <w:r>
              <w:rPr>
                <w:rFonts w:ascii="宋体" w:hAnsi="宋体" w:eastAsia="宋体"/>
                <w:b w:val="0"/>
                <w:sz w:val="18"/>
              </w:rPr>
              <w:t>师：如果用n表示人在月球上能举起的物体质量，m表示人在地球上能举起的物体质量，m和n之间的关系可以怎样表示？</w:t>
            </w:r>
          </w:p>
          <w:p>
            <w:pPr>
              <w:spacing w:after="20" w:line="276" w:lineRule="auto"/>
            </w:pPr>
            <w:r>
              <w:rPr>
                <w:rFonts w:ascii="宋体" w:hAnsi="宋体" w:eastAsia="宋体"/>
                <w:b w:val="0"/>
                <w:sz w:val="18"/>
              </w:rPr>
              <w:t>师生交流后板书：n＝6m　m＝n÷6</w:t>
            </w:r>
          </w:p>
          <w:p>
            <w:pPr>
              <w:spacing w:after="20" w:line="276" w:lineRule="auto"/>
            </w:pPr>
            <w:r>
              <w:rPr>
                <w:rFonts w:ascii="宋体" w:hAnsi="宋体" w:eastAsia="宋体"/>
                <w:b w:val="0"/>
                <w:sz w:val="18"/>
              </w:rPr>
              <w:t>4.代入求值。</w:t>
            </w:r>
          </w:p>
          <w:p>
            <w:pPr>
              <w:spacing w:after="20" w:line="276" w:lineRule="auto"/>
            </w:pPr>
            <w:r>
              <w:rPr>
                <w:rFonts w:ascii="宋体" w:hAnsi="宋体" w:eastAsia="宋体"/>
                <w:b w:val="0"/>
                <w:sz w:val="18"/>
              </w:rPr>
              <w:t>教师出示教科书P57“试一试”。</w:t>
            </w:r>
          </w:p>
          <w:p>
            <w:pPr>
              <w:spacing w:after="20" w:line="276" w:lineRule="auto"/>
            </w:pPr>
            <w:r>
              <w:rPr>
                <w:rFonts w:ascii="宋体" w:hAnsi="宋体" w:eastAsia="宋体"/>
                <w:b w:val="0"/>
                <w:sz w:val="18"/>
              </w:rPr>
              <w:t>组织学生集体交流订正，注意要求学生书写过程完整、格式规范。</w:t>
            </w:r>
          </w:p>
          <w:p>
            <w:pPr>
              <w:spacing w:after="20" w:line="276" w:lineRule="auto"/>
            </w:pPr>
            <w:r>
              <w:rPr>
                <w:rFonts w:ascii="宋体" w:hAnsi="宋体" w:eastAsia="宋体"/>
                <w:b w:val="0"/>
                <w:sz w:val="18"/>
              </w:rPr>
              <w:t>师小结：求含有字母的式子的值，一般不写单位。</w:t>
            </w:r>
          </w:p>
        </w:tc>
        <w:tc>
          <w:tcPr>
            <w:tcW w:type="dxa" w:w="3061"/>
          </w:tcPr>
          <w:p>
            <w:pPr>
              <w:spacing w:after="20" w:line="276" w:lineRule="auto"/>
            </w:pPr>
            <w:r/>
            <w:r>
              <w:rPr>
                <w:rFonts w:ascii="宋体" w:hAnsi="宋体" w:eastAsia="宋体"/>
                <w:b w:val="0"/>
                <w:sz w:val="18"/>
              </w:rPr>
              <w:t>人在月球上能举起的物体质量是地球上的6倍。</w:t>
            </w:r>
          </w:p>
          <w:p>
            <w:pPr>
              <w:spacing w:after="20" w:line="276" w:lineRule="auto"/>
            </w:pPr>
            <w:r>
              <w:rPr>
                <w:rFonts w:ascii="宋体" w:hAnsi="宋体" w:eastAsia="宋体"/>
                <w:b w:val="0"/>
                <w:sz w:val="18"/>
              </w:rPr>
              <w:t>m×6或6×m。</w:t>
            </w:r>
          </w:p>
          <w:p>
            <w:pPr>
              <w:spacing w:after="20" w:line="276" w:lineRule="auto"/>
            </w:pPr>
            <w:r>
              <w:rPr>
                <w:rFonts w:ascii="宋体" w:hAnsi="宋体" w:eastAsia="宋体"/>
                <w:b w:val="0"/>
                <w:sz w:val="18"/>
              </w:rPr>
              <w:t>m表示不确定的数，既可以表示整数，也可以表示小数；人能举起的物体质量是有限的，因此字母表示的数也是有一定范围的，不能过大。</w:t>
            </w:r>
          </w:p>
          <w:p>
            <w:pPr>
              <w:spacing w:after="20" w:line="276" w:lineRule="auto"/>
            </w:pPr>
            <w:r>
              <w:rPr>
                <w:rFonts w:ascii="宋体" w:hAnsi="宋体" w:eastAsia="宋体"/>
                <w:b w:val="0"/>
                <w:sz w:val="18"/>
              </w:rPr>
              <w:t>不仅可以表示人在月球上能举起的物体质量，还可以表示人在月球上能举起的物体质量是地球上的6倍。（教师适时板书）</w:t>
            </w:r>
          </w:p>
          <w:p>
            <w:pPr>
              <w:spacing w:after="20" w:line="276" w:lineRule="auto"/>
            </w:pPr>
            <w:r>
              <w:rPr>
                <w:rFonts w:ascii="宋体" w:hAnsi="宋体" w:eastAsia="宋体"/>
                <w:b w:val="0"/>
                <w:sz w:val="18"/>
              </w:rPr>
              <w:t>学生独立完成快速求值。</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创设情境激活学生已有经验，自然引出本课学习内容，激发学习兴趣，核心问题："同学们想不想知道月球上到底有什么秘密呢？"</w:t>
            </w:r>
          </w:p>
        </w:tc>
      </w:tr>
      <w:tr>
        <w:tc>
          <w:tcPr>
            <w:tcW w:type="dxa" w:w="1474"/>
          </w:tcPr>
          <w:p>
            <w:pPr>
              <w:spacing w:after="20" w:line="276" w:lineRule="auto"/>
            </w:pPr>
            <w:r>
              <w:rPr>
                <w:b/>
              </w:rPr>
            </w:r>
            <w:r>
              <w:rPr>
                <w:rFonts w:ascii="宋体" w:hAnsi="宋体" w:eastAsia="宋体"/>
                <w:b/>
                <w:sz w:val="18"/>
              </w:rPr>
              <w:t>拓展延伸，深化理解</w:t>
            </w:r>
          </w:p>
        </w:tc>
        <w:tc>
          <w:tcPr>
            <w:tcW w:type="dxa" w:w="3061"/>
          </w:tcPr>
          <w:p>
            <w:pPr>
              <w:spacing w:after="20" w:line="276" w:lineRule="auto"/>
            </w:pPr>
            <w:r/>
            <w:r>
              <w:rPr>
                <w:rFonts w:ascii="宋体" w:hAnsi="宋体" w:eastAsia="宋体"/>
                <w:b w:val="0"/>
                <w:sz w:val="18"/>
              </w:rPr>
              <w:t>师：用6m可以表示人在月球上能举起的物体质量。同学们想一想，说一说，生活中，还有哪些能用6m表示？</w:t>
            </w:r>
          </w:p>
        </w:tc>
        <w:tc>
          <w:tcPr>
            <w:tcW w:type="dxa" w:w="3061"/>
          </w:tcPr>
          <w:p>
            <w:pPr>
              <w:spacing w:after="20" w:line="276" w:lineRule="auto"/>
            </w:pPr>
            <w:r/>
            <w:r>
              <w:rPr>
                <w:rFonts w:ascii="宋体" w:hAnsi="宋体" w:eastAsia="宋体"/>
                <w:b w:val="0"/>
                <w:sz w:val="18"/>
              </w:rPr>
              <w:t>学生举例说明，教师进行评价引导。</w:t>
            </w:r>
          </w:p>
        </w:tc>
        <w:tc>
          <w:tcPr>
            <w:tcW w:type="dxa" w:w="1814"/>
          </w:tcPr>
          <w:p>
            <w:pPr>
              <w:spacing w:after="20" w:line="276" w:lineRule="auto"/>
            </w:pPr>
            <w:r/>
            <w:r>
              <w:rPr>
                <w:rFonts w:ascii="宋体" w:hAnsi="宋体" w:eastAsia="宋体"/>
                <w:b w:val="0"/>
                <w:sz w:val="18"/>
              </w:rPr>
              <w:t>围绕环节目标组织学习活动，引导学生主动参与、积极思考，核心问题："用6m可以表示人在月球上能举起的物体质量。同学们想一想，说一说，生活中，还有哪些能用6m表示？"</w:t>
            </w:r>
          </w:p>
        </w:tc>
      </w:tr>
      <w:tr>
        <w:tc>
          <w:tcPr>
            <w:tcW w:type="dxa" w:w="1474"/>
          </w:tcPr>
          <w:p>
            <w:pPr>
              <w:spacing w:after="20" w:line="276" w:lineRule="auto"/>
            </w:pPr>
            <w:r>
              <w:rPr>
                <w:b/>
              </w:rPr>
            </w:r>
            <w:r>
              <w:rPr>
                <w:rFonts w:ascii="宋体" w:hAnsi="宋体" w:eastAsia="宋体"/>
                <w:b/>
                <w:sz w:val="18"/>
              </w:rPr>
              <w:t>巩固练习，拓展深化</w:t>
            </w:r>
          </w:p>
        </w:tc>
        <w:tc>
          <w:tcPr>
            <w:tcW w:type="dxa" w:w="3061"/>
          </w:tcPr>
          <w:p>
            <w:pPr>
              <w:spacing w:after="20" w:line="276" w:lineRule="auto"/>
            </w:pPr>
            <w:r/>
            <w:r>
              <w:rPr>
                <w:rFonts w:ascii="宋体" w:hAnsi="宋体" w:eastAsia="宋体"/>
                <w:b w:val="0"/>
                <w:sz w:val="18"/>
              </w:rPr>
              <w:t>完成教科书P58“做一做”。</w:t>
            </w:r>
          </w:p>
          <w:p>
            <w:pPr>
              <w:spacing w:after="20" w:line="276" w:lineRule="auto"/>
            </w:pPr>
            <w:r>
              <w:rPr>
                <w:rFonts w:ascii="宋体" w:hAnsi="宋体" w:eastAsia="宋体"/>
                <w:b w:val="0"/>
                <w:sz w:val="18"/>
              </w:rPr>
              <w:t>师：同学们还记得长方形的面积计算公式是什么吗？</w:t>
            </w:r>
          </w:p>
          <w:p>
            <w:pPr>
              <w:spacing w:after="20" w:line="276" w:lineRule="auto"/>
            </w:pPr>
            <w:r>
              <w:rPr>
                <w:rFonts w:ascii="宋体" w:hAnsi="宋体" w:eastAsia="宋体"/>
                <w:b w:val="0"/>
                <w:sz w:val="18"/>
              </w:rPr>
              <w:t>师：这道题给出长方形纸条的宽是3 cm，要求长度不同的情况下面积是多少？怎样用含有字母的式子表示长方形纸条的面积呢？</w:t>
            </w:r>
          </w:p>
        </w:tc>
        <w:tc>
          <w:tcPr>
            <w:tcW w:type="dxa" w:w="3061"/>
          </w:tcPr>
          <w:p>
            <w:pPr>
              <w:spacing w:after="20" w:line="276" w:lineRule="auto"/>
            </w:pPr>
            <w:r/>
            <w:r>
              <w:rPr>
                <w:rFonts w:ascii="宋体" w:hAnsi="宋体" w:eastAsia="宋体"/>
                <w:b w:val="0"/>
                <w:sz w:val="18"/>
              </w:rPr>
              <w:t>长方形的面积＝长×宽。</w:t>
            </w:r>
          </w:p>
          <w:p>
            <w:pPr>
              <w:spacing w:after="20" w:line="276" w:lineRule="auto"/>
            </w:pPr>
            <w:r>
              <w:rPr>
                <w:rFonts w:ascii="宋体" w:hAnsi="宋体" w:eastAsia="宋体"/>
                <w:b w:val="0"/>
                <w:sz w:val="18"/>
              </w:rPr>
              <w:t>学生自主完成，指名汇报。</w:t>
            </w:r>
          </w:p>
          <w:p>
            <w:pPr>
              <w:spacing w:after="20" w:line="276" w:lineRule="auto"/>
            </w:pPr>
            <w:r>
              <w:rPr>
                <w:rFonts w:ascii="宋体" w:hAnsi="宋体" w:eastAsia="宋体"/>
                <w:b w:val="0"/>
                <w:sz w:val="18"/>
              </w:rPr>
              <w:t>汇报交流中，教师要提示乘号简写的注意事项。</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通过有层次的练习及时反馈学情，巩固新知，培养学生灵活运用知识解决问题的能力，核心问题："同学们还记得长方形的面积计算公式是什么吗？"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师：今天学习了什么内容？你有什么收获？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充分利用教科书上的情境，一方面对学生进行科普知识渗透，另一方面从中挖掘出乘除数量关系，探究用字母表表示乘除关系的代数式和等式。</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用字母表示数和数量关系（2）</w:t>
      </w:r>
    </w:p>
    <w:p>
      <w:pPr>
        <w:spacing w:after="40" w:line="300" w:lineRule="auto"/>
      </w:pPr>
      <w:r>
        <w:rPr>
          <w:rFonts w:ascii="宋体" w:hAnsi="宋体" w:eastAsia="宋体"/>
          <w:b w:val="0"/>
          <w:sz w:val="20"/>
        </w:rPr>
        <w:t>n=6m    含有字母的式子不仅可以表示一个数，</w:t>
      </w:r>
    </w:p>
    <w:p>
      <w:pPr>
        <w:spacing w:after="40" w:line="300" w:lineRule="auto"/>
      </w:pPr>
      <w:r>
        <w:rPr>
          <w:rFonts w:ascii="宋体" w:hAnsi="宋体" w:eastAsia="宋体"/>
          <w:b w:val="0"/>
          <w:sz w:val="20"/>
        </w:rPr>
        <w:t>m=n÷6   还可以表示数量之间的乘除关系。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教科书P57例2及“试一试”，完成教科书P58“做一做”。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让学生在现实情境中去理解、感悟、体会字母能够代替数，经历用字母表示数的过程，激发他们的好奇心和求知欲，使学生感受到用字母表示数的优势，同时提升学生的符号感。</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用字母表示数和数量关系（3）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用字母表示数和数量关系（3）</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教学内容：教科书P58～59例3及“试一试”，完成教科书P59“做一做”。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（1）学会用字母表示运算律、计算公式、数量关系和等式的基本性质，体会用字母表示的优势；理解一个数的平方的含义。</w:t>
      </w:r>
    </w:p>
    <w:p>
      <w:pPr>
        <w:spacing w:after="20" w:line="300" w:lineRule="auto"/>
        <w:ind w:firstLine="400"/>
      </w:pPr>
      <w:r>
        <w:rPr>
          <w:rFonts w:ascii="宋体" w:hAnsi="宋体" w:eastAsia="宋体"/>
          <w:b w:val="0"/>
          <w:sz w:val="20"/>
        </w:rPr>
        <w:t>（2）经历用字母表示运算律、计算公式、数量关系和等式的性质的过程，并能将数代入含有字母的公式中进行计算，培养抽象概括能力。</w:t>
      </w:r>
    </w:p>
    <w:p>
      <w:pPr>
        <w:spacing w:after="20" w:line="300" w:lineRule="auto"/>
        <w:ind w:firstLine="400"/>
      </w:pPr>
      <w:r>
        <w:rPr>
          <w:rFonts w:ascii="宋体" w:hAnsi="宋体" w:eastAsia="宋体"/>
          <w:b w:val="0"/>
          <w:sz w:val="20"/>
        </w:rPr>
        <w:t>（3）渗透用字母表示的简洁性。</w:t>
      </w:r>
    </w:p>
    <w:p>
      <w:pPr>
        <w:spacing w:after="20" w:line="300" w:lineRule="auto"/>
      </w:pPr>
      <w:r>
        <w:rPr>
          <w:rFonts w:ascii="宋体" w:hAnsi="宋体" w:eastAsia="宋体"/>
          <w:b w:val="0"/>
          <w:sz w:val="20"/>
        </w:rPr>
        <w:t>教学重点：体会数学符号语言的优势。</w:t>
      </w:r>
    </w:p>
    <w:p>
      <w:pPr>
        <w:spacing w:after="20" w:line="300" w:lineRule="auto"/>
      </w:pPr>
      <w:r>
        <w:rPr>
          <w:rFonts w:ascii="宋体" w:hAnsi="宋体" w:eastAsia="宋体"/>
          <w:b w:val="0"/>
          <w:sz w:val="20"/>
        </w:rPr>
        <w:t>教学难点：理解一个数的平方的含义。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我们已经学过哪些运算律？谁能用语言叙述一下这些运算律的具体内容？；同学们在叙述时有什么感受？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运算律里的a、b、c可以表示哪些数？；谁能说一说正方形、长方形的周长及面积的计算公式？</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长方形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2a和a2这两个式子表示的意思一样吗？；当v＝250米/分，t＝20分时，s等于多少？</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实践应用，巩固提升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这节课你学到了什么知识？有哪些收获？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指名学生回答。</w:t>
            </w:r>
          </w:p>
          <w:p>
            <w:pPr>
              <w:spacing w:after="20" w:line="276" w:lineRule="auto"/>
            </w:pPr>
            <w:r>
              <w:rPr>
                <w:rFonts w:ascii="宋体" w:hAnsi="宋体" w:eastAsia="宋体"/>
                <w:b w:val="0"/>
                <w:sz w:val="18"/>
              </w:rPr>
              <w:t>师：我们已经学过哪些运算律？谁能用语言叙述一下这些运算律的具体内容？</w:t>
            </w:r>
          </w:p>
          <w:p>
            <w:pPr>
              <w:spacing w:after="20" w:line="276" w:lineRule="auto"/>
            </w:pPr>
            <w:r>
              <w:rPr>
                <w:rFonts w:ascii="宋体" w:hAnsi="宋体" w:eastAsia="宋体"/>
                <w:b w:val="0"/>
                <w:sz w:val="18"/>
              </w:rPr>
              <w:t>指名学生回答。</w:t>
            </w:r>
          </w:p>
          <w:p>
            <w:pPr>
              <w:spacing w:after="20" w:line="276" w:lineRule="auto"/>
            </w:pPr>
            <w:r>
              <w:rPr>
                <w:rFonts w:ascii="宋体" w:hAnsi="宋体" w:eastAsia="宋体"/>
                <w:b w:val="0"/>
                <w:sz w:val="18"/>
              </w:rPr>
              <w:t>师：同学们在叙述时有什么感受？</w:t>
            </w:r>
          </w:p>
          <w:p>
            <w:pPr>
              <w:spacing w:after="20" w:line="276" w:lineRule="auto"/>
            </w:pPr>
            <w:r>
              <w:rPr>
                <w:rFonts w:ascii="宋体" w:hAnsi="宋体" w:eastAsia="宋体"/>
                <w:b w:val="0"/>
                <w:sz w:val="18"/>
              </w:rPr>
              <w:t>师：大家结合学过的知识想一想，怎样能让叙述变简单些？</w:t>
            </w:r>
          </w:p>
          <w:p>
            <w:pPr>
              <w:spacing w:after="20" w:line="276" w:lineRule="auto"/>
            </w:pPr>
            <w:r>
              <w:rPr>
                <w:rFonts w:ascii="宋体" w:hAnsi="宋体" w:eastAsia="宋体"/>
                <w:b w:val="0"/>
                <w:sz w:val="18"/>
              </w:rPr>
              <w:t>师：今天我们就来继续学习如何用字母表示。[板书课题：用字母表示数和数量关系（3）]</w:t>
            </w:r>
          </w:p>
        </w:tc>
        <w:tc>
          <w:tcPr>
            <w:tcW w:type="dxa" w:w="3061"/>
          </w:tcPr>
          <w:p>
            <w:pPr>
              <w:spacing w:after="20" w:line="276" w:lineRule="auto"/>
            </w:pPr>
            <w:r/>
            <w:r>
              <w:rPr>
                <w:rFonts w:ascii="宋体" w:hAnsi="宋体" w:eastAsia="宋体"/>
                <w:b w:val="0"/>
                <w:sz w:val="18"/>
              </w:rPr>
              <w:t>学生会说得比较麻烦，有时表达不清楚。</w:t>
            </w:r>
          </w:p>
          <w:p>
            <w:pPr>
              <w:spacing w:after="20" w:line="276" w:lineRule="auto"/>
            </w:pPr>
            <w:r>
              <w:rPr>
                <w:rFonts w:ascii="宋体" w:hAnsi="宋体" w:eastAsia="宋体"/>
                <w:b w:val="0"/>
                <w:sz w:val="18"/>
              </w:rPr>
              <w:t>可以用字母来表示。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创设情境激活学生已有经验，自然引出本课学习内容，激发学习兴趣，核心问题："我们已经学过哪些运算律？谁能用语言叙述一下这些运算律的具体内容？"</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1.教学用字母表示运算律。</w:t>
            </w:r>
          </w:p>
          <w:p>
            <w:pPr>
              <w:spacing w:after="20" w:line="276" w:lineRule="auto"/>
            </w:pPr>
            <w:r>
              <w:rPr>
                <w:rFonts w:ascii="宋体" w:hAnsi="宋体" w:eastAsia="宋体"/>
                <w:b w:val="0"/>
                <w:sz w:val="18"/>
              </w:rPr>
              <w:t>（1）自主用字母表示运算律。</w:t>
            </w:r>
          </w:p>
          <w:p>
            <w:pPr>
              <w:spacing w:after="20" w:line="276" w:lineRule="auto"/>
            </w:pPr>
            <w:r>
              <w:rPr>
                <w:rFonts w:ascii="宋体" w:hAnsi="宋体" w:eastAsia="宋体"/>
                <w:b w:val="0"/>
                <w:sz w:val="18"/>
              </w:rPr>
              <w:t>指名学生代表回答，教师课件出示教科书P58例3运算律的表格。</w:t>
            </w:r>
          </w:p>
          <w:p>
            <w:pPr>
              <w:spacing w:after="20" w:line="276" w:lineRule="auto"/>
            </w:pPr>
            <w:r>
              <w:rPr>
                <w:rFonts w:ascii="宋体" w:hAnsi="宋体" w:eastAsia="宋体"/>
                <w:b w:val="0"/>
                <w:sz w:val="18"/>
              </w:rPr>
              <w:t>（2）观察比较用文字叙述和用字母表示运算律之间的差异。</w:t>
            </w:r>
          </w:p>
          <w:p>
            <w:pPr>
              <w:spacing w:after="20" w:line="276" w:lineRule="auto"/>
            </w:pPr>
            <w:r>
              <w:rPr>
                <w:rFonts w:ascii="宋体" w:hAnsi="宋体" w:eastAsia="宋体"/>
                <w:b w:val="0"/>
                <w:sz w:val="18"/>
              </w:rPr>
              <w:t>先让学生自己说一说，再启发学生小结：用字母表示运算律，一目了然，简明易记，也便于应用。</w:t>
            </w:r>
          </w:p>
          <w:p>
            <w:pPr>
              <w:spacing w:after="20" w:line="276" w:lineRule="auto"/>
            </w:pPr>
            <w:r>
              <w:rPr>
                <w:rFonts w:ascii="宋体" w:hAnsi="宋体" w:eastAsia="宋体"/>
                <w:b w:val="0"/>
                <w:sz w:val="18"/>
              </w:rPr>
              <w:t>师：运算律里的a、b、c可以表示哪些数？</w:t>
            </w:r>
          </w:p>
          <w:p>
            <w:pPr>
              <w:spacing w:after="20" w:line="276" w:lineRule="auto"/>
            </w:pPr>
            <w:r>
              <w:rPr>
                <w:rFonts w:ascii="宋体" w:hAnsi="宋体" w:eastAsia="宋体"/>
                <w:b w:val="0"/>
                <w:sz w:val="18"/>
              </w:rPr>
              <w:t>通过交流，引导学生明白：这三个字母可以分别表示学过的任何数。</w:t>
            </w:r>
          </w:p>
          <w:p>
            <w:pPr>
              <w:spacing w:after="20" w:line="276" w:lineRule="auto"/>
            </w:pPr>
            <w:r>
              <w:rPr>
                <w:rFonts w:ascii="宋体" w:hAnsi="宋体" w:eastAsia="宋体"/>
                <w:b w:val="0"/>
                <w:sz w:val="18"/>
              </w:rPr>
              <w:t>2.教学用字母表示计算公式。</w:t>
            </w:r>
          </w:p>
          <w:p>
            <w:pPr>
              <w:spacing w:after="20" w:line="276" w:lineRule="auto"/>
            </w:pPr>
            <w:r>
              <w:rPr>
                <w:rFonts w:ascii="宋体" w:hAnsi="宋体" w:eastAsia="宋体"/>
                <w:b w:val="0"/>
                <w:sz w:val="18"/>
              </w:rPr>
              <w:t>（1）整理计算公式。</w:t>
            </w:r>
          </w:p>
          <w:p>
            <w:pPr>
              <w:spacing w:after="20" w:line="276" w:lineRule="auto"/>
            </w:pPr>
            <w:r>
              <w:rPr>
                <w:rFonts w:ascii="宋体" w:hAnsi="宋体" w:eastAsia="宋体"/>
                <w:b w:val="0"/>
                <w:sz w:val="18"/>
              </w:rPr>
              <w:t>师：谁能说一说正方形、长方形的周长及面积的计算公式？</w:t>
            </w:r>
          </w:p>
          <w:p>
            <w:pPr>
              <w:spacing w:after="20" w:line="276" w:lineRule="auto"/>
            </w:pPr>
            <w:r>
              <w:rPr>
                <w:rFonts w:ascii="宋体" w:hAnsi="宋体" w:eastAsia="宋体"/>
                <w:b w:val="0"/>
                <w:sz w:val="18"/>
              </w:rPr>
              <w:t>长方形周长＝（长＋宽）×2，面积＝长×宽。</w:t>
            </w:r>
          </w:p>
          <w:p>
            <w:pPr>
              <w:spacing w:after="20" w:line="276" w:lineRule="auto"/>
            </w:pPr>
            <w:r>
              <w:rPr>
                <w:rFonts w:ascii="宋体" w:hAnsi="宋体" w:eastAsia="宋体"/>
                <w:b w:val="0"/>
                <w:sz w:val="18"/>
              </w:rPr>
              <w:t>师：如何用字母表示呢？</w:t>
            </w:r>
          </w:p>
          <w:p>
            <w:pPr>
              <w:spacing w:after="20" w:line="276" w:lineRule="auto"/>
            </w:pPr>
            <w:r>
              <w:rPr>
                <w:rFonts w:ascii="宋体" w:hAnsi="宋体" w:eastAsia="宋体"/>
                <w:b w:val="0"/>
                <w:sz w:val="18"/>
              </w:rPr>
              <w:t>师生交流后适时板书：</w:t>
            </w:r>
          </w:p>
          <w:p>
            <w:pPr>
              <w:spacing w:after="20" w:line="276" w:lineRule="auto"/>
            </w:pPr>
            <w:r>
              <w:rPr>
                <w:rFonts w:ascii="宋体" w:hAnsi="宋体" w:eastAsia="宋体"/>
                <w:b w:val="0"/>
                <w:sz w:val="18"/>
              </w:rPr>
              <w:t>用C表示周长，用S表示面积。</w:t>
            </w:r>
          </w:p>
          <w:p>
            <w:pPr>
              <w:spacing w:after="20" w:line="276" w:lineRule="auto"/>
            </w:pPr>
            <w:r>
              <w:rPr>
                <w:rFonts w:ascii="宋体" w:hAnsi="宋体" w:eastAsia="宋体"/>
                <w:b w:val="0"/>
                <w:sz w:val="18"/>
              </w:rPr>
              <w:t>正方形 　　　 　C＝4a　　　　　　S＝a×a</w:t>
            </w:r>
          </w:p>
        </w:tc>
        <w:tc>
          <w:tcPr>
            <w:tcW w:type="dxa" w:w="3061"/>
          </w:tcPr>
          <w:p>
            <w:pPr>
              <w:spacing w:after="20" w:line="276" w:lineRule="auto"/>
            </w:pPr>
            <w:r/>
            <w:r>
              <w:rPr>
                <w:rFonts w:ascii="宋体" w:hAnsi="宋体" w:eastAsia="宋体"/>
                <w:b w:val="0"/>
                <w:sz w:val="18"/>
              </w:rPr>
              <w:t>学生自主表示后小组内讨论。</w:t>
            </w:r>
          </w:p>
          <w:p>
            <w:pPr>
              <w:spacing w:after="20" w:line="276" w:lineRule="auto"/>
            </w:pPr>
            <w:r>
              <w:rPr>
                <w:rFonts w:ascii="宋体" w:hAnsi="宋体" w:eastAsia="宋体"/>
                <w:b w:val="0"/>
                <w:sz w:val="18"/>
              </w:rPr>
              <w:t>正方形周长＝边长×4，面积＝边长×边长；</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设计递进式探究活动，引导学生在动手实践与合作交流中经历知识形成过程，突破本课重难点，核心问题："运算律里的a、b、c可以表示哪些数？"</w:t>
            </w:r>
          </w:p>
        </w:tc>
      </w:tr>
      <w:tr>
        <w:tc>
          <w:tcPr>
            <w:tcW w:type="dxa" w:w="1474"/>
          </w:tcPr>
          <w:p>
            <w:pPr>
              <w:spacing w:after="20" w:line="276" w:lineRule="auto"/>
            </w:pPr>
            <w:r>
              <w:rPr>
                <w:b/>
              </w:rPr>
            </w:r>
            <w:r>
              <w:rPr>
                <w:rFonts w:ascii="宋体" w:hAnsi="宋体" w:eastAsia="宋体"/>
                <w:b/>
                <w:sz w:val="18"/>
              </w:rPr>
              <w:t>长方形</w:t>
            </w:r>
          </w:p>
        </w:tc>
        <w:tc>
          <w:tcPr>
            <w:tcW w:type="dxa" w:w="3061"/>
          </w:tcPr>
          <w:p>
            <w:pPr>
              <w:spacing w:after="20" w:line="276" w:lineRule="auto"/>
            </w:pPr>
            <w:r/>
            <w:r>
              <w:rPr>
                <w:rFonts w:ascii="宋体" w:hAnsi="宋体" w:eastAsia="宋体"/>
                <w:b w:val="0"/>
                <w:sz w:val="18"/>
              </w:rPr>
              <w:t>（2）学习乘号的简写。</w:t>
            </w:r>
          </w:p>
          <w:p>
            <w:pPr>
              <w:spacing w:after="20" w:line="276" w:lineRule="auto"/>
            </w:pPr>
            <w:r>
              <w:rPr>
                <w:rFonts w:ascii="宋体" w:hAnsi="宋体" w:eastAsia="宋体"/>
                <w:b w:val="0"/>
                <w:sz w:val="18"/>
              </w:rPr>
              <w:t>师：和前面我们学过的数字和字母相乘一样，字母和字母相乘时，乘号可以记作“·”，也可以省略不写。如：a×b＝b×a，可以写成：a·b＝b·a或ab＝ba。</w:t>
            </w:r>
          </w:p>
          <w:p>
            <w:pPr>
              <w:spacing w:after="20" w:line="276" w:lineRule="auto"/>
            </w:pPr>
            <w:r>
              <w:rPr>
                <w:rFonts w:ascii="宋体" w:hAnsi="宋体" w:eastAsia="宋体"/>
                <w:b w:val="0"/>
                <w:sz w:val="18"/>
              </w:rPr>
              <w:t>（3）理解平方的含义。</w:t>
            </w:r>
          </w:p>
          <w:p>
            <w:pPr>
              <w:spacing w:after="20" w:line="276" w:lineRule="auto"/>
            </w:pPr>
            <w:r>
              <w:rPr>
                <w:rFonts w:ascii="宋体" w:hAnsi="宋体" w:eastAsia="宋体"/>
                <w:b w:val="0"/>
                <w:sz w:val="18"/>
              </w:rPr>
              <w:t>师介绍：a×a可以写成a·a，也可以写成a2，读作“a的平方”，表示2个a相乘，所以正方形的面积计算公式一般写成S＝a2。</w:t>
            </w:r>
          </w:p>
          <w:p>
            <w:pPr>
              <w:spacing w:after="20" w:line="276" w:lineRule="auto"/>
            </w:pPr>
            <w:r>
              <w:rPr>
                <w:rFonts w:ascii="宋体" w:hAnsi="宋体" w:eastAsia="宋体"/>
                <w:b w:val="0"/>
                <w:sz w:val="18"/>
              </w:rPr>
              <w:t>教师完善板书。</w:t>
            </w:r>
          </w:p>
          <w:p>
            <w:pPr>
              <w:spacing w:after="20" w:line="276" w:lineRule="auto"/>
            </w:pPr>
            <w:r>
              <w:rPr>
                <w:rFonts w:ascii="宋体" w:hAnsi="宋体" w:eastAsia="宋体"/>
                <w:b w:val="0"/>
                <w:sz w:val="18"/>
              </w:rPr>
              <w:t>师：2a和a2这两个式子表示的意思一样吗？</w:t>
            </w:r>
          </w:p>
          <w:p>
            <w:pPr>
              <w:spacing w:after="20" w:line="276" w:lineRule="auto"/>
            </w:pPr>
            <w:r>
              <w:rPr>
                <w:rFonts w:ascii="宋体" w:hAnsi="宋体" w:eastAsia="宋体"/>
                <w:b w:val="0"/>
                <w:sz w:val="18"/>
              </w:rPr>
              <w:t>师板书三个式子：32，62，82。</w:t>
            </w:r>
          </w:p>
          <w:p>
            <w:pPr>
              <w:spacing w:after="20" w:line="276" w:lineRule="auto"/>
            </w:pPr>
            <w:r>
              <w:rPr>
                <w:rFonts w:ascii="宋体" w:hAnsi="宋体" w:eastAsia="宋体"/>
                <w:b w:val="0"/>
                <w:sz w:val="18"/>
              </w:rPr>
              <w:t>指名学生读一读，并分别说出它们表示的意思。</w:t>
            </w:r>
          </w:p>
          <w:p>
            <w:pPr>
              <w:spacing w:after="20" w:line="276" w:lineRule="auto"/>
            </w:pPr>
            <w:r>
              <w:rPr>
                <w:rFonts w:ascii="宋体" w:hAnsi="宋体" w:eastAsia="宋体"/>
                <w:b w:val="0"/>
                <w:sz w:val="18"/>
              </w:rPr>
              <w:t>3.教学用字母表示数量关系。</w:t>
            </w:r>
          </w:p>
          <w:p>
            <w:pPr>
              <w:spacing w:after="20" w:line="276" w:lineRule="auto"/>
            </w:pPr>
            <w:r>
              <w:rPr>
                <w:rFonts w:ascii="宋体" w:hAnsi="宋体" w:eastAsia="宋体"/>
                <w:b w:val="0"/>
                <w:sz w:val="18"/>
              </w:rPr>
              <w:t>师：在前面我们学习过一些数量关系，如路程、速度、时间之间的关系，如果用s表示路程，v表示速度，t表示时间，你能用字母写出和它们相关的计算公式吗？</w:t>
            </w:r>
          </w:p>
          <w:p>
            <w:pPr>
              <w:spacing w:after="20" w:line="276" w:lineRule="auto"/>
            </w:pPr>
            <w:r>
              <w:rPr>
                <w:rFonts w:ascii="宋体" w:hAnsi="宋体" w:eastAsia="宋体"/>
                <w:b w:val="0"/>
                <w:sz w:val="18"/>
              </w:rPr>
              <w:t>师：当v＝250米/分，t＝20分时，s等于多少？</w:t>
            </w:r>
          </w:p>
          <w:p>
            <w:pPr>
              <w:spacing w:after="20" w:line="276" w:lineRule="auto"/>
            </w:pPr>
            <w:r>
              <w:rPr>
                <w:rFonts w:ascii="宋体" w:hAnsi="宋体" w:eastAsia="宋体"/>
                <w:b w:val="0"/>
                <w:sz w:val="18"/>
              </w:rPr>
              <w:t>4.教学用字母表示等式的基本性质。</w:t>
            </w:r>
          </w:p>
          <w:p>
            <w:pPr>
              <w:spacing w:after="20" w:line="276" w:lineRule="auto"/>
            </w:pPr>
            <w:r>
              <w:rPr>
                <w:rFonts w:ascii="宋体" w:hAnsi="宋体" w:eastAsia="宋体"/>
                <w:b w:val="0"/>
                <w:sz w:val="18"/>
              </w:rPr>
              <w:t>师：我们还学习过等式的基本性质，你能用字母表示等式的基本性质吗？</w:t>
            </w:r>
          </w:p>
          <w:p>
            <w:pPr>
              <w:spacing w:after="20" w:line="276" w:lineRule="auto"/>
            </w:pPr>
            <w:r>
              <w:rPr>
                <w:rFonts w:ascii="宋体" w:hAnsi="宋体" w:eastAsia="宋体"/>
                <w:b w:val="0"/>
                <w:sz w:val="18"/>
              </w:rPr>
              <w:t>（1）学生自主用字母表示等式的基本性质。</w:t>
            </w:r>
          </w:p>
          <w:p>
            <w:pPr>
              <w:spacing w:after="20" w:line="276" w:lineRule="auto"/>
            </w:pPr>
            <w:r>
              <w:rPr>
                <w:rFonts w:ascii="宋体" w:hAnsi="宋体" w:eastAsia="宋体"/>
                <w:b w:val="0"/>
                <w:sz w:val="18"/>
              </w:rPr>
              <w:t>（2）展示交流，说说每个字母表示的含义，每个等式表示了哪条性质。</w:t>
            </w:r>
          </w:p>
          <w:p>
            <w:pPr>
              <w:spacing w:after="20" w:line="276" w:lineRule="auto"/>
            </w:pPr>
            <w:r>
              <w:rPr>
                <w:rFonts w:ascii="宋体" w:hAnsi="宋体" w:eastAsia="宋体"/>
                <w:b w:val="0"/>
                <w:sz w:val="18"/>
              </w:rPr>
              <w:t>教师根据学生回答板书：如果a＝b，那么a＋c＝b＋c，a－c＝b－c，ac＝bc，a÷c＝b÷c（c≠0）。</w:t>
            </w:r>
          </w:p>
          <w:p>
            <w:pPr>
              <w:spacing w:after="20" w:line="276" w:lineRule="auto"/>
            </w:pPr>
            <w:r>
              <w:rPr>
                <w:rFonts w:ascii="宋体" w:hAnsi="宋体" w:eastAsia="宋体"/>
                <w:b w:val="0"/>
                <w:sz w:val="18"/>
              </w:rPr>
              <w:t>（3）利用等式的基本性质求等式中的未知数。</w:t>
            </w:r>
          </w:p>
          <w:p>
            <w:pPr>
              <w:spacing w:after="20" w:line="276" w:lineRule="auto"/>
            </w:pPr>
            <w:r>
              <w:rPr>
                <w:rFonts w:ascii="宋体" w:hAnsi="宋体" w:eastAsia="宋体"/>
                <w:b w:val="0"/>
                <w:sz w:val="18"/>
              </w:rPr>
              <w:t>师：利用等式的基本性质可以求出等式中的未知数。</w:t>
            </w:r>
          </w:p>
          <w:p>
            <w:pPr>
              <w:spacing w:after="20" w:line="276" w:lineRule="auto"/>
            </w:pPr>
            <w:r>
              <w:rPr>
                <w:rFonts w:ascii="宋体" w:hAnsi="宋体" w:eastAsia="宋体"/>
                <w:b w:val="0"/>
                <w:sz w:val="18"/>
              </w:rPr>
              <w:t>课件呈现教科书P59例3（4）中两个求未知数的问题，学生自主解答后集中交流解答思路，教师评价，课件出示正确的解答过程。</w:t>
            </w:r>
          </w:p>
        </w:tc>
        <w:tc>
          <w:tcPr>
            <w:tcW w:type="dxa" w:w="3061"/>
          </w:tcPr>
          <w:p>
            <w:pPr>
              <w:spacing w:after="20" w:line="276" w:lineRule="auto"/>
            </w:pPr>
            <w:r/>
            <w:r>
              <w:rPr>
                <w:rFonts w:ascii="宋体" w:hAnsi="宋体" w:eastAsia="宋体"/>
                <w:b w:val="0"/>
                <w:sz w:val="18"/>
              </w:rPr>
              <w:t>不一样，2a表示的是两个a相加，a2表示的是两个a相乘。</w:t>
            </w:r>
          </w:p>
          <w:p>
            <w:pPr>
              <w:spacing w:after="20" w:line="276" w:lineRule="auto"/>
            </w:pPr>
            <w:r>
              <w:rPr>
                <w:rFonts w:ascii="宋体" w:hAnsi="宋体" w:eastAsia="宋体"/>
                <w:b w:val="0"/>
                <w:sz w:val="18"/>
              </w:rPr>
              <w:t>学生自主完成计算公式。</w:t>
            </w:r>
          </w:p>
          <w:p>
            <w:pPr>
              <w:spacing w:after="20" w:line="276" w:lineRule="auto"/>
            </w:pPr>
            <w:r>
              <w:rPr>
                <w:rFonts w:ascii="宋体" w:hAnsi="宋体" w:eastAsia="宋体"/>
                <w:b w:val="0"/>
                <w:sz w:val="18"/>
              </w:rPr>
              <w:t>全班交流后教师板书。</w:t>
            </w:r>
          </w:p>
          <w:p>
            <w:pPr>
              <w:spacing w:after="20" w:line="276" w:lineRule="auto"/>
            </w:pPr>
            <w:r>
              <w:rPr>
                <w:rFonts w:ascii="宋体" w:hAnsi="宋体" w:eastAsia="宋体"/>
                <w:b w:val="0"/>
                <w:sz w:val="18"/>
              </w:rPr>
              <w:t>s＝vt＝250×20＝5000（m）。</w:t>
            </w:r>
          </w:p>
        </w:tc>
        <w:tc>
          <w:tcPr>
            <w:tcW w:type="dxa" w:w="1814"/>
          </w:tcPr>
          <w:p>
            <w:pPr>
              <w:spacing w:after="20" w:line="276" w:lineRule="auto"/>
            </w:pPr>
            <w:r/>
            <w:r>
              <w:rPr>
                <w:rFonts w:ascii="宋体" w:hAnsi="宋体" w:eastAsia="宋体"/>
                <w:b w:val="0"/>
                <w:sz w:val="18"/>
              </w:rPr>
              <w:t>围绕环节目标组织学习活动，引导学生主动参与、积极思考，核心问题："2a和a2这两个式子表示的意思一样吗？"</w:t>
            </w:r>
          </w:p>
        </w:tc>
      </w:tr>
      <w:tr>
        <w:tc>
          <w:tcPr>
            <w:tcW w:type="dxa" w:w="1474"/>
          </w:tcPr>
          <w:p>
            <w:pPr>
              <w:spacing w:after="20" w:line="276" w:lineRule="auto"/>
            </w:pPr>
            <w:r>
              <w:rPr>
                <w:b/>
              </w:rPr>
            </w:r>
            <w:r>
              <w:rPr>
                <w:rFonts w:ascii="宋体" w:hAnsi="宋体" w:eastAsia="宋体"/>
                <w:b/>
                <w:sz w:val="18"/>
              </w:rPr>
              <w:t>实践应用，巩固提升</w:t>
            </w:r>
          </w:p>
        </w:tc>
        <w:tc>
          <w:tcPr>
            <w:tcW w:type="dxa" w:w="3061"/>
          </w:tcPr>
          <w:p>
            <w:pPr>
              <w:spacing w:after="20" w:line="276" w:lineRule="auto"/>
            </w:pPr>
            <w:r/>
            <w:r>
              <w:rPr>
                <w:rFonts w:ascii="宋体" w:hAnsi="宋体" w:eastAsia="宋体"/>
                <w:b w:val="0"/>
                <w:sz w:val="18"/>
              </w:rPr>
              <w:t>分别指名学生汇报，师生共同评价。</w:t>
            </w:r>
          </w:p>
        </w:tc>
        <w:tc>
          <w:tcPr>
            <w:tcW w:type="dxa" w:w="3061"/>
          </w:tcPr>
          <w:p>
            <w:pPr>
              <w:spacing w:after="20" w:line="276" w:lineRule="auto"/>
            </w:pPr>
            <w:r/>
            <w:r>
              <w:rPr>
                <w:rFonts w:ascii="宋体" w:hAnsi="宋体" w:eastAsia="宋体"/>
                <w:b w:val="0"/>
                <w:sz w:val="18"/>
              </w:rPr>
              <w:t>学生独立完成教科书P59“试一试”和“做一做”。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师：这节课你学到了什么知识？有哪些收获？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利用学生已有的知识经验，让学生在回忆整理的同时，引导学生用字母表示，能够逐步体会到用字母表示运算律、计算公式、数量关系和等式的基本性质的简便性，并会根据数量关系求未知数的值。这样的设计重视符号意识的培养，渗透数学抽象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用字母表示数和数量关系（3）</w:t>
      </w:r>
    </w:p>
    <w:p>
      <w:pPr>
        <w:spacing w:after="40" w:line="300" w:lineRule="auto"/>
      </w:pPr>
      <w:r>
        <w:rPr>
          <w:rFonts w:ascii="宋体" w:hAnsi="宋体" w:eastAsia="宋体"/>
          <w:b w:val="0"/>
          <w:sz w:val="20"/>
        </w:rPr>
        <w:t>正方形　C＝4a　S＝a×a＝a·a＝a2</w:t>
      </w:r>
    </w:p>
    <w:p>
      <w:pPr>
        <w:spacing w:after="40" w:line="300" w:lineRule="auto"/>
      </w:pPr>
      <w:r>
        <w:rPr>
          <w:rFonts w:ascii="宋体" w:hAnsi="宋体" w:eastAsia="宋体"/>
          <w:b w:val="0"/>
          <w:sz w:val="20"/>
        </w:rPr>
        <w:t>长方形　C＝2（a＋b）＝2a＋2b　S＝a×b＝a·b＝ab</w:t>
      </w:r>
    </w:p>
    <w:p>
      <w:pPr>
        <w:spacing w:after="40" w:line="300" w:lineRule="auto"/>
      </w:pPr>
      <w:r>
        <w:rPr>
          <w:rFonts w:ascii="宋体" w:hAnsi="宋体" w:eastAsia="宋体"/>
          <w:b w:val="0"/>
          <w:sz w:val="20"/>
        </w:rPr>
        <w:t>32　62　82　　s＝vt　v＝s÷t　t＝s÷v</w:t>
      </w:r>
    </w:p>
    <w:p>
      <w:pPr>
        <w:spacing w:after="40" w:line="300" w:lineRule="auto"/>
      </w:pPr>
      <w:r>
        <w:rPr>
          <w:rFonts w:ascii="宋体" w:hAnsi="宋体" w:eastAsia="宋体"/>
          <w:b w:val="0"/>
          <w:sz w:val="20"/>
        </w:rPr>
        <w:t>等式的基本性质：如果a＝b，那么a＋c＝b＋c，a－c＝b－c，ac＝bc，a÷c＝b÷c（c≠0）。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教科书P58～59例3及“试一试”，完成教科书P59“做一做”。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利用学生已掌握的知识自然过渡，让学生自主探究，获取新知识。新课讲授前让学生回顾已经学过的五大运算律，并用字母表示出来。本节课中，让学生理解“平方”的含义是重点，教师讲解的同时还需要反复训练加以巩固。回顾本节课，还有一些不足的地方，如学生解题时书写不够规范，特别是省略乘号的情况还要多加练习。</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解决问题（1）</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教学内容：教科书P63例4及“试一试”，完成教科书P65“做一做”第1题。</w:t>
      </w:r>
    </w:p>
    <w:p>
      <w:pPr>
        <w:spacing w:after="80" w:line="300" w:lineRule="auto"/>
        <w:ind w:firstLine="400"/>
      </w:pPr>
      <w:r>
        <w:rPr>
          <w:rFonts w:ascii="宋体" w:hAnsi="宋体" w:eastAsia="宋体"/>
          <w:b w:val="0"/>
          <w:sz w:val="20"/>
        </w:rPr>
        <w:t>教学准备：课件、若干张正方形纸片。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（1）结合具体情境用含有字母的式子来表示数量关系，从中归纳出一般性公式并化简，学会根据字母所取的值求含有字母的式子的值。</w:t>
      </w:r>
    </w:p>
    <w:p>
      <w:pPr>
        <w:spacing w:after="20" w:line="300" w:lineRule="auto"/>
        <w:ind w:firstLine="400"/>
      </w:pPr>
      <w:r>
        <w:rPr>
          <w:rFonts w:ascii="宋体" w:hAnsi="宋体" w:eastAsia="宋体"/>
          <w:b w:val="0"/>
          <w:sz w:val="20"/>
        </w:rPr>
        <w:t>（2）能运用所学知识解决实际问题，感受用字母表示数与现实生活的密切联系，进一步加深对用字母表示的数、数量关系的理解。</w:t>
      </w:r>
    </w:p>
    <w:p>
      <w:pPr>
        <w:spacing w:after="20" w:line="300" w:lineRule="auto"/>
      </w:pPr>
      <w:r>
        <w:rPr>
          <w:rFonts w:ascii="宋体" w:hAnsi="宋体" w:eastAsia="宋体"/>
          <w:b w:val="0"/>
          <w:sz w:val="20"/>
        </w:rPr>
        <w:t>教学重点：用含有字母的式子表示一般性公式并化简。</w:t>
      </w:r>
    </w:p>
    <w:p>
      <w:pPr>
        <w:spacing w:after="20" w:line="300" w:lineRule="auto"/>
      </w:pPr>
      <w:r>
        <w:rPr>
          <w:rFonts w:ascii="宋体" w:hAnsi="宋体" w:eastAsia="宋体"/>
          <w:b w:val="0"/>
          <w:sz w:val="20"/>
        </w:rPr>
        <w:t>教学难点：用含有字母的式子解决找规律问题。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游戏激趣，揭示课题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同学们，课前大家都准备了正方形纸片，将这些正方形纸片看成是桌子，大家拿出纸片拼一拼，在拼的过程中你发现了什么？；桌子重合的这两条边能坐人吗？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从文字中，你读到了哪些信息？从图中你读到了哪些信息？；n和m分别表示什么？他们之间有怎样的关系？</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n＝4＋2（m－1）＝4＋2m－2＝2＋2m</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得出的结论是正确的吗？该怎么检验呢？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代入求值</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你们觉得这个代数式有什么作用呢？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实践应用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本节课我们用字母表示数和数量关系解决了问题，回忆一下，解答步骤是怎样的？其中最关键的是什么？你有什么收获？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游戏激趣，揭示课题</w:t>
            </w:r>
          </w:p>
        </w:tc>
        <w:tc>
          <w:tcPr>
            <w:tcW w:type="dxa" w:w="3061"/>
          </w:tcPr>
          <w:p>
            <w:pPr>
              <w:spacing w:after="20" w:line="276" w:lineRule="auto"/>
            </w:pPr>
            <w:r/>
            <w:r>
              <w:rPr>
                <w:rFonts w:ascii="宋体" w:hAnsi="宋体" w:eastAsia="宋体"/>
                <w:b w:val="0"/>
                <w:sz w:val="18"/>
              </w:rPr>
              <w:t>师：同学们，课前大家都准备了正方形纸片，将这些正方形纸片看成是桌子，大家拿出纸片拼一拼，在拼的过程中你发现了什么？</w:t>
            </w:r>
          </w:p>
          <w:p>
            <w:pPr>
              <w:spacing w:after="20" w:line="276" w:lineRule="auto"/>
            </w:pPr>
            <w:r>
              <w:rPr>
                <w:rFonts w:ascii="宋体" w:hAnsi="宋体" w:eastAsia="宋体"/>
                <w:b w:val="0"/>
                <w:sz w:val="18"/>
              </w:rPr>
              <w:t>师：桌子重合的这两条边能坐人吗？今天我们就来解决这类问题。[板书课题：解决问题（1）]</w:t>
            </w:r>
          </w:p>
        </w:tc>
        <w:tc>
          <w:tcPr>
            <w:tcW w:type="dxa" w:w="3061"/>
          </w:tcPr>
          <w:p>
            <w:pPr>
              <w:spacing w:after="20" w:line="276" w:lineRule="auto"/>
            </w:pPr>
            <w:r/>
            <w:r>
              <w:rPr>
                <w:rFonts w:ascii="宋体" w:hAnsi="宋体" w:eastAsia="宋体"/>
                <w:b w:val="0"/>
                <w:sz w:val="18"/>
              </w:rPr>
              <w:t>拼在一起有两条边重合。</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围绕环节目标组织学习活动，引导学生主动参与、积极思考，核心问题："同学们，课前大家都准备了正方形纸片，将这些正方形纸片看成是桌子，大家拿出纸片拼一拼，在拼的过程中你发现了什么？"</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课件出示教科书P63例4。</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师：从文字中，你读到了哪些信息？从图中你读到了哪些信息？</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（1）动手操作，理解信息。</w:t>
            </w:r>
          </w:p>
          <w:p>
            <w:pPr>
              <w:spacing w:after="20" w:line="276" w:lineRule="auto"/>
            </w:pPr>
            <w:r>
              <w:rPr>
                <w:rFonts w:ascii="宋体" w:hAnsi="宋体" w:eastAsia="宋体"/>
                <w:b w:val="0"/>
                <w:sz w:val="18"/>
              </w:rPr>
              <w:t>师：n和m分别表示什么？他们之间有怎样的关系？</w:t>
            </w:r>
          </w:p>
          <w:p>
            <w:pPr>
              <w:spacing w:after="20" w:line="276" w:lineRule="auto"/>
            </w:pPr>
            <w:r>
              <w:rPr>
                <w:rFonts w:ascii="宋体" w:hAnsi="宋体" w:eastAsia="宋体"/>
                <w:b w:val="0"/>
                <w:sz w:val="18"/>
              </w:rPr>
              <w:t>师：大家可以拿出正方形纸片，按照题目的要求拼一拼、数一数，完成这张表。</w:t>
            </w:r>
          </w:p>
          <w:p>
            <w:pPr>
              <w:spacing w:after="20" w:line="276" w:lineRule="auto"/>
            </w:pPr>
            <w:r>
              <w:rPr>
                <w:rFonts w:ascii="宋体" w:hAnsi="宋体" w:eastAsia="宋体"/>
                <w:b w:val="0"/>
                <w:sz w:val="18"/>
              </w:rPr>
              <w:t>课件出示教科书P63的表格。</w:t>
            </w:r>
          </w:p>
          <w:p>
            <w:pPr>
              <w:spacing w:after="20" w:line="276" w:lineRule="auto"/>
            </w:pPr>
            <w:r>
              <w:rPr>
                <w:rFonts w:ascii="宋体" w:hAnsi="宋体" w:eastAsia="宋体"/>
                <w:b w:val="0"/>
                <w:sz w:val="18"/>
              </w:rPr>
              <w:t>（2）找出规律，抽象出数量关系。</w:t>
            </w:r>
          </w:p>
          <w:p>
            <w:pPr>
              <w:spacing w:after="20" w:line="276" w:lineRule="auto"/>
            </w:pPr>
            <w:r>
              <w:rPr>
                <w:rFonts w:ascii="宋体" w:hAnsi="宋体" w:eastAsia="宋体"/>
                <w:b w:val="0"/>
                <w:sz w:val="18"/>
              </w:rPr>
              <w:t>师：从图中可以看出，在拼桌子时，第一张桌子坐了3人，最后一张桌子也是坐了3人，中间的桌子都坐了2人。大家能发现什么规律？</w:t>
            </w:r>
          </w:p>
          <w:p>
            <w:pPr>
              <w:spacing w:after="20" w:line="276" w:lineRule="auto"/>
            </w:pPr>
            <w:r>
              <w:rPr>
                <w:rFonts w:ascii="宋体" w:hAnsi="宋体" w:eastAsia="宋体"/>
                <w:b w:val="0"/>
                <w:sz w:val="18"/>
              </w:rPr>
              <w:t>引导学生发现每张桌子可以坐4人，每增加一张桌子就可以多坐2人。</w:t>
            </w:r>
          </w:p>
          <w:p>
            <w:pPr>
              <w:spacing w:after="20" w:line="276" w:lineRule="auto"/>
            </w:pPr>
            <w:r>
              <w:rPr>
                <w:rFonts w:ascii="宋体" w:hAnsi="宋体" w:eastAsia="宋体"/>
                <w:b w:val="0"/>
                <w:sz w:val="18"/>
              </w:rPr>
              <w:t>师：如果我们将左右两端坐的2人单独计算，你发现了什么？</w:t>
            </w:r>
          </w:p>
          <w:p>
            <w:pPr>
              <w:spacing w:after="20" w:line="276" w:lineRule="auto"/>
            </w:pPr>
            <w:r>
              <w:rPr>
                <w:rFonts w:ascii="宋体" w:hAnsi="宋体" w:eastAsia="宋体"/>
                <w:b w:val="0"/>
                <w:sz w:val="18"/>
              </w:rPr>
              <w:t>师：那怎么表示n和m之间的关系？</w:t>
            </w:r>
          </w:p>
          <w:p>
            <w:pPr>
              <w:spacing w:after="20" w:line="276" w:lineRule="auto"/>
            </w:pPr>
            <w:r>
              <w:rPr>
                <w:rFonts w:ascii="宋体" w:hAnsi="宋体" w:eastAsia="宋体"/>
                <w:b w:val="0"/>
                <w:sz w:val="18"/>
              </w:rPr>
              <w:t>师小结并板书：n＝2＋2m。</w:t>
            </w:r>
          </w:p>
          <w:p>
            <w:pPr>
              <w:spacing w:after="20" w:line="276" w:lineRule="auto"/>
            </w:pPr>
            <w:r>
              <w:rPr>
                <w:rFonts w:ascii="宋体" w:hAnsi="宋体" w:eastAsia="宋体"/>
                <w:b w:val="0"/>
                <w:sz w:val="18"/>
              </w:rPr>
              <w:t>（3）沟通不同表示方法之间的联系。</w:t>
            </w:r>
          </w:p>
          <w:p>
            <w:pPr>
              <w:spacing w:after="20" w:line="276" w:lineRule="auto"/>
            </w:pPr>
            <w:r>
              <w:rPr>
                <w:rFonts w:ascii="宋体" w:hAnsi="宋体" w:eastAsia="宋体"/>
                <w:b w:val="0"/>
                <w:sz w:val="18"/>
              </w:rPr>
              <w:t>师：刚才同学们用不同的式子表示了n和m之间的关系，是否正确呢？现在我们将这些式子算一算。</w:t>
            </w:r>
          </w:p>
          <w:p>
            <w:pPr>
              <w:spacing w:after="20" w:line="276" w:lineRule="auto"/>
            </w:pPr>
            <w:r>
              <w:rPr>
                <w:rFonts w:ascii="宋体" w:hAnsi="宋体" w:eastAsia="宋体"/>
                <w:b w:val="0"/>
                <w:sz w:val="18"/>
              </w:rPr>
              <w:t>教师板书：n＝3＋2（m－2）＋3＝6＋2m－4＝2＋2m</w:t>
            </w:r>
          </w:p>
        </w:tc>
        <w:tc>
          <w:tcPr>
            <w:tcW w:type="dxa" w:w="3061"/>
          </w:tcPr>
          <w:p>
            <w:pPr>
              <w:spacing w:after="20" w:line="276" w:lineRule="auto"/>
            </w:pPr>
            <w:r/>
            <w:r>
              <w:rPr>
                <w:rFonts w:ascii="宋体" w:hAnsi="宋体" w:eastAsia="宋体"/>
                <w:b w:val="0"/>
                <w:sz w:val="18"/>
              </w:rPr>
              <w:t>学生交流获得的信息。</w:t>
            </w:r>
          </w:p>
          <w:p>
            <w:pPr>
              <w:spacing w:after="20" w:line="276" w:lineRule="auto"/>
            </w:pPr>
            <w:r>
              <w:rPr>
                <w:rFonts w:ascii="宋体" w:hAnsi="宋体" w:eastAsia="宋体"/>
                <w:b w:val="0"/>
                <w:sz w:val="18"/>
              </w:rPr>
              <w:t>小组讨论，教师指名汇报。</w:t>
            </w:r>
          </w:p>
          <w:p>
            <w:pPr>
              <w:spacing w:after="20" w:line="276" w:lineRule="auto"/>
            </w:pPr>
            <w:r>
              <w:rPr>
                <w:rFonts w:ascii="宋体" w:hAnsi="宋体" w:eastAsia="宋体"/>
                <w:b w:val="0"/>
                <w:sz w:val="18"/>
              </w:rPr>
              <w:t>学生会依据直观图写出：n＝3＋2（m－2）＋3。</w:t>
            </w:r>
          </w:p>
          <w:p>
            <w:pPr>
              <w:spacing w:after="20" w:line="276" w:lineRule="auto"/>
            </w:pPr>
            <w:r>
              <w:rPr>
                <w:rFonts w:ascii="宋体" w:hAnsi="宋体" w:eastAsia="宋体"/>
                <w:b w:val="0"/>
                <w:sz w:val="18"/>
              </w:rPr>
              <w:t>式子可以写成：n＝4＋2（m－1）。</w:t>
            </w:r>
          </w:p>
          <w:p>
            <w:pPr>
              <w:spacing w:after="20" w:line="276" w:lineRule="auto"/>
            </w:pPr>
            <w:r>
              <w:rPr>
                <w:rFonts w:ascii="宋体" w:hAnsi="宋体" w:eastAsia="宋体"/>
                <w:b w:val="0"/>
                <w:sz w:val="18"/>
              </w:rPr>
              <w:t>我发现左右两端可坐2人，其他地方每多1张桌子就可以多坐2人。</w:t>
            </w:r>
          </w:p>
          <w:p>
            <w:pPr>
              <w:spacing w:after="20" w:line="276" w:lineRule="auto"/>
            </w:pPr>
            <w:r>
              <w:rPr>
                <w:rFonts w:ascii="宋体" w:hAnsi="宋体" w:eastAsia="宋体"/>
                <w:b w:val="0"/>
                <w:sz w:val="18"/>
              </w:rPr>
              <w:t>同桌交流。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设计递进式探究活动，引导学生在动手实践与合作交流中经历知识形成过程，突破本课重难点，核心问题："从文字中，你读到了哪些信息？从图中你读到了哪些信息？"</w:t>
            </w:r>
          </w:p>
        </w:tc>
      </w:tr>
      <w:tr>
        <w:tc>
          <w:tcPr>
            <w:tcW w:type="dxa" w:w="1474"/>
          </w:tcPr>
          <w:p>
            <w:pPr>
              <w:spacing w:after="20" w:line="276" w:lineRule="auto"/>
            </w:pPr>
            <w:r>
              <w:rPr>
                <w:b/>
              </w:rPr>
            </w:r>
            <w:r>
              <w:rPr>
                <w:rFonts w:ascii="宋体" w:hAnsi="宋体" w:eastAsia="宋体"/>
                <w:b/>
                <w:sz w:val="18"/>
              </w:rPr>
              <w:t>n＝4＋2（m－1）＝4＋2m－2＝2＋2m</w:t>
            </w:r>
          </w:p>
        </w:tc>
        <w:tc>
          <w:tcPr>
            <w:tcW w:type="dxa" w:w="3061"/>
          </w:tcPr>
          <w:p>
            <w:pPr>
              <w:spacing w:after="20" w:line="276" w:lineRule="auto"/>
            </w:pPr>
            <w:r/>
            <w:r>
              <w:rPr>
                <w:rFonts w:ascii="宋体" w:hAnsi="宋体" w:eastAsia="宋体"/>
                <w:b w:val="0"/>
                <w:sz w:val="18"/>
              </w:rPr>
              <w:t>引导学生观察，发现这些式子的本质上是一样的，只是最后一种式子更简洁一些。</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师：得出的结论是正确的吗？该怎么检验呢？</w:t>
            </w:r>
          </w:p>
        </w:tc>
        <w:tc>
          <w:tcPr>
            <w:tcW w:type="dxa" w:w="3061"/>
          </w:tcPr>
          <w:p>
            <w:pPr>
              <w:spacing w:after="20" w:line="276" w:lineRule="auto"/>
            </w:pPr>
            <w:r/>
            <w:r>
              <w:rPr>
                <w:rFonts w:ascii="宋体" w:hAnsi="宋体" w:eastAsia="宋体"/>
                <w:b w:val="0"/>
                <w:sz w:val="18"/>
              </w:rPr>
              <w:t>学生带入表格中的桌子数，看坐的人数是否一致。</w:t>
            </w:r>
          </w:p>
        </w:tc>
        <w:tc>
          <w:tcPr>
            <w:tcW w:type="dxa" w:w="1814"/>
          </w:tcPr>
          <w:p>
            <w:pPr>
              <w:spacing w:after="20" w:line="276" w:lineRule="auto"/>
            </w:pPr>
            <w:r/>
            <w:r>
              <w:rPr>
                <w:rFonts w:ascii="宋体" w:hAnsi="宋体" w:eastAsia="宋体"/>
                <w:b w:val="0"/>
                <w:sz w:val="18"/>
              </w:rPr>
              <w:t>围绕环节目标组织学习活动，引导学生主动参与、积极思考，核心问题："得出的结论是正确的吗？该怎么检验呢？"</w:t>
            </w:r>
          </w:p>
        </w:tc>
      </w:tr>
      <w:tr>
        <w:tc>
          <w:tcPr>
            <w:tcW w:type="dxa" w:w="1474"/>
          </w:tcPr>
          <w:p>
            <w:pPr>
              <w:spacing w:after="20" w:line="276" w:lineRule="auto"/>
            </w:pPr>
            <w:r>
              <w:rPr>
                <w:b/>
              </w:rPr>
            </w:r>
            <w:r>
              <w:rPr>
                <w:rFonts w:ascii="宋体" w:hAnsi="宋体" w:eastAsia="宋体"/>
                <w:b/>
                <w:sz w:val="18"/>
              </w:rPr>
              <w:t>代入求值</w:t>
            </w:r>
          </w:p>
        </w:tc>
        <w:tc>
          <w:tcPr>
            <w:tcW w:type="dxa" w:w="3061"/>
          </w:tcPr>
          <w:p>
            <w:pPr>
              <w:spacing w:after="20" w:line="276" w:lineRule="auto"/>
            </w:pPr>
            <w:r/>
            <w:r>
              <w:rPr>
                <w:rFonts w:ascii="宋体" w:hAnsi="宋体" w:eastAsia="宋体"/>
                <w:b w:val="0"/>
                <w:sz w:val="18"/>
              </w:rPr>
              <w:t>1.体会代数式的作用。</w:t>
            </w:r>
          </w:p>
          <w:p>
            <w:pPr>
              <w:spacing w:after="20" w:line="276" w:lineRule="auto"/>
            </w:pPr>
            <w:r>
              <w:rPr>
                <w:rFonts w:ascii="宋体" w:hAnsi="宋体" w:eastAsia="宋体"/>
                <w:b w:val="0"/>
                <w:sz w:val="18"/>
              </w:rPr>
              <w:t>师：你们觉得这个代数式有什么作用呢？</w:t>
            </w:r>
          </w:p>
          <w:p>
            <w:pPr>
              <w:spacing w:after="20" w:line="276" w:lineRule="auto"/>
            </w:pPr>
            <w:r>
              <w:rPr>
                <w:rFonts w:ascii="宋体" w:hAnsi="宋体" w:eastAsia="宋体"/>
                <w:b w:val="0"/>
                <w:sz w:val="18"/>
              </w:rPr>
              <w:t>2.巩固练习。</w:t>
            </w:r>
          </w:p>
          <w:p>
            <w:pPr>
              <w:spacing w:after="20" w:line="276" w:lineRule="auto"/>
            </w:pPr>
            <w:r>
              <w:rPr>
                <w:rFonts w:ascii="宋体" w:hAnsi="宋体" w:eastAsia="宋体"/>
                <w:b w:val="0"/>
                <w:sz w:val="18"/>
              </w:rPr>
              <w:t>课件出示教科书P63“试一试”。</w:t>
            </w:r>
          </w:p>
        </w:tc>
        <w:tc>
          <w:tcPr>
            <w:tcW w:type="dxa" w:w="3061"/>
          </w:tcPr>
          <w:p>
            <w:pPr>
              <w:spacing w:after="20" w:line="276" w:lineRule="auto"/>
            </w:pPr>
            <w:r/>
            <w:r>
              <w:rPr>
                <w:rFonts w:ascii="宋体" w:hAnsi="宋体" w:eastAsia="宋体"/>
                <w:b w:val="0"/>
                <w:sz w:val="18"/>
              </w:rPr>
              <w:t>可以根据桌子数确定可以坐多少人，也可以根据人数推断需要多少张桌子。</w:t>
            </w:r>
          </w:p>
          <w:p>
            <w:pPr>
              <w:spacing w:after="20" w:line="276" w:lineRule="auto"/>
            </w:pPr>
            <w:r>
              <w:rPr>
                <w:rFonts w:ascii="宋体" w:hAnsi="宋体" w:eastAsia="宋体"/>
                <w:b w:val="0"/>
                <w:sz w:val="18"/>
              </w:rPr>
              <w:t>学生自主解答后交流展示。</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围绕环节目标组织学习活动，引导学生主动参与、积极思考，核心问题："你们觉得这个代数式有什么作用呢？"</w:t>
            </w:r>
          </w:p>
        </w:tc>
      </w:tr>
      <w:tr>
        <w:tc>
          <w:tcPr>
            <w:tcW w:type="dxa" w:w="1474"/>
          </w:tcPr>
          <w:p>
            <w:pPr>
              <w:spacing w:after="20" w:line="276" w:lineRule="auto"/>
            </w:pPr>
            <w:r>
              <w:rPr>
                <w:b/>
              </w:rPr>
            </w:r>
            <w:r>
              <w:rPr>
                <w:rFonts w:ascii="宋体" w:hAnsi="宋体" w:eastAsia="宋体"/>
                <w:b/>
                <w:sz w:val="18"/>
              </w:rPr>
              <w:t>实践应用</w:t>
            </w:r>
          </w:p>
        </w:tc>
        <w:tc>
          <w:tcPr>
            <w:tcW w:type="dxa" w:w="3061"/>
          </w:tcPr>
          <w:p>
            <w:pPr>
              <w:spacing w:after="20" w:line="276" w:lineRule="auto"/>
            </w:pPr>
            <w:r/>
            <w:r>
              <w:rPr>
                <w:rFonts w:ascii="宋体" w:hAnsi="宋体" w:eastAsia="宋体"/>
                <w:b w:val="0"/>
                <w:sz w:val="18"/>
              </w:rPr>
              <w:t>完成教科书P65“做一做”第1题。</w:t>
            </w:r>
          </w:p>
        </w:tc>
        <w:tc>
          <w:tcPr>
            <w:tcW w:type="dxa" w:w="3061"/>
          </w:tcPr>
          <w:p>
            <w:pPr>
              <w:spacing w:after="20" w:line="276" w:lineRule="auto"/>
            </w:pPr>
            <w:r/>
            <w:r>
              <w:rPr>
                <w:rFonts w:ascii="宋体" w:hAnsi="宋体" w:eastAsia="宋体"/>
                <w:b w:val="0"/>
                <w:sz w:val="18"/>
              </w:rPr>
              <w:t>学生独立完成后，全班集中评价。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师：本节课我们用字母表示数和数量关系解决了问题，回忆一下，解答步骤是怎样的？其中最关键的是什么？你有什么收获？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第一次根据实际问题情境用含有字母的式子表示数量关系，从中归纳出一般性公式并化简，再进行验证，教学时借助直观图、表和动手操作，让学生在实际操作的过程中，进一步理解用含有字母的式子解决找规律问题。</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解决问题（1）</w:t>
      </w:r>
    </w:p>
    <w:p>
      <w:pPr>
        <w:spacing w:after="40" w:line="300" w:lineRule="auto"/>
      </w:pPr>
      <w:r>
        <w:rPr>
          <w:rFonts w:ascii="宋体" w:hAnsi="宋体" w:eastAsia="宋体"/>
          <w:b w:val="0"/>
          <w:sz w:val="20"/>
        </w:rPr>
        <w:t>n＝2＋2m</w:t>
      </w:r>
    </w:p>
    <w:p>
      <w:pPr>
        <w:spacing w:after="40" w:line="300" w:lineRule="auto"/>
      </w:pPr>
      <w:r>
        <w:rPr>
          <w:rFonts w:ascii="宋体" w:hAnsi="宋体" w:eastAsia="宋体"/>
          <w:b w:val="0"/>
          <w:sz w:val="20"/>
        </w:rPr>
        <w:t>n＝3＋2（m－2）＋3＝6＋2m－4＝2＋2m</w:t>
      </w:r>
    </w:p>
    <w:p>
      <w:pPr>
        <w:spacing w:after="40" w:line="300" w:lineRule="auto"/>
      </w:pPr>
      <w:r>
        <w:rPr>
          <w:rFonts w:ascii="宋体" w:hAnsi="宋体" w:eastAsia="宋体"/>
          <w:b w:val="0"/>
          <w:sz w:val="20"/>
        </w:rPr>
        <w:t>n＝4＋2（m－1）＝4＋2m－2＝2＋2m</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教科书P63例4及“试一试”，完成教科书P65“做一做”第1题。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能借助直观图表发现数量关系并从中归纳出一般性公式，但是观察的角度不同，思维方式不同，对应的代数式也不同，引导学生如何用最简洁的式子表示规律，还需要学生在实践中慢慢体会，形成优化策略。</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解决问题（2）</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教学内容：教科书P64～65例5及“试一试”，完成教科书P65“做一做”第2～4题。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（1）结合生活实际，经历用含有字母的式子表示生活中稍复杂的数量关系的过程。</w:t>
      </w:r>
    </w:p>
    <w:p>
      <w:pPr>
        <w:spacing w:after="20" w:line="300" w:lineRule="auto"/>
        <w:ind w:firstLine="400"/>
      </w:pPr>
      <w:r>
        <w:rPr>
          <w:rFonts w:ascii="宋体" w:hAnsi="宋体" w:eastAsia="宋体"/>
          <w:b w:val="0"/>
          <w:sz w:val="20"/>
        </w:rPr>
        <w:t>（2）在解决实际问题的过程中，体会字母可以像数一样进行运算，并能对简单的式子进行运算。</w:t>
      </w:r>
    </w:p>
    <w:p>
      <w:pPr>
        <w:spacing w:after="20" w:line="300" w:lineRule="auto"/>
        <w:ind w:firstLine="400"/>
      </w:pPr>
      <w:r>
        <w:rPr>
          <w:rFonts w:ascii="宋体" w:hAnsi="宋体" w:eastAsia="宋体"/>
          <w:b w:val="0"/>
          <w:sz w:val="20"/>
        </w:rPr>
        <w:t>（3）在分析和解决实际问题的过程中，培养逻辑思维能力，构建行程问题的数学模型。</w:t>
      </w:r>
    </w:p>
    <w:p>
      <w:pPr>
        <w:spacing w:after="20" w:line="300" w:lineRule="auto"/>
      </w:pPr>
      <w:r>
        <w:rPr>
          <w:rFonts w:ascii="宋体" w:hAnsi="宋体" w:eastAsia="宋体"/>
          <w:b w:val="0"/>
          <w:sz w:val="20"/>
        </w:rPr>
        <w:t>教学重点：正确地用含有字母的式子表示稍复杂的数量关系，并进行运算。</w:t>
      </w:r>
    </w:p>
    <w:p>
      <w:pPr>
        <w:spacing w:after="20" w:line="300" w:lineRule="auto"/>
      </w:pPr>
      <w:r>
        <w:rPr>
          <w:rFonts w:ascii="宋体" w:hAnsi="宋体" w:eastAsia="宋体"/>
          <w:b w:val="0"/>
          <w:sz w:val="20"/>
        </w:rPr>
        <w:t>教学难点：用含有字母的式子表示稍复杂的数量关系。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你读到了哪些信息？；这些信息中有怎样的数量关系呢？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s＝320（a＋b）</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观察这两个式子，你们有什么发现？；你们发现了什么？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实践应用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通过这节课的学习，你有什么新的收获？能和大家说一说吗？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复习引入</w:t>
            </w:r>
          </w:p>
        </w:tc>
        <w:tc>
          <w:tcPr>
            <w:tcW w:type="dxa" w:w="3061"/>
          </w:tcPr>
          <w:p>
            <w:pPr>
              <w:spacing w:after="20" w:line="276" w:lineRule="auto"/>
            </w:pPr>
            <w:r/>
            <w:r>
              <w:rPr>
                <w:rFonts w:ascii="宋体" w:hAnsi="宋体" w:eastAsia="宋体"/>
                <w:b w:val="0"/>
                <w:sz w:val="18"/>
              </w:rPr>
              <w:t>课件出示复习题。</w:t>
            </w:r>
          </w:p>
          <w:p>
            <w:pPr>
              <w:spacing w:after="20" w:line="276" w:lineRule="auto"/>
            </w:pPr>
            <w:r>
              <w:rPr>
                <w:rFonts w:ascii="宋体" w:hAnsi="宋体" w:eastAsia="宋体"/>
                <w:b w:val="0"/>
                <w:sz w:val="18"/>
              </w:rPr>
              <w:t>师：我们知道用字母不仅可以表示运算律和计算公式，还可以表示数量关系，这节课我们就一起来继续学习这方面的内容。[板书课题：解决问题（2）]</w:t>
            </w:r>
          </w:p>
        </w:tc>
        <w:tc>
          <w:tcPr>
            <w:tcW w:type="dxa" w:w="3061"/>
          </w:tcPr>
          <w:p>
            <w:pPr>
              <w:spacing w:after="20" w:line="276" w:lineRule="auto"/>
            </w:pPr>
            <w:r/>
            <w:r>
              <w:rPr>
                <w:rFonts w:ascii="宋体" w:hAnsi="宋体" w:eastAsia="宋体"/>
                <w:b w:val="0"/>
                <w:sz w:val="18"/>
              </w:rPr>
              <w:t>学生自主完成后小组内交流。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课件出示教科书P64例5。</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师：你读到了哪些信息？</w:t>
            </w:r>
          </w:p>
          <w:p>
            <w:pPr>
              <w:spacing w:after="20" w:line="276" w:lineRule="auto"/>
            </w:pPr>
            <w:r>
              <w:rPr>
                <w:rFonts w:ascii="宋体" w:hAnsi="宋体" w:eastAsia="宋体"/>
                <w:b w:val="0"/>
                <w:sz w:val="18"/>
              </w:rPr>
              <w:t>师生交流，厘清问题中的数学信息。</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（1）画线段图分析数量关系。</w:t>
            </w:r>
          </w:p>
          <w:p>
            <w:pPr>
              <w:spacing w:after="20" w:line="276" w:lineRule="auto"/>
            </w:pPr>
            <w:r>
              <w:rPr>
                <w:rFonts w:ascii="宋体" w:hAnsi="宋体" w:eastAsia="宋体"/>
                <w:b w:val="0"/>
                <w:sz w:val="18"/>
              </w:rPr>
              <w:t>师：这些信息中有怎样的数量关系呢？我们一起来画图分析。</w:t>
            </w:r>
          </w:p>
          <w:p>
            <w:pPr>
              <w:spacing w:after="20" w:line="276" w:lineRule="auto"/>
            </w:pPr>
            <w:r>
              <w:rPr>
                <w:rFonts w:ascii="宋体" w:hAnsi="宋体" w:eastAsia="宋体"/>
                <w:b w:val="0"/>
                <w:sz w:val="18"/>
              </w:rPr>
              <w:t>师生一起画出线段图，并结合课件演示。</w:t>
            </w:r>
          </w:p>
          <w:p>
            <w:pPr>
              <w:spacing w:after="20" w:line="276" w:lineRule="auto"/>
            </w:pPr>
            <w:r>
              <w:rPr>
                <w:rFonts w:ascii="宋体" w:hAnsi="宋体" w:eastAsia="宋体"/>
                <w:b w:val="0"/>
                <w:sz w:val="18"/>
              </w:rPr>
              <w:t>（2）读线段图，用式子表示数量关系。</w:t>
            </w:r>
          </w:p>
          <w:p>
            <w:pPr>
              <w:spacing w:after="20" w:line="276" w:lineRule="auto"/>
            </w:pPr>
            <w:r>
              <w:rPr>
                <w:rFonts w:ascii="宋体" w:hAnsi="宋体" w:eastAsia="宋体"/>
                <w:b w:val="0"/>
                <w:sz w:val="18"/>
              </w:rPr>
              <w:t>师：读线段图，你能发现从甲站到丙站的路程s与哪些信息有关系？有怎样的关系？</w:t>
            </w:r>
          </w:p>
        </w:tc>
        <w:tc>
          <w:tcPr>
            <w:tcW w:type="dxa" w:w="3061"/>
          </w:tcPr>
          <w:p>
            <w:pPr>
              <w:spacing w:after="20" w:line="276" w:lineRule="auto"/>
            </w:pPr>
            <w:r/>
            <w:r>
              <w:rPr>
                <w:rFonts w:ascii="宋体" w:hAnsi="宋体" w:eastAsia="宋体"/>
                <w:b w:val="0"/>
                <w:sz w:val="18"/>
              </w:rPr>
              <w:t>预设1：</w:t>
            </w:r>
          </w:p>
          <w:p>
            <w:pPr>
              <w:spacing w:after="20" w:line="276" w:lineRule="auto"/>
            </w:pPr>
            <w:r>
              <w:rPr>
                <w:rFonts w:ascii="宋体" w:hAnsi="宋体" w:eastAsia="宋体"/>
                <w:b w:val="0"/>
                <w:sz w:val="18"/>
              </w:rPr>
              <w:t>预设2：</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设计递进式探究活动，引导学生在动手实践与合作交流中经历知识形成过程，突破本课重难点，核心问题："你读到了哪些信息？"</w:t>
            </w:r>
          </w:p>
        </w:tc>
      </w:tr>
      <w:tr>
        <w:tc>
          <w:tcPr>
            <w:tcW w:type="dxa" w:w="1474"/>
          </w:tcPr>
          <w:p>
            <w:pPr>
              <w:spacing w:after="20" w:line="276" w:lineRule="auto"/>
            </w:pPr>
            <w:r>
              <w:rPr>
                <w:b/>
              </w:rPr>
            </w:r>
            <w:r>
              <w:rPr>
                <w:rFonts w:ascii="宋体" w:hAnsi="宋体" w:eastAsia="宋体"/>
                <w:b/>
                <w:sz w:val="18"/>
              </w:rPr>
              <w:t>s＝320（a＋b）</w:t>
            </w:r>
          </w:p>
        </w:tc>
        <w:tc>
          <w:tcPr>
            <w:tcW w:type="dxa" w:w="3061"/>
          </w:tcPr>
          <w:p>
            <w:pPr>
              <w:spacing w:after="20" w:line="276" w:lineRule="auto"/>
            </w:pPr>
            <w:r/>
            <w:r>
              <w:rPr>
                <w:rFonts w:ascii="宋体" w:hAnsi="宋体" w:eastAsia="宋体"/>
                <w:b w:val="0"/>
                <w:sz w:val="18"/>
              </w:rPr>
              <w:t>教师适时板书。</w:t>
            </w:r>
          </w:p>
          <w:p>
            <w:pPr>
              <w:spacing w:after="20" w:line="276" w:lineRule="auto"/>
            </w:pPr>
            <w:r>
              <w:rPr>
                <w:rFonts w:ascii="宋体" w:hAnsi="宋体" w:eastAsia="宋体"/>
                <w:b w:val="0"/>
                <w:sz w:val="18"/>
              </w:rPr>
              <w:t>（3）分析数量关系，沟通联系。</w:t>
            </w:r>
          </w:p>
          <w:p>
            <w:pPr>
              <w:spacing w:after="20" w:line="276" w:lineRule="auto"/>
            </w:pPr>
            <w:r>
              <w:rPr>
                <w:rFonts w:ascii="宋体" w:hAnsi="宋体" w:eastAsia="宋体"/>
                <w:b w:val="0"/>
                <w:sz w:val="18"/>
              </w:rPr>
              <w:t>师：观察这两个式子，你们有什么发现？</w:t>
            </w:r>
          </w:p>
          <w:p>
            <w:pPr>
              <w:spacing w:after="20" w:line="276" w:lineRule="auto"/>
            </w:pPr>
            <w:r>
              <w:rPr>
                <w:rFonts w:ascii="宋体" w:hAnsi="宋体" w:eastAsia="宋体"/>
                <w:b w:val="0"/>
                <w:sz w:val="18"/>
              </w:rPr>
              <w:t>引导学生发现：320a＋320b＝320（a＋b），运用了分配律，字母可以像数一样进行运算，所以可以直接写成一个式子s＝320（a＋b）。</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课件出示教科书P65“试一试”。</w:t>
            </w:r>
          </w:p>
          <w:p>
            <w:pPr>
              <w:spacing w:after="20" w:line="276" w:lineRule="auto"/>
            </w:pPr>
            <w:r>
              <w:rPr>
                <w:rFonts w:ascii="宋体" w:hAnsi="宋体" w:eastAsia="宋体"/>
                <w:b w:val="0"/>
                <w:sz w:val="18"/>
              </w:rPr>
              <w:t>师：你们发现了什么？</w:t>
            </w:r>
          </w:p>
        </w:tc>
        <w:tc>
          <w:tcPr>
            <w:tcW w:type="dxa" w:w="3061"/>
          </w:tcPr>
          <w:p>
            <w:pPr>
              <w:spacing w:after="20" w:line="276" w:lineRule="auto"/>
            </w:pPr>
            <w:r/>
            <w:r>
              <w:rPr>
                <w:rFonts w:ascii="宋体" w:hAnsi="宋体" w:eastAsia="宋体"/>
                <w:b w:val="0"/>
                <w:sz w:val="18"/>
              </w:rPr>
              <w:t>学生快速计算。</w:t>
            </w:r>
          </w:p>
          <w:p>
            <w:pPr>
              <w:spacing w:after="20" w:line="276" w:lineRule="auto"/>
            </w:pPr>
            <w:r>
              <w:rPr>
                <w:rFonts w:ascii="宋体" w:hAnsi="宋体" w:eastAsia="宋体"/>
                <w:b w:val="0"/>
                <w:sz w:val="18"/>
              </w:rPr>
              <w:t>在求稍复杂的等式中的未知数的值时，可以将含有未知数的部分看成一个整体，再根据等式的基本性质求解。</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围绕环节目标组织学习活动，引导学生主动参与、积极思考，核心问题："观察这两个式子，你们有什么发现？"</w:t>
            </w:r>
          </w:p>
        </w:tc>
      </w:tr>
      <w:tr>
        <w:tc>
          <w:tcPr>
            <w:tcW w:type="dxa" w:w="1474"/>
          </w:tcPr>
          <w:p>
            <w:pPr>
              <w:spacing w:after="20" w:line="276" w:lineRule="auto"/>
            </w:pPr>
            <w:r>
              <w:rPr>
                <w:b/>
              </w:rPr>
            </w:r>
            <w:r>
              <w:rPr>
                <w:rFonts w:ascii="宋体" w:hAnsi="宋体" w:eastAsia="宋体"/>
                <w:b/>
                <w:sz w:val="18"/>
              </w:rPr>
              <w:t>实践应用</w:t>
            </w:r>
          </w:p>
        </w:tc>
        <w:tc>
          <w:tcPr>
            <w:tcW w:type="dxa" w:w="3061"/>
          </w:tcPr>
          <w:p>
            <w:pPr>
              <w:spacing w:after="20" w:line="276" w:lineRule="auto"/>
            </w:pPr>
            <w:r/>
            <w:r>
              <w:rPr>
                <w:rFonts w:ascii="宋体" w:hAnsi="宋体" w:eastAsia="宋体"/>
                <w:b w:val="0"/>
                <w:sz w:val="18"/>
              </w:rPr>
              <w:t>完成教科书P65“做一做”第2～4题。</w:t>
            </w:r>
          </w:p>
          <w:p>
            <w:pPr>
              <w:spacing w:after="20" w:line="276" w:lineRule="auto"/>
            </w:pPr>
            <w:r>
              <w:rPr>
                <w:rFonts w:ascii="宋体" w:hAnsi="宋体" w:eastAsia="宋体"/>
                <w:b w:val="0"/>
                <w:sz w:val="18"/>
              </w:rPr>
              <w:t>课件呈现正确解答。</w:t>
            </w:r>
          </w:p>
        </w:tc>
        <w:tc>
          <w:tcPr>
            <w:tcW w:type="dxa" w:w="3061"/>
          </w:tcPr>
          <w:p>
            <w:pPr>
              <w:spacing w:after="20" w:line="276" w:lineRule="auto"/>
            </w:pPr>
            <w:r/>
            <w:r>
              <w:rPr>
                <w:rFonts w:ascii="宋体" w:hAnsi="宋体" w:eastAsia="宋体"/>
                <w:b w:val="0"/>
                <w:sz w:val="18"/>
              </w:rPr>
              <w:t>全班展示交流，逐题分析数量关系，集体评议结果。</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师：通过这节课的学习，你有什么新的收获？能和大家说一说吗？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学生已经会分析解答类似数量关系的具体问题，关键是由具体的数到用字母表示，引导学生体会用字母能表示一般的数量关系，通过对比分析发现数与字母之间的内在联系。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思路一：</w:t>
      </w:r>
    </w:p>
    <w:p>
      <w:pPr>
        <w:spacing w:after="40" w:line="300" w:lineRule="auto"/>
      </w:pPr>
      <w:r>
        <w:rPr>
          <w:rFonts w:ascii="宋体" w:hAnsi="宋体" w:eastAsia="宋体"/>
          <w:b w:val="0"/>
          <w:sz w:val="20"/>
        </w:rPr>
        <w:t>思路二：</w:t>
      </w:r>
    </w:p>
    <w:p>
      <w:pPr>
        <w:spacing w:after="40" w:line="300" w:lineRule="auto"/>
      </w:pPr>
      <w:r>
        <w:rPr>
          <w:rFonts w:ascii="宋体" w:hAnsi="宋体" w:eastAsia="宋体"/>
          <w:b w:val="0"/>
          <w:sz w:val="20"/>
        </w:rPr>
        <w:t>s＝320（a＋b）</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教科书P64～65例5及“试一试”，完成教科书P65“做一做”第2～4题。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中，因为有了前面学习的基础，所以例题直接给出条件与问题来要求学生写出代数式，并代入求值。虽然含有两级运算，但对于学生来说难度不大，难点在于理解数与字母之间的联系。部分学生在代入字母的值求解时存在一定困难，需多加练习。</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探秘百数表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探秘百数表</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教学内容：教科书P68“探秘百数表”相关内容。</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（1）通过观察分析，发现百数表中的规律，并能用字母表示规律、解释规律。</w:t>
      </w:r>
    </w:p>
    <w:p>
      <w:pPr>
        <w:spacing w:after="20" w:line="300" w:lineRule="auto"/>
        <w:ind w:firstLine="400"/>
      </w:pPr>
      <w:r>
        <w:rPr>
          <w:rFonts w:ascii="宋体" w:hAnsi="宋体" w:eastAsia="宋体"/>
          <w:b w:val="0"/>
          <w:sz w:val="20"/>
        </w:rPr>
        <w:t>（2）会根据百数表中的规律用字母表示的数推理出其他数，体会含有字母的式子的价值。</w:t>
      </w:r>
    </w:p>
    <w:p>
      <w:pPr>
        <w:spacing w:after="20" w:line="300" w:lineRule="auto"/>
      </w:pPr>
      <w:r>
        <w:rPr>
          <w:rFonts w:ascii="宋体" w:hAnsi="宋体" w:eastAsia="宋体"/>
          <w:b w:val="0"/>
          <w:sz w:val="20"/>
        </w:rPr>
        <w:t>教学重点：发现百数表中的规律，能用字母表示规律、解释规律，体会含有字母的式子的价值。</w:t>
      </w:r>
    </w:p>
    <w:p>
      <w:pPr>
        <w:spacing w:after="20" w:line="300" w:lineRule="auto"/>
      </w:pPr>
      <w:r>
        <w:rPr>
          <w:rFonts w:ascii="宋体" w:hAnsi="宋体" w:eastAsia="宋体"/>
          <w:b w:val="0"/>
          <w:sz w:val="20"/>
        </w:rPr>
        <w:t>教学难点：用字母表示百数表中的规律、解释规律。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谈话引入，揭示课题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同学们，我们在一年级的时候学习过百数表，大家还记得吗？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提出问题，发现规律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同学们观察百数表，你们发现其中的排列有哪些规律？；我们从数的排列发现了规律，还有哪些规律呢？</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a＋（a＋11）＝（a＋1）＋（a＋10）</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这个a有取值范围吗？这个等式说明了什么？；同学们继续观察，百数表中还有哪些规律？</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同学们，我们发现了百数表中的很多规律，并用含有字母的式子解释了自己发现的规律。你们有什么感受？</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谈话引入，揭示课题</w:t>
            </w:r>
          </w:p>
        </w:tc>
        <w:tc>
          <w:tcPr>
            <w:tcW w:type="dxa" w:w="3061"/>
          </w:tcPr>
          <w:p>
            <w:pPr>
              <w:spacing w:after="20" w:line="276" w:lineRule="auto"/>
            </w:pPr>
            <w:r/>
            <w:r>
              <w:rPr>
                <w:rFonts w:ascii="宋体" w:hAnsi="宋体" w:eastAsia="宋体"/>
                <w:b w:val="0"/>
                <w:sz w:val="18"/>
              </w:rPr>
              <w:t>师：同学们，我们在一年级的时候学习过百数表，大家还记得吗？</w:t>
            </w:r>
          </w:p>
          <w:p>
            <w:pPr>
              <w:spacing w:after="20" w:line="276" w:lineRule="auto"/>
            </w:pPr>
            <w:r>
              <w:rPr>
                <w:rFonts w:ascii="宋体" w:hAnsi="宋体" w:eastAsia="宋体"/>
                <w:b w:val="0"/>
                <w:sz w:val="18"/>
              </w:rPr>
              <w:t>课件呈现百数表。</w:t>
            </w:r>
          </w:p>
          <w:p>
            <w:pPr>
              <w:spacing w:after="20" w:line="276" w:lineRule="auto"/>
            </w:pPr>
            <w:r>
              <w:rPr>
                <w:rFonts w:ascii="宋体" w:hAnsi="宋体" w:eastAsia="宋体"/>
                <w:b w:val="0"/>
                <w:sz w:val="18"/>
              </w:rPr>
              <w:t>师：今天我们继续探究百数表中的秘密。（板书课题：*探秘百数表）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创设情境激活学生已有经验，自然引出本课学习内容，激发学习兴趣，核心问题："同学们，我们在一年级的时候学习过百数表，大家还记得吗？"</w:t>
            </w:r>
          </w:p>
        </w:tc>
      </w:tr>
      <w:tr>
        <w:tc>
          <w:tcPr>
            <w:tcW w:type="dxa" w:w="1474"/>
          </w:tcPr>
          <w:p>
            <w:pPr>
              <w:spacing w:after="20" w:line="276" w:lineRule="auto"/>
            </w:pPr>
            <w:r>
              <w:rPr>
                <w:b/>
              </w:rPr>
            </w:r>
            <w:r>
              <w:rPr>
                <w:rFonts w:ascii="宋体" w:hAnsi="宋体" w:eastAsia="宋体"/>
                <w:b/>
                <w:sz w:val="18"/>
              </w:rPr>
              <w:t>提出问题，发现规律</w:t>
            </w:r>
          </w:p>
        </w:tc>
        <w:tc>
          <w:tcPr>
            <w:tcW w:type="dxa" w:w="3061"/>
          </w:tcPr>
          <w:p>
            <w:pPr>
              <w:spacing w:after="20" w:line="276" w:lineRule="auto"/>
            </w:pPr>
            <w:r/>
            <w:r>
              <w:rPr>
                <w:rFonts w:ascii="宋体" w:hAnsi="宋体" w:eastAsia="宋体"/>
                <w:b w:val="0"/>
                <w:sz w:val="18"/>
              </w:rPr>
              <w:t>1.观察百数表，发现规律。</w:t>
            </w:r>
          </w:p>
          <w:p>
            <w:pPr>
              <w:spacing w:after="20" w:line="276" w:lineRule="auto"/>
            </w:pPr>
            <w:r>
              <w:rPr>
                <w:rFonts w:ascii="宋体" w:hAnsi="宋体" w:eastAsia="宋体"/>
                <w:b w:val="0"/>
                <w:sz w:val="18"/>
              </w:rPr>
              <w:t>师：同学们观察百数表，你们发现其中的排列有哪些规律？</w:t>
            </w:r>
          </w:p>
          <w:p>
            <w:pPr>
              <w:spacing w:after="20" w:line="276" w:lineRule="auto"/>
            </w:pPr>
            <w:r>
              <w:rPr>
                <w:rFonts w:ascii="宋体" w:hAnsi="宋体" w:eastAsia="宋体"/>
                <w:b w:val="0"/>
                <w:sz w:val="18"/>
              </w:rPr>
              <w:t>师：我们从数的排列发现了规律，还有哪些规律呢？</w:t>
            </w:r>
          </w:p>
          <w:p>
            <w:pPr>
              <w:spacing w:after="20" w:line="276" w:lineRule="auto"/>
            </w:pPr>
            <w:r>
              <w:rPr>
                <w:rFonts w:ascii="宋体" w:hAnsi="宋体" w:eastAsia="宋体"/>
                <w:b w:val="0"/>
                <w:sz w:val="18"/>
              </w:rPr>
              <w:t>2.发现百数表中“田”字形的四个数的规律。</w:t>
            </w:r>
          </w:p>
          <w:p>
            <w:pPr>
              <w:spacing w:after="20" w:line="276" w:lineRule="auto"/>
            </w:pPr>
            <w:r>
              <w:rPr>
                <w:rFonts w:ascii="宋体" w:hAnsi="宋体" w:eastAsia="宋体"/>
                <w:b w:val="0"/>
                <w:sz w:val="18"/>
              </w:rPr>
              <w:t>（1）课件呈现百数表中两个“田”字形。</w:t>
            </w:r>
          </w:p>
          <w:p>
            <w:pPr>
              <w:spacing w:after="20" w:line="276" w:lineRule="auto"/>
            </w:pPr>
            <w:r>
              <w:rPr>
                <w:rFonts w:ascii="宋体" w:hAnsi="宋体" w:eastAsia="宋体"/>
                <w:b w:val="0"/>
                <w:sz w:val="18"/>
              </w:rPr>
              <w:t>（2）学生独立观察。</w:t>
            </w:r>
          </w:p>
          <w:p>
            <w:pPr>
              <w:spacing w:after="20" w:line="276" w:lineRule="auto"/>
            </w:pPr>
            <w:r>
              <w:rPr>
                <w:rFonts w:ascii="宋体" w:hAnsi="宋体" w:eastAsia="宋体"/>
                <w:b w:val="0"/>
                <w:sz w:val="18"/>
              </w:rPr>
              <w:t>（3）交流分析发现的规律。</w:t>
            </w:r>
          </w:p>
          <w:p>
            <w:pPr>
              <w:spacing w:after="20" w:line="276" w:lineRule="auto"/>
            </w:pPr>
            <w:r>
              <w:rPr>
                <w:rFonts w:ascii="宋体" w:hAnsi="宋体" w:eastAsia="宋体"/>
                <w:b w:val="0"/>
                <w:sz w:val="18"/>
              </w:rPr>
              <w:t>师：任意框出一个“田”字形的四个数，同学们观察这个“田”字形的四个数之间有怎样的规律？</w:t>
            </w:r>
          </w:p>
          <w:p>
            <w:pPr>
              <w:spacing w:after="20" w:line="276" w:lineRule="auto"/>
            </w:pPr>
            <w:r>
              <w:rPr>
                <w:rFonts w:ascii="宋体" w:hAnsi="宋体" w:eastAsia="宋体"/>
                <w:b w:val="0"/>
                <w:sz w:val="18"/>
              </w:rPr>
              <w:t>师：百数表中所有“田”字形的四个数之间都有这样的规律吗？</w:t>
            </w:r>
          </w:p>
          <w:p>
            <w:pPr>
              <w:spacing w:after="20" w:line="276" w:lineRule="auto"/>
            </w:pPr>
            <w:r>
              <w:rPr>
                <w:rFonts w:ascii="宋体" w:hAnsi="宋体" w:eastAsia="宋体"/>
                <w:b w:val="0"/>
                <w:sz w:val="18"/>
              </w:rPr>
              <w:t>3.用含有字母的式子解释规律。</w:t>
            </w:r>
          </w:p>
          <w:p>
            <w:pPr>
              <w:spacing w:after="20" w:line="276" w:lineRule="auto"/>
            </w:pPr>
            <w:r>
              <w:rPr>
                <w:rFonts w:ascii="宋体" w:hAnsi="宋体" w:eastAsia="宋体"/>
                <w:b w:val="0"/>
                <w:sz w:val="18"/>
              </w:rPr>
              <w:t>师：你们能用含有字母的式子来说明这个规律吗？</w:t>
            </w:r>
          </w:p>
          <w:p>
            <w:pPr>
              <w:spacing w:after="20" w:line="276" w:lineRule="auto"/>
            </w:pPr>
            <w:r>
              <w:rPr>
                <w:rFonts w:ascii="宋体" w:hAnsi="宋体" w:eastAsia="宋体"/>
                <w:b w:val="0"/>
                <w:sz w:val="18"/>
              </w:rPr>
              <w:t>引导学生用字母表示“田”字形中的四个数。</w:t>
            </w:r>
          </w:p>
          <w:p>
            <w:pPr>
              <w:spacing w:after="20" w:line="276" w:lineRule="auto"/>
            </w:pPr>
            <w:r>
              <w:rPr>
                <w:rFonts w:ascii="宋体" w:hAnsi="宋体" w:eastAsia="宋体"/>
                <w:b w:val="0"/>
                <w:sz w:val="18"/>
              </w:rPr>
              <w:t>师：如果用字母a表示“田”字形中的一个数，你能用含有字母a的式子表示出其他三个数吗？</w:t>
            </w:r>
          </w:p>
          <w:p>
            <w:pPr>
              <w:spacing w:after="20" w:line="276" w:lineRule="auto"/>
            </w:pPr>
            <w:r>
              <w:rPr>
                <w:rFonts w:ascii="宋体" w:hAnsi="宋体" w:eastAsia="宋体"/>
                <w:b w:val="0"/>
                <w:sz w:val="18"/>
              </w:rPr>
              <w:t>师：怎么求对角的两个数的和呢？</w:t>
            </w:r>
          </w:p>
        </w:tc>
        <w:tc>
          <w:tcPr>
            <w:tcW w:type="dxa" w:w="3061"/>
          </w:tcPr>
          <w:p>
            <w:pPr>
              <w:spacing w:after="20" w:line="276" w:lineRule="auto"/>
            </w:pPr>
            <w:r/>
            <w:r>
              <w:rPr>
                <w:rFonts w:ascii="宋体" w:hAnsi="宋体" w:eastAsia="宋体"/>
                <w:b w:val="0"/>
                <w:sz w:val="18"/>
              </w:rPr>
              <w:t>学生自由发言，交流发现的规律。</w:t>
            </w:r>
          </w:p>
          <w:p>
            <w:pPr>
              <w:spacing w:after="20" w:line="276" w:lineRule="auto"/>
            </w:pPr>
            <w:r>
              <w:rPr>
                <w:rFonts w:ascii="宋体" w:hAnsi="宋体" w:eastAsia="宋体"/>
                <w:b w:val="0"/>
                <w:sz w:val="18"/>
              </w:rPr>
              <w:t>相邻两行，下一个数比上一个数多10；相邻两列，后一个数比前一个数多1。</w:t>
            </w:r>
          </w:p>
          <w:p>
            <w:pPr>
              <w:spacing w:after="20" w:line="276" w:lineRule="auto"/>
            </w:pPr>
            <w:r>
              <w:rPr>
                <w:rFonts w:ascii="宋体" w:hAnsi="宋体" w:eastAsia="宋体"/>
                <w:b w:val="0"/>
                <w:sz w:val="18"/>
              </w:rPr>
              <w:t>预设1：对角的两个数的和相等。</w:t>
            </w:r>
          </w:p>
          <w:p>
            <w:pPr>
              <w:spacing w:after="20" w:line="276" w:lineRule="auto"/>
            </w:pPr>
            <w:r>
              <w:rPr>
                <w:rFonts w:ascii="宋体" w:hAnsi="宋体" w:eastAsia="宋体"/>
                <w:b w:val="0"/>
                <w:sz w:val="18"/>
              </w:rPr>
              <w:t>预设2：对应的上下两个数相差10，左右两个数相差1。</w:t>
            </w:r>
          </w:p>
          <w:p>
            <w:pPr>
              <w:spacing w:after="20" w:line="276" w:lineRule="auto"/>
            </w:pPr>
            <w:r>
              <w:rPr>
                <w:rFonts w:ascii="宋体" w:hAnsi="宋体" w:eastAsia="宋体"/>
                <w:b w:val="0"/>
                <w:sz w:val="18"/>
              </w:rPr>
              <w:t>学生汇报自己任意选中的“田”字形的四个数，通过计算验证发现的规律。</w:t>
            </w:r>
          </w:p>
          <w:p>
            <w:pPr>
              <w:spacing w:after="20" w:line="276" w:lineRule="auto"/>
            </w:pPr>
            <w:r>
              <w:rPr>
                <w:rFonts w:ascii="宋体" w:hAnsi="宋体" w:eastAsia="宋体"/>
                <w:b w:val="0"/>
                <w:sz w:val="18"/>
              </w:rPr>
              <w:t>学生自主用含有字母a的式子表示数。课件呈现表示的结果，学生自主完善。</w:t>
            </w:r>
          </w:p>
          <w:p>
            <w:pPr>
              <w:spacing w:after="20" w:line="276" w:lineRule="auto"/>
            </w:pPr>
            <w:r>
              <w:rPr>
                <w:rFonts w:ascii="宋体" w:hAnsi="宋体" w:eastAsia="宋体"/>
                <w:b w:val="0"/>
                <w:sz w:val="18"/>
              </w:rPr>
              <w:t>学生分别列式求出对角的两个数的和，教师板书：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围绕环节目标组织学习活动，引导学生主动参与、积极思考，核心问题："同学们观察百数表，你们发现其中的排列有哪些规律？"</w:t>
            </w:r>
          </w:p>
        </w:tc>
      </w:tr>
      <w:tr>
        <w:tc>
          <w:tcPr>
            <w:tcW w:type="dxa" w:w="1474"/>
          </w:tcPr>
          <w:p>
            <w:pPr>
              <w:spacing w:after="20" w:line="276" w:lineRule="auto"/>
            </w:pPr>
            <w:r>
              <w:rPr>
                <w:b/>
              </w:rPr>
            </w:r>
            <w:r>
              <w:rPr>
                <w:rFonts w:ascii="宋体" w:hAnsi="宋体" w:eastAsia="宋体"/>
                <w:b/>
                <w:sz w:val="18"/>
              </w:rPr>
              <w:t>a＋（a＋11）＝（a＋1）＋（a＋10）</w:t>
            </w:r>
          </w:p>
        </w:tc>
        <w:tc>
          <w:tcPr>
            <w:tcW w:type="dxa" w:w="3061"/>
          </w:tcPr>
          <w:p>
            <w:pPr>
              <w:spacing w:after="20" w:line="276" w:lineRule="auto"/>
            </w:pPr>
            <w:r/>
            <w:r>
              <w:rPr>
                <w:rFonts w:ascii="宋体" w:hAnsi="宋体" w:eastAsia="宋体"/>
                <w:b w:val="0"/>
                <w:sz w:val="18"/>
              </w:rPr>
              <w:t>师：这个a有取值范围吗？这个等式说明了什么？</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4.发现百数表中的其他规律。</w:t>
            </w:r>
          </w:p>
          <w:p>
            <w:pPr>
              <w:spacing w:after="20" w:line="276" w:lineRule="auto"/>
            </w:pPr>
            <w:r>
              <w:rPr>
                <w:rFonts w:ascii="宋体" w:hAnsi="宋体" w:eastAsia="宋体"/>
                <w:b w:val="0"/>
                <w:sz w:val="18"/>
              </w:rPr>
              <w:t>师：同学们继续观察，百数表中还有哪些规律？</w:t>
            </w:r>
          </w:p>
          <w:p>
            <w:pPr>
              <w:spacing w:after="20" w:line="276" w:lineRule="auto"/>
            </w:pPr>
            <w:r>
              <w:rPr>
                <w:rFonts w:ascii="宋体" w:hAnsi="宋体" w:eastAsia="宋体"/>
                <w:b w:val="0"/>
                <w:sz w:val="18"/>
              </w:rPr>
              <w:t>师：同学们真棒！类推前面的“田”字形，把它扩大，找出规律。大家来验证一下这个规律。</w:t>
            </w:r>
          </w:p>
          <w:p>
            <w:pPr>
              <w:spacing w:after="20" w:line="276" w:lineRule="auto"/>
            </w:pPr>
            <w:r>
              <w:rPr>
                <w:rFonts w:ascii="宋体" w:hAnsi="宋体" w:eastAsia="宋体"/>
                <w:b w:val="0"/>
                <w:sz w:val="18"/>
              </w:rPr>
              <w:t>师生交流，解释规律。</w:t>
            </w:r>
          </w:p>
        </w:tc>
        <w:tc>
          <w:tcPr>
            <w:tcW w:type="dxa" w:w="3061"/>
          </w:tcPr>
          <w:p>
            <w:pPr>
              <w:spacing w:after="20" w:line="276" w:lineRule="auto"/>
            </w:pPr>
            <w:r/>
            <w:r>
              <w:rPr>
                <w:rFonts w:ascii="宋体" w:hAnsi="宋体" w:eastAsia="宋体"/>
                <w:b w:val="0"/>
                <w:sz w:val="18"/>
              </w:rPr>
              <w:t>在百数表中，a的值可以是1到89中的任意一个数，上面的等式说明任意“田”字形对角的两个数之和相等。</w:t>
            </w:r>
          </w:p>
          <w:p>
            <w:pPr>
              <w:spacing w:after="20" w:line="276" w:lineRule="auto"/>
            </w:pPr>
            <w:r>
              <w:rPr>
                <w:rFonts w:ascii="宋体" w:hAnsi="宋体" w:eastAsia="宋体"/>
                <w:b w:val="0"/>
                <w:sz w:val="18"/>
              </w:rPr>
              <w:t>学生小组合作，探究规律。</w:t>
            </w:r>
          </w:p>
          <w:p>
            <w:pPr>
              <w:spacing w:after="20" w:line="276" w:lineRule="auto"/>
            </w:pPr>
            <w:r>
              <w:rPr>
                <w:rFonts w:ascii="宋体" w:hAnsi="宋体" w:eastAsia="宋体"/>
                <w:b w:val="0"/>
                <w:sz w:val="18"/>
              </w:rPr>
              <w:t>任意框出一个3×3的正方形，四条对称轴上的三个数之和都相等。</w:t>
            </w:r>
          </w:p>
          <w:p>
            <w:pPr>
              <w:spacing w:after="20" w:line="276" w:lineRule="auto"/>
            </w:pPr>
            <w:r>
              <w:rPr>
                <w:rFonts w:ascii="宋体" w:hAnsi="宋体" w:eastAsia="宋体"/>
                <w:b w:val="0"/>
                <w:sz w:val="18"/>
              </w:rPr>
              <w:t>学生根据前面的论证方法，用字母表示数进行验证。</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围绕环节目标组织学习活动，引导学生主动参与、积极思考，核心问题："这个a有取值范围吗？这个等式说明了什么？"</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师：同学们，我们发现了百数表中的很多规律，并用含有字母的式子解释了自己发现的规律。你们有什么感受？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利用学生已有的知识经验，用含有字母的式子表示发现的规律，再通过运算推理、解释发现的规律。让学生经历“发现——验证”的过程，体会用字母表示数或数量关系的价值，也发展学生的推理意识。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*探秘百数表</w:t>
      </w:r>
    </w:p>
    <w:p>
      <w:pPr>
        <w:spacing w:after="40" w:line="300" w:lineRule="auto"/>
      </w:pPr>
      <w:r>
        <w:rPr>
          <w:rFonts w:ascii="宋体" w:hAnsi="宋体" w:eastAsia="宋体"/>
          <w:b w:val="0"/>
          <w:sz w:val="20"/>
        </w:rPr>
        <w:t>a＋（a＋11）＝（a＋1）＋（a＋10）</w:t>
      </w:r>
    </w:p>
    <w:p>
      <w:pPr>
        <w:spacing w:after="40" w:line="300" w:lineRule="auto"/>
      </w:pPr>
      <w:r>
        <w:rPr>
          <w:rFonts w:ascii="宋体" w:hAnsi="宋体" w:eastAsia="宋体"/>
          <w:b w:val="0"/>
          <w:sz w:val="20"/>
        </w:rPr>
        <w:t>百数表中“田”字形的四个数，对角两个数之和相等。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教科书P68“探秘百数表”相关内容。</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【原教学设计反思（供参考）】整个探究过程，充分发挥学生的主体作用。但是由于时间的关系，学生发现的规律都无法一一验证，特别是有些不正确的规律，只能让学生课外继续探究，并做好反馈。</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整理和复习（练习十三）</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整理和复习（练习十三）</w:t>
            </w:r>
          </w:p>
        </w:tc>
        <w:tc>
          <w:tcPr>
            <w:tcW w:type="dxa" w:w="6009"/>
          </w:tcPr>
          <w:p>
            <w:pPr>
              <w:spacing w:after="20" w:line="276" w:lineRule="auto"/>
            </w:pPr>
            <w:r/>
            <w:r>
              <w:rPr>
                <w:rFonts w:ascii="宋体" w:hAnsi="宋体" w:eastAsia="宋体"/>
                <w:b w:val="0"/>
                <w:sz w:val="20"/>
              </w:rPr>
              <w:t>第5单元 用字母表示数和数量关系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单元学情：学生已经学习了一定的算术知识，初步接触了一些代数知识，在日常生活中也接触到了用字母表示数，如扑克牌中的A，J，Q，K分别表示1，11，12，13。这些都是学习本单元的基础。</w:t>
      </w:r>
    </w:p>
    <w:p>
      <w:pPr>
        <w:spacing w:after="80" w:line="300" w:lineRule="auto"/>
        <w:ind w:firstLine="400"/>
      </w:pPr>
      <w:r>
        <w:rPr>
          <w:rFonts w:ascii="宋体" w:hAnsi="宋体" w:eastAsia="宋体"/>
          <w:b w:val="0"/>
          <w:sz w:val="20"/>
        </w:rPr>
        <w:t>用字母表示数对于小学生来说，是学习代数初步知识的起步。让学生从具体的、确定的数过渡到用字母表示抽象的、可变的数，对学生来说是认识上的一个飞跃。而因为认知过程比较抽象，学生理解起来会有一定的难度，特别是用含有字母的式子来表示数量关系，更让学生感到困难。因此，教师要充分利用学生原有的相关知识的基础来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教学内容：教科书P69“整理和复习”相关内容，完成教科书P69～71“练习十三”。</w:t>
      </w:r>
    </w:p>
    <w:p>
      <w:pPr>
        <w:spacing w:after="80" w:line="300" w:lineRule="auto"/>
        <w:ind w:firstLine="400"/>
      </w:pPr>
      <w:r>
        <w:rPr>
          <w:rFonts w:ascii="宋体" w:hAnsi="宋体" w:eastAsia="宋体"/>
          <w:b w:val="0"/>
          <w:sz w:val="20"/>
        </w:rPr>
        <w:t>教学准备：课件、学生课前准备整理的本单元内容。</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（1）整理复习本单元的学习内容，形成知识结构。</w:t>
      </w:r>
    </w:p>
    <w:p>
      <w:pPr>
        <w:spacing w:after="20" w:line="300" w:lineRule="auto"/>
        <w:ind w:firstLine="400"/>
      </w:pPr>
      <w:r>
        <w:rPr>
          <w:rFonts w:ascii="宋体" w:hAnsi="宋体" w:eastAsia="宋体"/>
          <w:b w:val="0"/>
          <w:sz w:val="20"/>
        </w:rPr>
        <w:t>（2）熟练地用含有字母的式子表示数量之间的关系，能根据字母所取的值求出含有字母的式子的值，会利用等式的基本性质求未知数。</w:t>
      </w:r>
    </w:p>
    <w:p>
      <w:pPr>
        <w:spacing w:after="20" w:line="300" w:lineRule="auto"/>
        <w:ind w:firstLine="400"/>
      </w:pPr>
      <w:r>
        <w:rPr>
          <w:rFonts w:ascii="宋体" w:hAnsi="宋体" w:eastAsia="宋体"/>
          <w:b w:val="0"/>
          <w:sz w:val="20"/>
        </w:rPr>
        <w:t>（3）结合具体情境，体会用含有字母的式子表示数量之间的关系的应用价值，培养解决实际问题的能力。</w:t>
      </w:r>
    </w:p>
    <w:p>
      <w:pPr>
        <w:spacing w:after="20" w:line="300" w:lineRule="auto"/>
      </w:pPr>
      <w:r>
        <w:rPr>
          <w:rFonts w:ascii="宋体" w:hAnsi="宋体" w:eastAsia="宋体"/>
          <w:b w:val="0"/>
          <w:sz w:val="20"/>
        </w:rPr>
        <w:t>教学重点：形成知识结构，感悟用含有字母的式子表示数量之间的关系的应用价值。</w:t>
      </w:r>
    </w:p>
    <w:p>
      <w:pPr>
        <w:spacing w:after="20" w:line="300" w:lineRule="auto"/>
      </w:pPr>
      <w:r>
        <w:rPr>
          <w:rFonts w:ascii="宋体" w:hAnsi="宋体" w:eastAsia="宋体"/>
          <w:b w:val="0"/>
          <w:sz w:val="20"/>
        </w:rPr>
        <w:t>教学难点：灵活地用含有字母的式子表示数量之间的关系。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谈话引入，揭示课题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回顾梳理，构建网络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这一单元的知识你们是不是都掌握了呢？；刚才我们以小组为单位对本单元的知识进行了整理，哪个小组愿意把你们组整理的最后成果展示一下？</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基础练习，排查漏洞</w:t>
            </w:r>
          </w:p>
        </w:tc>
        <w:tc>
          <w:tcPr>
            <w:tcW w:type="dxa" w:w="1814"/>
          </w:tcPr>
          <w:p>
            <w:pPr>
              <w:spacing w:after="20" w:line="276" w:lineRule="auto"/>
            </w:pPr>
            <w:r/>
            <w:r>
              <w:rPr>
                <w:rFonts w:ascii="宋体" w:hAnsi="宋体" w:eastAsia="宋体"/>
                <w:b w:val="0"/>
                <w:sz w:val="18"/>
              </w:rPr>
              <w:t>教科书P69～70、课件、教科书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综合练习，巩固提升</w:t>
            </w:r>
          </w:p>
        </w:tc>
        <w:tc>
          <w:tcPr>
            <w:tcW w:type="dxa" w:w="1814"/>
          </w:tcPr>
          <w:p>
            <w:pPr>
              <w:spacing w:after="20" w:line="276" w:lineRule="auto"/>
            </w:pPr>
            <w:r/>
            <w:r>
              <w:rPr>
                <w:rFonts w:ascii="宋体" w:hAnsi="宋体" w:eastAsia="宋体"/>
                <w:b w:val="0"/>
                <w:sz w:val="18"/>
              </w:rPr>
              <w:t>教科书、课件、线段图</w:t>
            </w:r>
          </w:p>
        </w:tc>
        <w:tc>
          <w:tcPr>
            <w:tcW w:type="dxa" w:w="3402"/>
          </w:tcPr>
          <w:p>
            <w:pPr>
              <w:spacing w:after="20" w:line="276" w:lineRule="auto"/>
            </w:pPr>
            <w:r/>
            <w:r>
              <w:rPr>
                <w:rFonts w:ascii="宋体" w:hAnsi="宋体" w:eastAsia="宋体"/>
                <w:b w:val="0"/>
                <w:sz w:val="18"/>
              </w:rPr>
              <w:t>这是一道行程问题，要用到哪些数量关系？</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五、拓展练习，发展思维</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六、课堂小结，反思评价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这节课你有什么收获？你还有疑问吗？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谈话引入，揭示课题</w:t>
            </w:r>
          </w:p>
        </w:tc>
        <w:tc>
          <w:tcPr>
            <w:tcW w:type="dxa" w:w="3061"/>
          </w:tcPr>
          <w:p>
            <w:pPr>
              <w:spacing w:after="20" w:line="276" w:lineRule="auto"/>
            </w:pPr>
            <w:r/>
            <w:r>
              <w:rPr>
                <w:rFonts w:ascii="宋体" w:hAnsi="宋体" w:eastAsia="宋体"/>
                <w:b w:val="0"/>
                <w:sz w:val="18"/>
              </w:rPr>
              <w:t>师：一位教育家曾说过这样一句话：“装着一些片段的、没有联系的知识的头脑，就像一个乱七八糟的仓库，主人从那里是什么也找不出来的。”从这句话中你得到什么启示？</w:t>
            </w:r>
          </w:p>
          <w:p>
            <w:pPr>
              <w:spacing w:after="20" w:line="276" w:lineRule="auto"/>
            </w:pPr>
            <w:r>
              <w:rPr>
                <w:rFonts w:ascii="宋体" w:hAnsi="宋体" w:eastAsia="宋体"/>
                <w:b w:val="0"/>
                <w:sz w:val="18"/>
              </w:rPr>
              <w:t>师：今天这节课我们一起对本单元的知识进行整理和复习。</w:t>
            </w:r>
          </w:p>
        </w:tc>
        <w:tc>
          <w:tcPr>
            <w:tcW w:type="dxa" w:w="3061"/>
          </w:tcPr>
          <w:p>
            <w:pPr>
              <w:spacing w:after="20" w:line="276" w:lineRule="auto"/>
            </w:pPr>
            <w:r/>
            <w:r>
              <w:rPr>
                <w:rFonts w:ascii="宋体" w:hAnsi="宋体" w:eastAsia="宋体"/>
                <w:b w:val="0"/>
                <w:sz w:val="18"/>
              </w:rPr>
              <w:t>要将已学的知识体系化，将知识联系起来。</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回顾梳理，构建网络</w:t>
            </w:r>
          </w:p>
        </w:tc>
        <w:tc>
          <w:tcPr>
            <w:tcW w:type="dxa" w:w="3061"/>
          </w:tcPr>
          <w:p>
            <w:pPr>
              <w:spacing w:after="20" w:line="276" w:lineRule="auto"/>
            </w:pPr>
            <w:r/>
            <w:r>
              <w:rPr>
                <w:rFonts w:ascii="宋体" w:hAnsi="宋体" w:eastAsia="宋体"/>
                <w:b w:val="0"/>
                <w:sz w:val="18"/>
              </w:rPr>
              <w:t>师：这一单元的知识你们是不是都掌握了呢？我们进行一次“学力大比拼”来检测一下吧。以小组为单位比一比，看哪个组对这个单元的知识掌握得最好。</w:t>
            </w:r>
          </w:p>
          <w:p>
            <w:pPr>
              <w:spacing w:after="20" w:line="276" w:lineRule="auto"/>
            </w:pPr>
            <w:r>
              <w:rPr>
                <w:rFonts w:ascii="宋体" w:hAnsi="宋体" w:eastAsia="宋体"/>
                <w:b w:val="0"/>
                <w:sz w:val="18"/>
              </w:rPr>
              <w:t>1.组内回顾，唤醒旧知识。</w:t>
            </w:r>
          </w:p>
          <w:p>
            <w:pPr>
              <w:spacing w:after="20" w:line="276" w:lineRule="auto"/>
            </w:pPr>
            <w:r>
              <w:rPr>
                <w:rFonts w:ascii="宋体" w:hAnsi="宋体" w:eastAsia="宋体"/>
                <w:b w:val="0"/>
                <w:sz w:val="18"/>
              </w:rPr>
              <w:t>师：在“学力大比拼”之前，同学们把自己课前整理的内容在小组内分享，选出整理得最好的全班展示。</w:t>
            </w:r>
          </w:p>
          <w:p>
            <w:pPr>
              <w:spacing w:after="20" w:line="276" w:lineRule="auto"/>
            </w:pPr>
            <w:r>
              <w:rPr>
                <w:rFonts w:ascii="宋体" w:hAnsi="宋体" w:eastAsia="宋体"/>
                <w:b w:val="0"/>
                <w:sz w:val="18"/>
              </w:rPr>
              <w:t>（1）清楚地说给大家听。</w:t>
            </w:r>
          </w:p>
          <w:p>
            <w:pPr>
              <w:spacing w:after="20" w:line="276" w:lineRule="auto"/>
            </w:pPr>
            <w:r>
              <w:rPr>
                <w:rFonts w:ascii="宋体" w:hAnsi="宋体" w:eastAsia="宋体"/>
                <w:b w:val="0"/>
                <w:sz w:val="18"/>
              </w:rPr>
              <w:t>（2）认真倾听，适当补充。</w:t>
            </w:r>
          </w:p>
          <w:p>
            <w:pPr>
              <w:spacing w:after="20" w:line="276" w:lineRule="auto"/>
            </w:pPr>
            <w:r>
              <w:rPr>
                <w:rFonts w:ascii="宋体" w:hAnsi="宋体" w:eastAsia="宋体"/>
                <w:b w:val="0"/>
                <w:sz w:val="18"/>
              </w:rPr>
              <w:t>（3）人人都要发言。</w:t>
            </w:r>
          </w:p>
          <w:p>
            <w:pPr>
              <w:spacing w:after="20" w:line="276" w:lineRule="auto"/>
            </w:pPr>
            <w:r>
              <w:rPr>
                <w:rFonts w:ascii="宋体" w:hAnsi="宋体" w:eastAsia="宋体"/>
                <w:b w:val="0"/>
                <w:sz w:val="18"/>
              </w:rPr>
              <w:t>教师巡视，适时指导。</w:t>
            </w:r>
          </w:p>
          <w:p>
            <w:pPr>
              <w:spacing w:after="20" w:line="276" w:lineRule="auto"/>
            </w:pPr>
            <w:r>
              <w:rPr>
                <w:rFonts w:ascii="宋体" w:hAnsi="宋体" w:eastAsia="宋体"/>
                <w:b w:val="0"/>
                <w:sz w:val="18"/>
              </w:rPr>
              <w:t>2.分享思维，组织研讨。</w:t>
            </w:r>
          </w:p>
          <w:p>
            <w:pPr>
              <w:spacing w:after="20" w:line="276" w:lineRule="auto"/>
            </w:pPr>
            <w:r>
              <w:rPr>
                <w:rFonts w:ascii="宋体" w:hAnsi="宋体" w:eastAsia="宋体"/>
                <w:b w:val="0"/>
                <w:sz w:val="18"/>
              </w:rPr>
              <w:t>师：刚才我们以小组为单位对本单元的知识进行了整理，哪个小组愿意把你们组整理的最后成果展示一下？</w:t>
            </w:r>
          </w:p>
          <w:p>
            <w:pPr>
              <w:spacing w:after="20" w:line="276" w:lineRule="auto"/>
            </w:pPr>
            <w:r>
              <w:rPr>
                <w:rFonts w:ascii="宋体" w:hAnsi="宋体" w:eastAsia="宋体"/>
                <w:b w:val="0"/>
                <w:sz w:val="18"/>
              </w:rPr>
              <w:t>课件呈现本单元的“知识结构图”。</w:t>
            </w:r>
          </w:p>
          <w:p>
            <w:pPr>
              <w:spacing w:after="20" w:line="276" w:lineRule="auto"/>
            </w:pPr>
            <w:r>
              <w:rPr>
                <w:rFonts w:ascii="宋体" w:hAnsi="宋体" w:eastAsia="宋体"/>
                <w:b w:val="0"/>
                <w:sz w:val="18"/>
              </w:rPr>
              <w:t>3.集体交流，拾遗补漏。</w:t>
            </w:r>
          </w:p>
          <w:p>
            <w:pPr>
              <w:spacing w:after="20" w:line="276" w:lineRule="auto"/>
            </w:pPr>
            <w:r>
              <w:rPr>
                <w:rFonts w:ascii="宋体" w:hAnsi="宋体" w:eastAsia="宋体"/>
                <w:b w:val="0"/>
                <w:sz w:val="18"/>
              </w:rPr>
              <w:t>师：谁来说说这些知识板块中有哪些容易出错或需要注意的地方？</w:t>
            </w:r>
          </w:p>
          <w:p>
            <w:pPr>
              <w:spacing w:after="20" w:line="276" w:lineRule="auto"/>
            </w:pPr>
            <w:r>
              <w:rPr>
                <w:rFonts w:ascii="宋体" w:hAnsi="宋体" w:eastAsia="宋体"/>
                <w:b w:val="0"/>
                <w:sz w:val="18"/>
              </w:rPr>
              <w:t>师：同学们归纳得很全面、很具体！在练习中这些地方的确要引起重视。</w:t>
            </w:r>
          </w:p>
        </w:tc>
        <w:tc>
          <w:tcPr>
            <w:tcW w:type="dxa" w:w="3061"/>
          </w:tcPr>
          <w:p>
            <w:pPr>
              <w:spacing w:after="20" w:line="276" w:lineRule="auto"/>
            </w:pPr>
            <w:r/>
            <w:r>
              <w:rPr>
                <w:rFonts w:ascii="宋体" w:hAnsi="宋体" w:eastAsia="宋体"/>
                <w:b w:val="0"/>
                <w:sz w:val="18"/>
              </w:rPr>
              <w:t>小组交流的要求：</w:t>
            </w:r>
          </w:p>
          <w:p>
            <w:pPr>
              <w:spacing w:after="20" w:line="276" w:lineRule="auto"/>
            </w:pPr>
            <w:r>
              <w:rPr>
                <w:rFonts w:ascii="宋体" w:hAnsi="宋体" w:eastAsia="宋体"/>
                <w:b w:val="0"/>
                <w:sz w:val="18"/>
              </w:rPr>
              <w:t>小组展示交流，全班集中评价、完善。</w:t>
            </w:r>
          </w:p>
          <w:p>
            <w:pPr>
              <w:spacing w:after="20" w:line="276" w:lineRule="auto"/>
            </w:pPr>
            <w:r>
              <w:rPr>
                <w:rFonts w:ascii="宋体" w:hAnsi="宋体" w:eastAsia="宋体"/>
                <w:b w:val="0"/>
                <w:sz w:val="18"/>
              </w:rPr>
              <w:t>预设1：平方的概念容易出错。</w:t>
            </w:r>
          </w:p>
          <w:p>
            <w:pPr>
              <w:spacing w:after="20" w:line="276" w:lineRule="auto"/>
            </w:pPr>
            <w:r>
              <w:rPr>
                <w:rFonts w:ascii="宋体" w:hAnsi="宋体" w:eastAsia="宋体"/>
                <w:b w:val="0"/>
                <w:sz w:val="18"/>
              </w:rPr>
              <w:t>预设2：省略乘号时，数字写在字母前面，乘1时1可省略。</w:t>
            </w:r>
          </w:p>
          <w:p>
            <w:pPr>
              <w:spacing w:after="20" w:line="276" w:lineRule="auto"/>
            </w:pPr>
            <w:r>
              <w:rPr>
                <w:rFonts w:ascii="宋体" w:hAnsi="宋体" w:eastAsia="宋体"/>
                <w:b w:val="0"/>
                <w:sz w:val="18"/>
              </w:rPr>
              <w:t>预设3：运用等式的基本性质求未知数时，注意要两边同时加减或乘除相同的数。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创设情境激活学生已有经验，自然引出本课学习内容，激发学习兴趣，核心问题："这一单元的知识你们是不是都掌握了呢？"</w:t>
            </w:r>
          </w:p>
        </w:tc>
      </w:tr>
      <w:tr>
        <w:tc>
          <w:tcPr>
            <w:tcW w:type="dxa" w:w="1474"/>
          </w:tcPr>
          <w:p>
            <w:pPr>
              <w:spacing w:after="20" w:line="276" w:lineRule="auto"/>
            </w:pPr>
            <w:r>
              <w:rPr>
                <w:b/>
              </w:rPr>
            </w:r>
            <w:r>
              <w:rPr>
                <w:rFonts w:ascii="宋体" w:hAnsi="宋体" w:eastAsia="宋体"/>
                <w:b/>
                <w:sz w:val="18"/>
              </w:rPr>
              <w:t>基础练习，排查漏洞</w:t>
            </w:r>
          </w:p>
        </w:tc>
        <w:tc>
          <w:tcPr>
            <w:tcW w:type="dxa" w:w="3061"/>
          </w:tcPr>
          <w:p>
            <w:pPr>
              <w:spacing w:after="20" w:line="276" w:lineRule="auto"/>
            </w:pPr>
            <w:r/>
            <w:r>
              <w:rPr>
                <w:rFonts w:ascii="宋体" w:hAnsi="宋体" w:eastAsia="宋体"/>
                <w:b w:val="0"/>
                <w:sz w:val="18"/>
              </w:rPr>
              <w:t>1.完成教科书P69～70“练习十三”第1题。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（2）集体交流，课件呈现问题，结合学生的交流补充答案。</w:t>
            </w:r>
          </w:p>
          <w:p>
            <w:pPr>
              <w:spacing w:after="20" w:line="276" w:lineRule="auto"/>
            </w:pPr>
            <w:r>
              <w:rPr>
                <w:rFonts w:ascii="宋体" w:hAnsi="宋体" w:eastAsia="宋体"/>
                <w:b w:val="0"/>
                <w:sz w:val="18"/>
              </w:rPr>
              <w:t>2.完成教科书P70“练习十三”第2题。</w:t>
            </w:r>
          </w:p>
          <w:p>
            <w:pPr>
              <w:spacing w:after="20" w:line="276" w:lineRule="auto"/>
            </w:pPr>
            <w:r>
              <w:rPr>
                <w:rFonts w:ascii="宋体" w:hAnsi="宋体" w:eastAsia="宋体"/>
                <w:b w:val="0"/>
                <w:sz w:val="18"/>
              </w:rPr>
              <w:t>引导学生回顾等式的基本性质，根据等式的基本性质填空。</w:t>
            </w:r>
          </w:p>
          <w:p>
            <w:pPr>
              <w:spacing w:after="20" w:line="276" w:lineRule="auto"/>
            </w:pPr>
            <w:r>
              <w:rPr>
                <w:rFonts w:ascii="宋体" w:hAnsi="宋体" w:eastAsia="宋体"/>
                <w:b w:val="0"/>
                <w:sz w:val="18"/>
              </w:rPr>
              <w:t>3.完成教科书P70“练习十三”第3题。</w:t>
            </w:r>
          </w:p>
          <w:p>
            <w:pPr>
              <w:spacing w:after="20" w:line="276" w:lineRule="auto"/>
            </w:pPr>
            <w:r>
              <w:rPr>
                <w:rFonts w:ascii="宋体" w:hAnsi="宋体" w:eastAsia="宋体"/>
                <w:b w:val="0"/>
                <w:sz w:val="18"/>
              </w:rPr>
              <w:t>根据用字母表示数的特点，将字母代表的数分别代入式子中，求出式子的值。提醒学生注意平方的含义。</w:t>
            </w:r>
          </w:p>
          <w:p>
            <w:pPr>
              <w:spacing w:after="20" w:line="276" w:lineRule="auto"/>
            </w:pPr>
            <w:r>
              <w:rPr>
                <w:rFonts w:ascii="宋体" w:hAnsi="宋体" w:eastAsia="宋体"/>
                <w:b w:val="0"/>
                <w:sz w:val="18"/>
              </w:rPr>
              <w:t>指名学生回答，集体订正，总结错误原因，积累学习经验。</w:t>
            </w:r>
          </w:p>
          <w:p>
            <w:pPr>
              <w:spacing w:after="20" w:line="276" w:lineRule="auto"/>
            </w:pPr>
            <w:r>
              <w:rPr>
                <w:rFonts w:ascii="宋体" w:hAnsi="宋体" w:eastAsia="宋体"/>
                <w:b w:val="0"/>
                <w:sz w:val="18"/>
              </w:rPr>
              <w:t>4.完成教科书P70“练习十三”第4题。</w:t>
            </w:r>
          </w:p>
          <w:p>
            <w:pPr>
              <w:spacing w:after="20" w:line="276" w:lineRule="auto"/>
            </w:pPr>
            <w:r>
              <w:rPr>
                <w:rFonts w:ascii="宋体" w:hAnsi="宋体" w:eastAsia="宋体"/>
                <w:b w:val="0"/>
                <w:sz w:val="18"/>
              </w:rPr>
              <w:t>5.完成教科书P70“练习十三”第5题。</w:t>
            </w:r>
          </w:p>
          <w:p>
            <w:pPr>
              <w:spacing w:after="20" w:line="276" w:lineRule="auto"/>
            </w:pPr>
            <w:r>
              <w:rPr>
                <w:rFonts w:ascii="宋体" w:hAnsi="宋体" w:eastAsia="宋体"/>
                <w:b w:val="0"/>
                <w:sz w:val="18"/>
              </w:rPr>
              <w:t>师小结：含有相同字母的式子相加减，只是将字母前面的数相加减，字母不变。</w:t>
            </w:r>
          </w:p>
        </w:tc>
        <w:tc>
          <w:tcPr>
            <w:tcW w:type="dxa" w:w="3061"/>
          </w:tcPr>
          <w:p>
            <w:pPr>
              <w:spacing w:after="20" w:line="276" w:lineRule="auto"/>
            </w:pPr>
            <w:r/>
            <w:r>
              <w:rPr>
                <w:rFonts w:ascii="宋体" w:hAnsi="宋体" w:eastAsia="宋体"/>
                <w:b w:val="0"/>
                <w:sz w:val="18"/>
              </w:rPr>
              <w:t>学生自主完成后，教师指名学生回答，集体订正。</w:t>
            </w:r>
          </w:p>
          <w:p>
            <w:pPr>
              <w:spacing w:after="20" w:line="276" w:lineRule="auto"/>
            </w:pPr>
            <w:r>
              <w:rPr>
                <w:rFonts w:ascii="宋体" w:hAnsi="宋体" w:eastAsia="宋体"/>
                <w:b w:val="0"/>
                <w:sz w:val="18"/>
              </w:rPr>
              <w:t>学生独立完成后，指名学生交流题中的数量关系及含有字母的式子。</w:t>
            </w:r>
          </w:p>
          <w:p>
            <w:pPr>
              <w:spacing w:after="20" w:line="276" w:lineRule="auto"/>
            </w:pPr>
            <w:r>
              <w:rPr>
                <w:rFonts w:ascii="宋体" w:hAnsi="宋体" w:eastAsia="宋体"/>
                <w:b w:val="0"/>
                <w:sz w:val="18"/>
              </w:rPr>
              <w:t>学生集体口答。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综合练习，巩固提升</w:t>
            </w:r>
          </w:p>
        </w:tc>
        <w:tc>
          <w:tcPr>
            <w:tcW w:type="dxa" w:w="3061"/>
          </w:tcPr>
          <w:p>
            <w:pPr>
              <w:spacing w:after="20" w:line="276" w:lineRule="auto"/>
            </w:pPr>
            <w:r/>
            <w:r>
              <w:rPr>
                <w:rFonts w:ascii="宋体" w:hAnsi="宋体" w:eastAsia="宋体"/>
                <w:b w:val="0"/>
                <w:sz w:val="18"/>
              </w:rPr>
              <w:t>1.完成教科书P70“练习十三”第6题。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（2）分析问题中的数学信息。</w:t>
            </w:r>
          </w:p>
          <w:p>
            <w:pPr>
              <w:spacing w:after="20" w:line="276" w:lineRule="auto"/>
            </w:pPr>
            <w:r>
              <w:rPr>
                <w:rFonts w:ascii="宋体" w:hAnsi="宋体" w:eastAsia="宋体"/>
                <w:b w:val="0"/>
                <w:sz w:val="18"/>
              </w:rPr>
              <w:t>（3）引导学生借助画图、列表的方式分析数量关系。</w:t>
            </w:r>
          </w:p>
          <w:p>
            <w:pPr>
              <w:spacing w:after="20" w:line="276" w:lineRule="auto"/>
            </w:pPr>
            <w:r>
              <w:rPr>
                <w:rFonts w:ascii="宋体" w:hAnsi="宋体" w:eastAsia="宋体"/>
                <w:b w:val="0"/>
                <w:sz w:val="18"/>
              </w:rPr>
              <w:t>（4）学生根据数量关系用含有字母的式子表示桌子数量与坐的人数之间的关系。</w:t>
            </w:r>
          </w:p>
          <w:p>
            <w:pPr>
              <w:spacing w:after="20" w:line="276" w:lineRule="auto"/>
            </w:pPr>
            <w:r>
              <w:rPr>
                <w:rFonts w:ascii="宋体" w:hAnsi="宋体" w:eastAsia="宋体"/>
                <w:b w:val="0"/>
                <w:sz w:val="18"/>
              </w:rPr>
              <w:t>（5）根据问题中的数据解决问题。</w:t>
            </w:r>
          </w:p>
          <w:p>
            <w:pPr>
              <w:spacing w:after="20" w:line="276" w:lineRule="auto"/>
            </w:pPr>
            <w:r>
              <w:rPr>
                <w:rFonts w:ascii="宋体" w:hAnsi="宋体" w:eastAsia="宋体"/>
                <w:b w:val="0"/>
                <w:sz w:val="18"/>
              </w:rPr>
              <w:t>2.完成教科书P71“练习十三”第7题。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（2）根据已有的数量关系，学会用字母表示其中一个量，用含有字母的式子表示另一个量。</w:t>
            </w:r>
          </w:p>
          <w:p>
            <w:pPr>
              <w:spacing w:after="20" w:line="276" w:lineRule="auto"/>
            </w:pPr>
            <w:r>
              <w:rPr>
                <w:rFonts w:ascii="宋体" w:hAnsi="宋体" w:eastAsia="宋体"/>
                <w:b w:val="0"/>
                <w:sz w:val="18"/>
              </w:rPr>
              <w:t>（3）根据等式的基本性质求出86°F对应的摄氏温度。</w:t>
            </w:r>
          </w:p>
          <w:p>
            <w:pPr>
              <w:spacing w:after="20" w:line="276" w:lineRule="auto"/>
            </w:pPr>
            <w:r>
              <w:rPr>
                <w:rFonts w:ascii="宋体" w:hAnsi="宋体" w:eastAsia="宋体"/>
                <w:b w:val="0"/>
                <w:sz w:val="18"/>
              </w:rPr>
              <w:t>3.完成教科书P71“练习十三”第8题。</w:t>
            </w:r>
          </w:p>
          <w:p>
            <w:pPr>
              <w:spacing w:after="20" w:line="276" w:lineRule="auto"/>
            </w:pPr>
            <w:r>
              <w:rPr>
                <w:rFonts w:ascii="宋体" w:hAnsi="宋体" w:eastAsia="宋体"/>
                <w:b w:val="0"/>
                <w:sz w:val="18"/>
              </w:rPr>
              <w:t>（1）课件呈现问题情境。</w:t>
            </w:r>
          </w:p>
          <w:p>
            <w:pPr>
              <w:spacing w:after="20" w:line="276" w:lineRule="auto"/>
            </w:pPr>
            <w:r>
              <w:rPr>
                <w:rFonts w:ascii="宋体" w:hAnsi="宋体" w:eastAsia="宋体"/>
                <w:b w:val="0"/>
                <w:sz w:val="18"/>
              </w:rPr>
              <w:t>（2）组织学生画线段图分析数量关系。</w:t>
            </w:r>
          </w:p>
          <w:p>
            <w:pPr>
              <w:spacing w:after="20" w:line="276" w:lineRule="auto"/>
            </w:pPr>
            <w:r>
              <w:rPr>
                <w:rFonts w:ascii="宋体" w:hAnsi="宋体" w:eastAsia="宋体"/>
                <w:b w:val="0"/>
                <w:sz w:val="18"/>
              </w:rPr>
              <w:t>师：这是一道行程问题，要用到哪些数量关系？</w:t>
            </w:r>
          </w:p>
          <w:p>
            <w:pPr>
              <w:spacing w:after="20" w:line="276" w:lineRule="auto"/>
            </w:pPr>
            <w:r>
              <w:rPr>
                <w:rFonts w:ascii="宋体" w:hAnsi="宋体" w:eastAsia="宋体"/>
                <w:b w:val="0"/>
                <w:sz w:val="18"/>
              </w:rPr>
              <w:t>（3）学生自主解答。</w:t>
            </w:r>
          </w:p>
          <w:p>
            <w:pPr>
              <w:spacing w:after="20" w:line="276" w:lineRule="auto"/>
            </w:pPr>
            <w:r>
              <w:rPr>
                <w:rFonts w:ascii="宋体" w:hAnsi="宋体" w:eastAsia="宋体"/>
                <w:b w:val="0"/>
                <w:sz w:val="18"/>
              </w:rPr>
              <w:t>（4）全班集中交流评价，课件呈现解答过程。</w:t>
            </w:r>
          </w:p>
        </w:tc>
        <w:tc>
          <w:tcPr>
            <w:tcW w:type="dxa" w:w="3061"/>
          </w:tcPr>
          <w:p>
            <w:pPr>
              <w:spacing w:after="20" w:line="276" w:lineRule="auto"/>
            </w:pPr>
            <w:r/>
            <w:r>
              <w:rPr>
                <w:rFonts w:ascii="宋体" w:hAnsi="宋体" w:eastAsia="宋体"/>
                <w:b w:val="0"/>
                <w:sz w:val="18"/>
              </w:rPr>
              <w:t>路程＝速度×时间，未行路程＝总路程－已行路程。</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通过有层次的练习及时反馈学情，巩固新知，培养学生灵活运用知识解决问题的能力，核心问题："这是一道行程问题，要用到哪些数量关系？"</w:t>
            </w:r>
          </w:p>
        </w:tc>
      </w:tr>
      <w:tr>
        <w:tc>
          <w:tcPr>
            <w:tcW w:type="dxa" w:w="1474"/>
          </w:tcPr>
          <w:p>
            <w:pPr>
              <w:spacing w:after="20" w:line="276" w:lineRule="auto"/>
            </w:pPr>
            <w:r>
              <w:rPr>
                <w:b/>
              </w:rPr>
            </w:r>
            <w:r>
              <w:rPr>
                <w:rFonts w:ascii="宋体" w:hAnsi="宋体" w:eastAsia="宋体"/>
                <w:b/>
                <w:sz w:val="18"/>
              </w:rPr>
              <w:t>五、拓展练习，发展思维</w:t>
            </w:r>
          </w:p>
        </w:tc>
        <w:tc>
          <w:tcPr>
            <w:tcW w:type="dxa" w:w="3061"/>
          </w:tcPr>
          <w:p>
            <w:pPr>
              <w:spacing w:after="20" w:line="276" w:lineRule="auto"/>
            </w:pPr>
            <w:r/>
            <w:r>
              <w:rPr>
                <w:rFonts w:ascii="宋体" w:hAnsi="宋体" w:eastAsia="宋体"/>
                <w:b w:val="0"/>
                <w:sz w:val="18"/>
              </w:rPr>
              <w:t>课件呈现教科书P71“练习十三”第9题。</w:t>
            </w:r>
          </w:p>
          <w:p>
            <w:pPr>
              <w:spacing w:after="20" w:line="276" w:lineRule="auto"/>
            </w:pPr>
            <w:r>
              <w:rPr>
                <w:rFonts w:ascii="宋体" w:hAnsi="宋体" w:eastAsia="宋体"/>
                <w:b w:val="0"/>
                <w:sz w:val="18"/>
              </w:rPr>
              <w:t>（1）小组合作，讨论解答。</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教师重点指导第（2）题。引导学生发现整个图形是一个正方形，可以直接运用正方形的面积计算公式计算，面积表示为（a＋b）2；也可以求各部分的面积的和，整个图形的面积表示为a2＋2ab＋b2，可以发现（a＋b）2＝a2＋2ab＋b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六、课堂小结，反思评价</w:t>
            </w:r>
          </w:p>
        </w:tc>
        <w:tc>
          <w:tcPr>
            <w:tcW w:type="dxa" w:w="3061"/>
          </w:tcPr>
          <w:p>
            <w:pPr>
              <w:spacing w:after="20" w:line="276" w:lineRule="auto"/>
            </w:pPr>
            <w:r/>
            <w:r>
              <w:rPr>
                <w:rFonts w:ascii="宋体" w:hAnsi="宋体" w:eastAsia="宋体"/>
                <w:b w:val="0"/>
                <w:sz w:val="18"/>
              </w:rPr>
              <w:t>师：这节课你有什么收获？你还有疑问吗？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通过对知识的梳理和回顾，让学生巩固已有的知识和技能，同时用一种新的全局视野去看待本单元各知识点。让学生意识到整理知识的重要性，能自主进行整理复习，形成知识结构。</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教科书P69“整理和复习”相关内容，完成教科书P69～71“练习十三”。</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整节课的设计围绕学生展开，充分发挥学生的主体性，通过“学力大比拼”和小组交流，让学生自己动手画图，自己归纳知识点，自己发现其中的易错点，比单纯地强调更能引起重视，也更能体现“以学定教”的教学理念，有效锻炼了学生的表达与倾听能力。练习设计上，设计了“基础练习——综合练习——拓展练习”的梯度，满足了不同层次学生的需求，部分同学没有完全跟上学习进度，需要课后再慢慢体会。</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